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Q&amp;A 20 Aug 2006 Maulana Wahiduddin Khan</w:t>
      </w:r>
    </w:p>
    <w:p>
      <w:r>
        <w:t>https://www.youtube.com/watch?v=g_6-zerS_N4</w:t>
      </w:r>
    </w:p>
    <w:p>
      <w:r>
        <w:rPr>
          <w:b/>
        </w:rPr>
        <w:t xml:space="preserve">[00:14] </w:t>
      </w:r>
      <w:r>
        <w:t>This question is from Vareja. "Molana, can arrogant people be converted to seekers by Dawa work? Kindly explain."</w:t>
      </w:r>
    </w:p>
    <w:p>
      <w:pPr>
        <w:jc w:val="right"/>
      </w:pPr>
      <w:r>
        <w:t>This question is from Vareja. "Molana, can arrogant people be converted to seekers by Dawa work? Kindly explain."</w:t>
      </w:r>
    </w:p>
    <w:p>
      <w:r>
        <w:rPr>
          <w:b/>
        </w:rPr>
        <w:t xml:space="preserve">[00:25] </w:t>
      </w:r>
      <w:r>
        <w:t>Yeh bahut achha question hai. Aur iska jawab affirmative mein hai.</w:t>
      </w:r>
    </w:p>
    <w:p>
      <w:pPr>
        <w:jc w:val="right"/>
      </w:pPr>
      <w:r>
        <w:t>यह बहुत अच्छा question है। और इसका जवाब affirmative में है।</w:t>
      </w:r>
    </w:p>
    <w:p>
      <w:r>
        <w:rPr>
          <w:b/>
        </w:rPr>
        <w:t xml:space="preserve">[00:38] </w:t>
      </w:r>
      <w:r>
        <w:t>Dekhiye, kai baar aisa hota hai ke hum kisi aise aadmi se hamara saamna ho jata hai, jiske baare mein hum discover karte hain ke yeh egoist hai,</w:t>
      </w:r>
    </w:p>
    <w:p>
      <w:pPr>
        <w:jc w:val="right"/>
      </w:pPr>
      <w:r>
        <w:t>देखिए, कई बार ऐसा होता है कि हम किसी ऐसे आदमी से हमारा सामना हो जाता है, जिसके बारे में हम discover करते हैं कि यह egoist है,</w:t>
      </w:r>
    </w:p>
    <w:p>
      <w:r>
        <w:rPr>
          <w:b/>
        </w:rPr>
        <w:t xml:space="preserve">[00:53] </w:t>
      </w:r>
      <w:r>
        <w:t>arrogant hai.</w:t>
      </w:r>
    </w:p>
    <w:p>
      <w:pPr>
        <w:jc w:val="right"/>
      </w:pPr>
      <w:r>
        <w:t>arrogant है।</w:t>
      </w:r>
    </w:p>
    <w:p>
      <w:r>
        <w:rPr>
          <w:b/>
        </w:rPr>
        <w:t xml:space="preserve">[00:57] </w:t>
      </w:r>
      <w:r>
        <w:t>In other words, hum use stubborn case maante hain. To hamara argument, hamare logic, koi usko yield nahi karti.</w:t>
      </w:r>
    </w:p>
    <w:p>
      <w:pPr>
        <w:jc w:val="right"/>
      </w:pPr>
      <w:r>
        <w:t>In other words, हम उसे stubborn case मानते हैं। तो हमारा argument, हमारे logic, कोई उसको yield नहीं करती।</w:t>
      </w:r>
    </w:p>
    <w:p>
      <w:r>
        <w:rPr>
          <w:b/>
        </w:rPr>
        <w:t xml:space="preserve">[01:11] </w:t>
      </w:r>
      <w:r>
        <w:t>To mera apna tajurba hai, yahi maine padha hai,</w:t>
      </w:r>
    </w:p>
    <w:p>
      <w:pPr>
        <w:jc w:val="right"/>
      </w:pPr>
      <w:r>
        <w:t>तो मेरा अपना تجربہ है, यही मैंने पढ़ा है,</w:t>
      </w:r>
    </w:p>
    <w:p>
      <w:r>
        <w:rPr>
          <w:b/>
        </w:rPr>
        <w:t xml:space="preserve">[01:17] </w:t>
      </w:r>
      <w:r>
        <w:t>ke yeh wahi cheez ban jati hai, jise kehte hain ke</w:t>
      </w:r>
    </w:p>
    <w:p>
      <w:pPr>
        <w:jc w:val="right"/>
      </w:pPr>
      <w:r>
        <w:t>कि यह वही चीज़ बन जाती है, जिसे कहते हैं कि</w:t>
      </w:r>
    </w:p>
    <w:p>
      <w:r>
        <w:rPr>
          <w:b/>
        </w:rPr>
        <w:t xml:space="preserve">[01:23] </w:t>
      </w:r>
      <w:r>
        <w:t>ek ice jami hui hai hamare unke beech mein. Us ice ko kahin toda jaye. To main yeh kahunga ke to break the ice, we have to seek help from Dawa.</w:t>
      </w:r>
    </w:p>
    <w:p>
      <w:pPr>
        <w:jc w:val="right"/>
      </w:pPr>
      <w:r>
        <w:t>एकice जमी हुई है हमारे उनके बीच में। उसice को कहीं तोड़ा जाए। तो मैं यह कहूंगा कि to break theice, we have to seek help from Dawa.</w:t>
      </w:r>
    </w:p>
    <w:p>
      <w:r>
        <w:rPr>
          <w:b/>
        </w:rPr>
        <w:t xml:space="preserve">[01:41] </w:t>
      </w:r>
      <w:r>
        <w:t>To break the ice, we have to seek help from Dawa. Maine baar baar iska tajurba kiya hai ke kisi se maine, kisi ke upar maine Dawa work kiya, aur dekha maine ke yeh to bada stubborn case hai. Dekhiye, sirf arrogance hi rukawat nahi hai.</w:t>
      </w:r>
    </w:p>
    <w:p>
      <w:pPr>
        <w:jc w:val="right"/>
      </w:pPr>
      <w:r>
        <w:t>To break theice, we have to seek help from Dawa. मैंने बार-बार इसका تجربा किया है कि किसी से मैंने, किसी के ऊपर मैंने Dawa work किया, और देखा मैंने कि यह तो बड़ा stubborn case है। देखिए, सिर्फ arrogance ही रुकावट नहीं है।</w:t>
      </w:r>
    </w:p>
    <w:p>
      <w:r>
        <w:rPr>
          <w:b/>
        </w:rPr>
        <w:t xml:space="preserve">[02:01] </w:t>
      </w:r>
      <w:r>
        <w:t>Main samajhta hoon ke usse bhi badi rukawat hai confusion. Super rukawat jo hai, woh confusion hai. Arrogance ka case jo hai, main usko chhota case samajhta hoon. Confusion jo hai,</w:t>
      </w:r>
    </w:p>
    <w:p>
      <w:pPr>
        <w:jc w:val="right"/>
      </w:pPr>
      <w:r>
        <w:t>मैं समझता हूँ कि उससे भी बड़ी रुकावट है confusion। Super रुकावट जो है, वह confusion है। Arrogance का case जो है, मैं उसको छोटा case समझता हूँ। Confusion जो है,</w:t>
      </w:r>
    </w:p>
    <w:p>
      <w:r>
        <w:rPr>
          <w:b/>
        </w:rPr>
        <w:t xml:space="preserve">[02:17] </w:t>
      </w:r>
      <w:r>
        <w:t>confusion ka matlab hai ke woh apne aap ko justify kiya rehta hai ke main jo hoon, theek hoon.</w:t>
      </w:r>
    </w:p>
    <w:p>
      <w:pPr>
        <w:jc w:val="right"/>
      </w:pPr>
      <w:r>
        <w:t>confusion का मतलब है कि वह अपने आप को justify किया रहता है कि मैं जो हूँ,ठीक हूँ।</w:t>
      </w:r>
    </w:p>
    <w:p>
      <w:r>
        <w:rPr>
          <w:b/>
        </w:rPr>
        <w:t xml:space="preserve">[02:23] </w:t>
      </w:r>
      <w:r>
        <w:t>Intellectually, woh apne aap ko theek banaye rakhta hai. To confusion ka case ho ya arrogance case ho, dono mein maine paya hai ke jahan mere Dawa work ki limit aa jaye, to wahan main</w:t>
      </w:r>
    </w:p>
    <w:p>
      <w:pPr>
        <w:jc w:val="right"/>
      </w:pPr>
      <w:r>
        <w:t>Intellectually, वह अपने आप कोठीक बनाए रखता है। तो confusion का case हो या arrogance case हो, दोनों में मैंने पाया है कि जहाँ मेरे Dawa work की limit आ जाए, तो वहाँ मैं</w:t>
      </w:r>
    </w:p>
    <w:p>
      <w:r>
        <w:rPr>
          <w:b/>
        </w:rPr>
        <w:t xml:space="preserve">[02:41] </w:t>
      </w:r>
      <w:r>
        <w:t>Dawa ka sahara leta hoon.</w:t>
      </w:r>
    </w:p>
    <w:p>
      <w:pPr>
        <w:jc w:val="right"/>
      </w:pPr>
      <w:r>
        <w:t>Dawa का सहारा लेता हूँ।</w:t>
      </w:r>
    </w:p>
    <w:p>
      <w:r>
        <w:rPr>
          <w:b/>
        </w:rPr>
        <w:t xml:space="preserve">[02:45] </w:t>
      </w:r>
      <w:r>
        <w:t>Aur maine isko bahut zyada, mujhe is mein kamyabi hui hai. Aur main aap ko ek example deta hoon Prophet ka. Dekhiye,</w:t>
      </w:r>
    </w:p>
    <w:p>
      <w:pPr>
        <w:jc w:val="right"/>
      </w:pPr>
      <w:r>
        <w:t>और मैंने इसको बहुत ज्यादा, मुझे इसमें कामयाबी हुई है। और मैं आपको एक example देता हूँ Prophet का। देखिए,</w:t>
      </w:r>
    </w:p>
    <w:p>
      <w:r>
        <w:rPr>
          <w:b/>
        </w:rPr>
        <w:t xml:space="preserve">[03:00] </w:t>
      </w:r>
      <w:r>
        <w:t>Prophet ne, aap jante hain ke</w:t>
      </w:r>
    </w:p>
    <w:p>
      <w:pPr>
        <w:jc w:val="right"/>
      </w:pPr>
      <w:r>
        <w:t>Prophet ने, आप जानते हैं कि</w:t>
      </w:r>
    </w:p>
    <w:p>
      <w:r>
        <w:rPr>
          <w:b/>
        </w:rPr>
        <w:t xml:space="preserve">[03:03] </w:t>
      </w:r>
      <w:r>
        <w:t>apna mission six hundred ten mein Makka mein shuru kiya. Us waqt ke Makka mein do top intellectuals the.</w:t>
      </w:r>
    </w:p>
    <w:p>
      <w:pPr>
        <w:jc w:val="right"/>
      </w:pPr>
      <w:r>
        <w:t>अपना mission six hundred ten में मक्का में शुरू किया। उस वक्त के मक्का में दो top intellectuals थे।</w:t>
      </w:r>
    </w:p>
    <w:p>
      <w:r>
        <w:rPr>
          <w:b/>
        </w:rPr>
        <w:t xml:space="preserve">[03:19] </w:t>
      </w:r>
      <w:r>
        <w:t>Top intellectuals. Ek ka naam tha Abdul Aziz, ek ka naam tha Umar bin Khattab. To Prophet ne dono par kaam kiya.</w:t>
      </w:r>
    </w:p>
    <w:p>
      <w:pPr>
        <w:jc w:val="right"/>
      </w:pPr>
      <w:r>
        <w:t>Top intellectuals। एक का नाम था عبدالعزیز، एक का नाम था عمر بن خطاب। तो Prophet ने दोनों पर काम किया।</w:t>
      </w:r>
    </w:p>
    <w:p>
      <w:r>
        <w:rPr>
          <w:b/>
        </w:rPr>
        <w:t xml:space="preserve">[03:33] </w:t>
      </w:r>
      <w:r>
        <w:t>Bahut dinon tak, kai saal tak. Dono mein se koi bhi,</w:t>
      </w:r>
    </w:p>
    <w:p>
      <w:pPr>
        <w:jc w:val="right"/>
      </w:pPr>
      <w:r>
        <w:t>बहुत दिनों तक, कई साल तक। दोनों में से कोई भी,</w:t>
      </w:r>
    </w:p>
    <w:p>
      <w:r>
        <w:rPr>
          <w:b/>
        </w:rPr>
        <w:t xml:space="preserve">[03:40] </w:t>
      </w:r>
      <w:r>
        <w:t>yani, manne ko tayyar nahi hua. Dono ke dono bahut hi stubborn case nikle. To phir aap ne unke liye dua shuru ki. Jaise ek bahut hi mashhoor dua hai aap ki. Aap ne kaha ke</w:t>
      </w:r>
    </w:p>
    <w:p>
      <w:pPr>
        <w:jc w:val="right"/>
      </w:pPr>
      <w:r>
        <w:t>यानी, मानने को तैयार नहीं हुआ। दोनों के दोनों बहुत ही stubborn case निकले। तो फिर आपने उनके लिए दुआ शुरू की। जैसे एक बहुत ही मशहूर दुआ है आपकी। आपने कहा कि</w:t>
      </w:r>
    </w:p>
    <w:p>
      <w:r>
        <w:rPr>
          <w:b/>
        </w:rPr>
        <w:t xml:space="preserve">[03:59] </w:t>
      </w:r>
      <w:r>
        <w:t>Allahumma izz al-Islam bi ahad al-Umarain. Aye Khuda! Islam ko taqat de do Umron mein se ek se.</w:t>
      </w:r>
    </w:p>
    <w:p>
      <w:pPr>
        <w:jc w:val="right"/>
      </w:pPr>
      <w:r>
        <w:t>اللہم عز الاسلام بعهد العمرین اے خدا! اسلام کو طاقت دے دو عمروں میں سے ایک سے۔</w:t>
      </w:r>
    </w:p>
    <w:p>
      <w:r>
        <w:rPr>
          <w:b/>
        </w:rPr>
        <w:t xml:space="preserve">[04:13] </w:t>
      </w:r>
      <w:r>
        <w:t>Kyunke dono ke naam mein Umar ka word hota tha.</w:t>
      </w:r>
    </w:p>
    <w:p>
      <w:pPr>
        <w:jc w:val="right"/>
      </w:pPr>
      <w:r>
        <w:t>کیونکہ دونوں کے نام میں عمر کا word ہوتا تھا۔</w:t>
      </w:r>
    </w:p>
    <w:p>
      <w:r>
        <w:rPr>
          <w:b/>
        </w:rPr>
        <w:t xml:space="preserve">[04:19] </w:t>
      </w:r>
      <w:r>
        <w:t>Us ka naam tha Umar bin Hisham, un ka naam tha Umar bin Khattab. To aap ne dua ki ke Allahumma izz al-Islam bi ahad al-Umarain Khuda!</w:t>
      </w:r>
    </w:p>
    <w:p>
      <w:pPr>
        <w:jc w:val="right"/>
      </w:pPr>
      <w:r>
        <w:t>اس کا نام تھا عمر ابن ہشام، ان کا نام تھا عمر ابن خطاب۔ تو آپ نے دعا کی کہ اللہم عز الاسلام بعهد العمرین خدا!</w:t>
      </w:r>
    </w:p>
    <w:p>
      <w:r>
        <w:rPr>
          <w:b/>
        </w:rPr>
        <w:t xml:space="preserve">[04:33] </w:t>
      </w:r>
      <w:r>
        <w:t>Yeh jo sachai ka mission hai,</w:t>
      </w:r>
    </w:p>
    <w:p>
      <w:pPr>
        <w:jc w:val="right"/>
      </w:pPr>
      <w:r>
        <w:t>یہ جو سچائی کا mission ہے،</w:t>
      </w:r>
    </w:p>
    <w:p>
      <w:r>
        <w:rPr>
          <w:b/>
        </w:rPr>
        <w:t xml:space="preserve">[04:37] </w:t>
      </w:r>
      <w:r>
        <w:t>is sachai ke mission ko Makke ke do aadmiyon mein se kisi ek ke zariye taqat de.</w:t>
      </w:r>
    </w:p>
    <w:p>
      <w:pPr>
        <w:jc w:val="right"/>
      </w:pPr>
      <w:r>
        <w:t>اس سچائی کے mission کو مکے کے دو آدمیوں میں سے کسی ایک کے ذریعے طاقت دے۔</w:t>
      </w:r>
    </w:p>
    <w:p>
      <w:r>
        <w:rPr>
          <w:b/>
        </w:rPr>
        <w:t xml:space="preserve">[04:49] </w:t>
      </w:r>
      <w:r>
        <w:t>To kya hua ke Khuda ne yeh dua qubool ki Umar bin Khattab ke haq mein. Aur ek din jab aap ek wahan par pahadiyan hoti theen, hamare India jaisi pahadiyan nahi, wahan yani</w:t>
      </w:r>
    </w:p>
    <w:p>
      <w:pPr>
        <w:jc w:val="right"/>
      </w:pPr>
      <w:r>
        <w:t>تو کیا ہوا کہ خدا نے یہ دعا قبول کی عمر بن خطاب کے حق میں۔ اور ایک دن جب آپ ایک وہاں پر پہاڑیاں ہوتی تھیں، ہمارے انڈیا جیسی پہاڑیاں نہیں، وہاں یعنی</w:t>
      </w:r>
    </w:p>
    <w:p>
      <w:r>
        <w:rPr>
          <w:b/>
        </w:rPr>
        <w:t xml:space="preserve">[05:05] </w:t>
      </w:r>
      <w:r>
        <w:t>koi sabza nahi hota tha. To wahan par ek aadmi ne chhota mota ghar banaya tha, un ka naam tha Arqam. To logon ke log jo satate the aap ko, to wahan par aap ne ja kar ke rehna shuru kar diya tha.</w:t>
      </w:r>
    </w:p>
    <w:p>
      <w:pPr>
        <w:jc w:val="right"/>
      </w:pPr>
      <w:r>
        <w:t>کوئی سبزہ نہیں ہوتا تھا۔ تو وہاں پر ایک آدمی نے چھوٹا موٹا گھر بنایا تھا، ان کا نام تھا ارقم۔ تو لوگوں کے لوگ جو ستاتے تھے آپ کو، تو وہاں پر آپ نے جا کر کے رہنا شروع کر دیا تھا۔</w:t>
      </w:r>
    </w:p>
    <w:p>
      <w:r>
        <w:rPr>
          <w:b/>
        </w:rPr>
        <w:t xml:space="preserve">[05:23] </w:t>
      </w:r>
      <w:r>
        <w:t>To yeh lambi kahani hai, is mein bahut time lag jayega ke Umar bin Khattab ko kaise,</w:t>
      </w:r>
    </w:p>
    <w:p>
      <w:pPr>
        <w:jc w:val="right"/>
      </w:pPr>
      <w:r>
        <w:t>تو یہ لمبی کہانی ہے، اس میں بہت ٹائم لگ جائے گا کہ عمر بن خطاب کو کیسے،</w:t>
      </w:r>
    </w:p>
    <w:p>
      <w:r>
        <w:rPr>
          <w:b/>
        </w:rPr>
        <w:t xml:space="preserve">[05:30] </w:t>
      </w:r>
      <w:r>
        <w:t>yani, un ke dil mein kaise yeh baat lagi. Koi alag kahani hai woh. Abhi aap chahenge to main detail mein bataunga. Us waqt main sirf yeh keh raha hoon ke Umar bin Khattab ke liye Khuda ne dua qubool ki aur ek khaas baat hui jis ki wajah se woh, yani, badal gaye bilkul.</w:t>
      </w:r>
    </w:p>
    <w:p>
      <w:pPr>
        <w:jc w:val="right"/>
      </w:pPr>
      <w:r>
        <w:t>یعنی، ان کے دل میں کیسے یہ بات لگی۔ کوئی الگ کہانی ہے وہ۔ ابھی آپ چاہیں گے تو میں detail میں بتاؤں گا۔ اس وقت میں صرف یہ کہہ رہا ہوں کہ عمر بن خطاب کے لیے خدا نے دعا قبول کی اور ایک خاص بات ہوئی جس کی وجہ سے وہ، یعنی، بدل گئے بالکل۔</w:t>
      </w:r>
    </w:p>
    <w:p>
      <w:r>
        <w:rPr>
          <w:b/>
        </w:rPr>
        <w:t xml:space="preserve">[05:48] </w:t>
      </w:r>
      <w:r>
        <w:t>Aur phir akele wahan pahunche, us dhoondhte dhoondhte dhoondhte dhoondhte, us pahadi par jahan aap the.</w:t>
      </w:r>
    </w:p>
    <w:p>
      <w:pPr>
        <w:jc w:val="right"/>
      </w:pPr>
      <w:r>
        <w:t>اور پھر اکیلے وہاں پہنچے، اس ڈھونڈتے ڈھونڈتے ڈھونڈتے ڈھونڈتے، اس پہاڑی پر جہاں آپ تھے۔</w:t>
      </w:r>
    </w:p>
    <w:p>
      <w:r>
        <w:rPr>
          <w:b/>
        </w:rPr>
        <w:t xml:space="preserve">[05:56] </w:t>
      </w:r>
      <w:r>
        <w:t>Jab logon ne dekha, aap ke sath das bees aadmi aur the, to logon ne samjha ke yeh aadmi aaya hai hum se ladai ladne ke liye. Kyunke Jhandhi ke bahut bada enemy hai.</w:t>
      </w:r>
    </w:p>
    <w:p>
      <w:pPr>
        <w:jc w:val="right"/>
      </w:pPr>
      <w:r>
        <w:t>جب لوگوں نے دیکھا، آپ کے ساتھ دس بیس آدمی اور تھے، تو لوگوں نے سمجھا کہ یہ آدمی آیا ہے ہم سے لڑائی لڑنے کے لیے۔ کیونکہ جاندھی کے بہت بڑا enemy ہے۔</w:t>
      </w:r>
    </w:p>
    <w:p>
      <w:r>
        <w:rPr>
          <w:b/>
        </w:rPr>
        <w:t xml:space="preserve">[06:07] </w:t>
      </w:r>
      <w:r>
        <w:t>Woh us waqt Makka mein, yani, enemy of Islam bane hue the.</w:t>
      </w:r>
    </w:p>
    <w:p>
      <w:pPr>
        <w:jc w:val="right"/>
      </w:pPr>
      <w:r>
        <w:t>وہ اس وقت مکہ میں، یعنی، enemy of اسلام بنے ہوئے تھے۔</w:t>
      </w:r>
    </w:p>
    <w:p>
      <w:r>
        <w:rPr>
          <w:b/>
        </w:rPr>
        <w:t xml:space="preserve">[06:14] </w:t>
      </w:r>
      <w:r>
        <w:t>To unhon ne jab yeh kaha ke main aaya hoon aap ke religion ko accept karne ke liye aur aap ka saathi banne ke liye aur sachai ke mission mein apne ko involve karne ke liye, to log itna khush hue ke unhon ne kaha Allahu Akbar.</w:t>
      </w:r>
    </w:p>
    <w:p>
      <w:pPr>
        <w:jc w:val="right"/>
      </w:pPr>
      <w:r>
        <w:t>تو انہوں نے جب یہ کہا کہ میں آیا ہوں آپ کے religion کو accept کرنے کے لیے اور آپ کا ساتھی بننے کے لیے اور سچائی کے mission میں اپنے کو involve کرنے کے لیے، تو لوگ اتنا خوش ہوئے کہ انہوں نے کہا اللہ اکبر۔</w:t>
      </w:r>
    </w:p>
    <w:p>
      <w:r>
        <w:rPr>
          <w:b/>
        </w:rPr>
        <w:t xml:space="preserve">[06:35] </w:t>
      </w:r>
      <w:r>
        <w:t>Aur pahadiyan aata hai kitaab ke pahadiyan goonj utheen. Lekin yeh dua ka matlab yeh nahi ke woh koi ratha hua word hai, us ko aap ne dohra diya.</w:t>
      </w:r>
    </w:p>
    <w:p>
      <w:pPr>
        <w:jc w:val="right"/>
      </w:pPr>
      <w:r>
        <w:t>اور پہاڑیاں آتا ہے کتاب کہ پہاڑیاں گونج اٹھیں۔ لیکن یہ دعا کا مطلب یہ نہیں کہ وہ کوئی رٹا ہوا word ہے، اس کو آپ نے دہرا دیا۔</w:t>
      </w:r>
    </w:p>
    <w:p>
      <w:r>
        <w:rPr>
          <w:b/>
        </w:rPr>
        <w:t xml:space="preserve">[06:45] </w:t>
      </w:r>
      <w:r>
        <w:t>Rathe hue shabdon ko dohrane ka naam dua nahi hai. Dua to jigar phadne ka naam dua hai.</w:t>
      </w:r>
    </w:p>
    <w:p>
      <w:pPr>
        <w:jc w:val="right"/>
      </w:pPr>
      <w:r>
        <w:t>رٹے ہوئے शब्दوں کو دہرانے کا نام دعا نہیں ہے۔ دعا تو جگر پھاڑنے کا نام دعا ہے۔</w:t>
      </w:r>
    </w:p>
    <w:p>
      <w:r>
        <w:rPr>
          <w:b/>
        </w:rPr>
        <w:t xml:space="preserve">[06:52] </w:t>
      </w:r>
      <w:r>
        <w:t>Andar ka ek sitara hota hai, us ko shabdon mein dhalta hai, to us ko hum dua kehte hain. Dua ek bahut badi cheez hai. Yeh dua ke time mein jab sachi dua hoti hai to Khuda aur bande ke beech mein koi beech mein katan nahi hota.</w:t>
      </w:r>
    </w:p>
    <w:p>
      <w:pPr>
        <w:jc w:val="right"/>
      </w:pPr>
      <w:r>
        <w:t>اندر کا ایک ستارہ ہوتا ہے، اس کو शब्दوں میں ڈھلتا ہے، تو اس کو ہم دعا کہتے ہیں۔ دعا ایک بہت بڑی چیز ہے۔ یہ دعا کے ٹائم میں جب سچی دعا ہوتی ہے تو خدا اور بندے کے بیچ میں کوئی بیچ میں کٹن نہیں ہوتا۔</w:t>
      </w:r>
    </w:p>
    <w:p>
      <w:r>
        <w:rPr>
          <w:b/>
        </w:rPr>
        <w:t xml:space="preserve">[07:12] </w:t>
      </w:r>
      <w:r>
        <w:t>yani woh ek communion ka time ho jata hai, communion ka time ke bande ki awaz ko khuda direct sunne lagta hai. To dua mein samajhta hoon ke jo bhi sachha daai hai,</w:t>
      </w:r>
    </w:p>
    <w:p>
      <w:pPr>
        <w:jc w:val="right"/>
      </w:pPr>
      <w:r>
        <w:t>یعنی وہ ایک کمیونین کا ٹائم ہو جاتا ہے، کمیونین کا ٹائم کہ بندے کی آواز کو خدا ڈائریکٹ سننے لگتا ہے۔ تو دعا میں سمجھتا ہوں کہ جو بھی سچا داعی ہے،</w:t>
      </w:r>
    </w:p>
    <w:p>
      <w:r>
        <w:rPr>
          <w:b/>
        </w:rPr>
        <w:t xml:space="preserve">[07:27] </w:t>
      </w:r>
      <w:r>
        <w:t>us ko janna chahiye ke is ke paas do</w:t>
      </w:r>
    </w:p>
    <w:p>
      <w:pPr>
        <w:jc w:val="right"/>
      </w:pPr>
      <w:r>
        <w:t>اس کو جاننا چاہیے کہ اس کے پاس دو</w:t>
      </w:r>
    </w:p>
    <w:p>
      <w:r>
        <w:rPr>
          <w:b/>
        </w:rPr>
        <w:t xml:space="preserve">[07:32] </w:t>
      </w:r>
      <w:r>
        <w:t>do bari cheezein hain. Number one: sachai ki taqat. Kyun ke sachai apne aap mein ek taqat hai.</w:t>
      </w:r>
    </w:p>
    <w:p>
      <w:pPr>
        <w:jc w:val="right"/>
      </w:pPr>
      <w:r>
        <w:t>دو بڑی چیزیں ہیں۔ نمبر ون: سچائی کی طاقت۔ کیونکہ سچائی اپنے آپ میں ایک طاقت ہے۔</w:t>
      </w:r>
    </w:p>
    <w:p>
      <w:r>
        <w:rPr>
          <w:b/>
        </w:rPr>
        <w:t xml:space="preserve">[07:43] </w:t>
      </w:r>
      <w:r>
        <w:t>Sachai se murad meri woh hai ke woh sachai jo insan ke mind ko address kare,</w:t>
      </w:r>
    </w:p>
    <w:p>
      <w:pPr>
        <w:jc w:val="right"/>
      </w:pPr>
      <w:r>
        <w:t>سچائی سے مراد میری وہ ہے کہ وہ سچائی جو انسان کے مائنڈ کو ایڈریس کرے،</w:t>
      </w:r>
    </w:p>
    <w:p>
      <w:r>
        <w:rPr>
          <w:b/>
        </w:rPr>
        <w:t xml:space="preserve">[07:48] </w:t>
      </w:r>
      <w:r>
        <w:t>jo insan ki pursuit ka jawab ho, woh hai sachai. To is mani ke jab aap sachai ko le kar kisi ke paas jate hain to us ko us ki apni jo chahat hai, usi ko bata rahe hote hain.</w:t>
      </w:r>
    </w:p>
    <w:p>
      <w:pPr>
        <w:jc w:val="right"/>
      </w:pPr>
      <w:r>
        <w:t>جو انسان کی پرسوٹ کا جواب ہو، وہ ہے سچائی۔ تو اس معنی کہ جب آپ سچائی کو لے کر کسی کے پاس جاتے ہیں تو اس کو اس کی اپنی جو چاہت ہے، اسی کو بتا رہے ہوتے ہیں۔</w:t>
      </w:r>
    </w:p>
    <w:p>
      <w:r>
        <w:rPr>
          <w:b/>
        </w:rPr>
        <w:t xml:space="preserve">[08:04] </w:t>
      </w:r>
      <w:r>
        <w:t>Jaise kisi shayar ne kaha hai ke</w:t>
      </w:r>
    </w:p>
    <w:p>
      <w:pPr>
        <w:jc w:val="right"/>
      </w:pPr>
      <w:r>
        <w:t>جیسے کسی شاعر نے کہا ہے کہ</w:t>
      </w:r>
    </w:p>
    <w:p>
      <w:r>
        <w:rPr>
          <w:b/>
        </w:rPr>
        <w:t xml:space="preserve">[08:07] </w:t>
      </w:r>
      <w:r>
        <w:t>dekhna taqreer ki lazzat ke jo us ne kaha main ne yeh jana ke goya yeh bhi mere dil mein hai. Us ke dil ki chupi hui baat ko aap address kar rahe hote hain.</w:t>
      </w:r>
    </w:p>
    <w:p>
      <w:pPr>
        <w:jc w:val="right"/>
      </w:pPr>
      <w:r>
        <w:t>دیکھنا تقریر کی لذت کہ جو اس نے کہا میں نے یہ جانا کہ گویا یہ بھی میرے دل میں ہے۔ اس کے دل کی چھپی ہوئی بات کو آپ ایڈریس کر رہے ہوتے ہیں۔</w:t>
      </w:r>
    </w:p>
    <w:p>
      <w:r>
        <w:rPr>
          <w:b/>
        </w:rPr>
        <w:t xml:space="preserve">[08:21] </w:t>
      </w:r>
      <w:r>
        <w:t>Yeh hai dawat ka, dua work ka</w:t>
      </w:r>
    </w:p>
    <w:p>
      <w:pPr>
        <w:jc w:val="right"/>
      </w:pPr>
      <w:r>
        <w:t>یہ ہے دعوت کا، دعا ورک کا</w:t>
      </w:r>
    </w:p>
    <w:p>
      <w:r>
        <w:rPr>
          <w:b/>
        </w:rPr>
        <w:t xml:space="preserve">[08:26] </w:t>
      </w:r>
      <w:r>
        <w:t>ke taqat. Plus</w:t>
      </w:r>
    </w:p>
    <w:p>
      <w:pPr>
        <w:jc w:val="right"/>
      </w:pPr>
      <w:r>
        <w:t>کہ طاقت۔ پلس</w:t>
      </w:r>
    </w:p>
    <w:p>
      <w:r>
        <w:rPr>
          <w:b/>
        </w:rPr>
        <w:t xml:space="preserve">[08:28] </w:t>
      </w:r>
      <w:r>
        <w:t>kya hai? Agar woh aadmi stubborn hai to phir wahan aap sahara lete hain dua ka. To Prophet ki misaal main ne di aap ko.</w:t>
      </w:r>
    </w:p>
    <w:p>
      <w:pPr>
        <w:jc w:val="right"/>
      </w:pPr>
      <w:r>
        <w:t>کیا ہے؟ اگر وہ آدمی stubborn ہے تو پھر وہاں آپ سہارا لیتے ہیں دعا کا۔ تو Prophet کی مثال میں نے دی آپ کو۔</w:t>
      </w:r>
    </w:p>
    <w:p>
      <w:r>
        <w:rPr>
          <w:b/>
        </w:rPr>
        <w:t xml:space="preserve">[08:39] </w:t>
      </w:r>
      <w:r>
        <w:t>Aur bhi misalein hain, bohat sari history mein aur meri apni zindagi mein aisi misalein hain ke main ne paya kisi ko, kuch logon ko</w:t>
      </w:r>
    </w:p>
    <w:p>
      <w:pPr>
        <w:jc w:val="right"/>
      </w:pPr>
      <w:r>
        <w:t>اور بھی مثالیں ہیں، بہت ساری ہسٹری میں اور میری اپنی زندگی میں ایسی مثالیں ہیں کہ میں نے پایا کسی کو، کچھ لوگوں کو</w:t>
      </w:r>
    </w:p>
    <w:p>
      <w:r>
        <w:rPr>
          <w:b/>
        </w:rPr>
        <w:t xml:space="preserve">[08:47] </w:t>
      </w:r>
      <w:r>
        <w:t>ke yeh to bohat hi stubborn hain, mere bas ke hain nahin. Lekin jab main ne dua ki, yani woh dua jahan</w:t>
      </w:r>
    </w:p>
    <w:p>
      <w:pPr>
        <w:jc w:val="right"/>
      </w:pPr>
      <w:r>
        <w:t>کہ یہ تو بہت ہی stubborn ہیں، میرے بس کے ہیں نہیں۔ لیکن جب میں نے دعا کی، یعنی وہ دعا جہاں</w:t>
      </w:r>
    </w:p>
    <w:p>
      <w:r>
        <w:rPr>
          <w:b/>
        </w:rPr>
        <w:t xml:space="preserve">[09:00] </w:t>
      </w:r>
      <w:r>
        <w:t>jis ko main explain nahin kar sakta ke woh dua kya thi, kaise shabd mere munh se nikle aur kaisa sitara mere dil mein aaya, us ko main explain nahin kar sakta.</w:t>
      </w:r>
    </w:p>
    <w:p>
      <w:pPr>
        <w:jc w:val="right"/>
      </w:pPr>
      <w:r>
        <w:t>جس کو میں explain نہیں کر سکتا کہ وہ دعا کیا تھی، کیسے शब्द میرے منہ سے نکلے اور کیسا ستارہ میرے دل میں آیا، اس کو میں explain نہیں کر سکتا۔</w:t>
      </w:r>
    </w:p>
    <w:p>
      <w:r>
        <w:rPr>
          <w:b/>
        </w:rPr>
        <w:t xml:space="preserve">[09:12] </w:t>
      </w:r>
      <w:r>
        <w:t>To beharhal is ka result nikla.</w:t>
      </w:r>
    </w:p>
    <w:p>
      <w:pPr>
        <w:jc w:val="right"/>
      </w:pPr>
      <w:r>
        <w:t>تو بہرحال اس کا رزلٹ نکلا۔</w:t>
      </w:r>
    </w:p>
    <w:p>
      <w:r>
        <w:rPr>
          <w:b/>
        </w:rPr>
        <w:t xml:space="preserve">[09:16] </w:t>
      </w:r>
      <w:r>
        <w:t>Aur kitne aise log hain jo, yani, pehle dikhai parta tha ke bohat hi stubborn hain, baad ko unhon ne yield kiya aur sachai ko maan liya.</w:t>
      </w:r>
    </w:p>
    <w:p>
      <w:pPr>
        <w:jc w:val="right"/>
      </w:pPr>
      <w:r>
        <w:t>اور کتنے ایسے لوگ ہیں جو، یعنی، پہلے دکھائی پڑتا تھا کہ بہت ہی stubborn ہیں، بعد کو انہوں نے yield کیا اور سچائی کو مان لیا۔</w:t>
      </w:r>
    </w:p>
    <w:p>
      <w:r>
        <w:rPr>
          <w:b/>
        </w:rPr>
        <w:t xml:space="preserve">[09:31] </w:t>
      </w:r>
      <w:r>
        <w:t>This question is from Bilal. Did the two wives of Prophet Ibrahim, Hazrat Sarah and Hazrat Hajra, enjoy the equal status?</w:t>
      </w:r>
    </w:p>
    <w:p>
      <w:pPr>
        <w:jc w:val="right"/>
      </w:pPr>
      <w:r>
        <w:t>This question is from Bilal. Did the two wives of Prophet Ibrahim, Hazrat سارہ and Hazrat ہاجرہ, enjoy the equal status?</w:t>
      </w:r>
    </w:p>
    <w:p>
      <w:r>
        <w:rPr>
          <w:b/>
        </w:rPr>
        <w:t xml:space="preserve">[09:43] </w:t>
      </w:r>
      <w:r>
        <w:t>And secondly, in the lineage of Hazrat Ismail, who were other prophets before Prophet</w:t>
      </w:r>
    </w:p>
    <w:p>
      <w:pPr>
        <w:jc w:val="right"/>
      </w:pPr>
      <w:r>
        <w:t>And secondly, in the lineage of Hazrat اسماعیل, who were other prophets before Prophet</w:t>
      </w:r>
    </w:p>
    <w:p>
      <w:r>
        <w:rPr>
          <w:b/>
        </w:rPr>
        <w:t xml:space="preserve">[09:50] </w:t>
      </w:r>
      <w:r>
        <w:t>Muhammad? Dekhein, yeh to main samajhta hoon ke is mein koi shakk nahin ke dono ko barabar ka status mila hua tha.</w:t>
      </w:r>
    </w:p>
    <w:p>
      <w:pPr>
        <w:jc w:val="right"/>
      </w:pPr>
      <w:r>
        <w:t>Muhammad? دیکھیں، یہ تو میں سمجھتا ہوں کہ اس میں کوئی شک نہیں کہ دونوں کو برابر کا اسٹیٹس ملا ہوا تھا۔</w:t>
      </w:r>
    </w:p>
    <w:p>
      <w:r>
        <w:rPr>
          <w:b/>
        </w:rPr>
        <w:t xml:space="preserve">[10:00] </w:t>
      </w:r>
      <w:r>
        <w:t>Is mein to koi hamein history mein ya jo record hamare paas hai, us mein aisi koi baat nahin hai jis se nikle ke Hajra aur Sarah mein koi disparity thi.</w:t>
      </w:r>
    </w:p>
    <w:p>
      <w:pPr>
        <w:jc w:val="right"/>
      </w:pPr>
      <w:r>
        <w:t>اس میں تو کوئی ہمیں ہسٹری میں یا جو ریکارڈ ہمارے پاس ہے، اس میں ایسی کوئی بات نہیں ہے جس سے نکلے کہ ہاجرہ اور سارہ میں کوئی ڈسپیریٹی تھی۔</w:t>
      </w:r>
    </w:p>
    <w:p>
      <w:r>
        <w:rPr>
          <w:b/>
        </w:rPr>
        <w:t xml:space="preserve">[10:17] </w:t>
      </w:r>
      <w:r>
        <w:t>Dono ko barabar ka status mila hua tha aur dono ne Prophet ka poora saath diya apne apne hisab se. Baqi yeh aap ne jo kaha ke Ibrahim aur Hazrat Muhammad ke beech mein kuch Pro</w:t>
      </w:r>
    </w:p>
    <w:p>
      <w:pPr>
        <w:jc w:val="right"/>
      </w:pPr>
      <w:r>
        <w:t>دونوں کو برابر کا اسٹیٹس ملا ہوا تھا اور دونوں نے Prophet کا پورا ساتھ دیا اپنے اپنے حساب سے۔ باقی یہ آپ نے جو کہا کہ ابراہیم اور حضرت محمد کے بیچ میں کچھ Pro</w:t>
      </w:r>
    </w:p>
    <w:p>
      <w:r>
        <w:rPr>
          <w:b/>
        </w:rPr>
        <w:t xml:space="preserve">[10:32] </w:t>
      </w:r>
      <w:r>
        <w:t>phet aaye hain, kaun? Ji ji, Ismail aur Prophet Muhammad ke beech mein to woh to bohat se aaye hain, lekin Ismail ki generation mein nahin hain, woh Ishaq ki generation mein hain.</w:t>
      </w:r>
    </w:p>
    <w:p>
      <w:pPr>
        <w:jc w:val="right"/>
      </w:pPr>
      <w:r>
        <w:t>phet آئے ہیں، کون؟ جی جی، اسماعیل اور Prophet محمد کے بیچ میں تو وہ تو بہت سے آئے ہیں، لیکن اسماعیل کی جنریشن میں نہیں ہیں، وہ اسحاق کی جنریشن میں ہیں۔</w:t>
      </w:r>
    </w:p>
    <w:p>
      <w:r>
        <w:rPr>
          <w:b/>
        </w:rPr>
        <w:t xml:space="preserve">[10:42] </w:t>
      </w:r>
      <w:r>
        <w:t>Dekhein, Hazrat Hazrat Hazrat yani Hazrat Ibrahim jo thay, un ke do bete thay,</w:t>
      </w:r>
    </w:p>
    <w:p>
      <w:pPr>
        <w:jc w:val="right"/>
      </w:pPr>
      <w:r>
        <w:t>دیکھیں، حضرت حضرت حضرت یعنی حضرت ابراہیم جو تھے، ان کے دو بیٹے تھے،</w:t>
      </w:r>
    </w:p>
    <w:p>
      <w:r>
        <w:rPr>
          <w:b/>
        </w:rPr>
        <w:t xml:space="preserve">[10:48] </w:t>
      </w:r>
      <w:r>
        <w:t>yani Ismail aur Ishaq. To to Ismail ki jo generation chali, yeh jo branch, is mein to sirf Rasool Allah paida hue.</w:t>
      </w:r>
    </w:p>
    <w:p>
      <w:pPr>
        <w:jc w:val="right"/>
      </w:pPr>
      <w:r>
        <w:t>یعنی اسماعیل اور اسحاق۔ تو تو اسماعیل کی جو جنریشن چلی، یہ جو برانچ، اس میں تو صرف رسول اللہ پیدا ہوئے۔</w:t>
      </w:r>
    </w:p>
    <w:p>
      <w:r>
        <w:rPr>
          <w:b/>
        </w:rPr>
        <w:t xml:space="preserve">[11:03] </w:t>
      </w:r>
      <w:r>
        <w:t>Lekin jo doosra jo tha,</w:t>
      </w:r>
    </w:p>
    <w:p>
      <w:pPr>
        <w:jc w:val="right"/>
      </w:pPr>
      <w:r>
        <w:t>لیکن جو دوسرا جو تھا،</w:t>
      </w:r>
    </w:p>
    <w:p>
      <w:r>
        <w:rPr>
          <w:b/>
        </w:rPr>
        <w:t xml:space="preserve">[11:05] </w:t>
      </w:r>
      <w:r>
        <w:t>doosri jo branch thi Hazrat Ishaq ki, un ke bete thay Yaqoob. Yaqoob ka doosra naam tha Israel. To us ko kehte hain Israeli peghambar.</w:t>
      </w:r>
    </w:p>
    <w:p>
      <w:pPr>
        <w:jc w:val="right"/>
      </w:pPr>
      <w:r>
        <w:t>دوسری جو برانچ تھی حضرت اسحاق کی، ان کے بیٹے تھے یعقوب۔ یعقوب کا دوسرا نام تھا اسرائیل۔ تو اس کو کہتے ہیں اسرائیلی پیغمبر۔</w:t>
      </w:r>
    </w:p>
    <w:p>
      <w:r>
        <w:rPr>
          <w:b/>
        </w:rPr>
        <w:t xml:space="preserve">[11:17] </w:t>
      </w:r>
      <w:r>
        <w:t>rasool Allah ko kehte hain Ismaili peghambar. un ko logon ko kaha jata hai Israeli peghambar. to Israeli peghambar to bohat se hue,</w:t>
      </w:r>
    </w:p>
    <w:p>
      <w:pPr>
        <w:jc w:val="right"/>
      </w:pPr>
      <w:r>
        <w:t>رسول اللہ کو کہتے ہیں اسماعیلی پیغمبر۔ ان کو لوگوں کو کہا جاتا ہے اسرائیلی پیغمبر۔ تو اسرائیلی پیغمبر تو بہت سے ہوئے،</w:t>
      </w:r>
    </w:p>
    <w:p>
      <w:r>
        <w:rPr>
          <w:b/>
        </w:rPr>
        <w:t xml:space="preserve">[11:25] </w:t>
      </w:r>
      <w:r>
        <w:t>yani Hazrat Ishaq ya Hazrat Yaqoob ki aulad se bohat se peghambar hue, aur khud Hazrat Essa bhi isi mein se thay. ek in peghambaron ki bohat si qabrein hain Yerushalim mein, main ne dekha hai wahan par.</w:t>
      </w:r>
    </w:p>
    <w:p>
      <w:pPr>
        <w:jc w:val="right"/>
      </w:pPr>
      <w:r>
        <w:t>یعنی حضرت اسحاق یا حضرت یعقوب کی اولاد سے بہت سے پیغمبر ہوئے، اور خود حضرت عیسیٰ بھی اسی میں سے تھے۔ ایک ان پیغمبروں کی بہت سی قبریں ہیں یروشلم میں، میں نے دیکھا ہے وہاں پر۔</w:t>
      </w:r>
    </w:p>
    <w:p>
      <w:r>
        <w:rPr>
          <w:b/>
        </w:rPr>
        <w:t xml:space="preserve">[11:38] </w:t>
      </w:r>
      <w:r>
        <w:t>to doosri branch mein to bohat se peghambar hue jin ko hum Israeli peghambar kehte hain, lekin is branch mein, Hazrat Ismail ki branch mein, koi aur nahi hua, sirf Rasool Allah hue.</w:t>
      </w:r>
    </w:p>
    <w:p>
      <w:pPr>
        <w:jc w:val="right"/>
      </w:pPr>
      <w:r>
        <w:t>تو دوسری برانچ میں تو بہت سے پیغمبر ہوئے جن کو ہم اسرائیلی پیغمبر کہتے ہیں، لیکن اس برانچ میں، حضرت اسماعیل کی برانچ میں، کوئی اور نہیں ہوا، صرف رسول اللہ ہوئے۔</w:t>
      </w:r>
    </w:p>
    <w:p>
      <w:r>
        <w:rPr>
          <w:b/>
        </w:rPr>
        <w:t xml:space="preserve">[11:51] </w:t>
      </w:r>
      <w:r>
        <w:t>This question is from Priya. Maulana, we have repeatedly heard the word "deconditioning" deconditioning appear in your lec</w:t>
      </w:r>
    </w:p>
    <w:p>
      <w:pPr>
        <w:jc w:val="right"/>
      </w:pPr>
      <w:r>
        <w:t>This question is from Priya. مولانا، وی ہیو ریپیٹڈلی ہرڈ دی ورڈ "ڈی کنڈیشننگ" ڈی کنڈیشننگ اپیئر ان یور لیک</w:t>
      </w:r>
    </w:p>
    <w:p>
      <w:r>
        <w:rPr>
          <w:b/>
        </w:rPr>
        <w:t xml:space="preserve">[12:00] </w:t>
      </w:r>
      <w:r>
        <w:t>ture. What is deconditioning? Secondly, God directly intervene to decondition you. What about all of us?</w:t>
      </w:r>
    </w:p>
    <w:p>
      <w:pPr>
        <w:jc w:val="right"/>
      </w:pPr>
      <w:r>
        <w:t>چر۔ واٹ از ڈی کنڈیشننگ؟ سیکنڈلی، گاڈ ڈائریکٹلی انٹروین ٹو ڈی کنڈیشن یو۔ واٹ اباؤٹ ال اف اس؟</w:t>
      </w:r>
    </w:p>
    <w:p>
      <w:r>
        <w:rPr>
          <w:b/>
        </w:rPr>
        <w:t xml:space="preserve">[12:09] </w:t>
      </w:r>
      <w:r>
        <w:t>dekhen, deconditioning jo hai, wahi cheez hai jis ko hum kehte hain introspection. introspection hi ka doosra naam hai deconditioning.</w:t>
      </w:r>
    </w:p>
    <w:p>
      <w:pPr>
        <w:jc w:val="right"/>
      </w:pPr>
      <w:r>
        <w:t>دیکھیں، ڈی کنڈیشننگ جو ہے، وہی چیز ہے جس کو ہم کہتے ہیں انٹراسپیکشن۔ انٹراسپیکشن ہی کا دوسرا نام ہے ڈی کنڈیشننگ۔</w:t>
      </w:r>
    </w:p>
    <w:p>
      <w:r>
        <w:rPr>
          <w:b/>
        </w:rPr>
        <w:t xml:space="preserve">[12:20] </w:t>
      </w:r>
      <w:r>
        <w:t>agar koi sacha hai, sachai ke sath apna introspection kar raha ho, sachai ka matlab kya hai?</w:t>
      </w:r>
    </w:p>
    <w:p>
      <w:pPr>
        <w:jc w:val="right"/>
      </w:pPr>
      <w:r>
        <w:t>اگر کوئی سچا ہے، سچائی کے ساتھ اپنا انٹراسپیکشن کر رہا ہو، سچائی کا مطلب کیا ہے؟</w:t>
      </w:r>
    </w:p>
    <w:p>
      <w:r>
        <w:rPr>
          <w:b/>
        </w:rPr>
        <w:t xml:space="preserve">[12:29] </w:t>
      </w:r>
      <w:r>
        <w:t>ke wo jaise hi paye ke mere andar yeh ghalti hai, to without any delay wo keh dega "I was wrong".</w:t>
      </w:r>
    </w:p>
    <w:p>
      <w:pPr>
        <w:jc w:val="right"/>
      </w:pPr>
      <w:r>
        <w:t>کہ وہ جیسے ہی پائے کہ میرے اندر یہ غلطی ہے، تو ودا آؤٹ اینی ڈیلے وہ کہہ دے گا "آئی واز رونگ"۔</w:t>
      </w:r>
    </w:p>
    <w:p>
      <w:r>
        <w:rPr>
          <w:b/>
        </w:rPr>
        <w:t xml:space="preserve">[12:40] </w:t>
      </w:r>
      <w:r>
        <w:t>to is tarah se ek ek kar ke, ek kar ke apni ghalti nikalta chala jayega wo. to introspection</w:t>
      </w:r>
    </w:p>
    <w:p>
      <w:pPr>
        <w:jc w:val="right"/>
      </w:pPr>
      <w:r>
        <w:t>تو اس طرح سے ایک ایک کر کے، ایک کر کے اپنی غلطی نکالتا چلا جائے گا وہ۔ تو انٹراسپیکشن</w:t>
      </w:r>
    </w:p>
    <w:p>
      <w:r>
        <w:rPr>
          <w:b/>
        </w:rPr>
        <w:t xml:space="preserve">[12:49] </w:t>
      </w:r>
      <w:r>
        <w:t>karna aur apni ghalti ko mannay ke liye tayyar rehna, yahi process hai deconditioning ka. log is liye nahi kar patay ke logon ke andar log itna itna zyada, yani, sincere nahi hotay is mamle mein.</w:t>
      </w:r>
    </w:p>
    <w:p>
      <w:pPr>
        <w:jc w:val="right"/>
      </w:pPr>
      <w:r>
        <w:t>کرنا اور اپنی غلطی کو ماننے کے لیے تیار رہنا، یہی پروسیس ہے ڈی کنڈیشننگ کا۔ لوگ اس لیے نہیں کر پاتے کہ لوگوں کے اندر لوگ اتنا اتنا زیادہ، یعنی، سنسیئر نہیں ہوتے اس معاملے میں۔</w:t>
      </w:r>
    </w:p>
    <w:p>
      <w:r>
        <w:rPr>
          <w:b/>
        </w:rPr>
        <w:t xml:space="preserve">[13:07] </w:t>
      </w:r>
      <w:r>
        <w:t>yani kapray mein mitti lag jaye to bohat jaldi se aadmi dhoeyga is ko, lekin hamari soul mein, hamari spiritual being mein jo mitti lag jati hai, to us ko hum saaf karne mein bohat zyada dhyan nahi detay.</w:t>
      </w:r>
    </w:p>
    <w:p>
      <w:pPr>
        <w:jc w:val="right"/>
      </w:pPr>
      <w:r>
        <w:t>یعنی کپڑے میں مٹی لگ جائے تو بہت جلدی سے آدمی دھوئے گا اس کو، لیکن ہماری سول میں، ہماری سپریچول بینگ میں جو مٹی لگ جاتی ہے، تو اس کو ہم صاف کرنے میں بہت زیادہ دھیان نہیں دیتے۔</w:t>
      </w:r>
    </w:p>
    <w:p>
      <w:r>
        <w:rPr>
          <w:b/>
        </w:rPr>
        <w:t xml:space="preserve">[13:20] </w:t>
      </w:r>
      <w:r>
        <w:t>warna agar dhyan den to har aadmi apni conditioning kar sakta hai, deconditioning kar sakta hai.</w:t>
      </w:r>
    </w:p>
    <w:p>
      <w:pPr>
        <w:jc w:val="right"/>
      </w:pPr>
      <w:r>
        <w:t>ورنہ اگر دھیان دیں تو ہر آدمی اپنی کنڈیشننگ کر سکتا ہے، ڈی کنڈیشننگ کر سکتا ہے۔</w:t>
      </w:r>
    </w:p>
    <w:p>
      <w:r>
        <w:rPr>
          <w:b/>
        </w:rPr>
        <w:t xml:space="preserve">[13:26] </w:t>
      </w:r>
      <w:r>
        <w:t>jahan tak mera mamla hai, main samajhta hoon ke ke main ek exception tha, kyunke mere, yani, yeh poora sau saal ka jo zamana hai, main ne dekha koi ek aadmi nahi tha jis ki deconditioning hui ho,</w:t>
      </w:r>
    </w:p>
    <w:p>
      <w:pPr>
        <w:jc w:val="right"/>
      </w:pPr>
      <w:r>
        <w:t>جہاں تک میرا معاملہ ہے، میں سمجھتا ہوں کہ کہ میں ایک ایکسیپشن تھا، کیونکہ میرے، یعنی، یہ پورا سو سال کا جو زمانہ ہے، میں نے دیکھا کوئی ایک آدمی نہیں تھا جس کی ڈی کنڈیشننگ ہوئی ہو،</w:t>
      </w:r>
    </w:p>
    <w:p>
      <w:r>
        <w:rPr>
          <w:b/>
        </w:rPr>
        <w:t xml:space="preserve">[13:43] </w:t>
      </w:r>
      <w:r>
        <w:t>koi ek bhi nahi. meri kaise ho gayi?</w:t>
      </w:r>
    </w:p>
    <w:p>
      <w:pPr>
        <w:jc w:val="right"/>
      </w:pPr>
      <w:r>
        <w:t>کوئی ایک بھی نہیں۔ میری کیسے ہو گئی؟</w:t>
      </w:r>
    </w:p>
    <w:p>
      <w:r>
        <w:rPr>
          <w:b/>
        </w:rPr>
        <w:t xml:space="preserve">[13:47] </w:t>
      </w:r>
      <w:r>
        <w:t>to main samajhta hoon ke yeh Khuda ka intervention tha. main ne kal kisi ko yeh baat bata raha tha ke Khuda ne har aadmi ko buraai di hai, mind diya hai ke wo soche</w:t>
      </w:r>
    </w:p>
    <w:p>
      <w:pPr>
        <w:jc w:val="right"/>
      </w:pPr>
      <w:r>
        <w:t>تو میں سمجھتا ہوں کہ یہ خدا کا انٹروینشن تھا۔ میں نے کل کسی کو یہ بات بتا رہا تھا کہ خدا نے ہر آدمی کو بدی دی ہے، مائنڈ دیا ہے کہ وہ سوچے</w:t>
      </w:r>
    </w:p>
    <w:p>
      <w:r>
        <w:rPr>
          <w:b/>
        </w:rPr>
        <w:t xml:space="preserve">[14:06] </w:t>
      </w:r>
      <w:r>
        <w:t>aur right and wrong mein farq kar ke aagay badhay. lekin aisa hota hai ke jab sare log bhatak jatay hain, bhatkao bohat barh jata hai.</w:t>
      </w:r>
    </w:p>
    <w:p>
      <w:pPr>
        <w:jc w:val="right"/>
      </w:pPr>
      <w:r>
        <w:t>اور رائٹ اینڈ رونگ میں فرق کر کے آگے بڑھے۔ لیکن ایسا ہوتا ہے کہ جب سارے لوگ بھٹک جاتے ہیں، بھٹکاؤ بہت بڑھ جاتا ہے۔</w:t>
      </w:r>
    </w:p>
    <w:p>
      <w:r>
        <w:rPr>
          <w:b/>
        </w:rPr>
        <w:t xml:space="preserve">[14:20] </w:t>
      </w:r>
      <w:r>
        <w:t>to Khuda kisi ko</w:t>
      </w:r>
    </w:p>
    <w:p>
      <w:pPr>
        <w:jc w:val="right"/>
      </w:pPr>
      <w:r>
        <w:t>تو خدا کسی کو</w:t>
      </w:r>
    </w:p>
    <w:p>
      <w:r>
        <w:rPr>
          <w:b/>
        </w:rPr>
        <w:t xml:space="preserve">[14:24] </w:t>
      </w:r>
      <w:r>
        <w:t>choose karta hai, kisi ko select karta hai, intervene kar ke us ke, yani, us ke, yani, wo genetic code ko badal deta hai.</w:t>
      </w:r>
    </w:p>
    <w:p>
      <w:pPr>
        <w:jc w:val="right"/>
      </w:pPr>
      <w:r>
        <w:t>چوز کرتا ہے، کسی کو سلیکٹ کرتا ہے، انٹروین کر کے اس کے، یعنی، اس کے، یعنی، وہ جینیٹک کوڈ کو بدل دیتا ہے۔</w:t>
      </w:r>
    </w:p>
    <w:p>
      <w:r>
        <w:rPr>
          <w:b/>
        </w:rPr>
        <w:t xml:space="preserve">[14:36] </w:t>
      </w:r>
      <w:r>
        <w:t>yeh sab ke sath nahi hota, kisi ek insaan ke genetic code ko badal deta hai Khuda. usi ko hadith mein is tarah kaha gaya hai</w:t>
      </w:r>
    </w:p>
    <w:p>
      <w:pPr>
        <w:jc w:val="right"/>
      </w:pPr>
      <w:r>
        <w:t>یہ سب کے ساتھ نہیں ہوتا، کسی ایک انسان کے جینیٹک کوڈ کو بدل دیتا ہے خدا۔ اسی کو حدیث میں اس طرح کہا گیا ہے</w:t>
      </w:r>
    </w:p>
    <w:p>
      <w:r>
        <w:rPr>
          <w:b/>
        </w:rPr>
        <w:t xml:space="preserve">[14:44] </w:t>
      </w:r>
      <w:r>
        <w:t>ke prophet ke baad</w:t>
      </w:r>
    </w:p>
    <w:p>
      <w:pPr>
        <w:jc w:val="right"/>
      </w:pPr>
      <w:r>
        <w:t>کہ پرافٹ کے بعد</w:t>
      </w:r>
    </w:p>
    <w:p>
      <w:r>
        <w:rPr>
          <w:b/>
        </w:rPr>
        <w:t xml:space="preserve">[14:48] </w:t>
      </w:r>
      <w:r>
        <w:t>ان الله يبعث على راس كل سنة يجدد الحدین yani Allah har sau saal ke baad ek insaan ko uthayega jo revive karega sachai ko.</w:t>
      </w:r>
    </w:p>
    <w:p>
      <w:pPr>
        <w:jc w:val="right"/>
      </w:pPr>
      <w:r>
        <w:t>إن الله يبعث على راس كل سنة يجدد الحدین یعنی اللہ ہر سو سال کے بعد ایک انسان کو اٹھائے گا جو ریوائیو کرے گا سچائی کو۔</w:t>
      </w:r>
    </w:p>
    <w:p>
      <w:r>
        <w:rPr>
          <w:b/>
        </w:rPr>
        <w:t xml:space="preserve">[15:03] </w:t>
      </w:r>
      <w:r>
        <w:t>to yeh kya hai? yeh wahi insaan hota hai</w:t>
      </w:r>
    </w:p>
    <w:p>
      <w:pPr>
        <w:jc w:val="right"/>
      </w:pPr>
      <w:r>
        <w:t>تو یہ کیا ہے؟ یہ وہی انسان ہوتا ہے</w:t>
      </w:r>
    </w:p>
    <w:p>
      <w:r>
        <w:rPr>
          <w:b/>
        </w:rPr>
        <w:t xml:space="preserve">[15:06] </w:t>
      </w:r>
      <w:r>
        <w:t>ke jab bhatkao bohat barh jata hai to kisi ek insaan ko le kar Khuda us ke, yani, us ko aisa banata hai.</w:t>
      </w:r>
    </w:p>
    <w:p>
      <w:pPr>
        <w:jc w:val="right"/>
      </w:pPr>
      <w:r>
        <w:t>کہ جب بھٹکاؤ بہت بڑھ جاتا ہے تو کسی ایک انسان کو لے کر خدا اس کے، یعنی، اس کو ایسا بناتا ہے۔</w:t>
      </w:r>
    </w:p>
    <w:p>
      <w:r>
        <w:rPr>
          <w:b/>
        </w:rPr>
        <w:t xml:space="preserve">[15:20] </w:t>
      </w:r>
      <w:r>
        <w:t>main is ko aaj kal ke term mein main keh raha hoon ke us ke genetic code ko badal deta hai. main samajhta hoon ke mere sath yahi sahi hua, yani yeh ek exception kaise waqay hua ke mere zamanay mein, yani,</w:t>
      </w:r>
    </w:p>
    <w:p>
      <w:pPr>
        <w:jc w:val="right"/>
      </w:pPr>
      <w:r>
        <w:t>میں اس کو آج کل کے ٹرم میں میں کہہ رہا ہوں کہ اس کے جینیٹک کوڈ کو بدل دیتا ہے۔ میں سمجھتا ہوں کہ میرے ساتھ یہی صحیح ہوا، یعنی یہ ایکسیپشن کیسے واقع ہوا کہ میرے زمانے میں، یعنی،</w:t>
      </w:r>
    </w:p>
    <w:p>
      <w:r>
        <w:rPr>
          <w:b/>
        </w:rPr>
        <w:t xml:space="preserve">[15:35] </w:t>
      </w:r>
      <w:r>
        <w:t>jo soch thi logon ki, Hindu ki, Musalman ki, dono ki,</w:t>
      </w:r>
    </w:p>
    <w:p>
      <w:pPr>
        <w:jc w:val="right"/>
      </w:pPr>
      <w:r>
        <w:t>جو سوچ تھی لوگوں کی، ہندو کی، مسلمان کی، دونوں کی،</w:t>
      </w:r>
    </w:p>
    <w:p>
      <w:r>
        <w:rPr>
          <w:b/>
        </w:rPr>
        <w:t xml:space="preserve">[15:38] </w:t>
      </w:r>
      <w:r>
        <w:t>is se alag meri soch kaise bani? hindu musalman dono hi conditioned thinking ka shikar the. is ke bare mein agar aap chahenge to main ek pura lecture de sakta hoon ke kis tarah se pure so saal, balke do so saal ke beech mein,</w:t>
      </w:r>
    </w:p>
    <w:p>
      <w:pPr>
        <w:jc w:val="right"/>
      </w:pPr>
      <w:r>
        <w:t>اس سے الگ میری سوچ کیسے بنی؟ ہندو مسلمان دونوں ہی کنڈیشنڈ تھنکنگ کا شکار تھے۔ اس کے بارے میں اگر آپ چاہیں گے تو میں ایک پورا لیکچر دے سکتا ہوں کہ کس طرح سے پورے سو سال، بلکہ دو سو سال کے بیچ میں،</w:t>
      </w:r>
    </w:p>
    <w:p>
      <w:r>
        <w:rPr>
          <w:b/>
        </w:rPr>
        <w:t xml:space="preserve">[15:55] </w:t>
      </w:r>
      <w:r>
        <w:t>sare hindu aur sare musalman conditioning ka shikar ho chuke the. is par main pura lecture de sakta hoon, inshallah. to khuda ne mujhe exceptionally aisa kiya ke mere, mere shayad mere, yani,</w:t>
      </w:r>
    </w:p>
    <w:p>
      <w:pPr>
        <w:jc w:val="right"/>
      </w:pPr>
      <w:r>
        <w:t>سارے ہندو اور سارے مسلمان کنڈیشننگ کا شکار ہو چکے تھے۔ اس پر میں پورا لیکچر دے سکتا ہوں، انشاءاللہ۔ تو خدا نے مجھے ایکسیپشنلی ایسا کیا کہ میرے، میرے شاید میرے، یعنی،</w:t>
      </w:r>
    </w:p>
    <w:p>
      <w:r>
        <w:rPr>
          <w:b/>
        </w:rPr>
        <w:t xml:space="preserve">[16:10] </w:t>
      </w:r>
      <w:r>
        <w:t>is ko badal diya.</w:t>
      </w:r>
    </w:p>
    <w:p>
      <w:pPr>
        <w:jc w:val="right"/>
      </w:pPr>
      <w:r>
        <w:t>اس کو بدل دیا۔</w:t>
      </w:r>
    </w:p>
    <w:p>
      <w:r>
        <w:rPr>
          <w:b/>
        </w:rPr>
        <w:t xml:space="preserve">[16:14] </w:t>
      </w:r>
      <w:r>
        <w:t>aur main 100 percent mein keh sakta hoon ke zameen par ek hi insan agar ho jo 100 percent negativity se pak ho to woh main hoon, kyunke jis ko main kureedta hoon to kahin na kahin us ko negativity mil jati hai.</w:t>
      </w:r>
    </w:p>
    <w:p>
      <w:pPr>
        <w:jc w:val="right"/>
      </w:pPr>
      <w:r>
        <w:t>اور میں 100 پرسنٹ میں کہہ سکتا ہوں کہ زمین پر ایک ہی انسان اگر ہو جو 100 پرسنٹ نیگیٹیوٹی سے پاک ہو تو وہ میں ہوں، کیونکہ جس کو میں کریدتا ہوں تو کہیں نہ کہیں اس کو نیگیٹیوٹی مل جاتی ہے۔</w:t>
      </w:r>
    </w:p>
    <w:p>
      <w:r>
        <w:rPr>
          <w:b/>
        </w:rPr>
        <w:t xml:space="preserve">[16:30] </w:t>
      </w:r>
      <w:r>
        <w:t>us ko abhi subah maine ek article padha, ek aadmi jo apne bare mein yeh daawa karte hain ke main positive thinker hoon,</w:t>
      </w:r>
    </w:p>
    <w:p>
      <w:pPr>
        <w:jc w:val="right"/>
      </w:pPr>
      <w:r>
        <w:t>اس کو ابھی صبح میں نے ایک آرٹیکل پڑھا، ایک آدمی جو اپنے بارے میں یہ دعویٰ کرتے ہیں کہ میں پازیٹیو تھنکر ہوں،</w:t>
      </w:r>
    </w:p>
    <w:p>
      <w:r>
        <w:rPr>
          <w:b/>
        </w:rPr>
        <w:t xml:space="preserve">[16:38] </w:t>
      </w:r>
      <w:r>
        <w:t>ek musalman, parhe likhe musalman, apne bare mein un ka kehna hai ke main positive thinker hoon. ab denmark ka jo cartoon ka issue tha, us pe ek article likha, unhone mujhe diya tha parhne ke liye.</w:t>
      </w:r>
    </w:p>
    <w:p>
      <w:pPr>
        <w:jc w:val="right"/>
      </w:pPr>
      <w:r>
        <w:t>ایک مسلمان، پڑھے لکھے مسلمان، اپنے بارے میں ان کا کہنا ہے کہ میں پازیٹیو تھنکر ہوں۔ اب ڈنمارک کا جو کارٹون کا ایشو تھا، اس پہ ایک آرٹیکل لکھا، انہوں نے مجھے دیا تھا پڑھنے کے لیے۔</w:t>
      </w:r>
    </w:p>
    <w:p>
      <w:r>
        <w:rPr>
          <w:b/>
        </w:rPr>
        <w:t xml:space="preserve">[16:50] </w:t>
      </w:r>
      <w:r>
        <w:t>aaj subah padha main ne us ko. ab dekhen, us ko</w:t>
      </w:r>
    </w:p>
    <w:p>
      <w:pPr>
        <w:jc w:val="right"/>
      </w:pPr>
      <w:r>
        <w:t>آج صبح پڑھا میں نے اس کو۔ اب دیکھیں، اس کو</w:t>
      </w:r>
    </w:p>
    <w:p>
      <w:r>
        <w:rPr>
          <w:b/>
        </w:rPr>
        <w:t xml:space="preserve">[16:55] </w:t>
      </w:r>
      <w:r>
        <w:t>kehte hain ke woh musalmanon ne jo kuch kiya, woh ek right jo mila hua hai, us ka istemal tha. yeh ek bahut hi galat baat hai.</w:t>
      </w:r>
    </w:p>
    <w:p>
      <w:pPr>
        <w:jc w:val="right"/>
      </w:pPr>
      <w:r>
        <w:t>کہتے ہیں کہ وہ مسلمانوں نے جو کچھ کیا، وہ ایک رائٹ جو ملا ہوا ہے، اس کا استعمال تھا۔ یہ ایک بہت ہی غلط بات ہے۔</w:t>
      </w:r>
    </w:p>
    <w:p>
      <w:r>
        <w:rPr>
          <w:b/>
        </w:rPr>
        <w:t xml:space="preserve">[17:07] </w:t>
      </w:r>
      <w:r>
        <w:t>yeh kyun galat baat hai? is liye ke dekhiye,</w:t>
      </w:r>
    </w:p>
    <w:p>
      <w:pPr>
        <w:jc w:val="right"/>
      </w:pPr>
      <w:r>
        <w:t>یہ کیوں غلط بات ہے؟ اس لیے کہ دیکھیے،</w:t>
      </w:r>
    </w:p>
    <w:p>
      <w:r>
        <w:rPr>
          <w:b/>
        </w:rPr>
        <w:t xml:space="preserve">[17:13] </w:t>
      </w:r>
      <w:r>
        <w:t>main ne ek aap ko ek ek saying batai thi ke "he is one who knows the relative value of things". jab aap hazaron hazar logon ko nikal kar demonstration karenge sarakon par to impossible hai ke woh positive rahen.</w:t>
      </w:r>
    </w:p>
    <w:p>
      <w:pPr>
        <w:jc w:val="right"/>
      </w:pPr>
      <w:r>
        <w:t>میں نے ایک آپ کو ایک ایک سینگ بتائی تھی کہ "اوائز من از ون ہو نوز دا ریلیٹیو ویلیو اف تھنگز"۔ جب آپ ہزاروں ہزار لوگوں کو نکال کر ڈیمونسٹریشن کریں گے سڑکوں پر تو امپاسیبل ہے کہ وہ پازیٹیو رہیں۔</w:t>
      </w:r>
    </w:p>
    <w:p>
      <w:r>
        <w:rPr>
          <w:b/>
        </w:rPr>
        <w:t xml:space="preserve">[17:30] </w:t>
      </w:r>
      <w:r>
        <w:t>zarur kahin na kahin jhagda hoga, kahin na kahin koi log</w:t>
      </w:r>
    </w:p>
    <w:p>
      <w:pPr>
        <w:jc w:val="right"/>
      </w:pPr>
      <w:r>
        <w:t>ضرور کہیں نہ کہیں جھگڑا ہوگا، کہیں نہ کہیں کوئی لوگ</w:t>
      </w:r>
    </w:p>
    <w:p>
      <w:r>
        <w:rPr>
          <w:b/>
        </w:rPr>
        <w:t xml:space="preserve">[17:33] </w:t>
      </w:r>
      <w:r>
        <w:t>maar kaat hogi, koi na koi log provoker provocative slogan lagayenge. yeh sab hoga hi hoga, kyunke woh jo procession hai, woh robot ka procession nahi hoga, woh angel ka procession nahi hoga.</w:t>
      </w:r>
    </w:p>
    <w:p>
      <w:pPr>
        <w:jc w:val="right"/>
      </w:pPr>
      <w:r>
        <w:t>مار کاٹ ہوگی، کوئی نہ کوئی لوگ پروووکر پرووکیٹو سلوگن لگائیں گے۔ یہ سب ہوگا ہی ہوگا، کیونکہ وہ جو پروسیشن ہے، وہ روبوٹ کا پروسیشن نہیں ہوگا، وہ اینجل کا پروسیشن نہیں ہوگا۔</w:t>
      </w:r>
    </w:p>
    <w:p>
      <w:r>
        <w:rPr>
          <w:b/>
        </w:rPr>
        <w:t xml:space="preserve">[17:48] </w:t>
      </w:r>
      <w:r>
        <w:t>to aap yeh kahein ke hum</w:t>
      </w:r>
    </w:p>
    <w:p>
      <w:pPr>
        <w:jc w:val="right"/>
      </w:pPr>
      <w:r>
        <w:t>تو آپ یہ کہیں کہ ہم</w:t>
      </w:r>
    </w:p>
    <w:p>
      <w:r>
        <w:rPr>
          <w:b/>
        </w:rPr>
        <w:t xml:space="preserve">[17:51] </w:t>
      </w:r>
      <w:r>
        <w:t>negativity ko nahi mante aur sath sath yeh kahein ke procession nikalna jo hai, yeh right tha musalmanon ka. dono contradictory statement hain. jab bhi aap procession nikalenge to zarur wahan negative cheezein paida hongi.</w:t>
      </w:r>
    </w:p>
    <w:p>
      <w:pPr>
        <w:jc w:val="right"/>
      </w:pPr>
      <w:r>
        <w:t>نیگیٹیوٹی کو نہیں مانتے اور ساتھ ساتھ یہ کہیں کہ پروسیشن نکالنا جو ہے، یہ رائٹ تھا مسلمانوں کا۔ دونوں کنٹراڈکٹری سٹیٹمنٹ ہیں۔ جب بھی آپ پروسیشن نکالیں گے تو ضرور وہاں نیگیٹیو چیزیں پیدا ہوں گی۔</w:t>
      </w:r>
    </w:p>
    <w:p>
      <w:r>
        <w:rPr>
          <w:b/>
        </w:rPr>
        <w:t xml:space="preserve">[18:06] </w:t>
      </w:r>
      <w:r>
        <w:t>zia ul haq se main bahut si baaton mein agree nahi karta, main un ko koi acha statesman bhi nahi manta, lekin ek baat bahut sahi kahi thi unhone,</w:t>
      </w:r>
    </w:p>
    <w:p>
      <w:pPr>
        <w:jc w:val="right"/>
      </w:pPr>
      <w:r>
        <w:t>ضیاء الحق سے میں بہت سی باتوں میں ایگری نہیں کرتا، میں ان کو کوئی اچھا اسٹیٹس مین بھی نہیں مانتا، لیکن ایک بات بہت صحیح کہی تھی انہوں نے،</w:t>
      </w:r>
    </w:p>
    <w:p>
      <w:r>
        <w:rPr>
          <w:b/>
        </w:rPr>
        <w:t xml:space="preserve">[18:16] </w:t>
      </w:r>
      <w:r>
        <w:t>woh yeh ke procession jo hai, light kam generate karta hai, heat zyada generate karta hai. procession ke bare mein kaha tha unhone ke procession ek aisi cheez hai jo light kam generate karti hai, heat zyada generate karti hai.</w:t>
      </w:r>
    </w:p>
    <w:p>
      <w:pPr>
        <w:jc w:val="right"/>
      </w:pPr>
      <w:r>
        <w:t>وہ یہ کہ پروسیشن جو ہے، لائٹ کم جنریٹ کرتا ہے، ہیٹ زیادہ جنریٹ کرتا ہے۔ پروسیشن کے بارے میں کہا تھا انہوں نے کہ پروسیشن ایک ایسی چیز ہے جو لائٹ کم جنریٹ کرتی ہے، ہیٹ زیادہ جنریٹ کرتی ہے۔</w:t>
      </w:r>
    </w:p>
    <w:p>
      <w:r>
        <w:rPr>
          <w:b/>
        </w:rPr>
        <w:t xml:space="preserve">[18:35] </w:t>
      </w:r>
      <w:r>
        <w:t>is ko janna chahiye aap ko ke jab aap hazaron hazar, lakhon lakh logon ka process nikalenge to zarur wahan par kya hoga? wohi cheez hogi jis ko hum kehte hain negativity.</w:t>
      </w:r>
    </w:p>
    <w:p>
      <w:pPr>
        <w:jc w:val="right"/>
      </w:pPr>
      <w:r>
        <w:t>اس کو جاننا چاہیے آپ کو کہ جب آپ ہزاروں ہزار، لاکھوں لاکھ لوگوں کا پروسیس نکالیں گے تو ضرور وہاں پر کیا ہوگا؟ وہی چیز ہوگی جس کو ہم کہتے ہیں نیگیٹیوٹی۔</w:t>
      </w:r>
    </w:p>
    <w:p>
      <w:r>
        <w:rPr>
          <w:b/>
        </w:rPr>
        <w:t xml:space="preserve">[18:46] </w:t>
      </w:r>
      <w:r>
        <w:t>anti slogan lagenge, anti slogan ko jazbat bharkenge aur wohi sab kuch hoga.</w:t>
      </w:r>
    </w:p>
    <w:p>
      <w:pPr>
        <w:jc w:val="right"/>
      </w:pPr>
      <w:r>
        <w:t>اینٹی سلوگن لگیں گے، اینٹی سلوگن کو جذبات بھڑکیں گے اور وہی سب کچھ ہوگا۔</w:t>
      </w:r>
    </w:p>
    <w:p>
      <w:r>
        <w:rPr>
          <w:b/>
        </w:rPr>
        <w:t xml:space="preserve">[18:55] </w:t>
      </w:r>
      <w:r>
        <w:t>to kahin na kahin logon ke andar negativity chupi hui hai. kyun chupi hui hai? unhe musalmanon ki advocacy karna hai, yeh sabit karna hai ke meri community jo hai, my comm, woh jo kaha jata hai na Britain mein ke woh,</w:t>
      </w:r>
    </w:p>
    <w:p>
      <w:pPr>
        <w:jc w:val="right"/>
      </w:pPr>
      <w:r>
        <w:t>تو کہیں نہ کہیں لوگوں کے اندر نیگیٹیوٹی چھپی ہوئی ہے۔ کیوں چھپی ہوئی ہے؟ انہیں مسلمانوں کی ایڈوکیسی کرنا ہے، یہ ثابت کرنا ہے کہ میری کمیونٹی جو ہے، مائی کم، وہ جو کہا جاتا ہے نا برٹن میں کہ وہ،</w:t>
      </w:r>
    </w:p>
    <w:p>
      <w:r>
        <w:rPr>
          <w:b/>
        </w:rPr>
        <w:t xml:space="preserve">[19:09] </w:t>
      </w:r>
      <w:r>
        <w:t>woh kya kaha jata hai, woh,</w:t>
      </w:r>
    </w:p>
    <w:p>
      <w:pPr>
        <w:jc w:val="right"/>
      </w:pPr>
      <w:r>
        <w:t>وہ کیا کہا جاتا ہے، وہ،</w:t>
      </w:r>
    </w:p>
    <w:p>
      <w:r>
        <w:rPr>
          <w:b/>
        </w:rPr>
        <w:t xml:space="preserve">[19:12] </w:t>
      </w:r>
      <w:r>
        <w:t>woh "my nation right or wrong". wohi yahan bhi hai ke "my community right or wrong". har ek ke mind mein basa hua hai, chahe hindu ho ya muslim, dono, chahe hindu ho ya muslim, dono mein ke "my community right or wrong".</w:t>
      </w:r>
    </w:p>
    <w:p>
      <w:pPr>
        <w:jc w:val="right"/>
      </w:pPr>
      <w:r>
        <w:t>وہ "مائی نیشن رائٹ اور رونگ"۔ وہی یہاں بھی ہے کہ "مائی کمیونٹی رائٹ اور رونگ"۔ ہر ایک کے مائنڈ میں بسا ہوا ہے، چاہے ہندو ہو یا مسلم، دونوں، چاہے ہندو ہو یا مسلم، دونوں میں کہ "مائی کمیونٹی رائٹ اور رونگ"۔</w:t>
      </w:r>
    </w:p>
    <w:p>
      <w:r>
        <w:rPr>
          <w:b/>
        </w:rPr>
        <w:t xml:space="preserve">[19:29] </w:t>
      </w:r>
      <w:r>
        <w:t>main akela ek insan hoon ke main is tarah nahi sochta, community ke liye kar nahi sochta. mujhe kuch bhi is se dilchaspi nahi ke meri baat kis ke against ho jaye, kis ki mawafeq ho jayegi.</w:t>
      </w:r>
    </w:p>
    <w:p>
      <w:pPr>
        <w:jc w:val="right"/>
      </w:pPr>
      <w:r>
        <w:t>میں اکیلا ایک انسان ہوں کہ میں اس طرح نہیں سوچتا، کمیونٹی کے لیے کر نہیں سوچتا۔ مجھے کچھ بھی اس سے دلچسپی نہیں کہ میری بات کس کے اگینسٹ ہو جائے، کس کی موافق ہو جائے گی۔</w:t>
      </w:r>
    </w:p>
    <w:p>
      <w:r>
        <w:rPr>
          <w:b/>
        </w:rPr>
        <w:t xml:space="preserve">[19:42] </w:t>
      </w:r>
      <w:r>
        <w:t>lekin sab log yeh soch kar bolte hain ke meri baat jo hai, meri community is mein,</w:t>
      </w:r>
    </w:p>
    <w:p>
      <w:pPr>
        <w:jc w:val="right"/>
      </w:pPr>
      <w:r>
        <w:t>لیکن سب لوگ یہ سوچ کر بولتے ہیں کہ میری بات جو ہے، میری کمیونٹی اس میں،</w:t>
      </w:r>
    </w:p>
    <w:p>
      <w:r>
        <w:rPr>
          <w:b/>
        </w:rPr>
        <w:t xml:space="preserve">[19:47] </w:t>
      </w:r>
      <w:r>
        <w:t>yani, bachi rahe, yani hum apni community ko bachate hue bolte hain. main aisa nahi karta. to yeh aisa jo hua, to yeh main samajhta hoon ke khuda ka intervention tha, kyunke sare hi log jab negativity mein pade hue hon,</w:t>
      </w:r>
    </w:p>
    <w:p>
      <w:pPr>
        <w:jc w:val="right"/>
      </w:pPr>
      <w:r>
        <w:t>یعنی، بچی رہے، یعنی ہم اپنی کمیونٹی کو بچاتے ہوئے بولتے ہیں۔ میں ایسا نہیں کرتا۔ تو یہ ایسا جو ہوا، تو یہ میں سمجھتا ہوں کہ خدا کا انٹروینشن تھا، کیونکہ سارے ہی لوگ جب نیگیٹیوٹی میں پڑے ہوئے ہوں،</w:t>
      </w:r>
    </w:p>
    <w:p>
      <w:r>
        <w:rPr>
          <w:b/>
        </w:rPr>
        <w:t xml:space="preserve">[20:06] </w:t>
      </w:r>
      <w:r>
        <w:t>kuch log naked language mein negative boli bol rahe hon, kuch log thoda subtle language mein negative boli bol rahe hon, is mein main kaise aisa ban gaya?</w:t>
      </w:r>
    </w:p>
    <w:p>
      <w:pPr>
        <w:jc w:val="right"/>
      </w:pPr>
      <w:r>
        <w:t>کچھ لوگ نیکڈ لینگویج میں نیگیٹیو بولی بول رہے ہوں، کچھ لوگ تھوڑا سبٹل لینگویج میں نیگیٹیو بولی بول رہے ہوں، اس میں میں کیسے ایسا بن گیا؟</w:t>
      </w:r>
    </w:p>
    <w:p>
      <w:r>
        <w:rPr>
          <w:b/>
        </w:rPr>
        <w:t xml:space="preserve">[20:19] </w:t>
      </w:r>
      <w:r>
        <w:t>to ab mein yeh kahoon ga ke doosron ke liye jis ko ke concept hai, hinduo mein bhi musalmano mein bohat acha concept hai, musalmano mein murshid ka concept hai, hinduo mein guru ka concept hai.</w:t>
      </w:r>
    </w:p>
    <w:p>
      <w:pPr>
        <w:jc w:val="right"/>
      </w:pPr>
      <w:r>
        <w:t>تو اب میں یہ کہوں گا کہ دوسروں کے لیے جس کو کہ کانسیپٹ ہے، ہندوؤں میں بھی مسلمانوں میں بہت اچھا کانسیپٹ ہے، مسلمانوں میں مرشد کا کانسیپٹ ہے، ہندوؤں میں گرو کا کانسیپٹ ہے۔</w:t>
      </w:r>
    </w:p>
    <w:p>
      <w:r>
        <w:rPr>
          <w:b/>
        </w:rPr>
        <w:t xml:space="preserve">[20:31] </w:t>
      </w:r>
      <w:r>
        <w:t>mein is ko bohat sahi samajhta hoon. aam logo ke liye yahi</w:t>
      </w:r>
    </w:p>
    <w:p>
      <w:pPr>
        <w:jc w:val="right"/>
      </w:pPr>
      <w:r>
        <w:t>میں اس کو بہت صحیح سمجھتا ہوں۔ عام لوگوں کے لیے یہی</w:t>
      </w:r>
    </w:p>
    <w:p>
      <w:r>
        <w:rPr>
          <w:b/>
        </w:rPr>
        <w:t xml:space="preserve">[20:39] </w:t>
      </w:r>
      <w:r>
        <w:t>hai. ji maulana, to jab aap ko aisa aik insaan mil jaye to aap ko is ko un condition guru maan lena chahiye ya un condition murshid maan lena chahiye.</w:t>
      </w:r>
    </w:p>
    <w:p>
      <w:pPr>
        <w:jc w:val="right"/>
      </w:pPr>
      <w:r>
        <w:t>ہے۔ جی مولانا، تو جب آپ کو ایسا ایک انسان مل جائے تو آپ کو اس کو ان کنڈیشن گرو مان لینا چاہیے یا ان کنڈیشن مرشد مان لینا چاہیے۔</w:t>
      </w:r>
    </w:p>
    <w:p>
      <w:r>
        <w:rPr>
          <w:b/>
        </w:rPr>
        <w:t xml:space="preserve">[20:56] </w:t>
      </w:r>
      <w:r>
        <w:t>yahi practical tor par yahi aik rasta hai, doosra koi rasta nahin. ji ji, ah, this question is from shiraj siddiqui.</w:t>
      </w:r>
    </w:p>
    <w:p>
      <w:pPr>
        <w:jc w:val="right"/>
      </w:pPr>
      <w:r>
        <w:t>یہی پریکٹیکل طور پر یہی ایک راستہ ہے، دوسرا کوئی راستہ نہیں۔ جی جی، اہ، دس کوئسچن از فرام شیراج صدیقی۔</w:t>
      </w:r>
    </w:p>
    <w:p>
      <w:r>
        <w:rPr>
          <w:b/>
        </w:rPr>
        <w:t xml:space="preserve">[21:09] </w:t>
      </w:r>
      <w:r>
        <w:t>maulana, quran has been revealed in arabic.</w:t>
      </w:r>
    </w:p>
    <w:p>
      <w:pPr>
        <w:jc w:val="right"/>
      </w:pPr>
      <w:r>
        <w:t>مولانا، قرآن ہیز بین ریویلڈ ان عربک۔</w:t>
      </w:r>
    </w:p>
    <w:p>
      <w:r>
        <w:rPr>
          <w:b/>
        </w:rPr>
        <w:t xml:space="preserve">[21:12] </w:t>
      </w:r>
      <w:r>
        <w:t>a person who does not know arabic, can he read the its translation in a daily basis?</w:t>
      </w:r>
    </w:p>
    <w:p>
      <w:pPr>
        <w:jc w:val="right"/>
      </w:pPr>
      <w:r>
        <w:t>ا پرسن ہو ڈز ناٹ نو عربک، کین ہی ریڈ دی اٹس ٹرانسلیشن ان ا ڈیلی بیسس؟</w:t>
      </w:r>
    </w:p>
    <w:p>
      <w:r>
        <w:rPr>
          <w:b/>
        </w:rPr>
        <w:t xml:space="preserve">[21:20] </w:t>
      </w:r>
      <w:r>
        <w:t>haan, is mein koi, is mein to koi, koi objection ki baat nahin hai. translation aap ko parhna chahiye.</w:t>
      </w:r>
    </w:p>
    <w:p>
      <w:pPr>
        <w:jc w:val="right"/>
      </w:pPr>
      <w:r>
        <w:t>ہاں، اس میں کوئی، اس میں تو کوئی، کوئی ابجیکشن کی بات نہیں ہے۔ ٹرانسلیشن آپ کو پڑھنا چاہیے۔</w:t>
      </w:r>
    </w:p>
    <w:p>
      <w:r>
        <w:rPr>
          <w:b/>
        </w:rPr>
        <w:t xml:space="preserve">[21:33] </w:t>
      </w:r>
      <w:r>
        <w:t>aap arabic language mein aap nahin samajh sakte to translation parhiye.</w:t>
      </w:r>
    </w:p>
    <w:p>
      <w:pPr>
        <w:jc w:val="right"/>
      </w:pPr>
      <w:r>
        <w:t>آپ عربک لینگویج میں آپ نہیں سمجھ سکتے تو ٹرانسلیشن پڑھیے۔</w:t>
      </w:r>
    </w:p>
    <w:p>
      <w:r>
        <w:rPr>
          <w:b/>
        </w:rPr>
        <w:t xml:space="preserve">[21:38] </w:t>
      </w:r>
      <w:r>
        <w:t>magar unfortunately, hamara jo translation hai, english ka translation, is mein koi aik bhi aisa nahin hai jo is tarah se kiya gaya ho jaise bible ka kiya gaya hai.</w:t>
      </w:r>
    </w:p>
    <w:p>
      <w:pPr>
        <w:jc w:val="right"/>
      </w:pPr>
      <w:r>
        <w:t>مگر انفارچونیٹلی، ہمارا جو ٹرانسلیشن ہے، انگلش کا ٹرانسلیشن، اس میں کوئی ایک بھی ایسا نہیں ہے جو اس طرح سے کیا گیا ہو جیسے بائبل کا کیا گیا ہے۔</w:t>
      </w:r>
    </w:p>
    <w:p>
      <w:r>
        <w:rPr>
          <w:b/>
        </w:rPr>
        <w:t xml:space="preserve">[21:50] </w:t>
      </w:r>
      <w:r>
        <w:t>bible ka jo translation hua hai, woh bohat hi ideal translation hai,</w:t>
      </w:r>
    </w:p>
    <w:p>
      <w:pPr>
        <w:jc w:val="right"/>
      </w:pPr>
      <w:r>
        <w:t>بائبل کا جو ٹرانسلیشن ہوا ہے، وہ بہت ہی آئیڈیل ٹرانسلیشن ہے،</w:t>
      </w:r>
    </w:p>
    <w:p>
      <w:r>
        <w:rPr>
          <w:b/>
        </w:rPr>
        <w:t xml:space="preserve">[21:56] </w:t>
      </w:r>
      <w:r>
        <w:t>lekin hamare haan aisa nahin hua. chunancha hum koshish kar rahe hain aik translation khud apne haan tayyar kar rahe hain.</w:t>
      </w:r>
    </w:p>
    <w:p>
      <w:pPr>
        <w:jc w:val="right"/>
      </w:pPr>
      <w:r>
        <w:t>لیکن ہمارے ہاں ایسا نہیں ہوا۔ چنانچہ ہم کوشش کر رہے ہیں ایک ٹرانسلیشن خود اپنے ہاں تیار کر رہے ہیں۔</w:t>
      </w:r>
    </w:p>
    <w:p>
      <w:r>
        <w:rPr>
          <w:b/>
        </w:rPr>
        <w:t xml:space="preserve">[22:06] </w:t>
      </w:r>
      <w:r>
        <w:t>khuda ke fazal se, jab woh tayyar ho jaye ga, shayad aik saal mein tayyar ho jaye to woh chhape ga. to mein samajhta hoon ke pehli baar aisa hua hoga ke aik</w:t>
      </w:r>
    </w:p>
    <w:p>
      <w:pPr>
        <w:jc w:val="right"/>
      </w:pPr>
      <w:r>
        <w:t>خدا کے فضل سے، جب وہ تیار ہو جائے گا، شاید ایک سال میں تیار ہو جائے تو وہ چھپے گا۔ تو میں سمجھتا ہوں کہ پہلی بار ایسا ہوا ہوگا کہ ایک</w:t>
      </w:r>
    </w:p>
    <w:p>
      <w:r>
        <w:rPr>
          <w:b/>
        </w:rPr>
        <w:t xml:space="preserve">[22:16] </w:t>
      </w:r>
      <w:r>
        <w:t>authentic translation logo ke samne aa jaye ga ke is ko parh kar ke woh sari baatein jaan lein. abhi jo translation hai, is mein kai tarah ki ghaltiyan hain.</w:t>
      </w:r>
    </w:p>
    <w:p>
      <w:pPr>
        <w:jc w:val="right"/>
      </w:pPr>
      <w:r>
        <w:t>اتھینٹک ٹرانسلیشن لوگوں کے سامنے آ جائے گا کہ اس کو پڑھ کر کے وہ ساری باتیں جان لیں۔ ابھی جو ٹرانسلیشن ہے، اس میں کئی طرح کی غلطیاں ہیں۔</w:t>
      </w:r>
    </w:p>
    <w:p>
      <w:r>
        <w:rPr>
          <w:b/>
        </w:rPr>
        <w:t xml:space="preserve">[22:28] </w:t>
      </w:r>
      <w:r>
        <w:t>kahin to tarjuma hi ghalat hai, kahin emphasis ghalat ho gaya hai,</w:t>
      </w:r>
    </w:p>
    <w:p>
      <w:pPr>
        <w:jc w:val="right"/>
      </w:pPr>
      <w:r>
        <w:t>کہیں تو ترجمہ ہی غلط ہے، کہیں ایمفیسز غلط ہو گیا ہے،</w:t>
      </w:r>
    </w:p>
    <w:p>
      <w:r>
        <w:rPr>
          <w:b/>
        </w:rPr>
        <w:t xml:space="preserve">[22:34] </w:t>
      </w:r>
      <w:r>
        <w:t>kahin jis ko kaha jata hai "qalb mein uqool milana", yani translation mein apni baat mila diya hai. to is tarah ki kai kamiyaan hain, jis ki wajah se koi bhi translation jo hai,</w:t>
      </w:r>
    </w:p>
    <w:p>
      <w:pPr>
        <w:jc w:val="right"/>
      </w:pPr>
      <w:r>
        <w:t>کہیں جس کو کہا جاتا ہے "قالب میں عقول ملانا"، یعنی ٹرانسلیشن میں اپنی بات ملا دیا ہے۔ تو اس طرح کی کئی کمیاں ہیں، جس کی وجہ سے کوئی بھی ٹرانسلیشن جو ہے،</w:t>
      </w:r>
    </w:p>
    <w:p>
      <w:r>
        <w:rPr>
          <w:b/>
        </w:rPr>
        <w:t xml:space="preserve">[22:48] </w:t>
      </w:r>
      <w:r>
        <w:t>mein nahin keh sakta ke woh, yani, sahi maano mein translation hai.</w:t>
      </w:r>
    </w:p>
    <w:p>
      <w:pPr>
        <w:jc w:val="right"/>
      </w:pPr>
      <w:r>
        <w:t>میں نہیں کہہ سکتا کہ وہ، یعنی، صحیح معنوں میں ٹرانسلیشن ہے۔</w:t>
      </w:r>
    </w:p>
    <w:p>
      <w:r>
        <w:rPr>
          <w:b/>
        </w:rPr>
        <w:t xml:space="preserve">[22:54] </w:t>
      </w:r>
      <w:r>
        <w:t>isi liye hum ko aisa karna pada ke hum aik naya translation tayyar kar rahe hain, inshallah. this question is from naghma.</w:t>
      </w:r>
    </w:p>
    <w:p>
      <w:pPr>
        <w:jc w:val="right"/>
      </w:pPr>
      <w:r>
        <w:t>اسی لیے ہم کو ایسا کرنا پڑا کہ ہم ایک نیا ٹرانسلیشن تیار کر رہے ہیں، انشاءاللہ۔ دس کوئسچن از فرام نغمہ۔</w:t>
      </w:r>
    </w:p>
    <w:p>
      <w:r>
        <w:rPr>
          <w:b/>
        </w:rPr>
        <w:t xml:space="preserve">[23:04] </w:t>
      </w:r>
      <w:r>
        <w:t>can you elaborate on what we need to do to reach from the observable to intuition?</w:t>
      </w:r>
    </w:p>
    <w:p>
      <w:pPr>
        <w:jc w:val="right"/>
      </w:pPr>
      <w:r>
        <w:t>کین یو الیبریٹ ان واٹ وی نیڈ ٹو ڈو ٹو ریچ فرام دی ابزرویبل ٹو انٹیوشن؟</w:t>
      </w:r>
    </w:p>
    <w:p>
      <w:r>
        <w:rPr>
          <w:b/>
        </w:rPr>
        <w:t xml:space="preserve">[23:11] </w:t>
      </w:r>
      <w:r>
        <w:t>kya phir koi? can you elaborate on what we need to do to reach from the observable to intu</w:t>
      </w:r>
    </w:p>
    <w:p>
      <w:pPr>
        <w:jc w:val="right"/>
      </w:pPr>
      <w:r>
        <w:t>کیا پھر کوئی؟ کین یو الیبریٹ ان واٹ وی نیڈ ٹو ڈو ٹو ریچ فرام دی ابزرویبل ٹو انٹیو</w:t>
      </w:r>
    </w:p>
    <w:p>
      <w:r>
        <w:rPr>
          <w:b/>
        </w:rPr>
        <w:t xml:space="preserve">[23:18] </w:t>
      </w:r>
      <w:r>
        <w:t>tion? acha, yeh to mein ne arz kar diya tha apni speech mein ke yeh apne aap ko stage aata hai.</w:t>
      </w:r>
    </w:p>
    <w:p>
      <w:pPr>
        <w:jc w:val="right"/>
      </w:pPr>
      <w:r>
        <w:t>شن؟ اچھا، یہ تو میں نے عرض کر دیا تھا اپنی سپیچ میں کہ یہ اپنے آپ کو اسٹیج آتا ہے۔</w:t>
      </w:r>
    </w:p>
    <w:p>
      <w:r>
        <w:rPr>
          <w:b/>
        </w:rPr>
        <w:t xml:space="preserve">[23:28] </w:t>
      </w:r>
      <w:r>
        <w:t>apne aap, agar aap sache seeker hain, sache seeker hain</w:t>
      </w:r>
    </w:p>
    <w:p>
      <w:pPr>
        <w:jc w:val="right"/>
      </w:pPr>
      <w:r>
        <w:t>اپنے آپ، اگر آپ سچے سیکھر ہیں، سچے سیکھر ہیں</w:t>
      </w:r>
    </w:p>
    <w:p>
      <w:r>
        <w:rPr>
          <w:b/>
        </w:rPr>
        <w:t xml:space="preserve">[23:36] </w:t>
      </w:r>
      <w:r>
        <w:t>to rational pursue ka matlab yeh hota hai aap ke liye ke jo available data hai objective world mein, us ko examine karein.</w:t>
      </w:r>
    </w:p>
    <w:p>
      <w:pPr>
        <w:jc w:val="right"/>
      </w:pPr>
      <w:r>
        <w:t>تو ریشنل پرسوڈ کا مطلب یہ ہوتا ہے آپ کے لیے کہ جو اویلیبل ڈیٹا ہے ابجیکٹو ورلڈ میں، اس کو ایگزیمن کریں۔</w:t>
      </w:r>
    </w:p>
    <w:p>
      <w:r>
        <w:rPr>
          <w:b/>
        </w:rPr>
        <w:t xml:space="preserve">[23:49] </w:t>
      </w:r>
      <w:r>
        <w:t>to agar aap sache seeker hain to examine karte karte aap aik maqam par pahunchein ge,</w:t>
      </w:r>
    </w:p>
    <w:p>
      <w:pPr>
        <w:jc w:val="right"/>
      </w:pPr>
      <w:r>
        <w:t>تو اگر آپ سچے سیکھر ہیں تو ایگزیمن کرتے کرتے آپ ایک مقام پر پہنچیں گے،</w:t>
      </w:r>
    </w:p>
    <w:p>
      <w:r>
        <w:rPr>
          <w:b/>
        </w:rPr>
        <w:t xml:space="preserve">[23:55] </w:t>
      </w:r>
      <w:r>
        <w:t>aik maqam pahunchein ge. jab wahan pahunchein ge aap to aap ka andar apne aap hi aik door khul jaye ga.</w:t>
      </w:r>
    </w:p>
    <w:p>
      <w:pPr>
        <w:jc w:val="right"/>
      </w:pPr>
      <w:r>
        <w:t>ایک مقام پہنچیں گے۔ جب وہاں پہنچیں گے آپ تو آپ کا اندر اپنے آپ ہی ایک ڈور کھل جائے گا۔</w:t>
      </w:r>
    </w:p>
    <w:p>
      <w:r>
        <w:rPr>
          <w:b/>
        </w:rPr>
        <w:t xml:space="preserve">[24:06] </w:t>
      </w:r>
      <w:r>
        <w:t>wohi intuition. jaise misaal ke tor par dekhiye, mein aik bohat hi clear misaal deta hoon</w:t>
      </w:r>
    </w:p>
    <w:p>
      <w:pPr>
        <w:jc w:val="right"/>
      </w:pPr>
      <w:r>
        <w:t>وہی انٹیوشن۔ جیسے مثال کے طور پر دیکھیے، میں ایک بہت ہی کلیئر مثال دیتا ہوں</w:t>
      </w:r>
    </w:p>
    <w:p>
      <w:r>
        <w:rPr>
          <w:b/>
        </w:rPr>
        <w:t xml:space="preserve">[24:12] </w:t>
      </w:r>
      <w:r>
        <w:t>keh Britain ka jo bohat hi well known professor hai, yaani theoretical science ka bohat hi bara professor mana jata hai, number one aaj ki dunya mein jo Newton ki seat par hai, woh professor,</w:t>
      </w:r>
    </w:p>
    <w:p>
      <w:pPr>
        <w:jc w:val="right"/>
      </w:pPr>
      <w:r>
        <w:t>کہ برٹن کا جو بہت ہی ویل نون پروفیسر ہے، یعنی تھیوریٹیکل سائنس کا بہت ہی بڑا پروفیسر مانا جاتا ہے، نمبر ون آج کی دنیا میں جو نیوٹن کی سیٹ پر ہے، وہ پروفیسر،</w:t>
      </w:r>
    </w:p>
    <w:p>
      <w:r>
        <w:rPr>
          <w:b/>
        </w:rPr>
        <w:t xml:space="preserve">[24:29] </w:t>
      </w:r>
      <w:r>
        <w:t>woh kya naam hai iska? Stephen Hawking. Stephen Hawking. Stephen Hawking ki do kitabein mein ne dekhein.</w:t>
      </w:r>
    </w:p>
    <w:p>
      <w:pPr>
        <w:jc w:val="right"/>
      </w:pPr>
      <w:r>
        <w:t>وہ کیا نام ہے اس کا؟ اسٹیفن ہاکنگ۔ اسٹیفن ہاکنگ۔ اسٹیفن ہاکنگ کی دو کتابیں میں نے دیکھیں۔</w:t>
      </w:r>
    </w:p>
    <w:p>
      <w:r>
        <w:rPr>
          <w:b/>
        </w:rPr>
        <w:t xml:space="preserve">[24:43] </w:t>
      </w:r>
      <w:r>
        <w:t>Stephen Hawking ne ek bohat bara kaam kiya hai.</w:t>
      </w:r>
    </w:p>
    <w:p>
      <w:pPr>
        <w:jc w:val="right"/>
      </w:pPr>
      <w:r>
        <w:t>اسٹیفن ہاکنگ نے ایک بہت بڑا کام کیا ہے۔</w:t>
      </w:r>
    </w:p>
    <w:p>
      <w:r>
        <w:rPr>
          <w:b/>
        </w:rPr>
        <w:t xml:space="preserve">[24:48] </w:t>
      </w:r>
      <w:r>
        <w:t>Aap jante hain keh pehle zamane mein yeh mana jata tha keh bohat sare Khuda hain, Newton.</w:t>
      </w:r>
    </w:p>
    <w:p>
      <w:pPr>
        <w:jc w:val="right"/>
      </w:pPr>
      <w:r>
        <w:t>آپ جانتے ہیں کہ پہلے زمانے میں یہ مانا جاتا تھا کہ بہت سارے خدا ہیں، نیوٹن۔</w:t>
      </w:r>
    </w:p>
    <w:p>
      <w:r>
        <w:rPr>
          <w:b/>
        </w:rPr>
        <w:t xml:space="preserve">[24:57] </w:t>
      </w:r>
      <w:r>
        <w:t>Newton se pehle kyunke dekhte thay log keh dunya mein tarah tarah ki dhang dhang ki cheezein hain. Idhar pani beh raha hai, idhar pahad khara hua hai, idhar chidiyaan urr rahi hain, idhar peir nikal raha hai.</w:t>
      </w:r>
    </w:p>
    <w:p>
      <w:pPr>
        <w:jc w:val="right"/>
      </w:pPr>
      <w:r>
        <w:t>نیوٹن سے پہلے کیونکہ دیکھتے تھے لوگ کہ دنیا میں طرح طرح کی ڈھنگ ڈھنگ کی چیزیں ہیں۔ ادھر پانی بہہ رہا ہے، ادھر پہاڑ کھڑا ہوا ہے، ادھر چڑیاں اڑ رہی ہیں، ادھر پیڑ نکل رہا ہے۔</w:t>
      </w:r>
    </w:p>
    <w:p>
      <w:r>
        <w:rPr>
          <w:b/>
        </w:rPr>
        <w:t xml:space="preserve">[25:11] </w:t>
      </w:r>
      <w:r>
        <w:t>Toh unhon ne samjha keh diversity jab nature mein hai toh God mein bhi creator bhi diversity hona chahiye. Yaani bohat si cheezein hain toh bohat se Khuda bhi hain.</w:t>
      </w:r>
    </w:p>
    <w:p>
      <w:pPr>
        <w:jc w:val="right"/>
      </w:pPr>
      <w:r>
        <w:t>تو انہوں نے سمجھا کہ ڈائیورسٹی جب نیچر میں ہے تو گاڈ میں بھی کریٹر بھی ڈائیورسٹی ہونا چاہیے۔ یعنی بہت سی چیزیں ہیں تو بہت سے خدا بھی ہیں۔</w:t>
      </w:r>
    </w:p>
    <w:p>
      <w:r>
        <w:rPr>
          <w:b/>
        </w:rPr>
        <w:t xml:space="preserve">[25:21] </w:t>
      </w:r>
      <w:r>
        <w:t>Is tarah se shirk paida hua, yaani polytheism. Lekin science ke zamane mein yeh khatam hua.</w:t>
      </w:r>
    </w:p>
    <w:p>
      <w:pPr>
        <w:jc w:val="right"/>
      </w:pPr>
      <w:r>
        <w:t>اس طرح سے شرک پیدا ہوا، یعنی پولیتھیزم۔ لیکن سائنس کے زمانے میں یہ ختم ہوا۔</w:t>
      </w:r>
    </w:p>
    <w:p>
      <w:r>
        <w:rPr>
          <w:b/>
        </w:rPr>
        <w:t xml:space="preserve">[25:30] </w:t>
      </w:r>
      <w:r>
        <w:t>Newton ke zamane mein yeh maan liya gaya keh nahi, four four forces hain, char forces, bohat sari nahi, char forces jo universe ko control kar rahi hain.</w:t>
      </w:r>
    </w:p>
    <w:p>
      <w:pPr>
        <w:jc w:val="right"/>
      </w:pPr>
      <w:r>
        <w:t>نیوٹن کے زمانے میں یہ مان لیا گیا کہ نہیں، فور فورسز ہیں، چار فورسز، بہت ساری نہیں، چار فورسز جو یونیورس کو کنٹرول کر رہی ہیں۔</w:t>
      </w:r>
    </w:p>
    <w:p>
      <w:r>
        <w:rPr>
          <w:b/>
        </w:rPr>
        <w:t xml:space="preserve">[25:42] </w:t>
      </w:r>
      <w:r>
        <w:t>Phir is ke baad Dr. Abdus Salam aur ek American professor ne mil kar ke research ki toh char ko teen kar diya. Teen forces maane jane lagein.</w:t>
      </w:r>
    </w:p>
    <w:p>
      <w:pPr>
        <w:jc w:val="right"/>
      </w:pPr>
      <w:r>
        <w:t>پھر اس کے بعد ڈاکٹر عبدالسلام اور ایک امریکن پروفیسر نے مل کر کے ریسرچ کی تو چار کو تین کر دیا۔ تین فورسز مانے جانے لگے۔</w:t>
      </w:r>
    </w:p>
    <w:p>
      <w:r>
        <w:rPr>
          <w:b/>
        </w:rPr>
        <w:t xml:space="preserve">[25:51] </w:t>
      </w:r>
      <w:r>
        <w:t>Ab yeh Stephen Hawking jo hai, is ne prove kiya hai jis ko kehte hain single string theory</w:t>
      </w:r>
    </w:p>
    <w:p>
      <w:pPr>
        <w:jc w:val="right"/>
      </w:pPr>
      <w:r>
        <w:t>اب یہ اسٹیفن ہاکنگ جو ہے، اس نے پروف کیا ہے جس کو کہتے ہیں سنگل سٹرنگ تھیوری</w:t>
      </w:r>
    </w:p>
    <w:p>
      <w:r>
        <w:rPr>
          <w:b/>
        </w:rPr>
        <w:t xml:space="preserve">[25:57] </w:t>
      </w:r>
      <w:r>
        <w:t>keh ek hi force hai jo poori universe ko control karti hai. Ab dekhein, yahan par rational pursuit se wahan tak pahancha, woh rational pursuit zariye wahan tak pahancha keh ek hi, ek hi,</w:t>
      </w:r>
    </w:p>
    <w:p>
      <w:pPr>
        <w:jc w:val="right"/>
      </w:pPr>
      <w:r>
        <w:t>کہ ایک ہی فورس ہے جو پوری یونیورس کو کنٹرول کرتی ہے۔ اب دیکھیں، یہاں پر ریشنل پرسوڈ سے وہاں تک پہنچا، وہ ریشنل پرسوڈ ذریعے وہاں تک پہنچا کہ ایک ہی، ایک ہی،</w:t>
      </w:r>
    </w:p>
    <w:p>
      <w:r>
        <w:rPr>
          <w:b/>
        </w:rPr>
        <w:t xml:space="preserve">[26:11] </w:t>
      </w:r>
      <w:r>
        <w:t>ek hi force hai jo control kar rahi hai poori is ko. Ab yahan par</w:t>
      </w:r>
    </w:p>
    <w:p>
      <w:pPr>
        <w:jc w:val="right"/>
      </w:pPr>
      <w:r>
        <w:t>ایک ہی فورس ہے جو کنٹرول کر رہی ہے پوری اس کو۔ اب یہاں پر</w:t>
      </w:r>
    </w:p>
    <w:p>
      <w:r>
        <w:rPr>
          <w:b/>
        </w:rPr>
        <w:t xml:space="preserve">[26:16] </w:t>
      </w:r>
      <w:r>
        <w:t>is ka andar ka jo intuition hai, agar woh, agar woh alive ho, alive ho toh foran us ke us ka door khul jayega.</w:t>
      </w:r>
    </w:p>
    <w:p>
      <w:pPr>
        <w:jc w:val="right"/>
      </w:pPr>
      <w:r>
        <w:t>اس کا اندر کا جو انٹیوشن ہے، اگر وہ، اگر وہ الائیو ہو، الائیو ہو تو فوراً اس کے اس کا ڈور کھل جائے گا۔</w:t>
      </w:r>
    </w:p>
    <w:p>
      <w:r>
        <w:rPr>
          <w:b/>
        </w:rPr>
        <w:t xml:space="preserve">[26:25] </w:t>
      </w:r>
      <w:r>
        <w:t>Andar se awaz dega keh woh, woh jo force hai, woh Khuda hai. Rational pursuit ne is ko yahan tak single string theory tak pahanchaya.</w:t>
      </w:r>
    </w:p>
    <w:p>
      <w:pPr>
        <w:jc w:val="right"/>
      </w:pPr>
      <w:r>
        <w:t>اندر سے آواز دے گا کہ وہ، وہ جو فورس ہے، وہ خدا ہے۔ ریشنل پرسوڈ نے اس کو یہاں تک سنگل سٹرنگ تھیوری تک پہنچایا۔</w:t>
      </w:r>
    </w:p>
    <w:p>
      <w:r>
        <w:rPr>
          <w:b/>
        </w:rPr>
        <w:t xml:space="preserve">[26:36] </w:t>
      </w:r>
      <w:r>
        <w:t>Ab jo andar ka jo darwaza hai, khul kar batayega keh woh jo hai, woh Khuda hai. Ab yahan par is ko obey that impulse karna chahiye. Obey that impulse, is ko maan lena chahiye keh yahan par meri research aur inner</w:t>
      </w:r>
    </w:p>
    <w:p>
      <w:pPr>
        <w:jc w:val="right"/>
      </w:pPr>
      <w:r>
        <w:t>اب جو اندر کا جو دروازہ ہے، کھل کر بتائے گا کہ وہ جو ہے، وہ خدا ہے۔ اب یہاں پر اس کو اوبے دیٹ ایمپلس کرنا چاہیے۔ اوبے دیٹ ایمپلس، اس کو مان لینا چاہیے کہ یہاں پر میری ریسرچ اور انر</w:t>
      </w:r>
    </w:p>
    <w:p>
      <w:r>
        <w:rPr>
          <w:b/>
        </w:rPr>
        <w:t xml:space="preserve">[26:54] </w:t>
      </w:r>
      <w:r>
        <w:t>jo meri jo intuition hai, dono collaborate kar rahe hain, dono collaborate kar rahe hain. Aur woh is, is ko lena chahiye is ko internal confirmation ke roop mein keh jo cheez mein ne is research kar ke jani thi, jo mera andar jo nature hai,</w:t>
      </w:r>
    </w:p>
    <w:p>
      <w:pPr>
        <w:jc w:val="right"/>
      </w:pPr>
      <w:r>
        <w:t>جو میری جو انٹیوشن ہے، دونوں کولیبریٹ کر رہے ہیں، دونوں کولیبریٹ کر رہے ہیں۔ اور وہ اس، اس کو لینا چاہیے اس کو انٹرنل کنفرمیشن کے روپ میں کہ جو چیز میں نے اس ریسرچ کر کے جانی تھی، جو میرا اندر جو نیچر ہے،</w:t>
      </w:r>
    </w:p>
    <w:p>
      <w:r>
        <w:rPr>
          <w:b/>
        </w:rPr>
        <w:t xml:space="preserve">[27:11] </w:t>
      </w:r>
      <w:r>
        <w:t>woh is ko confirm kar raha hai. Toh phir kya hai? Is ko foran ailan kar dena chahiye keh mein Khuda ko manta hoon. Lekin aisa nahi kar saka woh.</w:t>
      </w:r>
    </w:p>
    <w:p>
      <w:pPr>
        <w:jc w:val="right"/>
      </w:pPr>
      <w:r>
        <w:t>وہ اس کو کنفرم کر رہا ہے۔ تو پھر کیا ہے؟ اس کو فوراً اعلان کر دینا چاہیے کہ میں خدا کو مانتا ہوں۔ لیکن ایسا نہیں کر سکا وہ۔</w:t>
      </w:r>
    </w:p>
    <w:p>
      <w:r>
        <w:rPr>
          <w:b/>
        </w:rPr>
        <w:t xml:space="preserve">[27:21] </w:t>
      </w:r>
      <w:r>
        <w:t>Toh is ki pursuit wahin ruk gayi. Toh mein ek, mein yeh keh raha hoon, automatic tor par aisa nahi hota.</w:t>
      </w:r>
    </w:p>
    <w:p>
      <w:pPr>
        <w:jc w:val="right"/>
      </w:pPr>
      <w:r>
        <w:t>تو اس کی پرسوڈ وہیں رک گئی۔ تو میں ایک، میں یہ کہہ رہا ہوں، اٹومیٹک طور پر ایسا نہیں ہوتا۔</w:t>
      </w:r>
    </w:p>
    <w:p>
      <w:r>
        <w:rPr>
          <w:b/>
        </w:rPr>
        <w:t xml:space="preserve">[27:28] </w:t>
      </w:r>
      <w:r>
        <w:t>Aap ko apni intuition ko alive rakhna parta hai. Jaise aap hamare ek bhai thay, bohat paan khate thay, yaani raat din paan khate thay.</w:t>
      </w:r>
    </w:p>
    <w:p>
      <w:pPr>
        <w:jc w:val="right"/>
      </w:pPr>
      <w:r>
        <w:t>آپ کو اپنی انٹیوشن کو الائیو رکھنا پڑتا ہے۔ جیسے آپ ہمارے ایک بھائی تھے، بہت پان کھاتے تھے، یعنی رات دن پان کھاتے تھے۔</w:t>
      </w:r>
    </w:p>
    <w:p>
      <w:r>
        <w:rPr>
          <w:b/>
        </w:rPr>
        <w:t xml:space="preserve">[27:38] </w:t>
      </w:r>
      <w:r>
        <w:t>Woh samjhein, munh mein paan bhara rehta tha un ke har waqt. Un ki zuban kaali ho gayi thi khaad paan khate khaat. Toh ab un ka taste khatam ho gaya tha.</w:t>
      </w:r>
    </w:p>
    <w:p>
      <w:pPr>
        <w:jc w:val="right"/>
      </w:pPr>
      <w:r>
        <w:t>وہ سمجھیں، منہ میں پان بھرا رہتا تھا ان کے ہر وقت۔ ان کی زبان کالی ہو گئی تھی کھاد پان کھاتے کھاتے۔ تو اب ان کا ٹیسٹ ختم ہو گیا تھا۔</w:t>
      </w:r>
    </w:p>
    <w:p>
      <w:r>
        <w:rPr>
          <w:b/>
        </w:rPr>
        <w:t xml:space="preserve">[27:47] </w:t>
      </w:r>
      <w:r>
        <w:t>Taste bars bhar gaye thay un ke.</w:t>
      </w:r>
    </w:p>
    <w:p>
      <w:pPr>
        <w:jc w:val="right"/>
      </w:pPr>
      <w:r>
        <w:t>ٹیسٹ برس بھر گئے تھے ان کے۔</w:t>
      </w:r>
    </w:p>
    <w:p>
      <w:r>
        <w:rPr>
          <w:b/>
        </w:rPr>
        <w:t xml:space="preserve">[27:50] </w:t>
      </w:r>
      <w:r>
        <w:t>Ab khata aur meetha aur acha bura sab un ko ek sa lagta tha. Un ke taste bars khatam ho gaye thay. Toh aap intuition ko agar alive rakhein toh foran awaz ayegi.</w:t>
      </w:r>
    </w:p>
    <w:p>
      <w:pPr>
        <w:jc w:val="right"/>
      </w:pPr>
      <w:r>
        <w:t>اب کھٹا اور میٹھا اور اچھا برا سب ان کو ایک سا لگتا تھا۔ ان کے ٹیسٹ برس ختم ہو گئے تھے۔ تو آپ انٹیوشن کو اگر الائیو رکھیں تو فوراً آواز آئے گی۔</w:t>
      </w:r>
    </w:p>
    <w:p>
      <w:r>
        <w:rPr>
          <w:b/>
        </w:rPr>
        <w:t xml:space="preserve">[28:06] </w:t>
      </w:r>
      <w:r>
        <w:t>Jab awaz ayegi toh aap is ko lenge is sense mein keh yeh yahan dono cheezein collaborate kar rahi hain. Meri objective research aur meri internal awaz dono collaborate kar rahi hain.</w:t>
      </w:r>
    </w:p>
    <w:p>
      <w:pPr>
        <w:jc w:val="right"/>
      </w:pPr>
      <w:r>
        <w:t>جب آواز آئے گی تو آپ اس کو لیں گے اس سینس میں کہ یہ یہاں دونوں چیزیں کولیبریٹ کر رہی ہیں۔ میری ابجیکٹو ریسرچ اور میری انٹرنل آواز دونوں کولیبریٹ کر رہی ہیں۔</w:t>
      </w:r>
    </w:p>
    <w:p>
      <w:r>
        <w:rPr>
          <w:b/>
        </w:rPr>
        <w:t xml:space="preserve">[28:19] </w:t>
      </w:r>
      <w:r>
        <w:t>Toh bas aap ko chala uthna chahiye keh mein ne Khuda ko pa liya.</w:t>
      </w:r>
    </w:p>
    <w:p>
      <w:pPr>
        <w:jc w:val="right"/>
      </w:pPr>
      <w:r>
        <w:t>تو بس آپ کو چلا اٹھنا چاہیے کہ میں نے خدا کو پا لیا۔</w:t>
      </w:r>
    </w:p>
    <w:p>
      <w:r>
        <w:rPr>
          <w:b/>
        </w:rPr>
        <w:t xml:space="preserve">[28:23] </w:t>
      </w:r>
      <w:r>
        <w:t>Lekin jo aadmi, yaani apni inner, yaani inner, inner nature ko alive na rakhe toh woh phir yahan par wahi hoga jaise keh kai rocket jatay hain ooper aur gir padte hain kyunke agla, agla engine khula nahi.</w:t>
      </w:r>
    </w:p>
    <w:p>
      <w:pPr>
        <w:jc w:val="right"/>
      </w:pPr>
      <w:r>
        <w:t>لیکن جو آدمی، یعنی اپنی انر، یعنی انر، انر نیچر کو الائیو نہ رکھے تو وہ پھر یہاں پر وہی ہوگا جیسے کہ کئی راکٹ جاتے ہیں اوپر اور گر پڑتے ہیں کیونکہ اگلا، اگلا انجن کھلا نہیں۔</w:t>
      </w:r>
    </w:p>
    <w:p>
      <w:r>
        <w:rPr>
          <w:b/>
        </w:rPr>
        <w:t xml:space="preserve">[28:41] </w:t>
      </w:r>
      <w:r>
        <w:t>aap ne dekha hoga ke rocket urhaya jata hai to ek engine to le gaya us ko yahan tak lekin jo us waqt jo agla engine khulne wala tha, us ke par phanse reh gaye, woh khula nahi.</w:t>
      </w:r>
    </w:p>
    <w:p>
      <w:pPr>
        <w:jc w:val="right"/>
      </w:pPr>
      <w:r>
        <w:t>آپ نے دیکھا ہوگا کہ راکٹ اڑایا جاتا ہے تو ایک انجن تو لے گیا اس کو یہاں تک لیکن جو اس وقت جو اگلا انجن کھلنے والا تھا، اس کے پر پھنسے رہ گئے، وہ کھلا نہیں۔</w:t>
      </w:r>
    </w:p>
    <w:p>
      <w:r>
        <w:rPr>
          <w:b/>
        </w:rPr>
        <w:t xml:space="preserve">[28:51] </w:t>
      </w:r>
      <w:r>
        <w:t>nahi khula to zameen pe gir pada. woh aise hi haal hota hai in insanon ka haal.</w:t>
      </w:r>
    </w:p>
    <w:p>
      <w:pPr>
        <w:jc w:val="right"/>
      </w:pPr>
      <w:r>
        <w:t>نہیں کھلا تو زمین پہ گر پڑا۔ وہ ایسے ہی حال ہوتا ہے ان انسانوں کا حال۔</w:t>
      </w:r>
    </w:p>
    <w:p>
      <w:r>
        <w:rPr>
          <w:b/>
        </w:rPr>
        <w:t xml:space="preserve">[28:58] </w:t>
      </w:r>
      <w:r>
        <w:t>das question is from mariya. what does violence symbolize in today world when peace is much more powerful?</w:t>
      </w:r>
    </w:p>
    <w:p>
      <w:pPr>
        <w:jc w:val="right"/>
      </w:pPr>
      <w:r>
        <w:t>دس کوئسچن از فرام ماریہ۔ واٹ ڈز وائلنس سمبلائز ان ٹوڈے ورلڈ وین پیس از مچ مور پاورفل؟</w:t>
      </w:r>
    </w:p>
    <w:p>
      <w:r>
        <w:rPr>
          <w:b/>
        </w:rPr>
        <w:t xml:space="preserve">[29:08] </w:t>
      </w:r>
      <w:r>
        <w:t>kya phir se? what does violence symbolize in today world when peace is much more powerful? kya phir se parhiye?</w:t>
      </w:r>
    </w:p>
    <w:p>
      <w:pPr>
        <w:jc w:val="right"/>
      </w:pPr>
      <w:r>
        <w:t>کیا پھر سے؟ واٹ ڈز وائلنس سمبلائز ان ٹوڈے ورلڈ وین پیس از مچ مور پاورفل؟ کیا پھر سے پڑھیے؟</w:t>
      </w:r>
    </w:p>
    <w:p>
      <w:r>
        <w:rPr>
          <w:b/>
        </w:rPr>
        <w:t xml:space="preserve">[29:18] </w:t>
      </w:r>
      <w:r>
        <w:t>maulana, mariya wants to know that. what does? nahi, woh parhiye, wohi parhiye. what does violence symbolize in today world when peace is much more powerful?</w:t>
      </w:r>
    </w:p>
    <w:p>
      <w:pPr>
        <w:jc w:val="right"/>
      </w:pPr>
      <w:r>
        <w:t>مولانا، ماریہ وانٹس ٹو نو دیٹ۔ واٹ ڈز؟ نہیں، وہ پڑھیے، وہی پڑھیے۔ واٹ ڈز وائلنس سمبلائز ان ٹوڈے ورلڈ وین پیس از مچ مور پاورفل؟</w:t>
      </w:r>
    </w:p>
    <w:p>
      <w:r>
        <w:rPr>
          <w:b/>
        </w:rPr>
        <w:t xml:space="preserve">[29:28] </w:t>
      </w:r>
      <w:r>
        <w:t>yeh surprise kyun hai? hona chahiye ke why people are violent? hmm, hain jab doosra stronger hathiyar mil gaya?</w:t>
      </w:r>
    </w:p>
    <w:p>
      <w:pPr>
        <w:jc w:val="right"/>
      </w:pPr>
      <w:r>
        <w:t>یہ سبرائز کیوں ہے؟ ہونا چاہیے کہ وائی پیپل ار وائلنٹ؟ ہمم، ہیں جب دوسرا سٹرانگر ہتھیار مل گیا؟</w:t>
      </w:r>
    </w:p>
    <w:p>
      <w:r>
        <w:rPr>
          <w:b/>
        </w:rPr>
        <w:t xml:space="preserve">[29:37] </w:t>
      </w:r>
      <w:r>
        <w:t>hmm, to then why people are violent? shayad yahi matlab hai. ji, mariya, is that? is that what you mean?</w:t>
      </w:r>
    </w:p>
    <w:p>
      <w:pPr>
        <w:jc w:val="right"/>
      </w:pPr>
      <w:r>
        <w:t>ہمم، تو دین وائی پیپل ار وائلنٹ؟ شاید یہی مطلب ہے۔ جی، ماریہ، از دیٹ؟ از دیٹ واٹ یو مین؟</w:t>
      </w:r>
    </w:p>
    <w:p>
      <w:r>
        <w:rPr>
          <w:b/>
        </w:rPr>
        <w:t xml:space="preserve">[29:46] </w:t>
      </w:r>
      <w:r>
        <w:t>a symbolize ka, ka, ka kya sense hai? she saying, wohi, wohi matlab hai. wohi hai. ji, to dekhen, english mein ek word hai anachronism.</w:t>
      </w:r>
    </w:p>
    <w:p>
      <w:pPr>
        <w:jc w:val="right"/>
      </w:pPr>
      <w:r>
        <w:t>اے سمبلائز کا، کا، کا کیا سینس ہے؟ شی سینگ، وہی، وہی مطلب ہے۔ وہی ہے۔ جی، تو دیکھیں، انگلش میں ایک ورڈ ہے انوکرونیزم۔</w:t>
      </w:r>
    </w:p>
    <w:p>
      <w:r>
        <w:rPr>
          <w:b/>
        </w:rPr>
        <w:t xml:space="preserve">[29:58] </w:t>
      </w:r>
      <w:r>
        <w:t>yeh is ka phenomena hai. yaani kuch log jo hain, woh abhi</w:t>
      </w:r>
    </w:p>
    <w:p>
      <w:pPr>
        <w:jc w:val="right"/>
      </w:pPr>
      <w:r>
        <w:t>یہ اس کا فیناومینا ہے۔ یعنی کچھ لوگ جو ہیں، وہ ابھی</w:t>
      </w:r>
    </w:p>
    <w:p>
      <w:r>
        <w:rPr>
          <w:b/>
        </w:rPr>
        <w:t xml:space="preserve">[30:04] </w:t>
      </w:r>
      <w:r>
        <w:t>aap jaisa ke maine kaha, update nahi karte. woh mazi, past mein ji ji rahe hote hain. to yeh log jo is mein involve hain, yeh abhi past mein jee rahe hain.</w:t>
      </w:r>
    </w:p>
    <w:p>
      <w:pPr>
        <w:jc w:val="right"/>
      </w:pPr>
      <w:r>
        <w:t>آپ جیسا کہ میں نے کہا، اپڈیٹ نہیں کرتے۔ وہ ماضی، پاسٹ میں جی جی رہے ہوتے ہیں۔ تو یہ لوگ جو اس میں انوالو ہیں، یہ ابھی پاسٹ میں جی رہے ہیں۔</w:t>
      </w:r>
    </w:p>
    <w:p>
      <w:r>
        <w:rPr>
          <w:b/>
        </w:rPr>
        <w:t xml:space="preserve">[30:16] </w:t>
      </w:r>
      <w:r>
        <w:t>aaj ko discover nahi kiya inhon ne. maslan arab world mein aap jayen to wahan par aap ko aisi cheezen milengi.</w:t>
      </w:r>
    </w:p>
    <w:p>
      <w:pPr>
        <w:jc w:val="right"/>
      </w:pPr>
      <w:r>
        <w:t>آج کو ڈسکور نہیں کیا انہوں نے۔ مثلاً عرب ورلڈ میں آپ جائیں تو وہاں پر آپ کو ایسی چیزیں ملیں گی۔</w:t>
      </w:r>
    </w:p>
    <w:p>
      <w:r>
        <w:rPr>
          <w:b/>
        </w:rPr>
        <w:t xml:space="preserve">[30:25] </w:t>
      </w:r>
      <w:r>
        <w:t>maslan ek bahut, wahan bahut hi popular ek, ek, ek shair hai ke "haath salahuddin thaniya fina jadadi hatayn o shab hatayna" ke salahuddin ko phir se lao</w:t>
      </w:r>
    </w:p>
    <w:p>
      <w:pPr>
        <w:jc w:val="right"/>
      </w:pPr>
      <w:r>
        <w:t>مثلاً ایک بہت، وہاں بہت ہی پاپولر ایک، ایک، ایک شعر ہے کہ "ہاتھ صلاح الدین ثانیۃ فینا جددی حتین او شب حتینا" کہ صلاح الدین کو پھر سے لاؤ</w:t>
      </w:r>
    </w:p>
    <w:p>
      <w:r>
        <w:rPr>
          <w:b/>
        </w:rPr>
        <w:t xml:space="preserve">[30:42] </w:t>
      </w:r>
      <w:r>
        <w:t>aur salahuddin ne jo maarke kiye the, us ke phir us ko phir zinda karo. ab dekhen, salahuddin jo tha, woh terveen sadi eesvi mein woh paida hua.</w:t>
      </w:r>
    </w:p>
    <w:p>
      <w:pPr>
        <w:jc w:val="right"/>
      </w:pPr>
      <w:r>
        <w:t>اور صلاح الدین نے جو معرکے کیے تھے، اس کے پھر اس کو پھر زندہ کرو۔ اب دیکھیں، صلاح الدین جو تھا، وہ تیرویں صدی عیسوی میں وہ پیدا ہوا۔</w:t>
      </w:r>
    </w:p>
    <w:p>
      <w:r>
        <w:rPr>
          <w:b/>
        </w:rPr>
        <w:t xml:space="preserve">[30:54] </w:t>
      </w:r>
      <w:r>
        <w:t>us waqt us ne larr kar ke yerushalim ko jeeta. tab larrhai hoti thi sword se. sword ki larrhai hoti thi us zamane mein.</w:t>
      </w:r>
    </w:p>
    <w:p>
      <w:pPr>
        <w:jc w:val="right"/>
      </w:pPr>
      <w:r>
        <w:t>اس وقت اس نے لڑ کر کے یروشلم کو جیتا۔ تب لڑائی ہوتی تھی سوڈ سے۔ سوڈ کی لڑائی ہوتی تھی اس زمانے میں۔</w:t>
      </w:r>
    </w:p>
    <w:p>
      <w:r>
        <w:rPr>
          <w:b/>
        </w:rPr>
        <w:t xml:space="preserve">[31:04] </w:t>
      </w:r>
      <w:r>
        <w:t>to us ki jeet ko yaad ki hui hai woh</w:t>
      </w:r>
    </w:p>
    <w:p>
      <w:pPr>
        <w:jc w:val="right"/>
      </w:pPr>
      <w:r>
        <w:t>تو اس کی جیت کو یاد کی ہوئی ہے وہ</w:t>
      </w:r>
    </w:p>
    <w:p>
      <w:r>
        <w:rPr>
          <w:b/>
        </w:rPr>
        <w:t xml:space="preserve">[31:07] </w:t>
      </w:r>
      <w:r>
        <w:t>ke "dekho salahuddin kitna woh tha" larr kar ke us ne yerushalim ko regain kiya. to is history ko, past history ko liye baithe hain apne mind mein.</w:t>
      </w:r>
    </w:p>
    <w:p>
      <w:pPr>
        <w:jc w:val="right"/>
      </w:pPr>
      <w:r>
        <w:t>کہ "دیکھو صلاح الدین کتنا وہ تھا" لڑ کر کے اس نے یروشلم کو ریگین کیا۔ تو اس ہسٹری کو، پاسٹ ہسٹری کو لیے بیٹھے ہیں اپنے مائنڈ میں۔</w:t>
      </w:r>
    </w:p>
    <w:p>
      <w:r>
        <w:rPr>
          <w:b/>
        </w:rPr>
        <w:t xml:space="preserve">[31:17] </w:t>
      </w:r>
      <w:r>
        <w:t>aaj jo hai, us ko nahi samajhte. jaise ke maine is se pehle kaha tha ke allah taala ne mahatma gandhi ke zariye ek bahut badi cheez kholi insan ke upar.</w:t>
      </w:r>
    </w:p>
    <w:p>
      <w:pPr>
        <w:jc w:val="right"/>
      </w:pPr>
      <w:r>
        <w:t>آج جو ہے، اس کو نہیں سمجھتے۔ جیسے کہ میں نے اس سے پہلے کہا تھا کہ اللہ تعالی نے مہاتما گاندھی کے ذریعے ایک بہت بڑی چیز کھولی انسان کے اوپر۔</w:t>
      </w:r>
    </w:p>
    <w:p>
      <w:r>
        <w:rPr>
          <w:b/>
        </w:rPr>
        <w:t xml:space="preserve">[31:28] </w:t>
      </w:r>
      <w:r>
        <w:t>woh yeh ke "peaceful"</w:t>
      </w:r>
    </w:p>
    <w:p>
      <w:pPr>
        <w:jc w:val="right"/>
      </w:pPr>
      <w:r>
        <w:t>وہ یہ کہ "پیس فل"</w:t>
      </w:r>
    </w:p>
    <w:p>
      <w:r>
        <w:rPr>
          <w:b/>
        </w:rPr>
        <w:t xml:space="preserve">[31:31] </w:t>
      </w:r>
      <w:r>
        <w:t>ke "peaceful method is far more effective than the violent method". lekin jab aadmi bahut zyada phansa hua ho apne to pakad nahi pata.</w:t>
      </w:r>
    </w:p>
    <w:p>
      <w:pPr>
        <w:jc w:val="right"/>
      </w:pPr>
      <w:r>
        <w:t>کہ "پیس فل میتھڈ از فار مور ایفیکٹیو دین دے وائلنٹ میتھڈ"۔ لیکن جب آدمی بہت زیادہ پھنسا ہوا ہو اپنے تو پکڑ نہیں پاتا۔</w:t>
      </w:r>
    </w:p>
    <w:p>
      <w:r>
        <w:rPr>
          <w:b/>
        </w:rPr>
        <w:t xml:space="preserve">[31:44] </w:t>
      </w:r>
      <w:r>
        <w:t>jaise ab main kuch aisi families ko jaanta hoon ke woh bachpan sunte aaye hain ke hamare dada bahut oonche the, hamare nana bahut oonche the. to ek, ek un ko apne andar ehsas hai ke hamari family to koi bahut superior family hai.</w:t>
      </w:r>
    </w:p>
    <w:p>
      <w:pPr>
        <w:jc w:val="right"/>
      </w:pPr>
      <w:r>
        <w:t>جیسے اب میں کچھ ایسی فیملیز کو جانتا ہوں کہ وہ بچپن سنتے آئے ہیں کہ ہمارے دادا بہت اونچے تھے، ہمارے نانا بہت اونچے تھے۔ تو ایک، ایک ان کو اپنے اندر احساس ہے کہ ہماری فیملی تو کوئی بہت سپیریئر فیملی ہے۔</w:t>
      </w:r>
    </w:p>
    <w:p>
      <w:r>
        <w:rPr>
          <w:b/>
        </w:rPr>
        <w:t xml:space="preserve">[31:59] </w:t>
      </w:r>
      <w:r>
        <w:t>is mein jite hain. abhi tak paros ke logon ko pata jaan nahi paye. woh paros logon ko kam samajhte hain. woh aise, aisi kai families ko main jaanta hoon ke chuki bachpan sunte the, sunte the, hamare nana to yeh the, hamare dada to woh the.</w:t>
      </w:r>
    </w:p>
    <w:p>
      <w:pPr>
        <w:jc w:val="right"/>
      </w:pPr>
      <w:r>
        <w:t>اس میں جیتے ہیں۔ ابھی تک پڑوس کے لوگوں کو پتہ جان نہیں پائے۔ وہ پڑوس لوگوں کو کم سمجھتے ہیں۔ وہ ایسے، ایسی کئی فیملیز کو میں جانتا ہوں کہ چونکہ بچپن سنتے تھے، سنتے تھے، ہمارے نانا تو یہ تھے، ہمارے دادا تو وہ تھے۔</w:t>
      </w:r>
    </w:p>
    <w:p>
      <w:r>
        <w:rPr>
          <w:b/>
        </w:rPr>
        <w:t xml:space="preserve">[32:15] </w:t>
      </w:r>
      <w:r>
        <w:t>to ab un ki family mein</w:t>
      </w:r>
    </w:p>
    <w:p>
      <w:pPr>
        <w:jc w:val="right"/>
      </w:pPr>
      <w:r>
        <w:t>تو اب ان کی فیملی میں</w:t>
      </w:r>
    </w:p>
    <w:p>
      <w:r>
        <w:rPr>
          <w:b/>
        </w:rPr>
        <w:t xml:space="preserve">[32:17] </w:t>
      </w:r>
      <w:r>
        <w:t>log un se zyada aage badh gaye hain. un ke paas ghar zyada bada ghar hai, un ke paas car zyada hai. lekin un ko acknowledge nahi kar paate woh kyunke woh abhi jite hain, ab peeche mein.</w:t>
      </w:r>
    </w:p>
    <w:p>
      <w:pPr>
        <w:jc w:val="right"/>
      </w:pPr>
      <w:r>
        <w:t>لوگ ان سے زیادہ آگے بڑھ گئے ہیں۔ ان کے پاس گھر زیادہ بڑا گھر ہے، ان کے پاس کار زیادہ ہے۔ لیکن ان کو اکنالج نہیں کر پاتے وہ کیونکہ وہ ابھی جیتے ہیں، اب پیچھے میں۔</w:t>
      </w:r>
    </w:p>
    <w:p>
      <w:r>
        <w:rPr>
          <w:b/>
        </w:rPr>
        <w:t xml:space="preserve">[32:28] </w:t>
      </w:r>
      <w:r>
        <w:t>aise hi yeh, yeh log jo hain ke yeh abhi salahuddin ke zamane ki history ko jante hain.</w:t>
      </w:r>
    </w:p>
    <w:p>
      <w:pPr>
        <w:jc w:val="right"/>
      </w:pPr>
      <w:r>
        <w:t>ایسے ہی یہ، یہ لوگ جو ہیں کہ یہ ابھی صلاح الدین کے زمانے کی ہسٹری کو جانتے ہیں۔</w:t>
      </w:r>
    </w:p>
    <w:p>
      <w:r>
        <w:rPr>
          <w:b/>
        </w:rPr>
        <w:t xml:space="preserve">[32:34] </w:t>
      </w:r>
      <w:r>
        <w:t>aaj ki history jo maslan gandhi ne banai, us ko nahi jante woh. yeh consciously nahi jante kyunke phanse hue hain. hamari koshish hai ke log aaj ki history ko janen.</w:t>
      </w:r>
    </w:p>
    <w:p>
      <w:pPr>
        <w:jc w:val="right"/>
      </w:pPr>
      <w:r>
        <w:t>آج کی ہسٹری جو مثلاً گاندھی نے بنائی، اس کو نہیں جانتے وہ۔ یہ کانشیسلی نہیں جانتے کیونکہ پھنسے ہوئے ہیں۔ ہماری کوشش ہے کہ لوگ آج کی ہسٹری کو جانیں۔</w:t>
      </w:r>
    </w:p>
    <w:p>
      <w:r>
        <w:rPr>
          <w:b/>
        </w:rPr>
        <w:t xml:space="preserve">[32:46] </w:t>
      </w:r>
      <w:r>
        <w:t>jis din woh jaan lenge, aap dekhenge sab chhod denge. main jaanata hoon ki main,</w:t>
      </w:r>
    </w:p>
    <w:p>
      <w:pPr>
        <w:jc w:val="right"/>
      </w:pPr>
      <w:r>
        <w:t>جس دن وہ جان لیں گے، آپ دیکھیں گے سب چھوڑ دیں گے۔ میں جانتا ہوں کہ میں،</w:t>
      </w:r>
    </w:p>
    <w:p>
      <w:r>
        <w:rPr>
          <w:b/>
        </w:rPr>
        <w:t xml:space="preserve">[32:51] </w:t>
      </w:r>
      <w:r>
        <w:t>yaani Khuda ke fazl se, hamara jo mission hai, hazaron log Pakistan mein aur Kashmir mein dono jagah, hazaron log badal gaye hain.</w:t>
      </w:r>
    </w:p>
    <w:p>
      <w:pPr>
        <w:jc w:val="right"/>
      </w:pPr>
      <w:r>
        <w:t>یعنی خدا کے فضل سے، ہمارا جو مشن ہے، ہزاروں لوگ پاکستان میں اور کشمیر میں دونوں جگہ، ہزاروں لوگ بدل گئے ہیں۔</w:t>
      </w:r>
    </w:p>
    <w:p>
      <w:r>
        <w:rPr>
          <w:b/>
        </w:rPr>
        <w:t xml:space="preserve">[33:00] </w:t>
      </w:r>
      <w:r>
        <w:t>bilkul unka mind badal gaya hai. woh, woh jo hum ne nikala unko past se. jaise ek, ek aadmi</w:t>
      </w:r>
    </w:p>
    <w:p>
      <w:pPr>
        <w:jc w:val="right"/>
      </w:pPr>
      <w:r>
        <w:t>بالکل ان کا مائنڈ بدل گیا ہے۔ وہ، وہ جو ہم نے نکالا ان کو پاسٹ سے۔ جیسے ایک، ایک آدمی</w:t>
      </w:r>
    </w:p>
    <w:p>
      <w:r>
        <w:rPr>
          <w:b/>
        </w:rPr>
        <w:t xml:space="preserve">[33:10] </w:t>
      </w:r>
      <w:r>
        <w:t>jo jangju tha, wahi soch thi uski. usko hum ne mile bhi, us se hum ne kitabein padhwai hain. kafi aaj wahi aadmi jo hai, woh chhod kar ke education ki field mein aa gaya.</w:t>
      </w:r>
    </w:p>
    <w:p>
      <w:pPr>
        <w:jc w:val="right"/>
      </w:pPr>
      <w:r>
        <w:t>جو جنگجو تھا، وہی سوچ تھی اس کی۔ اس کو ہم نے ملے بھی، اس سے ہم نے کتابیں پڑھوائی ہیں۔ کافی آج وہی آدمی جو ہے، وہ چھوڑ کر کے ایجوکیشن کی فیلڈ میں آ گیا۔</w:t>
      </w:r>
    </w:p>
    <w:p>
      <w:r>
        <w:rPr>
          <w:b/>
        </w:rPr>
        <w:t xml:space="preserve">[33:26] </w:t>
      </w:r>
      <w:r>
        <w:t>aaj woh bahut achha school chala raha hai aur do college chala raha hai</w:t>
      </w:r>
    </w:p>
    <w:p>
      <w:pPr>
        <w:jc w:val="right"/>
      </w:pPr>
      <w:r>
        <w:t>آج وہ بہت اچھا اسکول چلا رہا ہے اور دو کالج چلا رہا ہے</w:t>
      </w:r>
    </w:p>
    <w:p>
      <w:r>
        <w:rPr>
          <w:b/>
        </w:rPr>
        <w:t xml:space="preserve">[33:33] </w:t>
      </w:r>
      <w:r>
        <w:t>aur is pas ke bahut se logon ko is se faida mil raha hai. toh mind ki re-engineering karni padegi. woh mind jo base karta hai pichhli history par, mazi glory par, yeh sab ke jo past glory mein jeete hain,</w:t>
      </w:r>
    </w:p>
    <w:p>
      <w:pPr>
        <w:jc w:val="right"/>
      </w:pPr>
      <w:r>
        <w:t>اور اس پاس کے بہت سے لوگوں کو اس سے فائدہ مل رہا ہے۔ تو مائنڈ کی ری انجینئرنگ کرنی پڑے گی۔ وہ مائنڈ جو بیس کرتا ہے پچھلی ہسٹری پر، ماضی گلوری پر، یہ سب کے جو پاسٹ گلوری میں جیتے ہیں،</w:t>
      </w:r>
    </w:p>
    <w:p>
      <w:r>
        <w:rPr>
          <w:b/>
        </w:rPr>
        <w:t xml:space="preserve">[33:50] </w:t>
      </w:r>
      <w:r>
        <w:t>past glory mein,</w:t>
      </w:r>
    </w:p>
    <w:p>
      <w:pPr>
        <w:jc w:val="right"/>
      </w:pPr>
      <w:r>
        <w:t>پاسٹ گلوری میں،</w:t>
      </w:r>
    </w:p>
    <w:p>
      <w:r>
        <w:rPr>
          <w:b/>
        </w:rPr>
        <w:t xml:space="preserve">[33:51] </w:t>
      </w:r>
      <w:r>
        <w:t>wahan se nikaliye. unke mind ki re-engineering kijiye aur wahi log dekhiye, aap kitne peaceful citizen ban jayenge apne desh ke. lekin yeh, yeh, yeh, yeh mamla ideology versus ideology ka hai, gun versus gun ka nahi hai.</w:t>
      </w:r>
    </w:p>
    <w:p>
      <w:pPr>
        <w:jc w:val="right"/>
      </w:pPr>
      <w:r>
        <w:t>وہاں سے نکالیے۔ ان کے مائنڈ کی ری انجینئرنگ کیجئے اور وہی لوگ دیکھیں، آپ کتنے پیس فل سٹیزن بن جائیں گے اپنے દેશ کے۔ لیکن یہ، یہ، یہ، یہ معاملہ آئیڈیالوجی ورسز آئیڈیالوجی کا ہے، گن ورسز گن کا نہیں ہے۔</w:t>
      </w:r>
    </w:p>
    <w:p>
      <w:r>
        <w:rPr>
          <w:b/>
        </w:rPr>
        <w:t xml:space="preserve">[34:11] </w:t>
      </w:r>
      <w:r>
        <w:t>gun versus gun ka nahi hai. maine ek American diplomat se kaha tha ki aap log samajhte hain ki gun maro aur sab bala-saal ho jayega. aisa saal hone wala nahi hai. unke mind mein jo ideology bhari hui hai, us ko aap ko khatm karna padega.</w:t>
      </w:r>
    </w:p>
    <w:p>
      <w:pPr>
        <w:jc w:val="right"/>
      </w:pPr>
      <w:r>
        <w:t>گن ورسز گن کا نہیں ہے۔ میں نے ایک امریکن ڈپلومیٹ سے کہا تھا کہ آپ لوگ سمجھتے ہیں کہ گن مارو اور سب بالا سال ہو جائے گا۔ ایسا سال ہونے والا نہیں ہے۔ ان کے مائنڈ میں جو آئیڈیالوجی بھری ہوئی ہے، اس کو آپ کو ختم کرنا پڑے گا۔</w:t>
      </w:r>
    </w:p>
    <w:p>
      <w:r>
        <w:rPr>
          <w:b/>
        </w:rPr>
        <w:t xml:space="preserve">[34:26] </w:t>
      </w:r>
      <w:r>
        <w:t>us ko toh aap khatm nahi karte, sirf bomb marte hain. toh is se kya hota hai? hamari koshish yeh hai ki hum ideology se us ko khatm karen.</w:t>
      </w:r>
    </w:p>
    <w:p>
      <w:pPr>
        <w:jc w:val="right"/>
      </w:pPr>
      <w:r>
        <w:t>اس کو تو آپ ختم نہیں کرتے، صرف بم مارتے ہیں۔ تو اس سے کیا ہوتا ہے؟ ہماری کوشش یہ ہے کہ ہم آئیڈیالوجی سے اس کو ختم کریں۔</w:t>
      </w:r>
    </w:p>
    <w:p>
      <w:r>
        <w:rPr>
          <w:b/>
        </w:rPr>
        <w:t xml:space="preserve">[34:33] </w:t>
      </w:r>
      <w:r>
        <w:t>isi liye yeh ek militant ne, Kashmir ke ek militant ne kaha ki Maulana Wahiduddin Khan ka pen hamare liye India ke gun se zyada khatarnak hai.</w:t>
      </w:r>
    </w:p>
    <w:p>
      <w:pPr>
        <w:jc w:val="right"/>
      </w:pPr>
      <w:r>
        <w:t>اسی لیے یہ ایک ملٹنٹ نے، کشمیر کے ایک ملٹنٹ نے کہا کہ مولا عبید الدین کا پین ہمارے لیے انڈیا کے گن سے زیادہ خطرناک ہے۔</w:t>
      </w:r>
    </w:p>
    <w:p>
      <w:r>
        <w:rPr>
          <w:b/>
        </w:rPr>
        <w:t xml:space="preserve">[34:49] </w:t>
      </w:r>
      <w:r>
        <w:t>ek militant</w:t>
      </w:r>
    </w:p>
    <w:p>
      <w:pPr>
        <w:jc w:val="right"/>
      </w:pPr>
      <w:r>
        <w:t>ایک ملٹنٹ</w:t>
      </w:r>
    </w:p>
    <w:p>
      <w:r>
        <w:rPr>
          <w:b/>
        </w:rPr>
        <w:t xml:space="preserve">[34:51] </w:t>
      </w:r>
      <w:r>
        <w:t>wahan ka jo us ne military se chhod di nahi thi, toh hamari kitabein bahut phail rahi hain. toh us ne kaha ki Maulana Wahiduddin Khan ka pen hamare liye India ke gun se zyada khatarnak hai,</w:t>
      </w:r>
    </w:p>
    <w:p>
      <w:pPr>
        <w:jc w:val="right"/>
      </w:pPr>
      <w:r>
        <w:t>وہاں کا جو اس نے ملٹری سے چھوڑی نہیں تھی، تو ہماری کتابیں بہت پھیل رہی ہیں۔ تو اس نے کہا کہ مولا عبید الدین کا پین ہمارے لیے انڈیا کے گن سے زیادہ خطرناک ہے،</w:t>
      </w:r>
    </w:p>
    <w:p>
      <w:r>
        <w:rPr>
          <w:b/>
        </w:rPr>
        <w:t xml:space="preserve">[35:05] </w:t>
      </w:r>
      <w:r>
        <w:t>zyada dangerous hai. toh kaam karna kya hai? ki unke mind ki re-engineering ki jaye.</w:t>
      </w:r>
    </w:p>
    <w:p>
      <w:pPr>
        <w:jc w:val="right"/>
      </w:pPr>
      <w:r>
        <w:t>زیادہ ڈینجرس ہے۔ تو کام کرنا کیا ہے؟ کہ ان کے مائنڈ کی ری انجینئرنگ کی جائے۔</w:t>
      </w:r>
    </w:p>
    <w:p>
      <w:r>
        <w:rPr>
          <w:b/>
        </w:rPr>
        <w:t xml:space="preserve">[35:15] </w:t>
      </w:r>
      <w:r>
        <w:t>das question is from Idrees.</w:t>
      </w:r>
    </w:p>
    <w:p>
      <w:pPr>
        <w:jc w:val="right"/>
      </w:pPr>
      <w:r>
        <w:t>دس کوئسچن از فرام ادریس۔</w:t>
      </w:r>
    </w:p>
    <w:p>
      <w:r>
        <w:rPr>
          <w:b/>
        </w:rPr>
        <w:t xml:space="preserve">[35:18] </w:t>
      </w:r>
      <w:r>
        <w:t>Maulana, you said secret hunting mission. don't you think that the word hunting of target seems little negative?</w:t>
      </w:r>
    </w:p>
    <w:p>
      <w:pPr>
        <w:jc w:val="right"/>
      </w:pPr>
      <w:r>
        <w:t>مولانا، یو سیڈ سیکر ہنٹنگ مشن۔ ڈونٹ یو تھنک دیٹ دی ورڈ ہنٹنگ اف ٹارگٹ سیمز لٹل نیگیٹیو؟</w:t>
      </w:r>
    </w:p>
    <w:p>
      <w:r>
        <w:rPr>
          <w:b/>
        </w:rPr>
        <w:t xml:space="preserve">[35:30] </w:t>
      </w:r>
      <w:r>
        <w:t>haan, kuch log aisa soch sakte hain, lekin jahan tak main jaanta hoon ki kai word jo hain, common usage mein negative sense ban jata hai.</w:t>
      </w:r>
    </w:p>
    <w:p>
      <w:pPr>
        <w:jc w:val="right"/>
      </w:pPr>
      <w:r>
        <w:t>ہاں، کچھ لوگ ایسا سوچ سکتے ہیں، لیکن جہاں تک میں جانتا ہوں کہ کئی ورڈ جو ہیں، کامن یوسیج میں نیگیٹیو سینس بن جاتا ہے۔</w:t>
      </w:r>
    </w:p>
    <w:p>
      <w:r>
        <w:rPr>
          <w:b/>
        </w:rPr>
        <w:t xml:space="preserve">[35:39] </w:t>
      </w:r>
      <w:r>
        <w:t>un ka haqeeqatan aisa nahi hota. ise exploitation hai. aap dictionary mein dekhiye, aap kisi badi dictionary mein</w:t>
      </w:r>
    </w:p>
    <w:p>
      <w:pPr>
        <w:jc w:val="right"/>
      </w:pPr>
      <w:r>
        <w:t>ان کا حقیقتاً ایسا نہیں ہوتا۔ اسے ایکسپائٹیشن ہے۔ آپ ڈکشنری میں دیکھیں، آپ کسی بڑی ڈکشنری میں</w:t>
      </w:r>
    </w:p>
    <w:p>
      <w:r>
        <w:rPr>
          <w:b/>
        </w:rPr>
        <w:t xml:space="preserve">[35:47] </w:t>
      </w:r>
      <w:r>
        <w:t>is mein usage diye rehte hain. toh exploitation ka jo common logon mein is ka jo woh hai, toh woh samajhte hain exploitation ek negative sense rakhta hai.</w:t>
      </w:r>
    </w:p>
    <w:p>
      <w:pPr>
        <w:jc w:val="right"/>
      </w:pPr>
      <w:r>
        <w:t>اس میں یوسیج دیے رہتے ہیں۔ تو ایکسپائٹیشن کا جو کامن لوگوں میں اس کا جو وہ ہے، تو وہ سمجھتے ہیں ایکسپائٹیشن ایک نیگیٹیو سینس رکھتا ہے۔</w:t>
      </w:r>
    </w:p>
    <w:p>
      <w:r>
        <w:rPr>
          <w:b/>
        </w:rPr>
        <w:t xml:space="preserve">[35:59] </w:t>
      </w:r>
      <w:r>
        <w:t>halanki dictionary mein aap dekhiye toh aap ko aisa nahi milega. woh positive sense rakhta hai. exploitation</w:t>
      </w:r>
    </w:p>
    <w:p>
      <w:pPr>
        <w:jc w:val="right"/>
      </w:pPr>
      <w:r>
        <w:t>حالانکہ ڈکشنری میں آپ دیکھیں تو آپ کو ایسا نہیں ملے گا۔ وہ پازیٹیو سینس رکھتا ہے۔ ایکسپائٹیشن</w:t>
      </w:r>
    </w:p>
    <w:p>
      <w:r>
        <w:rPr>
          <w:b/>
        </w:rPr>
        <w:t xml:space="preserve">[36:07] </w:t>
      </w:r>
      <w:r>
        <w:t>isi tarike se hunting jo hai, common log yeh samajhte hain ki yeh kuch negative word hai. lekin aap is ko dictionary mein dekhiye toh negative word nahi hai, yeh yeh positive word hai.</w:t>
      </w:r>
    </w:p>
    <w:p>
      <w:pPr>
        <w:jc w:val="right"/>
      </w:pPr>
      <w:r>
        <w:t>اسی طریقے سے ہنٹنگ جو ہے، کامن لوگ یہ سمجھتے ہیں کہ یہ کچھ نیگیٹیو ورڈ ہے۔ لیکن آپ اس کو ڈکشنری میں دیکھیے تو نیگیٹیو ورڈ نہیں ہے، یہ یہ پازیٹیو ورڈ ہے۔</w:t>
      </w:r>
    </w:p>
    <w:p>
      <w:r>
        <w:rPr>
          <w:b/>
        </w:rPr>
        <w:t xml:space="preserve">[36:18] </w:t>
      </w:r>
      <w:r>
        <w:t>yeh is ka negative istemal bhi ho kya gaya toh theek hai, kisi bhi word ka negative use ho sakta hai, kisi bhi word ka negative istemal ho sakta hai.</w:t>
      </w:r>
    </w:p>
    <w:p>
      <w:pPr>
        <w:jc w:val="right"/>
      </w:pPr>
      <w:r>
        <w:t>یہ اس کا نیگیٹیو استعمال بھی ہو کیا گیا تو ٹھیک ہے، کسی بھی ورڈ کا نیگیٹیو یوز ہو سکتا ہے، کسی بھی ورڈ کا نیگیٹیو استعمال ہو سکتا ہے۔</w:t>
      </w:r>
    </w:p>
    <w:p>
      <w:r>
        <w:rPr>
          <w:b/>
        </w:rPr>
        <w:t xml:space="preserve">[36:27] </w:t>
      </w:r>
      <w:r>
        <w:t>lekin originally yeh lafz negative nahi hai, jis tarah se exploitation originally taur par negative nahi hai. yeh, yeh main, main meri jaankari itni hai.</w:t>
      </w:r>
    </w:p>
    <w:p>
      <w:pPr>
        <w:jc w:val="right"/>
      </w:pPr>
      <w:r>
        <w:t>لیکن اوریجنلی یہ لفظ نیگیٹیو نہیں ہے، جس طرح سے ایکسپائٹیشن اوریجنلی طور پر نیگیٹیو نہیں ہے۔ یہ، یہ میں، میں میری جانکاری اتنی ہے۔</w:t>
      </w:r>
    </w:p>
    <w:p>
      <w:r>
        <w:rPr>
          <w:b/>
        </w:rPr>
        <w:t xml:space="preserve">[36:39] </w:t>
      </w:r>
      <w:r>
        <w:t>agar koi sahib jo zyada English jaante hon, woh batayenge toh main is ko badal dunga, inshallah.</w:t>
      </w:r>
    </w:p>
    <w:p>
      <w:pPr>
        <w:jc w:val="right"/>
      </w:pPr>
      <w:r>
        <w:t>اگر کوئی صاحب جو زیادہ انگلش جانتے ہوں، وہ بتائیں گے تو میں اس کو بدل دوں گا، انشاءاللہ۔</w:t>
      </w:r>
    </w:p>
    <w:p>
      <w:r>
        <w:rPr>
          <w:b/>
        </w:rPr>
        <w:t xml:space="preserve">[36:45] </w:t>
      </w:r>
      <w:r>
        <w:t>he also wants to know that how today topic is relevant to dawah mission. yeh toh bahut zyada relevant hai,</w:t>
      </w:r>
    </w:p>
    <w:p>
      <w:pPr>
        <w:jc w:val="right"/>
      </w:pPr>
      <w:r>
        <w:t>ہی السو وانٹس ٹو نو دیٹ ہاؤ ٹوڈے ٹاپک از ریلیونٹ ٹو داوا مشن۔ یہ تو بہت زیادہ ریلیونٹ ہے،</w:t>
      </w:r>
    </w:p>
    <w:p>
      <w:r>
        <w:rPr>
          <w:b/>
        </w:rPr>
        <w:t xml:space="preserve">[36:57] </w:t>
      </w:r>
      <w:r>
        <w:t>kyunke jab bhi hum niklte hain dawa mission par, kisi se baat karte hue, to hamein janna chahiye ke is mein kaun aadmi hai jo sach much seeker hai, kaun aadmi hai jo sirf yaani aisi baatein karta hai.</w:t>
      </w:r>
    </w:p>
    <w:p>
      <w:pPr>
        <w:jc w:val="right"/>
      </w:pPr>
      <w:r>
        <w:t>کیونکہ جب بھی ہم نکلتے ہیں داوا مشن پر، کسی سے بات کرتے ہوئے، تو ہمیں جاننا چاہیے کہ اس میں کون آدمی ہے جو سچ مچ سیکر ہے، کون آدمی ہے جو صرف یعنی ایسی باتیں کرتا ہے۔</w:t>
      </w:r>
    </w:p>
    <w:p>
      <w:r>
        <w:rPr>
          <w:b/>
        </w:rPr>
        <w:t xml:space="preserve">[37:16] </w:t>
      </w:r>
      <w:r>
        <w:t>to hamein apna is is stage mein, jab ke hum abhi shuru mein hain, shuru mein, hamein apni thori si hamare paas taqat hai, hamara jo capital hai, bohat thora sa hai.</w:t>
      </w:r>
    </w:p>
    <w:p>
      <w:pPr>
        <w:jc w:val="right"/>
      </w:pPr>
      <w:r>
        <w:t>تو ہمیں اپنا اس اس سٹیج میں، جب کہ ہم ابھی شروع میں ہیں، شروع میں، ہمیں اپنی تھوڑی سی ہمارے پاس طاقت ہے، ہمارا جو کیپیٹل ہے، بہت تھوڑا سا ہے۔</w:t>
      </w:r>
    </w:p>
    <w:p>
      <w:r>
        <w:rPr>
          <w:b/>
        </w:rPr>
        <w:t xml:space="preserve">[37:29] </w:t>
      </w:r>
      <w:r>
        <w:t>capital matlab insaan hamare paas jo hai, kaam ke thore hain. to hum is ko yahi kahengay ke</w:t>
      </w:r>
    </w:p>
    <w:p>
      <w:pPr>
        <w:jc w:val="right"/>
      </w:pPr>
      <w:r>
        <w:t>کیپیٹل مطلب انسان ہمارے پاس جو ہے، کام کے تھوڑے ہیں۔ تو ہم اس کو یہی کہیں گے کہ</w:t>
      </w:r>
    </w:p>
    <w:p>
      <w:r>
        <w:rPr>
          <w:b/>
        </w:rPr>
        <w:t xml:space="preserve">[37:34] </w:t>
      </w:r>
      <w:r>
        <w:t>aap isi par zyada apni taqat lagaiye, jis mein aap paayein ke waqai ye seeker hai. abhi dekhiye, ek case mere paas aaya do mahine ki baat hai.</w:t>
      </w:r>
    </w:p>
    <w:p>
      <w:pPr>
        <w:jc w:val="right"/>
      </w:pPr>
      <w:r>
        <w:t>آپ اسی پر زیادہ اپنی طاقت لگائیے، جس میں آپ پائیں کہ واقعی یہ سیکر ہے۔ ابھی دیکھیے، ایک کیس میرے پاس آیا دو مہینے کی بات ہے۔</w:t>
      </w:r>
    </w:p>
    <w:p>
      <w:r>
        <w:rPr>
          <w:b/>
        </w:rPr>
        <w:t xml:space="preserve">[37:48] </w:t>
      </w:r>
      <w:r>
        <w:t>jab pehli din meri mulaqat thi</w:t>
      </w:r>
    </w:p>
    <w:p>
      <w:pPr>
        <w:jc w:val="right"/>
      </w:pPr>
      <w:r>
        <w:t>جب پہلی دن میری ملاقات تھی</w:t>
      </w:r>
    </w:p>
    <w:p>
      <w:r>
        <w:rPr>
          <w:b/>
        </w:rPr>
        <w:t xml:space="preserve">[37:51] </w:t>
      </w:r>
      <w:r>
        <w:t>to wo laga ke ek dum hi stubborn case hai, koi sunne wala nahi hai. lekin phir bhi main is ke chingari paayi ke andar se ye seeker hai, bahar se lagta hai ke stubborn case hai, ye andar seeker hai, koi taqat laga di ho.</w:t>
      </w:r>
    </w:p>
    <w:p>
      <w:pPr>
        <w:jc w:val="right"/>
      </w:pPr>
      <w:r>
        <w:t>تو وہ لگا کہ ایک دم ہی سٹربنڈ کیس ہے، کوئی سننے والا نہیں ہے۔ لیکن پھر بھی میں اس کے چنگاری پائی کہ اندر سے یہ سیکر ہے، باہر سے لگتا ہے کہ سٹربنڈ کیس ہے، یہ اندر سیکر ہے، کوئی طاقت لگا دی ہو۔</w:t>
      </w:r>
    </w:p>
    <w:p>
      <w:r>
        <w:rPr>
          <w:b/>
        </w:rPr>
        <w:t xml:space="preserve">[38:09] </w:t>
      </w:r>
      <w:r>
        <w:t>to aaj main keh sakta hoon ke hamara saathi hai. wo isi tarah se kai aise log hain jin ko maine dekha ke wo andar seeker wali spirit nahi thi un ke andar.</w:t>
      </w:r>
    </w:p>
    <w:p>
      <w:pPr>
        <w:jc w:val="right"/>
      </w:pPr>
      <w:r>
        <w:t>تو آج میں کہہ سکتا ہوں کہ ہمارا ساتھی ہے۔ وہ اسی طرح سے کئی ایسے لوگ ہیں جن کو میں نے دیکھا کہ وہ اندر سیکر والی اسپرٹ نہیں تھی ان کے اندر۔</w:t>
      </w:r>
    </w:p>
    <w:p>
      <w:r>
        <w:rPr>
          <w:b/>
        </w:rPr>
        <w:t xml:space="preserve">[38:20] </w:t>
      </w:r>
      <w:r>
        <w:t>to maine kuch din kaam kar ke chhod diya un ko. to ye to</w:t>
      </w:r>
    </w:p>
    <w:p>
      <w:pPr>
        <w:jc w:val="right"/>
      </w:pPr>
      <w:r>
        <w:t>تو میں نے کچھ دن کام کر کے چھوڑ دیا ان کو۔ تو یہ تو</w:t>
      </w:r>
    </w:p>
    <w:p>
      <w:r>
        <w:rPr>
          <w:b/>
        </w:rPr>
        <w:t xml:space="preserve">[38:25] </w:t>
      </w:r>
      <w:r>
        <w:t>apne dawa work ko priority base pe chalane ka formula hai. jo hamara dawa work hai, is ko koi bhi kaam aap jante hain, aap ko priority base pe chalana parta hai.</w:t>
      </w:r>
    </w:p>
    <w:p>
      <w:pPr>
        <w:jc w:val="right"/>
      </w:pPr>
      <w:r>
        <w:t>اپنے داؤ ورک کو پرائرٹی بیس پہ چلانے کا فارمولا ہے۔ جو ہمارا داؤ ورک ہے، اس کو کوئی بھی کام آپ جانتے ہیں، آپ کو پرائرٹی بیس پہ چلانا پڑتا ہے۔</w:t>
      </w:r>
    </w:p>
    <w:p>
      <w:r>
        <w:rPr>
          <w:b/>
        </w:rPr>
        <w:t xml:space="preserve">[38:39] </w:t>
      </w:r>
      <w:r>
        <w:t>to apna jo dawa work hai, is ka hamara, is ko maine ek formula diya hai ke aap kaise is ko</w:t>
      </w:r>
    </w:p>
    <w:p>
      <w:pPr>
        <w:jc w:val="right"/>
      </w:pPr>
      <w:r>
        <w:t>تو اپنا جو داؤ ورک ہے، اس کا ہمارا، اس کو میں نے ایک فارمولا دیا ہے کہ آپ کیسے اس کو</w:t>
      </w:r>
    </w:p>
    <w:p>
      <w:r>
        <w:rPr>
          <w:b/>
        </w:rPr>
        <w:t xml:space="preserve">[38:45] </w:t>
      </w:r>
      <w:r>
        <w:t>priority base pe chalayein taake wo zyada useful ho. ten questions is from Muhammad Ghazi. Prophet avoided war in Khandaq and not avoided in Badr and Uhud.</w:t>
      </w:r>
    </w:p>
    <w:p>
      <w:pPr>
        <w:jc w:val="right"/>
      </w:pPr>
      <w:r>
        <w:t>پرائرٹی بیس پہ چلائیں تاکہ وہ زیادہ یوزفل ہو۔ دس کوئسچن از فرام محمد غزی۔ پرافٹ اوائیڈڈ وار ان کھنڈک اینڈ ناٹ اوائیڈڈ ان بدر اینڈ احد۔</w:t>
      </w:r>
    </w:p>
    <w:p>
      <w:r>
        <w:rPr>
          <w:b/>
        </w:rPr>
        <w:t xml:space="preserve">[39:00] </w:t>
      </w:r>
      <w:r>
        <w:t>so what should be conclusion objectively? dekhiye, dono hi compulsory war thi. Khandaq mein bhi agar compulsory aaya tha to aap ladte.</w:t>
      </w:r>
    </w:p>
    <w:p>
      <w:pPr>
        <w:jc w:val="right"/>
      </w:pPr>
      <w:r>
        <w:t>سو واٹ شوڈ بی کنکلوژن ابجیکٹولی؟ دیکھیے، دونوں ہی کمپلسری وار تھی۔ کھنڈک میں بھی اگر کمپلسر آیا تھا تو آپ لڑتے۔</w:t>
      </w:r>
    </w:p>
    <w:p>
      <w:r>
        <w:rPr>
          <w:b/>
        </w:rPr>
        <w:t xml:space="preserve">[39:12] </w:t>
      </w:r>
      <w:r>
        <w:t>yaani compulsory ka matlab ye hai ke jab aap ne trench khod di to tab bhi wo uchhal kood kar kisi tarah se ghus aate. to zahir hai ke aap ladte, lekin wo uchhal kood kar ghus nahi sake.</w:t>
      </w:r>
    </w:p>
    <w:p>
      <w:pPr>
        <w:jc w:val="right"/>
      </w:pPr>
      <w:r>
        <w:t>یعنی کمپلسر کا معنی یہ ہے کہ جب آپ نے ٹرینچ کھود دی تو تب بھی وہ اچھل کود کر کسی طریقے سے گھس آتے۔ تو ظاہر ہے کہ آپ لڑتے، لیکن وہ اچھل کود کر گھس نہیں سکے۔</w:t>
      </w:r>
    </w:p>
    <w:p>
      <w:r>
        <w:rPr>
          <w:b/>
        </w:rPr>
        <w:t xml:space="preserve">[39:24] </w:t>
      </w:r>
      <w:r>
        <w:t>is zamane mein jab ke helicopter nahi tha to ye passport nahi tha ke aadmi ghus pade andar aa kar ke. to avoid karne ki koshish hamesha aap ne ki.</w:t>
      </w:r>
    </w:p>
    <w:p>
      <w:pPr>
        <w:jc w:val="right"/>
      </w:pPr>
      <w:r>
        <w:t>اس زمانے میں جب کہ ہیلی کاپٹر نہیں تھا تو یہ پاسپورٹ نہیں تھا کہ آدمی گھس پڑے اندر آ کر کے۔ تو اوائیڈ کرنے کی کوشش ہمیشہ آپ نے کی۔</w:t>
      </w:r>
    </w:p>
    <w:p>
      <w:r>
        <w:rPr>
          <w:b/>
        </w:rPr>
        <w:t xml:space="preserve">[39:33] </w:t>
      </w:r>
      <w:r>
        <w:t>misal ke badr, hijrat kiya tha? hijrat avoid karna tha. wo log Makka hi mein aap ko ladne ke liye keh rahe the,</w:t>
      </w:r>
    </w:p>
    <w:p>
      <w:pPr>
        <w:jc w:val="right"/>
      </w:pPr>
      <w:r>
        <w:t>مثلاً بدر جو ہے، ہجرت کیا تھا؟ ہجرت اوائیڈ کرنا تھا۔ وہ لوگ مکہ ہی میں آپ کو لڑنے کے لیے کہہ رہے تھے،</w:t>
      </w:r>
    </w:p>
    <w:p>
      <w:r>
        <w:rPr>
          <w:b/>
        </w:rPr>
        <w:t xml:space="preserve">[39:43] </w:t>
      </w:r>
      <w:r>
        <w:t>hata ke sword le kar gher liya tha aap ghar. to ladai ka challenge to Makka mein aa chuka tha. aap ne avoid karne ki nahi, aap ne migration kar diya.</w:t>
      </w:r>
    </w:p>
    <w:p>
      <w:pPr>
        <w:jc w:val="right"/>
      </w:pPr>
      <w:r>
        <w:t>حتیٰ کہ سوڈ لے کر گھیر لیا تھا آپ گھر۔ تو لڑائی کا چیلنج تو مکہ میں آ چکا تھا۔ آپ نے اوائیڈ کرنے کی نہیں، آپ نے مائیگریشن کر دیا۔</w:t>
      </w:r>
    </w:p>
    <w:p>
      <w:r>
        <w:rPr>
          <w:b/>
        </w:rPr>
        <w:t xml:space="preserve">[39:55] </w:t>
      </w:r>
      <w:r>
        <w:t>to migration was a way, migration was a way to, yaani to avoid</w:t>
      </w:r>
    </w:p>
    <w:p>
      <w:pPr>
        <w:jc w:val="right"/>
      </w:pPr>
      <w:r>
        <w:t>تو مائیگریشن واز اویہ، مائیگریشن واز اویہ وے ٹو، یعنی ٹو اوائیڈ</w:t>
      </w:r>
    </w:p>
    <w:p>
      <w:r>
        <w:rPr>
          <w:b/>
        </w:rPr>
        <w:t xml:space="preserve">[40:03] </w:t>
      </w:r>
      <w:r>
        <w:t>the war. log is ko samajhte nahi. Rasool Allah Salallahu Alaihi Wasallam ne Makka ko chhod kar jab Madina chale gaye, aap jis ko hum hijrat kehte hain, to hijrat jo hai wo ladai ko avoid karna tha.</w:t>
      </w:r>
    </w:p>
    <w:p>
      <w:pPr>
        <w:jc w:val="right"/>
      </w:pPr>
      <w:r>
        <w:t>دی وار۔ لوگ اس کو سمجھتے نہیں۔ رسول اللہ صلی اللہ علیہ وسلم نے مکہ کو چھوڑ کر جب مدینہ چلے گئے، آپ جس کو ہم ہجرت کہتے ہیں، تو ہجرت جو ہے وہ لڑائی کو اوائیڈ کرنا تھا۔</w:t>
      </w:r>
    </w:p>
    <w:p>
      <w:r>
        <w:rPr>
          <w:b/>
        </w:rPr>
        <w:t xml:space="preserve">[40:18] </w:t>
      </w:r>
      <w:r>
        <w:t>lekin phir bhi unhone attack kiya</w:t>
      </w:r>
    </w:p>
    <w:p>
      <w:pPr>
        <w:jc w:val="right"/>
      </w:pPr>
      <w:r>
        <w:t>لیکن پھر بھی انہوں نے اٹیک کیا</w:t>
      </w:r>
    </w:p>
    <w:p>
      <w:r>
        <w:rPr>
          <w:b/>
        </w:rPr>
        <w:t xml:space="preserve">[40:21] </w:t>
      </w:r>
      <w:r>
        <w:t>to phir compulsion aa gaya. ye compulsion aa gaya to ladna pada. Uhud mein aisa tha. Uhud mein kya tha ke Uhud mein aisa tha ke wo to wahan se Makka se chal kar ke Madina pahunch gaye.</w:t>
      </w:r>
    </w:p>
    <w:p>
      <w:pPr>
        <w:jc w:val="right"/>
      </w:pPr>
      <w:r>
        <w:t>تو پھر کمپریشن آ گیا۔ یہ کمپریشن آ گیا تو لڑنا پڑا۔ احد میں ایسا تھا۔ احد میں کیا تھا کہ احد میں ایسا تھا کہ وہ تو وہاں سے مکہ سے چل کر کے مدینہ پہنچ گئے۔</w:t>
      </w:r>
    </w:p>
    <w:p>
      <w:r>
        <w:rPr>
          <w:b/>
        </w:rPr>
        <w:t xml:space="preserve">[40:34] </w:t>
      </w:r>
      <w:r>
        <w:t>aap jante hain ke Madina aur Makka ke beech mein 300 mile ka doori hai,</w:t>
      </w:r>
    </w:p>
    <w:p>
      <w:pPr>
        <w:jc w:val="right"/>
      </w:pPr>
      <w:r>
        <w:t>آپ جانتے ہیں کہ مدینہ اور مکہ کے بیچ میں 300 مائل کا دوری ہے،</w:t>
      </w:r>
    </w:p>
    <w:p>
      <w:r>
        <w:rPr>
          <w:b/>
        </w:rPr>
        <w:t xml:space="preserve">[40:39] </w:t>
      </w:r>
      <w:r>
        <w:t>300 miles. to ladai kahan hui thi? Madine mein hui thi. to yahan par khula hua hai ke wahi advance unhone kiya tha.</w:t>
      </w:r>
    </w:p>
    <w:p>
      <w:pPr>
        <w:jc w:val="right"/>
      </w:pPr>
      <w:r>
        <w:t>300 مائلز۔ تو لڑائی کہاں ہوئی تھی؟ مدینے میں ہوئی تھی۔ تو یہاں پر کھلا ہوا ہے کہ وہی ایڈوانس انہوں نے کیا تھا۔</w:t>
      </w:r>
    </w:p>
    <w:p>
      <w:r>
        <w:rPr>
          <w:b/>
        </w:rPr>
        <w:t xml:space="preserve">[40:48] </w:t>
      </w:r>
      <w:r>
        <w:t>wo log Makka se advance kar ke 300 mile ka tay kiya safar unhone aur aa kar ke Madina ke border par aa kar,</w:t>
      </w:r>
    </w:p>
    <w:p>
      <w:pPr>
        <w:jc w:val="right"/>
      </w:pPr>
      <w:r>
        <w:t>وہ لوگ مکہ سے ایڈوانس کر کے 300 مائل کا طے کیا سفر انہوں نے اور آ کر کے مدینہ کے بارڈر پر آ کر،</w:t>
      </w:r>
    </w:p>
    <w:p>
      <w:r>
        <w:rPr>
          <w:b/>
        </w:rPr>
        <w:t xml:space="preserve">[40:57] </w:t>
      </w:r>
      <w:r>
        <w:t>yaani ladai ka challenge kiya. to wahan to koi, yaani wo nahi tha, koi nahi reh gaya tha. to Islam mein dekhiye, principle ye hai ke agar ladai ki situation paida ho to pehli koshish ye hogi ke kisi na kisi tarah us ko avoid kiya jaye,</w:t>
      </w:r>
    </w:p>
    <w:p>
      <w:pPr>
        <w:jc w:val="right"/>
      </w:pPr>
      <w:r>
        <w:t>یعنی لڑائی کا چیلنج کیا۔ تو وہاں تو کوئی، یعنی وہ نہیں تھا، کوئی نہیں رہ گیا تھا۔ تو اسلام میں دیکھیں، پرنسپل یہ ہے کہ اگر لڑائی کی سچوئیشن پیدا ہو تو پہلی کوشش یہ ہوگی کہ کسی نہ کسی طرح اس کو اوائیڈ کیا جائے،</w:t>
      </w:r>
    </w:p>
    <w:p>
      <w:r>
        <w:rPr>
          <w:b/>
        </w:rPr>
        <w:t xml:space="preserve">[41:15] </w:t>
      </w:r>
      <w:r>
        <w:t>avoid kiya jaye. lekin agar avoid, yaani avoid karne ki sari policy fail ho jaye aur compulsory situation paida ho jaye to compulsory situation mein aap ko ladni padegi.</w:t>
      </w:r>
    </w:p>
    <w:p>
      <w:pPr>
        <w:jc w:val="right"/>
      </w:pPr>
      <w:r>
        <w:t>اوائیڈ کیا جائے۔ لیکن اگر اوائیڈ، یعنی اوائیڈ کرنے کی ساری پالیسی فیل ہو جائے اور کمپلسو سچوئیشن پیدا ہو جائے تو کمپلسو سچوئیشن میں آپ کو لڑنی پڑے گی۔</w:t>
      </w:r>
    </w:p>
    <w:p>
      <w:r>
        <w:rPr>
          <w:b/>
        </w:rPr>
        <w:t xml:space="preserve">[41:30] </w:t>
      </w:r>
      <w:r>
        <w:t>yeh islam ka formula hai.</w:t>
      </w:r>
    </w:p>
    <w:p>
      <w:pPr>
        <w:jc w:val="right"/>
      </w:pPr>
      <w:r>
        <w:t>یہ اسلام کا فارمولا ہے۔</w:t>
      </w:r>
    </w:p>
    <w:p>
      <w:r>
        <w:rPr>
          <w:b/>
        </w:rPr>
        <w:t xml:space="preserve">[41:33] </w:t>
      </w:r>
      <w:r>
        <w:t>das question is from bilal. israel is planning for greater israel, claiming areas of syria, lebanon and saudi arabia and dreaming to rule the land of moses.</w:t>
      </w:r>
    </w:p>
    <w:p>
      <w:pPr>
        <w:jc w:val="right"/>
      </w:pPr>
      <w:r>
        <w:t>دس کوئسچن از فرام بلال۔ اسرائیل از پلاننگ فار گریٹر اسرائیل، کلیمنگ ایریاز اف سیریا، لیبنان اینڈ سعودی عربیہ اینڈ ڈریمنگ ٹو رول دا لینڈ اف موزیس۔</w:t>
      </w:r>
    </w:p>
    <w:p>
      <w:r>
        <w:rPr>
          <w:b/>
        </w:rPr>
        <w:t xml:space="preserve">[41:46] </w:t>
      </w:r>
      <w:r>
        <w:t>all this is backed by american fascists.</w:t>
      </w:r>
    </w:p>
    <w:p>
      <w:pPr>
        <w:jc w:val="right"/>
      </w:pPr>
      <w:r>
        <w:t>ال دس از بیکڈ بائے امریکن فاسسٹ۔</w:t>
      </w:r>
    </w:p>
    <w:p>
      <w:r>
        <w:rPr>
          <w:b/>
        </w:rPr>
        <w:t xml:space="preserve">[41:50] </w:t>
      </w:r>
      <w:r>
        <w:t>why should muslims not defend their land businesses and right?</w:t>
      </w:r>
    </w:p>
    <w:p>
      <w:pPr>
        <w:jc w:val="right"/>
      </w:pPr>
      <w:r>
        <w:t>وائی شوڈ مسلمز ناٹ ڈیفینڈ دیر لینڈ بزنسز اینڈ رائٹ؟</w:t>
      </w:r>
    </w:p>
    <w:p>
      <w:r>
        <w:rPr>
          <w:b/>
        </w:rPr>
        <w:t xml:space="preserve">[41:54] </w:t>
      </w:r>
      <w:r>
        <w:t>to musalman to sare planning kar rahe hain. khalifatullah fil arz kehte hain woh. israel to bechara bohat thore se hain. musalman kehte hain ke hum zameen par khuda khaleefa hain, sari zameen par rule karna hamara right hai.</w:t>
      </w:r>
    </w:p>
    <w:p>
      <w:pPr>
        <w:jc w:val="right"/>
      </w:pPr>
      <w:r>
        <w:t>تو مسلمان تو سارے پلاننگ کر رہے ہیں۔ خلیفۃ اللہ فی الارض کہتے ہیں وہ۔ اسرائیل تو بیچارہ بہت تھوڑے سے ہیں۔ مسلمان کہتے ہیں کہ ہم زمین پر خدا خلیفہ ہیں، ساری زمین پر رول کرنا ہمارا رائٹ ہے۔</w:t>
      </w:r>
    </w:p>
    <w:p>
      <w:r>
        <w:rPr>
          <w:b/>
        </w:rPr>
        <w:t xml:space="preserve">[42:09] </w:t>
      </w:r>
      <w:r>
        <w:t>to yeh super israel bana rahe hain log.</w:t>
      </w:r>
    </w:p>
    <w:p>
      <w:pPr>
        <w:jc w:val="right"/>
      </w:pPr>
      <w:r>
        <w:t>تو یہ سپر اسرائیل بنا رہے ہیں لوگ۔</w:t>
      </w:r>
    </w:p>
    <w:p>
      <w:r>
        <w:rPr>
          <w:b/>
        </w:rPr>
        <w:t xml:space="preserve">[42:12] </w:t>
      </w:r>
      <w:r>
        <w:t>aap dekhen, yeh yeh yeh koi soch hai? is tarah aap zinda reh sakte hain? apna right mante hain aap ke hum khalifatullah fil arz hain, sari zameen par rule karna hamara kaam hai.</w:t>
      </w:r>
    </w:p>
    <w:p>
      <w:pPr>
        <w:jc w:val="right"/>
      </w:pPr>
      <w:r>
        <w:t>آپ دیکھیں، یہ یہ یہ کوئی سوچ ہے؟ اس طرح آپ زندہ رہ سکتے ہیں؟ اپنا رائٹ مانتے ہیں آپ کہ ہم خلیفۃ اللہ فی الارض ہیں، ساری زمین پر رول کرنا ہمارا کام ہے۔</w:t>
      </w:r>
    </w:p>
    <w:p>
      <w:r>
        <w:rPr>
          <w:b/>
        </w:rPr>
        <w:t xml:space="preserve">[42:26] </w:t>
      </w:r>
      <w:r>
        <w:t>balkeh iqbal ne to kaha hai ke hai haq jis ke deen ke ihtisab kainat, sari universe par hamara rule hai.</w:t>
      </w:r>
    </w:p>
    <w:p>
      <w:pPr>
        <w:jc w:val="right"/>
      </w:pPr>
      <w:r>
        <w:t>بلکہ اقبال نے تو کہا ہے کہ ہے حق جس کے دین کے احتساب کائنات، ساری یونیورس پر ہمارا رول ہے۔</w:t>
      </w:r>
    </w:p>
    <w:p>
      <w:r>
        <w:rPr>
          <w:b/>
        </w:rPr>
        <w:t xml:space="preserve">[42:36] </w:t>
      </w:r>
      <w:r>
        <w:t>iqbal ka shair hai ke hai haqeeqat jis ke deen ke ihtisab kainat. to musalman to samajhte hain ke hamara rule, hamara right hai ke hum sari universe par rule karen.</w:t>
      </w:r>
    </w:p>
    <w:p>
      <w:pPr>
        <w:jc w:val="right"/>
      </w:pPr>
      <w:r>
        <w:t>اقبال کا شعر ہے کہ ہے حقیقت جس کے دین کے احتساب کائنات۔ تو مسلمان تو سمجھتے ہیں کہ ہمارا رول، ہمارا رائٹ ہے کہ ہم ساری یونیورس پر رول کریں۔</w:t>
      </w:r>
    </w:p>
    <w:p>
      <w:r>
        <w:rPr>
          <w:b/>
        </w:rPr>
        <w:t xml:space="preserve">[42:45] </w:t>
      </w:r>
      <w:r>
        <w:t>israel bechara chota sa ek region bechara tha, to us ko aap, yani kya bhala kehte hain?</w:t>
      </w:r>
    </w:p>
    <w:p>
      <w:pPr>
        <w:jc w:val="right"/>
      </w:pPr>
      <w:r>
        <w:t>اسرائیل بیچارہ چھوٹا سا ایک ریجن بیچارہ تھا، تو اس کو آپ، یعنی کیا بھلا کہتے ہیں؟</w:t>
      </w:r>
    </w:p>
    <w:p>
      <w:r>
        <w:rPr>
          <w:b/>
        </w:rPr>
        <w:t xml:space="preserve">[42:54] </w:t>
      </w:r>
      <w:r>
        <w:t>kya kya soch hai yeh? ya to dono galat hain ya dono sahi hain. ya jis cheez ke liye aap israel ko blame dein, usi cheez ke liye apne aap ko blame dena parega.</w:t>
      </w:r>
    </w:p>
    <w:p>
      <w:pPr>
        <w:jc w:val="right"/>
      </w:pPr>
      <w:r>
        <w:t>کیا کیا سوچ ہے یہ؟ یا تو دونوں غلط ہیں یا دونوں صحیح ہیں۔ یا جس چیز کے لیے آپ اسرائیل کو بلیم دیں، اسی چیز کے لیے اپنے آپ کو بلیم دینا پڑے گا۔</w:t>
      </w:r>
    </w:p>
    <w:p>
      <w:r>
        <w:rPr>
          <w:b/>
        </w:rPr>
        <w:t xml:space="preserve">[43:08] </w:t>
      </w:r>
      <w:r>
        <w:t>ya dono ko sahi maaniye ya dono galat maaniye. musalman jab woh tha, yani abbasid period ke zamanah, to saudi arab mein ko ghus gaye, yahan qabza kiya, wahan qabza kiya.</w:t>
      </w:r>
    </w:p>
    <w:p>
      <w:pPr>
        <w:jc w:val="right"/>
      </w:pPr>
      <w:r>
        <w:t>یا دونوں کو صحیح مانیے یا دونوں غلط مانیے۔ مسلمان جب وہ جو تھا، یعنی عباسد پیریڈ کے زمانہ، تو سعودی عرب میں کو گھس گئے، یہاں قبضہ کیا، وہاں قبضہ کیا۔</w:t>
      </w:r>
    </w:p>
    <w:p>
      <w:r>
        <w:rPr>
          <w:b/>
        </w:rPr>
        <w:t xml:space="preserve">[43:19] </w:t>
      </w:r>
      <w:r>
        <w:t>woh sahi tha ya galat? isi syria pe musalmanon ne qabza kiya, isi iraq pe musalmanon ne qabza kiya, isi falasteen mein musalmanon ne qabza kiya.</w:t>
      </w:r>
    </w:p>
    <w:p>
      <w:pPr>
        <w:jc w:val="right"/>
      </w:pPr>
      <w:r>
        <w:t>وہ صحیح تھا یا غلط؟ اسی سیریا پہ مسلمانوں نے قبضہ کیا، اسی عراق پہ مسلمانوں نے قبضہ کیا، اسی فلسطین میں مسلمانوں نے قبضہ کیا۔</w:t>
      </w:r>
    </w:p>
    <w:p>
      <w:r>
        <w:rPr>
          <w:b/>
        </w:rPr>
        <w:t xml:space="preserve">[43:29] </w:t>
      </w:r>
      <w:r>
        <w:t>to woh sahi tha ya galat tha?</w:t>
      </w:r>
    </w:p>
    <w:p>
      <w:pPr>
        <w:jc w:val="right"/>
      </w:pPr>
      <w:r>
        <w:t>تو وہ صحیح تھا یا غلط تھا؟</w:t>
      </w:r>
    </w:p>
    <w:p>
      <w:r>
        <w:rPr>
          <w:b/>
        </w:rPr>
        <w:t xml:space="preserve">[43:32] </w:t>
      </w:r>
      <w:r>
        <w:t>ek kaisi ajeeb baat hai ke apne isi qism ke kaam ko aap sahi samjhen, isi ke doosre kaam galat samjhen. mera yeh case nahi hai. main manta hoon quran mein hai ke tilka al ayyam nada al nas,</w:t>
      </w:r>
    </w:p>
    <w:p>
      <w:pPr>
        <w:jc w:val="right"/>
      </w:pPr>
      <w:r>
        <w:t>ایک کیسی عجیب بات ہے کہ اپنے اسی قسم کے کام کو آپ صحیح سمجھیں، اسی کے دوسرے کام غلط سمجھیں۔ میرا یہ کیس نہیں ہے۔ میں مانتا ہوں قرآن میں ہے کہ تلک الایام ندا الناس،</w:t>
      </w:r>
    </w:p>
    <w:p>
      <w:r>
        <w:rPr>
          <w:b/>
        </w:rPr>
        <w:t xml:space="preserve">[43:48] </w:t>
      </w:r>
      <w:r>
        <w:t>tilka al ayyam nada al nas, yani</w:t>
      </w:r>
    </w:p>
    <w:p>
      <w:pPr>
        <w:jc w:val="right"/>
      </w:pPr>
      <w:r>
        <w:t>تلک الایام ندا الناس، یعنی</w:t>
      </w:r>
    </w:p>
    <w:p>
      <w:r>
        <w:rPr>
          <w:b/>
        </w:rPr>
        <w:t xml:space="preserve">[43:51] </w:t>
      </w:r>
      <w:r>
        <w:t>political power jo hai, badalta rehta hai. kabhi un ke paas, kabhi un ke paas. political power hamesha aap ke paas nahi rahega. ke aap samjhen ke seven century mein aap political power bana liya falasteen mein, to aap ko rahega woh.</w:t>
      </w:r>
    </w:p>
    <w:p>
      <w:pPr>
        <w:jc w:val="right"/>
      </w:pPr>
      <w:r>
        <w:t>پولیٹیکل پاور جو ہے، بدلتا رہتا ہے۔ کبھی ان کے پاس، کبھی ان کے پاس۔ پولیٹیکل پاور ہمیشہ آپ کے پاس نہیں رہے گا۔ کہ آپ سمجھیں کہ سیون سینچری میں آپ پولیٹیکل پاور بنا لیا فلسطین میں، تو آپ کو رہے گا وہ۔</w:t>
      </w:r>
    </w:p>
    <w:p>
      <w:r>
        <w:rPr>
          <w:b/>
        </w:rPr>
        <w:t xml:space="preserve">[44:08] </w:t>
      </w:r>
      <w:r>
        <w:t>yeh galat soch hai. aap political power kabhi aayega, kabhi nahi rahega. tilka al ayyam al nas. is liye meri jo soch hai yeh hai quran ke mutabiq ke hum yeh na dekhen ke political rule kis ka hai.</w:t>
      </w:r>
    </w:p>
    <w:p>
      <w:pPr>
        <w:jc w:val="right"/>
      </w:pPr>
      <w:r>
        <w:t>یہ غلط سوچ ہے۔ آپ پولیٹیکل پاور کبھی آئے گا، کبھی نہیں رہے گا۔ تلک الایام الناس۔ اس لیے میری جو سوچ ہے یہ ہے قرآن کے مطابق کہ ہم یہ نہ دیکھیں کہ پولیٹیکل رول کس کا ہے۔</w:t>
      </w:r>
    </w:p>
    <w:p>
      <w:r>
        <w:rPr>
          <w:b/>
        </w:rPr>
        <w:t xml:space="preserve">[44:25] </w:t>
      </w:r>
      <w:r>
        <w:t>hum yeh dekhen kya hamein</w:t>
      </w:r>
    </w:p>
    <w:p>
      <w:pPr>
        <w:jc w:val="right"/>
      </w:pPr>
      <w:r>
        <w:t>ہم یہ دیکھیں کیا ہمیں</w:t>
      </w:r>
    </w:p>
    <w:p>
      <w:r>
        <w:rPr>
          <w:b/>
        </w:rPr>
        <w:t xml:space="preserve">[44:27] </w:t>
      </w:r>
      <w:r>
        <w:t>religious freedom mili hui hai. agar religious freedom mili hui hai to bas kafi hai. mere nazdeek dekhne ki cheez yeh nahi hai ke political rule kis ka hai.</w:t>
      </w:r>
    </w:p>
    <w:p>
      <w:pPr>
        <w:jc w:val="right"/>
      </w:pPr>
      <w:r>
        <w:t>ریلیجیس فریڈم ملی ہوئی ہے۔ اگر ریلیجیس فریڈم ملی ہوئی ہے تو بس کافی ہے۔ میرے نزدیک دیکھنے کی چیز یہ نہیں ہے کہ پولیٹیکل رول کس کا ہے۔</w:t>
      </w:r>
    </w:p>
    <w:p>
      <w:r>
        <w:rPr>
          <w:b/>
        </w:rPr>
        <w:t xml:space="preserve">[44:41] </w:t>
      </w:r>
      <w:r>
        <w:t>dekhni chahiye ke political freedom mujhe mili hai ya nahi mili hai. india mein rule agar congress ka ho ya bjp ka ho ya kisi aur ka ho, mujhe agar us ne de rakha hai religious freedom to bas us ke baad mujhe koi kuch aur sochna nahi hai.</w:t>
      </w:r>
    </w:p>
    <w:p>
      <w:pPr>
        <w:jc w:val="right"/>
      </w:pPr>
      <w:r>
        <w:t>دیکھنی چاہیے کہ پولیٹیکل فریڈم مجھے ملی ہے یا نہیں ملی ہے۔ انڈیا میں رول اگر کانگریس کا ہو یا بی جے پی کا ہو یا کسی اور کا ہو، مجھے اگر اس نے دے رکھا ہے ریلیجیس فریڈم تو بس اس کے بعد مجھے کوئی کچھ اور سوچنا نہیں ہے۔</w:t>
      </w:r>
    </w:p>
    <w:p>
      <w:r>
        <w:rPr>
          <w:b/>
        </w:rPr>
        <w:t xml:space="preserve">[44:57] </w:t>
      </w:r>
      <w:r>
        <w:t>aisi poori duniya ke bare mein</w:t>
      </w:r>
    </w:p>
    <w:p>
      <w:pPr>
        <w:jc w:val="right"/>
      </w:pPr>
      <w:r>
        <w:t>ایسی پوری دنیا کے بارے میں</w:t>
      </w:r>
    </w:p>
    <w:p>
      <w:r>
        <w:rPr>
          <w:b/>
        </w:rPr>
        <w:t xml:space="preserve">[45:00] </w:t>
      </w:r>
      <w:r>
        <w:t>yeh islam ka nuqta nazar bata raha hoon aap ko, kyunke quran mein saaf saaf hai ke woh tilka al ayyam al nas, yani political rule kabhi un ke paas hai, kabhi un ke paas rahega.</w:t>
      </w:r>
    </w:p>
    <w:p>
      <w:pPr>
        <w:jc w:val="right"/>
      </w:pPr>
      <w:r>
        <w:t>یہ اسلام کا نقطہ نظر بتا رہا ہوں آپ کو، کیونکہ قرآن میں صاف صاف ہے کہ وہ تلک الایام الناس، یعنی پولیٹیکل رول کبھی ان کے پاس ہے، کبھی ان کے پاس رہے گا۔</w:t>
      </w:r>
    </w:p>
    <w:p>
      <w:r>
        <w:rPr>
          <w:b/>
        </w:rPr>
        <w:t xml:space="preserve">[45:10] </w:t>
      </w:r>
      <w:r>
        <w:t>hamesha ek ke paas rahega, yeh nahi hota. yeh best problem nahi hai. das question is from priya.</w:t>
      </w:r>
    </w:p>
    <w:p>
      <w:pPr>
        <w:jc w:val="right"/>
      </w:pPr>
      <w:r>
        <w:t>ہمیشہ ایک کے پاس رہے گا، یہ نہیں ہوتا۔ یہ بیسٹ پرابلم نہیں ہے۔ دس کوئسچن از فرام پریا۔</w:t>
      </w:r>
    </w:p>
    <w:p>
      <w:r>
        <w:rPr>
          <w:b/>
        </w:rPr>
        <w:t xml:space="preserve">[45:19] </w:t>
      </w:r>
      <w:r>
        <w:t>what is primary rationalism and secondary rationalism?</w:t>
      </w:r>
    </w:p>
    <w:p>
      <w:pPr>
        <w:jc w:val="right"/>
      </w:pPr>
      <w:r>
        <w:t>واٹ از پرائمری ریشنلزم اینڈ سیکنڈری ریشنلزم؟</w:t>
      </w:r>
    </w:p>
    <w:p>
      <w:r>
        <w:rPr>
          <w:b/>
        </w:rPr>
        <w:t xml:space="preserve">[45:24] </w:t>
      </w:r>
      <w:r>
        <w:t>given example, we given example, we apply primary rationalism and we apply secondary rationalism.</w:t>
      </w:r>
    </w:p>
    <w:p>
      <w:pPr>
        <w:jc w:val="right"/>
      </w:pPr>
      <w:r>
        <w:t>گیون ایگزیمپل، وی گیون ایگزیمپل، ویری اپلائی پرائمری ریشنلزم اینڈ ویری اپلائی سیکنڈری ریشنلزم۔</w:t>
      </w:r>
    </w:p>
    <w:p>
      <w:r>
        <w:rPr>
          <w:b/>
        </w:rPr>
        <w:t xml:space="preserve">[45:33] </w:t>
      </w:r>
      <w:r>
        <w:t>dekhen, yeh wohi hai jo main aap se arz kiya tha ke kuch log apni thinking ko update nahi karte, update nahi karte, is liye aisi boli bolte rehte hain.</w:t>
      </w:r>
    </w:p>
    <w:p>
      <w:pPr>
        <w:jc w:val="right"/>
      </w:pPr>
      <w:r>
        <w:t>دیکھیں، یہ وہی ہے جو میں آپ سے عرض کیا تھا کہ کچھ لوگ اپنی تھنکنگ کو اپڈیٹ نہیں کرتے، اپڈیٹ نہیں کرتے، اس لیے ایسی بولی بولتے رہتے ہیں۔</w:t>
      </w:r>
    </w:p>
    <w:p>
      <w:r>
        <w:rPr>
          <w:b/>
        </w:rPr>
        <w:t xml:space="preserve">[45:44] </w:t>
      </w:r>
      <w:r>
        <w:t>jaise main apni naujawani ki umar mein bohat pehle ek university mein gaya,</w:t>
      </w:r>
    </w:p>
    <w:p>
      <w:pPr>
        <w:jc w:val="right"/>
      </w:pPr>
      <w:r>
        <w:t>جیسے میں اپنی نوجوانی کی عمر میں بہت پہلے ایک یونیورسٹی میں گیا،</w:t>
      </w:r>
    </w:p>
    <w:p>
      <w:r>
        <w:rPr>
          <w:b/>
        </w:rPr>
        <w:t xml:space="preserve">[45:49] </w:t>
      </w:r>
      <w:r>
        <w:t>ek musalman professor the, woh mera khayal se mazhabi nahi the. woh to sab se pehle yeh woh lafz maine unhein suna tha, yeh word ke Islam mein primary religisism nahi hai, Islam mein secondary religisism hai.</w:t>
      </w:r>
    </w:p>
    <w:p>
      <w:pPr>
        <w:jc w:val="right"/>
      </w:pPr>
      <w:r>
        <w:t>ایک مسلمان پروفیسر تھے، وہ میرا خیال سے مذہبی نہیں تھے۔ وہ تو سب سے پہلے یہ وہ لفظ میں نے انہیں سنا تھا، یہ ورڈ کہ اسلام میں پرائمری ریلیجیسزم نہیں ہے، اسلام میں سیکنڈری ریلیجیسزم ہے۔</w:t>
      </w:r>
    </w:p>
    <w:p>
      <w:r>
        <w:rPr>
          <w:b/>
        </w:rPr>
        <w:t xml:space="preserve">[46:04] </w:t>
      </w:r>
      <w:r>
        <w:t>us waqt main koi is ko samajhta nahi tha, is ka matlab</w:t>
      </w:r>
    </w:p>
    <w:p>
      <w:pPr>
        <w:jc w:val="right"/>
      </w:pPr>
      <w:r>
        <w:t>اس وقت میں کوئی اس کو سمجھتا نہیں تھا، اس کا مطلب</w:t>
      </w:r>
    </w:p>
    <w:p>
      <w:r>
        <w:rPr>
          <w:b/>
        </w:rPr>
        <w:t xml:space="preserve">[46:07] </w:t>
      </w:r>
      <w:r>
        <w:t>bohat pehle ki baat hai, kafi pehle ki. lekin ab main sochta hoon ke kis sense mein kaha tha unhon ne. is sense mein kaha tha unhon ne ke Islam ki sachaiyan jo hain, us par hum direct argument nahi qaim karte,</w:t>
      </w:r>
    </w:p>
    <w:p>
      <w:pPr>
        <w:jc w:val="right"/>
      </w:pPr>
      <w:r>
        <w:t>بہت پہلے کی بات ہے، کافی پہلے کی۔ لیکن اب میں سوچتا ہوں کہ کس سینس میں کہا تھا انہوں نے۔ اس سینس میں کہا تھا انہوں نے کہ اسلام کی سچائیاں جو ہیں، اس پر ہم ڈائریکٹ ارگومنٹ نہیں قائم کرتے،</w:t>
      </w:r>
    </w:p>
    <w:p>
      <w:r>
        <w:rPr>
          <w:b/>
        </w:rPr>
        <w:t xml:space="preserve">[46:22] </w:t>
      </w:r>
      <w:r>
        <w:t>jaise ke sun exist karta hai to hum us par direct argument qaim kar sakte hain.</w:t>
      </w:r>
    </w:p>
    <w:p>
      <w:pPr>
        <w:jc w:val="right"/>
      </w:pPr>
      <w:r>
        <w:t>جیسے کہ سن ایگزسٹ کرتا ہے تو ہم اس پر ڈائریکٹ ارگومنٹ قائم کر سکتے ہیں۔</w:t>
      </w:r>
    </w:p>
    <w:p>
      <w:r>
        <w:rPr>
          <w:b/>
        </w:rPr>
        <w:t xml:space="preserve">[46:27] </w:t>
      </w:r>
      <w:r>
        <w:t>zameen exist karti hai, us par hum direct argument hamare paas hota hai, lekin soul exist karti hai, us ke haan par direct argument nahi hota, influential argument hota hai.</w:t>
      </w:r>
    </w:p>
    <w:p>
      <w:pPr>
        <w:jc w:val="right"/>
      </w:pPr>
      <w:r>
        <w:t>زمین ایگزسٹ کرتی ہے، اس پر ہم ڈائریکٹ ارگومنٹ ہمارے پاس ہوتا ہے، لیکن سول ایگزسٹ کرتی ہے، اس کے ہاں پر ڈائریکٹ ارگومنٹ نہیں ہوتا، انفلوئنشل ارگومنٹ ہوتا ہے۔</w:t>
      </w:r>
    </w:p>
    <w:p>
      <w:r>
        <w:rPr>
          <w:b/>
        </w:rPr>
        <w:t xml:space="preserve">[46:40] </w:t>
      </w:r>
      <w:r>
        <w:t>to basically influential argument ka naam hai</w:t>
      </w:r>
    </w:p>
    <w:p>
      <w:pPr>
        <w:jc w:val="right"/>
      </w:pPr>
      <w:r>
        <w:t>تو بیسیکلی انفلوئنشل ارگومنٹ کا نام ہے</w:t>
      </w:r>
    </w:p>
    <w:p>
      <w:r>
        <w:rPr>
          <w:b/>
        </w:rPr>
        <w:t xml:space="preserve">[46:44] </w:t>
      </w:r>
      <w:r>
        <w:t>secondary religisism aur direct argument ka naam hai primary religisism. unhon ne yeh baat kahi thi, halanke us waqt, yani main itna zyada meri knowledge nahi thi, aaj main sochta hoon ke unhon ne apne mind ko update nahi kiya tha, halanke woh ek senior professor the.</w:t>
      </w:r>
    </w:p>
    <w:p>
      <w:pPr>
        <w:jc w:val="right"/>
      </w:pPr>
      <w:r>
        <w:t>سیکنڈری ریلیجیسزم اور ڈائریکٹ ارگومنٹ کا نام ہے پرائمری ریلیجیسزم۔ انہوں نے یہ بات کہی تھی، حالانکہ اس وقت، یعنی میں اتنا زیادہ میری نالج نہیں تھی، آج میں سوچتا ہوں کہ انہوں نے اپنے مائنڈ کو اپڈیٹ نہیں کیا تھا، حالانکہ وہ ایک سینئر پروفیسر تھے۔</w:t>
      </w:r>
    </w:p>
    <w:p>
      <w:r>
        <w:rPr>
          <w:b/>
        </w:rPr>
        <w:t xml:space="preserve">[47:00] </w:t>
      </w:r>
      <w:r>
        <w:t>woh</w:t>
      </w:r>
    </w:p>
    <w:p>
      <w:pPr>
        <w:jc w:val="right"/>
      </w:pPr>
      <w:r>
        <w:t>وہ</w:t>
      </w:r>
    </w:p>
    <w:p>
      <w:r>
        <w:rPr>
          <w:b/>
        </w:rPr>
        <w:t xml:space="preserve">[47:01] </w:t>
      </w:r>
      <w:r>
        <w:t>kyun ke Einstein ke baad jab ke atom split ho gaya aur micro world tak pahunch gayi science, to yeh yeh farq hi khatam ho gaya.</w:t>
      </w:r>
    </w:p>
    <w:p>
      <w:pPr>
        <w:jc w:val="right"/>
      </w:pPr>
      <w:r>
        <w:t>کیونکہ آئنسٹین کے بعد جب کہ ایٹم اسپلٹ ہو گیا اور مائیکرو ورلڈ تک پہنچ گئی سائنس، تو یہ یہ فرق ہی ختم ہو گیا۔</w:t>
      </w:r>
    </w:p>
    <w:p>
      <w:r>
        <w:rPr>
          <w:b/>
        </w:rPr>
        <w:t xml:space="preserve">[47:10] </w:t>
      </w:r>
      <w:r>
        <w:t>ab yeh division hi nahi hai, yeh division nahi hai ke micro world mein jo jo argument chalta tha</w:t>
      </w:r>
    </w:p>
    <w:p>
      <w:pPr>
        <w:jc w:val="right"/>
      </w:pPr>
      <w:r>
        <w:t>اب یہ ڈیویژن ہی نہیں ہے، یہ ڈیویژن نہیں ہے کہ مائیکرو ورلڈ میں جو جو ارگومنٹ چلتا تھا</w:t>
      </w:r>
    </w:p>
    <w:p>
      <w:r>
        <w:rPr>
          <w:b/>
        </w:rPr>
        <w:t xml:space="preserve">[47:20] </w:t>
      </w:r>
      <w:r>
        <w:t>aur macro world mein argument chalta hai, aaj dono ab difference koi nahi raha. yani wohi same influential argument yahan bhi chalta hai, wahan bhi chalta hai, kyun ke atom bhi kya hai, ek unseen entity ban gayi.</w:t>
      </w:r>
    </w:p>
    <w:p>
      <w:pPr>
        <w:jc w:val="right"/>
      </w:pPr>
      <w:r>
        <w:t>اور مائیکرو ورلڈ میں ارگومنٹ چلتا ہے، آج دونوں اب ڈیفرنس کوئی نہیں رہا۔ یعنی وہی سیم انفلوئنشل ارگومنٹ یہاں بھی چلتا ہے، وہاں بھی چلتا ہے، کیونکہ ایٹم بھی کیا ہے، ایک ان سین اینٹیٹی بن گئی۔</w:t>
      </w:r>
    </w:p>
    <w:p>
      <w:r>
        <w:rPr>
          <w:b/>
        </w:rPr>
        <w:t xml:space="preserve">[47:36] </w:t>
      </w:r>
      <w:r>
        <w:t>Newton ke zamane mein atom jo tha, woh dekhne ki cheez thi, observable tha,</w:t>
      </w:r>
    </w:p>
    <w:p>
      <w:pPr>
        <w:jc w:val="right"/>
      </w:pPr>
      <w:r>
        <w:t>نیوٹن کے زمانے میں ایٹم جو تھا، وہ اس دیکھنے کی چیز تھی، ابزیبل تھا،</w:t>
      </w:r>
    </w:p>
    <w:p>
      <w:r>
        <w:rPr>
          <w:b/>
        </w:rPr>
        <w:t xml:space="preserve">[47:42] </w:t>
      </w:r>
      <w:r>
        <w:t>ab woh un unseen entity ban gayi. to ab to har jagah influential argument chalega. unhon ne jo baat kahi thi, aaj main sochta hoon, woh zahir hai duniya mein nahi hai.</w:t>
      </w:r>
    </w:p>
    <w:p>
      <w:pPr>
        <w:jc w:val="right"/>
      </w:pPr>
      <w:r>
        <w:t>اب وہ ان ان سین اینٹیٹی بن گئی۔ تو اب تو ہر جگہ انفلوئنشل ارگومنٹ چلے گا۔ انہوں نے جو بات کہی تھی، آج میں سوچتا ہوں، وہ ظاہر ہے دنیا میں نہیں ہے۔</w:t>
      </w:r>
    </w:p>
    <w:p>
      <w:r>
        <w:rPr>
          <w:b/>
        </w:rPr>
        <w:t xml:space="preserve">[47:52] </w:t>
      </w:r>
      <w:r>
        <w:t>ab main milta hoon un se, main aap ne apne mind ko update nahi kiya tha,</w:t>
      </w:r>
    </w:p>
    <w:p>
      <w:pPr>
        <w:jc w:val="right"/>
      </w:pPr>
      <w:r>
        <w:t>اب میں ملتا ہوں ان سے، میں آپ نے اپنے مائنڈ کو اپڈیٹ نہیں کیا تھا،</w:t>
      </w:r>
    </w:p>
    <w:p>
      <w:r>
        <w:rPr>
          <w:b/>
        </w:rPr>
        <w:t xml:space="preserve">[47:58] </w:t>
      </w:r>
      <w:r>
        <w:t>aap bol rahe the us zamane mein jab ke woh logic khatam ho chuki thi, pichle zamane ke. to un ka case wohi anachronism ka case tha, anachronism ke pichle zamane ki baat ko aaj dohra rahe hain.</w:t>
      </w:r>
    </w:p>
    <w:p>
      <w:pPr>
        <w:jc w:val="right"/>
      </w:pPr>
      <w:r>
        <w:t>آپ بول رہے تھے اس زمانے میں جب کہ وہ لاجک ختم ہو چکی تھی، پچھلے زمانے کے۔ تو ان کا کیس وہی اینیکروزم کا کیس تھا، اناکرونزم کہ پچھلے زمانے کی بات کو آج دہرا رہے ہیں۔</w:t>
      </w:r>
    </w:p>
    <w:p>
      <w:r>
        <w:rPr>
          <w:b/>
        </w:rPr>
        <w:t xml:space="preserve">[48:14] </w:t>
      </w:r>
      <w:r>
        <w:t>woh</w:t>
      </w:r>
    </w:p>
    <w:p>
      <w:pPr>
        <w:jc w:val="right"/>
      </w:pPr>
      <w:r>
        <w:t>وہ</w:t>
      </w:r>
    </w:p>
    <w:p>
      <w:r>
        <w:rPr>
          <w:b/>
        </w:rPr>
        <w:t xml:space="preserve">[48:17] </w:t>
      </w:r>
      <w:r>
        <w:t>yeh ek dilchasp misaal main add karoon, is mein isi university mein jahan main gaya tha, wohin wohin ka baat baat ka qissa. yeh log kis tarah se, yani anachronist hote hain.</w:t>
      </w:r>
    </w:p>
    <w:p>
      <w:pPr>
        <w:jc w:val="right"/>
      </w:pPr>
      <w:r>
        <w:t>یہ ایک دلچسپ مثال میں ایڈ کروں، اس میں اسی یونیورسٹی میں جہاں میں گیا تھا، وہیں وہیں کا بات بات کا قصہ۔ یہ لوگ کس طرح سے، یعنی اینیکرونسٹ ہوتے ہیں۔</w:t>
      </w:r>
    </w:p>
    <w:p>
      <w:r>
        <w:rPr>
          <w:b/>
        </w:rPr>
        <w:t xml:space="preserve">[48:31] </w:t>
      </w:r>
      <w:r>
        <w:t>to baad ko main gaya to wahan ek professor sahab the,</w:t>
      </w:r>
    </w:p>
    <w:p>
      <w:pPr>
        <w:jc w:val="right"/>
      </w:pPr>
      <w:r>
        <w:t>تو بعد کو میں گیا تو وہاں ایک پروفیسر صاحب تھے،</w:t>
      </w:r>
    </w:p>
    <w:p>
      <w:r>
        <w:rPr>
          <w:b/>
        </w:rPr>
        <w:t xml:space="preserve">[48:35] </w:t>
      </w:r>
      <w:r>
        <w:t>unhon ne mujhe shaam ke khane mein bulaya. main the Maulana Taqi Yabini sahab the, hum dono gaye to shaam ka khana hum log kha chuke hain.</w:t>
      </w:r>
    </w:p>
    <w:p>
      <w:pPr>
        <w:jc w:val="right"/>
      </w:pPr>
      <w:r>
        <w:t>انہوں نے مجھے شام کے کھانے میں بلایا۔ میں تھے مولانا تقی یابینی صاحب تھے، ہم دونوں گئے تو شام کا کھانا ہم لوگ کھا چکے ہیں۔</w:t>
      </w:r>
    </w:p>
    <w:p>
      <w:r>
        <w:rPr>
          <w:b/>
        </w:rPr>
        <w:t xml:space="preserve">[48:44] </w:t>
      </w:r>
      <w:r>
        <w:t>jab to un ka kafi bara makan tha, to ek apne ghar ke ek room mein le gaye woh. to wahan itna sab kapra rakha hua tha, embroidery woh mess cloth,</w:t>
      </w:r>
    </w:p>
    <w:p>
      <w:pPr>
        <w:jc w:val="right"/>
      </w:pPr>
      <w:r>
        <w:t>جب تو ان کا کافی بڑا مکان تھا، تو ایک اپنے گھر کے ایک روم میں لے گئے وہ۔ تو وہاں اتنا سب کپڑا رکھا ہوا تھا، ایمبرائڈ وہ میس پوش،</w:t>
      </w:r>
    </w:p>
    <w:p>
      <w:r>
        <w:rPr>
          <w:b/>
        </w:rPr>
        <w:t xml:space="preserve">[48:56] </w:t>
      </w:r>
      <w:r>
        <w:t>yeh table cover kehte hain, kya kehte hain is ko? mess cloth kya kehte hain? table cover, table cover, itna sab rakha hua tha. to kya tha ke larkiyon ko bula kar ke woh un ko kapra dete the aur us par woh us ko kya kehte hain?</w:t>
      </w:r>
    </w:p>
    <w:p>
      <w:pPr>
        <w:jc w:val="right"/>
      </w:pPr>
      <w:r>
        <w:t>یہ ٹیبل کور کہتے ہیں، کیا کہتے ہیں اس کو؟ میس پوش کیا کہتے ہیں؟ ٹیبل کور، ٹیبل کور، اتنا سب رکھا ہوا تھا۔ تو کیا تھا کہ لڑکیوں کو بلا کر کے وہ ان کو کپڑا دیتے تھے اور اس پر وہ اس کو کیا کہتے ہیں؟</w:t>
      </w:r>
    </w:p>
    <w:p>
      <w:r>
        <w:rPr>
          <w:b/>
        </w:rPr>
        <w:t xml:space="preserve">[49:12] </w:t>
      </w:r>
      <w:r>
        <w:t>us ko</w:t>
      </w:r>
    </w:p>
    <w:p>
      <w:pPr>
        <w:jc w:val="right"/>
      </w:pPr>
      <w:r>
        <w:t>اس کو</w:t>
      </w:r>
    </w:p>
    <w:p>
      <w:r>
        <w:rPr>
          <w:b/>
        </w:rPr>
        <w:t xml:space="preserve">[49:14] </w:t>
      </w:r>
      <w:r>
        <w:t>katna, karrhai ka kaam karti theen larkiyan, woh embroidery. to unhon ne hum se kaha ke dekhiye, hum yeh social service ke taur par karte hain, is ko kaam ko, lekin yeh mess posh jo itna sab ikhatta ho gaya hai, to hamare local market mein bik nahi raha hai.</w:t>
      </w:r>
    </w:p>
    <w:p>
      <w:pPr>
        <w:jc w:val="right"/>
      </w:pPr>
      <w:r>
        <w:t>کاٹنا، کڑھائی کا کام کرتی تھیں لڑکیاں، وہ ایمبرائڈری۔ تو انہوں نے ہم سے کہا کہ دیکھیے، ہم یہ سوشل سروس کے طور پر کرتے ہیں، اس کو کام کو، لیکن یہ میس پوش جو اتنا سب اکٹھا ہو گیا ہے، تو ہمارے لوکل مارکیٹ میں بک نہیں رہا ہے۔</w:t>
      </w:r>
    </w:p>
    <w:p>
      <w:r>
        <w:rPr>
          <w:b/>
        </w:rPr>
        <w:t xml:space="preserve">[49:32] </w:t>
      </w:r>
      <w:r>
        <w:t>yeh</w:t>
      </w:r>
    </w:p>
    <w:p>
      <w:pPr>
        <w:jc w:val="right"/>
      </w:pPr>
      <w:r>
        <w:t>یہ</w:t>
      </w:r>
    </w:p>
    <w:p>
      <w:r>
        <w:rPr>
          <w:b/>
        </w:rPr>
        <w:t xml:space="preserve">[49:33] </w:t>
      </w:r>
      <w:r>
        <w:t>to aap dilli mein rehte hain, to dilli mein kisi ko tayyar kijiye, yeh khareed le hamara. to mujhe bohat bohat taajjub hua, maine kaha ke main molvi hoon, aap mister hain, lekin zamane ke farq ko nahi jante aap.</w:t>
      </w:r>
    </w:p>
    <w:p>
      <w:pPr>
        <w:jc w:val="right"/>
      </w:pPr>
      <w:r>
        <w:t>تو آپ دلی میں رہتے ہیں، تو دلی میں کسی کو تیار کیجئے، یہ خرید لے ہمارا۔ تو مجھے بہت بہت تعجب ہوا، میں نے کہا کہ میں مولوی ہوں، آپ مسٹر ہیں، لیکن زمانے کے فرق کو نہیں جانتے آپ۔</w:t>
      </w:r>
    </w:p>
    <w:p>
      <w:r>
        <w:rPr>
          <w:b/>
        </w:rPr>
        <w:t xml:space="preserve">[49:49] </w:t>
      </w:r>
      <w:r>
        <w:t>ab zamana aa gaya hai sun maika ka,</w:t>
      </w:r>
    </w:p>
    <w:p>
      <w:pPr>
        <w:jc w:val="right"/>
      </w:pPr>
      <w:r>
        <w:t>اب زمانہ آ گیا ہے سن مائیکہ کا،</w:t>
      </w:r>
    </w:p>
    <w:p>
      <w:r>
        <w:rPr>
          <w:b/>
        </w:rPr>
        <w:t xml:space="preserve">[49:53] </w:t>
      </w:r>
      <w:r>
        <w:t>aur to sun maika ke zamane mein aap mess posh ka business karna chahte hain? aaj kis market mein bikega yeh? yeh mess posh aap ka, ab kaun apne apne mem, apne mez par yeh kapra bichhata hai?</w:t>
      </w:r>
    </w:p>
    <w:p>
      <w:pPr>
        <w:jc w:val="right"/>
      </w:pPr>
      <w:r>
        <w:t>اور تو سن مائیکہ کے زمانے میں آپ میس پوش کا بزنس کرنا چاہتے ہیں؟ آج کس مارکیٹ میں بکے گا یہ؟ یہ میس پوش آپ کا، اب کون اپنے اپنے میم، اپنے میز پر یہ کپڑا بچھاتا ہے؟</w:t>
      </w:r>
    </w:p>
    <w:p>
      <w:r>
        <w:rPr>
          <w:b/>
        </w:rPr>
        <w:t xml:space="preserve">[50:06] </w:t>
      </w:r>
      <w:r>
        <w:t>ab to koi bhi nahi bichhata. tab tab jo hai, yani mez, tab table jo hai, سرمایہ ka bana karte the.</w:t>
      </w:r>
    </w:p>
    <w:p>
      <w:pPr>
        <w:jc w:val="right"/>
      </w:pPr>
      <w:r>
        <w:t>اب تو کوئی بھی نہیں بچھاتا۔ تب تب جو ہے، یعنی میز، تب ٹیبل جو ہے، سرمایہ کا بنا کرتے تھے۔</w:t>
      </w:r>
    </w:p>
    <w:p>
      <w:r>
        <w:rPr>
          <w:b/>
        </w:rPr>
        <w:t xml:space="preserve">[50:15] </w:t>
      </w:r>
      <w:r>
        <w:t>ab shayad koi aur naya tareeqa ban gaya ho, mujhe nahi maloom, سرمایہ ka se koi aur technique nikal aayi ho. tab yahi tha. to maine</w:t>
      </w:r>
    </w:p>
    <w:p>
      <w:pPr>
        <w:jc w:val="right"/>
      </w:pPr>
      <w:r>
        <w:t>اب شاید کوئی اور نیا طریقہ بن گیا ہو، مجھے نہیں معلوم، سرمایہ کا سے کوئی اور ٹیکنیک نکل آئی ہو۔ تب یہی تھا۔ تو میں نے</w:t>
      </w:r>
    </w:p>
    <w:p>
      <w:r>
        <w:rPr>
          <w:b/>
        </w:rPr>
        <w:t xml:space="preserve">[50:24] </w:t>
      </w:r>
      <w:r>
        <w:t>kaha ke aap سرمایہ ka ke zamane mein mess posh ke business karna chahte hain? kaise chalega aisa?</w:t>
      </w:r>
    </w:p>
    <w:p>
      <w:pPr>
        <w:jc w:val="right"/>
      </w:pPr>
      <w:r>
        <w:t>کہا کہ آپ سرمایہ کا کے زمانے میں میس پوش کے بزنس کرنا چاہتے ہیں؟ کیسے چلے گا ایسا؟</w:t>
      </w:r>
    </w:p>
    <w:p>
      <w:r>
        <w:rPr>
          <w:b/>
        </w:rPr>
        <w:t xml:space="preserve">[50:33] </w:t>
      </w:r>
      <w:r>
        <w:t>to yeh main misaal di maine aap ko ke log apne apne mind ko update nahi karte, pichhle ke zamane mein sochte rehte hain.</w:t>
      </w:r>
    </w:p>
    <w:p>
      <w:pPr>
        <w:jc w:val="right"/>
      </w:pPr>
      <w:r>
        <w:t>تو یہ میں مثال دی میں نے آپ کو کہ لوگ اپنے اپنے مائنڈ کو اپڈیٹ نہیں کرتے، پچھلے کے زمانے میں سوچتے رہتے ہیں۔</w:t>
      </w:r>
    </w:p>
    <w:p>
      <w:r>
        <w:rPr>
          <w:b/>
        </w:rPr>
        <w:t xml:space="preserve">[50:40] </w:t>
      </w:r>
      <w:r>
        <w:t>yeh ek professor sahab ka qissa yeh hai.</w:t>
      </w:r>
    </w:p>
    <w:p>
      <w:pPr>
        <w:jc w:val="right"/>
      </w:pPr>
      <w:r>
        <w:t>یہ ایک پروفیسر صاحب کا قصہ یہ ہے۔</w:t>
      </w:r>
    </w:p>
    <w:p>
      <w:r>
        <w:rPr>
          <w:b/>
        </w:rPr>
        <w:t xml:space="preserve">[50:46] </w:t>
      </w:r>
      <w:r>
        <w:t>das question is from qaziya. how do we know that our intuition is alive?</w:t>
      </w:r>
    </w:p>
    <w:p>
      <w:pPr>
        <w:jc w:val="right"/>
      </w:pPr>
      <w:r>
        <w:t>دس کوئسچن از فرام قاضیہ۔ ہاؤ ڈو وی نو دیٹ اور انٹیوشن از الائیو؟</w:t>
      </w:r>
    </w:p>
    <w:p>
      <w:r>
        <w:rPr>
          <w:b/>
        </w:rPr>
        <w:t xml:space="preserve">[50:55] </w:t>
      </w:r>
      <w:r>
        <w:t>woh to aap agar sach much serious hain is maamle mein to daily aap samajh sakte hain is cheez ko.</w:t>
      </w:r>
    </w:p>
    <w:p>
      <w:pPr>
        <w:jc w:val="right"/>
      </w:pPr>
      <w:r>
        <w:t>وہ تو آپ اگر سچ مچ سیریس ہیں اس معاملے میں تو ڈیلی آپ سمجھ سکتے ہیں اس چیز کو۔</w:t>
      </w:r>
    </w:p>
    <w:p>
      <w:r>
        <w:rPr>
          <w:b/>
        </w:rPr>
        <w:t xml:space="preserve">[51:04] </w:t>
      </w:r>
      <w:r>
        <w:t>woh kya hai? daily ke aap koi galat kaam karein ya dekhein to aap ke agar alive hai to aap bohat ziyada sensitive ho jayenge.</w:t>
      </w:r>
    </w:p>
    <w:p>
      <w:pPr>
        <w:jc w:val="right"/>
      </w:pPr>
      <w:r>
        <w:t>وہ کیا ہے؟ ڈیلی کہ آپ کوئی غلط کام کریں یا دیکھیں تو آپ کہ اگر الائیو ہے تو آپ بہت زیادہ سینسٹیو ہو جائیں گے۔</w:t>
      </w:r>
    </w:p>
    <w:p>
      <w:r>
        <w:rPr>
          <w:b/>
        </w:rPr>
        <w:t xml:space="preserve">[51:19] </w:t>
      </w:r>
      <w:r>
        <w:t>yeh to kuch bhi nahi hota hai, hota rahe. yani apne personal koi</w:t>
      </w:r>
    </w:p>
    <w:p>
      <w:pPr>
        <w:jc w:val="right"/>
      </w:pPr>
      <w:r>
        <w:t>یہ تو کچھ بھی نہیں ہوتا ہے، ہوتا رہے۔ یعنی اپنے پرسنل کوئی</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