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19 Feb 2012 Maulana Wahiduddin Khan</w:t>
      </w:r>
    </w:p>
    <w:p>
      <w:r>
        <w:t>https://www.youtube.com/watch?v=ZJlQ-Ue_PhY</w:t>
      </w:r>
    </w:p>
    <w:p>
      <w:r>
        <w:rPr>
          <w:b/>
        </w:rPr>
        <w:t xml:space="preserve">[00:12] </w:t>
      </w:r>
      <w:r>
        <w:t>malana, internet team se, daily internet team se, to hum woh parhna chahte hain.</w:t>
      </w:r>
    </w:p>
    <w:p>
      <w:pPr>
        <w:jc w:val="right"/>
      </w:pPr>
      <w:r>
        <w:t>मलाना, इंटरनेट टीम से, डेली इंटरनेट टीम से, तो हम वो पढ़ना चाहते हैं।</w:t>
      </w:r>
    </w:p>
    <w:p>
      <w:r>
        <w:rPr>
          <w:b/>
        </w:rPr>
        <w:t xml:space="preserve">[00:20] </w:t>
      </w:r>
      <w:r>
        <w:t>few days back, we received a mail from you stream, which is the website that we use to live telecast malana sunday classes, and the same is saved and uploaded for others to watch later. the mail, which you stream had written us, said that we have exhausted the space</w:t>
      </w:r>
    </w:p>
    <w:p>
      <w:pPr>
        <w:jc w:val="right"/>
      </w:pPr>
      <w:r>
        <w:t>फ्यू डेज़ बैक, वी रिसीव्ड अ मेल फ्रॉम यू स्ट्रीम, व्हिच इज़ द वेबसाइट दैट वी यूज़ टू लाइव टेलीकास्ट मुलाना संडे क्लासेस, एंड द सेम इज़ सेव्ड एंड अपलोडेड फॉर अदर्स टू वॉच लेटर। द मेल, व्हिच यू स्ट्रीम हैड रिटन अस, सेड दैट वी हैव एग्ज़ॉस्टेड द स्पेस</w:t>
      </w:r>
    </w:p>
    <w:p>
      <w:r>
        <w:rPr>
          <w:b/>
        </w:rPr>
        <w:t xml:space="preserve">[00:43] </w:t>
      </w:r>
      <w:r>
        <w:t>allocated to us, and that the videos would be deleted in next 2 weeks. we were also trying from a long time to put malana's videos on youtube, as it is watched globally, and is more popular and convenient for people.</w:t>
      </w:r>
    </w:p>
    <w:p>
      <w:pPr>
        <w:jc w:val="right"/>
      </w:pPr>
      <w:r>
        <w:t>एलोकेटेड टू अस, एंड दैट द वीडियोस वुड बी डिलीटेड इन नेक्स्ट 2 वीक्स। वी वर आल्सो ट्राइंग फ्रॉम अ लॉन्ग टाइम टू पुट मुलानाज़ वीडियोस ऑन यूट्यूब, एज़ इट इज़ वॉच्ड ग्लोबली, एंड इज़ मोर पॉपुलर एंड कन्वीनियंट फॉर पीपल।</w:t>
      </w:r>
    </w:p>
    <w:p>
      <w:r>
        <w:rPr>
          <w:b/>
        </w:rPr>
        <w:t xml:space="preserve">[01:02] </w:t>
      </w:r>
      <w:r>
        <w:t>so, after receiving the mail from you stream, the internet team got worried and prayed desperately to god</w:t>
      </w:r>
    </w:p>
    <w:p>
      <w:pPr>
        <w:jc w:val="right"/>
      </w:pPr>
      <w:r>
        <w:t>सो, आफ्टर रिसीविंग द मेल फ्रॉम यू स्ट्रीम, द इंटरनेट टीम गॉट वरीड एंड प्रेड डेस्परेटली टू गॉड</w:t>
      </w:r>
    </w:p>
    <w:p>
      <w:r>
        <w:rPr>
          <w:b/>
        </w:rPr>
        <w:t xml:space="preserve">[01:10] </w:t>
      </w:r>
      <w:r>
        <w:t>for help. instantly, we thought to call our internet expert, mr atul mohan, and he guided us how</w:t>
      </w:r>
    </w:p>
    <w:p>
      <w:pPr>
        <w:jc w:val="right"/>
      </w:pPr>
      <w:r>
        <w:t>फॉर हेल्प। इंस्टेंटली, वी थॉट टू कॉल आवर इंटरनेट एक्सपर्ट, मिस्टर अतुल मोहन, एंड ही गाइडेड अस हाउ</w:t>
      </w:r>
    </w:p>
    <w:p>
      <w:r>
        <w:rPr>
          <w:b/>
        </w:rPr>
        <w:t xml:space="preserve">[01:18] </w:t>
      </w:r>
      <w:r>
        <w:t>we can download the videos from you stream and upload the same on youtube, which has more universal</w:t>
      </w:r>
    </w:p>
    <w:p>
      <w:pPr>
        <w:jc w:val="right"/>
      </w:pPr>
      <w:r>
        <w:t>वी कैन डाउनलोड द वीडियोस फ्रॉम यू स्ट्रीम एंड अपलोड द सेम ऑन यूट्यूब, व्हिच हैज़ मोर यूनिवर्सल</w:t>
      </w:r>
    </w:p>
    <w:p>
      <w:r>
        <w:rPr>
          <w:b/>
        </w:rPr>
        <w:t xml:space="preserve">[01:28] </w:t>
      </w:r>
      <w:r>
        <w:t>appeal and would also solve our problems of space for ever.</w:t>
      </w:r>
    </w:p>
    <w:p>
      <w:pPr>
        <w:jc w:val="right"/>
      </w:pPr>
      <w:r>
        <w:t>अपील एंड वुड आल्सो सॉल्व आवर प्रॉब्लम्स ऑफ़ स्पेस फॉर एवर।</w:t>
      </w:r>
    </w:p>
    <w:p>
      <w:r>
        <w:rPr>
          <w:b/>
        </w:rPr>
        <w:t xml:space="preserve">[01:34] </w:t>
      </w:r>
      <w:r>
        <w:t>so, now the process is on, and the videos are being uploaded on youtube, and god has really helped us in giving the solution. like, malana says, one should have an intention, and the help of god is ever near.</w:t>
      </w:r>
    </w:p>
    <w:p>
      <w:pPr>
        <w:jc w:val="right"/>
      </w:pPr>
      <w:r>
        <w:t>सो, नाउ द प्रोसेस इज़ ऑन, एंड द वीडियोस आर बीइंग अपलोडेड ऑन यूट्यूब, एंड गॉड हैज़ रियली हेल्पड अस इन गिविंग द सलूशन। लाइक, मुलाना सेज़, वन शुड हैव एन इंटेंशन, एंड द हेल्प ऑफ़ गॉड इज़ एवर नियर।</w:t>
      </w:r>
    </w:p>
    <w:p>
      <w:r>
        <w:rPr>
          <w:b/>
        </w:rPr>
        <w:t xml:space="preserve">[01:51] </w:t>
      </w:r>
      <w:r>
        <w:t>this recent example clearly demonstrated to the cps team that whenever we rise for the cause of god, he will send his angels to help and ease the task at hand. inshallah, we will now spread the videos through youtube more effectively, far and wide.</w:t>
      </w:r>
    </w:p>
    <w:p>
      <w:pPr>
        <w:jc w:val="right"/>
      </w:pPr>
      <w:r>
        <w:t>दिस रिसेंट एग्ज़ांपल क्लियरली डेमोंस्ट्रेटेड टू द सीपीएस टीम दैट व्हेनएवर वी राइज़ फॉर द कॉज़ ऑफ़ गॉड, ही विल सेंड हिज़ एंजल्स टू हेल्प एंड ईज़ द टास्क एट हैंड। इंशा अल्लाह, वी विल नाउ स्प्रेड द वीडियोस थ्रू यूट्यूब मोर इफेक्टिवली, फार एंड वाइड।</w:t>
      </w:r>
    </w:p>
    <w:p>
      <w:r>
        <w:rPr>
          <w:b/>
        </w:rPr>
        <w:t xml:space="preserve">[02:15] </w:t>
      </w:r>
      <w:r>
        <w:t>naam parhiye. malana, yeh daily internet team ne bheja hai. kisi ka naam nahi hai. stuti ne bheja hai, malana.</w:t>
      </w:r>
    </w:p>
    <w:p>
      <w:pPr>
        <w:jc w:val="right"/>
      </w:pPr>
      <w:r>
        <w:t>नाम पढ़िए। मुलाना, ये डेली इंटरनेट टीम ने भेजा है। किसी का नाम नहीं है। स्तुति ने भेजा है, मुलाना।</w:t>
      </w:r>
    </w:p>
    <w:p>
      <w:r>
        <w:rPr>
          <w:b/>
        </w:rPr>
        <w:t xml:space="preserve">[02:25] </w:t>
      </w:r>
      <w:r>
        <w:t>dekhiye, yeh abhi jo maine kaha ke dua jo hai, woh hamare liye</w:t>
      </w:r>
    </w:p>
    <w:p>
      <w:pPr>
        <w:jc w:val="right"/>
      </w:pPr>
      <w:r>
        <w:t>देखिए, ये अभी जो मैंने कहा कि दुआ जो है, वो हमारे लिए</w:t>
      </w:r>
    </w:p>
    <w:p>
      <w:r>
        <w:rPr>
          <w:b/>
        </w:rPr>
        <w:t xml:space="preserve">[02:35] </w:t>
      </w:r>
      <w:r>
        <w:t>problem solver hai. us ki ek ek foran aap ke samne ek example aa gaya.</w:t>
      </w:r>
    </w:p>
    <w:p>
      <w:pPr>
        <w:jc w:val="right"/>
      </w:pPr>
      <w:r>
        <w:t>प्रॉब्लम सॉल्वर है। उसकी एक-एक फौरन आपके सामने एक एग्ज़ांपल आ गया।</w:t>
      </w:r>
    </w:p>
    <w:p>
      <w:r>
        <w:rPr>
          <w:b/>
        </w:rPr>
        <w:t xml:space="preserve">[02:49] </w:t>
      </w:r>
      <w:r>
        <w:t>khuda is poore kainat ko banane wala hai, us ko control kar raha hai, us ko manage kar raha hai. insani history ko khuda manage kar raha hai, har lamha.</w:t>
      </w:r>
    </w:p>
    <w:p>
      <w:pPr>
        <w:jc w:val="right"/>
      </w:pPr>
      <w:r>
        <w:t>खुदा इस पूरे कायनात को बनाने वाला है, उसको कंट्रोल कर रहा है, उसको मैनेज कर रहा है। इंसानी हिस्ट्री को खुदा मैनेज कर रहा है, हर लम्हा।</w:t>
      </w:r>
    </w:p>
    <w:p>
      <w:r>
        <w:rPr>
          <w:b/>
        </w:rPr>
        <w:t xml:space="preserve">[03:04] </w:t>
      </w:r>
      <w:r>
        <w:t>to har lamha hum is position mein us se contact karein. ab bhi khuda ki taraf se wahi awaaz aayegi ke, "i am just a call.</w:t>
      </w:r>
    </w:p>
    <w:p>
      <w:pPr>
        <w:jc w:val="right"/>
      </w:pPr>
      <w:r>
        <w:t>तो हर लम्हा हम इस पोजीशन में उससे कांटेक्ट करें। अब भी खुदा की तरफ से वही आवाज़ आएगी कि, "आई एम जस्ट अ कॉल।</w:t>
      </w:r>
    </w:p>
    <w:p>
      <w:r>
        <w:rPr>
          <w:b/>
        </w:rPr>
        <w:t xml:space="preserve">[03:17] </w:t>
      </w:r>
      <w:r>
        <w:t>i am, i am just a call away.</w:t>
      </w:r>
    </w:p>
    <w:p>
      <w:pPr>
        <w:jc w:val="right"/>
      </w:pPr>
      <w:r>
        <w:t>आई एम, आई एम जस्ट अ कॉल अवे।"</w:t>
      </w:r>
    </w:p>
    <w:p>
      <w:r>
        <w:rPr>
          <w:b/>
        </w:rPr>
        <w:t xml:space="preserve">[03:24] </w:t>
      </w:r>
      <w:r>
        <w:t>ki main ek-ek. mere aur tumhare darmiyan phir ek dua ki doori hai, bas dua karo, hum usko phone paoge.</w:t>
      </w:r>
    </w:p>
    <w:p>
      <w:pPr>
        <w:jc w:val="right"/>
      </w:pPr>
      <w:r>
        <w:t>कि मैं एक-एक। मेरे और तुम्हारे दरमियान फिर एक दुआ की दूरी है, बस दुआ करो, हम उसको फोन पाओगे।</w:t>
      </w:r>
    </w:p>
    <w:p>
      <w:r>
        <w:rPr>
          <w:b/>
        </w:rPr>
        <w:t xml:space="preserve">[03:35] </w:t>
      </w:r>
      <w:r>
        <w:t>ye iski ek misal hai. to hamein dawat ka kaam jo hai, is yaqeen ke saath karna hai ki koi bhi rukawat, insha allah,</w:t>
      </w:r>
    </w:p>
    <w:p>
      <w:pPr>
        <w:jc w:val="right"/>
      </w:pPr>
      <w:r>
        <w:t>ये इसकी एक मिसाल है। तो हमें दावत का काम जो है, इस यकीन के साथ करना है कि कोई भी रुकावट, इंशा अल्लाह,</w:t>
      </w:r>
    </w:p>
    <w:p>
      <w:r>
        <w:rPr>
          <w:b/>
        </w:rPr>
        <w:t xml:space="preserve">[03:53] </w:t>
      </w:r>
      <w:r>
        <w:t>hamare liye fatal nahin banegi. har rukawat jo hai, fauran allah taala farishton ke zariye usko door kar dega.</w:t>
      </w:r>
    </w:p>
    <w:p>
      <w:pPr>
        <w:jc w:val="right"/>
      </w:pPr>
      <w:r>
        <w:t>हमारे लिए फेटल नहीं बनेगी। हर रुकावट जो है, फौरन अल्लाह ताला फरिश्तों के जरिए उसको दूर कर देगा।</w:t>
      </w:r>
    </w:p>
    <w:p>
      <w:r>
        <w:rPr>
          <w:b/>
        </w:rPr>
        <w:t xml:space="preserve">[04:07] </w:t>
      </w:r>
      <w:r>
        <w:t>ghaz khaddakh mein yeh hua tha ki 12,000 ka lashkar bahut hi tayyari ke saath aaya madine ke bahar, aur wahan par wo khebe laga diye unhone. aur sahaba ne khandak ko di trench,</w:t>
      </w:r>
    </w:p>
    <w:p>
      <w:pPr>
        <w:jc w:val="right"/>
      </w:pPr>
      <w:r>
        <w:t>गज खद्दख में यह हुआ था कि 12,000 का लश्कर बहुत ही तैयारी के साथ आया मदीने के बाहर, और वहां पर वो खेबे लगा दिए उन्होंने। और सहाबा ने खंदक को दी ट्रेंच,</w:t>
      </w:r>
    </w:p>
    <w:p>
      <w:r>
        <w:rPr>
          <w:b/>
        </w:rPr>
        <w:t xml:space="preserve">[04:27] </w:t>
      </w:r>
      <w:r>
        <w:t>to trench ke idhar sahaba the madine ki basti mein, udhar 12,000 ka lashkar khemon mein pada hua. do hafte tak ghaliban rahe wo log. ab us waqt jo sahaba ki position thi,</w:t>
      </w:r>
    </w:p>
    <w:p>
      <w:pPr>
        <w:jc w:val="right"/>
      </w:pPr>
      <w:r>
        <w:t>तो ट्रेंच के इधर सहाबा थे मदीने की बस्ती में, उधर 12,000 का लश्कर खेमों में पड़ा हुआ। दो हफ्ते तक गालिबन रहे वो लोग। अब उस वक्त जो सहाबा की पोजीशन थी,</w:t>
      </w:r>
    </w:p>
    <w:p>
      <w:r>
        <w:rPr>
          <w:b/>
        </w:rPr>
        <w:t xml:space="preserve">[04:42] </w:t>
      </w:r>
      <w:r>
        <w:t>unse na to lad sakte the, na unko bhaga sakte the.</w:t>
      </w:r>
    </w:p>
    <w:p>
      <w:pPr>
        <w:jc w:val="right"/>
      </w:pPr>
      <w:r>
        <w:t>उनसे ना तो लड़ सकते थे, ना उनको भगा सकते थे।</w:t>
      </w:r>
    </w:p>
    <w:p>
      <w:r>
        <w:rPr>
          <w:b/>
        </w:rPr>
        <w:t xml:space="preserve">[04:48] </w:t>
      </w:r>
      <w:r>
        <w:t>sirf dua karte the. sab log bas dua karte the. to dua ka brekal kya hua?</w:t>
      </w:r>
    </w:p>
    <w:p>
      <w:pPr>
        <w:jc w:val="right"/>
      </w:pPr>
      <w:r>
        <w:t>सिर्फ दुआ करते थे। सब लोग बस दुआ करते थे। तो दुआ का ब्रेकल क्या हुआ?</w:t>
      </w:r>
    </w:p>
    <w:p>
      <w:r>
        <w:rPr>
          <w:b/>
        </w:rPr>
        <w:t xml:space="preserve">[04:56] </w:t>
      </w:r>
      <w:r>
        <w:t>ek bahut zabardast ka toofan aaya, aandhi. aandhi mein unke khaib ukhad-ukhad gaye.</w:t>
      </w:r>
    </w:p>
    <w:p>
      <w:pPr>
        <w:jc w:val="right"/>
      </w:pPr>
      <w:r>
        <w:t>एक बहुत जबरदस्त का तूफान आया, आंधी। आंधी में उनके खैब उखड़-उखड़ गए।</w:t>
      </w:r>
    </w:p>
    <w:p>
      <w:r>
        <w:rPr>
          <w:b/>
        </w:rPr>
        <w:t xml:space="preserve">[05:06] </w:t>
      </w:r>
      <w:r>
        <w:t>unke oont, bakri idhar-udhar bhag gaye. ajib afraat-afri paida ho gayi.</w:t>
      </w:r>
    </w:p>
    <w:p>
      <w:pPr>
        <w:jc w:val="right"/>
      </w:pPr>
      <w:r>
        <w:t>उनके ऊंट, बकरी इधर-उधर भाग गए। अजीब अफरातफरी पैदा हो गई।</w:t>
      </w:r>
    </w:p>
    <w:p>
      <w:r>
        <w:rPr>
          <w:b/>
        </w:rPr>
        <w:t xml:space="preserve">[05:11] </w:t>
      </w:r>
      <w:r>
        <w:t>natija kya? ki wo chhodkar, muhasra chhodkar wapas chale gaye. yeh ek tarikhi waqea hai.</w:t>
      </w:r>
    </w:p>
    <w:p>
      <w:pPr>
        <w:jc w:val="right"/>
      </w:pPr>
      <w:r>
        <w:t>नतीजा क्या? कि वो छोड़कर, मुहासरा छोड़कर वापस चले गए। यह एक तारीखी वाकया है।</w:t>
      </w:r>
    </w:p>
    <w:p>
      <w:r>
        <w:rPr>
          <w:b/>
        </w:rPr>
        <w:t xml:space="preserve">[05:23] </w:t>
      </w:r>
      <w:r>
        <w:t>main khud ek martaba</w:t>
      </w:r>
    </w:p>
    <w:p>
      <w:pPr>
        <w:jc w:val="right"/>
      </w:pPr>
      <w:r>
        <w:t>मैं खुद एक मर्तबा</w:t>
      </w:r>
    </w:p>
    <w:p>
      <w:r>
        <w:rPr>
          <w:b/>
        </w:rPr>
        <w:t xml:space="preserve">[05:25] </w:t>
      </w:r>
      <w:r>
        <w:t>jab main gaon mein rehta tha,</w:t>
      </w:r>
    </w:p>
    <w:p>
      <w:pPr>
        <w:jc w:val="right"/>
      </w:pPr>
      <w:r>
        <w:t>जब मैं गांव में रहता था,</w:t>
      </w:r>
    </w:p>
    <w:p>
      <w:r>
        <w:rPr>
          <w:b/>
        </w:rPr>
        <w:t xml:space="preserve">[05:28] </w:t>
      </w:r>
      <w:r>
        <w:t>to raat mein railway</w:t>
      </w:r>
    </w:p>
    <w:p>
      <w:pPr>
        <w:jc w:val="right"/>
      </w:pPr>
      <w:r>
        <w:t>तो रात में रेलवे</w:t>
      </w:r>
    </w:p>
    <w:p>
      <w:r>
        <w:rPr>
          <w:b/>
        </w:rPr>
        <w:t xml:space="preserve">[05:31] </w:t>
      </w:r>
      <w:r>
        <w:t>train se utra ek baar hariya station par, jisse hamara ghar taqreeban</w:t>
      </w:r>
    </w:p>
    <w:p>
      <w:pPr>
        <w:jc w:val="right"/>
      </w:pPr>
      <w:r>
        <w:t>ट्रेन से उतरा एक बार हरिया स्टेशन पर, जिससे हमारा घर तकरीबन</w:t>
      </w:r>
    </w:p>
    <w:p>
      <w:r>
        <w:rPr>
          <w:b/>
        </w:rPr>
        <w:t xml:space="preserve">[05:39] </w:t>
      </w:r>
      <w:r>
        <w:t>3 mil ke fasle par tha.</w:t>
      </w:r>
    </w:p>
    <w:p>
      <w:pPr>
        <w:jc w:val="right"/>
      </w:pPr>
      <w:r>
        <w:t>3 मील के फासले पर था।</w:t>
      </w:r>
    </w:p>
    <w:p>
      <w:r>
        <w:rPr>
          <w:b/>
        </w:rPr>
        <w:t xml:space="preserve">[05:41] </w:t>
      </w:r>
      <w:r>
        <w:t>mujhe paidal jana tha.</w:t>
      </w:r>
    </w:p>
    <w:p>
      <w:pPr>
        <w:jc w:val="right"/>
      </w:pPr>
      <w:r>
        <w:t>मुझे पैदल जाना था।</w:t>
      </w:r>
    </w:p>
    <w:p>
      <w:r>
        <w:rPr>
          <w:b/>
        </w:rPr>
        <w:t xml:space="preserve">[05:42] </w:t>
      </w:r>
      <w:r>
        <w:t>raat ka waqt tha, andhera.</w:t>
      </w:r>
    </w:p>
    <w:p>
      <w:pPr>
        <w:jc w:val="right"/>
      </w:pPr>
      <w:r>
        <w:t>रात का वक्त था, अंधेरा।</w:t>
      </w:r>
    </w:p>
    <w:p>
      <w:r>
        <w:rPr>
          <w:b/>
        </w:rPr>
        <w:t xml:space="preserve">[05:45] </w:t>
      </w:r>
      <w:r>
        <w:t>main rawana hua to ek jagah khet the, ye bhutte ke khet.</w:t>
      </w:r>
    </w:p>
    <w:p>
      <w:pPr>
        <w:jc w:val="right"/>
      </w:pPr>
      <w:r>
        <w:t>मैं रवाना हुआ तो एक जगह खेत थे, ये भुट्टे के खेत।</w:t>
      </w:r>
    </w:p>
    <w:p>
      <w:r>
        <w:rPr>
          <w:b/>
        </w:rPr>
        <w:t xml:space="preserve">[05:51] </w:t>
      </w:r>
      <w:r>
        <w:t>wo door tak wahi the, bade-bade hote hain, aapne dekha hoga.</w:t>
      </w:r>
    </w:p>
    <w:p>
      <w:pPr>
        <w:jc w:val="right"/>
      </w:pPr>
      <w:r>
        <w:t>वो दूर तक वही थे, बड़े-बड़े होते हैं, आपने देखा होगा।</w:t>
      </w:r>
    </w:p>
    <w:p>
      <w:r>
        <w:rPr>
          <w:b/>
        </w:rPr>
        <w:t xml:space="preserve">[05:55] </w:t>
      </w:r>
      <w:r>
        <w:t>usi mein gum ho gaya.</w:t>
      </w:r>
    </w:p>
    <w:p>
      <w:pPr>
        <w:jc w:val="right"/>
      </w:pPr>
      <w:r>
        <w:t>उसी में गुम हो गया।</w:t>
      </w:r>
    </w:p>
    <w:p>
      <w:r>
        <w:rPr>
          <w:b/>
        </w:rPr>
        <w:t xml:space="preserve">[05:57] </w:t>
      </w:r>
      <w:r>
        <w:t>raat ka andhera, idhar jao to</w:t>
      </w:r>
    </w:p>
    <w:p>
      <w:pPr>
        <w:jc w:val="right"/>
      </w:pPr>
      <w:r>
        <w:t>रात का अंधेरा, इधर जाओ तो</w:t>
      </w:r>
    </w:p>
    <w:p>
      <w:r>
        <w:rPr>
          <w:b/>
        </w:rPr>
        <w:t xml:space="preserve">[06:01] </w:t>
      </w:r>
      <w:r>
        <w:t>rasta nahin, udhar jao to rasta nahin.</w:t>
      </w:r>
    </w:p>
    <w:p>
      <w:pPr>
        <w:jc w:val="right"/>
      </w:pPr>
      <w:r>
        <w:t>रास्ता नहीं, उधर जाओ तो रास्ता नहीं।</w:t>
      </w:r>
    </w:p>
    <w:p>
      <w:r>
        <w:rPr>
          <w:b/>
        </w:rPr>
        <w:t xml:space="preserve">[06:04] </w:t>
      </w:r>
      <w:r>
        <w:t>main socha, kya waqt?</w:t>
      </w:r>
    </w:p>
    <w:p>
      <w:pPr>
        <w:jc w:val="right"/>
      </w:pPr>
      <w:r>
        <w:t>मैं सोचा, क्या वक्त?</w:t>
      </w:r>
    </w:p>
    <w:p>
      <w:r>
        <w:rPr>
          <w:b/>
        </w:rPr>
        <w:t xml:space="preserve">[06:06] </w:t>
      </w:r>
      <w:r>
        <w:t>to maine dua kiya. achanak ek aadmi tracht le wahan samne aa gaya. us raat ko koi ajib garib taur par ek aadmi aaya, lambi tracht uske hath mein thi. pehle zamane mein tracht hua karti thi, usko sal lagte the.</w:t>
      </w:r>
    </w:p>
    <w:p>
      <w:pPr>
        <w:jc w:val="right"/>
      </w:pPr>
      <w:r>
        <w:t>तो मैंने दुआ किया। अचानक एक आदमी ट्राच ले वहां सामने आ गया। उस रात को कोई अजीब गरीब तौर पर एक आदमी आया, लंबी ट्राच उसके हाथ में थी। पहले जमाने में ट्राच हुआ करती थी, उसको सल लगते थे।</w:t>
      </w:r>
    </w:p>
    <w:p>
      <w:r>
        <w:rPr>
          <w:b/>
        </w:rPr>
        <w:t xml:space="preserve">[06:24] </w:t>
      </w:r>
      <w:r>
        <w:t>to usse maine poocha, maine kaha, "mujhe fala jagah jana hai." to uska direction bhool gaya, kidhar jaon. to usne tacht dikha-dikha kar mujhe wahan tak pahunchaya, jahan se rasta jo hai, saaf ho jata tha. abhi tak mujhe aankhon ke samne wo manzar bilkul hai.</w:t>
      </w:r>
    </w:p>
    <w:p>
      <w:pPr>
        <w:jc w:val="right"/>
      </w:pPr>
      <w:r>
        <w:t>तो उससे मैंने पूछा, मैंने कहा, "मुझे फला जगह जाना है।" तो उसका डायरेक्शन भूल गया, किधर जाऊं। तो उसने टाच दिखा-दिखाकर मुझे वहां तक पहुंचाया, जहां से रास्ता जो है, साफ हो जाता था। अभी तक मुझे आंखों के सामने वो मंजर बिल्कुल है।</w:t>
      </w:r>
    </w:p>
    <w:p>
      <w:r>
        <w:rPr>
          <w:b/>
        </w:rPr>
        <w:t xml:space="preserve">[06:44] </w:t>
      </w:r>
      <w:r>
        <w:t>to baharhal, dua hamari sabse badi taqat hai. dawat ka kaam hamein dua ke zariye karna hai. koi mukhalafat kare to uska haq fail hai. kisi mukhalafat ke peeche hamein nahin padna hai.</w:t>
      </w:r>
    </w:p>
    <w:p>
      <w:pPr>
        <w:jc w:val="right"/>
      </w:pPr>
      <w:r>
        <w:t>तो बहरहाल, दुआ हमारी सबसे बड़ी ताकत है। दावत का काम हमें दुआ के जरिए करना है। कोई मुखालफत करे तो उसका हक फेल है। किसी मुखालफत के पीछे हमें नहीं पड़ना है।</w:t>
      </w:r>
    </w:p>
    <w:p>
      <w:r>
        <w:rPr>
          <w:b/>
        </w:rPr>
        <w:t xml:space="preserve">[07:01] </w:t>
      </w:r>
      <w:r>
        <w:t>mukhalafat karta hai, uska fail hai. wo hum uske liye bhi dua karna hai. na to hamein kisi ke liye, yani nafrat karna hai kisi se, na kisi se takrana hai. dua karte hue aage badhte rehna hai.</w:t>
      </w:r>
    </w:p>
    <w:p>
      <w:pPr>
        <w:jc w:val="right"/>
      </w:pPr>
      <w:r>
        <w:t>मुखालफत करता है, उसका फेल है। वो हम उसके लिए भी दुआ करना है। ना तो हमें किसी के लिए, यानी नफरत करना है किसी से, ना किसी से टकराना है। दुआ करते हुए आगे बढ़ते रहना है।</w:t>
      </w:r>
    </w:p>
    <w:p>
      <w:r>
        <w:rPr>
          <w:b/>
        </w:rPr>
        <w:t xml:space="preserve">[07:18] </w:t>
      </w:r>
      <w:r>
        <w:t>to iski ek misal hai ki kis tarah se raste khulte hain dua ke zariye. to khuda insani tareekh ko manage kar raha hai, to allah taala ne manage kiya hua. aap dekh lijiye, iske</w:t>
      </w:r>
    </w:p>
    <w:p>
      <w:pPr>
        <w:jc w:val="right"/>
      </w:pPr>
      <w:r>
        <w:t>तो इसकी एक मिसाल है कि किस तरह से रास्ते खुलते हैं दुआ के जरिए। तो खुदा इंसानी तारीख को मैनेज कर रहा है, तो अल्लाह ताला ने मैनेज किया हुआ। आप देख लीजिए, इसके</w:t>
      </w:r>
    </w:p>
    <w:p>
      <w:r>
        <w:rPr>
          <w:b/>
        </w:rPr>
        <w:t xml:space="preserve">[07:32] </w:t>
      </w:r>
      <w:r>
        <w:t>isi yaqeen ke saath dawat ka kaam karna hai.</w:t>
      </w:r>
    </w:p>
    <w:p>
      <w:pPr>
        <w:jc w:val="right"/>
      </w:pPr>
      <w:r>
        <w:t>इसी यकीन के साथ दावत का काम करना है।</w:t>
      </w:r>
    </w:p>
    <w:p>
      <w:r>
        <w:rPr>
          <w:b/>
        </w:rPr>
        <w:t xml:space="preserve">[07:39] </w:t>
      </w:r>
      <w:r>
        <w:t>mulana, agla sawal aaya hai karachi, pakistan se mister abdul latif ka. unhone poocha hai, "waldein apne bachchon ke mustaqbil ki zaroorat ko madde nazar rakhte hue apni rakam mein se kuch rakam har mahine nikal kar committee dalte hain. kya is tarah ka amal ek dai kar sakta hai?"</w:t>
      </w:r>
    </w:p>
    <w:p>
      <w:pPr>
        <w:jc w:val="right"/>
      </w:pPr>
      <w:r>
        <w:t>मुलाना, अगला सवाल आया है कराची, पाकिस्तान से मिस्टर अब्दुल लतीफ का। उन्होंने पूछा है, "वालदैन अपने बच्चों के मुस्तकबिल की जरूरत को मद्देनजर रखते हुए अपनी रकम में से कुछ रकम हर महीने निकालकर कमेटी डालते हैं। क्या इस तरह का अमल एक दाई कर सकता है?"</w:t>
      </w:r>
    </w:p>
    <w:p>
      <w:r>
        <w:rPr>
          <w:b/>
        </w:rPr>
        <w:t xml:space="preserve">[08:06] </w:t>
      </w:r>
      <w:r>
        <w:t>dekhiye, jo maa-baap hain, aam taur par maine dekha hai ki unke duniya ke mustaqbil ke liye to bahut wo sochte hain. asal mein sirf to akhirat ka mustaqbil hai,</w:t>
      </w:r>
    </w:p>
    <w:p>
      <w:pPr>
        <w:jc w:val="right"/>
      </w:pPr>
      <w:r>
        <w:t>देखिए, जो मां-बाप हैं, आमतौर पर मैंने देखा है कि उनके दुनिया के मुस्तकबिल के लिए तो बहुत वो सोचते हैं। असल में सिर्फ तो आखिरत का मुस्तकबिल है,</w:t>
      </w:r>
    </w:p>
    <w:p>
      <w:r>
        <w:rPr>
          <w:b/>
        </w:rPr>
        <w:t xml:space="preserve">[08:20] </w:t>
      </w:r>
      <w:r>
        <w:t>uske liye sochna chahiye.</w:t>
      </w:r>
    </w:p>
    <w:p>
      <w:pPr>
        <w:jc w:val="right"/>
      </w:pPr>
      <w:r>
        <w:t>उसके लिए सोचना चाहिए।</w:t>
      </w:r>
    </w:p>
    <w:p>
      <w:r>
        <w:rPr>
          <w:b/>
        </w:rPr>
        <w:t xml:space="preserve">[08:23] </w:t>
      </w:r>
      <w:r>
        <w:t>bahut ajeeb baat hai ke quran majeed mein hai, do ayaten main aapke samne pesh karta hoon.</w:t>
      </w:r>
    </w:p>
    <w:p>
      <w:pPr>
        <w:jc w:val="right"/>
      </w:pPr>
      <w:r>
        <w:t>बहुत अजीब बात है कि कुरान मजीद में है, दो आयतें मैं आपके सामने पेश करता हूं।</w:t>
      </w:r>
    </w:p>
    <w:p>
      <w:r>
        <w:rPr>
          <w:b/>
        </w:rPr>
        <w:t xml:space="preserve">[08:31] </w:t>
      </w:r>
      <w:r>
        <w:t>vaman dawat fil illa alla rizq.</w:t>
      </w:r>
    </w:p>
    <w:p>
      <w:pPr>
        <w:jc w:val="right"/>
      </w:pPr>
      <w:r>
        <w:t>"वमन दावत फिल इल्ला अल्ला रिजक।"</w:t>
      </w:r>
    </w:p>
    <w:p>
      <w:r>
        <w:rPr>
          <w:b/>
        </w:rPr>
        <w:t xml:space="preserve">[08:35] </w:t>
      </w:r>
      <w:r>
        <w:t>yeh duniya ke bare mein hai ke is duniya mein har aadmi ka rizq Allah ki taraf se</w:t>
      </w:r>
    </w:p>
    <w:p>
      <w:pPr>
        <w:jc w:val="right"/>
      </w:pPr>
      <w:r>
        <w:t>यह दुनिया के बारे में है कि इस दुनिया में हर आदमी का रिजक अल्लाह की तरफ से</w:t>
      </w:r>
    </w:p>
    <w:p>
      <w:r>
        <w:rPr>
          <w:b/>
        </w:rPr>
        <w:t xml:space="preserve">[08:41] </w:t>
      </w:r>
      <w:r>
        <w:t>mukarrar hai. Woh milkar raha hai usko.</w:t>
      </w:r>
    </w:p>
    <w:p>
      <w:pPr>
        <w:jc w:val="right"/>
      </w:pPr>
      <w:r>
        <w:t>मुकर्रर है। वो मिलकर रहा है उसको।</w:t>
      </w:r>
    </w:p>
    <w:p>
      <w:r>
        <w:rPr>
          <w:b/>
        </w:rPr>
        <w:t xml:space="preserve">[08:45] </w:t>
      </w:r>
      <w:r>
        <w:t>duniya ke rizq ke bare mein Allah taala ne yeh zimma le liya hai ke woh zaroor woh</w:t>
      </w:r>
    </w:p>
    <w:p>
      <w:pPr>
        <w:jc w:val="right"/>
      </w:pPr>
      <w:r>
        <w:t>दुनिया के रिजक के बारे में अल्लाह ताला ने यह जिम्मा ले लिया है कि वो जरूर वो</w:t>
      </w:r>
    </w:p>
    <w:p>
      <w:r>
        <w:rPr>
          <w:b/>
        </w:rPr>
        <w:t xml:space="preserve">[08:50] </w:t>
      </w:r>
      <w:r>
        <w:t>har-har ek ko rizq pohnchaega.</w:t>
      </w:r>
    </w:p>
    <w:p>
      <w:pPr>
        <w:jc w:val="right"/>
      </w:pPr>
      <w:r>
        <w:t>हर-हर एक को रिजक पहुंचाएगा।</w:t>
      </w:r>
    </w:p>
    <w:p>
      <w:r>
        <w:rPr>
          <w:b/>
        </w:rPr>
        <w:t xml:space="preserve">[08:53] </w:t>
      </w:r>
      <w:r>
        <w:t>usko achha akhirat ke bare</w:t>
      </w:r>
    </w:p>
    <w:p>
      <w:pPr>
        <w:jc w:val="right"/>
      </w:pPr>
      <w:r>
        <w:t>उसको अच्छा आखिरत के बारे</w:t>
      </w:r>
    </w:p>
    <w:p>
      <w:r>
        <w:rPr>
          <w:b/>
        </w:rPr>
        <w:t xml:space="preserve">[08:56] </w:t>
      </w:r>
      <w:r>
        <w:t>mein kya hai? akhirat ke bare mein yeh hai ki "lesa li insan illa ma sa." wahan akhirat mein insan ko sirf wahi milega, jiski khud usne koshish ki ho. yani allah ki taraf se kuch nahin diya jayega usko,</w:t>
      </w:r>
    </w:p>
    <w:p>
      <w:pPr>
        <w:jc w:val="right"/>
      </w:pPr>
      <w:r>
        <w:t>में क्या है? आखिरत के बारे में यह है कि "लेसा लि इंसान इल्ला मासा।" वहां आखिरत में इंसान को सिर्फ वही मिलेगा, जिसकी खुद उसने कोशिश की हो। यानी अल्लाह की तरफ से कुछ नहीं दिया जाएगा उसको,</w:t>
      </w:r>
    </w:p>
    <w:p>
      <w:r>
        <w:rPr>
          <w:b/>
        </w:rPr>
        <w:t xml:space="preserve">[09:11] </w:t>
      </w:r>
      <w:r>
        <w:t>siway koshish ka anjam, koshish ka badla.</w:t>
      </w:r>
    </w:p>
    <w:p>
      <w:pPr>
        <w:jc w:val="right"/>
      </w:pPr>
      <w:r>
        <w:t>सिवाय कोशिश का अंजाम, कोशिश का बदला।</w:t>
      </w:r>
    </w:p>
    <w:p>
      <w:r>
        <w:rPr>
          <w:b/>
        </w:rPr>
        <w:t xml:space="preserve">[09:15] </w:t>
      </w:r>
      <w:r>
        <w:t>yani yeh gaur kijiye ki duniya mein insan ke liye khuda ne zimma le rakha hai ki usko zaroor uska rizq pahunchaya jayega. aur akhirat ke bare mein farma raha hai allah taala ki wahan tum apne amal ko bhugatna padega tumko. to kaise ajib log hain ki apne liye, bachchon ke liye,</w:t>
      </w:r>
    </w:p>
    <w:p>
      <w:pPr>
        <w:jc w:val="right"/>
      </w:pPr>
      <w:r>
        <w:t>यानी यह गौर कीजिए कि दुनिया में इंसान के लिए खुदा ने जिम्मा ले रखा है कि उसको जरूर उसका रिजक पहुंचाया जाएगा। और आखिरत के बारे में फरमा रहा है अल्लाह ताला कि वहां तुम अपने अमल को भुगतना पड़ेगा तुमको। तो कैसे अजीब लोग हैं कि अपने लिए, बच्चों के लिए,</w:t>
      </w:r>
    </w:p>
    <w:p>
      <w:r>
        <w:rPr>
          <w:b/>
        </w:rPr>
        <w:t xml:space="preserve">[09:33] </w:t>
      </w:r>
      <w:r>
        <w:t>unko hona chahiye fikramand akhirat ke liye, aur fikramand hote hain duniya ke liye. bahut ajib baat hai. main is masle ko, yani fikhi aitbar se, kuch jawab nahin dunga. main fikhi aitbar se kya hai, kya nahin hai, wo main us par kuch nahin bolunga. main is-is-is-is soch par ko tazab karta hoon ki duniya ke mustaqbil ki fikr aur akhirat ke mustaqbil ke liye koi fikr nahin.</w:t>
      </w:r>
    </w:p>
    <w:p>
      <w:pPr>
        <w:jc w:val="right"/>
      </w:pPr>
      <w:r>
        <w:t>उनको होना चाहिए फिक्रमंद आखिरत के लिए, और फिक्रमंद होते हैं दुनिया के लिए। बहुत अजीब बात है। मैं इस मसले को, यानी फिकही एतबार से, कुछ जवाब नहीं दूंगा। मैं फिकही एतबार से क्या है, क्या नहीं है, वो मैं उस पर कुछ नहीं बोलूंगा। मैं इस-इस-इस-इस सोच पर को तज्जुब करता हूं कि दुनिया के मुस्तकबिल की फिक्र और आखिरत के मुस्तकबिल के लिए कोई फिक्र नहीं।</w:t>
      </w:r>
    </w:p>
    <w:p>
      <w:r>
        <w:rPr>
          <w:b/>
        </w:rPr>
        <w:t xml:space="preserve">[10:02] </w:t>
      </w:r>
      <w:r>
        <w:t>mulana, agla sawal dilli se hai mister sadat khan ka. unhone pucha hai, "i am working in a factory, and on every tuesday, there is distribution of prasad. can we take and eat this prasad?" haan, zaroor. yaani ye log aksar mujhse sawal karte hain, par sawal hi kyon karte hain?</w:t>
      </w:r>
    </w:p>
    <w:p>
      <w:pPr>
        <w:jc w:val="right"/>
      </w:pPr>
      <w:r>
        <w:t>मुलाना, अगला सवाल दिल्ली से है मिस्टर सादात खान का। उन्होंने पूछा है, "आई एम वर्किंग इन अ फैक्ट्री, एंड ऑन एवरी ट्यूसडे, देयर इज डिस्ट्रीब्यूशन ऑफ प्रसाद। कैन वी टेक एंड ईट दिस प्रसाद?" हां, जरूर। यानी ये लोग अक्सर मुझसे सवाल करते हैं, पर सवाल ही क्यों करते हैं?</w:t>
      </w:r>
    </w:p>
    <w:p>
      <w:r>
        <w:rPr>
          <w:b/>
        </w:rPr>
        <w:t xml:space="preserve">[10:26] </w:t>
      </w:r>
      <w:r>
        <w:t>ye sawal aata hai kyon mind mein? phir prasad kya hota hai?</w:t>
      </w:r>
    </w:p>
    <w:p>
      <w:pPr>
        <w:jc w:val="right"/>
      </w:pPr>
      <w:r>
        <w:t>ये सवाल आता है क्यों माइंड में? फिर प्रसाद क्या होता है?</w:t>
      </w:r>
    </w:p>
    <w:p>
      <w:r>
        <w:rPr>
          <w:b/>
        </w:rPr>
        <w:t xml:space="preserve">[10:30] </w:t>
      </w:r>
      <w:r>
        <w:t>yahi khane-pine ki cheezein hoti hain.</w:t>
      </w:r>
    </w:p>
    <w:p>
      <w:pPr>
        <w:jc w:val="right"/>
      </w:pPr>
      <w:r>
        <w:t>यही खाने-पीने की चीजें होती हैं।</w:t>
      </w:r>
    </w:p>
    <w:p>
      <w:r>
        <w:rPr>
          <w:b/>
        </w:rPr>
        <w:t xml:space="preserve">[10:32] </w:t>
      </w:r>
      <w:r>
        <w:t>toh ismein-ismein harj kya hai?</w:t>
      </w:r>
    </w:p>
    <w:p>
      <w:pPr>
        <w:jc w:val="right"/>
      </w:pPr>
      <w:r>
        <w:t>तो इसमें-इसमें हर्ज क्या है?</w:t>
      </w:r>
    </w:p>
    <w:p>
      <w:r>
        <w:rPr>
          <w:b/>
        </w:rPr>
        <w:t xml:space="preserve">[10:35] </w:t>
      </w:r>
      <w:r>
        <w:t>kisi ne fatwa diya ho toh jhootha fatwa hai.</w:t>
      </w:r>
    </w:p>
    <w:p>
      <w:pPr>
        <w:jc w:val="right"/>
      </w:pPr>
      <w:r>
        <w:t>किसी ने फतवा दिया हो तो झूठा फतवा है।</w:t>
      </w:r>
    </w:p>
    <w:p>
      <w:r>
        <w:rPr>
          <w:b/>
        </w:rPr>
        <w:t xml:space="preserve">[10:37] </w:t>
      </w:r>
      <w:r>
        <w:t>woh aajkal jhoothe fatwon ke bahar hai.</w:t>
      </w:r>
    </w:p>
    <w:p>
      <w:pPr>
        <w:jc w:val="right"/>
      </w:pPr>
      <w:r>
        <w:t>वो आजकल झूठे फतवों के बाहर है।</w:t>
      </w:r>
    </w:p>
    <w:p>
      <w:r>
        <w:rPr>
          <w:b/>
        </w:rPr>
        <w:t xml:space="preserve">[10:41] </w:t>
      </w:r>
      <w:r>
        <w:t>aap bataiye ke momin jo hai, woh dai hota hai.</w:t>
      </w:r>
    </w:p>
    <w:p>
      <w:pPr>
        <w:jc w:val="right"/>
      </w:pPr>
      <w:r>
        <w:t>आप बताइए कि मोमिन जो है, वो दाई होता है।</w:t>
      </w:r>
    </w:p>
    <w:p>
      <w:r>
        <w:rPr>
          <w:b/>
        </w:rPr>
        <w:t xml:space="preserve">[10:45] </w:t>
      </w:r>
      <w:r>
        <w:t>dai isko afford nahi kar sakta ke logon se interact na kare, unse talluq na badhaye, unse door-door-doori</w:t>
      </w:r>
    </w:p>
    <w:p>
      <w:pPr>
        <w:jc w:val="right"/>
      </w:pPr>
      <w:r>
        <w:t>दाई इसको अफोर्ड नहीं कर सकता कि लोगों से इंटरेक्ट ना करे, उनसे ताल्लुक ना बढ़ाए, उनसे दूर-दूर-दूरी</w:t>
      </w:r>
    </w:p>
    <w:p>
      <w:r>
        <w:rPr>
          <w:b/>
        </w:rPr>
        <w:t xml:space="preserve">[10:52] </w:t>
      </w:r>
      <w:r>
        <w:t>bana le. Dai isko afford nahi kar sakta.</w:t>
      </w:r>
    </w:p>
    <w:p>
      <w:pPr>
        <w:jc w:val="right"/>
      </w:pPr>
      <w:r>
        <w:t>बना ले। दाई इसको अफोर्ड नहीं कर सकता।</w:t>
      </w:r>
    </w:p>
    <w:p>
      <w:r>
        <w:rPr>
          <w:b/>
        </w:rPr>
        <w:t xml:space="preserve">[10:55] </w:t>
      </w:r>
      <w:r>
        <w:t>toh aap agar is tarah se karenge ke prasad nahi lena hai, unke saath baithna nahi hai,</w:t>
      </w:r>
    </w:p>
    <w:p>
      <w:pPr>
        <w:jc w:val="right"/>
      </w:pPr>
      <w:r>
        <w:t>तो आप अगर इस तरह से करेंगे कि प्रसाद नहीं लेना है, उनके साथ बैठना नहीं है,</w:t>
      </w:r>
    </w:p>
    <w:p>
      <w:r>
        <w:rPr>
          <w:b/>
        </w:rPr>
        <w:t xml:space="preserve">[11:01] </w:t>
      </w:r>
      <w:r>
        <w:t>unke saath share nahi karna hai, to doori ban jayegi. to aap daavati kaam kaise karenge?</w:t>
      </w:r>
    </w:p>
    <w:p>
      <w:pPr>
        <w:jc w:val="right"/>
      </w:pPr>
      <w:r>
        <w:t>उनके साथ शेयर नहीं करना है, तो दूरी बन जाएगी। तो आप दावती काम कैसे करेंगे?</w:t>
      </w:r>
    </w:p>
    <w:p>
      <w:r>
        <w:rPr>
          <w:b/>
        </w:rPr>
        <w:t xml:space="preserve">[11:09] </w:t>
      </w:r>
      <w:r>
        <w:t>daavati culture mein yeh farz hai, farz ki aap unke prasad ko lein, unke saath interact karein, unke saath share karein. bilkul farz ke darje mein zaroori hai. isko masla puchna hi galat hai. jo masle par fatwa de, wo double galti karta hai. wo is mamle mein kisi ne jo agar fatwa diya hai, to wo jhootha fatwa hai. koi-koi uski haqeeqat nahi hai.</w:t>
      </w:r>
    </w:p>
    <w:p>
      <w:pPr>
        <w:jc w:val="right"/>
      </w:pPr>
      <w:r>
        <w:t>दावती कल्चर में यह फर्ज है, फर्ज कि आप उनके प्रसाद को लें, उनके साथ इंटरेक्ट करें, उनके साथ शेयर करें। बिल्कुल फर्ज के दर्जे में जरूरी है। इसको मसला पूछना ही गलत है। जो मसले पर फतवा दे, वो डबल गलती करता है। वो इस मामले में किसी ने जो अगर फतवा दिया है, तो वो झूठा फतवा है। कोई-कोई उसकी हकीकत नहीं है।</w:t>
      </w:r>
    </w:p>
    <w:p>
      <w:r>
        <w:rPr>
          <w:b/>
        </w:rPr>
        <w:t xml:space="preserve">[11:36] </w:t>
      </w:r>
      <w:r>
        <w:t>mulana, unka ek aur sawal hai. unhone pucha hai, "can we do the salam to non muslims, and if they give their salam to us, then can we give a reply waleikum assala</w:t>
      </w:r>
    </w:p>
    <w:p>
      <w:pPr>
        <w:jc w:val="right"/>
      </w:pPr>
      <w:r>
        <w:t>मुलाना, उनका एक और सवाल है। उन्होंने पूछा है, "कैन वी डू द सलाम टू नॉन मुस्लिम्स, एंड इफ दे गिव देयर सलाम टू अस, देन कैन वी गिव अ रिप्लाई वालेकुम अस्सला</w:t>
      </w:r>
    </w:p>
    <w:p>
      <w:r>
        <w:rPr>
          <w:b/>
        </w:rPr>
        <w:t xml:space="preserve">[11:50] </w:t>
      </w:r>
      <w:r>
        <w:t>m to them?</w:t>
      </w:r>
    </w:p>
    <w:p>
      <w:pPr>
        <w:jc w:val="right"/>
      </w:pPr>
      <w:r>
        <w:t>म टू देम?"</w:t>
      </w:r>
    </w:p>
    <w:p>
      <w:r>
        <w:rPr>
          <w:b/>
        </w:rPr>
        <w:t xml:space="preserve">[11:50] </w:t>
      </w:r>
      <w:r>
        <w:t>zaroor. Salam toh ek-ek social greeting hai, ek social tradition hai.</w:t>
      </w:r>
    </w:p>
    <w:p>
      <w:pPr>
        <w:jc w:val="right"/>
      </w:pPr>
      <w:r>
        <w:t>जरूर। सलाम तो एक-एक सोशल ग्रीटिंग है, एक सोशल ट्रेडिशन है।</w:t>
      </w:r>
    </w:p>
    <w:p>
      <w:r>
        <w:rPr>
          <w:b/>
        </w:rPr>
        <w:t xml:space="preserve">[12:00] </w:t>
      </w:r>
      <w:r>
        <w:t>yeh koi jannat-dozakh mamla nahi hai.</w:t>
      </w:r>
    </w:p>
    <w:p>
      <w:pPr>
        <w:jc w:val="right"/>
      </w:pPr>
      <w:r>
        <w:t>यह कोई जन्नत-दोजख मामला नहीं है।</w:t>
      </w:r>
    </w:p>
    <w:p>
      <w:r>
        <w:rPr>
          <w:b/>
        </w:rPr>
        <w:t xml:space="preserve">[12:04] </w:t>
      </w:r>
      <w:r>
        <w:t>jaise aap kisi se milte hain, toh aap woh dono milkar chai peete hain.</w:t>
      </w:r>
    </w:p>
    <w:p>
      <w:pPr>
        <w:jc w:val="right"/>
      </w:pPr>
      <w:r>
        <w:t>जैसे आप किसी से मिलते हैं, तो आप वो दोनों मिलकर चाय पीते हैं।</w:t>
      </w:r>
    </w:p>
    <w:p>
      <w:r>
        <w:rPr>
          <w:b/>
        </w:rPr>
        <w:t xml:space="preserve">[12:09] </w:t>
      </w:r>
      <w:r>
        <w:t>toh woh ek-ek social tradition hai.</w:t>
      </w:r>
    </w:p>
    <w:p>
      <w:pPr>
        <w:jc w:val="right"/>
      </w:pPr>
      <w:r>
        <w:t>तो वो एक-एक सोशल ट्रेडिशन है।</w:t>
      </w:r>
    </w:p>
    <w:p>
      <w:r>
        <w:rPr>
          <w:b/>
        </w:rPr>
        <w:t xml:space="preserve">[12:11] </w:t>
      </w:r>
      <w:r>
        <w:t>salam bhi ek social tradition hai.</w:t>
      </w:r>
    </w:p>
    <w:p>
      <w:pPr>
        <w:jc w:val="right"/>
      </w:pPr>
      <w:r>
        <w:t>सलाम भी एक सोशल ट्रेडिशन है।</w:t>
      </w:r>
    </w:p>
    <w:p>
      <w:r>
        <w:rPr>
          <w:b/>
        </w:rPr>
        <w:t xml:space="preserve">[12:15] </w:t>
      </w:r>
      <w:r>
        <w:t>aap ismein bilkul fark nahi karna chahiye hindu-muslim ka.</w:t>
      </w:r>
    </w:p>
    <w:p>
      <w:pPr>
        <w:jc w:val="right"/>
      </w:pPr>
      <w:r>
        <w:t>आप इसमें बिल्कुल फर्क नहीं करना चाहिए हिंदू-मुस्लिम का।</w:t>
      </w:r>
    </w:p>
    <w:p>
      <w:r>
        <w:rPr>
          <w:b/>
        </w:rPr>
        <w:t xml:space="preserve">[12:22] </w:t>
      </w:r>
      <w:r>
        <w:t>aur "peace be upon you" uska matlab hota hai.</w:t>
      </w:r>
    </w:p>
    <w:p>
      <w:pPr>
        <w:jc w:val="right"/>
      </w:pPr>
      <w:r>
        <w:t>और "पीस बी अपॉन यू" उसका मतलब होता है।</w:t>
      </w:r>
    </w:p>
    <w:p>
      <w:r>
        <w:rPr>
          <w:b/>
        </w:rPr>
        <w:t xml:space="preserve">[12:25] </w:t>
      </w:r>
      <w:r>
        <w:t>toh "peace be upon you" har ek ke liye dua mein karni karna hai.</w:t>
      </w:r>
    </w:p>
    <w:p>
      <w:pPr>
        <w:jc w:val="right"/>
      </w:pPr>
      <w:r>
        <w:t>तो "पीस बी अपॉन यू" हर एक के लिए दुआ में करनी करना है।</w:t>
      </w:r>
    </w:p>
    <w:p>
      <w:r>
        <w:rPr>
          <w:b/>
        </w:rPr>
        <w:t xml:space="preserve">[12:29] </w:t>
      </w:r>
      <w:r>
        <w:t>samna hai, woh na aaye tab bhi</w:t>
      </w:r>
    </w:p>
    <w:p>
      <w:pPr>
        <w:jc w:val="right"/>
      </w:pPr>
      <w:r>
        <w:t>सामना है, वो ना आए तब भी</w:t>
      </w:r>
    </w:p>
    <w:p>
      <w:r>
        <w:rPr>
          <w:b/>
        </w:rPr>
        <w:t xml:space="preserve">[12:32] </w:t>
      </w:r>
      <w:r>
        <w:t>ismein koi harj nahi hai.</w:t>
      </w:r>
    </w:p>
    <w:p>
      <w:pPr>
        <w:jc w:val="right"/>
      </w:pPr>
      <w:r>
        <w:t>इसमें कोई हर्ज नहीं है।</w:t>
      </w:r>
    </w:p>
    <w:p>
      <w:r>
        <w:rPr>
          <w:b/>
        </w:rPr>
        <w:t xml:space="preserve">[12:33] </w:t>
      </w:r>
      <w:r>
        <w:t>isme aur koi</w:t>
      </w:r>
    </w:p>
    <w:p>
      <w:pPr>
        <w:jc w:val="right"/>
      </w:pPr>
      <w:r>
        <w:t>इसमें और कोई</w:t>
      </w:r>
    </w:p>
    <w:p>
      <w:r>
        <w:rPr>
          <w:b/>
        </w:rPr>
        <w:t xml:space="preserve">[12:36] </w:t>
      </w:r>
      <w:r>
        <w:t>harj nahi hai. ismein koi agar harj batata, to wo harj batane wala khud, yaani galti kar raha hai.</w:t>
      </w:r>
    </w:p>
    <w:p>
      <w:pPr>
        <w:jc w:val="right"/>
      </w:pPr>
      <w:r>
        <w:t>हर्ज नहीं है। इसमें कोई अगर हर्ज बताता, तो वो हर्ज बताने वाला खुद, यानी गलती कर रहा है।</w:t>
      </w:r>
    </w:p>
    <w:p>
      <w:r>
        <w:rPr>
          <w:b/>
        </w:rPr>
        <w:t xml:space="preserve">[12:45] </w:t>
      </w:r>
      <w:r>
        <w:t>mulana, agle sawal se pehle ek comment padhna chahenge, jo mister shamsher vik ne likha hai australia se. unhone likha hai ki "i really enjoyed todays lecture." agla sawal mulana hai miss nagma siddiqui ka dilli se. unhone pucha hai,</w:t>
      </w:r>
    </w:p>
    <w:p>
      <w:pPr>
        <w:jc w:val="right"/>
      </w:pPr>
      <w:r>
        <w:t>मुलाना, अगले सवाल से पहले एक कमेंट पढ़ना चाहेंगे, जो मिस्टर शमशेर विक ने लिखा है ऑस्ट्रेलिया से। उन्होंने लिखा है कि "आई रियली एंजॉयड टुडेज लेक्चर।" अगला सवाल मुलाना है मिस नगमा सिद्दीकी का दिल्ली से। उन्होंने पूछा है,</w:t>
      </w:r>
    </w:p>
    <w:p>
      <w:r>
        <w:rPr>
          <w:b/>
        </w:rPr>
        <w:t xml:space="preserve">[13:02] </w:t>
      </w:r>
      <w:r>
        <w:t>"how to be in feeling of a thinker on a continuous basis? kindly, kindly advise." phir</w:t>
      </w:r>
    </w:p>
    <w:p>
      <w:pPr>
        <w:jc w:val="right"/>
      </w:pPr>
      <w:r>
        <w:t>"हाउ टू बी इन फीलिंग ऑफ अ थिंकर ऑन अ कंटीन्यूअस बेसिस? काइंडली, काइंडली एडवाइस।" फिर</w:t>
      </w:r>
    </w:p>
    <w:p>
      <w:r>
        <w:rPr>
          <w:b/>
        </w:rPr>
        <w:t xml:space="preserve">[13:10] </w:t>
      </w:r>
      <w:r>
        <w:t>se padhiye. "how to be in a feeling of shukr." "shukr. how to be in a feeling of shukr on continuous basis?" abhi hum shukr kaise nahi</w:t>
      </w:r>
    </w:p>
    <w:p>
      <w:pPr>
        <w:jc w:val="right"/>
      </w:pPr>
      <w:r>
        <w:t>से पढ़िए। "हाउ टू बी इन अ फीलिंग ऑफ शुक्र।" "शुक्र। हाउ टू बी इन अ फीलिंग ऑफ शुक्र ऑन कंटीन्यूअस बेसिस?" अभी हम शुक्र कैसे नहीं</w:t>
      </w:r>
    </w:p>
    <w:p>
      <w:r>
        <w:rPr>
          <w:b/>
        </w:rPr>
        <w:t xml:space="preserve">[13:23] </w:t>
      </w:r>
      <w:r>
        <w:t>karenge? hum har waqt, har waqt main mat-mat sochta hoon ki saans leta hoon aur-aur-aur oxygen mujhe inhale karta hoon, carbon exhale karta hoon. yaani har second yeh waqea hota hai. har second. to kaisi ajeeb baat hai ki mere jism mein jo nizam hai, kharij mein uske mutabik nizam hai. yaani mere</w:t>
      </w:r>
    </w:p>
    <w:p>
      <w:pPr>
        <w:jc w:val="right"/>
      </w:pPr>
      <w:r>
        <w:t>करेंगे? हम हर वक्त, हर वक्त मैं मत-मत सोचता हूं कि सांस लेता हूं और-और-और ऑक्सीजन मुझे इन्हेल करता हूं, कार्बन एक्सहेल करता हूं। यानी हर सेकंड यह वाकया होता है। हर सेकंड। तो कैसी अजीब बात है कि मेरे जिस्म में जो निजाम है, खारिज में उसके मुताबिक निजाम है। यानी मेरे</w:t>
      </w:r>
    </w:p>
    <w:p>
      <w:r>
        <w:rPr>
          <w:b/>
        </w:rPr>
        <w:t xml:space="preserve">[13:46] </w:t>
      </w:r>
      <w:r>
        <w:t>carbon ko darkht le leta hai aur darkht uske badle mujhe oxygen deta hai. to main oxygen inhale karta hoon aur carbon exhale karta hoon. aur wo kitna zabardast exchange hota hai ki darkht mere carbon ko le leta hai aur mujhe oxygen supply karta hai. ye har second ek-ek ye reminder hai. har-har second ke liye ek reminder hai.</w:t>
      </w:r>
    </w:p>
    <w:p>
      <w:pPr>
        <w:jc w:val="right"/>
      </w:pPr>
      <w:r>
        <w:t>कार्बन को दरख्त ले लेता है और दरख्त उसके बदले मुझे ऑक्सीजन देता है। तो मैं ऑक्सीजन इन्हेल करता हूं और कार्बन एक्सहेल करता हूं। और वो कितना जबरदस्त एक्सचेंज होता है कि दरख्त मेरे कार्बन को ले लेता है और मुझे ऑक्सीजन सप्लाई करता है। ये हर सेकंड एक-एक ये रिमाइंडर है। हर-हर सेकंड के लिए एक रिमाइंडर है।</w:t>
      </w:r>
    </w:p>
    <w:p>
      <w:r>
        <w:rPr>
          <w:b/>
        </w:rPr>
        <w:t xml:space="preserve">[14:11] </w:t>
      </w:r>
      <w:r>
        <w:t>to mat-mat ek-ek second bhi aisa nahi hota ki main shukr ka kar raha hoon, kyunki har saans mujhe reminder hota hai. meri har saans, har saans reminder hota hai ki "a-a insan, khuda ka shukr kar." yaani aap gaur kijiye ki agar</w:t>
      </w:r>
    </w:p>
    <w:p>
      <w:pPr>
        <w:jc w:val="right"/>
      </w:pPr>
      <w:r>
        <w:t>तो मत-मत एक-एक सेकंड भी ऐसा नहीं होता कि मैं शुक्र का कर रहा हूं, क्योंकि हर सांस मुझे रिमाइंडर होता है। मेरी हर सांस, हर सांस रिमाइंडर होता है कि "ए-ए इंसान, खुदा का शुक्र कर।" यानी आप गौर कीजिए कि अगर</w:t>
      </w:r>
    </w:p>
    <w:p>
      <w:r>
        <w:rPr>
          <w:b/>
        </w:rPr>
        <w:t xml:space="preserve">[14:30] </w:t>
      </w:r>
      <w:r>
        <w:t>aisa ho ki mere andar se jo carbon nikla, wo darkht na le, to har duniya rehne kaabil na rahe. duniya mein carbon gas bhar jayegi aur reh is duniya mein reh nahi payenge. ya darkht agar oxygen supply na kare, to hum kahan tak thaili liye phirenge oxygen ki?</w:t>
      </w:r>
    </w:p>
    <w:p>
      <w:pPr>
        <w:jc w:val="right"/>
      </w:pPr>
      <w:r>
        <w:t>ऐसा हो कि मेरे अंदर से जो कार्बन निकला, वो दरख्त ना ले, तो हर दुनिया रहने काबिल ना रहे। दुनिया में कार्बन गैस भर जाएगी और रह इस दुनिया में रह नहीं पाएंगे। या दरख्त अगर ऑक्सीजन सप्लाई ना करे, तो हम कहां तक थैली लिए फिरेंगे ऑक्सीजन की?</w:t>
      </w:r>
    </w:p>
    <w:p>
      <w:r>
        <w:rPr>
          <w:b/>
        </w:rPr>
        <w:t xml:space="preserve">[14:51] </w:t>
      </w:r>
      <w:r>
        <w:t>to dono halaton mein mar jayenge hum. to har second ye ek reminder hai insan ke liye ki "a insan, khuda ka shukr kar." ye sirf soch ki baat hai. soch. agar sochein, to aap har-har second, har lamha, har-har moment aap shukr mein jiyenge.</w:t>
      </w:r>
    </w:p>
    <w:p>
      <w:pPr>
        <w:jc w:val="right"/>
      </w:pPr>
      <w:r>
        <w:t>तो दोनों हालतों में मर जाएंगे हम। तो हर सेकंड ये एक रिमाइंडर है इंसान के लिए कि "ए इंसान, खुदा का शुक्र कर।" ये सिर्फ सोच की बात है। सोच। अगर सोचें, तो आप हर-हर सेकंड, हर लम्हा, हर-हर मोमेंट आप शुक्र में जिएंगे।</w:t>
      </w:r>
    </w:p>
    <w:p>
      <w:r>
        <w:rPr>
          <w:b/>
        </w:rPr>
        <w:t xml:space="preserve">[15:14] </w:t>
      </w:r>
      <w:r>
        <w:t>mulana, agla sawal kiya hai tamil nadu se mulana iqbal umri ne. unhone pucha hai, "koi baat aqide ki hai ya nahi, usko janne ka?" excuse me, "koi baat aqide ki hai ya nahi, usko janne ka kya usool hai?" iske bare mein bataiye.</w:t>
      </w:r>
    </w:p>
    <w:p>
      <w:pPr>
        <w:jc w:val="right"/>
      </w:pPr>
      <w:r>
        <w:t>मुलाना, अगला सवाल किया है तमिलनाडु से मुलाना इकबाल उमरी ने। उन्होंने पूछा है, "कोई बात अकीदे की है या नहीं, उसको जानने का?" एक्सक्यूज मी, "कोई बात अकीदे की है या नहीं, उसको जानने का क्या असूल है?" इसके बारे में बताएं।</w:t>
      </w:r>
    </w:p>
    <w:p>
      <w:r>
        <w:rPr>
          <w:b/>
        </w:rPr>
        <w:t xml:space="preserve">[15:35] </w:t>
      </w:r>
      <w:r>
        <w:t>dekhiye, aqeedah ki tamam baatein quran mein maujood hain.</w:t>
      </w:r>
    </w:p>
    <w:p>
      <w:pPr>
        <w:jc w:val="right"/>
      </w:pPr>
      <w:r>
        <w:t>देखिए, अकीदा की तमाम बातें कुरान में मौजूद हैं।</w:t>
      </w:r>
    </w:p>
    <w:p>
      <w:r>
        <w:rPr>
          <w:b/>
        </w:rPr>
        <w:t xml:space="preserve">[15:40] </w:t>
      </w:r>
      <w:r>
        <w:t>quran ke bahar agar koi aqeedah</w:t>
      </w:r>
    </w:p>
    <w:p>
      <w:pPr>
        <w:jc w:val="right"/>
      </w:pPr>
      <w:r>
        <w:t>कुरान के बाहर अगर कोई अकीदा</w:t>
      </w:r>
    </w:p>
    <w:p>
      <w:r>
        <w:rPr>
          <w:b/>
        </w:rPr>
        <w:t xml:space="preserve">[15:43] </w:t>
      </w:r>
      <w:r>
        <w:t>eejad karta hai, to wo galat hai.</w:t>
      </w:r>
    </w:p>
    <w:p>
      <w:pPr>
        <w:jc w:val="right"/>
      </w:pPr>
      <w:r>
        <w:t>ईजाद करता है, तो वो गलत है।</w:t>
      </w:r>
    </w:p>
    <w:p>
      <w:r>
        <w:rPr>
          <w:b/>
        </w:rPr>
        <w:t xml:space="preserve">[15:47] </w:t>
      </w:r>
      <w:r>
        <w:t>yaani koi bhi aisi baat jiska aqeedah se talluq hai, jiska talluq jahannum se hai, wo laazma quran</w:t>
      </w:r>
    </w:p>
    <w:p>
      <w:pPr>
        <w:jc w:val="right"/>
      </w:pPr>
      <w:r>
        <w:t>यानी कोई भी ऐसी बात जिसका अकीदे से ताल्लुक है, जिसका ताल्लुक जहन्नम से है, वो लाजमा कुरान</w:t>
      </w:r>
    </w:p>
    <w:p>
      <w:r>
        <w:rPr>
          <w:b/>
        </w:rPr>
        <w:t xml:space="preserve">[15:53] </w:t>
      </w:r>
      <w:r>
        <w:t>mein maujood hai.</w:t>
      </w:r>
    </w:p>
    <w:p>
      <w:pPr>
        <w:jc w:val="right"/>
      </w:pPr>
      <w:r>
        <w:t>में मौजूद है।</w:t>
      </w:r>
    </w:p>
    <w:p>
      <w:r>
        <w:rPr>
          <w:b/>
        </w:rPr>
        <w:t xml:space="preserve">[15:55] </w:t>
      </w:r>
      <w:r>
        <w:t>koi agar ye kahe ke quran mein maujood nahi hai, to wo jhoot bolta hai.</w:t>
      </w:r>
    </w:p>
    <w:p>
      <w:pPr>
        <w:jc w:val="right"/>
      </w:pPr>
      <w:r>
        <w:t>कोई अगर ये कहे कि कुरान में मौजूद नहीं है, तो वो झूठ बोलता है।</w:t>
      </w:r>
    </w:p>
    <w:p>
      <w:r>
        <w:rPr>
          <w:b/>
        </w:rPr>
        <w:t xml:space="preserve">[15:58] </w:t>
      </w:r>
      <w:r>
        <w:t>to aap quran padh lijiye.</w:t>
      </w:r>
    </w:p>
    <w:p>
      <w:pPr>
        <w:jc w:val="right"/>
      </w:pPr>
      <w:r>
        <w:t>तो आप कुरान पढ़ लीजिए।</w:t>
      </w:r>
    </w:p>
    <w:p>
      <w:r>
        <w:rPr>
          <w:b/>
        </w:rPr>
        <w:t xml:space="preserve">[16:02] </w:t>
      </w:r>
      <w:r>
        <w:t>aqeedah ka mamla koi bhi aisa nahi hai jo quran mein maujood na ho.</w:t>
      </w:r>
    </w:p>
    <w:p>
      <w:pPr>
        <w:jc w:val="right"/>
      </w:pPr>
      <w:r>
        <w:t>अकीदे का मामला कोई भी ऐसा नहीं है जो कुरान में मौजूद ना हो।</w:t>
      </w:r>
    </w:p>
    <w:p>
      <w:r>
        <w:rPr>
          <w:b/>
        </w:rPr>
        <w:t xml:space="preserve">[16:06] </w:t>
      </w:r>
      <w:r>
        <w:t>to agar koi aisi baat bataye aqeedah ki,</w:t>
      </w:r>
    </w:p>
    <w:p>
      <w:pPr>
        <w:jc w:val="right"/>
      </w:pPr>
      <w:r>
        <w:t>तो अगर कोई ऐसी बात बताए अकीदे की,</w:t>
      </w:r>
    </w:p>
    <w:p>
      <w:r>
        <w:rPr>
          <w:b/>
        </w:rPr>
        <w:t xml:space="preserve">[16:11] </w:t>
      </w:r>
      <w:r>
        <w:t>farz ki koi kahe ki "taj taj mahal ko dekh lo, to jannat pakki ho jayegi," to usse puche, "quran mein</w:t>
      </w:r>
    </w:p>
    <w:p>
      <w:pPr>
        <w:jc w:val="right"/>
      </w:pPr>
      <w:r>
        <w:t>फर्ज की कोई कहे कि "ताज ताजमहल को देख लो, तो जन्नत पक्की हो जाएगी," तो उससे पूछे, "कुरान में</w:t>
      </w:r>
    </w:p>
    <w:p>
      <w:r>
        <w:rPr>
          <w:b/>
        </w:rPr>
        <w:t xml:space="preserve">[16:19] </w:t>
      </w:r>
      <w:r>
        <w:t>kahan likha hua hai?" koi kahe ki "qutub minar par chadh jao, to to jannat ka ticket mil jayega tumko," to puche, "quran mein kahan likha hua</w:t>
      </w:r>
    </w:p>
    <w:p>
      <w:pPr>
        <w:jc w:val="right"/>
      </w:pPr>
      <w:r>
        <w:t>कहां लिखा हुआ है?" कोई कहे कि "कुतब मीनार पर चढ़ जाओ, तो तो जन्नत का टिकट मिल जाएगा तुमको," तो पूछे, "कुरान में कहां लिखा हुआ</w:t>
      </w:r>
    </w:p>
    <w:p>
      <w:r>
        <w:rPr>
          <w:b/>
        </w:rPr>
        <w:t xml:space="preserve">[16:30] </w:t>
      </w:r>
      <w:r>
        <w:t>hai?" to koi bhi aisi baat jiska talluq nijaat se hai, aqeedah se hai, wo laazma quran mein</w:t>
      </w:r>
    </w:p>
    <w:p>
      <w:pPr>
        <w:jc w:val="right"/>
      </w:pPr>
      <w:r>
        <w:t>है?" तो कोई भी ऐसी बात जिसका ताल्लुक निजात से है, अकीदे से है, वो लाजमा कुरान में</w:t>
      </w:r>
    </w:p>
    <w:p>
      <w:r>
        <w:rPr>
          <w:b/>
        </w:rPr>
        <w:t xml:space="preserve">[16:37] </w:t>
      </w:r>
      <w:r>
        <w:t>maujood hai. quran mein hai, to theek hai.</w:t>
      </w:r>
    </w:p>
    <w:p>
      <w:pPr>
        <w:jc w:val="right"/>
      </w:pPr>
      <w:r>
        <w:t>मौजूद है। कुरान में है, तोठीक है।</w:t>
      </w:r>
    </w:p>
    <w:p>
      <w:r>
        <w:rPr>
          <w:b/>
        </w:rPr>
        <w:t xml:space="preserve">[16:40] </w:t>
      </w:r>
      <w:r>
        <w:t>nahi to nahi.</w:t>
      </w:r>
    </w:p>
    <w:p>
      <w:pPr>
        <w:jc w:val="right"/>
      </w:pPr>
      <w:r>
        <w:t>नहीं तो नहीं।</w:t>
      </w:r>
    </w:p>
    <w:p>
      <w:r>
        <w:rPr>
          <w:b/>
        </w:rPr>
        <w:t xml:space="preserve">[16:42] </w:t>
      </w:r>
      <w:r>
        <w:t>isi ko imam murifa ne kaha tha ke "kitab</w:t>
      </w:r>
    </w:p>
    <w:p>
      <w:pPr>
        <w:jc w:val="right"/>
      </w:pPr>
      <w:r>
        <w:t>इसी को इमाम मुरीफा ने कहा था कि "किताब</w:t>
      </w:r>
    </w:p>
    <w:p>
      <w:r>
        <w:rPr>
          <w:b/>
        </w:rPr>
        <w:t xml:space="preserve">[16:47] </w:t>
      </w:r>
      <w:r>
        <w:t>allah taqul ke quran se lao, to manunga."</w:t>
      </w:r>
    </w:p>
    <w:p>
      <w:pPr>
        <w:jc w:val="right"/>
      </w:pPr>
      <w:r>
        <w:t>अल्लाह ताकुल कि कुरान से लाओ, तो मानूंगा।"</w:t>
      </w:r>
    </w:p>
    <w:p>
      <w:r>
        <w:rPr>
          <w:b/>
        </w:rPr>
        <w:t xml:space="preserve">[16:48] </w:t>
      </w:r>
      <w:r>
        <w:t>nahi, nahi manta hoon main.</w:t>
      </w:r>
    </w:p>
    <w:p>
      <w:pPr>
        <w:jc w:val="right"/>
      </w:pPr>
      <w:r>
        <w:t>नहीं, नहीं मानता हूं मैं।</w:t>
      </w:r>
    </w:p>
    <w:p>
      <w:r>
        <w:rPr>
          <w:b/>
        </w:rPr>
        <w:t xml:space="preserve">[16:51] </w:t>
      </w:r>
      <w:r>
        <w:t>to koi bhi shakhs agar ye dawa karta hai ke aqeedah ka mamla quran se bahar bhi kahin</w:t>
      </w:r>
    </w:p>
    <w:p>
      <w:pPr>
        <w:jc w:val="right"/>
      </w:pPr>
      <w:r>
        <w:t>तो कोई भी शख्स अगर ये दावा करता है कि अकीदे का मामला कुरान से बाहर भी कहीं</w:t>
      </w:r>
    </w:p>
    <w:p>
      <w:r>
        <w:rPr>
          <w:b/>
        </w:rPr>
        <w:t xml:space="preserve">[16:55] </w:t>
      </w:r>
      <w:r>
        <w:t>maujood hai, to wo galat dawa karta hai.</w:t>
      </w:r>
    </w:p>
    <w:p>
      <w:pPr>
        <w:jc w:val="right"/>
      </w:pPr>
      <w:r>
        <w:t>मौजूद है, तो वो गलत दावा करता है।</w:t>
      </w:r>
    </w:p>
    <w:p>
      <w:r>
        <w:rPr>
          <w:b/>
        </w:rPr>
        <w:t xml:space="preserve">[17:01] </w:t>
      </w:r>
      <w:r>
        <w:t>koi haal mein agar aqide hi na ho, to phir quran mein hai k</w:t>
      </w:r>
    </w:p>
    <w:p>
      <w:pPr>
        <w:jc w:val="right"/>
      </w:pPr>
      <w:r>
        <w:t>कोई हाल में अगर अकीदे ही ना हो, तो फिर कुरान में है क</w:t>
      </w:r>
    </w:p>
    <w:p>
      <w:r>
        <w:rPr>
          <w:b/>
        </w:rPr>
        <w:t xml:space="preserve">[17:03] </w:t>
      </w:r>
      <w:r>
        <w:t>ya? kya sirf tareekh hai usmein qaumon ki? nahi, aqide ka koi bhi mamla aisa nahi hai jo quran mein maujood na ho. aur jo cheez quran mein maujood na ho, wo aqida bhi nahi hai. wo aqida bhi nahi hai.</w:t>
      </w:r>
    </w:p>
    <w:p>
      <w:pPr>
        <w:jc w:val="right"/>
      </w:pPr>
      <w:r>
        <w:t>्या? क्या सिर्फ तारीख है उसमें कौमों की? नहीं, अकीदे का कोई भी मामला ऐसा नहीं है जो कुरान में मौजूद ना हो। और जो चीज कुरान में मौजूद ना हो, वो अकीदा भी नहीं है। वो अकीदा भी नहीं है।</w:t>
      </w:r>
    </w:p>
    <w:p>
      <w:r>
        <w:rPr>
          <w:b/>
        </w:rPr>
        <w:t xml:space="preserve">[17:21] </w:t>
      </w:r>
      <w:r>
        <w:t>mulana, agla sawal delhi se hai mister arshad sirajuddin sahab ka.</w:t>
      </w:r>
    </w:p>
    <w:p>
      <w:pPr>
        <w:jc w:val="right"/>
      </w:pPr>
      <w:r>
        <w:t>मुलाना, अगला सवाल दिल्ली से है मिस्टर अरशद सिराजुद्दीन साहब का।</w:t>
      </w:r>
    </w:p>
    <w:p>
      <w:r>
        <w:rPr>
          <w:b/>
        </w:rPr>
        <w:t xml:space="preserve">[17:26] </w:t>
      </w:r>
      <w:r>
        <w:t>unhone likha hai, "mulana mohtaram, aapne ilm aur dawat ke maidan mein bharpoor zindagi guzari hai.</w:t>
      </w:r>
    </w:p>
    <w:p>
      <w:pPr>
        <w:jc w:val="right"/>
      </w:pPr>
      <w:r>
        <w:t>उन्होंने लिखा है, "मुलाना मोहतरम, आपने इल्म और दावत के मैदान में भरपूर जिंदगी गुजारी है।</w:t>
      </w:r>
    </w:p>
    <w:p>
      <w:r>
        <w:rPr>
          <w:b/>
        </w:rPr>
        <w:t xml:space="preserve">[17:35] </w:t>
      </w:r>
      <w:r>
        <w:t>aapse guzarish hai ke aap apni autobiography shayar farmayein.</w:t>
      </w:r>
    </w:p>
    <w:p>
      <w:pPr>
        <w:jc w:val="right"/>
      </w:pPr>
      <w:r>
        <w:t>आपसे गुजारिश है कि आप अपनी ऑटोबायोग्राफी शायर फरमाएं।</w:t>
      </w:r>
    </w:p>
    <w:p>
      <w:r>
        <w:rPr>
          <w:b/>
        </w:rPr>
        <w:t xml:space="preserve">[17:40] </w:t>
      </w:r>
      <w:r>
        <w:t>allah aapko afiyat ata farmaye."</w:t>
      </w:r>
    </w:p>
    <w:p>
      <w:pPr>
        <w:jc w:val="right"/>
      </w:pPr>
      <w:r>
        <w:t>अल्लाह आपको आफियत अता फरमाए।"</w:t>
      </w:r>
    </w:p>
    <w:p>
      <w:r>
        <w:rPr>
          <w:b/>
        </w:rPr>
        <w:t xml:space="preserve">[17:43] </w:t>
      </w:r>
      <w:r>
        <w:t>aap dua kijiye ke ek aap ho jaye.</w:t>
      </w:r>
    </w:p>
    <w:p>
      <w:pPr>
        <w:jc w:val="right"/>
      </w:pPr>
      <w:r>
        <w:t>आप दुआ कीजिए कि एक आप हो जाए।</w:t>
      </w:r>
    </w:p>
    <w:p>
      <w:r>
        <w:rPr>
          <w:b/>
        </w:rPr>
        <w:t xml:space="preserve">[17:48] </w:t>
      </w:r>
      <w:r>
        <w:t>baqi kab hoga, mujhe nahi maloom iske bare mein kuch.</w:t>
      </w:r>
    </w:p>
    <w:p>
      <w:pPr>
        <w:jc w:val="right"/>
      </w:pPr>
      <w:r>
        <w:t>बाकी कब होगा, मुझे नहीं मालूम इसके बारे में कुछ।</w:t>
      </w:r>
    </w:p>
    <w:p>
      <w:r>
        <w:rPr>
          <w:b/>
        </w:rPr>
        <w:t xml:space="preserve">[17:53] </w:t>
      </w:r>
      <w:r>
        <w:t>mulana, agla sawal delhi se hai mister hasan sharif ka.</w:t>
      </w:r>
    </w:p>
    <w:p>
      <w:pPr>
        <w:jc w:val="right"/>
      </w:pPr>
      <w:r>
        <w:t>मुलाना, अगला सवाल दिल्ली से है मिस्टर हसन शरीफ का।</w:t>
      </w:r>
    </w:p>
    <w:p>
      <w:r>
        <w:rPr>
          <w:b/>
        </w:rPr>
        <w:t xml:space="preserve">[17:58] </w:t>
      </w:r>
      <w:r>
        <w:t>unhonne likha hai, "there is a ayat in quran, chapter 16, verse number 125,</w:t>
      </w:r>
    </w:p>
    <w:p>
      <w:pPr>
        <w:jc w:val="right"/>
      </w:pPr>
      <w:r>
        <w:t>उन्होंने लिखा है, "देयर इज अ आयत इन कुरान, चैप्टर 16, वर्स नंबर 125,</w:t>
      </w:r>
    </w:p>
    <w:p>
      <w:r>
        <w:rPr>
          <w:b/>
        </w:rPr>
        <w:t xml:space="preserve">[18:06] </w:t>
      </w:r>
      <w:r>
        <w:t>where it is said, 'call to the god with hikma.'"</w:t>
      </w:r>
    </w:p>
    <w:p>
      <w:pPr>
        <w:jc w:val="right"/>
      </w:pPr>
      <w:r>
        <w:t>वेयर इट इज सेड, 'कॉल टू द गॉड विद हिकमा।'"</w:t>
      </w:r>
    </w:p>
    <w:p>
      <w:r>
        <w:rPr>
          <w:b/>
        </w:rPr>
        <w:t xml:space="preserve">[18:10] </w:t>
      </w:r>
      <w:r>
        <w:t>Maulana, may I know the meaning and explanation of the word hikmah here.</w:t>
      </w:r>
    </w:p>
    <w:p>
      <w:pPr>
        <w:jc w:val="right"/>
      </w:pPr>
      <w:r>
        <w:t>मुलाना, मे आई नो द मीनिंग एंड एक्सप्लेनेशन ऑफ द वर्ड हिकमा हियर।</w:t>
      </w:r>
    </w:p>
    <w:p>
      <w:r>
        <w:rPr>
          <w:b/>
        </w:rPr>
        <w:t xml:space="preserve">[18:32] </w:t>
      </w:r>
      <w:r>
        <w:t>phir usi mein aa gaya hai ki "isi</w:t>
      </w:r>
    </w:p>
    <w:p>
      <w:pPr>
        <w:jc w:val="right"/>
      </w:pPr>
      <w:r>
        <w:t>फिर उसी में आ गया है कि "इसी</w:t>
      </w:r>
    </w:p>
    <w:p>
      <w:r>
        <w:rPr>
          <w:b/>
        </w:rPr>
        <w:t xml:space="preserve">[18:39] </w:t>
      </w:r>
      <w:r>
        <w:t>mein alag hai."</w:t>
      </w:r>
    </w:p>
    <w:p>
      <w:pPr>
        <w:jc w:val="right"/>
      </w:pPr>
      <w:r>
        <w:t>में अलग है।"</w:t>
      </w:r>
    </w:p>
    <w:p>
      <w:r>
        <w:rPr>
          <w:b/>
        </w:rPr>
        <w:t xml:space="preserve">[18:39] </w:t>
      </w:r>
      <w:r>
        <w:t>wo alag hai.</w:t>
      </w:r>
    </w:p>
    <w:p>
      <w:pPr>
        <w:jc w:val="right"/>
      </w:pPr>
      <w:r>
        <w:t>वो अलग है।</w:t>
      </w:r>
    </w:p>
    <w:p>
      <w:r>
        <w:rPr>
          <w:b/>
        </w:rPr>
        <w:t xml:space="preserve">[18:40] </w:t>
      </w:r>
      <w:r>
        <w:t>achha, theek hai. hikma jo hai,</w:t>
      </w:r>
    </w:p>
    <w:p>
      <w:pPr>
        <w:jc w:val="right"/>
      </w:pPr>
      <w:r>
        <w:t>अच्छा,ठीक है। हिकमा जो है,</w:t>
      </w:r>
    </w:p>
    <w:p>
      <w:r>
        <w:rPr>
          <w:b/>
        </w:rPr>
        <w:t xml:space="preserve">[18:44] </w:t>
      </w:r>
      <w:r>
        <w:t>hikma se murad wahi cheez ko hum kehte hain wisdom.</w:t>
      </w:r>
    </w:p>
    <w:p>
      <w:pPr>
        <w:jc w:val="right"/>
      </w:pPr>
      <w:r>
        <w:t>हिकमा से मुराद वही चीज को हम कहते हैं विजडम।</w:t>
      </w:r>
    </w:p>
    <w:p>
      <w:r>
        <w:rPr>
          <w:b/>
        </w:rPr>
        <w:t xml:space="preserve">[18:49] </w:t>
      </w:r>
      <w:r>
        <w:t>wisdom, hikmat koi</w:t>
      </w:r>
    </w:p>
    <w:p>
      <w:pPr>
        <w:jc w:val="right"/>
      </w:pPr>
      <w:r>
        <w:t>विजडम, हिकमत कोई</w:t>
      </w:r>
    </w:p>
    <w:p>
      <w:r>
        <w:rPr>
          <w:b/>
        </w:rPr>
        <w:t xml:space="preserve">[18:52] </w:t>
      </w:r>
      <w:r>
        <w:t>mysterious cheez, purana cheez nahin hai.</w:t>
      </w:r>
    </w:p>
    <w:p>
      <w:pPr>
        <w:jc w:val="right"/>
      </w:pPr>
      <w:r>
        <w:t>मिस्टीरियस चीज, पुराना चीज नहीं है।</w:t>
      </w:r>
    </w:p>
    <w:p>
      <w:r>
        <w:rPr>
          <w:b/>
        </w:rPr>
        <w:t xml:space="preserve">[18:55] </w:t>
      </w:r>
      <w:r>
        <w:t>wisdom behtareen lafz hai hikmat ke liye.</w:t>
      </w:r>
    </w:p>
    <w:p>
      <w:pPr>
        <w:jc w:val="right"/>
      </w:pPr>
      <w:r>
        <w:t>विजडम बेहतरीन लफ्ज है हिकमत के लिए।</w:t>
      </w:r>
    </w:p>
    <w:p>
      <w:r>
        <w:rPr>
          <w:b/>
        </w:rPr>
        <w:t xml:space="preserve">[18:59] </w:t>
      </w:r>
      <w:r>
        <w:t>to yaani deen ka ek bada juj hai, wisdom hai.</w:t>
      </w:r>
    </w:p>
    <w:p>
      <w:pPr>
        <w:jc w:val="right"/>
      </w:pPr>
      <w:r>
        <w:t>तो यानी दीन का एक बड़ा जुज है, विजडम है।</w:t>
      </w:r>
    </w:p>
    <w:p>
      <w:r>
        <w:rPr>
          <w:b/>
        </w:rPr>
        <w:t xml:space="preserve">[19:06] </w:t>
      </w:r>
      <w:r>
        <w:t>dekhiye, wisdom kya cheez hai?</w:t>
      </w:r>
    </w:p>
    <w:p>
      <w:pPr>
        <w:jc w:val="right"/>
      </w:pPr>
      <w:r>
        <w:t>देखिए, विजडम क्या चीज है?</w:t>
      </w:r>
    </w:p>
    <w:p>
      <w:r>
        <w:rPr>
          <w:b/>
        </w:rPr>
        <w:t xml:space="preserve">[19:09] </w:t>
      </w:r>
      <w:r>
        <w:t>ek hai usool. usool ko hum kehte hain aqeedah ya taaleem, jo lafzon mein hoti hai.</w:t>
      </w:r>
    </w:p>
    <w:p>
      <w:pPr>
        <w:jc w:val="right"/>
      </w:pPr>
      <w:r>
        <w:t>एक है उसूल। उसूल को हम कहते हैं अकीदा या तालीम, जो लफ्जों में होती है।</w:t>
      </w:r>
    </w:p>
    <w:p>
      <w:r>
        <w:rPr>
          <w:b/>
        </w:rPr>
        <w:t xml:space="preserve">[19:20] </w:t>
      </w:r>
      <w:r>
        <w:t>yaani ek hai taaleem ya qanoon ya aqeedah, woh sab lafzon mein hota hai. aur wisdom jo hai, uska taalluq jo hota hai, usmein yaani jo between the line jo hota hai, woh woh wisdom hota hai, jo gaur fikar samajh mein aata hai.</w:t>
      </w:r>
    </w:p>
    <w:p>
      <w:pPr>
        <w:jc w:val="right"/>
      </w:pPr>
      <w:r>
        <w:t>यानी एक है तालीम या कानून या अकीदा, वो सब लफ्जों में होता है। और विजडम जो है, उसका ताल्लुक जो होता है, उसमें यानी जो बिटवीन द लाइन जो होता है, वो वो विजडम होता है, जो गौर फिक्स समझ में आता है।</w:t>
      </w:r>
    </w:p>
    <w:p>
      <w:r>
        <w:rPr>
          <w:b/>
        </w:rPr>
        <w:t xml:space="preserve">[19:40] </w:t>
      </w:r>
      <w:r>
        <w:t>wisdom ke liye aapko sochna padta hai. to yahan par wisdom ka matlab yeh hai ki kisi ko tum dawat de rahe ho, to usmein pehle socho kis tarah dawat di jaye. kis tarah main kahoon ki uska mind address ho, uska meri baat ko</w:t>
      </w:r>
    </w:p>
    <w:p>
      <w:pPr>
        <w:jc w:val="right"/>
      </w:pPr>
      <w:r>
        <w:t>विजडम के लिए आपको सोचना पड़ता है। तो यहां पर विजडम का मतलब यह है कि किसी को तुम दावत दे रहे हो, तो उसमें पहले सोचो किस तरह दावत दी जाए। किस तरह मैं कहूं कि उसका माइंड एड्रेस हो, उसका मेरी बात को</w:t>
      </w:r>
    </w:p>
    <w:p>
      <w:r>
        <w:rPr>
          <w:b/>
        </w:rPr>
        <w:t xml:space="preserve">[19:58] </w:t>
      </w:r>
      <w:r>
        <w:t>dhyan de, woh meri baat par gaur kare, woh aur uske zehan badle. in sab baaton ko lekar jab sochenge, to usko hikmat kaha jayega. yaani dawat ka matlab yeh nahi ki kuch bol dein, bas khali bagair kisi wisdom ke, bagair kisi</w:t>
      </w:r>
    </w:p>
    <w:p>
      <w:pPr>
        <w:jc w:val="right"/>
      </w:pPr>
      <w:r>
        <w:t>ध्यान दे, वो मेरी बात पर गौर करे, वो और उसके जहन बदले। इन सब बातों को लेकर जब सोचेंगे, तो उसको हिकमत कहा जाएगा। यानी दावत का मतलब यह नहीं कि कुछ बोल दें, बस खाली बगैर किसी विजडम के, बगैर किसी</w:t>
      </w:r>
    </w:p>
    <w:p>
      <w:r>
        <w:rPr>
          <w:b/>
        </w:rPr>
        <w:t xml:space="preserve">[20:16] </w:t>
      </w:r>
      <w:r>
        <w:t>ismein</w:t>
      </w:r>
    </w:p>
    <w:p>
      <w:pPr>
        <w:jc w:val="right"/>
      </w:pPr>
      <w:r>
        <w:t>इसमें</w:t>
      </w:r>
    </w:p>
    <w:p>
      <w:r>
        <w:rPr>
          <w:b/>
        </w:rPr>
        <w:t xml:space="preserve">[20:19] </w:t>
      </w:r>
      <w:r>
        <w:t>soche samjhe hue. to khulasa yeh hai ki dawat do logon ko hikmat ke saath. ka matlab yeh hai ki is tarah jo logon ke liye understandable ho, is tarah dawat do. woh do ilaaj ka bil hikma. allah ke raaste ki taraf logon ko bulao, hikmat ke saath.</w:t>
      </w:r>
    </w:p>
    <w:p>
      <w:pPr>
        <w:jc w:val="right"/>
      </w:pPr>
      <w:r>
        <w:t>सोचे समझे हुए। तो खुलासा यह है कि दावत दो लोगों को हिकमत के साथ। का मतलब यह है कि इस तरह जो लोगों के लिए अंडरस्टैंडेबल हो, इस तरह दावत दो। वो दो इलाज का बिल हिकमा। अल्लाह के रास्ते की तरफ लोगों को बुलाओ, हिकमत के साथ।</w:t>
      </w:r>
    </w:p>
    <w:p>
      <w:r>
        <w:rPr>
          <w:b/>
        </w:rPr>
        <w:t xml:space="preserve">[20:41] </w:t>
      </w:r>
      <w:r>
        <w:t>to yaani doosre lafzon mein agar hum badlein, to hum kahenge, yeh keh sakte hain ki allah ke raaste ki taraf bulao logon ko is tarah jo unke liye understandable ho, jo unki reason ko appeal kare, jisse unka mind address hota ho.</w:t>
      </w:r>
    </w:p>
    <w:p>
      <w:pPr>
        <w:jc w:val="right"/>
      </w:pPr>
      <w:r>
        <w:t>तो यानी दूसरे लफ्जों में अगर हम बदलें, तो हम कहेंगे, ये कह सकते हैं कि अल्लाह के रास्ते की तरफ बुलाओ लोगों को इस तरह जो उनके लिए अंडरस्टैंडेबल हो, जो उनकी रीजन को अपील करे, जिससे उनका माइंड एड्रेस होता हो।</w:t>
      </w:r>
    </w:p>
    <w:p>
      <w:r>
        <w:rPr>
          <w:b/>
        </w:rPr>
        <w:t xml:space="preserve">[20:58] </w:t>
      </w:r>
      <w:r>
        <w:t>is tarah dawat do.</w:t>
      </w:r>
    </w:p>
    <w:p>
      <w:pPr>
        <w:jc w:val="right"/>
      </w:pPr>
      <w:r>
        <w:t>इस तरह दावत दो।</w:t>
      </w:r>
    </w:p>
    <w:p>
      <w:r>
        <w:rPr>
          <w:b/>
        </w:rPr>
        <w:t xml:space="preserve">[21:02] </w:t>
      </w:r>
      <w:r>
        <w:t>mulana, agla sawal hai doctor owais siddiqui ka delhi se. unhone likha hai, "mulana, is there any difference between doing dawa?" we do. sorry, "mulana, is there any difference between doing dua?" we do while sitting, standing or lying, and the dua?</w:t>
      </w:r>
    </w:p>
    <w:p>
      <w:pPr>
        <w:jc w:val="right"/>
      </w:pPr>
      <w:r>
        <w:t>मुलाना, अगला सवाल है डॉक्टर ओवैस सिद्दीकी का दिल्ली से। उन्होंने लिखा है, "मुलाना, इज देयर एनी डिफरेंस बिटवीन डूइंग दावा?" वी डू। सॉरी, "मुलाना, इज देयर एनी डिफरेंस बिटवीन डूइंग दुआ?" वी डू वाइल सिटिंग, स्टैंडिंग और लाइंग, एंड द दुआ?</w:t>
      </w:r>
    </w:p>
    <w:p>
      <w:r>
        <w:rPr>
          <w:b/>
        </w:rPr>
        <w:t xml:space="preserve">[21:22] </w:t>
      </w:r>
      <w:r>
        <w:t>we do after two unit, two unit salat.</w:t>
      </w:r>
    </w:p>
    <w:p>
      <w:pPr>
        <w:jc w:val="right"/>
      </w:pPr>
      <w:r>
        <w:t>वी डू आफ्टर टू यूनिट, टू यूनिट सलात।</w:t>
      </w:r>
    </w:p>
    <w:p>
      <w:r>
        <w:rPr>
          <w:b/>
        </w:rPr>
        <w:t xml:space="preserve">[21:27] </w:t>
      </w:r>
      <w:r>
        <w:t>dekhiye, dua to har waqt karte rehna hai. yeh nahi ki namaz padhne ke baad aapne haath uthaya aur rati hui dua padh di. itni kafi nahi hai. dua to ek zindagi mein shamil hoti hai,</w:t>
      </w:r>
    </w:p>
    <w:p>
      <w:pPr>
        <w:jc w:val="right"/>
      </w:pPr>
      <w:r>
        <w:t>देखिए, दुआ तो हर वक्त करते रहना है। यह नहीं कि नमाज पढ़ने के बाद आपने हाथ उठाया और रटी हुई दुआ पढ़ दी। इतनी काफी नहीं है। दुआ तो एक जिंदगी में शामिल होती है,</w:t>
      </w:r>
    </w:p>
    <w:p>
      <w:r>
        <w:rPr>
          <w:b/>
        </w:rPr>
        <w:t xml:space="preserve">[21:41] </w:t>
      </w:r>
      <w:r>
        <w:t>har mauqe par nikalti rehti hai. dua, dua part of life hai. woh dua jo namaz ke baad haath uthakar aati hai, woh to ek chhota sa hissa hai, uska ek tiny part hai dua ka. baqi dua to poori life mein shamil rehti hai.</w:t>
      </w:r>
    </w:p>
    <w:p>
      <w:pPr>
        <w:jc w:val="right"/>
      </w:pPr>
      <w:r>
        <w:t>हर मौके पर निकलती रहती है। दुआ, दुआ पार्ट ऑफ लाइफ है। वो दुआ जो नमाज के बाद हाथ उठाकर आती है, वो तो एक छोटा सा हिस्सा है, उसका एक टैनी पार्ट है दुआ का। बाकी दुआ तो पूरी लाइफ में शामिल रहती है।</w:t>
      </w:r>
    </w:p>
    <w:p>
      <w:r>
        <w:rPr>
          <w:b/>
        </w:rPr>
        <w:t xml:space="preserve">[22:00] </w:t>
      </w:r>
      <w:r>
        <w:t>har waqt aapka dil allah se juda rehta hai, allah se yaani mangta rehta hai. ek hadith mein hai, "inaji rabba," banda allah se whisper karta hai. to whisper jo hai, kya yeh dua</w:t>
      </w:r>
    </w:p>
    <w:p>
      <w:pPr>
        <w:jc w:val="right"/>
      </w:pPr>
      <w:r>
        <w:t>हर वक्त आपका दिल अल्लाह से जुड़ा रहता है, अल्लाह से यानी मांगता रहता है। एक हदीस में है, "इनाजी रब्बा," बंदा अल्लाह से विस्पर करता है। तो विस्पर जो है, क्या यह दुआ</w:t>
      </w:r>
    </w:p>
    <w:p>
      <w:r>
        <w:rPr>
          <w:b/>
        </w:rPr>
        <w:t xml:space="preserve">[22:16] </w:t>
      </w:r>
      <w:r>
        <w:t>to hai? yeh to woh ek ek continuous amal hai, koi waqti cheez nahi hai. mulana, agla sawal miss saira latif ka hai, karachi, pakistan se. unhone likha hai,</w:t>
      </w:r>
    </w:p>
    <w:p>
      <w:pPr>
        <w:jc w:val="right"/>
      </w:pPr>
      <w:r>
        <w:t>तो है? यह तो वो एक एक कंटीन्यूअस अमल है, कोई वक्ती चीज नहीं है। मुलाना, अगला सवाल मिस सायरा लतीफ का है, कराची, पाकिस्तान से। उन्होंने लिखा है,</w:t>
      </w:r>
    </w:p>
    <w:p>
      <w:r>
        <w:rPr>
          <w:b/>
        </w:rPr>
        <w:t xml:space="preserve">[22:31] </w:t>
      </w:r>
      <w:r>
        <w:t>"zarurat ki had kya hai</w:t>
      </w:r>
    </w:p>
    <w:p>
      <w:pPr>
        <w:jc w:val="right"/>
      </w:pPr>
      <w:r>
        <w:t>"जरूरत की हद क्या है</w:t>
      </w:r>
    </w:p>
    <w:p>
      <w:r>
        <w:rPr>
          <w:b/>
        </w:rPr>
        <w:t xml:space="preserve">[22:33] </w:t>
      </w:r>
      <w:r>
        <w:t>?" ek shakhs kehta hai ki meri zarurat makan aur gaadi hai. doosra shakhs kehta hai ki meri zarurat makan, gaadi aur motorcycle hai. teesra shakhs ismein do cheezon ka aur izafa karta hai. isko iske bare mein batayein.</w:t>
      </w:r>
    </w:p>
    <w:p>
      <w:pPr>
        <w:jc w:val="right"/>
      </w:pPr>
      <w:r>
        <w:t>?" एक शख्स कहता है कि मेरी जरूरत मकान और गाड़ी है। दूसरा शख्स कहता है कि मेरी जरूरत मकान, गाड़ी और मोटरसाइकिल है। तीसरा शख्स इसमें दो चीजों का और इजाफा करता है। इसको इसके बारे में बताएं।</w:t>
      </w:r>
    </w:p>
    <w:p>
      <w:r>
        <w:rPr>
          <w:b/>
        </w:rPr>
        <w:t xml:space="preserve">[22:54] </w:t>
      </w:r>
      <w:r>
        <w:t>dekhiye, zarurat ko koi ginti mein aap hadbandi nahi kar sakte ki list banayein. aap aisa nahi ho sakta, koi list nahi ban sakti. aap</w:t>
      </w:r>
    </w:p>
    <w:p>
      <w:pPr>
        <w:jc w:val="right"/>
      </w:pPr>
      <w:r>
        <w:t>देखिए, जरूरत को कोई गिनती में आप हदबंदी नहीं कर सकते कि लिस्ट बनाएं। आप ऐसा नहीं हो सकता, कोई लिस्ट नहीं बन सकती। आप</w:t>
      </w:r>
    </w:p>
    <w:p>
      <w:r>
        <w:rPr>
          <w:b/>
        </w:rPr>
        <w:t xml:space="preserve">[23:08] </w:t>
      </w:r>
      <w:r>
        <w:t>ki mez, kursi, qalam, pencil, aap char list banayein. aisa nahi ho sakta hai. aadmi ka khud apna kaam hai ki woh jaane ki zarurat kya hai. zarurat ke angrezi mein hota hai need.</w:t>
      </w:r>
    </w:p>
    <w:p>
      <w:pPr>
        <w:jc w:val="right"/>
      </w:pPr>
      <w:r>
        <w:t>कि मेज, कुर्सी, कलम, पेंसिल, आप चार लिस्ट बनाएं। ऐसा नहीं हो सकता है। आदमी का खुद अपना काम है कि वह जाने कि जरूरत क्या है। जरूरत के अंग्रेजी में होता है नीड।</w:t>
      </w:r>
    </w:p>
    <w:p>
      <w:r>
        <w:rPr>
          <w:b/>
        </w:rPr>
        <w:t xml:space="preserve">[23:26] </w:t>
      </w:r>
      <w:r>
        <w:t>need yaani bare need, jiske bagair zindagi mumkin na ho. to ek hadith mein is tarah aaya hai is silsile mein</w:t>
      </w:r>
    </w:p>
    <w:p>
      <w:pPr>
        <w:jc w:val="right"/>
      </w:pPr>
      <w:r>
        <w:t>नीड यानी बेयर नीड, जिसके बगैर जिंदगी मुमकिन ना हो। तो एक हदीस में इस तरह आया है इस सिलसिले में</w:t>
      </w:r>
    </w:p>
    <w:p>
      <w:r>
        <w:rPr>
          <w:b/>
        </w:rPr>
        <w:t xml:space="preserve">[23:42] </w:t>
      </w:r>
      <w:r>
        <w:t>ki jis aadmi ke paas ek ghar ho, bas rehne ke qabil ghar, aur roti ka tukda aur pani ho, ek khadim ho, to goya ki usko sab cheez mil gayi.</w:t>
      </w:r>
    </w:p>
    <w:p>
      <w:pPr>
        <w:jc w:val="right"/>
      </w:pPr>
      <w:r>
        <w:t>कि जिस आदमी के पास एक घर हो, बस रहने के काबिल घर, और रोटी का टुकड़ा और पानी हो, एक खादिम हो, तो गोया कि उसको सब चीज मिल गई।</w:t>
      </w:r>
    </w:p>
    <w:p>
      <w:r>
        <w:rPr>
          <w:b/>
        </w:rPr>
        <w:t xml:space="preserve">[24:00] </w:t>
      </w:r>
      <w:r>
        <w:t>goya ki sab kuch mil gaya. to yeh ek ek isse andaza kar sakte hain ki zarurat ka matlab kya hai. phir bhi koi list nahi bana sakte. aap us aadmi ko jitna zyada ehsas hoga is baat ka</w:t>
      </w:r>
    </w:p>
    <w:p>
      <w:pPr>
        <w:jc w:val="right"/>
      </w:pPr>
      <w:r>
        <w:t>गोया कि सब कुछ मिल गया। तो यह एक एक इससे अंदाजा कर सकते हैं कि जरूरत का मतलब क्या है। फिर भी कोई लिस्ट नहीं बना सकते। आप उस आदमी को जितना ज्यादा एहसास होगा इस बात का</w:t>
      </w:r>
    </w:p>
    <w:p>
      <w:r>
        <w:rPr>
          <w:b/>
        </w:rPr>
        <w:t xml:space="preserve">[24:17] </w:t>
      </w:r>
      <w:r>
        <w:t>ki yeh duniya jo hai, aish karne ki nahi hai. yeh duniya isliye hai ki haan, hum aisa amal karein jo akhirat mein kaam aaye. to woh har us cheez se bachega jo akhirat ki tayyari mein record bane.</w:t>
      </w:r>
    </w:p>
    <w:p>
      <w:pPr>
        <w:jc w:val="right"/>
      </w:pPr>
      <w:r>
        <w:t>कि यह दुनिया जो है, ऐश करने की नहीं है। यह दुनिया इसलिए है कि हां, हम ऐसा अमल करें जो आखिरत में काम आए। तो वह हर उस चीज से बचेगा जो आखिरत की तैयारी में रिकॉर्ड बने।</w:t>
      </w:r>
    </w:p>
    <w:p>
      <w:r>
        <w:rPr>
          <w:b/>
        </w:rPr>
        <w:t xml:space="preserve">[24:36] </w:t>
      </w:r>
      <w:r>
        <w:t>basic baat yeh hai ki akhirat ke hisab se jo mufeed aaye, woh zarurat hai. akhirat ke adwa se uski jiski ahmiyat na ho, woh fazil hai. to yeh criteria yeh banega. criteria koi finish nahi hai, koi list nahi. koi</w:t>
      </w:r>
    </w:p>
    <w:p>
      <w:pPr>
        <w:jc w:val="right"/>
      </w:pPr>
      <w:r>
        <w:t>बेसिक बात यह है कि आखिरत के हिसाब से जो मुफीद आए, वो जरूरत है। आखिरत के अदवा से उसकी जिसकी अहमियत ना हो, वो फाजिल है। तो यह क्राइटेरिया ये बनेगा। क्राइटेरिया कोई फिनिश नहीं है, कोई लिस्ट नहीं। कोई</w:t>
      </w:r>
    </w:p>
    <w:p>
      <w:r>
        <w:rPr>
          <w:b/>
        </w:rPr>
        <w:t xml:space="preserve">[24:53] </w:t>
      </w:r>
      <w:r>
        <w:t>criteria yeh hai ki woh kaam jo safar akhirat mein mere liye zaroori ho, akhirat ki kamyabi ke liye zaroori ho, to woh to hai need. jo zaroori na ho, to woh luxury hai, woh aish hai,</w:t>
      </w:r>
    </w:p>
    <w:p>
      <w:pPr>
        <w:jc w:val="right"/>
      </w:pPr>
      <w:r>
        <w:t>क्राइटेरिया यह है कि वो काम जो सफर आखिरत में मेरे लिए जरूरी हो, आखिरत की कामयाबी के लिए जरूरी हो, तो वो तो है नीड। जो जरूरी ना हो, तो वो लग्जरी है, वो ऐश है,</w:t>
      </w:r>
    </w:p>
    <w:p>
      <w:r>
        <w:rPr>
          <w:b/>
        </w:rPr>
        <w:t xml:space="preserve">[25:09] </w:t>
      </w:r>
      <w:r>
        <w:t>wo</w:t>
      </w:r>
    </w:p>
    <w:p>
      <w:pPr>
        <w:jc w:val="right"/>
      </w:pPr>
      <w:r>
        <w:t>वो</w:t>
      </w:r>
    </w:p>
    <w:p>
      <w:r>
        <w:rPr>
          <w:b/>
        </w:rPr>
        <w:t xml:space="preserve">[25:10] </w:t>
      </w:r>
      <w:r>
        <w:t>fuzool cheezon mein apna paisa kharch karna hai. to iska sahi tayyan aadmi khud kar sakta hai, koi doosra aadmi bahar se nahi kar sakta.</w:t>
      </w:r>
    </w:p>
    <w:p>
      <w:pPr>
        <w:jc w:val="right"/>
      </w:pPr>
      <w:r>
        <w:t>फजूल चीजों में अपना पैसा खर्च करना है। तो इसका सही तायन आदमी खुद कर सकता है, कोई दूसरा आदमी बाहर से नहीं कर सकता।</w:t>
      </w:r>
    </w:p>
    <w:p>
      <w:r>
        <w:rPr>
          <w:b/>
        </w:rPr>
        <w:t xml:space="preserve">[25:21] </w:t>
      </w:r>
      <w:r>
        <w:t>maulana, agle sawal se pehle ek comment padhna chahenge jo maulana abdul basit umri ne bheja hai doaa</w:t>
      </w:r>
    </w:p>
    <w:p>
      <w:pPr>
        <w:jc w:val="right"/>
      </w:pPr>
      <w:r>
        <w:t>मुलाना, अगले सवाल से पहले एक कमेंट पढ़ना चाहेंगे जो मुलाना अब्दुल बासित उमरी ने भेजा है दोआ</w:t>
      </w:r>
    </w:p>
    <w:p>
      <w:r>
        <w:rPr>
          <w:b/>
        </w:rPr>
        <w:t xml:space="preserve">[25:28] </w:t>
      </w:r>
      <w:r>
        <w:t>qatar se. unhonne likha hai, "maulana, aaj ki taqreer sunte hue yeh ehsaas hua ki har insaan ke</w:t>
      </w:r>
    </w:p>
    <w:p>
      <w:pPr>
        <w:jc w:val="right"/>
      </w:pPr>
      <w:r>
        <w:t>कतर से। उन्होंने लिखा है, "मुलाना, आज की तकरीर सुनते हुए यह एहसास हुआ कि हर इंसान के</w:t>
      </w:r>
    </w:p>
    <w:p>
      <w:r>
        <w:rPr>
          <w:b/>
        </w:rPr>
        <w:t xml:space="preserve">[25:36] </w:t>
      </w:r>
      <w:r>
        <w:t>jo basic sawalaat hote hain, khuda aur insaan se mutalliq, koi bhi is basic sawalaat ke jawab na</w:t>
      </w:r>
    </w:p>
    <w:p>
      <w:pPr>
        <w:jc w:val="right"/>
      </w:pPr>
      <w:r>
        <w:t>जो बेसिक सवालात होते हैं, खुदा और इंसान से मुतालिक, कोई भी इस बेसिक सवालात के जवाब ना</w:t>
      </w:r>
    </w:p>
    <w:p>
      <w:r>
        <w:rPr>
          <w:b/>
        </w:rPr>
        <w:t xml:space="preserve">[25:44] </w:t>
      </w:r>
      <w:r>
        <w:t>de saka. kisi ne koshish ki to woh waz jawab na de saka.</w:t>
      </w:r>
    </w:p>
    <w:p>
      <w:pPr>
        <w:jc w:val="right"/>
      </w:pPr>
      <w:r>
        <w:t>दे सका। किसी ने कोशिश की तो वह वाज जवाब ना दे सका।</w:t>
      </w:r>
    </w:p>
    <w:p>
      <w:r>
        <w:rPr>
          <w:b/>
        </w:rPr>
        <w:t xml:space="preserve">[25:50] </w:t>
      </w:r>
      <w:r>
        <w:t>aap pehle shakhs hain jo itminaan bakhsh jawab dete hain.</w:t>
      </w:r>
    </w:p>
    <w:p>
      <w:pPr>
        <w:jc w:val="right"/>
      </w:pPr>
      <w:r>
        <w:t>आप पहले शख्स हैं जो इत्मीनान बख्श जवाब देते हैं।</w:t>
      </w:r>
    </w:p>
    <w:p>
      <w:r>
        <w:rPr>
          <w:b/>
        </w:rPr>
        <w:t xml:space="preserve">[25:54] </w:t>
      </w:r>
      <w:r>
        <w:t>aapke jawabaat se dimagh ko sukoon milta hai aur aapke jawabaat mein aapki shakhsiyat shamil hoti hai.</w:t>
      </w:r>
    </w:p>
    <w:p>
      <w:pPr>
        <w:jc w:val="right"/>
      </w:pPr>
      <w:r>
        <w:t>आपके जवाबात से दिमाग को सुकून मिलता है और आपके जवाबात में आपकी शख्सियत शामिल होती है।</w:t>
      </w:r>
    </w:p>
    <w:p>
      <w:r>
        <w:rPr>
          <w:b/>
        </w:rPr>
        <w:t xml:space="preserve">[26:02] </w:t>
      </w:r>
      <w:r>
        <w:t>yaani jo aap kehte hain, woh aapki daryaft hoti hai,</w:t>
      </w:r>
    </w:p>
    <w:p>
      <w:pPr>
        <w:jc w:val="right"/>
      </w:pPr>
      <w:r>
        <w:t>यानी जो आप कहते हैं, वह आपकी दरयाफ्त होती है,</w:t>
      </w:r>
    </w:p>
    <w:p>
      <w:r>
        <w:rPr>
          <w:b/>
        </w:rPr>
        <w:t xml:space="preserve">[26:06] </w:t>
      </w:r>
      <w:r>
        <w:t>jabke doosron ke jawabat mein yeh lagta hai ke woh humko jawab dene ke liye bol rahe hain, na ke woh unki daryaft bhi hai. allah aapko sehat aur tandurusti de."</w:t>
      </w:r>
    </w:p>
    <w:p>
      <w:pPr>
        <w:jc w:val="right"/>
      </w:pPr>
      <w:r>
        <w:t>जबकि दूसरों के जवाबात में यह लगता है कि वह हमको जवाब देने के लिए बोल रहे हैं, ना कि वह उनकी दरयाफ्त भी है। अल्लाह आपको सेहत और तंदुरुस्ती दे।"</w:t>
      </w:r>
    </w:p>
    <w:p>
      <w:r>
        <w:rPr>
          <w:b/>
        </w:rPr>
        <w:t xml:space="preserve">[26:19] </w:t>
      </w:r>
      <w:r>
        <w:t>jazaqullah. mulana, agla sawal hai mister mohammed mohammed asrab ka kashmir se. unhone likha hai, "how should a common muslim react to the controversies like of recently salman rushdie participation in jaipur literature festival etc?"</w:t>
      </w:r>
    </w:p>
    <w:p>
      <w:pPr>
        <w:jc w:val="right"/>
      </w:pPr>
      <w:r>
        <w:t>जजाकुलल्लाह। मुलाना, अगला सवाल है मिस्टर मोहम्मद मोहम्मद असराब का कश्मीर से। उन्होंने लिखा है, "हाउ शुड अ कॉमन मुस्लिम रिएक्ट टू द कंट्रोवर्सीज लाइक ऑफ रिसेंटली सलमान रजदी पार्टिसिपेशन इन जयपुर लिटरेचर फेस्टिवल एट्स?"</w:t>
      </w:r>
    </w:p>
    <w:p>
      <w:r>
        <w:rPr>
          <w:b/>
        </w:rPr>
        <w:t xml:space="preserve">[26:43] </w:t>
      </w:r>
      <w:r>
        <w:t>yeh koi sawal hi nahi hai. seedhi si baat yeh hai ke ya to daawat dijiye, ya chup rahiye. ladna-bidna, irritation karna, yeh to koi kaam hi nahi. main to isko haram samajhta hoon. irritation jo hai, agar aajkal ke naar mein jaayez hai, lekin main usko jaayez nahi samajhta. daawat ke shariyat mein jaayez nahi.</w:t>
      </w:r>
    </w:p>
    <w:p>
      <w:pPr>
        <w:jc w:val="right"/>
      </w:pPr>
      <w:r>
        <w:t>यह कोई सवाल ही नहीं है। सीधी सी बात यह है कि या तो दावत दीजिए, या चुप रहिए। लड़ना-बिड़ना, इरिटेशन करना, यह तो कोई काम ही नहीं। मैं तो इसको हराम समझता हूं। इरिटेशन जो है, अगर आजकल के नार में जायज है, लेकिन मैं उसको जायज नहीं समझता। दावत के शरीयत में जायज नहीं।</w:t>
      </w:r>
    </w:p>
    <w:p>
      <w:r>
        <w:rPr>
          <w:b/>
        </w:rPr>
        <w:t xml:space="preserve">[27:04] </w:t>
      </w:r>
      <w:r>
        <w:t>is tarah ke mamle mein sirf do hi hai aapke liye: ya to uske bare mein aap ek kitab likhiye, uske statement ke bare mein aap ek statement dijiye,</w:t>
      </w:r>
    </w:p>
    <w:p>
      <w:pPr>
        <w:jc w:val="right"/>
      </w:pPr>
      <w:r>
        <w:t>इस तरह के मामले में सिर्फ दो ही है आपके लिए: या तो उसके बारे में आप एक किताब लिखिए, उसके स्टेटमेंट के बारे में आप एक स्टेटमेंट दीजिए,</w:t>
      </w:r>
    </w:p>
    <w:p>
      <w:r>
        <w:rPr>
          <w:b/>
        </w:rPr>
        <w:t xml:space="preserve">[27:19] </w:t>
      </w:r>
      <w:r>
        <w:t>usko daleel se radd kijiye. nahi, kuch kar sakte. aap chup baithkar dua kijiye.</w:t>
      </w:r>
    </w:p>
    <w:p>
      <w:pPr>
        <w:jc w:val="right"/>
      </w:pPr>
      <w:r>
        <w:t>उसको दलील से रद्द कीजिए। नहीं, कुछ कर सकते। आप चुप बैठकर दुआ कीजिए।</w:t>
      </w:r>
    </w:p>
    <w:p>
      <w:r>
        <w:rPr>
          <w:b/>
        </w:rPr>
        <w:t xml:space="preserve">[27:25] </w:t>
      </w:r>
      <w:r>
        <w:t>ya to daleel se jawab ya dua. bas do hi option, teesra koi option nahi. teesre jitne option hain, woh mere dikh jaayez hi nahi hain. woh gunah mein izafa karte hain aadmi ke. ya to aadmi ne ek ek bayan diya hai, aap bhi bayan de dijiye. kitab likhi hai, aap bhi ek kitab likh dijiye. kitab ka jawab, kitab. alfaaz ka jawab, alfaaz.</w:t>
      </w:r>
    </w:p>
    <w:p>
      <w:pPr>
        <w:jc w:val="right"/>
      </w:pPr>
      <w:r>
        <w:t>या तो दलील से जवाब या दुआ। बस दो ही ऑप्शन, तीसरा कोई ऑप्शन नहीं। तीसरे जितने ऑप्शन हैं, वो मेरे दिख जायज ही नहीं हैं। वो गुनाह में इजाफा करते हैं आदमी के। या तो आदमी ने एक एक बयान दिया है, आप भी बयान दे दीजिए। किताब लिखी है, आप भी एक किताब लिख दीजिए। किताब का जवाब, किताब। अल्फाज का जवाब, अल्फाज।</w:t>
      </w:r>
    </w:p>
    <w:p>
      <w:r>
        <w:rPr>
          <w:b/>
        </w:rPr>
        <w:t xml:space="preserve">[27:50] </w:t>
      </w:r>
      <w:r>
        <w:t>taqreer ka jawab, taqreer. lekin daleel ke sath. agar aapke bas mein nahi hai, to ghar mein baithkar dua kijiye. masjid jaiye, do rakat namaz padhkar dua kijiye. bas. aur koi bhi kaam jo kiya jayega is silsile mein, woh bila shubah aadmi gunah mein izafa karega.</w:t>
      </w:r>
    </w:p>
    <w:p>
      <w:pPr>
        <w:jc w:val="right"/>
      </w:pPr>
      <w:r>
        <w:t>तकरीर का जवाब, तकरीर। लेकिन दलील के साथ। अगर आपके बस में नहीं है, तो घर में बैठकर दुआ कीजिए। मस्जिद जाइए, दो रकत नमाज पढ़कर दुआ कीजिए। बस। और कोई भी काम जो किया जाएगा इस सिलसिले में, वो बिला शुभ आदमी गुनाह में इजाफा करेगा।</w:t>
      </w:r>
    </w:p>
    <w:p>
      <w:r>
        <w:rPr>
          <w:b/>
        </w:rPr>
        <w:t xml:space="preserve">[28:08] </w:t>
      </w:r>
      <w:r>
        <w:t>isme koi shaq nahi hai.</w:t>
      </w:r>
    </w:p>
    <w:p>
      <w:pPr>
        <w:jc w:val="right"/>
      </w:pPr>
      <w:r>
        <w:t>इसमें कोई शक नहीं है।</w:t>
      </w:r>
    </w:p>
    <w:p>
      <w:r>
        <w:rPr>
          <w:b/>
        </w:rPr>
        <w:t xml:space="preserve">[28:14] </w:t>
      </w:r>
      <w:r>
        <w:t>mulana, agla sawal delhi se hai mister sadat khan sahab ka. unhone likha hai, "if a man has to wives and one wife has no child, while the other has some children, then how can the distribution of property be done?"</w:t>
      </w:r>
    </w:p>
    <w:p>
      <w:pPr>
        <w:jc w:val="right"/>
      </w:pPr>
      <w:r>
        <w:t>मुलाना, अगला सवाल दिल्ली से है मिस्टर सादात खान साहब का। उन्होंने लिखा है, "इफ अ मैन हैज़ टू वाइफ्स एंड वन वाइफ हैज़ नो चाइल्ड, वाइल द अदर हैज़ सम चिल्ड्रन, देन हाउ कैन द डिस्ट्रीब्यूशन ऑफ प्रॉपर्टी बी डन?"</w:t>
      </w:r>
    </w:p>
    <w:p>
      <w:r>
        <w:rPr>
          <w:b/>
        </w:rPr>
        <w:t xml:space="preserve">[28:32] </w:t>
      </w:r>
      <w:r>
        <w:t>phir property ka masla is tarah nahi poocha jata. woh to ek tareeqa hai, woh aap kijiye ke darul ifta khule hue hain. ek ifta banaiye, usmein bahut hi specific language mein,</w:t>
      </w:r>
    </w:p>
    <w:p>
      <w:pPr>
        <w:jc w:val="right"/>
      </w:pPr>
      <w:r>
        <w:t>फिर प्रॉपर्टी का मसला इस तरह नहीं पूछा जाता। वो तो एक तरीका है, वो आप कीजिए कि दारुल इफ्ता खुले हुए हैं। एक इफ्ता बनाइए, उसमें बहुत ही स्पेसिफिक लैंग्वेज में,</w:t>
      </w:r>
    </w:p>
    <w:p>
      <w:r>
        <w:rPr>
          <w:b/>
        </w:rPr>
        <w:t xml:space="preserve">[28:47] </w:t>
      </w:r>
      <w:r>
        <w:t>aur usmein ek self address invite rakhiye, aur darul ifta ko bhej dijiye. wahan se aapko jawab aa jayega. yeh sab baatein jo hain, is tarah se iska jawab nahi hua karta. uska jawab bahut hi, yaani uska ek prescribed tareeqa hai. usi tareeqe se uska jawab hota hai. wahi hai ifta. phir phir uske jawab mein fatwa.</w:t>
      </w:r>
    </w:p>
    <w:p>
      <w:pPr>
        <w:jc w:val="right"/>
      </w:pPr>
      <w:r>
        <w:t>और उसमें एक सेल्फ एड्रेस इनवेट रखिए, और दारुल इफ्ता को भेज दीजिए। वहां से आपको जवाब आ जाएगा। यह सब बातें जो हैं, इस तरह से इसका जवाब नहीं हुआ करता। उसका जवाब बहुत ही, यानी उसका एक प्रिसक्राइब तरीका है। उसी तरीके से उसका जवाब होता है। वही है इफ्ता। फिर फिर उसके जवाब में फतवा।</w:t>
      </w:r>
    </w:p>
    <w:p>
      <w:r>
        <w:rPr>
          <w:b/>
        </w:rPr>
        <w:t xml:space="preserve">[29:16] </w:t>
      </w:r>
      <w:r>
        <w:t>mulana, agla sawal hai mister sajid anwar ka roorkee se. unhone likha hai, "mulana, whenever i have a hesitation to avail a dawa opportunity, a second thought comes to my mind. that is, if i do not do this dawa work, then nobody else on earth is going to do that. then i get engaged in dawa activity." mulana, is such a thought correct</w:t>
      </w:r>
    </w:p>
    <w:p>
      <w:pPr>
        <w:jc w:val="right"/>
      </w:pPr>
      <w:r>
        <w:t>मुलाना, अगला सवाल है मिस्टर साजिद अनवर का रुड़की से। उन्होंने लिखा है, "मुलाना, व्हेनएवर आई हैव अ हेसिटेशन टू अवेल अ दावा अपॉर्चुनिटी, अ सेकंड थॉट कम्स टू माय माइंड। दैट इज, इफ आई डू नॉट डू दिस दावा वर्क, देन नोबडी एल्स ऑन अर्थ इज गोइंग टू डू दैट। देन आई गेट इंगेज्ड इन दावा एक्टिविटी।" मुलाना, इज सच अ थॉट करेक्ट</w:t>
      </w:r>
    </w:p>
    <w:p>
      <w:r>
        <w:rPr>
          <w:b/>
        </w:rPr>
        <w:t xml:space="preserve">[29:45] </w:t>
      </w:r>
      <w:r>
        <w:t>? bahut correct hai. more than correct hai. more than correct hai. yahi har daai ke andar yeh jazba hona chahiye ke maine kiya, to koi doosra karne wala nahi. jaise rasoolullah sallallahu alaihi wasallam ne badr ke mauqe par, dekhiye,</w:t>
      </w:r>
    </w:p>
    <w:p>
      <w:pPr>
        <w:jc w:val="right"/>
      </w:pPr>
      <w:r>
        <w:t>? बहुत करेक्ट है। मोर दैन करेक्ट है। मोर दैन करेक्ट है। यही हर दाई के अंदर यह जज्बा होना चाहिए कि मैंने किया, तो कोई दूसरा करने वाला नहीं। जैसे रसूलल्लाह सल्लल्लाहु अलैहि वसल्लम ने बद्र के मौके पर, देखिए,</w:t>
      </w:r>
    </w:p>
    <w:p>
      <w:r>
        <w:rPr>
          <w:b/>
        </w:rPr>
        <w:t xml:space="preserve">[30:05] </w:t>
      </w:r>
      <w:r>
        <w:t>1000 bahut hi musalla log aaye the hamla karne ke liye. rasoolullah ke paas us waqt sirf 313 aadmi the. bas udhar 1000 bahut musalla, yahan 313 ke paas samaan bahut hi kam samaan. to woh,</w:t>
      </w:r>
    </w:p>
    <w:p>
      <w:pPr>
        <w:jc w:val="right"/>
      </w:pPr>
      <w:r>
        <w:t>1000 बहुत ही मुसल्ला लोग आए थे हमला करने के लिए। रसूलल्लाह के पास उस वक्त सिर्फ 313 आदमी थे। बस उधर 1000 बहुत मुसल्ला, यहां 313 के पास सामान बहुत ही कम सामान। तो वो,</w:t>
      </w:r>
    </w:p>
    <w:p>
      <w:r>
        <w:rPr>
          <w:b/>
        </w:rPr>
        <w:t xml:space="preserve">[30:23] </w:t>
      </w:r>
      <w:r>
        <w:t>yaani jab maidan mein utre muqable ke liye, to rasoolullah sallallahu alaihi wasallam sajde mein gir pade. maidan jaane ke bahar aapke liye ek ek chhappar type ka hota tha, usko areesh kehte the. areesh, areesh ke maane samjhiye, aajkal ki zubaan mein chhappar. usmein aap the,</w:t>
      </w:r>
    </w:p>
    <w:p>
      <w:pPr>
        <w:jc w:val="right"/>
      </w:pPr>
      <w:r>
        <w:t>यानी जब मैदान में उतरे मुकाबले के लिए, तो रसूलल्लाह सल्लल्लाहु अलैहि वसल्लम सजदे में गिर पड़े। मैदान जाने के बाहर आपके लिए एक एक छप्पर टाइप का होता था, उसको अरीश कहते थे। अरीश, अरीश के माने समझिए, आजकल की जुबान में छप्पर। उसमें आप थे,</w:t>
      </w:r>
    </w:p>
    <w:p>
      <w:r>
        <w:rPr>
          <w:b/>
        </w:rPr>
        <w:t xml:space="preserve">[30:44] </w:t>
      </w:r>
      <w:r>
        <w:t>aap sajde mein gir pade. aapne kaha, "allah, matlab la taubat baad phir lad. khudaaya, agar yeh chand log halak ho gaye, to teri aabad ka navra nahi hoga." to yeh isse aap samajhte hain ke spirit kya hoti hai</w:t>
      </w:r>
    </w:p>
    <w:p>
      <w:pPr>
        <w:jc w:val="right"/>
      </w:pPr>
      <w:r>
        <w:t>आप सजदे में गिर पड़े। आपने कहा, "अल्लाह, मतलब ला तौबत बाद फिर लड़। खुदाया, अगर यह चंद लोग हलाक हो गए, तो तेरी आबाद का नवरा नहीं होगा।" तो यह इससे आप समझते हैं कि स्पिरिट क्या होती है</w:t>
      </w:r>
    </w:p>
    <w:p>
      <w:r>
        <w:rPr>
          <w:b/>
        </w:rPr>
        <w:t xml:space="preserve">[31:03] </w:t>
      </w:r>
      <w:r>
        <w:t>aadmi ki, ke maine kiya, to hoga kaam nahi, to kaam hi nahi hoga. yeh isse aapko, yaani aapke andar bahut bast motivation aata hai, bahut-bahut incentive aata hai, bahut-bahut muharrik aata hai.</w:t>
      </w:r>
    </w:p>
    <w:p>
      <w:pPr>
        <w:jc w:val="right"/>
      </w:pPr>
      <w:r>
        <w:t>आदमी की, कि मैंने किया, तो होगा काम नहीं, तो काम ही नहीं होगा। यह इससे आपको, यानी आपके अंदर बहुत बस्त मोटिवेशन आता है, बहुत-बहुत इंसेंटिव आता है, बहुत-बहुत मुहर्रिक आता है।</w:t>
      </w:r>
    </w:p>
    <w:p>
      <w:r>
        <w:rPr>
          <w:b/>
        </w:rPr>
        <w:t xml:space="preserve">[31:22] </w:t>
      </w:r>
      <w:r>
        <w:t>kiya to maane, kiya to kaam hoga. maane nahi kiya, to kaam hi nahi hoga. is hadees ka matlab yahi hai. to yeh to bahut achha jazba hai, aur har daai ke andar yeh jazba hona chahiye.</w:t>
      </w:r>
    </w:p>
    <w:p>
      <w:pPr>
        <w:jc w:val="right"/>
      </w:pPr>
      <w:r>
        <w:t>किया तो माने, किया तो काम होगा। माने नहीं किया, तो काम ही नहीं होगा। इस हदीस का मतलब यही है। तो यह तो बहुत अच्छा जज्बा है, और हर दाई के अंदर यह जज्बा होना चाहिए।</w:t>
      </w:r>
    </w:p>
    <w:p>
      <w:r>
        <w:rPr>
          <w:b/>
        </w:rPr>
        <w:t xml:space="preserve">[31:41] </w:t>
      </w:r>
      <w:r>
        <w:t>mulana, agla sawal miss nazneen ka hai delhi se. unhone likha hai, "mulana, meri walida ki death ho chuki hai. bade bhai ghar se alag rehte hain. mere bhai aur walid ke beech hamesha anban rehti hai. woh dono jab bhi milte hain,</w:t>
      </w:r>
    </w:p>
    <w:p>
      <w:pPr>
        <w:jc w:val="right"/>
      </w:pPr>
      <w:r>
        <w:t>मुलाना, अगला सवाल मिस नाजनीन का है दिल्ली से। उन्होंने लिखा है, "मुलाना, मेरी वालिदा की डेथ हो चुकी है। बड़े भाई घर से अलग रहते हैं। मेरे भाई और वालिद के बीच हमेशा अनबन रहती है। वह दोनों जब भी मिलते हैं,</w:t>
      </w:r>
    </w:p>
    <w:p>
      <w:r>
        <w:rPr>
          <w:b/>
        </w:rPr>
        <w:t xml:space="preserve">[32:00] </w:t>
      </w:r>
      <w:r>
        <w:t>bahut jhagra karte hain, aur dono ki dono hi bahut gusse wale hain. is wajah se ghar ka sukoon garat ho chuka hai. iske liye maine logon se khoob duaen karwai, aur khud bhi duaon ka khoob-khoob wird kiya,</w:t>
      </w:r>
    </w:p>
    <w:p>
      <w:pPr>
        <w:jc w:val="right"/>
      </w:pPr>
      <w:r>
        <w:t>बहुत झगड़ा करते हैं, और दोनों की दोनों ही बहुत गुस्से वाले हैं। इस वजह से घर का सुकून गारत हो चुका है। इसके लिए मैंने लोगों से खूब दुआएं करवाईं, और खुद भी दुआओं का खूब-खूब विर्द किया,</w:t>
      </w:r>
    </w:p>
    <w:p>
      <w:r>
        <w:rPr>
          <w:b/>
        </w:rPr>
        <w:t xml:space="preserve">[32:18] </w:t>
      </w:r>
      <w:r>
        <w:t>lekin kuch fayda nahi hua. kya aapke nazdeek iska koi hal hai</w:t>
      </w:r>
    </w:p>
    <w:p>
      <w:pPr>
        <w:jc w:val="right"/>
      </w:pPr>
      <w:r>
        <w:t>लेकिन कुछ फायदा नहीं हुआ। क्या आपके नजदीक इसका कोई हल है</w:t>
      </w:r>
    </w:p>
    <w:p>
      <w:r>
        <w:rPr>
          <w:b/>
        </w:rPr>
        <w:t xml:space="preserve">[32:24] </w:t>
      </w:r>
      <w:r>
        <w:t>? meharbani karke bataein." dekhiye, dua doosre ke islah ke liye nahi hoti, apni islah ke liye hoti hai. aap jo duaen karwai, isliye ke woh log jo hain, woh woh jhagra na karein. yeh to koi dua hi nahi hai. yeh to wird hai. nahi, nahi, aap par jo negative thought aate hain, aap jo mutasir ho jati hain,</w:t>
      </w:r>
    </w:p>
    <w:p>
      <w:pPr>
        <w:jc w:val="right"/>
      </w:pPr>
      <w:r>
        <w:t>? मेहरबानी करके बताएं।" देखिए, दुआ दूसरे के इस्लाह के लिए नहीं होती, अपनी इस्लाह के लिए होती है। आप जो दुआएं करवाईं, इसलिए कि वो लोग जो हैं, वो वो झगड़ा ना करें। यह तो कोई दुआ ही नहीं है। यह तो विर्द है। नहीं, नहीं, आप पर जो नेगेटिव थॉट आते हैं, आप जो मुतासिर हो जाती हैं,</w:t>
      </w:r>
    </w:p>
    <w:p>
      <w:r>
        <w:rPr>
          <w:b/>
        </w:rPr>
        <w:t xml:space="preserve">[32:51] </w:t>
      </w:r>
      <w:r>
        <w:t>to hadith mein aata hai ke "alek nafs save yourself." to main kaise bachaoon?</w:t>
      </w:r>
    </w:p>
    <w:p>
      <w:pPr>
        <w:jc w:val="right"/>
      </w:pPr>
      <w:r>
        <w:t>तो हदीस में आता है कि "अलेक नफ्स सेव योरसेल्फ।" तो मैं कैसे बचाऊं?</w:t>
      </w:r>
    </w:p>
    <w:p>
      <w:r>
        <w:rPr>
          <w:b/>
        </w:rPr>
        <w:t xml:space="preserve">[33:00] </w:t>
      </w:r>
      <w:r>
        <w:t>apne apne ko bachane ke liye dua kijiye khuda se. wo jo dua karwai aapne, quran khani karwai hogi, aapne pata nahi kya karwaya hoga ke doosre logon ki islaah ho jaye. yeh kuch nahi hai. aapko unko kitabein padhwaiye. dua se iski islaah nahi hua karti. unko kitabein padhwaiye.</w:t>
      </w:r>
    </w:p>
    <w:p>
      <w:pPr>
        <w:jc w:val="right"/>
      </w:pPr>
      <w:r>
        <w:t>अपने अपने को बचाने के लिए दुआ कीजिए खुदा से। वो जो दुआ करवाई आपने, कुरान खानी कराई होगी, आपने पता नहीं क्या करवाया होगा कि दूसरे लोगों की इस्लाह हो जाए। यह कुछ नहीं है। आपको उनको किताबें पढ़वाइए। दुआ से इसकी इस्लाह नहीं हुआ करती। उनको किताबें पढ़वाइए।</w:t>
      </w:r>
    </w:p>
    <w:p>
      <w:r>
        <w:rPr>
          <w:b/>
        </w:rPr>
        <w:t xml:space="preserve">[33:20] </w:t>
      </w:r>
      <w:r>
        <w:t>yaani unke mind ki re engineering darkaar hai, tab jaakar woh theek honge. dua se yeh sab baatein islaah nahi hua karti. unko kitabein padhwaiye. aur jahan tak aapka taalluq hai, aap sirf is baat ke liye dua kijiye ke aap mutasir na hon usse.</w:t>
      </w:r>
    </w:p>
    <w:p>
      <w:pPr>
        <w:jc w:val="right"/>
      </w:pPr>
      <w:r>
        <w:t>यानी उनके माइंड की री इंजीनियरिंग दरकार है, तब जाकर वहठीक होंगे। दुआ से यह सब बातें इस्लाह नहीं हुआ करती। उनको किताबें पढ़वाइए। और जहां तक आपका ताल्लुक है, आप सिर्फ इस बात के लिए दुआ कीजिए कि आप मुतासिर ना हो उससे।</w:t>
      </w:r>
    </w:p>
    <w:p>
      <w:r>
        <w:rPr>
          <w:b/>
        </w:rPr>
        <w:t xml:space="preserve">[33:37] </w:t>
      </w:r>
      <w:r>
        <w:t>in saare hangamon ke beech mein aapki positivity bhang na ho. yeh iske liye dua kijiye, iske liye koshish kijiye. to "save yourself" ka formula apnaaiye. unke liye formula hai ke unko kitabein padhwaiye. apne liye formula hai ke "save yourself."</w:t>
      </w:r>
    </w:p>
    <w:p>
      <w:pPr>
        <w:jc w:val="right"/>
      </w:pPr>
      <w:r>
        <w:t>इन सारे हंगामों के बीच में आपकी पॉजिटिविटी भंग ना हो। यह इसके लिए दुआ कीजिए, इसके लिए कोशिश कीजिए। तो "सेव योरसेल्फ" का फार्मूला अपनाइए। उनके लिए फार्मूला है कि उनको किताबें पढ़वाइए। अपने लिए फार्मूला है कि "सेव योरसेल्फ।"</w:t>
      </w:r>
    </w:p>
    <w:p>
      <w:r>
        <w:rPr>
          <w:b/>
        </w:rPr>
        <w:t xml:space="preserve">[33:55] </w:t>
      </w:r>
      <w:r>
        <w:t>agar aap yahan hain, to mujhe program ke baad yahan aakar mujhse miliye.</w:t>
      </w:r>
    </w:p>
    <w:p>
      <w:pPr>
        <w:jc w:val="right"/>
      </w:pPr>
      <w:r>
        <w:t>अगर आप यहां हैं, तो मुझे प्रोग्राम के बाद यहां आकर मुझसे मिलिए।</w:t>
      </w:r>
    </w:p>
    <w:p>
      <w:r>
        <w:rPr>
          <w:b/>
        </w:rPr>
        <w:t xml:space="preserve">[34:03] </w:t>
      </w:r>
      <w:r>
        <w:t>mulana, agla sawal bangalore se mulana naseerullah sahab ka hai. unhone likha hai, "kyon log badi-badi baatein karte hain, magar jab uska price dene ka waqt aata hai,</w:t>
      </w:r>
    </w:p>
    <w:p>
      <w:pPr>
        <w:jc w:val="right"/>
      </w:pPr>
      <w:r>
        <w:t>मुलाना, अगला सवाल बेंगलोर से मुलाना नसीरुल्लाह साहब का है। उन्होंने लिखा है, "क्यों लोग बड़ी-बड़ी बातें करते हैं, मगर जब उसका प्राइस देने का वक्त आता है,</w:t>
      </w:r>
    </w:p>
    <w:p>
      <w:r>
        <w:rPr>
          <w:b/>
        </w:rPr>
        <w:t xml:space="preserve">[34:16] </w:t>
      </w:r>
      <w:r>
        <w:t>to uska price nahi dete hain? aur kyon log sachchai ko janne ke baad uska aitraf nahi karte?" iske baare mein bataiye.</w:t>
      </w:r>
    </w:p>
    <w:p>
      <w:pPr>
        <w:jc w:val="right"/>
      </w:pPr>
      <w:r>
        <w:t>तो उसका प्राइस नहीं देते हैं? और क्यों लोग सच्चाई को जानने के बाद उसका ऐतराफ नहीं करते?" इसके बारे में बताएं।</w:t>
      </w:r>
    </w:p>
    <w:p>
      <w:r>
        <w:rPr>
          <w:b/>
        </w:rPr>
        <w:t xml:space="preserve">[34:26] </w:t>
      </w:r>
      <w:r>
        <w:t>bhai, yeh to hamari jo qaum hai, is waqt wo on the decline hai, zawal ke marhale mein hai. maine kai baar yeh baat batai hai ke ibn khaldun ka qaul nakl kiya hai ke "lil aqwam aamaar kama lil afraad aamaar." jis tarah fard par budhapa aata hai, qaumon par budhapa aata hai, to yeh zawal aa chuka hai. aap use kyon expect</w:t>
      </w:r>
    </w:p>
    <w:p>
      <w:pPr>
        <w:jc w:val="right"/>
      </w:pPr>
      <w:r>
        <w:t>भाई, यह तो हमारी जो कौम है, इस वक्त वो ऑन द डिक्लाइन है, जवाल के मरहले में है। मैंने कई बार यह बात बताई है कि इब्न खलदून का कौल नकल किया है कि "लिल अकवाम आमार कमा लिल अफराद आमार।" जिस तरह फर्द पर बुढ़ापा आता है, कौमों पर बुढ़ापा आता है, तो ये जवाल आ चुका है। आप उसे क्यों एक्सपे</w:t>
      </w:r>
    </w:p>
    <w:p>
      <w:r>
        <w:rPr>
          <w:b/>
        </w:rPr>
        <w:t xml:space="preserve">[34:52] </w:t>
      </w:r>
      <w:r>
        <w:t>karte hain? wo cheez jo jo jo poori hone wali hai, nahi. ab aapko new blood talaash karna hai. old blood jo hai, wo to exhaust ho chuka. usse umeed na rakhiye aap. ab new blood talaash kijiye.</w:t>
      </w:r>
    </w:p>
    <w:p>
      <w:pPr>
        <w:jc w:val="right"/>
      </w:pPr>
      <w:r>
        <w:t>क्ट करते हैं? वो चीज जो जो जो पूरी होने वाली है, नहीं। अब आपको न्यू ब्लड तलाश करना है। ओल्ड ब्लड जो है, वो तो एग्जॉस्ट हो चुका। उससे उम्मीद ना रखिए आप। अब न्यू ब्लड तलाश कीजिए।</w:t>
      </w:r>
    </w:p>
    <w:p>
      <w:r>
        <w:rPr>
          <w:b/>
        </w:rPr>
        <w:t xml:space="preserve">[35:08] </w:t>
      </w:r>
      <w:r>
        <w:t>yaani musalmanon mein naujawanon ko pakdiye, ghair musalmanon mein unke logon ko pakdiye. wo wo new blood hai. ab ab masla yeh nahi raha hai ke aap unki islaah kar dalen. nahi, ab masla yeh hai ke new blood induct karna hai.</w:t>
      </w:r>
    </w:p>
    <w:p>
      <w:pPr>
        <w:jc w:val="right"/>
      </w:pPr>
      <w:r>
        <w:t>यानी मुसलमानों में नौजवानों को पकड़िए, गैर मुसलमानों में उनके लोगों को पकड़िए। वो वो न्यू ब्लड है। अब अब मसला यह नहीं रहा है कि आप उनकी इस्लाह कर डालें। नहीं, अब मसला यह है कि न्यू ब्लड इंडक्ट करना है।</w:t>
      </w:r>
    </w:p>
    <w:p>
      <w:r>
        <w:rPr>
          <w:b/>
        </w:rPr>
        <w:t xml:space="preserve">[35:27] </w:t>
      </w:r>
      <w:r>
        <w:t>naujawanon mein khaas taur par, kyunke naujawan abhi is qabil hote hain ke unki conditioning abhi mukammal nahi hua karti. unki conditioning to bahut zyada ho chuki. wo jaise hain, waise rahenge aam taur par. to ab aapko jaise pond hota hai, pond mein pani jo hai, wahi rahega. to kuch dino ke baad pond ka maazi pollution aa jata hai uske andar. lekin jo darya har waqt beh raha hai, use pollution nahi aata. to kyon</w:t>
      </w:r>
    </w:p>
    <w:p>
      <w:pPr>
        <w:jc w:val="right"/>
      </w:pPr>
      <w:r>
        <w:t>नौजवानों में खास तौर पर, क्योंकि नौजवान अभी इस काबिल होते हैं कि उनकी कंडीशनिंग अभी मुकम्मल नहीं हुआ करती। उनकी कंडीशनिंग तो बहुत ज्यादा हो चुकी। वो जैसे हैं, वैसे रहेंगे आमतौर पर। तो अब आपको जैसे पंड होता है, पंड में पानी जो है, वही रहेगा। तो कुछ दिनों के बाद पंड का माजी पोल्यूशन आ जाता है उसके अंदर। लेकिन जो दरिया हर वक्त बह रहा है, उसे पोल्यूशन नहीं आता। तो क</w:t>
      </w:r>
    </w:p>
    <w:p>
      <w:r>
        <w:rPr>
          <w:b/>
        </w:rPr>
        <w:t xml:space="preserve">[35:55] </w:t>
      </w:r>
      <w:r>
        <w:t>kyon? wahan hamesha naya pani purane pani mein naya pani milta rehta hai. upar se pani aa raha hai pahadon se, naya pani. to purane pani mein mila. har waqt yeh amal jaari hai. purane pani mein naya pani. aise hi qaumi mamlaat mein karna hai ke new blood, new blood, new blood. to is waqt aapko naujawanon mein talaash karna hai. boodhon mein waqt zaya karne ki koi zaroorat nahi hai. naujawanon mein kaam kijiye.</w:t>
      </w:r>
    </w:p>
    <w:p>
      <w:pPr>
        <w:jc w:val="right"/>
      </w:pPr>
      <w:r>
        <w:t>्यों? वहां हमेशा नया पानी पुराने पानी में नया पानी मिलता रहता है। ऊपर से पानी आ रहा है पहाड़ों से, नया पानी। तो पुराने पानी में मिला। हर वक्त यह अमल जारी है। पुराने पानी में नया पानी। ऐसे ही कौमी मामलात में करना है कि न्यू ब्लड, न्यू ब्लड, न्यू ब्लड। तो इस वक्त आपको नौजवानों में तलाश करना है। बूढ़ों में वक्त जाया करने की कोई जरूरत नहीं है। नौजवानों में काम कीजिए।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