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Q&amp;A 18 May 2008 Maulana Wahiduddin Khan</w:t>
      </w:r>
    </w:p>
    <w:p>
      <w:r>
        <w:t>https://www.youtube.com/watch?v=wTHUCCyWJoE</w:t>
      </w:r>
    </w:p>
    <w:p>
      <w:r>
        <w:rPr>
          <w:b/>
        </w:rPr>
        <w:t xml:space="preserve">[00:13] </w:t>
      </w:r>
      <w:r>
        <w:t>this question is from dr. naseem siddiqui. in the recent jaipur bomb blast, many innocent lives were lost. how should we educate muslims not to do such things?</w:t>
      </w:r>
    </w:p>
    <w:p>
      <w:pPr>
        <w:jc w:val="right"/>
      </w:pPr>
      <w:r>
        <w:t>दिस क्वेश्चन इज़ फ्रॉम डॉ. नसीम सिद्दीकी। इन द रीसेंट जयपुर बॉम्ब ब्लास्ट, मेनी इनोसेंट लाइव्स वर लॉस्ट। हाउ शुड वी एजुकेट मुस्लिम्स नॉट टू डू सच थिंग्स?</w:t>
      </w:r>
    </w:p>
    <w:p>
      <w:r>
        <w:rPr>
          <w:b/>
        </w:rPr>
        <w:t xml:space="preserve">[00:27] </w:t>
      </w:r>
      <w:r>
        <w:t>secondly, how to educate non-muslims that this is unislamic?</w:t>
      </w:r>
    </w:p>
    <w:p>
      <w:pPr>
        <w:jc w:val="right"/>
      </w:pPr>
      <w:r>
        <w:t>सेकंडली, हाउ टू एजुकेट नॉन-मुस्लिम्स दैट दिस इज़ अनइस्लामिक?</w:t>
      </w:r>
    </w:p>
    <w:p>
      <w:r>
        <w:rPr>
          <w:b/>
        </w:rPr>
        <w:t xml:space="preserve">[00:39] </w:t>
      </w:r>
      <w:r>
        <w:t>ab dekhiye, yeh kisne kiya, yeh to abhi tak clear nahi hua hai. jisne bhi kiya ho, to...</w:t>
      </w:r>
    </w:p>
    <w:p>
      <w:pPr>
        <w:jc w:val="right"/>
      </w:pPr>
      <w:r>
        <w:t>अब देखिए, यह किसने किया, यह तो अभी तक क्लियर नहीं हुआ है। जिसने भी किया हो, तो...</w:t>
      </w:r>
    </w:p>
    <w:p>
      <w:r>
        <w:rPr>
          <w:b/>
        </w:rPr>
        <w:t xml:space="preserve">[00:51] </w:t>
      </w:r>
      <w:r>
        <w:t>main to yeh samajhta hoon ke</w:t>
      </w:r>
    </w:p>
    <w:p>
      <w:pPr>
        <w:jc w:val="right"/>
      </w:pPr>
      <w:r>
        <w:t>मैं तो यह समझता हूँ कि</w:t>
      </w:r>
    </w:p>
    <w:p>
      <w:r>
        <w:rPr>
          <w:b/>
        </w:rPr>
        <w:t xml:space="preserve">[01:00] </w:t>
      </w:r>
      <w:r>
        <w:t>hum sirf condemn karne ki position mein hain. government ko chahiye ke wo unko pakde aur unko punishment de. aur hamare jaise log jo hain, wo khule taur par condemn karein usko. chahe apni qaum ka ho ya doosri qaum ka ho. kai baar aisa hota hai ke apni qaum ka ho to log condemn nahi karte,</w:t>
      </w:r>
    </w:p>
    <w:p>
      <w:pPr>
        <w:jc w:val="right"/>
      </w:pPr>
      <w:r>
        <w:t>हम सिर्फ कंडम करने की पोजीशन में हैं। गवर्नमेंट को चाहिए कि वह उनको पकड़े और उनको पनिशमेंट दे। और हमारे जैसे लोग जो हैं, वह खुले तौर पर कंडम करें उसको। चाहे अपनी कौम का हो या दूसरी कौम का हो। कई बार ऐसा होता है कि अपनी कौम का हो तो लोग कंडम नहीं करते,</w:t>
      </w:r>
    </w:p>
    <w:p>
      <w:r>
        <w:rPr>
          <w:b/>
        </w:rPr>
        <w:t xml:space="preserve">[01:23] </w:t>
      </w:r>
      <w:r>
        <w:t>aur doosri qaum ka ho to condemn karte hain. yeh tareeqa galat hai. jo...</w:t>
      </w:r>
    </w:p>
    <w:p>
      <w:pPr>
        <w:jc w:val="right"/>
      </w:pPr>
      <w:r>
        <w:t>और दूसरी कौम का हो तो कंडम करते हैं। यह तरीका गलत है। जो...</w:t>
      </w:r>
    </w:p>
    <w:p>
      <w:r>
        <w:rPr>
          <w:b/>
        </w:rPr>
        <w:t xml:space="preserve">[01:33] </w:t>
      </w:r>
      <w:r>
        <w:t>yaani jo... jo log hain, jo likhte hain aur bolte hain, unko openly condemn karna chahiye taaki woh</w:t>
      </w:r>
    </w:p>
    <w:p>
      <w:pPr>
        <w:jc w:val="right"/>
      </w:pPr>
      <w:r>
        <w:t>यानी जो... जो लोग हैं, जो लिखते हैं और बोलते हैं, उनको ओपनली कंडम करना चाहिए ताकि वह</w:t>
      </w:r>
    </w:p>
    <w:p>
      <w:r>
        <w:rPr>
          <w:b/>
        </w:rPr>
        <w:t xml:space="preserve">[01:41] </w:t>
      </w:r>
      <w:r>
        <w:t>unko discuss karne ke liye.</w:t>
      </w:r>
    </w:p>
    <w:p>
      <w:pPr>
        <w:jc w:val="right"/>
      </w:pPr>
      <w:r>
        <w:t>उनको डिस्कस करने के लिए।</w:t>
      </w:r>
    </w:p>
    <w:p>
      <w:r>
        <w:rPr>
          <w:b/>
        </w:rPr>
        <w:t xml:space="preserve">[01:46] </w:t>
      </w:r>
      <w:r>
        <w:t>to main samajhta hoon ki hamare jaise logon ka role yeh hai ki hum khule taur par condemn</w:t>
      </w:r>
    </w:p>
    <w:p>
      <w:pPr>
        <w:jc w:val="right"/>
      </w:pPr>
      <w:r>
        <w:t>तो मैं समझता हूँ कि हमारे जैसे लोगों का रोल यह है कि हम खुले तौर पर कंडम</w:t>
      </w:r>
    </w:p>
    <w:p>
      <w:r>
        <w:rPr>
          <w:b/>
        </w:rPr>
        <w:t xml:space="preserve">[01:50] </w:t>
      </w:r>
      <w:r>
        <w:t>karen. aur government ka role yeh hai ki woh unko pakadkar unko punishment de.</w:t>
      </w:r>
    </w:p>
    <w:p>
      <w:pPr>
        <w:jc w:val="right"/>
      </w:pPr>
      <w:r>
        <w:t>करें। और गवर्नमेंट का रोल यह है कि वह उनको पकड़कर उनको पनिशमेंट दे।</w:t>
      </w:r>
    </w:p>
    <w:p>
      <w:r>
        <w:rPr>
          <w:b/>
        </w:rPr>
        <w:t xml:space="preserve">[01:55] </w:t>
      </w:r>
      <w:r>
        <w:t>main to samajhta hoon ki deterrent punishment dena chahiye, deterrent punishment.</w:t>
      </w:r>
    </w:p>
    <w:p>
      <w:pPr>
        <w:jc w:val="right"/>
      </w:pPr>
      <w:r>
        <w:t>मैं तो समझता हूँ कि डिटरेंट पनिशमेंट देना चाहिए, डिटरेंट पनिशमेंट।</w:t>
      </w:r>
    </w:p>
    <w:p>
      <w:r>
        <w:rPr>
          <w:b/>
        </w:rPr>
        <w:t xml:space="preserve">[01:59] </w:t>
      </w:r>
      <w:r>
        <w:t>kyunki masoom logon ko yeh log maarte hain, baar baar aisa ho chuka hai.</w:t>
      </w:r>
    </w:p>
    <w:p>
      <w:pPr>
        <w:jc w:val="right"/>
      </w:pPr>
      <w:r>
        <w:t>क्योंकि मासूम लोगों को यह लोग मारते हैं, बार-बार ऐसा हो चुका है।</w:t>
      </w:r>
    </w:p>
    <w:p>
      <w:r>
        <w:rPr>
          <w:b/>
        </w:rPr>
        <w:t xml:space="preserve">[02:04] </w:t>
      </w:r>
      <w:r>
        <w:t>to jab tak deterrent punishment na diya jaye, yeh kaam rukne wala nahi hai.</w:t>
      </w:r>
    </w:p>
    <w:p>
      <w:pPr>
        <w:jc w:val="right"/>
      </w:pPr>
      <w:r>
        <w:t>तो जब तक डिटरेंट पनिशमेंट न दिया जाए, यह काम रुकने वाला नहीं है।</w:t>
      </w:r>
    </w:p>
    <w:p>
      <w:r>
        <w:rPr>
          <w:b/>
        </w:rPr>
        <w:t xml:space="preserve">[02:11] </w:t>
      </w:r>
      <w:r>
        <w:t>this question is from mr. hamid. it is true that ideal is not possible, and we cannot wipe away tears from all eyes. but it is also a command by god that we must have a heart for the destitute and do charity and wipe out some tears. quran says, "when is the worship without a heart for the poor?" kindly comment.</w:t>
      </w:r>
    </w:p>
    <w:p>
      <w:pPr>
        <w:jc w:val="right"/>
      </w:pPr>
      <w:r>
        <w:t>दिस क्वेश्चन इज़ फ्रॉम मिस्टर हामिद। इट इज़ ट्रू दैट आइडियल इज़ नॉट पॉसिबल, एंड वी कैन नॉट वाइप अवे टियर्स फ्रॉम ऑल आइज़। बट इट इज़ आल्सो अ कमांड बाय गॉड दैट वी मस्ट हैव अ हार्ट फॉर द डेस्टिट्यूट एंड डू चैरिटी एंड वाइप आउट सम टियर्स। कुरान सेज़, "वेन इज़ द वरशिप विदाउट अ हार्ट फॉर द पुअर?" काइंडली कमेंट।</w:t>
      </w:r>
    </w:p>
    <w:p>
      <w:r>
        <w:rPr>
          <w:b/>
        </w:rPr>
        <w:t xml:space="preserve">[02:41] </w:t>
      </w:r>
      <w:r>
        <w:t>theek hai, main aisa to nahi kaha maine ke jo bas mein hai aap na karein usko. jitna aapke bas mein hai wo to karna hai. main us firasi ko, us ideology ko keh raha hoon.</w:t>
      </w:r>
    </w:p>
    <w:p>
      <w:pPr>
        <w:jc w:val="right"/>
      </w:pPr>
      <w:r>
        <w:t>ठीक है, मैं ऐसा तो नहीं कहा मैंने कि जो बस में है आप न करें उसको। जितना आपके बस में है वह तो करना है। मैं उस फिरासी को, उस आइडियोलॉजी को कह रहा हूँ।</w:t>
      </w:r>
    </w:p>
    <w:p>
      <w:r>
        <w:rPr>
          <w:b/>
        </w:rPr>
        <w:t xml:space="preserve">[02:55] </w:t>
      </w:r>
      <w:r>
        <w:t>aur yeh ideology aaj se hazaron saal se chal rahi hai ke ideal state banana, ideal society banana, ideal system banana. saare log isi mein uljhe rahe hain. to maine kaha ke wo jo ideology hai,</w:t>
      </w:r>
    </w:p>
    <w:p>
      <w:pPr>
        <w:jc w:val="right"/>
      </w:pPr>
      <w:r>
        <w:t>और यह आइडियोलॉजी आज से हजारों साल से चल रही है कि आइडियल स्टेट बनाना, आइडियल सोसाइटी बनाना, आइडियल सिस्टम बनाना। सारे लोग इसी में उलझे रहे हैं। तो मैंने कहा कि वह जो आइडियोलॉजी है,</w:t>
      </w:r>
    </w:p>
    <w:p>
      <w:r>
        <w:rPr>
          <w:b/>
        </w:rPr>
        <w:t xml:space="preserve">[03:09] </w:t>
      </w:r>
      <w:r>
        <w:t>wo ideology is duniya mein translate ho nahi sakti hai. to jo aapke bas mein ho to zaroor kijiye aap. lekin yeh firasi jo banai gayi hai, wo firasi galat hai jo main keh raha hoon.</w:t>
      </w:r>
    </w:p>
    <w:p>
      <w:pPr>
        <w:jc w:val="right"/>
      </w:pPr>
      <w:r>
        <w:t>वह आइडियोलॉजी इस दुनिया में ट्रांसलेट हो नहीं सकती है। तो जो आपके बस में हो तो जरूर कीजिए आप। लेकिन यह फिरासी जो बनाई गई है, वह फिरासी गलत है जो मैं कह रहा हूँ।</w:t>
      </w:r>
    </w:p>
    <w:p>
      <w:r>
        <w:rPr>
          <w:b/>
        </w:rPr>
        <w:t xml:space="preserve">[03:24] </w:t>
      </w:r>
      <w:r>
        <w:t>this question is from dr. wasiqur rehman. what rituals be followed during inauguration ceremonies of houses, shops, enterprises and meetings as per islamic spirit?</w:t>
      </w:r>
    </w:p>
    <w:p>
      <w:pPr>
        <w:jc w:val="right"/>
      </w:pPr>
      <w:r>
        <w:t>दिस क्वेश्चन इज़ फ्रॉम डॉ. वसीकुर रहमान। व्हाट रिचुअल्स बी फॉलोड ड्यूरिंग इनॉगरेशन सेरेमनीज़ ऑफ हाउसेस, शॉप्स, एंटरप्राइजेस एंड मीटिंग्स एस पर इस्लामिक स्पिरिट?</w:t>
      </w:r>
    </w:p>
    <w:p>
      <w:r>
        <w:rPr>
          <w:b/>
        </w:rPr>
        <w:t xml:space="preserve">[03:39] </w:t>
      </w:r>
      <w:r>
        <w:t>secondly, what is the status of prevailing rituals of quran khwani, lighting lamps, etc. in event of inauguration?</w:t>
      </w:r>
    </w:p>
    <w:p>
      <w:pPr>
        <w:jc w:val="right"/>
      </w:pPr>
      <w:r>
        <w:t>सेकंडली, व्हाट इज़ द स्टेटस ऑफ प्रीवेलिंग रिचुअल्स ऑफ कुरान खोनी, लाइटिंग लैंप्स, एट्स इन इवेंट ऑफ इनॉगरेशन?</w:t>
      </w:r>
    </w:p>
    <w:p>
      <w:r>
        <w:rPr>
          <w:b/>
        </w:rPr>
        <w:t xml:space="preserve">[03:50] </w:t>
      </w:r>
      <w:r>
        <w:t>abhi sab cheezon ka talluq islam se to hai nahi. yeh to rivaj hain, social custom hain. yeh aap chahe kijiye, chahe na kijiye. iska na koi sawab hai, na koi azab hai.</w:t>
      </w:r>
    </w:p>
    <w:p>
      <w:pPr>
        <w:jc w:val="right"/>
      </w:pPr>
      <w:r>
        <w:t>अभी सब चीजों का ताल्लुक इस्लाम से तो है नहीं। यह तो रिवाज हैं, सोशल कस्टम हैं। यह आप चाहे कीजिए, चाहे न कीजिए। इसका न कोई सवाब है, न कोई अजाब है।</w:t>
      </w:r>
    </w:p>
    <w:p>
      <w:r>
        <w:rPr>
          <w:b/>
        </w:rPr>
        <w:t xml:space="preserve">[04:06] </w:t>
      </w:r>
      <w:r>
        <w:t>islam se koi bhi talluq iska nahi hai. isi nizamu din west mein ek sahib ne</w:t>
      </w:r>
    </w:p>
    <w:p>
      <w:pPr>
        <w:jc w:val="right"/>
      </w:pPr>
      <w:r>
        <w:t>इस्लाम से कोई भी ताल्लुक इसका नहीं है। इसी निजामुद्दीन वेस्ट में एक साहब ने</w:t>
      </w:r>
    </w:p>
    <w:p>
      <w:r>
        <w:rPr>
          <w:b/>
        </w:rPr>
        <w:t xml:space="preserve">[04:15] </w:t>
      </w:r>
      <w:r>
        <w:t>ghar banaya, chaar manzila ghar. us waqt is poore area mein sab se zyada numaya ghar woh tha.</w:t>
      </w:r>
    </w:p>
    <w:p>
      <w:pPr>
        <w:jc w:val="right"/>
      </w:pPr>
      <w:r>
        <w:t>घर बनाया, चार मंजिला घर। उस वक्त इस पूरे एरिया में सबसे ज्यादा नुमाया घर वो था।</w:t>
      </w:r>
    </w:p>
    <w:p>
      <w:r>
        <w:rPr>
          <w:b/>
        </w:rPr>
        <w:t xml:space="preserve">[04:26] </w:t>
      </w:r>
      <w:r>
        <w:t>to unhon ne uska woh kiya, yaani ek kuch logon ko bulaya. ab mujhe nahi maloom ke uska naam kya hota hai, yaani inauguration hota hai, kya naam hota hai. lekin baharhal, to us waqt maulana izhar hussain sahib, ek the tabee ki jamaat ke</w:t>
      </w:r>
    </w:p>
    <w:p>
      <w:pPr>
        <w:jc w:val="right"/>
      </w:pPr>
      <w:r>
        <w:t>तो उन्होंने उसका वो किया, यानी एक कुछ लोगों को बुलाया। अब मुझे नहीं मालूम कि उसका नाम क्या होता है, यानी इनॉगरेशन होता है, क्या नाम होता है। लेकिन बहरहाल, तो उस वक्त मौलाना इजहार हुसैन साहब, एक थे तबी की जमात के</w:t>
      </w:r>
    </w:p>
    <w:p>
      <w:r>
        <w:rPr>
          <w:b/>
        </w:rPr>
        <w:t xml:space="preserve">[04:43] </w:t>
      </w:r>
      <w:r>
        <w:t>buzurg, woh zinda the. unko bulaya tha unhon ne. to maulana izhar hussain sahib bohat hi nek buzurg aadmi the. woh hadith ke ustad the, hadith padhate the. to unhon ne ek hadith sunai us waqt.</w:t>
      </w:r>
    </w:p>
    <w:p>
      <w:pPr>
        <w:jc w:val="right"/>
      </w:pPr>
      <w:r>
        <w:t>बुजुर्ग, वो जिंदा थे। उनको बुलाया था उन्होंने। तो मौलाना इजहार हुसैन साहब बहुत ही नेक बुजुर्ग आदमी थे। वह हदीस के उस्ताद थे, हदीस पढ़ाते थे। तो उन्होंने एक हदीस सुनाई उस वक्त।</w:t>
      </w:r>
    </w:p>
    <w:p>
      <w:r>
        <w:rPr>
          <w:b/>
        </w:rPr>
        <w:t xml:space="preserve">[05:01] </w:t>
      </w:r>
      <w:r>
        <w:t>to unhon ne kaha ke hadith mein aaya hai ke "kul banain wa bal ala sahib ila mala ila mala". yaani har taameer, har building</w:t>
      </w:r>
    </w:p>
    <w:p>
      <w:pPr>
        <w:jc w:val="right"/>
      </w:pPr>
      <w:r>
        <w:t>तो उन्होंने कहा कि हदीस में आया है कि "कुल बनाइन वबाल अला साहिब इला माला इला माला"। यानी हर तामीर, हर बिल्डिंग</w:t>
      </w:r>
    </w:p>
    <w:p>
      <w:r>
        <w:rPr>
          <w:b/>
        </w:rPr>
        <w:t xml:space="preserve">[05:19] </w:t>
      </w:r>
      <w:r>
        <w:t>insan ke liye wabal hai, museebat hai, saway uske jiske baghair chara na ho, saway uske jiske baghair chara na ho. yeh hadith sunai unhon ne.</w:t>
      </w:r>
    </w:p>
    <w:p>
      <w:pPr>
        <w:jc w:val="right"/>
      </w:pPr>
      <w:r>
        <w:t>इंसान के लिए वबाल है, मुसीबत है, सवाय उसके जिसके बगैर चारा न हो, सवाय उसके जिसके बगैर चारा न हो। यह हदीस सुनाई उन्होंने।</w:t>
      </w:r>
    </w:p>
    <w:p>
      <w:r>
        <w:rPr>
          <w:b/>
        </w:rPr>
        <w:t xml:space="preserve">[05:35] </w:t>
      </w:r>
      <w:r>
        <w:t>to unhon ne us building ki to koi tareef-tareef nahi ki. usmein sirf mere bare mein unhon ne kaha ke yeh inka yeh amte hain is se, kyunke yeh bhi isi college mein rehte hain. inke paas bhi bada ghar hai. lekin inka ghar jo hai, woh deen ke liye hai. yeh deeni kaam kar rahe hain.</w:t>
      </w:r>
    </w:p>
    <w:p>
      <w:pPr>
        <w:jc w:val="right"/>
      </w:pPr>
      <w:r>
        <w:t>तो उन्होंने उस बिल्डिंग की तो कोई तारीफ-तारीफ नहीं की। उसमें सिर्फ मेरे बारे में उन्होंने कहा कि यह इनका यह एमटे हैं इससे, क्योंकि यह भी इसी कॉलेज में रहते हैं। इनके पास भी बड़ा घर है। लेकिन इनका घर जो है, वह दीन के लिए है। यह दीनी काम कर रहे हैं।</w:t>
      </w:r>
    </w:p>
    <w:p>
      <w:r>
        <w:rPr>
          <w:b/>
        </w:rPr>
        <w:t xml:space="preserve">[05:54] </w:t>
      </w:r>
      <w:r>
        <w:t>sabke samne unhon ne yeh baat kahi, mera naam le kar ke ke yeh amte hain, yeh mustasna hain. kyunke yeh agarche bada ghar inke paas hai, lekin usmein woh deen ka kaam kar rahe hain. to is se aap yeh samajh sakte hain ke</w:t>
      </w:r>
    </w:p>
    <w:p>
      <w:pPr>
        <w:jc w:val="right"/>
      </w:pPr>
      <w:r>
        <w:t>सबके सामने उन्होंने यह बात कही, मेरा नाम लेकर के कि यह एमटे हैं, यह मुस्तसना हैं। क्योंकि यह अगरचे बड़ा घर इनके पास है, लेकिन उसमें वह दीन का काम कर रहे हैं। तो इससे आप यह समझ सकते हैं कि</w:t>
      </w:r>
    </w:p>
    <w:p>
      <w:r>
        <w:rPr>
          <w:b/>
        </w:rPr>
        <w:t xml:space="preserve">[06:10] </w:t>
      </w:r>
      <w:r>
        <w:t>yeh ek relative term hai ke aapka chota ghar hai, bada ghar hai. as cheez hai ke aap aap jo hai, usko deen ke liye istemal kar rahe hain ke sirf apne shan-shaukat ke liye kar rahe hain. to koi bhi ghar jo hai,</w:t>
      </w:r>
    </w:p>
    <w:p>
      <w:pPr>
        <w:jc w:val="right"/>
      </w:pPr>
      <w:r>
        <w:t>यह एक रिलेटिव टर्म है कि आपका छोटा घर है, बड़ा घर है। अस चीज है कि आप आप जो है, उसको दीन के लिए इस्तेमाल कर रहे हैं कि सिर्फ अपने शान-शौकत के लिए कर रहे हैं। तो कोई भी घर जो है,</w:t>
      </w:r>
    </w:p>
    <w:p>
      <w:r>
        <w:rPr>
          <w:b/>
        </w:rPr>
        <w:t xml:space="preserve">[06:26] </w:t>
      </w:r>
      <w:r>
        <w:t>jo banaya jata hai,</w:t>
      </w:r>
    </w:p>
    <w:p>
      <w:pPr>
        <w:jc w:val="right"/>
      </w:pPr>
      <w:r>
        <w:t>जो बनाया जाता है,</w:t>
      </w:r>
    </w:p>
    <w:p>
      <w:r>
        <w:rPr>
          <w:b/>
        </w:rPr>
        <w:t xml:space="preserve">[06:28] </w:t>
      </w:r>
      <w:r>
        <w:t>to woh need ke baqad to aapka hai. uske baad aapko usmein deen ka kaam karna hai. baqi jo rasmein jo hain, to rasmon ko to main kayal nahi hoon. rasmon ko main iska koi talluq shariyat se nahi hai. koi kare to woh kare. woh</w:t>
      </w:r>
    </w:p>
    <w:p>
      <w:pPr>
        <w:jc w:val="right"/>
      </w:pPr>
      <w:r>
        <w:t>तो वह नीट के बकाद तो आपका है। उसके बाद आपको उसमें दीन का काम करना है। बाकी जो रस्में जो हैं, तो रस्मों को तो मैं कायल नहीं हूं। रस्मों को मैं इसका कोई ताल्लुक शरीयत से नहीं है। कोई करे तो वो करे। वो</w:t>
      </w:r>
    </w:p>
    <w:p>
      <w:r>
        <w:rPr>
          <w:b/>
        </w:rPr>
        <w:t xml:space="preserve">[06:46] </w:t>
      </w:r>
      <w:r>
        <w:t>na usko koi sawab hai, na koi azab hai. yeh main samajh paya hoon.</w:t>
      </w:r>
    </w:p>
    <w:p>
      <w:pPr>
        <w:jc w:val="right"/>
      </w:pPr>
      <w:r>
        <w:t>न उसको कोई सवाब है, न कोई अजाब है। यह मैं समझ पाया हूं।</w:t>
      </w:r>
    </w:p>
    <w:p>
      <w:r>
        <w:rPr>
          <w:b/>
        </w:rPr>
        <w:t xml:space="preserve">[06:54] </w:t>
      </w:r>
      <w:r>
        <w:t>This question is from Mr. O.P. Sikka. Maulana Hazoor, this is my first attendance and my query is as old. What am I?</w:t>
      </w:r>
    </w:p>
    <w:p>
      <w:pPr>
        <w:jc w:val="right"/>
      </w:pPr>
      <w:r>
        <w:t>दिस क्वेश्चन इज़ फ्रॉम मिस्टर ओपी सिक्का। मौलाना हजूर, दिस इज़ माय फर्स्ट अटेंडेंस एंड माय क्वेरी इज़ एज ओल्ड। व्हाट एम आई?</w:t>
      </w:r>
    </w:p>
    <w:p>
      <w:r>
        <w:rPr>
          <w:b/>
        </w:rPr>
        <w:t xml:space="preserve">[07:06] </w:t>
      </w:r>
      <w:r>
        <w:t>what is the purpose of my life and my relation to god? kindly comment.</w:t>
      </w:r>
    </w:p>
    <w:p>
      <w:pPr>
        <w:jc w:val="right"/>
      </w:pPr>
      <w:r>
        <w:t>व्हाट इज़ द पर्पस ऑफ माय लाइफ एंड माय रिलेशन टू गॉड? काइंडली कमेंट।</w:t>
      </w:r>
    </w:p>
    <w:p>
      <w:r>
        <w:rPr>
          <w:b/>
        </w:rPr>
        <w:t xml:space="preserve">[07:15] </w:t>
      </w:r>
      <w:r>
        <w:t>theek hai, aaj ka jo lecture tha, woh to isi par tha.</w:t>
      </w:r>
    </w:p>
    <w:p>
      <w:pPr>
        <w:jc w:val="right"/>
      </w:pPr>
      <w:r>
        <w:t>ठीक है, आज का जो लेक्चर था, वह तो इसी पर था।</w:t>
      </w:r>
    </w:p>
    <w:p>
      <w:r>
        <w:rPr>
          <w:b/>
        </w:rPr>
        <w:t xml:space="preserve">[07:24] </w:t>
      </w:r>
      <w:r>
        <w:t>khuda ne humko ek bohat bari opportunity ko avel karne ke liye is duniya mein basaya hai. ek bohat bari opportunity. yadi blessing hai khuda ki ke usne hamein yahan basaya hai,</w:t>
      </w:r>
    </w:p>
    <w:p>
      <w:pPr>
        <w:jc w:val="right"/>
      </w:pPr>
      <w:r>
        <w:t>खुदा ने हमको एक बहुत बड़ी अपॉर्चुनिटी को अवेल करने के लिए इस दुनिया में बसाया है। एक बहुत बड़ी अपॉर्चुनिटी। यदि ब्लेसिंग है खुदा की कि उसने हमें यहां बसाया है,</w:t>
      </w:r>
    </w:p>
    <w:p>
      <w:r>
        <w:rPr>
          <w:b/>
        </w:rPr>
        <w:t xml:space="preserve">[07:42] </w:t>
      </w:r>
      <w:r>
        <w:t>to woh kya hai?</w:t>
      </w:r>
    </w:p>
    <w:p>
      <w:pPr>
        <w:jc w:val="right"/>
      </w:pPr>
      <w:r>
        <w:t>तो वह क्या है?</w:t>
      </w:r>
    </w:p>
    <w:p>
      <w:r>
        <w:rPr>
          <w:b/>
        </w:rPr>
        <w:t xml:space="preserve">[07:45] </w:t>
      </w:r>
      <w:r>
        <w:t>khuda ne ek bohat hi beautiful duniya banai, ideal duniya, perfect duniya, jisko hum kehte hain jannat ya paradise. us duniya mein basane ke liye khuda ko qualified log chahiye. qualified log.</w:t>
      </w:r>
    </w:p>
    <w:p>
      <w:pPr>
        <w:jc w:val="right"/>
      </w:pPr>
      <w:r>
        <w:t>खुदा ने एक बहुत ही ब्यूटीफुल दुनिया बनाई, आइडियल दुनिया, परफेक्ट दुनिया, जिसको हम कहते हैं जन्नत या पैराडाइस। उस दुनिया में बसाने के लिए खुदा को क्वालिफाइड लोग चाहिए। क्वालिफाइड लोग।</w:t>
      </w:r>
    </w:p>
    <w:p>
      <w:r>
        <w:rPr>
          <w:b/>
        </w:rPr>
        <w:t xml:space="preserve">[08:04] </w:t>
      </w:r>
      <w:r>
        <w:t>usi ka yeh prepate ground hai. yeh duniya.</w:t>
      </w:r>
    </w:p>
    <w:p>
      <w:pPr>
        <w:jc w:val="right"/>
      </w:pPr>
      <w:r>
        <w:t>उसी का यह प्रिपेट ग्राउंड है। यह दुनिया।</w:t>
      </w:r>
    </w:p>
    <w:p>
      <w:r>
        <w:rPr>
          <w:b/>
        </w:rPr>
        <w:t xml:space="preserve">[08:10] </w:t>
      </w:r>
      <w:r>
        <w:t>yeh duniya hamein is liye nahi hai ke hum entertain karein, enjoy karein, apni shan-shaukat badhayein ya fame hasil karein. right here, right now ka culture yahan chalayein. iske liye duniya nahi banai gayi hai. yeh to isko misuse karna hai.</w:t>
      </w:r>
    </w:p>
    <w:p>
      <w:pPr>
        <w:jc w:val="right"/>
      </w:pPr>
      <w:r>
        <w:t>यह दुनिया हमें इसलिए नहीं है कि हम एंटरटेन करें, एंजॉय करें, अपनी शान-शौकत बढ़ाएं या फेम हासिल करें। राइट हियर, राइट नाउ का कल्चर यहां चलाएं। इसके लिए दुनिया नहीं बनाई गई है। यह तो इसको मिसयूज करना है।</w:t>
      </w:r>
    </w:p>
    <w:p>
      <w:r>
        <w:rPr>
          <w:b/>
        </w:rPr>
        <w:t xml:space="preserve">[08:30] </w:t>
      </w:r>
      <w:r>
        <w:t>banai gayi hai jo christian plant of god hai, uske mutabik ke yahan ke har cheez ko aap bator opportunity le. bator opportunity le. aaj hi maine apni diary mein likha hai</w:t>
      </w:r>
    </w:p>
    <w:p>
      <w:pPr>
        <w:jc w:val="right"/>
      </w:pPr>
      <w:r>
        <w:t>बनाई गई है जो क्रिश्चियन प्लांट ऑफ गॉड है, उसके मुताबिक कि यहां के हर चीज को आप बतौर अपॉर्चुनिटी ले। बतौर अपॉर्चुनिटी ले। आज ही मैंने अपनी डायरी में लिखा है</w:t>
      </w:r>
    </w:p>
    <w:p>
      <w:r>
        <w:rPr>
          <w:b/>
        </w:rPr>
        <w:t xml:space="preserve">[08:46] </w:t>
      </w:r>
      <w:r>
        <w:t>ke is duniya mein aankh wala woh hai jo har scene mein khuda ko dekhe. is duniya mein kaan wala woh hai jo har awaz mein khuda ki awaz sune.</w:t>
      </w:r>
    </w:p>
    <w:p>
      <w:pPr>
        <w:jc w:val="right"/>
      </w:pPr>
      <w:r>
        <w:t>कि इस दुनिया में आंख वाला वह है जो हर सीन में खुदा को देखे। इस दुनिया में कान वाला वह है जो हर आवाज में खुदा की आवाज सुने।</w:t>
      </w:r>
    </w:p>
    <w:p>
      <w:r>
        <w:rPr>
          <w:b/>
        </w:rPr>
        <w:t xml:space="preserve">[09:05] </w:t>
      </w:r>
      <w:r>
        <w:t>is duniya mein mind wala woh hai jo har experience mein khuda ko discover kar sake. isi ke liye duniya banai gayi hai. to jo log isko</w:t>
      </w:r>
    </w:p>
    <w:p>
      <w:pPr>
        <w:jc w:val="right"/>
      </w:pPr>
      <w:r>
        <w:t>इस दुनिया में माइंड वाला वह है जो हर एक्सपीरियंस में खुदा को डिस्कवर कर सके। इसी के लिए दुनिया बनाई गई है। तो जो लोग इसको</w:t>
      </w:r>
    </w:p>
    <w:p>
      <w:r>
        <w:rPr>
          <w:b/>
        </w:rPr>
        <w:t xml:space="preserve">[09:21] </w:t>
      </w:r>
      <w:r>
        <w:t>ek opportunity ke taur par le, us opportunity ko avel karein, to unko maut ke baad paradise mein jagah milegi. aur jo usko avel na karein, to jaisa maine arz kiya, marne ke baad woh kahenge ke mind was a case of missed opportunity.</w:t>
      </w:r>
    </w:p>
    <w:p>
      <w:pPr>
        <w:jc w:val="right"/>
      </w:pPr>
      <w:r>
        <w:t>एक अपॉर्चुनिटी के तौर पर ले, उस अपॉर्चुनिटी को अवेल करें, तो उनको मौत के बाद पैराडाइस में जगह मिलेगी। और जो उसको अवेल न करें, तो जैसा मैंने अर्ज किया, मरने के बाद वह कहेंगे कि माइंड वाज अ केस ऑफ मिस्ड अपॉर्चुनिटी।</w:t>
      </w:r>
    </w:p>
    <w:p>
      <w:r>
        <w:rPr>
          <w:b/>
        </w:rPr>
        <w:t xml:space="preserve">[09:45] </w:t>
      </w:r>
      <w:r>
        <w:t>this question is from doctor wasiqur rehman. does prophet mohammed receive salam when we visit his place of last rest in masjid nabwi?</w:t>
      </w:r>
    </w:p>
    <w:p>
      <w:pPr>
        <w:jc w:val="right"/>
      </w:pPr>
      <w:r>
        <w:t>दिस क्वेश्चन इज़ फ्रॉम डॉक्टर वसीकुर रहमान। डस प्रोफेट मोहम्मद रिसीव सलाम व्हेन वी विजिट हिज प्लेस ऑफ लास्ट रेस्ट इन मस्जिद नबवी?</w:t>
      </w:r>
    </w:p>
    <w:p>
      <w:r>
        <w:rPr>
          <w:b/>
        </w:rPr>
        <w:t xml:space="preserve">[09:57] </w:t>
      </w:r>
      <w:r>
        <w:t>secondly, if one happens to go to ajmer, should he pay visit to khwaja moinuddin chishti mazar? what one should do there apart from offer salam?</w:t>
      </w:r>
    </w:p>
    <w:p>
      <w:pPr>
        <w:jc w:val="right"/>
      </w:pPr>
      <w:r>
        <w:t>सेकंडली, इफ वन हैपेंस टू गो टू अजमेर, शुड ही पे विजिट टू ख्वाजा मोइनुद्दीन चिश्ती मजार? व्हाट वन शुड डू देयर अपार्ट फ्रॉम ऑफर सलाम?</w:t>
      </w:r>
    </w:p>
    <w:p>
      <w:r>
        <w:rPr>
          <w:b/>
        </w:rPr>
        <w:t xml:space="preserve">[10:10] </w:t>
      </w:r>
      <w:r>
        <w:t>dekhiye, yeh sab to bilkul sartapa bidat hai. mazar mein jana aur use samajhna ke wahan barkat milegi, yeh sab bilkul islam mein nahin hai. yeh sab bidat hi bidat hai. bidat ke bare mein hadith mein aaya hai ke woh rejected hai. mazaron se yeh ummeed karna ke wahan hamein kuch barkat milegi, yeh to bahut hi zyada</w:t>
      </w:r>
    </w:p>
    <w:p>
      <w:pPr>
        <w:jc w:val="right"/>
      </w:pPr>
      <w:r>
        <w:t>देखिए, यह सब तो बिल्कुल सरतापा विदत है। मजार में जाना और उसे समझना कि वहां बरकत मिलेगी, यह सब बिल्कुल इस्लाम में नहीं है। यह सब विदत ही विदत है। विदत के बारे में हदीस में आया है कि वह रिजेक्टेड है। मजारों से यह उम्मीद करना कि वहां हमें कुछ बरकत मिलेगी, यह तो बहुत ही ज्यादा</w:t>
      </w:r>
    </w:p>
    <w:p>
      <w:r>
        <w:rPr>
          <w:b/>
        </w:rPr>
        <w:t xml:space="preserve">[10:32] </w:t>
      </w:r>
      <w:r>
        <w:t>... yeh to shirk hai.</w:t>
      </w:r>
    </w:p>
    <w:p>
      <w:pPr>
        <w:jc w:val="right"/>
      </w:pPr>
      <w:r>
        <w:t>... यह तो शिर्क है।</w:t>
      </w:r>
    </w:p>
    <w:p>
      <w:r>
        <w:rPr>
          <w:b/>
        </w:rPr>
        <w:t xml:space="preserve">[10:34] </w:t>
      </w:r>
      <w:r>
        <w:t>yeh to shirk hai.</w:t>
      </w:r>
    </w:p>
    <w:p>
      <w:pPr>
        <w:jc w:val="right"/>
      </w:pPr>
      <w:r>
        <w:t>यह तो शिर्क है।</w:t>
      </w:r>
    </w:p>
    <w:p>
      <w:r>
        <w:rPr>
          <w:b/>
        </w:rPr>
        <w:t xml:space="preserve">[10:35] </w:t>
      </w:r>
      <w:r>
        <w:t>khuda ke siwa koi aapko kuch de nahi sakta.</w:t>
      </w:r>
    </w:p>
    <w:p>
      <w:pPr>
        <w:jc w:val="right"/>
      </w:pPr>
      <w:r>
        <w:t>खुदा के सिवा कोई आपको कुछ दे नहीं सकता।</w:t>
      </w:r>
    </w:p>
    <w:p>
      <w:r>
        <w:rPr>
          <w:b/>
        </w:rPr>
        <w:t xml:space="preserve">[10:39] </w:t>
      </w:r>
      <w:r>
        <w:t>koi dene wala nahi hai.</w:t>
      </w:r>
    </w:p>
    <w:p>
      <w:pPr>
        <w:jc w:val="right"/>
      </w:pPr>
      <w:r>
        <w:t>कोई देने वाला नहीं है।</w:t>
      </w:r>
    </w:p>
    <w:p>
      <w:r>
        <w:rPr>
          <w:b/>
        </w:rPr>
        <w:t xml:space="preserve">[10:41] </w:t>
      </w:r>
      <w:r>
        <w:t>aur salam ke bare mein ek ek mauzoo riwayat bana rakhi hai logon ne, banawati riwayat, fabrication</w:t>
      </w:r>
    </w:p>
    <w:p>
      <w:pPr>
        <w:jc w:val="right"/>
      </w:pPr>
      <w:r>
        <w:t>और सलाम के बारे में एक एक मौजू रवायत बना रखी है लोगों ने, बनावटी रवायत, फैब्रिकेशन</w:t>
      </w:r>
    </w:p>
    <w:p>
      <w:r>
        <w:rPr>
          <w:b/>
        </w:rPr>
        <w:t xml:space="preserve">[10:49] </w:t>
      </w:r>
      <w:r>
        <w:t>ki agar rasoolullah ko aap yahan yahan par rakh kar ke salam bhejen, to angel usko lekar jate</w:t>
      </w:r>
    </w:p>
    <w:p>
      <w:pPr>
        <w:jc w:val="right"/>
      </w:pPr>
      <w:r>
        <w:t>कि अगर रसूलल्लाह को आप यहां यहां पर रख कर के सलाम भेजें, तो एंजल उसको लेकर जाते</w:t>
      </w:r>
    </w:p>
    <w:p>
      <w:r>
        <w:rPr>
          <w:b/>
        </w:rPr>
        <w:t xml:space="preserve">[10:55] </w:t>
      </w:r>
      <w:r>
        <w:t>hain, rasoolullah tak pahunchate hain.</w:t>
      </w:r>
    </w:p>
    <w:p>
      <w:pPr>
        <w:jc w:val="right"/>
      </w:pPr>
      <w:r>
        <w:t>हैं, रसूलल्लाह तक पहुंचाते हैं।</w:t>
      </w:r>
    </w:p>
    <w:p>
      <w:r>
        <w:rPr>
          <w:b/>
        </w:rPr>
        <w:t xml:space="preserve">[10:57] </w:t>
      </w:r>
      <w:r>
        <w:t>aur agar madina ja kar qabr par khade ho, wahan bole, to wo rasool khud sunte hain.</w:t>
      </w:r>
    </w:p>
    <w:p>
      <w:pPr>
        <w:jc w:val="right"/>
      </w:pPr>
      <w:r>
        <w:t>और अगर मदीना जाकर कब्र पर खड़े हो, वहां बोले, तो वो रसूल खुद सुनते हैं।</w:t>
      </w:r>
    </w:p>
    <w:p>
      <w:r>
        <w:rPr>
          <w:b/>
        </w:rPr>
        <w:t xml:space="preserve">[11:00] </w:t>
      </w:r>
      <w:r>
        <w:t>yeh sab bilkul baseless baatein hain.</w:t>
      </w:r>
    </w:p>
    <w:p>
      <w:pPr>
        <w:jc w:val="right"/>
      </w:pPr>
      <w:r>
        <w:t>ये सब बिल्कुल बेसलेस बातें हैं।</w:t>
      </w:r>
    </w:p>
    <w:p>
      <w:r>
        <w:rPr>
          <w:b/>
        </w:rPr>
        <w:t xml:space="preserve">[11:03] </w:t>
      </w:r>
      <w:r>
        <w:t>yeh sab mauzoo hai,</w:t>
      </w:r>
    </w:p>
    <w:p>
      <w:pPr>
        <w:jc w:val="right"/>
      </w:pPr>
      <w:r>
        <w:t>ये सब मौजू है,</w:t>
      </w:r>
    </w:p>
    <w:p>
      <w:r>
        <w:rPr>
          <w:b/>
        </w:rPr>
        <w:t xml:space="preserve">[11:05] </w:t>
      </w:r>
      <w:r>
        <w:t>sab fabricated hai. iska koi bhi talluq islam se, shariyat se nahin hai. jo log usko islam ka bataen, woh islam ki a, b, c, d bhi nahin jante.</w:t>
      </w:r>
    </w:p>
    <w:p>
      <w:pPr>
        <w:jc w:val="right"/>
      </w:pPr>
      <w:r>
        <w:t>सब फैब्रिकेटेड है। इसका कोई भी ताल्लुक इस्लाम से, शरीयत से नहीं है। जो लोग उसको इस्लाम का बताएं, वह इस्लाम की ए, बी, सी, डी भी नहीं जानते।</w:t>
      </w:r>
    </w:p>
    <w:p>
      <w:r>
        <w:rPr>
          <w:b/>
        </w:rPr>
        <w:t xml:space="preserve">[11:22] </w:t>
      </w:r>
      <w:r>
        <w:t>maulana he also wants to know what is the standing of fatiha. fatiha to bidat hai. koi na quran mein, na hadith mein, na rasoolullah sallallahu alaihi wasallam ne kiya, na sahaba ne kiya. yeh sara bidat hi bidat hai. abhi india mein hai, yeh bahar nahin hai. yeh sab</w:t>
      </w:r>
    </w:p>
    <w:p>
      <w:pPr>
        <w:jc w:val="right"/>
      </w:pPr>
      <w:r>
        <w:t>मौलाना ही आल्सो वांट्स टू नो व्हाट इज़ द स्टैंडिंग ऑफ फातिहा। फातिहा तो विदत है। कोई ना कुरान में, ना हदीस में, ना रसूलल्लाह सल्लल्लाहु अलैहि वसल्लम ने किया, ना सहाबा ने किया। यह सारा विदत ही विदत है। अभी इंडिया में है, यह बाहर नहीं है। यह सब</w:t>
      </w:r>
    </w:p>
    <w:p>
      <w:r>
        <w:rPr>
          <w:b/>
        </w:rPr>
        <w:t xml:space="preserve">[11:42] </w:t>
      </w:r>
      <w:r>
        <w:t>bidat kehte hain mujahat ko. bidat means mujahat. mujahat ka matlab hota hai quran ka lafz hai. yeh mujahat yani hota yeh hai ke jab jo log convert hote hain kisi mazhab se,</w:t>
      </w:r>
    </w:p>
    <w:p>
      <w:pPr>
        <w:jc w:val="right"/>
      </w:pPr>
      <w:r>
        <w:t>विदत कहते हैं मुजाहत को। विदत मींस मुजाहत। मुजाहत का मतलब होता है कुरान का लफ्ज है। यह मुजाहत यानी होता यह है कि जब जो लोग कन्वर्ट होते हैं किसी मजहब से,</w:t>
      </w:r>
    </w:p>
    <w:p>
      <w:r>
        <w:rPr>
          <w:b/>
        </w:rPr>
        <w:t xml:space="preserve">[12:00] </w:t>
      </w:r>
      <w:r>
        <w:t>to us mazhab ke riwaj ko, custom ko lekar aate hain. to agar unki training ho gayi, taalim ho gayi, to usse woh nikal aate hain. nahin to usi ko islam mein dakhil kar dete hain. yeh sari cheezein jo hain, woh yani hinduism ko islam mein dakhil karna hai.</w:t>
      </w:r>
    </w:p>
    <w:p>
      <w:pPr>
        <w:jc w:val="right"/>
      </w:pPr>
      <w:r>
        <w:t>तो उस मजहब के रिवाज को, कस्टम को लेकर आते हैं। तो अगर उनकी ट्रेनिंग हो गई, तालीम हो गई, तो उससे वो निकल आते हैं। नहीं तो उसी को इस्लाम में दाखिल कर देते हैं। यह सारी चीजें जो हैं, वह यानी हिंदुइज्म को इस्लाम में दाखिल करना है।</w:t>
      </w:r>
    </w:p>
    <w:p>
      <w:r>
        <w:rPr>
          <w:b/>
        </w:rPr>
        <w:t xml:space="preserve">[12:19] </w:t>
      </w:r>
      <w:r>
        <w:t>yeh log hindua islam liye hue hain. jo log hinduism se convert hue, unki taalim ho nahin saki, tarbiyat ho nahin saki, to pichhle riwajon ko la kar islam mein dakhil kar diya unhone. wahan woh tha,</w:t>
      </w:r>
    </w:p>
    <w:p>
      <w:pPr>
        <w:jc w:val="right"/>
      </w:pPr>
      <w:r>
        <w:t>यह लोग हिंदुआ इस्लाम लिए हुए हैं। जो लोग हिंदुइज्म से कन्वर्ट हुए, उनकी तालीम हो नहीं सकी, तरबियत हो नहीं सकी, तो पिछले रिवाजों को लाकर इस्लाम में दाखिल कर दिया उन्होंने। वहां वो था,</w:t>
      </w:r>
    </w:p>
    <w:p>
      <w:r>
        <w:rPr>
          <w:b/>
        </w:rPr>
        <w:t xml:space="preserve">[12:36] </w:t>
      </w:r>
      <w:r>
        <w:t>wahan par woh tha bhajan tha, to yahan naat khani shuru kar diya. wahan par janmashtami thi, to yahan bilad khani shuru kar di. yeh sara hindu dharm se aaya hua hai. aaj bhi aap jaen arab country mein, jahan islam barah rast pahuncha hai sahaba karam se, wahan yeh sab kuch bhi nahin hai.</w:t>
      </w:r>
    </w:p>
    <w:p>
      <w:pPr>
        <w:jc w:val="right"/>
      </w:pPr>
      <w:r>
        <w:t>वहां पर वो था भजन था, तो यहां नात खानी शुरू कर दिया। वहां पर जन्माष्टमी थी, तो यहां बिलाद खानी शुरू कर दी। यह सारा हिंदू धर्म से आया हुआ है। आज भी आप जाएं अरब कंट्रीज में, जहां इस्लाम बराह रास्त पहुंचा है सहाबा कराम से, वहां ये सब कुछ भी नहीं है।</w:t>
      </w:r>
    </w:p>
    <w:p>
      <w:r>
        <w:rPr>
          <w:b/>
        </w:rPr>
        <w:t xml:space="preserve">[12:56] </w:t>
      </w:r>
      <w:r>
        <w:t>kuch bhi nahin hai. sab wahan simple islam hai. bilkul wahan na koi mazar hai, na koi qabr hai, na koi dargah hai. kuch bhi nahin hai. yeh sara is indian subcontinent mein hai, jahan hinduo se convert ho kar log islam mein aaye aur apne</w:t>
      </w:r>
    </w:p>
    <w:p>
      <w:pPr>
        <w:jc w:val="right"/>
      </w:pPr>
      <w:r>
        <w:t>कुछ भी नहीं है। सब वहां सिंपल इस्लाम है। बिल्कुल वहां न कोई मजार है, न कोई कब्र है, न कोई दरगाह है। कुछ भी नहीं है। यह सारा इस इंडियन सबकॉन्टिनेंट में है, जहां हिंदुओं से कन्वर्ट होकर लोग इस्लाम में आए और अपने</w:t>
      </w:r>
    </w:p>
    <w:p>
      <w:r>
        <w:rPr>
          <w:b/>
        </w:rPr>
        <w:t xml:space="preserve">[13:13] </w:t>
      </w:r>
      <w:r>
        <w:t>hindu dharm mein jab the, jo unke jo riwaj, woh sab la kar ke islam mein dakhil kar diya. yeh sab hindu addition of islam hai. mere nazdeek iska aap ja kar dekh lijiye. arab mein,</w:t>
      </w:r>
    </w:p>
    <w:p>
      <w:pPr>
        <w:jc w:val="right"/>
      </w:pPr>
      <w:r>
        <w:t>हिंदू धर्म में जब थे, जो उनके जो रिवाज, वह सब लाकर के इस्लाम में दाखिल कर दिया। यह सब हिंदू एडिशन ऑफ इस्लाम है। मेरे नजदीक इसका आप जाकर देख लीजिए। अरब में,</w:t>
      </w:r>
    </w:p>
    <w:p>
      <w:r>
        <w:rPr>
          <w:b/>
        </w:rPr>
        <w:t xml:space="preserve">[13:28] </w:t>
      </w:r>
      <w:r>
        <w:t>arab mein yeh sab kuch bhi nahin hai.</w:t>
      </w:r>
    </w:p>
    <w:p>
      <w:pPr>
        <w:jc w:val="right"/>
      </w:pPr>
      <w:r>
        <w:t>अरब में ये सब कुछ भी नहीं है।</w:t>
      </w:r>
    </w:p>
    <w:p>
      <w:r>
        <w:rPr>
          <w:b/>
        </w:rPr>
        <w:t xml:space="preserve">[13:30] </w:t>
      </w:r>
      <w:r>
        <w:t>kuch bhi nahin hai arab mein yeh sab, kyunke arab mein islam aaya direct. yahan par us tarah se arab mein nahin pahuncha. rasoolullah sallallahu alaihi wasallam se mila direct, unko phir saahabe karam se mila direct, unko. to wahan par bilkul yeh sab cheezein nahin hain, pata nahin hai.</w:t>
      </w:r>
    </w:p>
    <w:p>
      <w:pPr>
        <w:jc w:val="right"/>
      </w:pPr>
      <w:r>
        <w:t>कुछ भी नहीं है अरब में ये सब, क्योंकि अरब में इस्लाम आया डायरेक्ट। यहां पर उस तरह से अरब में नहीं पहुंचा। रसूलल्लाह सल्लल्लाहु अलैहि वसल्लम से मिला डायरेक्ट, उनको फिर सहाबे कराम से मिला डायरेक्ट, उनको। तो वहां पर बिल्कुल यह सब चीजें नहीं हैं, पता नहीं है।</w:t>
      </w:r>
    </w:p>
    <w:p>
      <w:r>
        <w:rPr>
          <w:b/>
        </w:rPr>
        <w:t xml:space="preserve">[13:55] </w:t>
      </w:r>
      <w:r>
        <w:t>this question is from ayesha and stuti. why is that the poor and innocent people are impacted by any kind of natural calamities like it happened in china and myanmar?</w:t>
      </w:r>
    </w:p>
    <w:p>
      <w:pPr>
        <w:jc w:val="right"/>
      </w:pPr>
      <w:r>
        <w:t>दिस क्वेश्चन इज़ फ्रॉम आयशा एंड स्तुति। व्हाई इज़ दैट द पुअर एंड इनोसेंट पीपल आर इंपैक्टेड बाय एनी काइंड ऑफ नेचुरल कैलेमिटीज लाइक इट हैपेंड इन चाइना एंड म्यानमार?</w:t>
      </w:r>
    </w:p>
    <w:p>
      <w:r>
        <w:rPr>
          <w:b/>
        </w:rPr>
        <w:t xml:space="preserve">[14:09] </w:t>
      </w:r>
      <w:r>
        <w:t>k</w:t>
      </w:r>
    </w:p>
    <w:p>
      <w:pPr>
        <w:jc w:val="right"/>
      </w:pPr>
      <w:r>
        <w:t>क</w:t>
      </w:r>
    </w:p>
    <w:p>
      <w:r>
        <w:rPr>
          <w:b/>
        </w:rPr>
        <w:t xml:space="preserve">[14:10] </w:t>
      </w:r>
      <w:r>
        <w:t>yon kaha? yeh humne to padha nahin. kahin poor zyada hum to humko pata nahin. bhai, bhai sab log usmein ameer bhi, gareeb bhi, sab usmein aate hain. uska hum yeh to humko aisa hum jante nahin. bhai,</w:t>
      </w:r>
    </w:p>
    <w:p>
      <w:pPr>
        <w:jc w:val="right"/>
      </w:pPr>
      <w:r>
        <w:t>्यों कहा? ये हमने तो पढ़ा नहीं। कहीं पुअर ज्यादा हम तो हमको पता नहीं। भाई, भाई सब लोग उसमें अमीर भी, गरीब भी, सब उसमें आते हैं। उसका हम ये तो हमको ऐसा हम जानते नहीं। भाई,</w:t>
      </w:r>
    </w:p>
    <w:p>
      <w:r>
        <w:rPr>
          <w:b/>
        </w:rPr>
        <w:t xml:space="preserve">[14:26] </w:t>
      </w:r>
      <w:r>
        <w:t>jo log bhi wahan rahenge,</w:t>
      </w:r>
    </w:p>
    <w:p>
      <w:pPr>
        <w:jc w:val="right"/>
      </w:pPr>
      <w:r>
        <w:t>जो लोग भी वहां रहेंगे,</w:t>
      </w:r>
    </w:p>
    <w:p>
      <w:r>
        <w:rPr>
          <w:b/>
        </w:rPr>
        <w:t xml:space="preserve">[14:30] </w:t>
      </w:r>
      <w:r>
        <w:t>woh sab uske. everybody is</w:t>
      </w:r>
    </w:p>
    <w:p>
      <w:pPr>
        <w:jc w:val="right"/>
      </w:pPr>
      <w:r>
        <w:t>वो सब उसके। एवरीबॉडी इ</w:t>
      </w:r>
    </w:p>
    <w:p>
      <w:r>
        <w:rPr>
          <w:b/>
        </w:rPr>
        <w:t xml:space="preserve">[14:34] </w:t>
      </w:r>
      <w:r>
        <w:t>impact. main to, main to yahi janta hoon. bhai, chun-chun kar ke jab aata hai qissa, to chun-chun kar ke poor ke liye nahin aata hai. woh jo usmein basiya bhi hain, sab ke liye aata hai. usmein har qism ke log hote hain. ji haan, main to yahi janta hoon.</w:t>
      </w:r>
    </w:p>
    <w:p>
      <w:pPr>
        <w:jc w:val="right"/>
      </w:pPr>
      <w:r>
        <w:t>ज़ इंपैक्ट। मैं तो, मैं तो यही जानता हूं। भाई, चुन-चुन करके जब आता है किस्सा, तो चुन-चुन करके पुअर के लिए नहीं आता है। वो जो उसमें बसिया भी हैं, सबके लिए आता है। उसमें हर किस्म के लोग होते हैं। जी हां, मैं तो यही जानता हूं।</w:t>
      </w:r>
    </w:p>
    <w:p>
      <w:r>
        <w:rPr>
          <w:b/>
        </w:rPr>
        <w:t xml:space="preserve">[14:50] </w:t>
      </w:r>
      <w:r>
        <w:t>this question is from idrees. this world is not ideal. peoples desire cannot be fulfilled here. however, paradise is an ideal place. then why hazrat adam had dissatisfaction there?</w:t>
      </w:r>
    </w:p>
    <w:p>
      <w:pPr>
        <w:jc w:val="right"/>
      </w:pPr>
      <w:r>
        <w:t>दिस क्वेश्चन इज़ फ्रॉम इदरीस। दिस वर्ल्ड इज़ नॉट आइडियल। पीपल्स डिजायर कैन नॉट बी फुलफिल्ड हियर। हाउ एवर, पैराडाइस इज़ एन आइडियल प्लेस। देन व्हाई हजरत आदम हैड डिससेटिस्फेक्शन देयर?</w:t>
      </w:r>
    </w:p>
    <w:p>
      <w:r>
        <w:rPr>
          <w:b/>
        </w:rPr>
        <w:t xml:space="preserve">[15:12] </w:t>
      </w:r>
      <w:r>
        <w:t>dekhiye, wo jannat jo thi, to wo jannat wo nahi thi jismein ki aapko maut ke baad jana</w:t>
      </w:r>
    </w:p>
    <w:p>
      <w:pPr>
        <w:jc w:val="right"/>
      </w:pPr>
      <w:r>
        <w:t>देखिए, वो जन्नत जो थी, तो वो जन्नत वो नहीं थी जिसमें कि आपको मौत के बाद जाना</w:t>
      </w:r>
    </w:p>
    <w:p>
      <w:r>
        <w:rPr>
          <w:b/>
        </w:rPr>
        <w:t xml:space="preserve">[15:18] </w:t>
      </w:r>
      <w:r>
        <w:t>hai. wo to ek temporary jannat thi.</w:t>
      </w:r>
    </w:p>
    <w:p>
      <w:pPr>
        <w:jc w:val="right"/>
      </w:pPr>
      <w:r>
        <w:t>है। वो तो एक टेंपररी जन्नत थी।</w:t>
      </w:r>
    </w:p>
    <w:p>
      <w:r>
        <w:rPr>
          <w:b/>
        </w:rPr>
        <w:t xml:space="preserve">[15:20] </w:t>
      </w:r>
      <w:r>
        <w:t>wo iski detail hamein quran mein to nahi milti hai, lekin bible mein hai ki khuda ne adan</w:t>
      </w:r>
    </w:p>
    <w:p>
      <w:pPr>
        <w:jc w:val="right"/>
      </w:pPr>
      <w:r>
        <w:t>वो इसकी डिटेल हमें कुरान में तो नहीं मिलती है, लेकिन बाइबल में है कि खुदा ने अदन</w:t>
      </w:r>
    </w:p>
    <w:p>
      <w:r>
        <w:rPr>
          <w:b/>
        </w:rPr>
        <w:t xml:space="preserve">[15:27] </w:t>
      </w:r>
      <w:r>
        <w:t>mein ek bag lagaya aur wahan adam ko rakha.</w:t>
      </w:r>
    </w:p>
    <w:p>
      <w:pPr>
        <w:jc w:val="right"/>
      </w:pPr>
      <w:r>
        <w:t>में एक बाग लगाया और वहां आदम को रखा।</w:t>
      </w:r>
    </w:p>
    <w:p>
      <w:r>
        <w:rPr>
          <w:b/>
        </w:rPr>
        <w:t xml:space="preserve">[15:31] </w:t>
      </w:r>
      <w:r>
        <w:t>yeh bible mein hai.</w:t>
      </w:r>
    </w:p>
    <w:p>
      <w:pPr>
        <w:jc w:val="right"/>
      </w:pPr>
      <w:r>
        <w:t>यह बाइबल में है।</w:t>
      </w:r>
    </w:p>
    <w:p>
      <w:r>
        <w:rPr>
          <w:b/>
        </w:rPr>
        <w:t xml:space="preserve">[15:32] </w:t>
      </w:r>
      <w:r>
        <w:t>adan, aap jante hain, ek mulk hai.</w:t>
      </w:r>
    </w:p>
    <w:p>
      <w:pPr>
        <w:jc w:val="right"/>
      </w:pPr>
      <w:r>
        <w:t>अदन, आप जानते हैं, एक मुल्क है।</w:t>
      </w:r>
    </w:p>
    <w:p>
      <w:r>
        <w:rPr>
          <w:b/>
        </w:rPr>
        <w:t xml:space="preserve">[15:34] </w:t>
      </w:r>
      <w:r>
        <w:t>eden.</w:t>
      </w:r>
    </w:p>
    <w:p>
      <w:pPr>
        <w:jc w:val="right"/>
      </w:pPr>
      <w:r>
        <w:t>ईडी ई एन।</w:t>
      </w:r>
    </w:p>
    <w:p>
      <w:r>
        <w:rPr>
          <w:b/>
        </w:rPr>
        <w:t xml:space="preserve">[15:37] </w:t>
      </w:r>
      <w:r>
        <w:t>eden.</w:t>
      </w:r>
    </w:p>
    <w:p>
      <w:pPr>
        <w:jc w:val="right"/>
      </w:pPr>
      <w:r>
        <w:t>ईडी ई एन।</w:t>
      </w:r>
    </w:p>
    <w:p>
      <w:r>
        <w:rPr>
          <w:b/>
        </w:rPr>
        <w:t xml:space="preserve">[15:39] </w:t>
      </w:r>
      <w:r>
        <w:t>to bible mein hai ki khuda ne adan mein ek bag lagaya aur wahan unhon ne</w:t>
      </w:r>
    </w:p>
    <w:p>
      <w:pPr>
        <w:jc w:val="right"/>
      </w:pPr>
      <w:r>
        <w:t>तो बाइबल में है कि खुदा ने अदन में एक बाग लगाया और वहां उन्होंने</w:t>
      </w:r>
    </w:p>
    <w:p>
      <w:r>
        <w:rPr>
          <w:b/>
        </w:rPr>
        <w:t xml:space="preserve">[15:44] </w:t>
      </w:r>
      <w:r>
        <w:t>adam ko rakha.</w:t>
      </w:r>
    </w:p>
    <w:p>
      <w:pPr>
        <w:jc w:val="right"/>
      </w:pPr>
      <w:r>
        <w:t>आदम को रखा।</w:t>
      </w:r>
    </w:p>
    <w:p>
      <w:r>
        <w:rPr>
          <w:b/>
        </w:rPr>
        <w:t xml:space="preserve">[15:45] </w:t>
      </w:r>
      <w:r>
        <w:t>ho sakta hai ki yeh baat sahi ho.</w:t>
      </w:r>
    </w:p>
    <w:p>
      <w:pPr>
        <w:jc w:val="right"/>
      </w:pPr>
      <w:r>
        <w:t>हो सकता है कि यह बात सही हो।</w:t>
      </w:r>
    </w:p>
    <w:p>
      <w:r>
        <w:rPr>
          <w:b/>
        </w:rPr>
        <w:t xml:space="preserve">[15:47] </w:t>
      </w:r>
      <w:r>
        <w:t>main yakeen ke sath nahi keh sakta, lekin quran mein yeh baat nahi hai.</w:t>
      </w:r>
    </w:p>
    <w:p>
      <w:pPr>
        <w:jc w:val="right"/>
      </w:pPr>
      <w:r>
        <w:t>मैं यकीन के साथ नहीं कह सकता, लेकिन कुरान में यह बात नहीं है।</w:t>
      </w:r>
    </w:p>
    <w:p>
      <w:r>
        <w:rPr>
          <w:b/>
        </w:rPr>
        <w:t xml:space="preserve">[15:50] </w:t>
      </w:r>
      <w:r>
        <w:t>lekin yeh baat sahi bhi ho sakti hai.</w:t>
      </w:r>
    </w:p>
    <w:p>
      <w:pPr>
        <w:jc w:val="right"/>
      </w:pPr>
      <w:r>
        <w:t>लेकिन यह बात सही भी हो सकती है।</w:t>
      </w:r>
    </w:p>
    <w:p>
      <w:r>
        <w:rPr>
          <w:b/>
        </w:rPr>
        <w:t xml:space="preserve">[15:53] </w:t>
      </w:r>
      <w:r>
        <w:t>wo paradise jismein ki aakhirat ke baad jana hai sab logon</w:t>
      </w:r>
    </w:p>
    <w:p>
      <w:pPr>
        <w:jc w:val="right"/>
      </w:pPr>
      <w:r>
        <w:t>वो पैराडाइस जिसमें कि आखिरत के बाद जाना है सब लोगों</w:t>
      </w:r>
    </w:p>
    <w:p>
      <w:r>
        <w:rPr>
          <w:b/>
        </w:rPr>
        <w:t xml:space="preserve">[15:56] </w:t>
      </w:r>
      <w:r>
        <w:t>ko, par usse alag koi jagah thi jahan hazrat adam ko rakha gaya tha. koi temporary jagah. temporary.</w:t>
      </w:r>
    </w:p>
    <w:p>
      <w:pPr>
        <w:jc w:val="right"/>
      </w:pPr>
      <w:r>
        <w:t>को, पर उससे अलग कोई जगह थी जहां हजरत आदम को रखा गया था। कोई टेंपररी जगह। टेंपररी।</w:t>
      </w:r>
    </w:p>
    <w:p>
      <w:r>
        <w:rPr>
          <w:b/>
        </w:rPr>
        <w:t xml:space="preserve">[16:06] </w:t>
      </w:r>
      <w:r>
        <w:t>this question is from yaseer. does being a status quo not limit our capabilities to achieve more in life?</w:t>
      </w:r>
    </w:p>
    <w:p>
      <w:pPr>
        <w:jc w:val="right"/>
      </w:pPr>
      <w:r>
        <w:t>दिस क्वेश्चन इज़ फ्रॉम यासिर। डस बीइंग अ स्टेटस कोस्ट नॉट लिमिट आवर कैपेबिलिटीज टू अचीव मोर इन लाइफ?</w:t>
      </w:r>
    </w:p>
    <w:p>
      <w:r>
        <w:rPr>
          <w:b/>
        </w:rPr>
        <w:t xml:space="preserve">[16:16] </w:t>
      </w:r>
      <w:r>
        <w:t>kindly comment. nahin, nahin. woh to zyada keh sakta hai. y status quo ka matlab kya hai?</w:t>
      </w:r>
    </w:p>
    <w:p>
      <w:pPr>
        <w:jc w:val="right"/>
      </w:pPr>
      <w:r>
        <w:t>काइंडली कमेंट। नहीं, नहीं। वो तो ज्यादा कह सकता है। य स्टेटस कोस्ट का मतलब क्या है?</w:t>
      </w:r>
    </w:p>
    <w:p>
      <w:r>
        <w:rPr>
          <w:b/>
        </w:rPr>
        <w:t xml:space="preserve">[16:23] </w:t>
      </w:r>
      <w:r>
        <w:t>yani problem se na ulajhna aur opportunity ka avel karna. jab aap problem ko ulajhenge, to opportunity avel nahin kar paenge. status quo ka matlab yeh nahin ki aap inactive ho jaen. status quo ka matlab inactive hona nahin hai,</w:t>
      </w:r>
    </w:p>
    <w:p>
      <w:pPr>
        <w:jc w:val="right"/>
      </w:pPr>
      <w:r>
        <w:t>यानी प्रॉब्लम से न उलझना और अपॉर्चुनिटी का अवेल करना। जब आप प्रॉब्लम को उलझेंगे, तो अपॉर्चुनिटी अवेल नहीं कर पाएंगे। स्टेटस कोस्ट का मतलब यह नहीं कि आप इनएक्टिव हो जाएं। स्टेटस कोस्ट का मतलब इनएक्टिव होना नहीं है,</w:t>
      </w:r>
    </w:p>
    <w:p>
      <w:r>
        <w:rPr>
          <w:b/>
        </w:rPr>
        <w:t xml:space="preserve">[16:43] </w:t>
      </w:r>
      <w:r>
        <w:t>balki unnecessary involvement problems mein jo karte hain log, usse apne ko bachakar ke apna time, apni energy usse bachayen aur jo opportunity hain,</w:t>
      </w:r>
    </w:p>
    <w:p>
      <w:pPr>
        <w:jc w:val="right"/>
      </w:pPr>
      <w:r>
        <w:t>बल्कि अननेसेसरी इवॉल्वमेंट प्रॉब्लम्स में जो करते हैं लोग, उससे अपने को बचा करके अपना टाइम, अपनी एनर्जी उससे बचाएं और जो अपॉर्चुनिटी हैं,</w:t>
      </w:r>
    </w:p>
    <w:p>
      <w:r>
        <w:rPr>
          <w:b/>
        </w:rPr>
        <w:t xml:space="preserve">[16:58] </w:t>
      </w:r>
      <w:r>
        <w:t>unko avel karen. yeh matlab hai. isi liye hum kehte hain status quo. jab hum bolte hain, to hum kehte hain positive status quo. hamara jo status quo hai, woh hai positive status quo. isi sense mein.</w:t>
      </w:r>
    </w:p>
    <w:p>
      <w:pPr>
        <w:jc w:val="right"/>
      </w:pPr>
      <w:r>
        <w:t>उनको अवेल करें। यह मतलब है। इसीलिए हम कहते हैं स्टेटस को। जब हम बोलते हैं, तो हम कहते हैं पॉजिटिव स्टेटस कोइज। हमारा जो स्टेटस कोइज है, वो है पॉजिटिव स्टेटस कोइज। इसी सेंस में।</w:t>
      </w:r>
    </w:p>
    <w:p>
      <w:r>
        <w:rPr>
          <w:b/>
        </w:rPr>
        <w:t xml:space="preserve">[17:15] </w:t>
      </w:r>
      <w:r>
        <w:t>this question is from doctor farida. sufis have played a great role in spreading the message of god to people. how should we acknowledge their contribution?</w:t>
      </w:r>
    </w:p>
    <w:p>
      <w:pPr>
        <w:jc w:val="right"/>
      </w:pPr>
      <w:r>
        <w:t>दिस क्वेश्चन इज़ फ्रॉम डॉक्टर फरीदा। सूफीज हैव प्लेड अ ग्रेट रोल इन स्प्रेडिंग द मैसेज ऑफ गॉड टू पीपल। हाउ शुड वी अक्नॉलेज देयर कंट्रीब्यूशन?</w:t>
      </w:r>
    </w:p>
    <w:p>
      <w:r>
        <w:rPr>
          <w:b/>
        </w:rPr>
        <w:t xml:space="preserve">[17:31] </w:t>
      </w:r>
      <w:r>
        <w:t>bhai, main to bahut zyada manta hoon. kyunki dekhiye, later period mein aisa hua ki musalman kafi political activities mein pad gae. kafi log political activities mein. to sufi log hi the jinhone ki islam ki spirit ko zinda rakha.</w:t>
      </w:r>
    </w:p>
    <w:p>
      <w:pPr>
        <w:jc w:val="right"/>
      </w:pPr>
      <w:r>
        <w:t>भाई, मैं तो बहुत ज्यादा मानता हूं। क्योंकि देखिए, लेटर पीरियड में ऐसा हुआ कि मुसलमान काफी पॉलिटिकल एक्टिविटीज में पड़ गए। काफी लोग पॉलिटिकल एक्टिविटीज में। तो सूफी लोग ही थे जिन्होंने कि इस्लाम की स्पिरिट को जिंदा रखा।</w:t>
      </w:r>
    </w:p>
    <w:p>
      <w:r>
        <w:rPr>
          <w:b/>
        </w:rPr>
        <w:t xml:space="preserve">[17:53] </w:t>
      </w:r>
      <w:r>
        <w:t>dekhiye, quran mein kaha gaya tha ki asal sulah. asal sulah ka matlab hota hai reconciliation is the best. yani conciliate approach is the best. yeh kyun tha quran majeed mein?</w:t>
      </w:r>
    </w:p>
    <w:p>
      <w:pPr>
        <w:jc w:val="right"/>
      </w:pPr>
      <w:r>
        <w:t>देखिए, कुरान में कहा गया था कि असल खैर। असल खैर का मतलब होता है रिकंसिलिएशन इज द बेस्ट। यानी कांसिलिएट अप्रोच इज द बेस्ट। यह क्यों था कुरान मजीद में?</w:t>
      </w:r>
    </w:p>
    <w:p>
      <w:r>
        <w:rPr>
          <w:b/>
        </w:rPr>
        <w:t xml:space="preserve">[18:09] </w:t>
      </w:r>
      <w:r>
        <w:t>wahi jo maine abhi kaha ki aap jab ulajhenge, to kya hoga? opportunity ka avel nahin kar paenge. khas taur par da'wah opportunity ka avel nahin kar paenge. aap to ek tabqa woh tha jo political activities mein pad gaya.</w:t>
      </w:r>
    </w:p>
    <w:p>
      <w:pPr>
        <w:jc w:val="right"/>
      </w:pPr>
      <w:r>
        <w:t>वही जो मैंने अभी कहा कि आप जब उलझेंगे, तो क्या होगा? अपॉर्चुनिटी का अवेल नहीं कर पाएंगे। खास तौर पर दावा अपॉर्चुनिटी का अवेल नहीं कर पाएंगे। आप तो एक तबका वो था जो पॉलिटिकल एक्टिविटीज में पड़ गया।</w:t>
      </w:r>
    </w:p>
    <w:p>
      <w:r>
        <w:rPr>
          <w:b/>
        </w:rPr>
        <w:t xml:space="preserve">[18:26] </w:t>
      </w:r>
      <w:r>
        <w:t>to woh opportunity avel nahin kar sakta tha. woh, woh to apni priority mein laga rehta tha. woh us waqt sufi logon ne bahut bada kaam kiya. yani baghdad se lekar india tak aur sari duniya mein</w:t>
      </w:r>
    </w:p>
    <w:p>
      <w:pPr>
        <w:jc w:val="right"/>
      </w:pPr>
      <w:r>
        <w:t>तो वो अपॉर्चुनिटी अवेल नहीं कर सकता था। वो, वो तो अपनी प्रायोरिटी में लगा रहता था। वो उस वक्त सूफी लोगों ने बहुत बड़ा काम किया। यानी बगदाद से लेकर इंडिया तक और सारी दुनिया में</w:t>
      </w:r>
    </w:p>
    <w:p>
      <w:r>
        <w:rPr>
          <w:b/>
        </w:rPr>
        <w:t xml:space="preserve">[18:44] </w:t>
      </w:r>
      <w:r>
        <w:t>yehi to log hain jinhone ki sachchai ka paigham pahunchaya hai. kyunki unhone apne ko uljhaya nahin political issues mein. to sufism ka formula jo tha, yehi isi par base karta tha. asal sulah. isi liye woh kehte the ki</w:t>
      </w:r>
    </w:p>
    <w:p>
      <w:pPr>
        <w:jc w:val="right"/>
      </w:pPr>
      <w:r>
        <w:t>यही तो लोग हैं जिन्होंने कि सच्चाई का पैगाम पहुंचाया है। क्योंकि उन्होंने अपने को उलझाया नहीं पॉलिटिकल इश्यूज में। तो सूफिज्म का फार्मूला जो था, यही इसी पर बेस करता था। असल खैर। इसलिए वो कहते थे कि</w:t>
      </w:r>
    </w:p>
    <w:p>
      <w:r>
        <w:rPr>
          <w:b/>
        </w:rPr>
        <w:t xml:space="preserve">[19:01] </w:t>
      </w:r>
      <w:r>
        <w:t>sulah-e-kul. sufi logon ka formula tha sulah-e-kul. yani peace with all. to peace with all ka matlab kya tha?</w:t>
      </w:r>
    </w:p>
    <w:p>
      <w:pPr>
        <w:jc w:val="right"/>
      </w:pPr>
      <w:r>
        <w:t>सुलह कुल। सूफी लोगों का फार्मूला था सुलह कुल। यानी पीस विद ऑल। तो पीस विद ऑल का मतलब क्या था?</w:t>
      </w:r>
    </w:p>
    <w:p>
      <w:r>
        <w:rPr>
          <w:b/>
        </w:rPr>
        <w:t xml:space="preserve">[19:11] </w:t>
      </w:r>
      <w:r>
        <w:t>yehi tha ki woh log jinse hum uljh kar ke apna time barbad karte hain, usko na uljhen. unse avoid karen. aur phir hum apne aap ko lagayen education mein, tarbiyat mein, da'wah work mein. yeh sufi logon ne kiya. to sufi logon ka bahut bada karnama islam ki history mein hai.</w:t>
      </w:r>
    </w:p>
    <w:p>
      <w:pPr>
        <w:jc w:val="right"/>
      </w:pPr>
      <w:r>
        <w:t>यही था कि वो लोग जिनसे हम उलझ करके अपना टाइम बर्बाद करते हैं, उसको न उलझे। उनसे अवॉइड करें। और फिर हम अपने आप को लगाएं एजुकेशन में, तरबियत में, दावा वर्क में। यह सूफी लोगों ने किया। तो सूफी लोगों का बहुत बड़ा कारनामा इस्लाम की हिस्ट्री में है।</w:t>
      </w:r>
    </w:p>
    <w:p>
      <w:r>
        <w:rPr>
          <w:b/>
        </w:rPr>
        <w:t xml:space="preserve">[19:31] </w:t>
      </w:r>
      <w:r>
        <w:t>aur is par bahut kitaben likhi gai hain. aap padh sakte hain unko. to baharhal, main khud apne aap ko samajhta hoon ki main bhi ek sufi hoon. yani preacher sufi nahin, lekin. yani jo meri spirit hai, jo mere kaam ka tareeqa hai, woh sab wohi hai.</w:t>
      </w:r>
    </w:p>
    <w:p>
      <w:pPr>
        <w:jc w:val="right"/>
      </w:pPr>
      <w:r>
        <w:t>और इस पर बहुत किताबें लिखी गई हैं। आप पढ़ सकते हैं उनको। तो बहरहाल, मैं खुद अपने आप को समझता हूं कि मैं भी एक सूफी हूं। यानी प्रीरिचर सूफी नहीं, लेकिन। यानी जो मेरी स्पिरिट है, जो मेरे काम का तरीका है, वह सब वही है।</w:t>
      </w:r>
    </w:p>
    <w:p>
      <w:r>
        <w:rPr>
          <w:b/>
        </w:rPr>
        <w:t xml:space="preserve">[19:52] </w:t>
      </w:r>
      <w:r>
        <w:t>isi liye main apne ko sufi samajhta hoon. to sufi logon ka to hum bahut zyada mante hain, unke contribution ko. aur hum khud usi hi tareeqe ko follow kar rahe hain. hamara bhi yehi hai ki sulah-e-kul,</w:t>
      </w:r>
    </w:p>
    <w:p>
      <w:pPr>
        <w:jc w:val="right"/>
      </w:pPr>
      <w:r>
        <w:t>इसलिए मैं अपने को सूफी समझता हूं। तो सूफी लोगों का तो हम बहुत ज्यादा मानते हैं, उनके कंट्रीब्यूशन को। और हम खुद उसी ही तरीके को फॉलो कर रहे हैं। हमारा भी यही है कि सुलह कुल,</w:t>
      </w:r>
    </w:p>
    <w:p>
      <w:r>
        <w:rPr>
          <w:b/>
        </w:rPr>
        <w:t xml:space="preserve">[20:08] </w:t>
      </w:r>
      <w:r>
        <w:t>yani peace with all. hum takraav se door rehte hain.</w:t>
      </w:r>
    </w:p>
    <w:p>
      <w:pPr>
        <w:jc w:val="right"/>
      </w:pPr>
      <w:r>
        <w:t>यानी पीस विद ऑल। हम टकराव से दूर रहते हैं।</w:t>
      </w:r>
    </w:p>
    <w:p>
      <w:r>
        <w:rPr>
          <w:b/>
        </w:rPr>
        <w:t xml:space="preserve">[20:12] </w:t>
      </w:r>
      <w:r>
        <w:t>political issues mein hum nahin ulajhte. hukoomat se hum koi lena-dena nahin rakhte. isi liye taki hum apni energy ko, apne time ko zyada se zyada constructive activity mein laga saken,</w:t>
      </w:r>
    </w:p>
    <w:p>
      <w:pPr>
        <w:jc w:val="right"/>
      </w:pPr>
      <w:r>
        <w:t>पॉलिटिकल इश्यूज में हम नहीं उलझते। हुकूमत से हम कोई लेना-देना नहीं रखते। इसीलिए ताकि हम अपनी एनर्जी को, अपने टाइम को ज्यादा से ज्यादा कंस्ट्रक्टिव एक्टिविटी में लगा सकें,</w:t>
      </w:r>
    </w:p>
    <w:p>
      <w:r>
        <w:rPr>
          <w:b/>
        </w:rPr>
        <w:t xml:space="preserve">[20:28] </w:t>
      </w:r>
      <w:r>
        <w:t>da'wah work mein laga saken, spiritual activities mein humein time zyada mil sake. to hum usi pattern ko follow kar rahe hain. sirf aap yeh keh sakte hain ki hamara jo sufism hai, woh modern sufism hai. yani pichhle sufi jo the, misal ke taur par, woh video kaise nahin bante the, unke. to yeh tha, yeh technique nahin thi us zamane mein.</w:t>
      </w:r>
    </w:p>
    <w:p>
      <w:pPr>
        <w:jc w:val="right"/>
      </w:pPr>
      <w:r>
        <w:t>दावा वर्क में लगा सकें, स्पिरिचुअल एक्टिविटीज में हमें टाइम ज्यादा मिल सके। तो हम उसी पैटर्न को फॉलो कर रहे हैं। सिर्फ आप यह कह सकते हैं कि हमारा जो सूफिज्म है, वह मॉडर्न सूफिज्म है। यानी पिछले सूफी जो थे, मिसाल के तौर पर, वो वीडियो कैसे नहीं बनते थे, उनके। तो यह था, यह टेक्निक नहीं थी उस जमाने में।</w:t>
      </w:r>
    </w:p>
    <w:p>
      <w:r>
        <w:rPr>
          <w:b/>
        </w:rPr>
        <w:t xml:space="preserve">[20:51] </w:t>
      </w:r>
      <w:r>
        <w:t>yeh technique nahin thi. to hum hamare sufism ko aap keh sakte hain ki modern sufism. baqi spirit wohi hai. spirit ke lihaz se koi fark nahin hai.</w:t>
      </w:r>
    </w:p>
    <w:p>
      <w:pPr>
        <w:jc w:val="right"/>
      </w:pPr>
      <w:r>
        <w:t>यह टेक्निक नहीं थी। तो हम हमारे सूफिज्म को आप कह सकते हैं कि मॉडर्न सूफिज्म। बाकी स्पिरिट वही है। स्पिरिट के लिहाज से कोई फर्क नहीं है।</w:t>
      </w:r>
    </w:p>
    <w:p>
      <w:r>
        <w:rPr>
          <w:b/>
        </w:rPr>
        <w:t xml:space="preserve">[21:05] </w:t>
      </w:r>
      <w:r>
        <w:t>this question is from maulana nuruddin nadvi. aapne farmaya ki jannat mein sirf woh log jayenge jo apna intellectual development karen. is khass islah ki wajahat chahta hoon. jabki quran o sunnat mein ahle jannat ko jo bayan kiya hai, woh doosre shabdon mein hai. aur unke alfaaz moajiz aur hamageer hote hain.</w:t>
      </w:r>
    </w:p>
    <w:p>
      <w:pPr>
        <w:jc w:val="right"/>
      </w:pPr>
      <w:r>
        <w:t>दिस क्वेश्चन इज़ फ्रॉम मौलाना नूरुद्दीन नदवी। आपने फरमाया कि जन्नत में सिर्फ वह लोग जाएंगे जो अपना इंटेलेक्चुअल डेवलपमेंट करें। इस खास इस्लाह की वजाहत चाहता हूं। जबकि कुरान व सुन्नत में अहले जन्नत को जो बयान किया है, वह दूसरे शब्द में है। और उनके अल्फाज मोजिस और हमागीर होते हैं।</w:t>
      </w:r>
    </w:p>
    <w:p>
      <w:r>
        <w:rPr>
          <w:b/>
        </w:rPr>
        <w:t xml:space="preserve">[21:31] </w:t>
      </w:r>
      <w:r>
        <w:t>dekhiye, main lafz maine naya istemal kiya hai, lekin woh baat quran ki hai. quran mein hai, dekhiye, zalika jaza man tadakka. jannat milegi unko jinhone apne aap ko purify kiya. tadakka mane purify karna. word wahan purification hai. purification matlab</w:t>
      </w:r>
    </w:p>
    <w:p>
      <w:pPr>
        <w:jc w:val="right"/>
      </w:pPr>
      <w:r>
        <w:t>देखिए, मैं लफ्ज मैंने नया इस्तेमाल किया है, लेकिन वो बात कुरान की है। कुरान में है, देखिए, जालिका जजा मन तदका। जन्नत मिलेगी उनको जिन्होंने अपने आप को प्यूरिफाई किया। तदका माने प्यूरिफाई करना। वर्ड वहां प्यूरिफिकेशन है। प्यूरिफिकेशन मतल</w:t>
      </w:r>
    </w:p>
    <w:p>
      <w:r>
        <w:rPr>
          <w:b/>
        </w:rPr>
        <w:t xml:space="preserve">[21:53] </w:t>
      </w:r>
      <w:r>
        <w:t>kya hai? kya body ko dhoya, body ko saaf suthra banaya? kis cheez ko purify kiya unhone? kis cheez ko purify kiya?</w:t>
      </w:r>
    </w:p>
    <w:p>
      <w:pPr>
        <w:jc w:val="right"/>
      </w:pPr>
      <w:r>
        <w:t>ब क्या है? क्या बॉडी को धोया, बॉडी को साफ सुथरा बनाया? किस चीज को प्यूरिफाई किया उन्होंने? किस चीज को प्यूरिफाई किया?</w:t>
      </w:r>
    </w:p>
    <w:p>
      <w:r>
        <w:rPr>
          <w:b/>
        </w:rPr>
        <w:t xml:space="preserve">[22:02] </w:t>
      </w:r>
      <w:r>
        <w:t>usi ko main intellectual development keh raha hoon. usi ko main keh raha hoon, zalika jaza man tadakka. jinhone apna tazkiya kiya hai, apne ko purify kiya hai,</w:t>
      </w:r>
    </w:p>
    <w:p>
      <w:pPr>
        <w:jc w:val="right"/>
      </w:pPr>
      <w:r>
        <w:t>उसी को मैं इंटेलेक्चुअल डेवलपमेंट कह रहा हूं। उसी को मैं कह रहा हूं, जालिका जजा मन तदका। जिन्होंने अपना तस्किया किया है, अपने को प्यूरिफाई किया है,</w:t>
      </w:r>
    </w:p>
    <w:p>
      <w:r>
        <w:rPr>
          <w:b/>
        </w:rPr>
        <w:t xml:space="preserve">[22:15] </w:t>
      </w:r>
      <w:r>
        <w:t>apne ko purified soul. yani quran ki language mein hum yeh kahenge ki jin logon ne apne aap ko purified soul banaya, s o u l. jin logon ne apne aap ko purified soul banaya,</w:t>
      </w:r>
    </w:p>
    <w:p>
      <w:pPr>
        <w:jc w:val="right"/>
      </w:pPr>
      <w:r>
        <w:t>अपने को प्यूरिफाइड सोल। यानी कुरान की लैंग्वेज में हम यह कहेंगे कि जिन लोगों ने अपने आप को प्यूरिफाइड सोल बनाया, एस ओ यू एल। जिन लोगों ने अपने आप को प्यूरिफाइड सोल बनाया,</w:t>
      </w:r>
    </w:p>
    <w:p>
      <w:r>
        <w:rPr>
          <w:b/>
        </w:rPr>
        <w:t xml:space="preserve">[22:32] </w:t>
      </w:r>
      <w:r>
        <w:t>woh jannat mein jayenge. to usi baat ko main keh raha hoon. intellectual development ka matlab hai yehi purification. aur lafz to badalna hi padta hai. sari sari tafseeron mein aap aisa to usi ko repeat kar diya karen. agar repeat karna ho, tafsir likhi nahin jaati.</w:t>
      </w:r>
    </w:p>
    <w:p>
      <w:pPr>
        <w:jc w:val="right"/>
      </w:pPr>
      <w:r>
        <w:t>वो जन्नत में जाएंगे। तो उसी बात को मैं कह रहा हूं। इंटेलेक्चुअल डेवलपमेंट का मतलब है यही प्यूरिफिकेशन। और लफ्ज तो बदलना ही पड़ता है। सारी सारी तफसीरों में आप ऐसा तो उसी को रिपीट कर दिया करें। अगर रिपीट करना हो, तफसीर लिखी नहीं जाती।</w:t>
      </w:r>
    </w:p>
    <w:p>
      <w:r>
        <w:rPr>
          <w:b/>
        </w:rPr>
        <w:t xml:space="preserve">[22:52] </w:t>
      </w:r>
      <w:r>
        <w:t>itni sari jo commentary likhi gai quran majeed ki, to agar usi ko repeat karna ho quran ke word ko, to phir tafsir kyun likhi jayegi?</w:t>
      </w:r>
    </w:p>
    <w:p>
      <w:pPr>
        <w:jc w:val="right"/>
      </w:pPr>
      <w:r>
        <w:t>इतनी सारी जो कमेंट्री लिखी गई कुरान मजीद की, तो अगर उसी को रिपीट करना हो कुरान के वर्ड को, तो फिर तफसीर क्यों लिखी जाएगी?</w:t>
      </w:r>
    </w:p>
    <w:p>
      <w:r>
        <w:rPr>
          <w:b/>
        </w:rPr>
        <w:t xml:space="preserve">[23:00] </w:t>
      </w:r>
      <w:r>
        <w:t>uski zaroorat hi nahin. phir isi liye likha jata hai ki usko naya shabd de sake taki log samajh saken. basic baat dekhiye, yeh hai ki mukhatib ka mind address ho. audience jo hai, audience ka mind address ho. to</w:t>
      </w:r>
    </w:p>
    <w:p>
      <w:pPr>
        <w:jc w:val="right"/>
      </w:pPr>
      <w:r>
        <w:t>उसकी जरूरत ही नहीं। फिर इसीलिए लिखा जाता है कि उसको नया शब्द दे सके ताकि लोग समझ सके। बेसिक बात देखिए, यह है कि मुखातिब का माइंड एड्रेस हो। ऑडियंस जो है, ऑडियंस का माइंड एड्रेस हो। तो</w:t>
      </w:r>
    </w:p>
    <w:p>
      <w:r>
        <w:rPr>
          <w:b/>
        </w:rPr>
        <w:t xml:space="preserve">[23:18] </w:t>
      </w:r>
      <w:r>
        <w:t>wa arsal ba rasoolullah ba lisan-e-qaumi. har zamane ki lisan badal jati hai, zuban badal jati hai, idiom badal jata hai. isko samajh lijiye aap. idiom wahi nahi rehta har zamane mein. to yaani</w:t>
      </w:r>
    </w:p>
    <w:p>
      <w:pPr>
        <w:jc w:val="right"/>
      </w:pPr>
      <w:r>
        <w:t>व अरसल ब रसूलल्लाह ब लिसान कौमी। हर जमाने की लिसान बदल जाती है, जुबान बदल जाती है, इडियम बदल जाता है। इसको समझ लीजिए आप। इडियम वही नहीं रहता हर जमाने में। तो यानी</w:t>
      </w:r>
    </w:p>
    <w:p>
      <w:r>
        <w:rPr>
          <w:b/>
        </w:rPr>
        <w:t xml:space="preserve">[23:35] </w:t>
      </w:r>
      <w:r>
        <w:t>idiom, yaani andaaz-e-kalaam badalta hai. to usi ke lihaaz se quran mein bataya ki har har paighambar ne apne zamane ke lihaaz se jo us waqt jo idiom tha, usko istemaal kiya. to hum aaj ka jo idiom hai,</w:t>
      </w:r>
    </w:p>
    <w:p>
      <w:pPr>
        <w:jc w:val="right"/>
      </w:pPr>
      <w:r>
        <w:t>इडियम, यानी अंदाज कलाम बदलता है। तो उसी के लिहाज से कुरान में बताया कि हर हर पैगंबर ने अपने जमाने के लिहाज से जो उस वक्त जो इडियम था, उसको इस्तेमाल किया। तो हम आज का जो इडियम है,</w:t>
      </w:r>
    </w:p>
    <w:p>
      <w:r>
        <w:rPr>
          <w:b/>
        </w:rPr>
        <w:t xml:space="preserve">[23:50] </w:t>
      </w:r>
      <w:r>
        <w:t>aaj ka jo andaaz-e-kalaam hai, usko istemaal karte hain taaki</w:t>
      </w:r>
    </w:p>
    <w:p>
      <w:pPr>
        <w:jc w:val="right"/>
      </w:pPr>
      <w:r>
        <w:t>आज का जो अंदाज कलाम है, उसको इस्तेमाल करते हैं ताकि</w:t>
      </w:r>
    </w:p>
    <w:p>
      <w:r>
        <w:rPr>
          <w:b/>
        </w:rPr>
        <w:t xml:space="preserve">[23:54] </w:t>
      </w:r>
      <w:r>
        <w:t>aaj ke insaan ka mind address ho. aur yeh bhi quran se nikalta hai, 'kul logo fas'alhum qawlam baligha'. kaho unse baat, unke dil mein utarti hui. to dil mein utarna kya hai?</w:t>
      </w:r>
    </w:p>
    <w:p>
      <w:pPr>
        <w:jc w:val="right"/>
      </w:pPr>
      <w:r>
        <w:t>आज के इंसान का माइंड एड्रेस हो। और यह भी कुरान से निकलता है, कुल लोगों फर सेम कलम बलीवा। कहो उनसे बात, उनके दिल में उतरती हुई। तो दिल में उतरना क्या है?</w:t>
      </w:r>
    </w:p>
    <w:p>
      <w:r>
        <w:rPr>
          <w:b/>
        </w:rPr>
        <w:t xml:space="preserve">[24:08] </w:t>
      </w:r>
      <w:r>
        <w:t>ek uska mind address ho. yaani quran mein wo in lafzon mein hai ki kaho baat unse dil tak pahunchti hui. hum usko kehte hain ki unka mind address ho. ismein wahi baat ko main aaj ke zubaan mein bolta hoon. to theek wahi baat hai, lekin idiom badla hua hai. bas aur koi fark nahi hai.</w:t>
      </w:r>
    </w:p>
    <w:p>
      <w:pPr>
        <w:jc w:val="right"/>
      </w:pPr>
      <w:r>
        <w:t>एक उसका माइंड एड्रेस हो। यानी कुरान में वो इन लफ्जों में है कि कहो बात उनसे दिल तक पहुंचती हुई। हम उसको कहते हैं कि उनका माइंड एड्रेस हो। इसमें वही बात को मैं आज के जुबाने बोलता हूं। तोठीक वही बात है, लेकिन इडियम बदला हुआ है। बस और कोई फर्क नहीं है।</w:t>
      </w:r>
    </w:p>
    <w:p>
      <w:r>
        <w:rPr>
          <w:b/>
        </w:rPr>
        <w:t xml:space="preserve">[24:37] </w:t>
      </w:r>
      <w:r>
        <w:t>this question is from abdul rehman. there is a verse in quran, which says, 'qasam hai zamane ki'. kindly elaborate the meaning of such qasam.</w:t>
      </w:r>
    </w:p>
    <w:p>
      <w:pPr>
        <w:jc w:val="right"/>
      </w:pPr>
      <w:r>
        <w:t>दिस क्वेश्चन इज़ फ्रॉम अब्दुल रहमान। देयर इज़ अ वर्स इन कुरान, व्हिच सेज, कसम है जमाने की। काइंडली इलेबोरेट द मीनिंग ऑफ सच कसम।</w:t>
      </w:r>
    </w:p>
    <w:p>
      <w:r>
        <w:rPr>
          <w:b/>
        </w:rPr>
        <w:t xml:space="preserve">[24:50] </w:t>
      </w:r>
      <w:r>
        <w:t>qasam ka matlab dekhiye, gawah hai zamana. iske mutalliq kitaab likhe Maulana Hameeduddin Ifrahi. uska naam hai 'Aqsam-e-Quran'. bahut zabardast kitaab hai ki quran ki qasmon ke baare mein wo kitaab hai. research ki unhone. to unhone bataya hai ki quran mein jab aata hai yeh qasam, to uska matlab hota hai gawah.</w:t>
      </w:r>
    </w:p>
    <w:p>
      <w:pPr>
        <w:jc w:val="right"/>
      </w:pPr>
      <w:r>
        <w:t>कसम का मतलब देखिए, गवाह है जमाना। इसके मुतालिक किताब लिखे मौलाना हमीरुद्दीन इफराई ने। उसका नाम है अकसाम कुरान। बहुत जबरदस्त किताब है कि कुरान की कसमों के बारे में वो किताब है। रिसर्च की उन्होंने। तो उन्होंने बताया है कि कुरान में जब आता है यह कसम, तो उसका मतलब होता है गवाह।</w:t>
      </w:r>
    </w:p>
    <w:p>
      <w:r>
        <w:rPr>
          <w:b/>
        </w:rPr>
        <w:t xml:space="preserve">[25:11] </w:t>
      </w:r>
      <w:r>
        <w:t>gawah hai zamana. to jitni bhi quran mein qasmein aayi hain, sab baare mein unhone usko tehqeeq karke bataya hai. main isi maan ke leta hoon usko ki qasam ke maane wahan par hain gawah. yaani yaani iska matlab hai ki</w:t>
      </w:r>
    </w:p>
    <w:p>
      <w:pPr>
        <w:jc w:val="right"/>
      </w:pPr>
      <w:r>
        <w:t>गवाह है जमाना। तो जितनी भी कुरान में कसमें आई हैं, सब बारे में उन्होंने उसको तहकीक करके बताया है। मैं इसी मान के लेता हूं उसको कि कसम के माने वहां पर हैं गवाह। यानी यानी इसका मतलब है कि</w:t>
      </w:r>
    </w:p>
    <w:p>
      <w:r>
        <w:rPr>
          <w:b/>
        </w:rPr>
        <w:t xml:space="preserve">[25:28] </w:t>
      </w:r>
      <w:r>
        <w:t>time is witness. ya usko maine badal kar history kar diya hai. history is a witness. 'wal asri innal insaana lafi khusr'. zamane ki qasam ke insaan ghaate mein hai. ya aap lafzi translation karein, to wo hoga ki zamane ki qasam ke insaan ghaate mein hai.</w:t>
      </w:r>
    </w:p>
    <w:p>
      <w:pPr>
        <w:jc w:val="right"/>
      </w:pPr>
      <w:r>
        <w:t>टाइम इज विटनेस। या उसको मैंने बदल कर हिस्ट्री कर दिया है। हिस्ट्री इज अ विटनेस। दैट मैरिज इन लास। वल असर इना इंसान रफी खुजर। जमाना की कसम के इंसान घाटे में है। या आप लफ्जी ट्रांसलेशन करें, तो वो होगा कि जमाने की कसम के इंसान घाटे में है।</w:t>
      </w:r>
    </w:p>
    <w:p>
      <w:r>
        <w:rPr>
          <w:b/>
        </w:rPr>
        <w:t xml:space="preserve">[25:49] </w:t>
      </w:r>
      <w:r>
        <w:t>usi ko main kehta hoon ki history is a witness. that man is in loss. dekhiye, jab tak aap shabdon ko badle nahi, sunne wale ka mind address nahi hoga. jab mind address nahi hoga, to wo quran ke jo meyar hai, ya 'kul logo fas'alhum qawlam baligha', wo meyar poora nahi utrega.</w:t>
      </w:r>
    </w:p>
    <w:p>
      <w:pPr>
        <w:jc w:val="right"/>
      </w:pPr>
      <w:r>
        <w:t>उसी को मैं कहता हूं कि हिस्ट्री इज अ विटनेस। दैट मैरिज इन लास। देखिए, जब तक आप शब्दों को बदले नहीं, सुनने वाले का माइंड एड्रेस नहीं होगा। जब माइंड एड्रेस नहीं होगा, तो वो कुरान के जो मेयार है, या कुल लोगों फर सेम कलम बलीवा, वो मेयार पूरा नहीं उतरेगा।</w:t>
      </w:r>
    </w:p>
    <w:p>
      <w:r>
        <w:rPr>
          <w:b/>
        </w:rPr>
        <w:t xml:space="preserve">[26:08] </w:t>
      </w:r>
      <w:r>
        <w:t>aapka kalaam is meyar par, is is criteria mein poora nahi utrega. koi fayda kya hai bolne se?</w:t>
      </w:r>
    </w:p>
    <w:p>
      <w:pPr>
        <w:jc w:val="right"/>
      </w:pPr>
      <w:r>
        <w:t>आपका कलाम इस मेयार पर, इस इस क्राइटेरिया में पूरा नहीं उतरेगा। कोई फायदा क्या है बोलने से?</w:t>
      </w:r>
    </w:p>
    <w:p>
      <w:r>
        <w:rPr>
          <w:b/>
        </w:rPr>
        <w:t xml:space="preserve">[26:18] </w:t>
      </w:r>
      <w:r>
        <w:t>this question is from doctor farida khanam. how does those people will be judged by god, who have not received divine guidance?</w:t>
      </w:r>
    </w:p>
    <w:p>
      <w:pPr>
        <w:jc w:val="right"/>
      </w:pPr>
      <w:r>
        <w:t>दिस क्वेश्चन इज़ फ्रॉम डॉक्टर फरीदा खानम। हाउ दोस पीपल विल बी जज्ड बाय गॉड, हु हैव नॉट रिसीवड डिवाइन गाइडेंस?</w:t>
      </w:r>
    </w:p>
    <w:p>
      <w:r>
        <w:rPr>
          <w:b/>
        </w:rPr>
        <w:t xml:space="preserve">[26:28] </w:t>
      </w:r>
      <w:r>
        <w:t>please explain.</w:t>
      </w:r>
    </w:p>
    <w:p>
      <w:pPr>
        <w:jc w:val="right"/>
      </w:pPr>
      <w:r>
        <w:t>प्लीज एक्सप्लेन।</w:t>
      </w:r>
    </w:p>
    <w:p>
      <w:r>
        <w:rPr>
          <w:b/>
        </w:rPr>
        <w:t xml:space="preserve">[26:32] </w:t>
      </w:r>
      <w:r>
        <w:t>jaise yeh sawaal kiya gaya tha ek ek bade devbandi aalim se. yahi sawaal. to unhone bahut achha jawaab diya, bahut hi chhote shabdon mein. unhone kaha ki jaisi tabligh, waisa muaakhza. yeh unki zubaan thi.</w:t>
      </w:r>
    </w:p>
    <w:p>
      <w:pPr>
        <w:jc w:val="right"/>
      </w:pPr>
      <w:r>
        <w:t>जैसे यह सवाल किया गया था एक एक बड़े देवबंदी आलिम से। यही सवाल। तो उन्होंने बहुत अच्छा जवाब दिया, बहुत ही छोटे शब्दों में। उन्होंने कहा कि जैसी तबलीग, वैसा मुआखजा। यह उनकी जुबान थी।</w:t>
      </w:r>
    </w:p>
    <w:p>
      <w:r>
        <w:rPr>
          <w:b/>
        </w:rPr>
        <w:t xml:space="preserve">[26:49] </w:t>
      </w:r>
      <w:r>
        <w:t>yahi tabligh, waisa muaakhza. yaani jitna baat pahunchi hai unko, uske lihaaz se Khuda unke saamne wo accountable honge. ab yeh sawaal hai, kitni baat pahunchi hai, to Khuda jaanta hai. hum nahi jaante. unhone criteria bata diya</w:t>
      </w:r>
    </w:p>
    <w:p>
      <w:pPr>
        <w:jc w:val="right"/>
      </w:pPr>
      <w:r>
        <w:t>यही तबलीग, वैसा मुआखजा। यानी जितना बात पहुंची है उनको, उसके लिहाज से खुदा उनके सामने वो अकाउंटेबल होंगे। अब यह सवाल है, कितनी बात पहुंची है, तो खुदा जानता है। हम नहीं जानते। उन्होंने क्राइटेरिया बता दिया</w:t>
      </w:r>
    </w:p>
    <w:p>
      <w:r>
        <w:rPr>
          <w:b/>
        </w:rPr>
        <w:t xml:space="preserve">[27:06] </w:t>
      </w:r>
      <w:r>
        <w:t>ki accountability jo hogi, wo uske lihaaz se hogi, jitna ki unko pahunchi hai baat. jitni tabligh, utna muaakhza. to Khuda ko maloom hai ki usko kitni pahunchi hai, kitni baat. humko nahi maloom hai. to in principle hum yeh maan sakte hain ki Khuda ke yahan jo</w:t>
      </w:r>
    </w:p>
    <w:p>
      <w:pPr>
        <w:jc w:val="right"/>
      </w:pPr>
      <w:r>
        <w:t>कि अकाउंटेबिलिटी जो होगी, वह उसके लिहाज से होगी, जितना कि उनको पहुंची है बात। जितनी तबलीग, उतना मुआखजा। तो खुदा को मालूम है कि उसको कितनी पहुंची है, कितनी बात। हमको नहीं मालूम है। तो इन प्रिंसिपल हम यह मान सकते हैं कि खुदा के यहां जो</w:t>
      </w:r>
    </w:p>
    <w:p>
      <w:r>
        <w:rPr>
          <w:b/>
        </w:rPr>
        <w:t xml:space="preserve">[27:25] </w:t>
      </w:r>
      <w:r>
        <w:t>poochh hogi, wo isi lihaaz se hogi ki usko sachchai ka message kitna pahuncha tha. bas iske aage jo hai, wo Khuda ko maloom hai.</w:t>
      </w:r>
    </w:p>
    <w:p>
      <w:pPr>
        <w:jc w:val="right"/>
      </w:pPr>
      <w:r>
        <w:t>पूछ होगी, वह इसी लिहाज से होगी कि उसको सच्चाई का मैसेज कितना पहुंचा था। बस इसके आगे जो है, वह खुदा को मालूम है।</w:t>
      </w:r>
    </w:p>
    <w:p>
      <w:r>
        <w:rPr>
          <w:b/>
        </w:rPr>
        <w:t xml:space="preserve">[27:39] </w:t>
      </w:r>
      <w:r>
        <w:t>this question is from danish siddiqui. how can we pray for our muslim brothers and sisters, who have died?</w:t>
      </w:r>
    </w:p>
    <w:p>
      <w:pPr>
        <w:jc w:val="right"/>
      </w:pPr>
      <w:r>
        <w:t>दिस क्वेश्चन इज़ फ्रॉम दानिश सिद्दीकी। हाउ कैन वी प्रे फॉर आवर मुस्लिम ब्रदर्स एंड सिस्टर्स, हु हैव डाइड?</w:t>
      </w:r>
    </w:p>
    <w:p>
      <w:r>
        <w:rPr>
          <w:b/>
        </w:rPr>
        <w:t xml:space="preserve">[27:52] </w:t>
      </w:r>
      <w:r>
        <w:t>dekhiye, jo log mar chuke, to aapki dua se unka future badal nahi jayega. yeh impossible hai. yeh bilkul impossible hai. jo duaen hoti hain, yeh sab to mere nazdeek bas dil ki taskeen ke liye hain.</w:t>
      </w:r>
    </w:p>
    <w:p>
      <w:pPr>
        <w:jc w:val="right"/>
      </w:pPr>
      <w:r>
        <w:t>देखिए, जो लोग मर चुके, तो आपके दुआ से उनका फ्यूचर बदल नहीं जाएगा। यह इंपॉसिबल है। यह बिल्कुल इंपॉसिबल है। जो दुआएं होती हैं, यह सब तो मेरे नजदीक बस दिल की तस्कीन के लिए हैं।</w:t>
      </w:r>
    </w:p>
    <w:p>
      <w:r>
        <w:rPr>
          <w:b/>
        </w:rPr>
        <w:t xml:space="preserve">[28:09] </w:t>
      </w:r>
      <w:r>
        <w:t>dil ki taskeen ke liye hain. marne ke baad, jisko hadees mein inteqaal ka lafz istemaal kiya gaya, poora inteqaal ho jata hai uska. ki uski baat hum tak nahi pahunchegi, hamare paas us tak nahi pahunchegi. to yeh dil ki taskeen ke liye aap dua karte rahiye. lekin</w:t>
      </w:r>
    </w:p>
    <w:p>
      <w:pPr>
        <w:jc w:val="right"/>
      </w:pPr>
      <w:r>
        <w:t>दिल की तस्कीन के लिए हैं। मरने के बाद, जिसको हदीस में इंतकाल का लफ्ज इस्तेमाल किया गया, पूरा इंतकाल हो जाता है उसका। कि उसकी बात हम तक नहीं पहुंचेगी, हमारे पास उस तक नहीं पहुंचेगी। तो ये दिल की तस्कीन के लिए आप दुआ करते रहिए। लेकिन</w:t>
      </w:r>
    </w:p>
    <w:p>
      <w:r>
        <w:rPr>
          <w:b/>
        </w:rPr>
        <w:t xml:space="preserve">[28:28] </w:t>
      </w:r>
      <w:r>
        <w:t>jo wo kiya tha, usne marne se pehle, usi par uska faisla hoga. ab sirf ek cheez hai, usko kehte hain sadqa-e-jariya. yaani sirf ek hi exception hai, sadqa-e-jariya. yaani ek hi cheez aisi hai, jisko ki marne ke baad aadmi ko uska sawaab mil sakta hai. aapki dua se kuch nahi hoga.</w:t>
      </w:r>
    </w:p>
    <w:p>
      <w:pPr>
        <w:jc w:val="right"/>
      </w:pPr>
      <w:r>
        <w:t>जो वह किया था, उसने मरने से पहले, उसी पर उसका फैसला होगा। अब सिर्फ एक चीज है, उसको कहते हैं सदका जारिया। यानी सिर्फ एक ही एक्सेप्शन है, सदका जारिया। यानी एक ही चीज ऐसी है, जिसको कि मरने के बाद आदमी को उसका सवाब मिल सकता है। आपकी दुआ से नहीं कुछ होगा।</w:t>
      </w:r>
    </w:p>
    <w:p>
      <w:r>
        <w:rPr>
          <w:b/>
        </w:rPr>
        <w:t xml:space="preserve">[28:50] </w:t>
      </w:r>
      <w:r>
        <w:t>aap hazaar saal tak dua karte rahein, marne wale ko kuch nahi milne wala hai. haan, usne khud agar koi aisi cheez ki thi, Khuda ke raza ke liye, to jab tak wo kaam chalega, uska sawaab usko milta rahega.</w:t>
      </w:r>
    </w:p>
    <w:p>
      <w:pPr>
        <w:jc w:val="right"/>
      </w:pPr>
      <w:r>
        <w:t>आप हजार साल तक दुआ करते रहे, मरने वाले को कुछ नहीं मिलने वाला है। हां, उसने खुद अगर कोई ऐसी चीज की थी, खुदा के रजा के लिए, तो जब तक वह काम चलेगा, उसका सवाब उसको मिलता रहेगा।</w:t>
      </w:r>
    </w:p>
    <w:p>
      <w:r>
        <w:rPr>
          <w:b/>
        </w:rPr>
        <w:t xml:space="preserve">[29:07] </w:t>
      </w:r>
      <w:r>
        <w:t>yeh hai sadqa. yaani agar wo social work hai, to wo nahi pahunchega kuch. social work jo hota hai, wo ek alag cheez hai. Khuda ki raza chahne ke liye, agar usne koi aisa kaam kiya hai,</w:t>
      </w:r>
    </w:p>
    <w:p>
      <w:pPr>
        <w:jc w:val="right"/>
      </w:pPr>
      <w:r>
        <w:t>यह है सदका। यानी अगर वह सोशल वर्क है, तो वह नहीं पहुंचेगा कुछ। सोशल वर्क जो होता है, वह एक अलग चीज है। खुदा की रजा चाहने के लिए, अगर उसने कोई ऐसा काम किया है,</w:t>
      </w:r>
    </w:p>
    <w:p>
      <w:r>
        <w:rPr>
          <w:b/>
        </w:rPr>
        <w:t xml:space="preserve">[29:22] </w:t>
      </w:r>
      <w:r>
        <w:t>yaani uska intention tha Khuda ki raza chahna,</w:t>
      </w:r>
    </w:p>
    <w:p>
      <w:pPr>
        <w:jc w:val="right"/>
      </w:pPr>
      <w:r>
        <w:t>यानी उसका इंटेंशन था खुदा की रजा चाहना,</w:t>
      </w:r>
    </w:p>
    <w:p>
      <w:r>
        <w:rPr>
          <w:b/>
        </w:rPr>
        <w:t xml:space="preserve">[29:26] </w:t>
      </w:r>
      <w:r>
        <w:t>aur wo wo kaam chal raha hai, chal raha hai, chal raha hai, to uska sawaab zaroor usko pahunchta rahega. isko kehte hain shariyat mein sadqa-e-jariya. to sadqa-e-jariya ka aur koi exception nahi hai. yaad rakhiye,</w:t>
      </w:r>
    </w:p>
    <w:p>
      <w:pPr>
        <w:jc w:val="right"/>
      </w:pPr>
      <w:r>
        <w:t>और वह वह काम चल रहा है, चल रहा है, चल रहा है, तो उसका सवाब जरूर उसको पहुंचता रहेगा। इसको कहते हैं शरीयत में सदका जारिया। तो सवा सदका जारिया का और कोई एक्सेप्शन नहीं है। याद रखिए,</w:t>
      </w:r>
    </w:p>
    <w:p>
      <w:r>
        <w:rPr>
          <w:b/>
        </w:rPr>
        <w:t xml:space="preserve">[29:40] </w:t>
      </w:r>
      <w:r>
        <w:t>jo aajkal haj ka tareeqa nikla hai,</w:t>
      </w:r>
    </w:p>
    <w:p>
      <w:pPr>
        <w:jc w:val="right"/>
      </w:pPr>
      <w:r>
        <w:t>जो आजकल हज का तरीका निकला है,</w:t>
      </w:r>
    </w:p>
    <w:p>
      <w:r>
        <w:rPr>
          <w:b/>
        </w:rPr>
        <w:t xml:space="preserve">[29:42] </w:t>
      </w:r>
      <w:r>
        <w:t>us haj ka sawab nahi pohanchta marne wale ko, saway iske ke usne wasiyat ki ho. yeh bhi yaad rakhiye achhi tareeqe se ke marne wale ne haj ka paisa ikattha kiya tha,</w:t>
      </w:r>
    </w:p>
    <w:p>
      <w:pPr>
        <w:jc w:val="right"/>
      </w:pPr>
      <w:r>
        <w:t>उस हज का सवाब नहीं पहुंचता मरने वाले को, सवाय इसके कि उसने वसीयत की हो। यह भी याद रखिए अच्छी तरीके से कि मरने वाले ने हज का पैसा इकट्ठा किया था,</w:t>
      </w:r>
    </w:p>
    <w:p>
      <w:r>
        <w:rPr>
          <w:b/>
        </w:rPr>
        <w:t xml:space="preserve">[29:55] </w:t>
      </w:r>
      <w:r>
        <w:t>beemar ho gaya, marne laga, aur usne wasiyat ki ke yeh paisa kisi se ko dekar haj kara dena. main nahi kar saka, kisi se kara dena. to agar usne aisa wasiyat ki hai, tab uska faida usko milega. haj badal, isi ko kehte hain.</w:t>
      </w:r>
    </w:p>
    <w:p>
      <w:pPr>
        <w:jc w:val="right"/>
      </w:pPr>
      <w:r>
        <w:t>बीमार हो गया, मरने लगा, और उसने वसीयत की कि यह पैसा किसी से को देकर हज करा देना। मैं नहीं कर सका, किसी से करा देना। तो अगर उसने ऐसा वसीयत की है, तब उसका फायदा उसको मिलेगा। हज बदल, इसी को कहते हैं।</w:t>
      </w:r>
    </w:p>
    <w:p>
      <w:r>
        <w:rPr>
          <w:b/>
        </w:rPr>
        <w:t xml:space="preserve">[30:12] </w:t>
      </w:r>
      <w:r>
        <w:t>log aajkal zamane mein kya hua, haj badal bhai karte rehte hain. us haj badal ka koi faida nahi, koi faida nahi, koi faida nahi. jis baat ko na janta ho, main kehta hoon, wo shariyat ko nahi janta ho. sirf haj badal wah hai, jiske aadmi ne wasiyat ki ho, wasiyat na kiya ho, aur aap haj badal karte rahe apne dada ke liye, apne</w:t>
      </w:r>
    </w:p>
    <w:p>
      <w:pPr>
        <w:jc w:val="right"/>
      </w:pPr>
      <w:r>
        <w:t>लोग आजकल जमाने में क्या हुआ, हज बदल भाई करवाते रहते हैं। उस हज बदल का कोई फायदा नहीं, कोई फायदा नहीं, कोई फायदा नहीं। जिस बात को ना जानता हो, मैं कहता हूं, वो शरीयत को नहीं जानता हो। सिर्फ हज बदल वह है, जिसके आदमी वसीयत की हो, वसीयत ना किया हो, और आप हज बदल करवाते रहे अपने दादा के लिए, अपने</w:t>
      </w:r>
    </w:p>
    <w:p>
      <w:r>
        <w:rPr>
          <w:b/>
        </w:rPr>
        <w:t xml:space="preserve">[30:34] </w:t>
      </w:r>
      <w:r>
        <w:t>rishtedaroon ke liye, uska koi faida nahi hai. wo aapke dil ki tasqeen hai.</w:t>
      </w:r>
    </w:p>
    <w:p>
      <w:pPr>
        <w:jc w:val="right"/>
      </w:pPr>
      <w:r>
        <w:t>रिश्तेदारों के लिए, उसका कोई फायदा नहीं है। वो आपके दिल की तस्कीन है।</w:t>
      </w:r>
    </w:p>
    <w:p>
      <w:r>
        <w:rPr>
          <w:b/>
        </w:rPr>
        <w:t xml:space="preserve">[30:42] </w:t>
      </w:r>
      <w:r>
        <w:t>this question is from rajiya. will it be right to say that the paradise in which adam was kept was temporary, or else it would not have been possible for satan to incite him to eat the fruit that will make him eternal?</w:t>
      </w:r>
    </w:p>
    <w:p>
      <w:pPr>
        <w:jc w:val="right"/>
      </w:pPr>
      <w:r>
        <w:t>दिस क्वेश्चन इज़ फ्रॉम राजिया। विल इट बी राइट टू से दैट द पैराडाइज इन व्हिच एडम वास केप्ट वास टेंपररी, और एल्स इट वुड नॉट हैव बीन पॉसिबल फॉर सैटन टू इनसाइट हिम टू ईट द फ्रूट दैट विल मेक हिम इटरनल?</w:t>
      </w:r>
    </w:p>
    <w:p>
      <w:r>
        <w:rPr>
          <w:b/>
        </w:rPr>
        <w:t xml:space="preserve">[31:01] </w:t>
      </w:r>
      <w:r>
        <w:t>dekhiye, yeh aisi baat nahi hai, jis par hum koi bahut hi yaani certainty ke saath koi statement de sake. lekin hum mera apna kam se kam guess yeh hai ke wo temporary period paradise thi. bible mein to clear hai</w:t>
      </w:r>
    </w:p>
    <w:p>
      <w:pPr>
        <w:jc w:val="right"/>
      </w:pPr>
      <w:r>
        <w:t>देखिए, यह ऐसी बात नहीं है, जिस पर हम कोई बहुत ही यानी सर्टेनिटी के साथ कोई स्टेटमेंट दे सके। लेकिन हम मेरा अपना कम से कम गेस यह है कि वह टेंपररी पीरियड पैराडाइज थी। बाइबल में तो क्लियर है</w:t>
      </w:r>
    </w:p>
    <w:p>
      <w:r>
        <w:rPr>
          <w:b/>
        </w:rPr>
        <w:t xml:space="preserve">[31:18] </w:t>
      </w:r>
      <w:r>
        <w:t>ke adan mein ek bagh tha, jahan rakhe gaye the hazrat adam. lekin quran mein aisa kuch nahi hai. hadith mein bhi aisa kuch nahi hai. balki main guess, yeh hai mera guess, sahi bhi ho sakta hai, galat bhi ho sakta hai ke</w:t>
      </w:r>
    </w:p>
    <w:p>
      <w:pPr>
        <w:jc w:val="right"/>
      </w:pPr>
      <w:r>
        <w:t>कि अदन में एक बाग था, जहां रखे गए थे हजरत आदम। लेकिन कुरान में ऐसा कुछ नहीं है। हदीस में भी ऐसा कुछ नहीं है। बल्कि मैं गेस, यह है मेरा गेस, सही भी हो सकता है, गलत भी हो सकता है कि</w:t>
      </w:r>
    </w:p>
    <w:p>
      <w:r>
        <w:rPr>
          <w:b/>
        </w:rPr>
        <w:t xml:space="preserve">[31:34] </w:t>
      </w:r>
      <w:r>
        <w:t>wo paradise, wo paradise ke siwa koi jagah thi, jahan temporary taur par unhe rakha gaya tha. quran mein jo lafz hai, wo jannat, jannat maane bagh. quran mein jo lafz istemal hua hai, wo jannat hai. jannat maane bagh hote hain.</w:t>
      </w:r>
    </w:p>
    <w:p>
      <w:pPr>
        <w:jc w:val="right"/>
      </w:pPr>
      <w:r>
        <w:t>वह पैराडाइज, वह पैराडाइज के सिवा कोई जगह थी, जहां टेंपररी तौर पर उन्हें रखा गया था। कुरान में जो लफ्ज है, वह जन्नत, जन्नत माने बाग। कुरान में जो लफ्ज इस्तेमाल हुआ है, वह जन्नत है। जन्नत माने बाग होते हैं।</w:t>
      </w:r>
    </w:p>
    <w:p>
      <w:r>
        <w:rPr>
          <w:b/>
        </w:rPr>
        <w:t xml:space="preserve">[31:52] </w:t>
      </w:r>
      <w:r>
        <w:t>to hum guess kar sakte hain ke shayad wo koi temporary jagah ho. lekin is bare mein koi quran aur hadith mein koi wajib qism ki, bahut hi clear qism ki koi statement nahi hai.</w:t>
      </w:r>
    </w:p>
    <w:p>
      <w:pPr>
        <w:jc w:val="right"/>
      </w:pPr>
      <w:r>
        <w:t>तो हम गेस कर सकते हैं कि शायद वो कोई टेंपररी जगह हो। लेकिन इस बारे में कोई कुरान और हदीस में कोई वाजिब किस्म की, बहुत ही क्लियर किस्म की कोई स्टेटमेंट नहीं है।</w:t>
      </w:r>
    </w:p>
    <w:p>
      <w:r>
        <w:rPr>
          <w:b/>
        </w:rPr>
        <w:t xml:space="preserve">[32:08] </w:t>
      </w:r>
      <w:r>
        <w:t>this question is from abdullah.</w:t>
      </w:r>
    </w:p>
    <w:p>
      <w:pPr>
        <w:jc w:val="right"/>
      </w:pPr>
      <w:r>
        <w:t>दिस क्वेश्चन इज़ फ्रॉम अब्दुल्ला।</w:t>
      </w:r>
    </w:p>
    <w:p>
      <w:r>
        <w:rPr>
          <w:b/>
        </w:rPr>
        <w:t xml:space="preserve">[32:11] </w:t>
      </w:r>
      <w:r>
        <w:t>non-Muslims look towards some Muslims worshipping graves and asking help from them, and they think that this</w:t>
      </w:r>
    </w:p>
    <w:p>
      <w:pPr>
        <w:jc w:val="right"/>
      </w:pPr>
      <w:r>
        <w:t>नॉन मुस्लिम्स लुक टुवर्ड्स सम मुस्लिम्स वरशिपिंग ग्रेव्स एंड आस्किंग हेल्प फ्रॉम देम, एंड दे थिंक दैट दिस</w:t>
      </w:r>
    </w:p>
    <w:p>
      <w:r>
        <w:rPr>
          <w:b/>
        </w:rPr>
        <w:t xml:space="preserve">[32:20] </w:t>
      </w:r>
      <w:r>
        <w:t>is Islam. They also say that the only difference between Hindu and Muslims is that Muslims worship the</w:t>
      </w:r>
    </w:p>
    <w:p>
      <w:pPr>
        <w:jc w:val="right"/>
      </w:pPr>
      <w:r>
        <w:t>इज़ इस्लाम। दे आल्सो से दैट द ओनली डिफरेंस बिटवीन हिंदू एंड मुस्लिम्स इज़ दैट मुस्लिम्स वरशिप द</w:t>
      </w:r>
    </w:p>
    <w:p>
      <w:r>
        <w:rPr>
          <w:b/>
        </w:rPr>
        <w:t xml:space="preserve">[32:28] </w:t>
      </w:r>
      <w:r>
        <w:t>idols in the form of graves, and Hindu worship the idols in standing form.</w:t>
      </w:r>
    </w:p>
    <w:p>
      <w:pPr>
        <w:jc w:val="right"/>
      </w:pPr>
      <w:r>
        <w:t>आइडल्स इन द फॉर्म ऑफ ग्रेव्स, एंड हिंदू वरशिप द आइडल्स इन स्टैंडिंग फॉर्म।</w:t>
      </w:r>
    </w:p>
    <w:p>
      <w:r>
        <w:rPr>
          <w:b/>
        </w:rPr>
        <w:t xml:space="preserve">[32:35] </w:t>
      </w:r>
      <w:r>
        <w:t>now, maulana, what would you suggest for non muslims?</w:t>
      </w:r>
    </w:p>
    <w:p>
      <w:pPr>
        <w:jc w:val="right"/>
      </w:pPr>
      <w:r>
        <w:t>नाउ, मौलाना, व्हाट वुड यू सजेस्ट फॉर नॉन मुस्लिम्स?</w:t>
      </w:r>
    </w:p>
    <w:p>
      <w:r>
        <w:rPr>
          <w:b/>
        </w:rPr>
        <w:t xml:space="preserve">[32:40] </w:t>
      </w:r>
      <w:r>
        <w:t>how can they understand real islam? dekhiye, main gaya rishikesh. rishikesh hindu logon ka pavitra sthan hai, aap jante hain. to rishikesh mein ek jagah aisa tha ke unke jo buddh hain,</w:t>
      </w:r>
    </w:p>
    <w:p>
      <w:pPr>
        <w:jc w:val="right"/>
      </w:pPr>
      <w:r>
        <w:t>हाउ कैन दे अंडरस्टैंड रियल इस्लाम? देखिए, मैं गया ऋषिकेश। ऋषिकेश हिंदू लोगों का पवित्र स्थान है, आप जानते हैं। तो ऋषिकेश में एक जगह ऐसा था कि उनके जो बुद्ध हैं,</w:t>
      </w:r>
    </w:p>
    <w:p>
      <w:r>
        <w:rPr>
          <w:b/>
        </w:rPr>
        <w:t xml:space="preserve">[32:56] </w:t>
      </w:r>
      <w:r>
        <w:t>kyunki rishikesh mein sadh dharmi logon ka wahan par hai. arya samaj mein jo log hain, wo to buddh nahi puchte. buddh parasti ke khilaf hain wo. sadh dharmi jo hain, wo jo buddh ko puchte hain,</w:t>
      </w:r>
    </w:p>
    <w:p>
      <w:pPr>
        <w:jc w:val="right"/>
      </w:pPr>
      <w:r>
        <w:t>क्योंकि ऋषिकेश में साधन धर्मी लोगों का वहां पर है। आर्य समाज में जो लोग हैं, वह तो बुद्ध नहीं पूछते। बुद्ध परस्ती के खिलाफ हैं वो। साध धर्मी जो हैं, वो जो बुद्ध को पूछते हैं,</w:t>
      </w:r>
    </w:p>
    <w:p>
      <w:r>
        <w:rPr>
          <w:b/>
        </w:rPr>
        <w:t xml:space="preserve">[33:10] </w:t>
      </w:r>
      <w:r>
        <w:t>un logon ka wahan par hai center. to buddh rakhe hue the idhar bhi, idhar bhi. to main wahan se guzar raha tha, mere saath ek hindu the. to us hindu ne kaha ke maulana sahab, kya fark hai hindu mein musalman mein?</w:t>
      </w:r>
    </w:p>
    <w:p>
      <w:pPr>
        <w:jc w:val="right"/>
      </w:pPr>
      <w:r>
        <w:t>उन लोगों का वहां पर है सेंटर। तो बुद्ध रखे हुए थे इधर भी, इधर भी। तो मैं वहां से गुजर रहा था, मेरे साथ एक हिंदू थे। तो उस हिंदू ने कहा कि मौलाना साहब, क्या फर्क है हिंदू में मुसलमान में?</w:t>
      </w:r>
    </w:p>
    <w:p>
      <w:r>
        <w:rPr>
          <w:b/>
        </w:rPr>
        <w:t xml:space="preserve">[33:28] </w:t>
      </w:r>
      <w:r>
        <w:t>yahi to hai ke hum khada kar puchte hain, woh lita kar puchte hain.</w:t>
      </w:r>
    </w:p>
    <w:p>
      <w:pPr>
        <w:jc w:val="right"/>
      </w:pPr>
      <w:r>
        <w:t>यही तो है कि हम खड़ा कर पूछते हैं, वह लिटा कर पूछते हैं।</w:t>
      </w:r>
    </w:p>
    <w:p>
      <w:r>
        <w:rPr>
          <w:b/>
        </w:rPr>
        <w:t xml:space="preserve">[33:35] </w:t>
      </w:r>
      <w:r>
        <w:t>matlab qabr mein jo leta hua hai, usko wa pooch rahe hain.</w:t>
      </w:r>
    </w:p>
    <w:p>
      <w:pPr>
        <w:jc w:val="right"/>
      </w:pPr>
      <w:r>
        <w:t>मतलब कब्र में जो लेटा हुआ है, उसको व पूछ रहे हैं।</w:t>
      </w:r>
    </w:p>
    <w:p>
      <w:r>
        <w:rPr>
          <w:b/>
        </w:rPr>
        <w:t xml:space="preserve">[33:38] </w:t>
      </w:r>
      <w:r>
        <w:t>hum yahan baitha hua, usko pooch rahe hain.</w:t>
      </w:r>
    </w:p>
    <w:p>
      <w:pPr>
        <w:jc w:val="right"/>
      </w:pPr>
      <w:r>
        <w:t>हम यहां बैठा हुआ, उसको पूछ रहे हैं।</w:t>
      </w:r>
    </w:p>
    <w:p>
      <w:r>
        <w:rPr>
          <w:b/>
        </w:rPr>
        <w:t xml:space="preserve">[33:41] </w:t>
      </w:r>
      <w:r>
        <w:t>to bas bata, unhone baat sahi kahi thi ke musalman lita kar pooch rahe hain, woh khada karke</w:t>
      </w:r>
    </w:p>
    <w:p>
      <w:pPr>
        <w:jc w:val="right"/>
      </w:pPr>
      <w:r>
        <w:t>तो बस बता, उन्होंने बात सही कही थी कि मुसलमान लिटा कर पूछ रहे हैं, वह खड़ा करके</w:t>
      </w:r>
    </w:p>
    <w:p>
      <w:r>
        <w:rPr>
          <w:b/>
        </w:rPr>
        <w:t xml:space="preserve">[33:46] </w:t>
      </w:r>
      <w:r>
        <w:t>pooch rahe hain.</w:t>
      </w:r>
    </w:p>
    <w:p>
      <w:pPr>
        <w:jc w:val="right"/>
      </w:pPr>
      <w:r>
        <w:t>पूछ रहे हैं।</w:t>
      </w:r>
    </w:p>
    <w:p>
      <w:r>
        <w:rPr>
          <w:b/>
        </w:rPr>
        <w:t xml:space="preserve">[33:48] </w:t>
      </w:r>
      <w:r>
        <w:t>isiliye is mamle mein deobandi ulma ka jo maslak hai, wahi sahi hai.</w:t>
      </w:r>
    </w:p>
    <w:p>
      <w:pPr>
        <w:jc w:val="right"/>
      </w:pPr>
      <w:r>
        <w:t>इसीलिए इस मामले में देवबंदी उलमा का जो मसलक है, वही सही है।</w:t>
      </w:r>
    </w:p>
    <w:p>
      <w:r>
        <w:rPr>
          <w:b/>
        </w:rPr>
        <w:t xml:space="preserve">[33:53] </w:t>
      </w:r>
      <w:r>
        <w:t>deobandi ulma isko shirk samajhte hain.</w:t>
      </w:r>
    </w:p>
    <w:p>
      <w:pPr>
        <w:jc w:val="right"/>
      </w:pPr>
      <w:r>
        <w:t>देवबंदी उलमा इसको शिर्क समझते हैं।</w:t>
      </w:r>
    </w:p>
    <w:p>
      <w:r>
        <w:rPr>
          <w:b/>
        </w:rPr>
        <w:t xml:space="preserve">[33:55] </w:t>
      </w:r>
      <w:r>
        <w:t>qabron ke pooja karne ko, qabron se murad mangne ko,</w:t>
      </w:r>
    </w:p>
    <w:p>
      <w:pPr>
        <w:jc w:val="right"/>
      </w:pPr>
      <w:r>
        <w:t>कब्रों के पूजा करने को, कब्रों से मुराद मांगने को,</w:t>
      </w:r>
    </w:p>
    <w:p>
      <w:r>
        <w:rPr>
          <w:b/>
        </w:rPr>
        <w:t xml:space="preserve">[34:00] </w:t>
      </w:r>
      <w:r>
        <w:t>yeh sabko devbandi ulma shirk samajhte hain. main usi ko sahi samajhta hoon. is mamle mein meri rai wahi hai jo devbandi ulma ki rai hai.</w:t>
      </w:r>
    </w:p>
    <w:p>
      <w:pPr>
        <w:jc w:val="right"/>
      </w:pPr>
      <w:r>
        <w:t>यह सबको देवबंदी उलमा शिर्क समझते हैं। मैं उसी को सही समझता हूं। इस मामले में मेरी राय वही है जो देवबंदी उलमा की राय है।</w:t>
      </w:r>
    </w:p>
    <w:p>
      <w:r>
        <w:rPr>
          <w:b/>
        </w:rPr>
        <w:t xml:space="preserve">[34:09] </w:t>
      </w:r>
      <w:r>
        <w:t>he also wanted to know how can hindu understand the real islam better. direct padhe. seedhi si baat hai, quran padhiye, hadith padhiye, hamari literature padhiye. hamari literature itni sari kitabein hain, usko padhiye. musalmanon ko dekhkar aap rai na banaye, balki islam ki scripture ko dekhkar rai banaye. dekhiye, ek hai scriptures aur ek hai musalmanon ki practice. to musalmanon ki practice se aap na rai banaye ke islam kya hai. scrip</w:t>
      </w:r>
    </w:p>
    <w:p>
      <w:pPr>
        <w:jc w:val="right"/>
      </w:pPr>
      <w:r>
        <w:t>ही आल्सो वांटेड टू नो हाउ कैन हिंदू अंडरस्टैंड द रियल इस्लाम बेटर। डायरेक्ट पढ़े। सीधी सी बात है, कुरान पढ़िए, हदीस पढ़िए, हमारी लिटरेचर पढ़िए। हमारी लिटरेचर इतनी सारी किताबें हैं, उसको पढ़िए। मुसलमानों को देखकर आप राय ना बनाए, बल्कि इस्लाम की स्क्रिप्चर को देखकर राय बनाए। देखिए, एक है स्क्रिप्चर्स और एक है मुसलमानों की प्रैक्टिस। तो मुसलमानों की प्रैक्टिस से आप ना राय बनाए कि इस्लाम क्या है। स्क्रिप्</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