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18 Mar 2013 Maulana Wahiduddin Khan</w:t>
      </w:r>
    </w:p>
    <w:p>
      <w:r>
        <w:t>https://www.youtube.com/watch?v=xnyDMlViqpg</w:t>
      </w:r>
    </w:p>
    <w:p>
      <w:r>
        <w:rPr>
          <w:b/>
        </w:rPr>
        <w:t xml:space="preserve">[00:12] </w:t>
      </w:r>
      <w:r>
        <w:t>maine yeh sawal aaya hai gulbarga se, mister salar khan sahab ka. unhone likha hai ke quran ki ayat jiska tarjuma ye hai ke "khoob yakeen jano ke tum sab log allah ke paas jama hone wale hain". is ayat ko kis tarah apni amli zindagi mein?</w:t>
      </w:r>
    </w:p>
    <w:p>
      <w:pPr>
        <w:jc w:val="right"/>
      </w:pPr>
      <w:r>
        <w:t>मैंने ये सवाल आया है गुलबर्गा से, मिस्टर सलार खान साहब का। उन्होंने लिखा है कि कुरान की आयत जिसका तर्जुमा ये है कि "खूब यकीन जानो कि तुम सब लोग अल्लाह के पास जमा होने वाले हैं"। इस आयत को किस तरह अपनी अमली जिंदगी में?</w:t>
      </w:r>
    </w:p>
    <w:p>
      <w:r>
        <w:rPr>
          <w:b/>
        </w:rPr>
        <w:t xml:space="preserve">[00:37] </w:t>
      </w:r>
      <w:r>
        <w:t>bas sochiye, main roz sochta hoon. sochne se aadmi, yaani unesco ka ek hai dictum,</w:t>
      </w:r>
    </w:p>
    <w:p>
      <w:pPr>
        <w:jc w:val="right"/>
      </w:pPr>
      <w:r>
        <w:t>बस सोचिए, मैं रोज सोचता हूँ। सोचने से आदमी, यानी यूनेस्को का एक है डिक्टम,</w:t>
      </w:r>
    </w:p>
    <w:p>
      <w:r>
        <w:rPr>
          <w:b/>
        </w:rPr>
        <w:t xml:space="preserve">[00:51] </w:t>
      </w:r>
      <w:r>
        <w:t>"violence begins from mind". ke tashaddud zehan se shuru hota hai.</w:t>
      </w:r>
    </w:p>
    <w:p>
      <w:pPr>
        <w:jc w:val="right"/>
      </w:pPr>
      <w:r>
        <w:t>"वायलेंस बिगिंस फ्रॉम माइंड"। कि तशद्दुद ज़हन से शुरू होता है।</w:t>
      </w:r>
    </w:p>
    <w:p>
      <w:r>
        <w:rPr>
          <w:b/>
        </w:rPr>
        <w:t xml:space="preserve">[00:58] </w:t>
      </w:r>
      <w:r>
        <w:t>to main kahoon ke har cheez zehan se shuru hoti hai. jo kuch aap chahte hain, usi ke liye sochein.</w:t>
      </w:r>
    </w:p>
    <w:p>
      <w:pPr>
        <w:jc w:val="right"/>
      </w:pPr>
      <w:r>
        <w:t>तो मैं कहूँ कि हर चीज़ ज़हन से शुरू होती है। जो कुछ आप चाहते हैं, उसी के लिए सोचें।</w:t>
      </w:r>
    </w:p>
    <w:p>
      <w:r>
        <w:rPr>
          <w:b/>
        </w:rPr>
        <w:t xml:space="preserve">[01:07] </w:t>
      </w:r>
      <w:r>
        <w:t>main to roz sochta hoon.</w:t>
      </w:r>
    </w:p>
    <w:p>
      <w:pPr>
        <w:jc w:val="right"/>
      </w:pPr>
      <w:r>
        <w:t>मैं तो रोज सोचता हूँ।</w:t>
      </w:r>
    </w:p>
    <w:p>
      <w:r>
        <w:rPr>
          <w:b/>
        </w:rPr>
        <w:t xml:space="preserve">[01:12] </w:t>
      </w:r>
      <w:r>
        <w:t>yaani abhi raat ko jab main bistar par gaya to soch laga ke dekho, mere baap mar gaye, meri maa mar gayi, mere chacha mar gaye, mere bhai mar gaye, mere padosi mar gaye. ek ek naam le le karke. to mujhe bhi marna hai. mujhe bhi allah ke samne hazir hona hai.</w:t>
      </w:r>
    </w:p>
    <w:p>
      <w:pPr>
        <w:jc w:val="right"/>
      </w:pPr>
      <w:r>
        <w:t>यानी अभी रात को जब मैं बिस्तर पर गया तो सोच लगा कि देखो, मेरे बाप मर गए, मेरी माँ मर गई, मेरे चाचा मर गए, मेरे भाई मर गए, मेरे पड़ोसी मर गए। एक-एक नाम ले-ले करके। तो मुझे भी मरना है। मुझे भी अल्लाह के सामने हाज़िर होना है।</w:t>
      </w:r>
    </w:p>
    <w:p>
      <w:r>
        <w:rPr>
          <w:b/>
        </w:rPr>
        <w:t xml:space="preserve">[01:31] </w:t>
      </w:r>
      <w:r>
        <w:t>log sochte nahi, asli baat ye hai. koi pur asrar method nahi hai iska. pur asrar method kuch bhi nahi hai. bas sochiye ke ab mujhe marna hai aur marne ke baad allah ke samne hazir hona hai.</w:t>
      </w:r>
    </w:p>
    <w:p>
      <w:pPr>
        <w:jc w:val="right"/>
      </w:pPr>
      <w:r>
        <w:t>लोग सोचते नहीं, असली बात ये है। कोई पुर असरार मेथड नहीं है इसका। पुर असरार मेथड कुछ भी नहीं है। बस सोचिए कि अब मुझे मरना है और मरने के बाद अल्लाह के सामने हाज़िर होना है।</w:t>
      </w:r>
    </w:p>
    <w:p>
      <w:r>
        <w:rPr>
          <w:b/>
        </w:rPr>
        <w:t xml:space="preserve">[01:49] </w:t>
      </w:r>
      <w:r>
        <w:t>bas yahi ek master formula hai. koi doosra formula nahi. koi technique iski nahi hai, koi. hargiz nahi hai.</w:t>
      </w:r>
    </w:p>
    <w:p>
      <w:pPr>
        <w:jc w:val="right"/>
      </w:pPr>
      <w:r>
        <w:t>बस यही एक मास्टर फार्मूला है। कोई दूसरा फार्मूला नहीं। कोई टेक्निक इसकी नहीं है, कोई। हरगिज़ नहीं है।</w:t>
      </w:r>
    </w:p>
    <w:p>
      <w:r>
        <w:rPr>
          <w:b/>
        </w:rPr>
        <w:t xml:space="preserve">[02:00] </w:t>
      </w:r>
      <w:r>
        <w:t>maulana, agla sawal aaya hai kashmir se, mister arif jailani sahab ka. unhone likha hai ki "allah se mohabbat karne ke liye dil kaise lag jaye, uske liye kya kiya jaye?" wajahat farmayein.</w:t>
      </w:r>
    </w:p>
    <w:p>
      <w:pPr>
        <w:jc w:val="right"/>
      </w:pPr>
      <w:r>
        <w:t>मौलाना, अगला सवाल आया है कश्मीर से, मिस्टर आरिफ जेलानी साहब का। उन्होंने लिखा है कि "अल्लाह से मोहब्बत करने के लिए दिल कैसे लग जाए, उसके लिए क्या किया जाए?" वजाहत फरमाएँ।</w:t>
      </w:r>
    </w:p>
    <w:p>
      <w:r>
        <w:rPr>
          <w:b/>
        </w:rPr>
        <w:t xml:space="preserve">[02:20] </w:t>
      </w:r>
      <w:r>
        <w:t>asal mein log chahte hain ki allah se mohabbat phir karein aur doosron se mohabbat'ein bhi jaari rahein. sacrifice karna chahte nahin. tab isliye aisa aulaad karte hain. agar aapko allah se mohabbat karna hai</w:t>
      </w:r>
    </w:p>
    <w:p>
      <w:pPr>
        <w:jc w:val="right"/>
      </w:pPr>
      <w:r>
        <w:t>असल में लोग चाहते हैं कि अल्लाह से मोहब्बत फिर करें और दूसरों से मोहब्बतें भी जारी रहें। सैक्रिफाइस करना चाहते नहीं। तब इसलिए ऐसा औलाद करते हैं। अगर आपको अल्लाह से मोहब्बत करना है</w:t>
      </w:r>
    </w:p>
    <w:p>
      <w:r>
        <w:rPr>
          <w:b/>
        </w:rPr>
        <w:t xml:space="preserve">[02:36] </w:t>
      </w:r>
      <w:r>
        <w:t>aur mohabbat ka jo inaam hai wo lena hai, to doosri mohabbat'on ko chhodna padega aapko.</w:t>
      </w:r>
    </w:p>
    <w:p>
      <w:pPr>
        <w:jc w:val="right"/>
      </w:pPr>
      <w:r>
        <w:t>और मोहब्बत का जो इनाम है वो लेना है, तो दूसरी मोहब्बतों को छोड़ना पड़ेगा आपको।</w:t>
      </w:r>
    </w:p>
    <w:p>
      <w:r>
        <w:rPr>
          <w:b/>
        </w:rPr>
        <w:t xml:space="preserve">[02:46] </w:t>
      </w:r>
      <w:r>
        <w:t>maadri mohabbat, family ki mohabbat, beta-beti ki mohabbat, job ki mohabbat, business ki mohabbat. chahte hain ki log wo bhi mohabbat'ein jaari rahein aur saath-saath, yaani khuda ki mohabbat bhi mil jaye. ye to mumkeen nahin hai.</w:t>
      </w:r>
    </w:p>
    <w:p>
      <w:pPr>
        <w:jc w:val="right"/>
      </w:pPr>
      <w:r>
        <w:t>माद्री मोहब्बत, फैमिली की मोहब्बत, बेटा-बेटी की मोहब्बत, जॉब की मोहब्बत, बिजनेस की मोहब्बत। चाहते हैं कि लोग वो भी मोहब्बतें जारी रहें और साथ-साथ, यानी खुदा की मोहब्बत भी मिल जाए। ये तो मुमकिन नहीं है।</w:t>
      </w:r>
    </w:p>
    <w:p>
      <w:r>
        <w:rPr>
          <w:b/>
        </w:rPr>
        <w:t xml:space="preserve">[03:03] </w:t>
      </w:r>
      <w:r>
        <w:t>ya to aisi baatein na kijiye, baat kar rahe the uske liye jo price hai, dijiye uski price. price yahi hai ki doosri mohabbat'ein chhodni padengi.</w:t>
      </w:r>
    </w:p>
    <w:p>
      <w:pPr>
        <w:jc w:val="right"/>
      </w:pPr>
      <w:r>
        <w:t>या तो ऐसी बातें ना कीजिए, बात कर रहे थे उसके लिए जो प्राइस है, दीजिए उसकी प्राइस। प्राइस यही है कि दूसरी मोहब्बतें छोड़नी पड़ेंगी।</w:t>
      </w:r>
    </w:p>
    <w:p>
      <w:r>
        <w:rPr>
          <w:b/>
        </w:rPr>
        <w:t xml:space="preserve">[03:16] </w:t>
      </w:r>
      <w:r>
        <w:t>bahut simple si baat hai, ismein koi, yaani koi pecheeda baat nahin hai. ki gairullah ki mohabbat chhodie, apne aap allah ki mohabbat aapke dil mein baith jayegi. ye yahi uski price hai.</w:t>
      </w:r>
    </w:p>
    <w:p>
      <w:pPr>
        <w:jc w:val="right"/>
      </w:pPr>
      <w:r>
        <w:t>बहुत सिंपल सी बात है, इसमें कोई, यानी कोई पेचीदा बात नहीं है। कि गैरुल्लाह की मोहब्बत छोड़िए, अपने आप अल्लाह की मोहब्बत आपके दिल में बैठ जाएगी। ये यही उसकी प्राइस है।</w:t>
      </w:r>
    </w:p>
    <w:p>
      <w:r>
        <w:rPr>
          <w:b/>
        </w:rPr>
        <w:t xml:space="preserve">[03:34] </w:t>
      </w:r>
      <w:r>
        <w:t>agar aap price dene ke taiyar nahin hain to phir mohabbat, khuda ki baat hi mat kijiye phir. befayda baat karna.</w:t>
      </w:r>
    </w:p>
    <w:p>
      <w:pPr>
        <w:jc w:val="right"/>
      </w:pPr>
      <w:r>
        <w:t>अगर आप प्राइस देने के तैयार नहीं हैं तो फिर मोहब्बत, खुदा की बात ही मत कीजिए फिर। बेफायदा बात करना।</w:t>
      </w:r>
    </w:p>
    <w:p>
      <w:r>
        <w:rPr>
          <w:b/>
        </w:rPr>
        <w:t xml:space="preserve">[03:46] </w:t>
      </w:r>
      <w:r>
        <w:t>kuchh bhi isse doosri, doosra nuskha iska nahin hai. ye "alhamdulillah" quran ki pehli ayat hai, "alhamdulillah". to ek hai "alhamdulillah". ek hai "alhubbillillah". ek "alhubbillillah". to "alhubbillillah" se</w:t>
      </w:r>
    </w:p>
    <w:p>
      <w:pPr>
        <w:jc w:val="right"/>
      </w:pPr>
      <w:r>
        <w:t>कुछ भी इससे दूसरी, दूसरा नुस्खा इसका नहीं है। ये "अल्हम्दुलिल्लाह" कुरान की पहली आयत है, "अल्हम्दुलिल्लाह"। तो एक है "अल्हम्दुलिल्लाह"। एक है "अलहब्बुलिल्लाह"। एक "अलहब्बुलिल्लाह"। तो "अलहब्बुलिल्लाह" से</w:t>
      </w:r>
    </w:p>
    <w:p>
      <w:r>
        <w:rPr>
          <w:b/>
        </w:rPr>
        <w:t xml:space="preserve">[04:05] </w:t>
      </w:r>
      <w:r>
        <w:t>apne ko door kar lijiye, bas "alhubbillillah" apne aap aa jayega. to ya to aap is price dijiye, nahin price dene ke taiyar hain to phir ye baat mat kahiye. aur uski ummeed na rakhiye ki allah taala ke yahan aap jab pahunchenge to wahan aapko, yaani wo reward milega</w:t>
      </w:r>
    </w:p>
    <w:p>
      <w:pPr>
        <w:jc w:val="right"/>
      </w:pPr>
      <w:r>
        <w:t>अपने को दूर कर लीजिए, बस "अलहब्बुलिल्लाह" अपने आप आ जाएगा। तो या तो आप इस प्राइस दीजिए, नहीं प्राइस देने के तैयार हैं तो फिर ये बात मत कहिए। और उसकी उम्मीद ना रखिए कि अल्लाह ताला के यहाँ आप जब पहुँचेंगे तो वहाँ आपको, यानी वो रिवॉर्ड मिलेगा</w:t>
      </w:r>
    </w:p>
    <w:p>
      <w:r>
        <w:rPr>
          <w:b/>
        </w:rPr>
        <w:t xml:space="preserve">[04:23] </w:t>
      </w:r>
      <w:r>
        <w:t>jo allah se mohabbat karne wale bando ke liye muqaddar hai.</w:t>
      </w:r>
    </w:p>
    <w:p>
      <w:pPr>
        <w:jc w:val="right"/>
      </w:pPr>
      <w:r>
        <w:t>जो अल्लाह से मोहब्बत करने वाले बंदों के लिए मुकद्दर है।</w:t>
      </w:r>
    </w:p>
    <w:p>
      <w:r>
        <w:rPr>
          <w:b/>
        </w:rPr>
        <w:t xml:space="preserve">[04:29] </w:t>
      </w:r>
      <w:r>
        <w:t>maulana, agla sawal aaya hai bihar se, maulana farhad salafi sahab ka. unhone aapse poocha hai ki "is word to word study of the quran, the best way of understanding the quran?" please comment.</w:t>
      </w:r>
    </w:p>
    <w:p>
      <w:pPr>
        <w:jc w:val="right"/>
      </w:pPr>
      <w:r>
        <w:t>मौलाना, अगला सवाल आया है बिहार से, मौलाना फरहाद सलफी साहब का। उन्होंने आपसे पूछा है कि "इस वर्ड टू वर्ड स्टडी ऑफ द कुरान, द बेस्ट वे ऑफ अंडरस्टैंडिंग द कुरान?" प्लीज़ कमेंट।</w:t>
      </w:r>
    </w:p>
    <w:p>
      <w:r>
        <w:rPr>
          <w:b/>
        </w:rPr>
        <w:t xml:space="preserve">[04:46] </w:t>
      </w:r>
      <w:r>
        <w:t>koi best way nahin hai. gaur karna aur dua karna. aur koi doosra nahin hai. ek tareeka nikla tha bahut pehle ki "tahtul lav tarjuma". ye kuchh nahin, ye sab bekar baatein hain. technique, technique se kuchh samajh nahin aa sakte aap quran ko.</w:t>
      </w:r>
    </w:p>
    <w:p>
      <w:pPr>
        <w:jc w:val="right"/>
      </w:pPr>
      <w:r>
        <w:t>कोई बेस्ट वे नहीं है। गौर करना और दुआ करना। और कोई दूसरा नहीं है। एक तरीका निकला था बहुत पहले कि "तहतुल लव तर्जुमा"। ये कुछ नहीं, ये सब बेकार बातें हैं। टेक्निक, तकनीक से कुछ समझ नहीं आ सकते आप कुरान को।</w:t>
      </w:r>
    </w:p>
    <w:p>
      <w:r>
        <w:rPr>
          <w:b/>
        </w:rPr>
        <w:t xml:space="preserve">[05:05] </w:t>
      </w:r>
      <w:r>
        <w:t>tarah-tarah ki technique nikalte hain log. kuchh nahin. sochiye aur dua kijiye. sochiye aur dua kijiye. yaani tadabbur aur dua. bas. koi technique nahin hai quran ko samajhne ke liye. ek chhapa gaya, ek pata chhapa gaya tha, tarjuma chhap chhapa gaya tha. har lafz ke neeche tarjuma. har lafz ke neeche wahi tarjuma.</w:t>
      </w:r>
    </w:p>
    <w:p>
      <w:pPr>
        <w:jc w:val="right"/>
      </w:pPr>
      <w:r>
        <w:t>तरह-तरह की टेक्निक निकालते हैं लोग। कुछ नहीं। सोचिए और दुआ कीजिए। सोचिए और दुआ कीजिए। यानी तदब्बुर और दुआ। बस। कोई टेक्निक नहीं है कुरान को समझने के लिए। एक छापा गया, एक पता छापा गया था, तर्जुमा छाप छापा गया था। हर लफ्ज के नीचे तर्जुमा। हर लफ्ज के नीचे वही तर्जुमा।</w:t>
      </w:r>
    </w:p>
    <w:p>
      <w:r>
        <w:rPr>
          <w:b/>
        </w:rPr>
        <w:t xml:space="preserve">[05:27] </w:t>
      </w:r>
      <w:r>
        <w:t>is tarah ki technique bilkul befayda hai. koi bhi technique aapko form of quran mein madadgar nahin ban sakti. sirf tadabbur karna aur aur dua karna. bas. apni taraf se, apni taraf se tadabbur, allah ki taraf se dua.</w:t>
      </w:r>
    </w:p>
    <w:p>
      <w:pPr>
        <w:jc w:val="right"/>
      </w:pPr>
      <w:r>
        <w:t>इस तरह की टेक्निक बिल्कुल बेफायदा है। कोई भी टेक्निक आपको फॉर्म ऑफ कुरान में मददगार नहीं बन सकती। सिर्फ तदब्बुर करना और और दुआ करना। बस। अपनी तरफ से, अपनी तरफ से तदब्बुर, अल्लाह की तरफ से दुआ।</w:t>
      </w:r>
    </w:p>
    <w:p>
      <w:r>
        <w:rPr>
          <w:b/>
        </w:rPr>
        <w:t xml:space="preserve">[05:47] </w:t>
      </w:r>
      <w:r>
        <w:t>ye wahid tareeka, koi tareeka nahin hai.</w:t>
      </w:r>
    </w:p>
    <w:p>
      <w:pPr>
        <w:jc w:val="right"/>
      </w:pPr>
      <w:r>
        <w:t>ये वाहिद तरीका, कोई तरीका नहीं है।</w:t>
      </w:r>
    </w:p>
    <w:p>
      <w:r>
        <w:rPr>
          <w:b/>
        </w:rPr>
        <w:t xml:space="preserve">[05:52] </w:t>
      </w:r>
      <w:r>
        <w:t>maulana, agla sawal delhi se aaya hai, mister prateek sharma ne likha hai. unhone aapse poocha hai ki "all religions basically teach followers to do good deeds. why should a person then only follow islam?"</w:t>
      </w:r>
    </w:p>
    <w:p>
      <w:pPr>
        <w:jc w:val="right"/>
      </w:pPr>
      <w:r>
        <w:t>मौलाना, अगला सवाल दिल्ली से आया है, मिस्टर प्रतीक शर्मा ने लिखा है। उन्होंने आपसे पूछा है कि "ऑल रिलीजंस बेसिकली टीच फॉलोअर्स टू डू गुड डीड्स। व्हाई शुड अ पर्सन देन ओनली फॉलो इस्लाम?"</w:t>
      </w:r>
    </w:p>
    <w:p>
      <w:r>
        <w:rPr>
          <w:b/>
        </w:rPr>
        <w:t xml:space="preserve">[06:10] </w:t>
      </w:r>
      <w:r>
        <w:t>dekhiye, agar aap sanjeeda hain, sanjeeda hain to main kahunga ki all religion ka mamla hi nahin hai. yahan all religion ka mamla hi nahin hai. kyunki doosre, doosre mazhab jo hain wo preserve mazhab nahin hain.</w:t>
      </w:r>
    </w:p>
    <w:p>
      <w:pPr>
        <w:jc w:val="right"/>
      </w:pPr>
      <w:r>
        <w:t>देखिए, अगर आप संजीदा हैं, संजीदा हैं तो मैं कहूँगा कि ऑल रिलीजन का मामला ही नहीं है। यहाँ ऑल रिलीजन का मामला ही नहीं है। क्योंकि दूसरे, दूसरे मजहब जो हैं वो प्रिजर्व मजहब नहीं हैं।</w:t>
      </w:r>
    </w:p>
    <w:p>
      <w:r>
        <w:rPr>
          <w:b/>
        </w:rPr>
        <w:t xml:space="preserve">[06:28] </w:t>
      </w:r>
      <w:r>
        <w:t>islami ek mahfooz mazhab hai, preserve mazhab. to ye, yaani kai ke darmiyan, ek-ek, kai ke darmiyan ka mamla hai nahin, ek ke darmiyan ka mamla hai. tamam scholars jo hain is par mutaffiq hain ki pichhle jitne mazhab hain islam se pehle ke, wo koi bhi mahfooz nahin hai, preserve nahin hai. unka text, unki history, koi cheez preserve nahin hai. sab mythology hai.</w:t>
      </w:r>
    </w:p>
    <w:p>
      <w:pPr>
        <w:jc w:val="right"/>
      </w:pPr>
      <w:r>
        <w:t>इस्लामी एक महफूज मजहब है, प्रिजर्व मजहब। तो ये, यानी कई के दरमियान, एक-एक, कई के दरमियान का मामला है नहीं, एक के दरमियान का मामला है। तमाम स्कॉलर्स जो हैं इस पर मुत्तफिक हैं कि पिछले जितने मजहब हैं इस्लाम से पहले के, वो कोई भी महफूज नहीं है, प्रिजर्व नहीं है। उनका टेक्स्ट, उनकी हिस्ट्री, कोई चीज़ प्रिजर्व नहीं है। सब माइथोलॉजी है।</w:t>
      </w:r>
    </w:p>
    <w:p>
      <w:r>
        <w:rPr>
          <w:b/>
        </w:rPr>
        <w:t xml:space="preserve">[06:56] </w:t>
      </w:r>
      <w:r>
        <w:t>pichhle mazhab jo mythology par base karte hain, history par nahin base karte. ye tamam scholars ka ye, yaani wo hai manna hai ki pichhle doosre mazhab jo hain wo mythology par base karte hain. islam history par base karta hai. isliye aaj islam jo authentic hai,</w:t>
      </w:r>
    </w:p>
    <w:p>
      <w:pPr>
        <w:jc w:val="right"/>
      </w:pPr>
      <w:r>
        <w:t>पिछले मजहब जो माइथोलॉजी पर बेस करते हैं, हिस्ट्री पर नहीं बेस करते। ये तमाम स्कॉलर्स का ये, यानी वो है मानना है कि पिछले दूसरे मजहब जो हैं वो माइथोलॉजी पर बेस करते हैं। इस्लाम हिस्ट्री पर बेस करता है। इसलिए आज इस्लाम जो ऑथेंटिक है,</w:t>
      </w:r>
    </w:p>
    <w:p>
      <w:r>
        <w:rPr>
          <w:b/>
        </w:rPr>
        <w:t xml:space="preserve">[07:16] </w:t>
      </w:r>
      <w:r>
        <w:t>to islam hi ek authentic version hai khuda ke, yaani religion of god ka. yaani religion of god jo hai, pehle bhi aaya lekin wo, wo mahfooz nahin rakh saka us zamane ke log. lekin islam jo hai mahfooz hai. to islam ki aisi ye nahin ki wo superior hai ya afzal hai ya mukammal, ye sab kuchh nahin hai. ye main nahin manta isko. islam na superior hai, na afzal hai, na mukammal hai, kuchh nahin.</w:t>
      </w:r>
    </w:p>
    <w:p>
      <w:pPr>
        <w:jc w:val="right"/>
      </w:pPr>
      <w:r>
        <w:t>तो इस्लाम ही एक ऑथेंटिक वर्जन है खुदा के, यानी रिलीजन ऑफ गॉड का। यानी रिलीजन ऑफ गॉड जो है, पहले भी आया लेकिन वो, वो महफूज नहीं रख सका उस जमाने के लोग। लेकिन इस्लाम जो है महफूज है। तो इस्लाम की ऐसी ये नहीं कि वो सुपीरियर है या अफजल है या मुकम्मल, ये सब कुछ नहीं है। ये मैं नहीं मानता इसको। इस्लाम ना सुपीरियर है, ना अफजल है, ना मुकम्मल है, कुछ नहीं।</w:t>
      </w:r>
    </w:p>
    <w:p>
      <w:r>
        <w:rPr>
          <w:b/>
        </w:rPr>
        <w:t xml:space="preserve">[07:45] </w:t>
      </w:r>
      <w:r>
        <w:t>wo religion of god ka authentic version hai, bas.</w:t>
      </w:r>
    </w:p>
    <w:p>
      <w:pPr>
        <w:jc w:val="right"/>
      </w:pPr>
      <w:r>
        <w:t>वो रिलीजन ऑफ गॉड का ऑथेंटिक वर्जन है, बस।</w:t>
      </w:r>
    </w:p>
    <w:p>
      <w:r>
        <w:rPr>
          <w:b/>
        </w:rPr>
        <w:t xml:space="preserve">[07:54] </w:t>
      </w:r>
      <w:r>
        <w:t>aur iske siwa kuchh nahin hai. to jo aadmi wakai sincere hai religion of god ko janne ke liye, to main nahin samajhta ki wo ismein uski do rai ho sakti hai ki jo authentic version hai, jo jiski history poori tarah se maloom hai, usko le, na ki unko le jo ki mythology par base karte hain.</w:t>
      </w:r>
    </w:p>
    <w:p>
      <w:pPr>
        <w:jc w:val="right"/>
      </w:pPr>
      <w:r>
        <w:t>और इसके सिवा कुछ नहीं है। तो जो आदमी वाकई सिंसियर है रिलीजन ऑफ गॉड को जानने के लिए, तो मैं नहीं समझता कि वो इसमें उसकी दो राय हो सकती है कि जो ऑथेंटिक वर्जन है, जो जिसकी हिस्ट्री पूरी तरह से मालूम है, उसको ले, ना कि उनको ले जो कि माइथोलॉजी पर बेस करते हैं।</w:t>
      </w:r>
    </w:p>
    <w:p>
      <w:r>
        <w:rPr>
          <w:b/>
        </w:rPr>
        <w:t xml:space="preserve">[08:20] </w:t>
      </w:r>
      <w:r>
        <w:t>ye hai is mamle mein khalis scientific statement. scientific statement.</w:t>
      </w:r>
    </w:p>
    <w:p>
      <w:pPr>
        <w:jc w:val="right"/>
      </w:pPr>
      <w:r>
        <w:t>ये है इस मामले में खालिस साइंटिफिक स्टेटमेंट। साइंटिफिक स्टेटमेंट।</w:t>
      </w:r>
    </w:p>
    <w:p>
      <w:r>
        <w:rPr>
          <w:b/>
        </w:rPr>
        <w:t xml:space="preserve">[08:26] </w:t>
      </w:r>
      <w:r>
        <w:t>maulana, unka ek aur sawal hai. unhone likha hai ki "religion should be flexible. islam is vejet and has several rules with do's and don'ts. why is this</w:t>
      </w:r>
    </w:p>
    <w:p>
      <w:pPr>
        <w:jc w:val="right"/>
      </w:pPr>
      <w:r>
        <w:t>मौलाना, उनका एक और सवाल है। उन्होंने लिखा है कि "रिलीजन शुड बी फ्लेक्सिबल। इस्लाम इज वेजेट एंड हैज सेवरल रूल्स विथ डूज एंड डोंट्स। व्हाई इज दिस</w:t>
      </w:r>
    </w:p>
    <w:p>
      <w:r>
        <w:rPr>
          <w:b/>
        </w:rPr>
        <w:t xml:space="preserve">[08:38] </w:t>
      </w:r>
      <w:r>
        <w:t>so?" masla ye nahin hai, ye to aapka apna criteria hai, flexible. islam to yakeenan poori tarah flexible hai. lekin cheez ye hai ki ye wo log ke halaat hote hain jo religion ko, yaani</w:t>
      </w:r>
    </w:p>
    <w:p>
      <w:pPr>
        <w:jc w:val="right"/>
      </w:pPr>
      <w:r>
        <w:t>सो?" मसला ये नहीं है, ये तो आपका अपना क्राइटेरिया है, फ्लेक्सिबल। इस्लाम तो यकीनन पूरी तरह फ्लेक्सिबल है। लेकिन चीज़ ये है कि ये वो लोग के हालात होते हैं जो रिलीजन को, यानी</w:t>
      </w:r>
    </w:p>
    <w:p>
      <w:r>
        <w:rPr>
          <w:b/>
        </w:rPr>
        <w:t xml:space="preserve">[08:55] </w:t>
      </w:r>
      <w:r>
        <w:t>dekhiye, religion ke do concept hain. ek hai based on revelation. ek hai simply ek, ek, ek social phenomenon. to agar aap phenomenon ke taur par religion ko mante hain, to aap jo chahe kuch shamil kar lijiye. lekin wo religion jo revelation base karta hai, to wo to ye dekha gaya text mein kya hai. jo text mein hai, wahi authentic hai.</w:t>
      </w:r>
    </w:p>
    <w:p>
      <w:pPr>
        <w:jc w:val="right"/>
      </w:pPr>
      <w:r>
        <w:t>देखिए, रिलीजन के दो कांसेप्ट हैं। एक है बेस्ड ऑन रेवलेशन। एक है सिंपली एक, एक, एक सोशल फिनोमिना। तो अगर आप फिनोमिना के तौर पर रिलीजन को मानते हैं, तो आप जो चाहे कुछ शामिल कर लीजिए। लेकिन वो रिलीजन जो रेवलेशन बेस करता है, तो वो तो ये देखा गया टेक्स्ट में क्या है। जो टेक्स्ट में है, वही ऑथेंटिक है।</w:t>
      </w:r>
    </w:p>
    <w:p>
      <w:r>
        <w:rPr>
          <w:b/>
        </w:rPr>
        <w:t xml:space="preserve">[09:21] </w:t>
      </w:r>
      <w:r>
        <w:t>baqi ye bilkul galat hai ki Islam flexible nahi hai. ye musalman jo hain, unko dekhkar aap rai bana rahe hain. to musalman ka naam Islam nahi hai. Islam aakhri had tak flexible hai. us had tak flexible to koi bhi mazhab nahi hai, mere tajurbe ke mutabiq. doosre mazhab mein to bilkul hi nahi flexibility hai.</w:t>
      </w:r>
    </w:p>
    <w:p>
      <w:pPr>
        <w:jc w:val="right"/>
      </w:pPr>
      <w:r>
        <w:t>बाकी ये बिल्कुल गलत है कि इस्लाम फ्लेक्सिबल नहीं है। ये मुसलमान जो हैं, उनको देखकर आप राय बना रहे हैं। तो मुसलमान का नाम इस्लाम नहीं है। इस्लाम आखिरी हद तक फ्लेक्सिबल है। उस हद तक फ्लेक्सिबल तो कोई भी मजहब नहीं है, मेरे तजुर्बे के मुताबिक। दूसरे मजहब में तो बिल्कुल ही नहीं फ्लेक्सिबिलिटी है।</w:t>
      </w:r>
    </w:p>
    <w:p>
      <w:r>
        <w:rPr>
          <w:b/>
        </w:rPr>
        <w:t xml:space="preserve">[09:41] </w:t>
      </w:r>
      <w:r>
        <w:t>Islam mein aakhri had tak flexibility hai. lekin ye cheez criteria nahi hai. criteria ye hai ki aap ek, ek social phenomenon ke taur par mante hain mazhab ko ya usko,</w:t>
      </w:r>
    </w:p>
    <w:p>
      <w:pPr>
        <w:jc w:val="right"/>
      </w:pPr>
      <w:r>
        <w:t>इस्लाम में आखिरी हद तक फ्लेक्सिबिलिटी है। लेकिन ये चीज़ क्राइटेरिया नहीं है। क्राइटेरिया ये है कि आप एक, एक सोशल फिनोमिना के तौर पर मानते हैं मजहब को या उसको,</w:t>
      </w:r>
    </w:p>
    <w:p>
      <w:r>
        <w:rPr>
          <w:b/>
        </w:rPr>
        <w:t xml:space="preserve">[09:56] </w:t>
      </w:r>
      <w:r>
        <w:t>yaani revelation based mante hain.</w:t>
      </w:r>
    </w:p>
    <w:p>
      <w:pPr>
        <w:jc w:val="right"/>
      </w:pPr>
      <w:r>
        <w:t>यानी रेवलेशन बेस्ड मानते हैं।</w:t>
      </w:r>
    </w:p>
    <w:p>
      <w:r>
        <w:rPr>
          <w:b/>
        </w:rPr>
        <w:t xml:space="preserve">[10:00] </w:t>
      </w:r>
      <w:r>
        <w:t>ye, ye asal criteria hai. main manta hoon revelation based. to jo revelation mein jo cheez hai, wahi, wahi authentic rahegi. baqi ye flexible hai ya nahi hai, ye to bilkul irrelevant baat hai. kyunki flexible to bahut hai Islam.</w:t>
      </w:r>
    </w:p>
    <w:p>
      <w:pPr>
        <w:jc w:val="right"/>
      </w:pPr>
      <w:r>
        <w:t>ये, ये असल क्राइटेरिया है। मैं मानता हूँ रेवलेशन बेस्ड। तो जो रेवलेशन में जो चीज़ है, वही, वही ऑथेंटिक रहेगी। बाकी ये फ्लेक्सिबल है या नहीं है, ये तो बिल्कुल इरिलेवेंट बात है। क्योंकि फ्लेक्सिबल तो बहुत है इस्लाम।</w:t>
      </w:r>
    </w:p>
    <w:p>
      <w:r>
        <w:rPr>
          <w:b/>
        </w:rPr>
        <w:t xml:space="preserve">[10:17] </w:t>
      </w:r>
      <w:r>
        <w:t>Islam se zyada koi mazhab flexible nahi hai.</w:t>
      </w:r>
    </w:p>
    <w:p>
      <w:pPr>
        <w:jc w:val="right"/>
      </w:pPr>
      <w:r>
        <w:t>इस्लाम से ज्यादा कोई मजहब फ्लेक्सिबल नहीं है।</w:t>
      </w:r>
    </w:p>
    <w:p>
      <w:r>
        <w:rPr>
          <w:b/>
        </w:rPr>
        <w:t xml:space="preserve">[10:22] </w:t>
      </w:r>
      <w:r>
        <w:t>Maulana, agla sawal aaya hai Hyderabad, Pakistan se, Mr. Noman Afzal sahab ka. unhone aapse poocha hai ki "kya musalmanon ko bhi ghair muslimon ki tarah dawat di jaye ya dawat ka kaam ghair muslimon ke liye hi hai?"</w:t>
      </w:r>
    </w:p>
    <w:p>
      <w:pPr>
        <w:jc w:val="right"/>
      </w:pPr>
      <w:r>
        <w:t>मौलाना, अगला सवाल आया है हैदराबाद, पाकिस्तान से, मिस्टर नोमान अफजल साहब का। उन्होंने आपसे पूछा है कि "क्या मुसलमानों को भी गैर मुस्लिमों की तरह दावत दी जाए या दावत का काम गैर मुस्लिमों के लिए ही है?"</w:t>
      </w:r>
    </w:p>
    <w:p>
      <w:r>
        <w:rPr>
          <w:b/>
        </w:rPr>
        <w:t xml:space="preserve">[10:40] </w:t>
      </w:r>
      <w:r>
        <w:t>sabke liye hai. jisko Islam par shak ho, jo Islam ko na manta ho, Islam ke bare mein jisko sawalat hon, un sabke liye dawat karna hai. ismein to koi,</w:t>
      </w:r>
    </w:p>
    <w:p>
      <w:pPr>
        <w:jc w:val="right"/>
      </w:pPr>
      <w:r>
        <w:t>सबके लिए है। जिसको इस्लाम पर शक हो, जो इस्लाम को ना मानता हो, इस्लाम के बारे में जिसको सवालात हों, उन सबके लिए दावत करना है। इसमें तो कोई,</w:t>
      </w:r>
    </w:p>
    <w:p>
      <w:r>
        <w:rPr>
          <w:b/>
        </w:rPr>
        <w:t xml:space="preserve">[10:57] </w:t>
      </w:r>
      <w:r>
        <w:t>koi ikhtilaf ki ba</w:t>
      </w:r>
    </w:p>
    <w:p>
      <w:pPr>
        <w:jc w:val="right"/>
      </w:pPr>
      <w:r>
        <w:t>कोई اختلاف की बा</w:t>
      </w:r>
    </w:p>
    <w:p>
      <w:r>
        <w:rPr>
          <w:b/>
        </w:rPr>
        <w:t xml:space="preserve">[10:59] </w:t>
      </w:r>
      <w:r>
        <w:t>t nahi hai. ji. Maulana, agla sawal hai Delhi se, Maulana Zakwan Nadvi sahab ka. unhone likha hai, "Kindly explain this Quranic words, which is in chapter 25, words number 54, where it is said, 'It is God who has created human beings from water, and God has granted them the ties of blood as well as mar</w:t>
      </w:r>
    </w:p>
    <w:p>
      <w:pPr>
        <w:jc w:val="right"/>
      </w:pPr>
      <w:r>
        <w:t>त नहीं है। जी। मौलाना, अगला सवाल है दिल्ली से, मौलाना जकवान नदवी साहब का। उन्होंने लिखा है, "काइंडली एक्सप्लेन दिस कुरानिक वर्ड्स, व्हिच इज इन चैप्टर 25, वर्ड्स नंबर 54, वेयर इट इज सेड, 'इट इज गॉड हु हैज क्रिएटेड ह्यूमन बीइंग्स फ्रॉम वाटर, एंड गॉड हैज ग्रांटेड देम दी टाइज ऑफ ब्लड एज वेल एज मै</w:t>
      </w:r>
    </w:p>
    <w:p>
      <w:r>
        <w:rPr>
          <w:b/>
        </w:rPr>
        <w:t xml:space="preserve">[11:24] </w:t>
      </w:r>
      <w:r>
        <w:t>riage.'" haan, ye jo taluq hota hai, uski taraf ismein ishara hai. taluq do buniyad par hota hai, ek rishta aur ek khoon.</w:t>
      </w:r>
    </w:p>
    <w:p>
      <w:pPr>
        <w:jc w:val="right"/>
      </w:pPr>
      <w:r>
        <w:t>रिज।'" हाँ, ये जो ताल्लुक होता है, उसकी तरफ इसमें इशारा है। ताल्लुक दो बुनियाद पर होता है, एक रिश्ता और एक खून।</w:t>
      </w:r>
    </w:p>
    <w:p>
      <w:r>
        <w:rPr>
          <w:b/>
        </w:rPr>
        <w:t xml:space="preserve">[11:37] </w:t>
      </w:r>
      <w:r>
        <w:t>yaani ek ye ki hum khoon, yaani blood relationship ki wajah se kisi se mutalliq ho jate hain. ek ye hai ki rishtedari ki wajah par shadiyan hoti hain, rishtedari qaim hoti hain. to iski taraf ishara hai ki ye jo hai taluq jo qaim hota hai</w:t>
      </w:r>
    </w:p>
    <w:p>
      <w:pPr>
        <w:jc w:val="right"/>
      </w:pPr>
      <w:r>
        <w:t>यानी एक ये कि हम खून, यानी ब्लड रिलेशनशिप की वजह से किसी से मुतल्लिक हो जाते हैं। एक ये है कि रिश्तेदारी की वजह पर शादियां होती हैं, रिश्तेदारी قائम होती हैं। तो इसकी तरफ इशारा है कि ये जो है ताल्लुक जो قائम होता है</w:t>
      </w:r>
    </w:p>
    <w:p>
      <w:r>
        <w:rPr>
          <w:b/>
        </w:rPr>
        <w:t xml:space="preserve">[11:53] </w:t>
      </w:r>
      <w:r>
        <w:t>khoon se ya rishtedari se, ye Allah taala ki ek nemat hai. kyunki aap jante hain ki janwaron mein aisa nahi hota. ye taluqat janwaron mein nahi hai. wahan na rishtedari ke aitbar se hai, na khoon ke aitbar se hai. har, har janwar alag-alag rehta hai.</w:t>
      </w:r>
    </w:p>
    <w:p>
      <w:pPr>
        <w:jc w:val="right"/>
      </w:pPr>
      <w:r>
        <w:t>खून से या रिश्तेदारी से, ये अल्लाह ताला की एक नेमत है। क्योंकि आप जानते हैं कि जानवरों में ऐसा नहीं होता। ये ताल्लुकात जानवरों में नहीं है। वहाँ ना रिश्तेदारी के اعتبار से है, ना खून के اعتبار से है। हर, हर जानवर अलग-अलग रहता है।</w:t>
      </w:r>
    </w:p>
    <w:p>
      <w:r>
        <w:rPr>
          <w:b/>
        </w:rPr>
        <w:t xml:space="preserve">[12:11] </w:t>
      </w:r>
      <w:r>
        <w:t>to ek doosre ko mohabbat nahi hai, ek doosre ki khairkhwahi nahi hai. haiwanon mein baat nahi pai jati. to ye bahut badi nemat hai ki hum in rishton ki bina par, khooni taluq ki bina par, ek doosre ki khairkhwahi hamein milti hai. ek doosre ka tawwun milta hai. ek doosre ka sahara humko milta hai.</w:t>
      </w:r>
    </w:p>
    <w:p>
      <w:pPr>
        <w:jc w:val="right"/>
      </w:pPr>
      <w:r>
        <w:t>तो एक दूसरे को मोहब्बत नहीं है, एक दूसरे की खरखई नहीं है। حیوانों में बात नहीं पाई जाती। तो ये बहुत बड़ी नेमत है कि हम इन रिश्तों की बिना पर, खूनी ताल्लुक की बिना पर, एक दूसरे की खरखई हमें मिलती है। एक दूसरे का ताव मिलता है। एक दूसरे का कार्य हमको मिलता है।</w:t>
      </w:r>
    </w:p>
    <w:p>
      <w:r>
        <w:rPr>
          <w:b/>
        </w:rPr>
        <w:t xml:space="preserve">[12:31] </w:t>
      </w:r>
      <w:r>
        <w:t>ye, ye Allah taala ki ek nemat hai jo kisi aur ko hasil nahi hai, insan ke siwa aur jo makhluqat hai. to ye, ye ek shukr ki ki baat hai. aur yaani</w:t>
      </w:r>
    </w:p>
    <w:p>
      <w:pPr>
        <w:jc w:val="right"/>
      </w:pPr>
      <w:r>
        <w:t>ये, ये अल्लाह ताला की एक नेमत है जो किसी और को हासिल नहीं है, इंसान के सिवा और जो मखलूकत है। तो ये, ये एक शुर की की बात है। और यानी</w:t>
      </w:r>
    </w:p>
    <w:p>
      <w:r>
        <w:rPr>
          <w:b/>
        </w:rPr>
        <w:t xml:space="preserve">[12:48] </w:t>
      </w:r>
      <w:r>
        <w:t>log isko lete hain sirf, yaani mislan family ki dhoop har jagah hai, bas family ko lete hain, bas ek social, yaani ek, ek, ek, ek social taluqat ke taur par. to usko shukr ke taur par nahi lete.</w:t>
      </w:r>
    </w:p>
    <w:p>
      <w:pPr>
        <w:jc w:val="right"/>
      </w:pPr>
      <w:r>
        <w:t>लोग इसको लेते हैं सिर्फ, यानी مثلا फैमिली की धूप हर जगह है, बस फैमिली को लेते हैं, बस एक सोशल, यानी एक, एक, एक, एक सोशल ताल्लुकात के तौर पर। तो उसको शुक्र के तौर पर नहीं लेते।</w:t>
      </w:r>
    </w:p>
    <w:p>
      <w:r>
        <w:rPr>
          <w:b/>
        </w:rPr>
        <w:t xml:space="preserve">[13:05] </w:t>
      </w:r>
      <w:r>
        <w:t>har aadmi family ki baatein karta hai, lekin ba'tor social taluqat main usko leta hoon shukr ke taur par ki Allah taala ne agar jazba na rakha hota, agar haiwan ki tarah ho mamla hota insan ka ki jazba hi na hota,</w:t>
      </w:r>
    </w:p>
    <w:p>
      <w:pPr>
        <w:jc w:val="right"/>
      </w:pPr>
      <w:r>
        <w:t>हर आदमी फैमिली की बातें करता है, लेकिन बतौर सोशल ताल्लुकात मैं उसको लेता हूँ शुक्र के तौर पर कि अल्लाह ताला ने अगर जज्बा ना रखा होता, अगर हवान की तरह हो मामला होता इंसान का कि जज्बा ही ना होता,</w:t>
      </w:r>
    </w:p>
    <w:p>
      <w:r>
        <w:rPr>
          <w:b/>
        </w:rPr>
        <w:t xml:space="preserve">[13:20] </w:t>
      </w:r>
      <w:r>
        <w:t>yaani na khooni rishte se</w:t>
      </w:r>
    </w:p>
    <w:p>
      <w:pPr>
        <w:jc w:val="right"/>
      </w:pPr>
      <w:r>
        <w:t>यानी ना खूनी रिश्ते से</w:t>
      </w:r>
    </w:p>
    <w:p>
      <w:r>
        <w:rPr>
          <w:b/>
        </w:rPr>
        <w:t xml:space="preserve">[13:22] </w:t>
      </w:r>
      <w:r>
        <w:t>taluq qaim hota, na rishtedari se taluq qaim hota, to hum haiwan ki tarah hote. to in cheezon ko log lete hain, lekin log lete hain kuch social ma'ne mein. main usko leta hoon shukr ke ma'ne mein. aur yahi sahi hai Islami nuqte se ki aap usko shukr khane mein dalen.</w:t>
      </w:r>
    </w:p>
    <w:p>
      <w:pPr>
        <w:jc w:val="right"/>
      </w:pPr>
      <w:r>
        <w:t>ताल्लुक قائम होता, ना रिजाइज ताल्लुक قائम होता, तो हम हवान की तरह होते। तो इन चीजों को लोग लेते हैं, लेकिन लोग लेते हैं कुछ सोशल माने में। मैं उसको लेता हूँ शुक्र के माने में। और यही सही है इस्लामी नुक्ते से कि आप उसको शुक्र खाने में डालें।</w:t>
      </w:r>
    </w:p>
    <w:p>
      <w:r>
        <w:rPr>
          <w:b/>
        </w:rPr>
        <w:t xml:space="preserve">[13:43] </w:t>
      </w:r>
      <w:r>
        <w:t>Maulana, unka ek aur sawal hai. unhone poocha hai, "What is the importance of contradictory thinking?" iske bare mein batayein.</w:t>
      </w:r>
    </w:p>
    <w:p>
      <w:pPr>
        <w:jc w:val="right"/>
      </w:pPr>
      <w:r>
        <w:t>मौलाना, उनका एक और सवाल है। उन्होंने पूछा है, "व्हाट इज द इंपॉर्टेंस ऑफ कंट्राडिक्टरी थिंकिंग?" इसके बारे में बताएं।</w:t>
      </w:r>
    </w:p>
    <w:p>
      <w:r>
        <w:rPr>
          <w:b/>
        </w:rPr>
        <w:t xml:space="preserve">[13:58] </w:t>
      </w:r>
      <w:r>
        <w:t>ye to ek bahut hi wo pecheeda sawal hai. baharhal, uska maqsad main ye kahunga ki aam taur par tanqeed se, yaani criticism se jo gussa hote hain,</w:t>
      </w:r>
    </w:p>
    <w:p>
      <w:pPr>
        <w:jc w:val="right"/>
      </w:pPr>
      <w:r>
        <w:t>ये तो एक बहुत ही वो पेचीदा सवाल है। बहरहाल, उसका मकसद मैं ये कहूँगा कि आमतौर पर تنقید से, यानी क्रिटिसिजम से जो गुस्सा होते हैं,</w:t>
      </w:r>
    </w:p>
    <w:p>
      <w:r>
        <w:rPr>
          <w:b/>
        </w:rPr>
        <w:t xml:space="preserve">[14:16] </w:t>
      </w:r>
      <w:r>
        <w:t>aur koi criticize kiya jaye kisi par, to wo samajhte hain ki apne ko bada samajhta hai aadmi. ye aam, yaani soch logon ki hai ki aapne criticize kiya kisi ke upar, chahe wo kitni hi dalil ke sath ho, bahut hi scientific ho, bahut hi rational ho, lekin wo samjhe ki apne ko superior samajhta hai. wo</w:t>
      </w:r>
    </w:p>
    <w:p>
      <w:pPr>
        <w:jc w:val="right"/>
      </w:pPr>
      <w:r>
        <w:t>और कोई क्रिटिसाइज किया जाए किसी पर, तो वो समझते हैं कि अपने को बड़ा समझता है आदमी। ये आम, यानी सोच लोगों की है कि आपने क्रिटिसाइज किया किसी के ऊपर, चाहे वो कितनी ही दलील के साथ हो, बहुत ही साइंटिफिक हो, बहुत ही रैशनल हो, लेकिन वो समझे कि अपने को सुपीरियर समझता है। वो</w:t>
      </w:r>
    </w:p>
    <w:p>
      <w:r>
        <w:rPr>
          <w:b/>
        </w:rPr>
        <w:t xml:space="preserve">[14:34] </w:t>
      </w:r>
      <w:r>
        <w:t>main samajhta hoon ki sahi critic wo hai jo apne ko alag karke criticism karta hai. sachcha critic wo hai jo criticize karta hai apne ko alag karke, yaani khud inteha modesty mein jeete hue bhi doosre ke bare mein criticize karta hai. wo ye contradictory thinking hai.</w:t>
      </w:r>
    </w:p>
    <w:p>
      <w:pPr>
        <w:jc w:val="right"/>
      </w:pPr>
      <w:r>
        <w:t>मैं समझता हूँ कि सही क्रिटिक वो है जो अपने को अलग करके क्रिटिसिजम करता है। सच्चा क्रिटिक वो है जो क्रिटिसाइज करता है अपने को अलग करके, यानी खुद इंतहा मॉडेस्टी में जीते हुए भी दूसरे के बारे में क्रिटिसाइज करता है। वो ये कंट्राडिक्ट थिंकिंग है।</w:t>
      </w:r>
    </w:p>
    <w:p>
      <w:r>
        <w:rPr>
          <w:b/>
        </w:rPr>
        <w:t xml:space="preserve">[14:54] </w:t>
      </w:r>
      <w:r>
        <w:t>yaani apne ko aakhri had tak modest manna. iske bawajood aap jab dekhen ki kahin sachchai,</w:t>
      </w:r>
    </w:p>
    <w:p>
      <w:pPr>
        <w:jc w:val="right"/>
      </w:pPr>
      <w:r>
        <w:t>यानी अपने को आखिरी हद तक मॉडेस्ट मानना। इसके बावजूद आप जब देखें कि कहीं सच्चाई,</w:t>
      </w:r>
    </w:p>
    <w:p>
      <w:r>
        <w:rPr>
          <w:b/>
        </w:rPr>
        <w:t xml:space="preserve">[15:06] </w:t>
      </w:r>
      <w:r>
        <w:t>koi sachchai log, log mein log usko nahi follow kar rahe hain, to wahan par criticize karein aap. to doosre par criticize karna aain usi waqt apne ko nothing samajhte hue ki main to kuch bhi nahi hoon. ye, ye ek, ye ek bahut hi mushkil kaam hai.</w:t>
      </w:r>
    </w:p>
    <w:p>
      <w:pPr>
        <w:jc w:val="right"/>
      </w:pPr>
      <w:r>
        <w:t>कोई सच्चाई लोग, लोग में लोग उसको नहीं फॉलो कर रहे हैं, तो वहां पर क्रिटिसाइज करें आप। तो दूसरे पर क्रिटिसाइज करना आयन उसी वक्त अपने को नथिंग समझते हुए कि मैं तो कुछ भी नहीं हूं। ये, ये एक, ये एक बहुत ही मुश्किल काम है।</w:t>
      </w:r>
    </w:p>
    <w:p>
      <w:r>
        <w:rPr>
          <w:b/>
        </w:rPr>
        <w:t xml:space="preserve">[15:24] </w:t>
      </w:r>
      <w:r>
        <w:t>ye hai contradict thinking. lekin Allah taala ne insan ke andar ek capacity rakhi hai ke do contradictory halaat mein jee sake. wo isi ko ek philosopher ne kaha hai ke "i am large enough to contain all this contradiction." to ye ek bahut oonchi baat hai ke aap apne aap ko kuch na samajhte hue bhi doosre ko criticize karein.</w:t>
      </w:r>
    </w:p>
    <w:p>
      <w:pPr>
        <w:jc w:val="right"/>
      </w:pPr>
      <w:r>
        <w:t>ये है कंट्राडिक्ट थिंकिंग। लेकिन अल्लाह ताला ने इंसान के अंदर एक कैपेसिटी रखी है कि दो कंट्राडिक्टरी हालात में जी सके। वो इसी को एक फिलॉसफर ने कहा है कि "आई एम लार्ज इनफ टू कंटेन ऑल दिस कंट्राडिक्शन।" तो ये एक बहुत ऊंची बात है कि आप अपने आप को कुछ ना समझते हुए भी दूसरे को क्रिटिसाइज करें।</w:t>
      </w:r>
    </w:p>
    <w:p>
      <w:r>
        <w:rPr>
          <w:b/>
        </w:rPr>
        <w:t xml:space="preserve">[15:47] </w:t>
      </w:r>
      <w:r>
        <w:t>aur ye Allah taala ne jo aapke andar is riayat rakhi hai, us riayat ko zinda kijiye, to aap aise ban jayenge.</w:t>
      </w:r>
    </w:p>
    <w:p>
      <w:pPr>
        <w:jc w:val="right"/>
      </w:pPr>
      <w:r>
        <w:t>और ये अल्लाह ताला ने जो आपके अंदर इस रायत रखी है, उस रायत को जिंदा कीजिए, तो आप ऐसे बन जाएंगे।</w:t>
      </w:r>
    </w:p>
    <w:p>
      <w:r>
        <w:rPr>
          <w:b/>
        </w:rPr>
        <w:t xml:space="preserve">[15:57] </w:t>
      </w:r>
      <w:r>
        <w:t>maulana, agla sawal hai tamil nadu se, maulana iqbal umri sahab ka. unhone aapse poocha hai, "what is the difference between pro islam and pro muslim?" kya?</w:t>
      </w:r>
    </w:p>
    <w:p>
      <w:pPr>
        <w:jc w:val="right"/>
      </w:pPr>
      <w:r>
        <w:t>मौलाना, अगला सवाल है तमिलनाडु से, मौलाना इकबाल उमरी साहब का। उन्होंने आपसे पूछा है, "व्हाट इज द डिफरेंस बिटवीन प्रो इस्लाम एंड प्रो मुस्लिम?" क्या?</w:t>
      </w:r>
    </w:p>
    <w:p>
      <w:r>
        <w:rPr>
          <w:b/>
        </w:rPr>
        <w:t xml:space="preserve">[16:10] </w:t>
      </w:r>
      <w:r>
        <w:t>"what is the difference between pro islam and pro muslim?"</w:t>
      </w:r>
    </w:p>
    <w:p>
      <w:pPr>
        <w:jc w:val="right"/>
      </w:pPr>
      <w:r>
        <w:t>"व्हाट इज द डिफरेंस बिटवीन प्रो इस्लाम एंड प्रो मुस्लिम?"</w:t>
      </w:r>
    </w:p>
    <w:p>
      <w:r>
        <w:rPr>
          <w:b/>
        </w:rPr>
        <w:t xml:space="preserve">[16:16] </w:t>
      </w:r>
      <w:r>
        <w:t>pro muslim hota hai woh qaumi,</w:t>
      </w:r>
    </w:p>
    <w:p>
      <w:pPr>
        <w:jc w:val="right"/>
      </w:pPr>
      <w:r>
        <w:t>प्रो मुस्लिम होता है वो कौमी,</w:t>
      </w:r>
    </w:p>
    <w:p>
      <w:r>
        <w:rPr>
          <w:b/>
        </w:rPr>
        <w:t xml:space="preserve">[16:19] </w:t>
      </w:r>
      <w:r>
        <w:t>yaani logon ke andar jo hai mizaj qaumi mizaj hai.</w:t>
      </w:r>
    </w:p>
    <w:p>
      <w:pPr>
        <w:jc w:val="right"/>
      </w:pPr>
      <w:r>
        <w:t>यानी लोगों के अंदर जो है मिजाज कौमी मिजाज है।</w:t>
      </w:r>
    </w:p>
    <w:p>
      <w:r>
        <w:rPr>
          <w:b/>
        </w:rPr>
        <w:t xml:space="preserve">[16:25] </w:t>
      </w:r>
      <w:r>
        <w:t>qaumi mizaj hai.</w:t>
      </w:r>
    </w:p>
    <w:p>
      <w:pPr>
        <w:jc w:val="right"/>
      </w:pPr>
      <w:r>
        <w:t>कौमी मिजाज है।</w:t>
      </w:r>
    </w:p>
    <w:p>
      <w:r>
        <w:rPr>
          <w:b/>
        </w:rPr>
        <w:t xml:space="preserve">[16:26] </w:t>
      </w:r>
      <w:r>
        <w:t>islam ek bilkul ek ideology hai, pure ideology.</w:t>
      </w:r>
    </w:p>
    <w:p>
      <w:pPr>
        <w:jc w:val="right"/>
      </w:pPr>
      <w:r>
        <w:t>इस्लाम एक बिल्कुल एक आइडियोलॉजी है, प्योर आइडियोलॉजी।</w:t>
      </w:r>
    </w:p>
    <w:p>
      <w:r>
        <w:rPr>
          <w:b/>
        </w:rPr>
        <w:t xml:space="preserve">[16:31] </w:t>
      </w:r>
      <w:r>
        <w:t>to pure islam ka matlab yeh hai ke aap khalis ek divine ideology ko lekar sochein.</w:t>
      </w:r>
    </w:p>
    <w:p>
      <w:pPr>
        <w:jc w:val="right"/>
      </w:pPr>
      <w:r>
        <w:t>तो पूरे इस्लाम का मतलब यह है कि आप खालिस एक डिवाइन आइडियोलॉजी को लेकर सोचें।</w:t>
      </w:r>
    </w:p>
    <w:p>
      <w:r>
        <w:rPr>
          <w:b/>
        </w:rPr>
        <w:t xml:space="preserve">[16:37] </w:t>
      </w:r>
      <w:r>
        <w:t>aur pro muslim hai ke ek qaum hai, ek millat hai, usko lekar sochein aap.</w:t>
      </w:r>
    </w:p>
    <w:p>
      <w:pPr>
        <w:jc w:val="right"/>
      </w:pPr>
      <w:r>
        <w:t>और प्रो मुस्लिम है कि एक कौम है, एक मिल्लत है, उसको लेकर सोचें आप।</w:t>
      </w:r>
    </w:p>
    <w:p>
      <w:r>
        <w:rPr>
          <w:b/>
        </w:rPr>
        <w:t xml:space="preserve">[16:42] </w:t>
      </w:r>
      <w:r>
        <w:t>to bilkul do alag soch ban jati hai.</w:t>
      </w:r>
    </w:p>
    <w:p>
      <w:pPr>
        <w:jc w:val="right"/>
      </w:pPr>
      <w:r>
        <w:t>तो बिल्कुल दो अलग सोच बन जाती है।</w:t>
      </w:r>
    </w:p>
    <w:p>
      <w:r>
        <w:rPr>
          <w:b/>
        </w:rPr>
        <w:t xml:space="preserve">[16:45] </w:t>
      </w:r>
      <w:r>
        <w:t>jaise, jaise musalman aam taur par contain mein jeete hain, protest mein jeete hain, nafrat jeete hain, woh kyun</w:t>
      </w:r>
    </w:p>
    <w:p>
      <w:pPr>
        <w:jc w:val="right"/>
      </w:pPr>
      <w:r>
        <w:t>जैसे, जैसे मुसलमान आमतौर पर कंटेन में जीते हैं, प्रोटेस्ट में जीते हैं, नफरत जीते हैं, वो क्यों</w:t>
      </w:r>
    </w:p>
    <w:p>
      <w:r>
        <w:rPr>
          <w:b/>
        </w:rPr>
        <w:t xml:space="preserve">[16:51] </w:t>
      </w:r>
      <w:r>
        <w:t>? qaumi soch ki wajah se, qaumi mizaj ki wajah se.</w:t>
      </w:r>
    </w:p>
    <w:p>
      <w:pPr>
        <w:jc w:val="right"/>
      </w:pPr>
      <w:r>
        <w:t>? कौमी सोच की वजह से, कौमी मिजाज की वजह से।</w:t>
      </w:r>
    </w:p>
    <w:p>
      <w:r>
        <w:rPr>
          <w:b/>
        </w:rPr>
        <w:t xml:space="preserve">[16:54] </w:t>
      </w:r>
      <w:r>
        <w:t>agar aapke andar</w:t>
      </w:r>
    </w:p>
    <w:p>
      <w:pPr>
        <w:jc w:val="right"/>
      </w:pPr>
      <w:r>
        <w:t>अगर आपके अंदर</w:t>
      </w:r>
    </w:p>
    <w:p>
      <w:r>
        <w:rPr>
          <w:b/>
        </w:rPr>
        <w:t xml:space="preserve">[16:58] </w:t>
      </w:r>
      <w:r>
        <w:t>khalis islami mizaj ho, to phir nafrat ki aur negativity ki koi guzaish us par nahi hoti.</w:t>
      </w:r>
    </w:p>
    <w:p>
      <w:pPr>
        <w:jc w:val="right"/>
      </w:pPr>
      <w:r>
        <w:t>खालिस इस्लामी मिजाज हो, तो फिर नफरत की और नेगेटिविटी की कोई गुजैश उस पर नहीं होती।</w:t>
      </w:r>
    </w:p>
    <w:p>
      <w:r>
        <w:rPr>
          <w:b/>
        </w:rPr>
        <w:t xml:space="preserve">[17:06] </w:t>
      </w:r>
      <w:r>
        <w:t>dono bilkul do alag alag woh hain.</w:t>
      </w:r>
    </w:p>
    <w:p>
      <w:pPr>
        <w:jc w:val="right"/>
      </w:pPr>
      <w:r>
        <w:t>दोनों बिल्कुल दो अलग-अलग वो हैं।</w:t>
      </w:r>
    </w:p>
    <w:p>
      <w:r>
        <w:rPr>
          <w:b/>
        </w:rPr>
        <w:t xml:space="preserve">[17:10] </w:t>
      </w:r>
      <w:r>
        <w:t>islami zehan se sochna aur muslim zehan se sochna, dono bilkul alag alag hain.</w:t>
      </w:r>
    </w:p>
    <w:p>
      <w:pPr>
        <w:jc w:val="right"/>
      </w:pPr>
      <w:r>
        <w:t>इस्लामी जहन से सोचना और मुस्लिम जहन से सोचना, दोनों बिल्कुल अलग-अलग हैं।</w:t>
      </w:r>
    </w:p>
    <w:p>
      <w:r>
        <w:rPr>
          <w:b/>
        </w:rPr>
        <w:t xml:space="preserve">[17:15] </w:t>
      </w:r>
      <w:r>
        <w:t>muslim zehan se sochne ke maane hain qaumi zehan.</w:t>
      </w:r>
    </w:p>
    <w:p>
      <w:pPr>
        <w:jc w:val="right"/>
      </w:pPr>
      <w:r>
        <w:t>मुस्लिम जहन से सोचने के माने हैं कौमी जहन।</w:t>
      </w:r>
    </w:p>
    <w:p>
      <w:r>
        <w:rPr>
          <w:b/>
        </w:rPr>
        <w:t xml:space="preserve">[17:18] </w:t>
      </w:r>
      <w:r>
        <w:t>qaumi zehan se sochna aur islami zehan ke maane hain, yaani khalis, yaani nazariya aur ideology ke aitbar</w:t>
      </w:r>
    </w:p>
    <w:p>
      <w:pPr>
        <w:jc w:val="right"/>
      </w:pPr>
      <w:r>
        <w:t>कौमी जहन से सोचना और इस्लामी जहन के माने हैं, यानी खालिस, यानी نظریہ और आइडियोलॉजी के اعتبار</w:t>
      </w:r>
    </w:p>
    <w:p>
      <w:r>
        <w:rPr>
          <w:b/>
        </w:rPr>
        <w:t xml:space="preserve">[17:25] </w:t>
      </w:r>
      <w:r>
        <w:t>se sochna. to bahut fark hai.</w:t>
      </w:r>
    </w:p>
    <w:p>
      <w:pPr>
        <w:jc w:val="right"/>
      </w:pPr>
      <w:r>
        <w:t>से सोचना। तो बहुत फर्क है।</w:t>
      </w:r>
    </w:p>
    <w:p>
      <w:r>
        <w:rPr>
          <w:b/>
        </w:rPr>
        <w:t xml:space="preserve">[17:33] </w:t>
      </w:r>
      <w:r>
        <w:t>maulana, unka ek aur sawal hai. unhone aapse poocha hai ke ek quran ki ayat ko waz karne ke liye, jisme yeh kaha gaya hai, "kuntum khaira ummat akhrajat lin naas," iska kya matlab</w:t>
      </w:r>
    </w:p>
    <w:p>
      <w:pPr>
        <w:jc w:val="right"/>
      </w:pPr>
      <w:r>
        <w:t>मौलाना, उनका एक और सवाल है। उन्होंने आपसे पूछा है कि एक कुरान की आयत को वाज करने के लिए, जिसमें यह कहा गया है, "कुंतुम खैरा उम्मत अखरजत लिन नास," इसका क्या मतलब</w:t>
      </w:r>
    </w:p>
    <w:p>
      <w:r>
        <w:rPr>
          <w:b/>
        </w:rPr>
        <w:t xml:space="preserve">[17:47] </w:t>
      </w:r>
      <w:r>
        <w:t>hai? dekhiye, yeh khair ummat ka lafz jo quran mein aaya hai, to aam taur par log samajhte hain ke saare musalman khair ummat hain. yeh bilkul galat hai. saare musalman khair ummat nahi hain. saare musalman to ek garah hain, bas ek nasli garah. is ayat mein khair ummat se bada sahaba hain. sahaba, yani jo Allah ke rasool ki sohbat mein jinki training hui thi, jinke andar ek iklab aaya tha,</w:t>
      </w:r>
    </w:p>
    <w:p>
      <w:pPr>
        <w:jc w:val="right"/>
      </w:pPr>
      <w:r>
        <w:t>है? देखिए, यह खैर उम्मत का लफ्ज जो कुरान में आया है, तो आमतौर पर लोग समझते हैं कि सारे मुसलमान खैर उम्मत हैं। यह बिल्कुल गलत है। सारे मुसलमान खैर उम्मत नहीं हैं। सारे मुसलमान तो एक ग्रह हैं, बस एक नस्ली ग्रह। इस आयत में खैर उम्मत से बड़ा सहाबा हैं। सहाबा, यानी जो अल्लाह के रसूल की सोबत में जिनकी ट्रेनिंग हुई थी, जिनके अंदर एक इकलाब आया था,</w:t>
      </w:r>
    </w:p>
    <w:p>
      <w:r>
        <w:rPr>
          <w:b/>
        </w:rPr>
        <w:t xml:space="preserve">[18:13] </w:t>
      </w:r>
      <w:r>
        <w:t>jo yani apne qaul amal ke aitbar se Allah ke dil par qaim hue the, wo murad hai isse. yeh koi qaum nahi murad hai jo musalmanon ki qaum hai, bas saare khair ummat hain. aisa kuch bhi nahi.</w:t>
      </w:r>
    </w:p>
    <w:p>
      <w:pPr>
        <w:jc w:val="right"/>
      </w:pPr>
      <w:r>
        <w:t>जो यानी अपने कौल अमल के اعتبار से अल्लाह के दिल पर कायम हुए थे, वो मुराद है इससे। यह कोई कौम नहीं मुराद है जो मुसलमानों की कौम है, बस सारे खैर उम्मत हैं। ऐसा कुछ भी नहीं।</w:t>
      </w:r>
    </w:p>
    <w:p>
      <w:r>
        <w:rPr>
          <w:b/>
        </w:rPr>
        <w:t xml:space="preserve">[18:31] </w:t>
      </w:r>
      <w:r>
        <w:t>maulana, agla jo hai wah sawal nahi hai, ek comment aaya hai doha qatar se, maulana abdul basit</w:t>
      </w:r>
    </w:p>
    <w:p>
      <w:pPr>
        <w:jc w:val="right"/>
      </w:pPr>
      <w:r>
        <w:t>मौलाना, अगला जो है वह सवाल नहीं है, एक कमेंट आया है दोहा कतर से, मौलाना अब्दुल बसित</w:t>
      </w:r>
    </w:p>
    <w:p>
      <w:r>
        <w:rPr>
          <w:b/>
        </w:rPr>
        <w:t xml:space="preserve">[18:37] </w:t>
      </w:r>
      <w:r>
        <w:t>umri ka. unhone likha hai, "maulana, ijtihad ka mahfoh mahfoom aaj tak mubham aur ghair waz tha.</w:t>
      </w:r>
    </w:p>
    <w:p>
      <w:pPr>
        <w:jc w:val="right"/>
      </w:pPr>
      <w:r>
        <w:t>उमरी का। उन्होंने लिखा है, "मौलाना, इजतिहाद का महफू महफूम आज तक मुबहम और गैर वाज था।</w:t>
      </w:r>
    </w:p>
    <w:p>
      <w:r>
        <w:rPr>
          <w:b/>
        </w:rPr>
        <w:t xml:space="preserve">[18:46] </w:t>
      </w:r>
      <w:r>
        <w:t>aaj ki taqreer se pehli baar ijtihad ka sahi mahfoom samajh mein aaya, suraj ki tarah waz</w:t>
      </w:r>
    </w:p>
    <w:p>
      <w:pPr>
        <w:jc w:val="right"/>
      </w:pPr>
      <w:r>
        <w:t>आज की तकरीर से पहली बार इजतिहाद का सही महफू समझ में आया, सूरज की तरह वाज</w:t>
      </w:r>
    </w:p>
    <w:p>
      <w:r>
        <w:rPr>
          <w:b/>
        </w:rPr>
        <w:t xml:space="preserve">[18:54] </w:t>
      </w:r>
      <w:r>
        <w:t>ki asal cheez niyat ko dekhna nahi.</w:t>
      </w:r>
    </w:p>
    <w:p>
      <w:pPr>
        <w:jc w:val="right"/>
      </w:pPr>
      <w:r>
        <w:t>कि असल चीज नियत को देखना नहीं।</w:t>
      </w:r>
    </w:p>
    <w:p>
      <w:r>
        <w:rPr>
          <w:b/>
        </w:rPr>
        <w:t xml:space="preserve">[18:56] </w:t>
      </w:r>
      <w:r>
        <w:t>niyat agar durust hai, to phir kuch bhi darne ki baat nahi.</w:t>
      </w:r>
    </w:p>
    <w:p>
      <w:pPr>
        <w:jc w:val="right"/>
      </w:pPr>
      <w:r>
        <w:t>नियत अगर दुरुस्त है, तो फिर कुछ भी डरने की बात नहीं।</w:t>
      </w:r>
    </w:p>
    <w:p>
      <w:r>
        <w:rPr>
          <w:b/>
        </w:rPr>
        <w:t xml:space="preserve">[19:01] </w:t>
      </w:r>
      <w:r>
        <w:t>jaza ka allah khair.</w:t>
      </w:r>
    </w:p>
    <w:p>
      <w:pPr>
        <w:jc w:val="right"/>
      </w:pPr>
      <w:r>
        <w:t>जजा का अल्लाह खैर।</w:t>
      </w:r>
    </w:p>
    <w:p>
      <w:r>
        <w:rPr>
          <w:b/>
        </w:rPr>
        <w:t xml:space="preserve">[19:02] </w:t>
      </w:r>
      <w:r>
        <w:t>allah aapki umr mein barkat de aur aapse zyada se zyada seekhne ka mauka de."</w:t>
      </w:r>
    </w:p>
    <w:p>
      <w:pPr>
        <w:jc w:val="right"/>
      </w:pPr>
      <w:r>
        <w:t>अल्लाह आपकी उम्र में बरकत दे और आपसे ज्यादा से ज्यादा सीखने का मौका दे।"</w:t>
      </w:r>
    </w:p>
    <w:p>
      <w:r>
        <w:rPr>
          <w:b/>
        </w:rPr>
        <w:t xml:space="preserve">[19:08] </w:t>
      </w:r>
      <w:r>
        <w:t>jazakallah. maulana, agla sawal shah imran, mister shah imran hasan ka hai, delhi se. unhone likha hai, "salman rusdie ne india mein aakar musalmanon ke jazbat ko majrooh kiya hai. is bare mein aapki kya rai hai?</w:t>
      </w:r>
    </w:p>
    <w:p>
      <w:pPr>
        <w:jc w:val="right"/>
      </w:pPr>
      <w:r>
        <w:t>जजाकुललाह। मौलाना, अगला सवाल शाह इमरान, मिस्टर शाह इमरान हसन का है, दिल्ली से। उन्होंने लिखा है, "सलमान रजदी ने इंडिया में आकर मुसलमानों के जज्बात को मजरू किया है। इस बारे में आपकी क्या राय है?</w:t>
      </w:r>
    </w:p>
    <w:p>
      <w:r>
        <w:rPr>
          <w:b/>
        </w:rPr>
        <w:t xml:space="preserve">[19:26] </w:t>
      </w:r>
      <w:r>
        <w:t>kya aap unko apni class mein bulana chahenge, jabki kaha jata hai ke woh musalman aur islam ke dushman hain?"</w:t>
      </w:r>
    </w:p>
    <w:p>
      <w:pPr>
        <w:jc w:val="right"/>
      </w:pPr>
      <w:r>
        <w:t>क्या आप उनको अपनी क्लास में बुलाना चाहेंगे, जबकि कहा जाता है कि वह मुसलमान और इस्लाम के दुश्मन हैं?"</w:t>
      </w:r>
    </w:p>
    <w:p>
      <w:r>
        <w:rPr>
          <w:b/>
        </w:rPr>
        <w:t xml:space="preserve">[19:34] </w:t>
      </w:r>
      <w:r>
        <w:t>koi dushman nahi hota. hum har ek ko madu samajhte hain. yeh nazariye hi galat hai ke woh dushman hai, woh conspirator hai. yeh sab bilkul islami soch nahi hai. yeh qaumi soch hai. qaumi. hum har insan ko madu samajhte hain.</w:t>
      </w:r>
    </w:p>
    <w:p>
      <w:pPr>
        <w:jc w:val="right"/>
      </w:pPr>
      <w:r>
        <w:t>कोई दुश्मन नहीं होता। हम हर एक को मदू समझते हैं। यह नजरिए ही गलत है कि वो दुश्मन है, वो कंस्पिरेटर है। यह सब बिल्कुल इस्लामी सोच नहीं है। यह कौमी सोच है। कौमी। हम हर इंसान को मदू समझते हैं।</w:t>
      </w:r>
    </w:p>
    <w:p>
      <w:r>
        <w:rPr>
          <w:b/>
        </w:rPr>
        <w:t xml:space="preserve">[19:51] </w:t>
      </w:r>
      <w:r>
        <w:t>har insan ko chahte hain ke Allah ka paigham use pohanchaya jaye, bas aur kuch nahi. baqi kaun kya hai, woh Allah taala ne, woh qayamat faisla uska hoga. yeh, yeh soch ko main bilkul batil samajhta hoon. batil ke logon ko kaha jaye, "yeh dost hai, dushman hai, yeh sazishi hai, yeh falana." yeh sab jhoothi soch hai.</w:t>
      </w:r>
    </w:p>
    <w:p>
      <w:pPr>
        <w:jc w:val="right"/>
      </w:pPr>
      <w:r>
        <w:t>हर इंसान को चाहते हैं कि अल्लाह का पैगाम उसे पहुंचाया जाए, बस और कुछ नहीं। बाकी कौन क्या है, वह अल्लाह ताला ने, वह कयामत फैसला उसका होगा। यह, यह सोच को मैं बिल्कुल बातिल समझता हूं। बातिल कि लोगों को कहा जाए, "यह दोस्त है, दुश्मन है, यह साजिशी है, यह फलां।" यह सब झूठी सोच है।</w:t>
      </w:r>
    </w:p>
    <w:p>
      <w:r>
        <w:rPr>
          <w:b/>
        </w:rPr>
        <w:t xml:space="preserve">[20:12] </w:t>
      </w:r>
      <w:r>
        <w:t>bas do hi taqseem hai, dai aur batu. aur koi teesri soch, teesri category hai nahi. to hum na kisi ki nafrat karne ko jaiz samajhte, na kisi ko dushman kaha jaye, yeh jaiz nahi samajhte. isko</w:t>
      </w:r>
    </w:p>
    <w:p>
      <w:pPr>
        <w:jc w:val="right"/>
      </w:pPr>
      <w:r>
        <w:t>बस दो ही तकसीम है, दाई और बतू। और कोई तीसरी सोच, तीसरी कैटेगरी है नहीं। तो हम ना किसी की नफरत करने को जायज समझते, ना किसी को दुश्मन कहा जाए, यह जायज नहीं समझते। इसको</w:t>
      </w:r>
    </w:p>
    <w:p>
      <w:r>
        <w:rPr>
          <w:b/>
        </w:rPr>
        <w:t xml:space="preserve">[20:30] </w:t>
      </w:r>
      <w:r>
        <w:t>sabke liye khairkhai, sabke liye dua, sabko insan samajhna, sabko Allah ka paigham pohanchana, yeh hai sahi islami mizaj. aur yeh hum chahte hain ke hamare sathiyon mein yeh mizaj aaye.</w:t>
      </w:r>
    </w:p>
    <w:p>
      <w:pPr>
        <w:jc w:val="right"/>
      </w:pPr>
      <w:r>
        <w:t>सबके लिए खैरखई, सबके लिए दुआ, सबको इंसान समझना, सबको अल्लाह का पैगाम पहुंचाना, यह है सही इस्लामी मिजाज। और यह हम चाहते हैं कि हमारे साथियों में यह मिजाज आए।</w:t>
      </w:r>
    </w:p>
    <w:p>
      <w:r>
        <w:rPr>
          <w:b/>
        </w:rPr>
        <w:t xml:space="preserve">[20:47] </w:t>
      </w:r>
      <w:r>
        <w:t>maulana, agla sawal delhi se hai, miss parveen sultana ka. unhone aapse poocha hai, "maulana, is there any difference of status or rank or anything among the syed, sheikhs, pathan, ansari or malik, according to the hadith?"</w:t>
      </w:r>
    </w:p>
    <w:p>
      <w:pPr>
        <w:jc w:val="right"/>
      </w:pPr>
      <w:r>
        <w:t>मौलाना, अगला सवाल दिल्ली से है, मिस परवीन सुल्ताना का। उन्होंने आपसे पूछा है, "मौलाना, इज देयर एनी डिफरेंस ऑफ स्टेटस और रैंक और एनीथिंग अमंग द सैयद, शेख्स, पठान, अंसारी और मलिक, अकॉर्डिंग टू द हदीस?"</w:t>
      </w:r>
    </w:p>
    <w:p>
      <w:r>
        <w:rPr>
          <w:b/>
        </w:rPr>
        <w:t xml:space="preserve">[21:06] </w:t>
      </w:r>
      <w:r>
        <w:t>padhiye. "is there any difference of status or rank among the syed, sheikhs, pathan, ansari or malik, according to the hadith?"</w:t>
      </w:r>
    </w:p>
    <w:p>
      <w:pPr>
        <w:jc w:val="right"/>
      </w:pPr>
      <w:r>
        <w:t>पढ़िए। "इज देयर एनी डिफरेंस ऑफ स्टेटस और रैंक अमंग द सैयद, शेख्स, पठान, अंसारी और मलिक, अकॉर्डिंग टू द हदीस?"</w:t>
      </w:r>
    </w:p>
    <w:p>
      <w:r>
        <w:rPr>
          <w:b/>
        </w:rPr>
        <w:t xml:space="preserve">[21:18] </w:t>
      </w:r>
      <w:r>
        <w:t>nahi, nahi. hadis mein ye sab kuch nahi hai.</w:t>
      </w:r>
    </w:p>
    <w:p>
      <w:pPr>
        <w:jc w:val="right"/>
      </w:pPr>
      <w:r>
        <w:t>नहीं, नहीं। हदीस में ये सब कुछ नहीं है।</w:t>
      </w:r>
    </w:p>
    <w:p>
      <w:r>
        <w:rPr>
          <w:b/>
        </w:rPr>
        <w:t xml:space="preserve">[21:20] </w:t>
      </w:r>
      <w:r>
        <w:t>ye to musalman ne bana rakha hai.</w:t>
      </w:r>
    </w:p>
    <w:p>
      <w:pPr>
        <w:jc w:val="right"/>
      </w:pPr>
      <w:r>
        <w:t>ये तो मुसलमान ने बना रखा है।</w:t>
      </w:r>
    </w:p>
    <w:p>
      <w:r>
        <w:rPr>
          <w:b/>
        </w:rPr>
        <w:t xml:space="preserve">[21:23] </w:t>
      </w:r>
      <w:r>
        <w:t>ye sab zyada tar ye indian sub cardan ka qissa hai.</w:t>
      </w:r>
    </w:p>
    <w:p>
      <w:pPr>
        <w:jc w:val="right"/>
      </w:pPr>
      <w:r>
        <w:t>ये सब ज्यादातर ये इंडियन सब कार्डन का किस्सा है।</w:t>
      </w:r>
    </w:p>
    <w:p>
      <w:r>
        <w:rPr>
          <w:b/>
        </w:rPr>
        <w:t xml:space="preserve">[21:26] </w:t>
      </w:r>
      <w:r>
        <w:t>ye sab hai zyada tar aur mulkon mein ab bhi ye sab baatein nahi hain.</w:t>
      </w:r>
    </w:p>
    <w:p>
      <w:pPr>
        <w:jc w:val="right"/>
      </w:pPr>
      <w:r>
        <w:t>ये सब है ज्यादातर और मुल्कों में अब भी ये सब बातें नहीं हैं।</w:t>
      </w:r>
    </w:p>
    <w:p>
      <w:r>
        <w:rPr>
          <w:b/>
        </w:rPr>
        <w:t xml:space="preserve">[21:31] </w:t>
      </w:r>
      <w:r>
        <w:t>ye to, ye to sach poochen to jo yahan india mein jo zaat system tha, cast system, us</w:t>
      </w:r>
    </w:p>
    <w:p>
      <w:pPr>
        <w:jc w:val="right"/>
      </w:pPr>
      <w:r>
        <w:t>ये तो, ये तो सच पूछें तो जो यहां इंडिया में जो जात सिस्टम था, कास्ट सिस्टम, उस</w:t>
      </w:r>
    </w:p>
    <w:p>
      <w:r>
        <w:rPr>
          <w:b/>
        </w:rPr>
        <w:t xml:space="preserve">[21:36] </w:t>
      </w:r>
      <w:r>
        <w:t>cast system ka</w:t>
      </w:r>
    </w:p>
    <w:p>
      <w:pPr>
        <w:jc w:val="right"/>
      </w:pPr>
      <w:r>
        <w:t>कास्ट सिस्टम का</w:t>
      </w:r>
    </w:p>
    <w:p>
      <w:r>
        <w:rPr>
          <w:b/>
        </w:rPr>
        <w:t xml:space="preserve">[21:38] </w:t>
      </w:r>
      <w:r>
        <w:t>ke asar se yeh baatein paida hui.</w:t>
      </w:r>
    </w:p>
    <w:p>
      <w:pPr>
        <w:jc w:val="right"/>
      </w:pPr>
      <w:r>
        <w:t>के असर से यह बातें पैदा हुई।</w:t>
      </w:r>
    </w:p>
    <w:p>
      <w:r>
        <w:rPr>
          <w:b/>
        </w:rPr>
        <w:t xml:space="preserve">[21:42] </w:t>
      </w:r>
      <w:r>
        <w:t>abhi bhi, yaani indian sub content, uske bahar yeh baat abhi bhi nahi kahin.</w:t>
      </w:r>
    </w:p>
    <w:p>
      <w:pPr>
        <w:jc w:val="right"/>
      </w:pPr>
      <w:r>
        <w:t>अभी भी, यानी इंडियन सब कंटेंट, उसके बाहर यह बात अभी भी नहीं कहीं।</w:t>
      </w:r>
    </w:p>
    <w:p>
      <w:r>
        <w:rPr>
          <w:b/>
        </w:rPr>
        <w:t xml:space="preserve">[21:47] </w:t>
      </w:r>
      <w:r>
        <w:t>aap chahiye arab mein, chahiye, ye sab kuch nahi hai.</w:t>
      </w:r>
    </w:p>
    <w:p>
      <w:pPr>
        <w:jc w:val="right"/>
      </w:pPr>
      <w:r>
        <w:t>आप चाहिए अरब में, चाहिए, ये सब कुछ नहीं है।</w:t>
      </w:r>
    </w:p>
    <w:p>
      <w:r>
        <w:rPr>
          <w:b/>
        </w:rPr>
        <w:t xml:space="preserve">[21:51] </w:t>
      </w:r>
      <w:r>
        <w:t>to yeh india mein cast system tha, usko musalmanon ne islamize kar liya.</w:t>
      </w:r>
    </w:p>
    <w:p>
      <w:pPr>
        <w:jc w:val="right"/>
      </w:pPr>
      <w:r>
        <w:t>तो यह इंडिया में कास्ट सिस्टम था, उसको मुसलमानों ने इस्लामाइज कर लिया।</w:t>
      </w:r>
    </w:p>
    <w:p>
      <w:r>
        <w:rPr>
          <w:b/>
        </w:rPr>
        <w:t xml:space="preserve">[21:56] </w:t>
      </w:r>
      <w:r>
        <w:t>bas uska islam se koi taluq nahi hai.</w:t>
      </w:r>
    </w:p>
    <w:p>
      <w:pPr>
        <w:jc w:val="right"/>
      </w:pPr>
      <w:r>
        <w:t>बस उसका इस्लाम से कोई ताल्लुक नहीं है।</w:t>
      </w:r>
    </w:p>
    <w:p>
      <w:r>
        <w:rPr>
          <w:b/>
        </w:rPr>
        <w:t xml:space="preserve">[21:59] </w:t>
      </w:r>
      <w:r>
        <w:t>musalmanon ka apne mahol se asar lekar ke aisa hua hai.</w:t>
      </w:r>
    </w:p>
    <w:p>
      <w:pPr>
        <w:jc w:val="right"/>
      </w:pPr>
      <w:r>
        <w:t>मुसलमानों का अपने माहौल से असर लेकर के ऐसा हुआ है।</w:t>
      </w:r>
    </w:p>
    <w:p>
      <w:r>
        <w:rPr>
          <w:b/>
        </w:rPr>
        <w:t xml:space="preserve">[22:06] </w:t>
      </w:r>
      <w:r>
        <w:t>maulana, agla sawal delhi se hai, miss suku middha ka. unhone aapse poocha hai ke, "maulana sahab, main aapse yeh janna chahti hoon ke main unhi cheezon ko kyun desire karti hoon jinka pana namumkin hai?</w:t>
      </w:r>
    </w:p>
    <w:p>
      <w:pPr>
        <w:jc w:val="right"/>
      </w:pPr>
      <w:r>
        <w:t>मौलाना, अगला सवाल दिल्ली से है, मिस सुकू मिड्ढा का। उन्होंने आपसे पूछा है कि, "मौलाना साहब, मैं आपसे यह जानना चाहती हूं कि मैं उन्हीं चीजों को क्यों डिजायर करती हूं जिनका पाना नामुमकिन है?</w:t>
      </w:r>
    </w:p>
    <w:p>
      <w:r>
        <w:rPr>
          <w:b/>
        </w:rPr>
        <w:t xml:space="preserve">[22:20] </w:t>
      </w:r>
      <w:r>
        <w:t>aisa kyun hai?"</w:t>
      </w:r>
    </w:p>
    <w:p>
      <w:pPr>
        <w:jc w:val="right"/>
      </w:pPr>
      <w:r>
        <w:t>ऐसा क्यों है?"</w:t>
      </w:r>
    </w:p>
    <w:p>
      <w:r>
        <w:rPr>
          <w:b/>
        </w:rPr>
        <w:t xml:space="preserve">[22:25] </w:t>
      </w:r>
      <w:r>
        <w:t>ab pata nahi woh kaun si jo aap chahti hain. jab tak woh specific na ho, hum kya batayenge?</w:t>
      </w:r>
    </w:p>
    <w:p>
      <w:pPr>
        <w:jc w:val="right"/>
      </w:pPr>
      <w:r>
        <w:t>अब पता नहीं वो कौन सी जो आप चाहती हैं। जब तक वो स्पेसिफिक ना हो, हम क्या बताएंगे?</w:t>
      </w:r>
    </w:p>
    <w:p>
      <w:r>
        <w:rPr>
          <w:b/>
        </w:rPr>
        <w:t xml:space="preserve">[22:31] </w:t>
      </w:r>
      <w:r>
        <w:t>balki aap chahti ho ke yeh, yeh ghar udne lage, to ab aisi misal de to bataunga main kya kya jawab hai iska. jab tak specific to apna maloom ho, koi rai nahi de sakti. maulana, on a general level, lot of people say that ki even practical things, which are, which seem to be gettable, par woh milti nahi hai, to woh mayus ho jate hain.</w:t>
      </w:r>
    </w:p>
    <w:p>
      <w:pPr>
        <w:jc w:val="right"/>
      </w:pPr>
      <w:r>
        <w:t>बल्कि आप चाहती हो कि ये, ये घर उड़ने लगे, तो अब ऐसी मिसाल दे तो बताऊंगा मैं क्या-क्या जवाब है इसका। जब तक स्पेसिफिक तो अपना मालूम हो, कोई राय नहीं दे सकती। मौलाना, ऑन अ जनरल लेवल, लॉट ऑफ पीपल से दैट कि इवन प्रैक्टिकल थिंग्स, व्हिच आर, व्हिच सीम टू बी गेटेबल, पर वो मिलती नहीं है, तो वो मायूस हो जाते हैं।</w:t>
      </w:r>
    </w:p>
    <w:p>
      <w:r>
        <w:rPr>
          <w:b/>
        </w:rPr>
        <w:t xml:space="preserve">[22:57] </w:t>
      </w:r>
      <w:r>
        <w:t>nahi, woh jab tak misal dete hain, hum kuch nahi kahenge. ji, misal dein, kya cheez hai? maulana, agla sawal bhi delhi se hai, miss needa malik ka. unhone likha hai ke, "do patience is one of the greatest virtues, but what should we do if at some point of time we feel that we are on the verge of losing patience?" maulana sahab, kindly elaborate on my question</w:t>
      </w:r>
    </w:p>
    <w:p>
      <w:pPr>
        <w:jc w:val="right"/>
      </w:pPr>
      <w:r>
        <w:t>नहीं, वो जब तक मिसाल देते हैं, हम कुछ नहीं कहेंगे। जी, मिसाल दें, क्या चीज है? मौलाना, अगला सवाल भी दिल्ली से है, मिस नीदा मलिक का। उन्होंने लिखा है कि, "दो पेशेंस इज वन ऑफ द ग्रेटेस्ट वर्चूज, बट व्हाट शुड वी डू इफ एट सम पॉइंट ऑफ टाइम वी फील दैट वी आर ऑन द वर्ज ऑफ लूजिंग पेशेंस?" मौलाना साहब, काइंडली इलेबोरेट ऑन माय क्वेश्चन</w:t>
      </w:r>
    </w:p>
    <w:p>
      <w:r>
        <w:rPr>
          <w:b/>
        </w:rPr>
        <w:t xml:space="preserve">[23:24] </w:t>
      </w:r>
      <w:r>
        <w:t>. aisa kabhi nahi hota. yeh to un logon mein hota hai jo suchi sabzi zindagi na guzarte ho. animal like, yeh to animal behavior hai.</w:t>
      </w:r>
    </w:p>
    <w:p>
      <w:pPr>
        <w:jc w:val="right"/>
      </w:pPr>
      <w:r>
        <w:t>। ऐसा कभी नहीं होता। यह तो उन लोगों में होता है जो सूची सब्जी जिंदगी ना गुजारते हो। एनिमल लाइक, यह तो एनिमल बिहेवियर है।</w:t>
      </w:r>
    </w:p>
    <w:p>
      <w:r>
        <w:rPr>
          <w:b/>
        </w:rPr>
        <w:t xml:space="preserve">[23:37] </w:t>
      </w:r>
      <w:r>
        <w:t>main thinking animal, to apni thinking ko develop kijiye. jo log thinking develop nahin karte, unhin ke sab ye sab problem hote hain.</w:t>
      </w:r>
    </w:p>
    <w:p>
      <w:pPr>
        <w:jc w:val="right"/>
      </w:pPr>
      <w:r>
        <w:t>मैं थिंकिंग एनिमल, तो अपनी थिंकिंग को डेवलप कीजिए। जो लोग थिंकिंग डेवलप नहीं करते, उन्हीं के सब ये सब प्रॉब्लम होते हैं।</w:t>
      </w:r>
    </w:p>
    <w:p>
      <w:r>
        <w:rPr>
          <w:b/>
        </w:rPr>
        <w:t xml:space="preserve">[23:49] </w:t>
      </w:r>
      <w:r>
        <w:t>main apne tajurbe ki barabar keh sakta hoon ki apni thinking ko develop kijiye aur is-ye sab masle apne aap khatm ho jayenge. is tarah ka problem un mein aata hai jinhone apni thinking ko develop na kiya ho.</w:t>
      </w:r>
    </w:p>
    <w:p>
      <w:pPr>
        <w:jc w:val="right"/>
      </w:pPr>
      <w:r>
        <w:t>मैं अपने तजुर्बे की बराबर कह सकता हूं कि अपनी थिंकिंग को डेवलप कीजिए और इस-ये सब मसले अपने आप खत्म हो जाएंगे। इस तरह का प्रॉब्लम उनमें आता है जिन्होंने अपनी थिंकिंग को डेवलप ना किया हो।</w:t>
      </w:r>
    </w:p>
    <w:p>
      <w:r>
        <w:rPr>
          <w:b/>
        </w:rPr>
        <w:t xml:space="preserve">[24:06] </w:t>
      </w:r>
      <w:r>
        <w:t>maulana, agla sawal hai tamil nadu se, maulana iqbal umri sahab ka. unhone aapse poocha hai ki dawat aur ibadat mein kya fark hai?</w:t>
      </w:r>
    </w:p>
    <w:p>
      <w:pPr>
        <w:jc w:val="right"/>
      </w:pPr>
      <w:r>
        <w:t>मौलाना, अगला सवाल है तमिलनाडु से, मौलाना इकबाल उमरी साहब का। उन्होंने आपसे पूछा है कि दावत और इबादत में क्या फर्क है?</w:t>
      </w:r>
    </w:p>
    <w:p>
      <w:r>
        <w:rPr>
          <w:b/>
        </w:rPr>
        <w:t xml:space="preserve">[24:19] </w:t>
      </w:r>
      <w:r>
        <w:t>ibadat to har aadmi ka farz hai.</w:t>
      </w:r>
    </w:p>
    <w:p>
      <w:pPr>
        <w:jc w:val="right"/>
      </w:pPr>
      <w:r>
        <w:t>इबादत तो हर आदमी का फर्ज है।</w:t>
      </w:r>
    </w:p>
    <w:p>
      <w:r>
        <w:rPr>
          <w:b/>
        </w:rPr>
        <w:t xml:space="preserve">[24:24] </w:t>
      </w:r>
      <w:r>
        <w:t>yaani jab aap allah par iman rakhte hain aur allah ki qurbat chahte hain,</w:t>
      </w:r>
    </w:p>
    <w:p>
      <w:pPr>
        <w:jc w:val="right"/>
      </w:pPr>
      <w:r>
        <w:t>यानी जब आप अल्लाह पर ईमान रखते हैं और अल्लाह की कुर्बत चाहते हैं,</w:t>
      </w:r>
    </w:p>
    <w:p>
      <w:r>
        <w:rPr>
          <w:b/>
        </w:rPr>
        <w:t xml:space="preserve">[24:30] </w:t>
      </w:r>
      <w:r>
        <w:t>to ibadat ka jazba paida hota hai.</w:t>
      </w:r>
    </w:p>
    <w:p>
      <w:pPr>
        <w:jc w:val="right"/>
      </w:pPr>
      <w:r>
        <w:t>तो इबादत का जज्बा पैदा होता है।</w:t>
      </w:r>
    </w:p>
    <w:p>
      <w:r>
        <w:rPr>
          <w:b/>
        </w:rPr>
        <w:t xml:space="preserve">[24:35] </w:t>
      </w:r>
      <w:r>
        <w:t>to jo kehte hain, siratul abd rabbi, uske-uske tehat jo kaam kiya jata hai, usko hum ibadat kehte</w:t>
      </w:r>
    </w:p>
    <w:p>
      <w:pPr>
        <w:jc w:val="right"/>
      </w:pPr>
      <w:r>
        <w:t>तो जो कहते हैं, सिरतुल अब्द रब्बी, उसके-उसके तहत जो काम किया जाता है, उसको हम इबादत कहते</w:t>
      </w:r>
    </w:p>
    <w:p>
      <w:r>
        <w:rPr>
          <w:b/>
        </w:rPr>
        <w:t xml:space="preserve">[24:43] </w:t>
      </w:r>
      <w:r>
        <w:t>hain. aur dawat jo hai, doosron tak allah ka paigham pahunchana.</w:t>
      </w:r>
    </w:p>
    <w:p>
      <w:pPr>
        <w:jc w:val="right"/>
      </w:pPr>
      <w:r>
        <w:t>हैं। और दावत जो है, दूसरों तक अल्लाह का पैगाम पहुंचाना।</w:t>
      </w:r>
    </w:p>
    <w:p>
      <w:r>
        <w:rPr>
          <w:b/>
        </w:rPr>
        <w:t xml:space="preserve">[24:49] </w:t>
      </w:r>
      <w:r>
        <w:t>kyunki aap ye keh sakte hain ki ibadat</w:t>
      </w:r>
    </w:p>
    <w:p>
      <w:pPr>
        <w:jc w:val="right"/>
      </w:pPr>
      <w:r>
        <w:t>क्योंकि आप ये कह सकते हैं कि इबादत</w:t>
      </w:r>
    </w:p>
    <w:p>
      <w:r>
        <w:rPr>
          <w:b/>
        </w:rPr>
        <w:t xml:space="preserve">[24:52] </w:t>
      </w:r>
      <w:r>
        <w:t>ek-ek jaati satah par allah ke deen ko ikhtiyar karne ka naam hai aur dawat doosron ki satah</w:t>
      </w:r>
    </w:p>
    <w:p>
      <w:pPr>
        <w:jc w:val="right"/>
      </w:pPr>
      <w:r>
        <w:t>एक-एक जाति सतह पर अल्लाह के दीन को इख्तियार करने का नाम है और दावत दूसरों की सतह</w:t>
      </w:r>
    </w:p>
    <w:p>
      <w:r>
        <w:rPr>
          <w:b/>
        </w:rPr>
        <w:t xml:space="preserve">[25:00] </w:t>
      </w:r>
      <w:r>
        <w:t>par allah ko ke deen ko pahunchane ka naam hai.</w:t>
      </w:r>
    </w:p>
    <w:p>
      <w:pPr>
        <w:jc w:val="right"/>
      </w:pPr>
      <w:r>
        <w:t>पर अल्लाह को के दीन को पहुंचाने का नाम है।</w:t>
      </w:r>
    </w:p>
    <w:p>
      <w:r>
        <w:rPr>
          <w:b/>
        </w:rPr>
        <w:t xml:space="preserve">[25:05] </w:t>
      </w:r>
      <w:r>
        <w:t>ek-ek-ek</w:t>
      </w:r>
    </w:p>
    <w:p>
      <w:pPr>
        <w:jc w:val="right"/>
      </w:pPr>
      <w:r>
        <w:t>एक-एक-एक</w:t>
      </w:r>
    </w:p>
    <w:p>
      <w:r>
        <w:rPr>
          <w:b/>
        </w:rPr>
        <w:t xml:space="preserve">[25:07] </w:t>
      </w:r>
      <w:r>
        <w:t>internal hai, ek external hai. yeh fark hai.</w:t>
      </w:r>
    </w:p>
    <w:p>
      <w:pPr>
        <w:jc w:val="right"/>
      </w:pPr>
      <w:r>
        <w:t>इंटरनल है, एक एक्सटर्नल है। यह फर्क है।</w:t>
      </w:r>
    </w:p>
    <w:p>
      <w:r>
        <w:rPr>
          <w:b/>
        </w:rPr>
        <w:t xml:space="preserve">[25:14] </w:t>
      </w:r>
      <w:r>
        <w:t>maulana, agla sawal delhi se hai, mister rama ka ramakant swami, jinhone aapse poocha hai ki, "how can i become the son of the great god?" son?</w:t>
      </w:r>
    </w:p>
    <w:p>
      <w:pPr>
        <w:jc w:val="right"/>
      </w:pPr>
      <w:r>
        <w:t>मौलाना, अगला सवाल दिल्ली से है, मिस्टर रमा का रमाकांत स्वामी, जिन्होंने आपसे पूछा है कि, "हाउ कैन आई बिकम द सन ऑफ द ग्रेट गॉड?" सन?</w:t>
      </w:r>
    </w:p>
    <w:p>
      <w:r>
        <w:rPr>
          <w:b/>
        </w:rPr>
        <w:t xml:space="preserve">[25:26] </w:t>
      </w:r>
      <w:r>
        <w:t>son of the great god. bhai, hum to nahin jante ki aap bete bane allah ke. yeh to kis se naqida hai?</w:t>
      </w:r>
    </w:p>
    <w:p>
      <w:pPr>
        <w:jc w:val="right"/>
      </w:pPr>
      <w:r>
        <w:t>सन ऑफ द ग्रेट गॉड। भाई, हम तो नहीं जानते कि आप बेटे बने अल्लाह के। यह तो किससे नकीदा है?</w:t>
      </w:r>
    </w:p>
    <w:p>
      <w:r>
        <w:rPr>
          <w:b/>
        </w:rPr>
        <w:t xml:space="preserve">[25:33] </w:t>
      </w:r>
      <w:r>
        <w:t>hum to mante hain ki allah ke baaton ko manne wale bane. allah ke son ka, ye sonship ka jo concept hai, wo to christian concept hai. usko ab to hum nahin mante. hum to hum galat samajhte hain. allah koi beta nahin,</w:t>
      </w:r>
    </w:p>
    <w:p>
      <w:pPr>
        <w:jc w:val="right"/>
      </w:pPr>
      <w:r>
        <w:t>हम तो मानते हैं कि अल्लाह के बातों को मानने वाले बने। अल्लाह के सन का, ये सनशिप का जो कांसेप्ट है, वो तो क्रिश्चियन कांसेप्ट है। उसको अब तो हम नहीं मानते। हम तो हम गलत समझते हैं। अल्लाह कोई बेटा नहीं,</w:t>
      </w:r>
    </w:p>
    <w:p>
      <w:r>
        <w:rPr>
          <w:b/>
        </w:rPr>
        <w:t xml:space="preserve">[25:50] </w:t>
      </w:r>
      <w:r>
        <w:t>koi allah ka baap nahin aur koi allah ka beta nahin. hum sab allah ke creature hain, paida kiye hue hain. creature hone ke nate hamein allah ki baaton ko follow karna hai. yeh hum mante hain ki sonship ka jo aqida hai,</w:t>
      </w:r>
    </w:p>
    <w:p>
      <w:pPr>
        <w:jc w:val="right"/>
      </w:pPr>
      <w:r>
        <w:t>कोई अल्लाह का बाप नहीं और कोई अल्लाह का बेटा नहीं। हम सब अल्लाह के क्रिएचर हैं, पैदा किए हुए हैं। क्रिएचर होने के नाते हमें अल्लाह की बातों को फॉलो करना है। यह हम मानते हैं कि सनशिप का जो अकीदा है,</w:t>
      </w:r>
    </w:p>
    <w:p>
      <w:r>
        <w:rPr>
          <w:b/>
        </w:rPr>
        <w:t xml:space="preserve">[26:08] </w:t>
      </w:r>
      <w:r>
        <w:t>wah to christian aqida hai, jo had bassi ka diya hua nahin hai. yaani abhi bhi yeh had bassi ki jo taraf jo mansoob hai, jo bible, jo injeel, us abhi bhi yeh baat nahin hai. yeh to church ka aqida hai. sach poochhen to christianity ka bhi nahin hai. church ka aqida hai,</w:t>
      </w:r>
    </w:p>
    <w:p>
      <w:pPr>
        <w:jc w:val="right"/>
      </w:pPr>
      <w:r>
        <w:t>वह तो क्रिश्चियन अकीदा है, जो हद बसी का दिया हुआ नहीं है। यानी अभी भी यह हद बसी की जो तरफ जो मंसूब है, जो बाइबल, जो इंजील, उस अभी भी यह बात नहीं है। यह तो चर्च का अकीदा है। सच पूछें तो क्रिश्चियनिटी का भी नहीं है। चर्च का अकीदा है,</w:t>
      </w:r>
    </w:p>
    <w:p>
      <w:r>
        <w:rPr>
          <w:b/>
        </w:rPr>
        <w:t xml:space="preserve">[26:25] </w:t>
      </w:r>
      <w:r>
        <w:t>jo saint paul ne nikala. to hum usko sahi nahin samajhte.</w:t>
      </w:r>
    </w:p>
    <w:p>
      <w:pPr>
        <w:jc w:val="right"/>
      </w:pPr>
      <w:r>
        <w:t>जो सेंट पॉल ने निकाला। तो हम उसको सही नहीं समझते।</w:t>
      </w:r>
    </w:p>
    <w:p>
      <w:r>
        <w:rPr>
          <w:b/>
        </w:rPr>
        <w:t xml:space="preserve">[26:31] </w:t>
      </w:r>
      <w:r>
        <w:t>maulana, delhi se miss amita pushpendra ne aapse sawal kiya hai. woh aapse pooch rahi hain ki, "where can we go to find god if we cannot see him?" kya</w:t>
      </w:r>
    </w:p>
    <w:p>
      <w:pPr>
        <w:jc w:val="right"/>
      </w:pPr>
      <w:r>
        <w:t>मौलाना, दिल्ली से मिस अमिता पुष्पेंद्र ने आपसे सवाल किया है। वह आपसे पूछ रही हैं कि, "व्हेयर कैन वी गो टू फाइंड गॉड इफ वी कैन नॉट सी हिम?" क्या</w:t>
      </w:r>
    </w:p>
    <w:p>
      <w:r>
        <w:rPr>
          <w:b/>
        </w:rPr>
        <w:t xml:space="preserve">[26:45] </w:t>
      </w:r>
      <w:r>
        <w:t>cheez dekhta hai aadmi? kuch nahin. aap dekhte hain, aap apne baap ko dekhte hain, apni maa ko dekhte hain. yeh-yeh-yeh bahut falsafa hai, bahut badi. koi bhi cheez aap dekh nahin sakte. jo dekhte ho, to appearance hota hai. to allah ki creation ko hum dekhte hain.</w:t>
      </w:r>
    </w:p>
    <w:p>
      <w:pPr>
        <w:jc w:val="right"/>
      </w:pPr>
      <w:r>
        <w:t>चीज देखता है आदमी? कुछ नहीं। आप देखते हैं, आप अपने बाप को देखते हैं, अपनी मां को देखते हैं। यह-यह-यह बहुत फलस है, बहुत बड़ी। कोई भी चीज आप देख नहीं सकते। जो देखते हो, तो अपीयरेंस होता है। तो अल्लाह की क्रिएशन को हम देखते हैं।</w:t>
      </w:r>
    </w:p>
    <w:p>
      <w:r>
        <w:rPr>
          <w:b/>
        </w:rPr>
        <w:t xml:space="preserve">[27:05] </w:t>
      </w:r>
      <w:r>
        <w:t>jis-yaani aap bhi apne appearance ko dekhte hain, apne wajood jo asli hai, aapka mind, aapke soul, usko thodi dekhte hain. aap ya apne maa-baap ko, aap uska ek physical appearance ko dekhte hain. andar jo maa-baap hai, wo to dekhte nahin hain. aap to khuda ka mamla bhi aisa hi hai ki khuda ke</w:t>
      </w:r>
    </w:p>
    <w:p>
      <w:pPr>
        <w:jc w:val="right"/>
      </w:pPr>
      <w:r>
        <w:t>जिस-यानी आप भी अपने अपीयरेंस को देखते हैं, अपने वजूद जो असली है, आपका माइंड, आपके सोल, उसको थोड़ी देखते हैं। आप या अपने मां-बाप को, आप उसका एक फिजिकल अपीयरेंस को देखते हैं। अंदर जो मां-बाप है, वो तो देखते नहीं हैं। आप तो खुदा का मामला भी ऐसा ही है कि खुदा के</w:t>
      </w:r>
    </w:p>
    <w:p>
      <w:r>
        <w:rPr>
          <w:b/>
        </w:rPr>
        <w:t xml:space="preserve">[27:25] </w:t>
      </w:r>
      <w:r>
        <w:t>creation ko hum dekhte hain. khud khuda ko aap dekhna chahte hain, to yeh-yeh nigah us-uske liye kafi nahin hai. wo to akhirat mein hogi, inshallah. yeh duniya mein jo hamein aankh mili hui hai, usse hum kisi bhi cheez ko nahin dekhte. sirf appearance ko dekhte hain. ek kitab hai, uska naam hai "appearance and reality." aap usko padhiye, bradley ki</w:t>
      </w:r>
    </w:p>
    <w:p>
      <w:pPr>
        <w:jc w:val="right"/>
      </w:pPr>
      <w:r>
        <w:t>क्रिएशन को हम देखते हैं। खुद खुदा को आप देखना चाहते हैं, तो यह-यह निगाह उस-उसके लिए काफी नहीं है। वह तो आखिरत में होगी, इंशाल्लाह। यह दुनिया में जो हमें आंख मिली हुई है, उससे हम किसी भी चीज को नहीं देखते। सिर्फ अपीयरेंस को देखते हैं। एक किताब है, उसका नाम है "अपीयरेंस एंड रियलिटी।" आप उसको पढ़िए, बेडले की</w:t>
      </w:r>
    </w:p>
    <w:p>
      <w:r>
        <w:rPr>
          <w:b/>
        </w:rPr>
        <w:t xml:space="preserve">[27:48] </w:t>
      </w:r>
      <w:r>
        <w:t>"appearance and reality."</w:t>
      </w:r>
    </w:p>
    <w:p>
      <w:pPr>
        <w:jc w:val="right"/>
      </w:pPr>
      <w:r>
        <w:t>"अपीयरेंस एंड रियलिटी।"</w:t>
      </w:r>
    </w:p>
    <w:p>
      <w:r>
        <w:rPr>
          <w:b/>
        </w:rPr>
        <w:t xml:space="preserve">[27:52] </w:t>
      </w:r>
      <w:r>
        <w:t>maulana, agla sawal kiya hai mister mohammed zubair ne. unhone apni location nahin likhi hai. unhone aapse poocha hai ki, "maulana sahab, i don't want to get angry. kindly suggest me measures on the basis of prophet's sayings." kya matlab?</w:t>
      </w:r>
    </w:p>
    <w:p>
      <w:pPr>
        <w:jc w:val="right"/>
      </w:pPr>
      <w:r>
        <w:t>मौलाना, अगला सवाल किया है मिस्टर मोहम्मद जुबेर ने। उन्होंने अपनी लोकेशन नहीं लिखी है। उन्होंने आपसे पूछा है कि, "मौलाना साहब, आई डोंट वांट टू गेट एंग्री। काइंडली सजेस्ट मी मेजर्स ऑन द बेसिस ऑफ प्रोफेट्स सेइंग्स।" क्या मतलब?</w:t>
      </w:r>
    </w:p>
    <w:p>
      <w:r>
        <w:rPr>
          <w:b/>
        </w:rPr>
        <w:t xml:space="preserve">[28:10] </w:t>
      </w:r>
      <w:r>
        <w:t>ki main gussa nahin hona chahta. prophet ki sayings se aap mujhe kuch koi bataen, formula, jisse main-mere ko gussa na aaye. formula kya</w:t>
      </w:r>
    </w:p>
    <w:p>
      <w:pPr>
        <w:jc w:val="right"/>
      </w:pPr>
      <w:r>
        <w:t>कि मैं गुस्सा नहीं होना चाहता। प्रोफेट की सेइंग से आप मुझे कुछ कोई बताएं, फार्मूला, जिससे मैं-मेरे को गुस्सा ना आए। फार्मूला क्या</w:t>
      </w:r>
    </w:p>
    <w:p>
      <w:r>
        <w:rPr>
          <w:b/>
        </w:rPr>
        <w:t xml:space="preserve">[28:19] </w:t>
      </w:r>
      <w:r>
        <w:t>Bhai, jab gussa aaye, to aap usko minus kijiye. Koi precious formula to hai nahin. Apni soch ko activate kijiye. Emotion ko activate karne lagte hain. Gussa aate hi fauran emotion bhadak uthte hain. Nahin, isko aapko gussa aaye, to aap apni soch ko activate kijiye. Jo kehte hain, "you have to learn the art of anger management." Simple formula,</w:t>
      </w:r>
    </w:p>
    <w:p>
      <w:pPr>
        <w:jc w:val="right"/>
      </w:pPr>
      <w:r>
        <w:t>? भाई, जब गुस्सा आए, तो आप उसको माइनस कीजिए। कोई पीसीएस फार्मूला तो है नहीं। अपनी सोच को एक्टिवेट कीजिए। इमोशन को एक्टिवेट करने लगते हैं। गुस्सा आते ही फौरन इमोशन भड़क उठते हैं। नहीं, इसको आपको गुस्सा आए, तो आप अपनी सोच को एक्टिवेट कीजिए। जो कहते हैं, "यू हैव टू लर्न द आर्ट ऑफ एंगर मैनेजमेंट।" सिंपल फार्मूला,</w:t>
      </w:r>
    </w:p>
    <w:p>
      <w:r>
        <w:rPr>
          <w:b/>
        </w:rPr>
        <w:t xml:space="preserve">[28:48] </w:t>
      </w:r>
      <w:r>
        <w:t>"you have to learn the art of anger management." bas yahi formula hai aur koi formula nahin hai.</w:t>
      </w:r>
    </w:p>
    <w:p>
      <w:pPr>
        <w:jc w:val="right"/>
      </w:pPr>
      <w:r>
        <w:t>"यू हैव टू लर्न द आर्ट ऑफ एंगर मैनेजमेंट।" बस यही फार्मूला है और कोई फार्मूला नहीं है।</w:t>
      </w:r>
    </w:p>
    <w:p>
      <w:r>
        <w:rPr>
          <w:b/>
        </w:rPr>
        <w:t xml:space="preserve">[28:59] </w:t>
      </w:r>
      <w:r>
        <w:t>maulana, yeh sawal aaya hai doctor farida khanam ka, delhi se. unhone likha hai, "why is it that muslims do not understand that if someone like salman rushdie has done something wrong, he needs all the more attention from us to reform him, to set his thinking right. by hating a person, we distance that person further from the right thinking, from the truth." please explain.</w:t>
      </w:r>
    </w:p>
    <w:p>
      <w:pPr>
        <w:jc w:val="right"/>
      </w:pPr>
      <w:r>
        <w:t>मौलाना, यह सवाल आया है डॉक्टर फरीदा खानम का, दिल्ली से। उन्होंने लिखा है, "व्हाई इज इट दैट मुस्लिम्स डू नॉट अंडरस्टैंड दैट इफ समवन लाइक सलमान रजदी हैज डन समथिंग रॉन्ग, ही नीड्स ऑल द मोर अटेंशन फ्रॉम अस टू रिफॉर्म हिम, टू सेट हिज थिंकिंग राइट। बाय हेटिंग अ पर्सन, वी डिस्टेंस दैट पर्सन फर्द फ्रॉम द राइट थिंकिंग, फ्रॉम द ट्रुथ।" प्लीज एक्सप्लेन।</w:t>
      </w:r>
    </w:p>
    <w:p>
      <w:r>
        <w:rPr>
          <w:b/>
        </w:rPr>
        <w:t xml:space="preserve">[29:28] </w:t>
      </w:r>
      <w:r>
        <w:t>are, main is zamane mein jo kuch aise halaat paida hue ki musalman jo hai, nafrat mein mubtila ho gaye. nafrat, yaani qaumi, ye ban gayi. wo musalmanon ki, yaani qaumi mizaj ban gaya. musalmanon ka nafrat, nafrat, nafrat.</w:t>
      </w:r>
    </w:p>
    <w:p>
      <w:pPr>
        <w:jc w:val="right"/>
      </w:pPr>
      <w:r>
        <w:t>अरे, मैं इस जमाने में जो कुछ ऐसे हालात पैदा हुए कि मुसलमान जो है, नफरत में मब्तिला हो गए। नफरत, यानी कौमी, ये बन गई। वो मुसलमानों की, यानी कौमी मिजाज बन गया। मुसलमानों का नफरत, नफरत, नफरत।</w:t>
      </w:r>
    </w:p>
    <w:p>
      <w:r>
        <w:rPr>
          <w:b/>
        </w:rPr>
        <w:t xml:space="preserve">[29:44] </w:t>
      </w:r>
      <w:r>
        <w:t>har ek se nafrat hi hai. bas unko yeh qaumi mizaj ban gaya hai. iske zimmedar hamare leader hain, yaani aalim aur aur mister, dono ne yahi kaam kiya hai. to ek-ek nafrat jo hai, wo nas dar nas chal rahi hai.</w:t>
      </w:r>
    </w:p>
    <w:p>
      <w:pPr>
        <w:jc w:val="right"/>
      </w:pPr>
      <w:r>
        <w:t>हर एक से नफरत ही है। बस उनको यह कौमी मिजाज बन गया है। इसके जिम्मेदार हमारे लीडर हैं, यानी आलिम और और मिस्टर, दोनों ने यही काम किया है। तो एक-एक नफरत जो है, वह नस दर नस चल रही है।</w:t>
      </w:r>
    </w:p>
    <w:p>
      <w:r>
        <w:rPr>
          <w:b/>
        </w:rPr>
        <w:t xml:space="preserve">[30:03] </w:t>
      </w:r>
      <w:r>
        <w:t>jisko kehte hain, activistic instinct ban gayi. musalmanon ki activistic instinct musalmanon ki ban gayi hai. to ab isko khatm karne ke liye hamein jad se chalna padega aur, yaani us mizaj ko khatm karna padega jo mizaj</w:t>
      </w:r>
    </w:p>
    <w:p>
      <w:pPr>
        <w:jc w:val="right"/>
      </w:pPr>
      <w:r>
        <w:t>जिसको कहते हैं, एक्टिविस्टिक इंस्टिंक्ट बन गई। मुसलमानों की एक्टिविस्टिक इंस्टिंक्ट मुसलमानों की बन गई है। तो अब इसको खत्म करने के लिए हमें जड़ से चलना पड़ेगा और, यानी उस मिजाज को खत्म करना पड़ेगा जो मिजाज</w:t>
      </w:r>
    </w:p>
    <w:p>
      <w:r>
        <w:rPr>
          <w:b/>
        </w:rPr>
        <w:t xml:space="preserve">[30:19] </w:t>
      </w:r>
      <w:r>
        <w:t>nas dar nas banta chala aa raha hai. usi ki hum koshish kar rahe hain, inshallah. aur jo log yahan aate hain, barabar hamare class mein, un mein inshallah yeh baaten nahin hoti hain. jo hamari literature padhta hai, jo barabar class mein aata hai,</w:t>
      </w:r>
    </w:p>
    <w:p>
      <w:pPr>
        <w:jc w:val="right"/>
      </w:pPr>
      <w:r>
        <w:t>नस दर नस बनता चला आ रहा है। उसी की हम कोशिश कर रहे हैं, इंशाल्लाह। और जो लोग यहां आते हैं, बराबर हमारे क्लास में, उनमें इंशाल्लाह यह बातें नहीं होती हैं। जो हमारी लिटरेचर पढ़ता है, जो बराबर क्लास में आता है,</w:t>
      </w:r>
    </w:p>
    <w:p>
      <w:r>
        <w:rPr>
          <w:b/>
        </w:rPr>
        <w:t xml:space="preserve">[30:37] </w:t>
      </w:r>
      <w:r>
        <w:t>to wo usko hate se matlab nahi hai. wo positive thinking se matlab hota hai. usko to bas bataun ke zyada se zyada kitabein padhai jayen, yahi hal hai iska.</w:t>
      </w:r>
    </w:p>
    <w:p>
      <w:pPr>
        <w:jc w:val="right"/>
      </w:pPr>
      <w:r>
        <w:t>तो वो उसको हेट से मतलब नहीं है। वो पॉजिटिव थिंकिंग से मतलब होता है। उसको तो बस बताऊं कि ज्यादा से ज्यादा किताबें पढ़ाई जाएं, यही हल है इसका।</w:t>
      </w:r>
    </w:p>
    <w:p>
      <w:r>
        <w:rPr>
          <w:b/>
        </w:rPr>
        <w:t xml:space="preserve">[30:51] </w:t>
      </w:r>
      <w:r>
        <w:t>molana, agla sawal mister idrees ka hai, raipur se. unhone likha hai, "there is, molana sahib, there is a new trend in mosque to use loud speakers for doing dua. this disturbs other people living near the mosque area. molana sahib, what would be your advice about the use of loud speakers in mosque?"</w:t>
      </w:r>
    </w:p>
    <w:p>
      <w:pPr>
        <w:jc w:val="right"/>
      </w:pPr>
      <w:r>
        <w:t>मौलाना, अगला सवाल मिस्टर इदरीस का है, रायपुर से। उन्होंने लिखा है, "देयर इज, मौलाना साहब, देयर इज अ न्यू ट्रेंड इन मॉस्क टू यूज लाउड स्पीकर्स फॉर डूइंग दुआ। दिस डिस्टर्ब्स अदर पीपल लिविंग नियर द मॉस्क एरिया। मौलाना साहब, व्हाट वुड बी योर एडवाइस अबाउट द यूज ऑफ लाउड स्पीकर्स इन मॉस्क?"</w:t>
      </w:r>
    </w:p>
    <w:p>
      <w:r>
        <w:rPr>
          <w:b/>
        </w:rPr>
        <w:t xml:space="preserve">[31:14] </w:t>
      </w:r>
      <w:r>
        <w:t>yeh to bila shubah ek bidat hai. lekin ab kyunke azadi hai, to hum-hum rok nahi sakte kisi ko. aur yeh log vote dete hain, to political leaders jo hain, unke, yani unko apna samajhte hain ke agar hum kuch karenge gussa inko, to vote nahi denge. ye to ye vote partiest ne itna zyada tamasha bana rakha hai ke har taraf loud speaker ki dhoom machi hui hai. halanki, dekhiye, hadith mein aata hai ke</w:t>
      </w:r>
    </w:p>
    <w:p>
      <w:pPr>
        <w:jc w:val="right"/>
      </w:pPr>
      <w:r>
        <w:t>यह तो बिला शुभ एक विदत है। लेकिन अब क्योंकि आजादी है, तो हम-हम रोक नहीं सकते किसी को। और यह लोग वोट देते हैं, तो पॉलिटिकल लीडर्स जो हैं, उनके, यानी उनको अपना समझते हैं कि अगर हम कुछ करेंगे गुस्सा इनको, तो वोट नहीं देंगे। ये तो ये वोट पार्टिस्ट ने इतना ज्यादा तमाशा बना रखा है कि हर तरफ लाउड स्पीकर की धूम मची हुई है। हालांकि, देखिए, हदीस में आता है कि</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