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16 Jan 2011 Maulana Wahiduddin Khan</w:t>
      </w:r>
    </w:p>
    <w:p>
      <w:r>
        <w:t>https://www.youtube.com/watch?v=N8FHA_uH3QI</w:t>
      </w:r>
    </w:p>
    <w:p>
      <w:r>
        <w:rPr>
          <w:b/>
        </w:rPr>
        <w:t xml:space="preserve">[00:13] </w:t>
      </w:r>
      <w:r>
        <w:t>molana, yeh sawal mister amir bin yusuf ne karachi pakistan se kiya hai. unhone likha hai: "quran mein prophet of islam ko rehmat bataya gaya hai,</w:t>
      </w:r>
    </w:p>
    <w:p>
      <w:pPr>
        <w:jc w:val="right"/>
      </w:pPr>
      <w:r>
        <w:t>مولانا، یہ سوال مسٹر عامر بن یوسف نے کراچی پاکستان سے کیا ہے۔ انہوں نے لکھا ہے: "قرآن میں Prophet of Islam کو مرسی بتایا گیا ہے،</w:t>
      </w:r>
    </w:p>
    <w:p>
      <w:r>
        <w:rPr>
          <w:b/>
        </w:rPr>
        <w:t xml:space="preserve">[00:27] </w:t>
      </w:r>
      <w:r>
        <w:t>lekin shatm-e-rasool ke maujooda masle ne prophet ko dunya ke liye rehmat ki bajaye zehmat bana diya hai. kya shatm-e-rasool ka yeh masla apne aap mein rasool ki toheen nahi hai?"</w:t>
      </w:r>
    </w:p>
    <w:p>
      <w:pPr>
        <w:jc w:val="right"/>
      </w:pPr>
      <w:r>
        <w:t>لیکن شتم رسول کے موجودہ مسئلے نے Prophet کو دنیا کے لیے رحمت کی بجائے زحمت بنا دیا ہے۔ کیا شتم رسول کا یہ مسئلہ اپنے آپ میں رسول کی توہین نہیں ہے؟"</w:t>
      </w:r>
    </w:p>
    <w:p>
      <w:r>
        <w:rPr>
          <w:b/>
        </w:rPr>
        <w:t xml:space="preserve">[00:43] </w:t>
      </w:r>
      <w:r>
        <w:t>bilashubah hai. jo log yeh kehte hain ke rasool allah ne yeh taleem di hai ke jo shatm kare usko maar dalo, yeh log sab se bade toheen karne wale hain rasool allah sallallahu alaihi wasallam ki.</w:t>
      </w:r>
    </w:p>
    <w:p>
      <w:pPr>
        <w:jc w:val="right"/>
      </w:pPr>
      <w:r>
        <w:t>بلاشبہ ہے۔ جو لوگ یہ کہتے ہیں کہ رسول اللہ نے یہ تعلیم دی ہے کہ جو شتم کرو اس کو مار ڈالو، یہ لوگ سب سے بڑے توہین کرنے والے ہیں رسول اللہ صلی اللہ علیہ وسلم کی۔</w:t>
      </w:r>
    </w:p>
    <w:p>
      <w:r>
        <w:rPr>
          <w:b/>
        </w:rPr>
        <w:t xml:space="preserve">[01:00] </w:t>
      </w:r>
      <w:r>
        <w:t>dekhiye, quran mein ya hadith mein koi ek bhi aisa reference nahi hai</w:t>
      </w:r>
    </w:p>
    <w:p>
      <w:pPr>
        <w:jc w:val="right"/>
      </w:pPr>
      <w:r>
        <w:t>دیکھیے، قرآن میں یا حدیث میں کوئی ایک بھی ایسا ریفرنس نہیں ہے</w:t>
      </w:r>
    </w:p>
    <w:p>
      <w:r>
        <w:rPr>
          <w:b/>
        </w:rPr>
        <w:t xml:space="preserve">[01:05] </w:t>
      </w:r>
      <w:r>
        <w:t>jo yeh batata ho ke sab-o-shatm jo kare usko maar dalo. yeh bilkul hi baseless nazariya hai, baseless masla hai, baseless hai yeh har aitbaar se.</w:t>
      </w:r>
    </w:p>
    <w:p>
      <w:pPr>
        <w:jc w:val="right"/>
      </w:pPr>
      <w:r>
        <w:t>جو یہ بتاتا ہو کہ سب و شتم جو کرے اس کو مار ڈالو۔ یہ بالکل ہی بیسلیس نظریہ ہے، بیسلیس مسئلہ ہے، بیسلیس ہے یہ ہر اعتبار سے۔</w:t>
      </w:r>
    </w:p>
    <w:p>
      <w:r>
        <w:rPr>
          <w:b/>
        </w:rPr>
        <w:t xml:space="preserve">[01:16] </w:t>
      </w:r>
      <w:r>
        <w:t>hai hi nahi kahin yeh. bilashubah bidat hai yeh.</w:t>
      </w:r>
    </w:p>
    <w:p>
      <w:pPr>
        <w:jc w:val="right"/>
      </w:pPr>
      <w:r>
        <w:t>ہے ہی نہیں کہیں یہ۔ بلاشبہ بدعت ہے یہ۔</w:t>
      </w:r>
    </w:p>
    <w:p>
      <w:r>
        <w:rPr>
          <w:b/>
        </w:rPr>
        <w:t xml:space="preserve">[01:23] </w:t>
      </w:r>
      <w:r>
        <w:t>kahin bhi quran is par jo kitabein likhi gayi hain, aap padhiye, koi bhi is mein daleel nahi milegi, jazbati baatein milegi. hamare rasool par koi shatm kare to hum kaise bardasht karein is ko?</w:t>
      </w:r>
    </w:p>
    <w:p>
      <w:pPr>
        <w:jc w:val="right"/>
      </w:pPr>
      <w:r>
        <w:t>کہیں بھی قرآن اس پر جو کتابیں لکھی گئی ہیں، آپ پڑھیے، کوئی بھی اس میں دلیل نہیں ملے گی، جذباتی باتیں ملیں گی۔ ہمارے رسول پر کوئی شتم کرے تو ہم کیسے برداشت کریں اس کو؟</w:t>
      </w:r>
    </w:p>
    <w:p>
      <w:r>
        <w:rPr>
          <w:b/>
        </w:rPr>
        <w:t xml:space="preserve">[01:36] </w:t>
      </w:r>
      <w:r>
        <w:t>yeh koi daleel to hai nahi yeh. koi aap ke baap par koi gaali de to kaise bardasht karenge aap? yeh koi daleel hai yeh?</w:t>
      </w:r>
    </w:p>
    <w:p>
      <w:pPr>
        <w:jc w:val="right"/>
      </w:pPr>
      <w:r>
        <w:t>یہ کوئی دلیل تو ہے نہیں یہ۔ کوئی آپ کے باپ پر کوئی گالی دے تو کیسے برداشت کریں گے آپ؟ یہ کوئی دلیل ہے یہ؟</w:t>
      </w:r>
    </w:p>
    <w:p>
      <w:r>
        <w:rPr>
          <w:b/>
        </w:rPr>
        <w:t xml:space="preserve">[01:46] </w:t>
      </w:r>
      <w:r>
        <w:t>hum bardasht karenge? baap par koi gaali de to hum hans denge? kaisa bewakoof aadmi hai? hum ladne lagenge is se kya?</w:t>
      </w:r>
    </w:p>
    <w:p>
      <w:pPr>
        <w:jc w:val="right"/>
      </w:pPr>
      <w:r>
        <w:t>ہم برداشت کریں گے؟ باپ پر کوئی گالی دے تو ہم ہنس دیں گے؟ کیسا بے وقوف آدمی ہے؟ ہم لڑنے لگیں گے اس سے کیا؟</w:t>
      </w:r>
    </w:p>
    <w:p>
      <w:r>
        <w:rPr>
          <w:b/>
        </w:rPr>
        <w:t xml:space="preserve">[01:55] </w:t>
      </w:r>
      <w:r>
        <w:t>yeh sab daleelein nahi hain, yeh sab jazbati baatein hain. dekhiye, main ek usooli baat arz karta hoon. fuqaha ka yeh maslak hai</w:t>
      </w:r>
    </w:p>
    <w:p>
      <w:pPr>
        <w:jc w:val="right"/>
      </w:pPr>
      <w:r>
        <w:t>یہ سب دلیلیں نہیں ہیں، یہ سب جذباتی باتیں ہیں۔ دیکھیں، میں ایک اصولی بات عرض کرتا ہوں۔ فقہاء کا یہ مسلک ہے</w:t>
      </w:r>
    </w:p>
    <w:p>
      <w:r>
        <w:rPr>
          <w:b/>
        </w:rPr>
        <w:t xml:space="preserve">[02:05] </w:t>
      </w:r>
      <w:r>
        <w:t>ke koi amal sharai</w:t>
      </w:r>
    </w:p>
    <w:p>
      <w:pPr>
        <w:jc w:val="right"/>
      </w:pPr>
      <w:r>
        <w:t>کہ کوئی عمل شرعی</w:t>
      </w:r>
    </w:p>
    <w:p>
      <w:r>
        <w:rPr>
          <w:b/>
        </w:rPr>
        <w:t xml:space="preserve">[02:09] </w:t>
      </w:r>
      <w:r>
        <w:t>amal se nahi niklega, qaul se niklega. qaul. yaani misaal ke taur par ek aadmi mandir se bahar aa raha hai doosre logon ke saath, to amal yeh hai ke wo mandir se nikal raha hai,</w:t>
      </w:r>
    </w:p>
    <w:p>
      <w:pPr>
        <w:jc w:val="right"/>
      </w:pPr>
      <w:r>
        <w:t>عمل سے نہیں نکلے گا، قول سے نکلے گا۔ قول۔ یعنی مثال کے طور پر ایک آدمی مندر سے باہر آ رہا ہے دوسرے لوگوں کے ساتھ، تو عمل یہ ہے کہ وہ مندر سے نکل رہا ہے،</w:t>
      </w:r>
    </w:p>
    <w:p>
      <w:r>
        <w:rPr>
          <w:b/>
        </w:rPr>
        <w:t xml:space="preserve">[02:24] </w:t>
      </w:r>
      <w:r>
        <w:t>to yeh aap nahi keh sakte ke wo andar gaya tha buton ki pooja karne ke liye.</w:t>
      </w:r>
    </w:p>
    <w:p>
      <w:pPr>
        <w:jc w:val="right"/>
      </w:pPr>
      <w:r>
        <w:t>تو یہ آپ نہیں کہہ سکتے کہ وہ اندر گیا تھا بتوں کی پوجا کرنے کے لیے۔</w:t>
      </w:r>
    </w:p>
    <w:p>
      <w:r>
        <w:rPr>
          <w:b/>
        </w:rPr>
        <w:t xml:space="preserve">[02:29] </w:t>
      </w:r>
      <w:r>
        <w:t>munh se jab bola hai wo ke main mandir gaya tha but ki pooja karne ke liye, tab aap kahenge ke yeh but ki pooja is ne ki. amal ko dekh kar hukm nahi lagega.</w:t>
      </w:r>
    </w:p>
    <w:p>
      <w:pPr>
        <w:jc w:val="right"/>
      </w:pPr>
      <w:r>
        <w:t>منہ سے جب بولا ہے وہ کہ میں مندر گیا تھا بت کی پوجا کرنے کے لیے، تب آپ کہیں گے کہ یہ بت کی پوجا اس نے کیا۔ عمل کو دیکھ کر حکم نہیں لگے گا۔</w:t>
      </w:r>
    </w:p>
    <w:p>
      <w:r>
        <w:rPr>
          <w:b/>
        </w:rPr>
        <w:t xml:space="preserve">[02:40] </w:t>
      </w:r>
      <w:r>
        <w:t>aise hi jo hai shatm-e-rasool ka masla hai. kyunke amal ki koi interpretation kai tareeqe se ho sakta hai.</w:t>
      </w:r>
    </w:p>
    <w:p>
      <w:pPr>
        <w:jc w:val="right"/>
      </w:pPr>
      <w:r>
        <w:t>ایسے ہی جو ہے شتم رسول کا مسئلہ ہے۔ کیونکہ عمل کی کوئی interpretation کئی طریقے سے ہو سکتا ہے۔</w:t>
      </w:r>
    </w:p>
    <w:p>
      <w:r>
        <w:rPr>
          <w:b/>
        </w:rPr>
        <w:t xml:space="preserve">[02:49] </w:t>
      </w:r>
      <w:r>
        <w:t>ke wo aadmi mandir mein gaya ho wahan par logon ko quran bantne ke liye, wahan gaya ho logon ko samjhane ke liye. yeh koi zaroori nahi ke wo gaya ho wahan par but ki pooja karne ke liye.</w:t>
      </w:r>
    </w:p>
    <w:p>
      <w:pPr>
        <w:jc w:val="right"/>
      </w:pPr>
      <w:r>
        <w:t>کہ وہ آدمی مندر میں گیا ہو وہاں پر لوگوں کو قرآن بانٹنے کے لیے، وہاں گیا ہو لوگوں کو سمجھانے کے لیے۔ یہ کوئی ضروری نہیں کہ وہ گیا ہو وہاں پر بت کی پوجا کرنے کے لیے۔</w:t>
      </w:r>
    </w:p>
    <w:p>
      <w:r>
        <w:rPr>
          <w:b/>
        </w:rPr>
        <w:t xml:space="preserve">[03:00] </w:t>
      </w:r>
      <w:r>
        <w:t>kisi bhi amal ki tawjeeh ya interpretation kai tarah se hota hai. to</w:t>
      </w:r>
    </w:p>
    <w:p>
      <w:pPr>
        <w:jc w:val="right"/>
      </w:pPr>
      <w:r>
        <w:t>کسی بھی عمل کی توجیح یا interpretation کئی طرح سے ہوتا ہے۔ تو</w:t>
      </w:r>
    </w:p>
    <w:p>
      <w:r>
        <w:rPr>
          <w:b/>
        </w:rPr>
        <w:t xml:space="preserve">[03:06] </w:t>
      </w:r>
      <w:r>
        <w:t>baaz waqeyat ko le kar wo kehte hain ke shaatim saza-e-qatl hai. main kahunga ke shaatim saza-e-qatl hai, is ka waqeyat se nahi sabit hoga yeh.</w:t>
      </w:r>
    </w:p>
    <w:p>
      <w:pPr>
        <w:jc w:val="right"/>
      </w:pPr>
      <w:r>
        <w:t>بعض واقعات کو لے کر وہ کہتے ہیں کہ شاطم سزا قتل ہے۔ میں کہوں گا کہ شاطم سزا قتل ہے، اس کا واقعات سے نہیں ثابت ہوگا یہ۔</w:t>
      </w:r>
    </w:p>
    <w:p>
      <w:r>
        <w:rPr>
          <w:b/>
        </w:rPr>
        <w:t xml:space="preserve">[03:18] </w:t>
      </w:r>
      <w:r>
        <w:t>qaul se sabit hoga, qaul se. yaani aap ko batana padega ke quran mein ya hadith mein yeh hai ke "man shatama nabiy faqatluho".</w:t>
      </w:r>
    </w:p>
    <w:p>
      <w:pPr>
        <w:jc w:val="right"/>
      </w:pPr>
      <w:r>
        <w:t>قول سے ثابت ہوگا، قول سے۔ یعنی آپ کو بتانا پڑے گا کہ قرآن میں یا حدیث میں یہ ہے کہ "من شتم نبی فقتلوہ"۔</w:t>
      </w:r>
    </w:p>
    <w:p>
      <w:r>
        <w:rPr>
          <w:b/>
        </w:rPr>
        <w:t xml:space="preserve">[03:30] </w:t>
      </w:r>
      <w:r>
        <w:t>jo tumhare rasool ko shatm kare us ko maar dalo. yeh to kahin hai hi nahi. lafzon mein jab tak yeh nahi hai tab tak sabit nahi hai, maana jayega.</w:t>
      </w:r>
    </w:p>
    <w:p>
      <w:pPr>
        <w:jc w:val="right"/>
      </w:pPr>
      <w:r>
        <w:t>جو تمہارے رسول کو شتم کرے اس کو مار ڈالو۔ یہ تو کہیں ہے ہی نہیں۔ لفظوں میں جب تک یہ نہیں ہے تب تک ثابت نہیں ہے، مانا جائے گا۔</w:t>
      </w:r>
    </w:p>
    <w:p>
      <w:r>
        <w:rPr>
          <w:b/>
        </w:rPr>
        <w:t xml:space="preserve">[03:41] </w:t>
      </w:r>
      <w:r>
        <w:t>na quran mein hai na hadith mein hai is tarah ka koi lafz. "man sabba rasool faqatluho". "man shatama nabiy faqatluho". aisa kahin nahi hai.</w:t>
      </w:r>
    </w:p>
    <w:p>
      <w:pPr>
        <w:jc w:val="right"/>
      </w:pPr>
      <w:r>
        <w:t>نہ قرآن میں ہے نہ حدیث میں ہے اس طرح کا کوئی لفظ۔ "من سب رسول فقتلوہ"۔ "من شتم نبی فقتلوہ"۔ ایسا کہیں نہیں ہے۔</w:t>
      </w:r>
    </w:p>
    <w:p>
      <w:r>
        <w:rPr>
          <w:b/>
        </w:rPr>
        <w:t xml:space="preserve">[03:51] </w:t>
      </w:r>
      <w:r>
        <w:t>nahi hai to sabit bhi nahi hai. misaal ke taur par ek bahut bada aalim ne likha hai ke abujahal jo qatl kiya gaya tha to us waqt kaha tha ke wo shaatim tha.</w:t>
      </w:r>
    </w:p>
    <w:p>
      <w:pPr>
        <w:jc w:val="right"/>
      </w:pPr>
      <w:r>
        <w:t>نہیں ہے تو ثابت بھی نہیں ہے۔ مثال کے طور پر ایک بہت بڑا عالم نے لکھا ہے کہ ابوجہل جو قتل کیا گیا تھا تو اس وقت کہا تھا کہ وہ شاطم تھا۔</w:t>
      </w:r>
    </w:p>
    <w:p>
      <w:r>
        <w:rPr>
          <w:b/>
        </w:rPr>
        <w:t xml:space="preserve">[04:02] </w:t>
      </w:r>
      <w:r>
        <w:t>yeh bilkul baseless baat hai. woh to fauj le kar aaya</w:t>
      </w:r>
    </w:p>
    <w:p>
      <w:pPr>
        <w:jc w:val="right"/>
      </w:pPr>
      <w:r>
        <w:t>یہ بالکل بیسلیس بات ہے۔ وہ تو فوج لے کر آیا</w:t>
      </w:r>
    </w:p>
    <w:p>
      <w:r>
        <w:rPr>
          <w:b/>
        </w:rPr>
        <w:t xml:space="preserve">[04:07] </w:t>
      </w:r>
      <w:r>
        <w:t>attack karne ke liye, badr ka maidan jo tha, battle field tha, is mein larai hui, wahan woh mara gaya. to aap kahengay shatm shatm ki wajah se mara gaya woh? to yaad rakhiye, amal koi bhi ho, woh qanoon ke liye</w:t>
      </w:r>
    </w:p>
    <w:p>
      <w:pPr>
        <w:jc w:val="right"/>
      </w:pPr>
      <w:r>
        <w:t>attack کرنے کے لیے، بدر کا میدان جو تھا، battle field تھا، اس میں لڑائی ہوئی، وہاں وہ مارا گیا۔ تو آپ کہیں گے شتم شتم کی وجہ سے مارا گیا وہ؟ تو یاد رکھیے، عمل کوئی بھی ہو، وہ قانون کے لیے</w:t>
      </w:r>
    </w:p>
    <w:p>
      <w:r>
        <w:rPr>
          <w:b/>
        </w:rPr>
        <w:t xml:space="preserve">[04:24] </w:t>
      </w:r>
      <w:r>
        <w:t>ba makhraj nahi hota woh. usay qanooni bana sakte ho is ko le kar aap. qanoon banane ke liye zaroori hai ke lafzon mein woh baat ho. ke jo shakhs shatm kare us ko maar dalo, in in lafzon mein hona chahiye.</w:t>
      </w:r>
    </w:p>
    <w:p>
      <w:pPr>
        <w:jc w:val="right"/>
      </w:pPr>
      <w:r>
        <w:t>با مخرج نہیں ہوتا وہ۔ اسے قانونی بنا سکتے ہو اس کو لے کر آپ۔ قانون بنانے کے لیے ضروری ہے کہ لفظوں میں وہ بات ہو۔ کہ جو شخص شتم کرے اس کو مار ڈالو، ان ان لفظوں میں ہونا چاہیے۔</w:t>
      </w:r>
    </w:p>
    <w:p>
      <w:r>
        <w:rPr>
          <w:b/>
        </w:rPr>
        <w:t xml:space="preserve">[04:38] </w:t>
      </w:r>
      <w:r>
        <w:t>nahi to sabit nahi hoga woh.</w:t>
      </w:r>
    </w:p>
    <w:p>
      <w:pPr>
        <w:jc w:val="right"/>
      </w:pPr>
      <w:r>
        <w:t>نہیں تو ثابت نہیں ہوگا وہ۔</w:t>
      </w:r>
    </w:p>
    <w:p>
      <w:r>
        <w:rPr>
          <w:b/>
        </w:rPr>
        <w:t xml:space="preserve">[04:42] </w:t>
      </w:r>
      <w:r>
        <w:t>to koi bhi kitab aap dekh lijiyay jis par likhi gayi hai, us mein koi aisi daleel pesh nahi karta. doosri baat yeh hai ke is mein influential argument bhi nahi chalay ga.</w:t>
      </w:r>
    </w:p>
    <w:p>
      <w:pPr>
        <w:jc w:val="right"/>
      </w:pPr>
      <w:r>
        <w:t>تو کوئی بھی کتاب آپ دیکھ لیجیے جس پر لکھی گئی ہے، اس میں کوئی ایسی دلیل پیش نہیں کرتا۔ دوسری بات یہ ہے کہ اس میں influential argument بھی نہیں چلے گا۔</w:t>
      </w:r>
    </w:p>
    <w:p>
      <w:r>
        <w:rPr>
          <w:b/>
        </w:rPr>
        <w:t xml:space="preserve">[04:55] </w:t>
      </w:r>
      <w:r>
        <w:t>yani kisi ayat ko le kar aap influence karein, istinbat karein, woh bhi nahi chalay ga aap.</w:t>
      </w:r>
    </w:p>
    <w:p>
      <w:pPr>
        <w:jc w:val="right"/>
      </w:pPr>
      <w:r>
        <w:t>یعنی کسی آیت کو لے کر آپ influence کریں، استنباط کریں، وہ بھی نہیں چلے گا آپ۔</w:t>
      </w:r>
    </w:p>
    <w:p>
      <w:r>
        <w:rPr>
          <w:b/>
        </w:rPr>
        <w:t xml:space="preserve">[05:02] </w:t>
      </w:r>
      <w:r>
        <w:t>yeh nikalna chahiye text se, text se. jis ko kehtay hain niss. ibarat al niss. ibarat al niss se agar niklay ga, yani capital punishment jo hai, yaad rakhiye, capital punishment jo hai woh na to influence se nikal sakta, na kisi waqayay se nikal sakta.</w:t>
      </w:r>
    </w:p>
    <w:p>
      <w:pPr>
        <w:jc w:val="right"/>
      </w:pPr>
      <w:r>
        <w:t>یہ نکلنا چاہیے text سے، text سے۔ جس کو کہتے ہیں نس۔ عبارت النس۔ عبارت النس سے اگر نکلے گا، یعنی capital punishment جو ہے، یاد رکھیے، capital punishment جو ہے وہ نہ تو influence سے نکل سکتا، نہ کسی واقعے سے نکل سکتا۔</w:t>
      </w:r>
    </w:p>
    <w:p>
      <w:r>
        <w:rPr>
          <w:b/>
        </w:rPr>
        <w:t xml:space="preserve">[05:21] </w:t>
      </w:r>
      <w:r>
        <w:t>niklay ga kisi ibarat al niss se, kisi text se. woh yahi hai ke "man shatm nabi faqtulooh". aisa kahin ho to hai hi nahi yeh.</w:t>
      </w:r>
    </w:p>
    <w:p>
      <w:pPr>
        <w:jc w:val="right"/>
      </w:pPr>
      <w:r>
        <w:t>نکلے گا کسی عبارت النس سے، کسی text سے۔ وہ یہی ہے کہ "من شتم نبی فقتلوہ"۔ ایسا کہیں ہو تو ہے ہی نہیں یہ۔</w:t>
      </w:r>
    </w:p>
    <w:p>
      <w:r>
        <w:rPr>
          <w:b/>
        </w:rPr>
        <w:t xml:space="preserve">[05:31] </w:t>
      </w:r>
      <w:r>
        <w:t>to bilashuba baseless hai yeh baat. jin logon ne yeh qanoon banaya, bilashuba Allah ke nabi ko pakar jayengay woh log. woh nahi pakra jayega jis ko kehtay hain ke tum ne shatm kiya.</w:t>
      </w:r>
    </w:p>
    <w:p>
      <w:pPr>
        <w:jc w:val="right"/>
      </w:pPr>
      <w:r>
        <w:t>تو بلاشبہ بیسلیس ہے یہ بات۔ جن لوگوں نے یہ قانون بنایا، بلاشبہ اللہ کے نبی کو پکڑ جائیں گے وہ لوگ۔ وہ نہیں پکڑا جائے گا جس کو کہتے ہیں کہ تم نے شتم کیا۔</w:t>
      </w:r>
    </w:p>
    <w:p>
      <w:r>
        <w:rPr>
          <w:b/>
        </w:rPr>
        <w:t xml:space="preserve">[05:41] </w:t>
      </w:r>
      <w:r>
        <w:t>woh pakray jayengay jinhon ne qanoon banaya, aisa qanoon.</w:t>
      </w:r>
    </w:p>
    <w:p>
      <w:pPr>
        <w:jc w:val="right"/>
      </w:pPr>
      <w:r>
        <w:t>وہ پکڑے جائیں گے جنہوں نے قانون بنایا، ایسا قانون۔</w:t>
      </w:r>
    </w:p>
    <w:p>
      <w:r>
        <w:rPr>
          <w:b/>
        </w:rPr>
        <w:t xml:space="preserve">[05:45] </w:t>
      </w:r>
      <w:r>
        <w:t>dekhiye, kisi ko haq nahi hai ke deen mein khud se koi qanoon banaye woh. Islam mein khud se koi qanoon banaye woh, us ko haq nahi kisi ko.</w:t>
      </w:r>
    </w:p>
    <w:p>
      <w:pPr>
        <w:jc w:val="right"/>
      </w:pPr>
      <w:r>
        <w:t>دیکھیے، کسی کو حق نہیں ہے کہ دین میں خود سے کوئی قانون بنائے وہ۔ اسلام میں خود سے کوئی قانون بنائے وہ، اس کو حق نہیں کسی کو۔</w:t>
      </w:r>
    </w:p>
    <w:p>
      <w:r>
        <w:rPr>
          <w:b/>
        </w:rPr>
        <w:t xml:space="preserve">[05:58] </w:t>
      </w:r>
      <w:r>
        <w:t>haq nahi hai kisi ko. bilkul haq nahi hai.</w:t>
      </w:r>
    </w:p>
    <w:p>
      <w:pPr>
        <w:jc w:val="right"/>
      </w:pPr>
      <w:r>
        <w:t>حق نہیں ہے کسی کو۔ بالکل حق نہیں ہے۔</w:t>
      </w:r>
    </w:p>
    <w:p>
      <w:r>
        <w:rPr>
          <w:b/>
        </w:rPr>
        <w:t xml:space="preserve">[06:05] </w:t>
      </w:r>
      <w:r>
        <w:t>aur dekhiye, Islam mein do cheezein farq ki gayi hain. aik hai dekhiye, matter of belief aur aik hai social crime.</w:t>
      </w:r>
    </w:p>
    <w:p>
      <w:pPr>
        <w:jc w:val="right"/>
      </w:pPr>
      <w:r>
        <w:t>اور دیکھیے، اسلام میں دو چیزیں فرق کی گئی ہیں۔ ایک ہے دیکھیے، matter of belief اور ایک ہے social crime۔</w:t>
      </w:r>
    </w:p>
    <w:p>
      <w:r>
        <w:rPr>
          <w:b/>
        </w:rPr>
        <w:t xml:space="preserve">[06:20] </w:t>
      </w:r>
      <w:r>
        <w:t>yaad rakhiye, there is a difference between the two. aik cheez jo matter of belief ho,</w:t>
      </w:r>
    </w:p>
    <w:p>
      <w:pPr>
        <w:jc w:val="right"/>
      </w:pPr>
      <w:r>
        <w:t>یاد رکھیے، there is a difference between the two۔ ایک چیز جو matter of belief ہو،</w:t>
      </w:r>
    </w:p>
    <w:p>
      <w:r>
        <w:rPr>
          <w:b/>
        </w:rPr>
        <w:t xml:space="preserve">[06:26] </w:t>
      </w:r>
      <w:r>
        <w:t>us woh hai subject dawat ka, naseehat ka, samjhanay bujhanay ka. us par saza nahi di jayegi, matter of belief par.</w:t>
      </w:r>
    </w:p>
    <w:p>
      <w:pPr>
        <w:jc w:val="right"/>
      </w:pPr>
      <w:r>
        <w:t>اس وہ ہے سبجیکٹ دعوت کا، نصیحت کا، سمجھانے بجھانے کا۔ اس پر سزا نہیں دی جائے گی، matter of belief پر۔</w:t>
      </w:r>
    </w:p>
    <w:p>
      <w:r>
        <w:rPr>
          <w:b/>
        </w:rPr>
        <w:t xml:space="preserve">[06:35] </w:t>
      </w:r>
      <w:r>
        <w:t>matlab koi kahay Khuda nahi hai to aap us ko marenge nahi. koi kahay Rasool Allah sallallahu alaihi wasallam woh khatam al nabi nahi thay to aap marenge nahi us ko.</w:t>
      </w:r>
    </w:p>
    <w:p>
      <w:pPr>
        <w:jc w:val="right"/>
      </w:pPr>
      <w:r>
        <w:t>مطلب کوئی کہے خدا نہیں ہے تو آپ اس کو ماریں گے نہیں۔ کوئی کہے رسول اللہ صلی اللہ علیہ وسلم وہ خاتم النبی نہیں تھے تو آپ ماریں گے نہیں اس کو۔</w:t>
      </w:r>
    </w:p>
    <w:p>
      <w:r>
        <w:rPr>
          <w:b/>
        </w:rPr>
        <w:t xml:space="preserve">[06:45] </w:t>
      </w:r>
      <w:r>
        <w:t>samjhayengay, daleel dengay.</w:t>
      </w:r>
    </w:p>
    <w:p>
      <w:pPr>
        <w:jc w:val="right"/>
      </w:pPr>
      <w:r>
        <w:t>سمجھائیں گے، دلیل دیں گے۔</w:t>
      </w:r>
    </w:p>
    <w:p>
      <w:r>
        <w:rPr>
          <w:b/>
        </w:rPr>
        <w:t xml:space="preserve">[06:48] </w:t>
      </w:r>
      <w:r>
        <w:t>to matter of belief jo hai woh sirf woh subject hai dawat ka. haan, koi social crime kare to wahan par woh woh qanoon jis ko kehtay hain qanoon lafz ban jayega woh.</w:t>
      </w:r>
    </w:p>
    <w:p>
      <w:pPr>
        <w:jc w:val="right"/>
      </w:pPr>
      <w:r>
        <w:t>تو matter of belief جو ہے وہ صرف وہ سبجیکٹ ہے دعوت کا۔ ہاں، کوئی social crime کرے تو وہاں پر وہ وہ قانون جس کو کہتے ہیں قانون لفظ بن جائے گا وہ۔</w:t>
      </w:r>
    </w:p>
    <w:p>
      <w:r>
        <w:rPr>
          <w:b/>
        </w:rPr>
        <w:t xml:space="preserve">[06:59] </w:t>
      </w:r>
      <w:r>
        <w:t>us ko saza di jayegi us ki. lekin tab bhi dekhiye, aisa nahi ho sakta ke aap khud hi khud lagen maarne kisi ko.</w:t>
      </w:r>
    </w:p>
    <w:p>
      <w:pPr>
        <w:jc w:val="right"/>
      </w:pPr>
      <w:r>
        <w:t>اس کو سزا دی جائے گی اس کی۔ لیکن تب بھی دیکھیے، ایسا نہیں ہو سکتا کہ آپ خود ہی خود لگیں مارنے کسی کو۔</w:t>
      </w:r>
    </w:p>
    <w:p>
      <w:r>
        <w:rPr>
          <w:b/>
        </w:rPr>
        <w:t xml:space="preserve">[07:08] </w:t>
      </w:r>
      <w:r>
        <w:t>aap nahi kar sakte aisa. aap ko sirf yeh right hai ke aap is waqayay ko report karein police mein. police le jayegi us ko adalat mein. wahan proceeding hogi.</w:t>
      </w:r>
    </w:p>
    <w:p>
      <w:pPr>
        <w:jc w:val="right"/>
      </w:pPr>
      <w:r>
        <w:t>آپ نہیں کر سکتے ایسا۔ آپ کو صرف یہright ہے کہ آپ اس واقعے کو رپورٹ کریں پولیس میں۔ پولیس لے جائے گی اس کو عدالت میں۔ وہاں proceeding ہوگی۔</w:t>
      </w:r>
    </w:p>
    <w:p>
      <w:r>
        <w:rPr>
          <w:b/>
        </w:rPr>
        <w:t xml:space="preserve">[07:18] </w:t>
      </w:r>
      <w:r>
        <w:t>witness ayengay. judge jab aik authorized judge jab faisla karega tab us ko implement kiya jayega.</w:t>
      </w:r>
    </w:p>
    <w:p>
      <w:pPr>
        <w:jc w:val="right"/>
      </w:pPr>
      <w:r>
        <w:t>witness آئیں گے۔ جج جب ایک authorized جج جب فیصلہ کرے گا تب اس کو implement کیا جائے گا۔</w:t>
      </w:r>
    </w:p>
    <w:p>
      <w:r>
        <w:rPr>
          <w:b/>
        </w:rPr>
        <w:t xml:space="preserve">[07:25] </w:t>
      </w:r>
      <w:r>
        <w:t>aur yeh ke khud hi khud aap ne goli maar di kisi ko, gun utha kar ke. bilkul Islam mein jaiz hi nahi hai, jaiz nahi hai, jaiz nahi hai. bilkul baseless baat hai yeh.</w:t>
      </w:r>
    </w:p>
    <w:p>
      <w:pPr>
        <w:jc w:val="right"/>
      </w:pPr>
      <w:r>
        <w:t>اور یہ کہ خود ہی خود آپ نے گولی مار دی کسی کو، گن اٹھا کر کے۔ بالکل اسلام میں جائز ہی نہیں ہے، جائز نہیں ہے، جائز نہیں ہے۔ بالکل بیسلیس بات ہے یہ۔</w:t>
      </w:r>
    </w:p>
    <w:p>
      <w:r>
        <w:rPr>
          <w:b/>
        </w:rPr>
        <w:t xml:space="preserve">[07:38] </w:t>
      </w:r>
      <w:r>
        <w:t>Maulana, in ka doosra sawal yeh hai ke murtad ki saza qatl batai jati hai. is ke baray mein aap kya kahengay?</w:t>
      </w:r>
    </w:p>
    <w:p>
      <w:pPr>
        <w:jc w:val="right"/>
      </w:pPr>
      <w:r>
        <w:t>مولانا، ان کا دوسرا سوال یہ ہے کہ مرتد کی سزا قتل بتائی جاتی ہے۔ اس کے بارے میں آپ کیا کہیں گے؟</w:t>
      </w:r>
    </w:p>
    <w:p>
      <w:r>
        <w:rPr>
          <w:b/>
        </w:rPr>
        <w:t xml:space="preserve">[07:48] </w:t>
      </w:r>
      <w:r>
        <w:t>dekhiye, mera aik poora maqala is par hai. meri aik kitab hai, us ka naam hai "Hikmat e Islam". Hikmat e Islam mein aik lamba maqala shamil hai isi mozu par.</w:t>
      </w:r>
    </w:p>
    <w:p>
      <w:pPr>
        <w:jc w:val="right"/>
      </w:pPr>
      <w:r>
        <w:t>دیکھیے، میرا ایک پورا مقالہ اس پر ہے۔ میری ایک کتاب ہے، اس کا نام ہے "حکمت اسلام"۔ حکمت اسلام میں ایک لمبا مقالہ شامل ہے اسی موضوع پر۔</w:t>
      </w:r>
    </w:p>
    <w:p>
      <w:r>
        <w:rPr>
          <w:b/>
        </w:rPr>
        <w:t xml:space="preserve">[07:57] </w:t>
      </w:r>
      <w:r>
        <w:t>main us ko nahi manta. murtad ki saza qatl nahi hai. us ke liye bhi yahi hai samjhana bujhana. dekhiye, irtidad aik matter of belief hai.</w:t>
      </w:r>
    </w:p>
    <w:p>
      <w:pPr>
        <w:jc w:val="right"/>
      </w:pPr>
      <w:r>
        <w:t>میں اس کو نہیں مانتا۔ مرتد کی سزا قتل نہیں ہے۔ اس کے لیے بھی یہی ہے سمجھانا بجھانا۔ دیکھیے، ارتداد ایک matter of belief ہے۔</w:t>
      </w:r>
    </w:p>
    <w:p>
      <w:r>
        <w:rPr>
          <w:b/>
        </w:rPr>
        <w:t xml:space="preserve">[08:08] </w:t>
      </w:r>
      <w:r>
        <w:t>matter of belief woh social crime nahi hai woh. to social crime hi par aap saza de sakte hain kisi ko. aur matter of belief jo hai, chahe woh irtidad ho, chahe shatm ho, ya kuch bhi ho.</w:t>
      </w:r>
    </w:p>
    <w:p>
      <w:pPr>
        <w:jc w:val="right"/>
      </w:pPr>
      <w:r>
        <w:t>matter of belief وہ social crime نہیں ہے وہ۔ تو social crime ہی پر آپ سزا دے سکتے ہیں کسی کو۔ اور matter of belief جو ہے، چاہے وہ ارتداد ہو، چاہے شتم ہو، یا کچھ بھی ہو۔</w:t>
      </w:r>
    </w:p>
    <w:p>
      <w:r>
        <w:rPr>
          <w:b/>
        </w:rPr>
        <w:t xml:space="preserve">[08:21] </w:t>
      </w:r>
      <w:r>
        <w:t>aap miliye, usay samjhaiye, us ko literature dijiye, us ko parhwaiye, kitabein parhwaiye. us ko argument dijiye. hargiz hargiz aap qatl nahi kar sakte us ko.</w:t>
      </w:r>
    </w:p>
    <w:p>
      <w:pPr>
        <w:jc w:val="right"/>
      </w:pPr>
      <w:r>
        <w:t>آپ ملیے، اسے سمجھائیے، اس کو literature دیجیے، اس کو پڑھوائیے، کتابیں پڑھوائیے۔ اس کو argument دیجیے۔ ہرگز ہرگز آپ قتل نہیں کر سکتے اس کو۔</w:t>
      </w:r>
    </w:p>
    <w:p>
      <w:r>
        <w:rPr>
          <w:b/>
        </w:rPr>
        <w:t xml:space="preserve">[08:32] </w:t>
      </w:r>
      <w:r>
        <w:t>yeh masla galat hai. aur main aap mein kahunga ke hikmat e islam mein aap us ko parhiye. us is bab ko.</w:t>
      </w:r>
    </w:p>
    <w:p>
      <w:pPr>
        <w:jc w:val="right"/>
      </w:pPr>
      <w:r>
        <w:t>یہ مسئلہ غلط ہے۔ اور میں آپ میں کہوں گا کہ حکمت اسلام میں آپ اس کو پڑھیے۔ اس اس باب کو۔</w:t>
      </w:r>
    </w:p>
    <w:p>
      <w:r>
        <w:rPr>
          <w:b/>
        </w:rPr>
        <w:t xml:space="preserve">[08:40] </w:t>
      </w:r>
      <w:r>
        <w:t>ek bohat lamba chapter hai is mein.</w:t>
      </w:r>
    </w:p>
    <w:p>
      <w:pPr>
        <w:jc w:val="right"/>
      </w:pPr>
      <w:r>
        <w:t>ایک بہت لمبا چیپٹر ہے اس میں۔</w:t>
      </w:r>
    </w:p>
    <w:p>
      <w:r>
        <w:rPr>
          <w:b/>
        </w:rPr>
        <w:t xml:space="preserve">[08:46] </w:t>
      </w:r>
      <w:r>
        <w:t>mister shariq hussain riyazi ne dilli se likha hai: "hadees mein aaya hai ke jo aadmi kam par khuda ka shukr nahi karta, woh zyada par bhi khuda ka shukr nahi karega." is hadees ka matlab kya hai?</w:t>
      </w:r>
    </w:p>
    <w:p>
      <w:pPr>
        <w:jc w:val="right"/>
      </w:pPr>
      <w:r>
        <w:t>مسٹر شارق حسین ریاضی نے دلی سے لکھا ہے: "حدیث میں آیا ہے کہ جو آدمی کم پر خدا کا شکر نہیں کرتا، وہ زیادہ پر بھی خدا کا شکر نہیں کرے گا۔" اس حدیث کا مطلب کیا ہے؟</w:t>
      </w:r>
    </w:p>
    <w:p>
      <w:r>
        <w:rPr>
          <w:b/>
        </w:rPr>
        <w:t xml:space="preserve">[09:01] </w:t>
      </w:r>
      <w:r>
        <w:t>apne andar shukr ki barhi hui spirit paida karne ka tareeqa kya hai?</w:t>
      </w:r>
    </w:p>
    <w:p>
      <w:pPr>
        <w:jc w:val="right"/>
      </w:pPr>
      <w:r>
        <w:t>اپنے اندر شکر کی بڑھی ہوئی spirit پیدا کرنے کا طریقہ کیا ہے؟</w:t>
      </w:r>
    </w:p>
    <w:p>
      <w:r>
        <w:rPr>
          <w:b/>
        </w:rPr>
        <w:t xml:space="preserve">[09:07] </w:t>
      </w:r>
      <w:r>
        <w:t>dekhiye, koi bara waqia shuru karne ke liye to zindagi mein kabhi ek aadmi hota hai.</w:t>
      </w:r>
    </w:p>
    <w:p>
      <w:pPr>
        <w:jc w:val="right"/>
      </w:pPr>
      <w:r>
        <w:t>دیکھیے، کوئی بڑا واقعہ شروع کرنے کے لیے تو زندگی میں کبھی ایک آدمی ہوتا ہے۔</w:t>
      </w:r>
    </w:p>
    <w:p>
      <w:r>
        <w:rPr>
          <w:b/>
        </w:rPr>
        <w:t xml:space="preserve">[09:15] </w:t>
      </w:r>
      <w:r>
        <w:t>lekin chhote waqiat har waqt hote hain, har lamha hote rehte hain. to koi to aap koi bara waqia aap ke mind ko agar trigger kare shukr ke liye, to bhi zindagi mein ho sakta hai ke woh aaya hua hai, hota hai ke na bhi aaye.</w:t>
      </w:r>
    </w:p>
    <w:p>
      <w:pPr>
        <w:jc w:val="right"/>
      </w:pPr>
      <w:r>
        <w:t>لیکن چھوٹے واقعات ہر وقت ہوتے ہیں، ہر لمحہ ہوتے رہتے ہیں۔ تو کوئی تو آپ کوئی بڑا واقعہ آپ کے mind کو اگر trigger کرے شکر کے لیے، تو بھی زندگی میں ہو سکتا ہے کہ وہ آیا ہوا ہے، ہوتا ہے کہ نہ بھی آئے۔</w:t>
      </w:r>
    </w:p>
    <w:p>
      <w:r>
        <w:rPr>
          <w:b/>
        </w:rPr>
        <w:t xml:space="preserve">[09:31] </w:t>
      </w:r>
      <w:r>
        <w:t>yeh chhote waqiat har waqt pesh aate rehte hain. jaise misaal ke taur par pani hai.</w:t>
      </w:r>
    </w:p>
    <w:p>
      <w:pPr>
        <w:jc w:val="right"/>
      </w:pPr>
      <w:r>
        <w:t>یہ چھوٹے واقعات ہر وقت پیش آتے رہتے ہیں۔ جیسے مثال کے طور پر پانی ہے۔</w:t>
      </w:r>
    </w:p>
    <w:p>
      <w:r>
        <w:rPr>
          <w:b/>
        </w:rPr>
        <w:t xml:space="preserve">[09:35] </w:t>
      </w:r>
      <w:r>
        <w:t>rozana pani peete hain aap. to pani glass aap ne liya. to aap ko socha aap ne ke kaise pani bana? do gases ekhta huin, us se ek liquid bana.</w:t>
      </w:r>
    </w:p>
    <w:p>
      <w:pPr>
        <w:jc w:val="right"/>
      </w:pPr>
      <w:r>
        <w:t>روزانہ پانی پیتے ہیں آپ۔ تو پانی گلاس آپ نے لیا۔ تو آپ کو سوچا آپ نے کہ کیسے پانی بنا؟ دو گیسیں اکٹھا ہوئیں، اس سے ایک liquid بنا۔</w:t>
      </w:r>
    </w:p>
    <w:p>
      <w:r>
        <w:rPr>
          <w:b/>
        </w:rPr>
        <w:t xml:space="preserve">[09:46] </w:t>
      </w:r>
      <w:r>
        <w:t>phir woh samandar mein aaya, us mein salt bhi mila hua tha ten percent. phir rain ka silsila qaim hua. phir woh uska</w:t>
      </w:r>
    </w:p>
    <w:p>
      <w:pPr>
        <w:jc w:val="right"/>
      </w:pPr>
      <w:r>
        <w:t>پھر وہ سمندر میں آیا، اس میں salt بھی ملا ہوا تھا ten percent۔ پھر rain کا سلسلہ قائم ہوا۔ پھر وہ اس کا</w:t>
      </w:r>
    </w:p>
    <w:p>
      <w:r>
        <w:rPr>
          <w:b/>
        </w:rPr>
        <w:t xml:space="preserve">[09:55] </w:t>
      </w:r>
      <w:r>
        <w:t>salt alag hua, pani alag hua. yeh sari baatein sochein. to ek glass pani se woh aap ka jazba shukr trigger ho jayega. to woh shukr kar payenge.</w:t>
      </w:r>
    </w:p>
    <w:p>
      <w:pPr>
        <w:jc w:val="right"/>
      </w:pPr>
      <w:r>
        <w:t>salt الگ ہوا، پانی الگ ہوا۔ یہ ساری باتیں سوچیں۔ تو ایک گلاس پانی سے وہ آپ کا جذبہ شکر trigger ہو جائے گا۔ تو وہ شکر کر پائیں گے۔</w:t>
      </w:r>
    </w:p>
    <w:p>
      <w:r>
        <w:rPr>
          <w:b/>
        </w:rPr>
        <w:t xml:space="preserve">[10:08] </w:t>
      </w:r>
      <w:r>
        <w:t>aap nahi to phir shukr hi nahi kar payenge. aap</w:t>
      </w:r>
    </w:p>
    <w:p>
      <w:pPr>
        <w:jc w:val="right"/>
      </w:pPr>
      <w:r>
        <w:t>آپ نہیں تو پھر شکر ہی نہیں کر پائیں گے۔ آپ</w:t>
      </w:r>
    </w:p>
    <w:p>
      <w:r>
        <w:rPr>
          <w:b/>
        </w:rPr>
        <w:t xml:space="preserve">[10:12] </w:t>
      </w:r>
      <w:r>
        <w:t>koi bara sa waqia aap ko sone ka pahad de de to aap shukr karein. na sone ka pahad dega, na shukr karenge aap. to har waqt jo hai, jaise main bol raha hoon, woh socho ke kaise main bol raha hoon.</w:t>
      </w:r>
    </w:p>
    <w:p>
      <w:pPr>
        <w:jc w:val="right"/>
      </w:pPr>
      <w:r>
        <w:t>کوئی بڑا سا واقعہ آپ کو سونے کا پہاڑ دے دے تو آپ شکر کریں۔ نہ سونے کا پہاڑ دے گا، نہ شکر کریں گے آپ۔ تو ہر وقت جو ہے، جیسے میں بول رہا ہوں، وہ سوچو کہ کیسے میں بول رہا ہوں۔</w:t>
      </w:r>
    </w:p>
    <w:p>
      <w:r>
        <w:rPr>
          <w:b/>
        </w:rPr>
        <w:t xml:space="preserve">[10:24] </w:t>
      </w:r>
      <w:r>
        <w:t>koi pahad nahi bol sakta, koi samandar nahi bol sakta, koi star nahi bol sakta, koi planet nahi bol sakta, koi suraj nahi bol sakta, koi chand nahi bol sakta.</w:t>
      </w:r>
    </w:p>
    <w:p>
      <w:pPr>
        <w:jc w:val="right"/>
      </w:pPr>
      <w:r>
        <w:t>کوئی پہاڑ نہیں بول سکتا، کوئی سمندر نہیں بول سکتا، کوئی star نہیں بول سکتا، کوئی planet نہیں بول سکتا، کوئی سورج نہیں بول سکتا، کوئی چاند نہیں بول سکتا۔</w:t>
      </w:r>
    </w:p>
    <w:p>
      <w:r>
        <w:rPr>
          <w:b/>
        </w:rPr>
        <w:t xml:space="preserve">[10:34] </w:t>
      </w:r>
      <w:r>
        <w:t>main bol raha hoon. isi se aap ka woh jazba shukr trigger ho jaye.</w:t>
      </w:r>
    </w:p>
    <w:p>
      <w:pPr>
        <w:jc w:val="right"/>
      </w:pPr>
      <w:r>
        <w:t>میں بول رہا ہوں۔ اسی سے آپ کا وہ جذبہ شکر trigger ہو جائے۔</w:t>
      </w:r>
    </w:p>
    <w:p>
      <w:r>
        <w:rPr>
          <w:b/>
        </w:rPr>
        <w:t xml:space="preserve">[10:41] </w:t>
      </w:r>
      <w:r>
        <w:t>tab aap bara shukr kar payenge. bara shukr mani hai ke ke jazbat ubhar ubhar padein aap ke. bara shukr yeh mani hai ke aap sone ka pahad koi de to us ka naam shukr hai.</w:t>
      </w:r>
    </w:p>
    <w:p>
      <w:pPr>
        <w:jc w:val="right"/>
      </w:pPr>
      <w:r>
        <w:t>تب آپ بڑا شکر کر پائیں گے۔ بڑا شکر معنی ہے کہ کہ جذبات ابھڑ ابھڑ پڑیں آپ کے۔ بڑا شکر یہ معنی ہے کہ آپ سونے کا پہاڑ کوئی دے تو اس کا نام شکر ہے۔</w:t>
      </w:r>
    </w:p>
    <w:p>
      <w:r>
        <w:rPr>
          <w:b/>
        </w:rPr>
        <w:t xml:space="preserve">[10:54] </w:t>
      </w:r>
      <w:r>
        <w:t>nahi. har waqye mein</w:t>
      </w:r>
    </w:p>
    <w:p>
      <w:pPr>
        <w:jc w:val="right"/>
      </w:pPr>
      <w:r>
        <w:t>نہیں۔ ہر واقعے میں</w:t>
      </w:r>
    </w:p>
    <w:p>
      <w:r>
        <w:rPr>
          <w:b/>
        </w:rPr>
        <w:t xml:space="preserve">[10:57] </w:t>
      </w:r>
      <w:r>
        <w:t>bara shukr ke asbab maujood hain. chhoti si baat bhi, jaise main soch raha tha ke ungliyon mein nakhun hain, agar nakhun na hote to kya hota?</w:t>
      </w:r>
    </w:p>
    <w:p>
      <w:pPr>
        <w:jc w:val="right"/>
      </w:pPr>
      <w:r>
        <w:t>بڑے شکر کے اسباب موجود ہیں۔ چھوٹی سی بات بھی، جیسے میں سوچ رہا تھا کہ انگلیوں میں ناخن ہیں، اگر ناخن نہ ہوتے تو کیا ہوتا؟</w:t>
      </w:r>
    </w:p>
    <w:p>
      <w:r>
        <w:rPr>
          <w:b/>
        </w:rPr>
        <w:t xml:space="preserve">[11:09] </w:t>
      </w:r>
      <w:r>
        <w:t>gosht hoti sab. to koi kaam nahi kar sakta tha main. is se bhi trigger ho gaya shukr.</w:t>
      </w:r>
    </w:p>
    <w:p>
      <w:pPr>
        <w:jc w:val="right"/>
      </w:pPr>
      <w:r>
        <w:t>گوشت ہوتی سب۔ تو کوئی کام نہیں کر سکتا تھا میں۔ اس سے بھی trigger ہو گیا شکر۔</w:t>
      </w:r>
    </w:p>
    <w:p>
      <w:r>
        <w:rPr>
          <w:b/>
        </w:rPr>
        <w:t xml:space="preserve">[11:16] </w:t>
      </w:r>
      <w:r>
        <w:t>to shukr ka sara woh item yaad aane lage.</w:t>
      </w:r>
    </w:p>
    <w:p>
      <w:pPr>
        <w:jc w:val="right"/>
      </w:pPr>
      <w:r>
        <w:t>تو شکر کا سارا وہ item یاد آنے لگے۔</w:t>
      </w:r>
    </w:p>
    <w:p>
      <w:r>
        <w:rPr>
          <w:b/>
        </w:rPr>
        <w:t xml:space="preserve">[11:23] </w:t>
      </w:r>
      <w:r>
        <w:t>to is ka hadees ka matlab yahi hai ke chhote chhote waqiat par shukr karna seekho, tab ja kar ke tum bara shukr karne wale bano ge.</w:t>
      </w:r>
    </w:p>
    <w:p>
      <w:pPr>
        <w:jc w:val="right"/>
      </w:pPr>
      <w:r>
        <w:t>تو اس کا حدیث کا مطلب یہی ہے کہ چھوٹے چھوٹے واقعات پر شکر کرنا سیکھو، تب جا کر کے تم بڑا شکر کرنے والے بنو گے۔</w:t>
      </w:r>
    </w:p>
    <w:p>
      <w:r>
        <w:rPr>
          <w:b/>
        </w:rPr>
        <w:t xml:space="preserve">[11:34] </w:t>
      </w:r>
      <w:r>
        <w:t>agar intezar karo ke koi bara sa waqia tumhare paas ho jaye, koi koi roz roz rice car la ke de de, koi muft mein, tab shukr karoge to to aisa kabhi kabhi hoga nahi aur tum bara shukr bhi nahi karoge.</w:t>
      </w:r>
    </w:p>
    <w:p>
      <w:pPr>
        <w:jc w:val="right"/>
      </w:pPr>
      <w:r>
        <w:t>اگر انتظار کرو کہ کوئی بڑا سا واقعہ تمہارے پاس ہو جائے، کوئی کوئی روز روز رائس کار لا کے دے دے، کوئی مفت میں، تب شکر کرو گے تو تو ایسا کبھی کبھی ہوگا نہیں اور تم بڑا شکر بھی نہیں کرو گے۔</w:t>
      </w:r>
    </w:p>
    <w:p>
      <w:r>
        <w:rPr>
          <w:b/>
        </w:rPr>
        <w:t xml:space="preserve">[11:46] </w:t>
      </w:r>
      <w:r>
        <w:t>shukr ki file jo hai us ke bare mein bata dijiye.</w:t>
      </w:r>
    </w:p>
    <w:p>
      <w:pPr>
        <w:jc w:val="right"/>
      </w:pPr>
      <w:r>
        <w:t>شکر کی فائل جو ہے اس کے بارے میں بتا دیجیے۔</w:t>
      </w:r>
    </w:p>
    <w:p>
      <w:r>
        <w:rPr>
          <w:b/>
        </w:rPr>
        <w:t xml:space="preserve">[11:56] </w:t>
      </w:r>
      <w:r>
        <w:t>yeh bhi lamba ho jayega. doosra lijiye. un ka ek aur sawal hai, unhone likha hai: "ek sahab se baat hui, unhone bataya ke main ne Maulana Wahiduddin Khan sahib ki books English mein padhi hain.</w:t>
      </w:r>
    </w:p>
    <w:p>
      <w:pPr>
        <w:jc w:val="right"/>
      </w:pPr>
      <w:r>
        <w:t>یہ بھی لمبا ہو جائے گا۔ دوسرا لیجیے۔ ان کا ایک اور سوال ہے، انہوں نے لکھا ہے: "ایک صاحب سے بات ہوئی، انہوں نے بتایا کہ میں نے مولانا وحید الدین خان صاحب کی books انگلش میں پڑھی ہیں۔</w:t>
      </w:r>
    </w:p>
    <w:p>
      <w:r>
        <w:rPr>
          <w:b/>
        </w:rPr>
        <w:t xml:space="preserve">[12:11] </w:t>
      </w:r>
      <w:r>
        <w:t>is ke ilawa mein Maulana ke lectures sunta hoon. unhon ne kaha ke mein al-risala nahi parhta kyun ke al-risala ki sab baatein Maulana ki English books mein aur Maulana ke lectures mein aa gayi hain.</w:t>
      </w:r>
    </w:p>
    <w:p>
      <w:pPr>
        <w:jc w:val="right"/>
      </w:pPr>
      <w:r>
        <w:t>اس کے علاوہ میں مولانا کے lectures سنتا ہوں۔ انہوں نے کہا کہ میں الرسالہ نہیں پڑھتا کیونکہ الرسالہ کی سب باتیں مولانا کی انگلش books میں اور مولانا کے lectures میں آ گئی ہیں۔</w:t>
      </w:r>
    </w:p>
    <w:p>
      <w:r>
        <w:rPr>
          <w:b/>
        </w:rPr>
        <w:t xml:space="preserve">[12:25] </w:t>
      </w:r>
      <w:r>
        <w:t>Maulana, mera sawal yeh hai ke kya yeh baat sahi hai? aap ke mission ko janne ke liye al-risala ki ahmiyat kya hai?"</w:t>
      </w:r>
    </w:p>
    <w:p>
      <w:pPr>
        <w:jc w:val="right"/>
      </w:pPr>
      <w:r>
        <w:t>مولانا، میرا سوال یہ ہے کہ کیا یہ بات صحیح ہے؟ آپ کے mission کو جاننے کے لیے الرسالہ کی اہمیت کیا ہے؟"</w:t>
      </w:r>
    </w:p>
    <w:p>
      <w:r>
        <w:rPr>
          <w:b/>
        </w:rPr>
        <w:t xml:space="preserve">[12:35] </w:t>
      </w:r>
      <w:r>
        <w:t>baghair parhe bhi keh jaaliye, unhon ne keh aa gayi hain. aap ghor kijiye, to khud hi is ko woh kar rahe hain. khud hi is ko refute kar rahe hain.</w:t>
      </w:r>
    </w:p>
    <w:p>
      <w:pPr>
        <w:jc w:val="right"/>
      </w:pPr>
      <w:r>
        <w:t>بغیر پڑھے بھی کہہ جالیے، انہوں نے کہ آ گئی ہیں۔ آپ غور کیجیے، تو خود ہی اس کو وہ کر رہے ہیں۔ خود ہی اس کو refute کر رہے ہیں۔</w:t>
      </w:r>
    </w:p>
    <w:p>
      <w:r>
        <w:rPr>
          <w:b/>
        </w:rPr>
        <w:t xml:space="preserve">[12:49] </w:t>
      </w:r>
      <w:r>
        <w:t>yeh to ek koi ilmi statement nahi hai yeh.</w:t>
      </w:r>
    </w:p>
    <w:p>
      <w:pPr>
        <w:jc w:val="right"/>
      </w:pPr>
      <w:r>
        <w:t>یہ تو ایک کوئی علمی statement نہیں ہے یہ۔</w:t>
      </w:r>
    </w:p>
    <w:p>
      <w:r>
        <w:rPr>
          <w:b/>
        </w:rPr>
        <w:t xml:space="preserve">[12:54] </w:t>
      </w:r>
      <w:r>
        <w:t>bhai, aap sari risala parhe hotay hain aap aur kehte hain ke mein risala parha hai, kitabein parhi hain, tab keh sakte thay ke aap sab is mein aa gayi hain. yeh to bilkul ek ghair ilmi baat hai.</w:t>
      </w:r>
    </w:p>
    <w:p>
      <w:pPr>
        <w:jc w:val="right"/>
      </w:pPr>
      <w:r>
        <w:t>بھئی، آپ ساری رسالہ پڑھے ہوتے ہیں آپ اور کہتے ہیں کہ میں رسالہ پڑھا ہے، کتابیں پڑھی ہیں، تب کہہ سکتے تھے کہ آپ سب اس میں آ گئی ہیں۔ یہ تو بالکل ایک غیر علمی بات ہے۔</w:t>
      </w:r>
    </w:p>
    <w:p>
      <w:r>
        <w:rPr>
          <w:b/>
        </w:rPr>
        <w:t xml:space="preserve">[13:07] </w:t>
      </w:r>
      <w:r>
        <w:t>bohat si baatein hain jo abhi risale mein hain aur kitabon mein nahi aayi hain.</w:t>
      </w:r>
    </w:p>
    <w:p>
      <w:pPr>
        <w:jc w:val="right"/>
      </w:pPr>
      <w:r>
        <w:t>بہت سی باتیں ہیں جو ابھی رسالے میں ہیں اور کتابوں میں نہیں آئی ہیں۔</w:t>
      </w:r>
    </w:p>
    <w:p>
      <w:r>
        <w:rPr>
          <w:b/>
        </w:rPr>
        <w:t xml:space="preserve">[13:13] </w:t>
      </w:r>
      <w:r>
        <w:t>yeh to galat baat hai. abhi mere paas jild hua hai wahan se haiderabad se ek sahib ka. un ko risala ek jilden mil gayi.</w:t>
      </w:r>
    </w:p>
    <w:p>
      <w:pPr>
        <w:jc w:val="right"/>
      </w:pPr>
      <w:r>
        <w:t>یہ تو غلط بات ہے۔ ابھی میرے پاس جلد ہوا ہے وہاں سے حیدرآباد سے ایک صاحب کا۔ ان کو رسالہ ایک جلدیں مل گئیں۔</w:t>
      </w:r>
    </w:p>
    <w:p>
      <w:r>
        <w:rPr>
          <w:b/>
        </w:rPr>
        <w:t xml:space="preserve">[13:22] </w:t>
      </w:r>
      <w:r>
        <w:t>to kitab parh chuke thay pehle woh. ab risale ki jilden parh rahe hain woh shuru se ab tak. kahin to unhon ne kaha ke bohat si baatein aisi hain jo kitabon mein nahi aayi hain aur risale mein maujood hain.</w:t>
      </w:r>
    </w:p>
    <w:p>
      <w:pPr>
        <w:jc w:val="right"/>
      </w:pPr>
      <w:r>
        <w:t>تو کتاب پڑھ چکے تھے پہلے وہ۔ اب رسالے کی جلدیں پڑھ رہے ہیں وہ شروع سے اب تک۔ کہیں تو انہوں نے کہا کہ بہت سی باتیں ایسی ہیں جو کتابوں میں نہیں آئیں اور رسالے میں موجود ہیں۔</w:t>
      </w:r>
    </w:p>
    <w:p>
      <w:r>
        <w:rPr>
          <w:b/>
        </w:rPr>
        <w:t xml:space="preserve">[13:34] </w:t>
      </w:r>
      <w:r>
        <w:t>yeh to yeh to aisi baat hai jo is ka koi talluq nahi hai ilm se. yeh to ek daawa hai, ek claim hai sirf. to mein samajhta hoon ke risala parhna zaroori hai.</w:t>
      </w:r>
    </w:p>
    <w:p>
      <w:pPr>
        <w:jc w:val="right"/>
      </w:pPr>
      <w:r>
        <w:t>یہ تو یہ تو ایسی بات ہے جو اس کا کوئی تعلق نہیں ہے علم سے۔ یہ تو ایک دعویٰ ہے، ایک claim ہے صرف۔ تو میں سمجھتا ہوں کہ رسالہ پڑھنا ضروری ہے۔</w:t>
      </w:r>
    </w:p>
    <w:p>
      <w:r>
        <w:rPr>
          <w:b/>
        </w:rPr>
        <w:t xml:space="preserve">[13:46] </w:t>
      </w:r>
      <w:r>
        <w:t>kitabein parhna, dono parhna zaroori hai. kitabein bhi, risala bhi. dono parhna, bar bar parhna zaroori hai. dekhiye, yaad rakhiye, bar bar parhna bohat zaroori hai.</w:t>
      </w:r>
    </w:p>
    <w:p>
      <w:pPr>
        <w:jc w:val="right"/>
      </w:pPr>
      <w:r>
        <w:t>کتابیں پڑھنا، دونوں پڑھنا ضروری ہے۔ کتابیں بھی، رسالہ بھی۔ دونوں پڑھنا، بار بار پڑھنا ضروری ہے۔ دیکھیے، یاد رکھیے، بار بار پڑھنا بہت ضروری ہے۔</w:t>
      </w:r>
    </w:p>
    <w:p>
      <w:r>
        <w:rPr>
          <w:b/>
        </w:rPr>
        <w:t xml:space="preserve">[13:57] </w:t>
      </w:r>
      <w:r>
        <w:t>yeh log kehte hain ke repeatition, mein bataoon ke woh bilkul ghair ilmi zehan hai un ka. scientific zehan nahi hai un ka. sirf ghair scientific zehan hi bol sakta hai sab repeatition.</w:t>
      </w:r>
    </w:p>
    <w:p>
      <w:pPr>
        <w:jc w:val="right"/>
      </w:pPr>
      <w:r>
        <w:t>یہ لوگ کہتے ہیں کہ repeatition، میں بتاؤں کہ وہ بالکل غیر علمی ذہن ہے ان کا۔ سائنٹیفک ذہن نہیں ہے ان کا۔ صرف غیر سائنٹیفک ذہن ہی بول سکتا ہے سب repeatition۔</w:t>
      </w:r>
    </w:p>
    <w:p>
      <w:r>
        <w:rPr>
          <w:b/>
        </w:rPr>
        <w:t xml:space="preserve">[14:06] </w:t>
      </w:r>
      <w:r>
        <w:t>Repeatition is nothing. koi ek baat kabhi repeat nahi hoti. yaad rakhiye, har baat chahe woh is ke</w:t>
      </w:r>
    </w:p>
    <w:p>
      <w:pPr>
        <w:jc w:val="right"/>
      </w:pPr>
      <w:r>
        <w:t>Repeatition is nothing۔ کوئی ایک بات کبھی repeat نہیں ہوتی۔ یاد رکھیے، ہر بات چاہے وہ اس کے</w:t>
      </w:r>
    </w:p>
    <w:p>
      <w:r>
        <w:rPr>
          <w:b/>
        </w:rPr>
        <w:t xml:space="preserve">[14:16] </w:t>
      </w:r>
      <w:r>
        <w:t>is ke kuch milti julti ho, lekin har baat is pe ek naya pehlu hota hai. koi baat wohi wohi repeat nahi hoti. jab insan jab bolta hai to repeat nahi karta woh.</w:t>
      </w:r>
    </w:p>
    <w:p>
      <w:pPr>
        <w:jc w:val="right"/>
      </w:pPr>
      <w:r>
        <w:t>اس کے کچھ ملتی جلتی ہو، لیکن ہر بات اس پہ ایک نیا پہلو ہوتا ہے۔ کوئی بات وہی وہی repeat نہیں ہوتی۔ جب انسان جب بولتا ہے تو repeat نہیں کرتا وہ۔</w:t>
      </w:r>
    </w:p>
    <w:p>
      <w:r>
        <w:rPr>
          <w:b/>
        </w:rPr>
        <w:t xml:space="preserve">[14:28] </w:t>
      </w:r>
      <w:r>
        <w:t>Repeat karta hai, yani woh cassette. Cassette jo hai wohi koi repeat karega. insan jab boleg to wohi koi nahi repeat karega.</w:t>
      </w:r>
    </w:p>
    <w:p>
      <w:pPr>
        <w:jc w:val="right"/>
      </w:pPr>
      <w:r>
        <w:t>Repeat کرتا ہے، یعنی وہ cassette۔ Cassette جو ہے وہی کوئی repeat کرے گا۔ انسان جب بولے گا تو وہی کوئی نہیں repeat کرے گا۔</w:t>
      </w:r>
    </w:p>
    <w:p>
      <w:r>
        <w:rPr>
          <w:b/>
        </w:rPr>
        <w:t xml:space="preserve">[14:37] </w:t>
      </w:r>
      <w:r>
        <w:t>is mein kuch aur baat hai, kuch aur baat hai, kuch aur baatein aa jayengi.</w:t>
      </w:r>
    </w:p>
    <w:p>
      <w:pPr>
        <w:jc w:val="right"/>
      </w:pPr>
      <w:r>
        <w:t>اس میں کچھ اور بات ہے، کچھ اور بات ہے، کچھ اور باتیں آ جائیں گی۔</w:t>
      </w:r>
    </w:p>
    <w:p>
      <w:r>
        <w:rPr>
          <w:b/>
        </w:rPr>
        <w:t xml:space="preserve">[14:42] </w:t>
      </w:r>
      <w:r>
        <w:t>is wajah se yeh sab baatein bilkul baseless hain. logon ko parhna chahiye kitab bhi aur aur aur risala bhi, dono parhna chahiye. bar bar parhna chahiye.</w:t>
      </w:r>
    </w:p>
    <w:p>
      <w:pPr>
        <w:jc w:val="right"/>
      </w:pPr>
      <w:r>
        <w:t>اس وجہ سے یہ سب باتیں بالکل بیسلیس ہیں۔ لوگوں کو پڑھنا چاہیے کتاب بھی اور اور اور رسالہ بھی، دونوں پڑھنا چاہیے۔ بار بار پڑھنا چاہیے۔</w:t>
      </w:r>
    </w:p>
    <w:p>
      <w:r>
        <w:rPr>
          <w:b/>
        </w:rPr>
        <w:t xml:space="preserve">[14:52] </w:t>
      </w:r>
      <w:r>
        <w:t>Mr. Niaz Ahmed Baani ne Kashmir se likha hai: "Islam ke mutabiq musalman ke liye jihad kab zaroori ho jata hai?</w:t>
      </w:r>
    </w:p>
    <w:p>
      <w:pPr>
        <w:jc w:val="right"/>
      </w:pPr>
      <w:r>
        <w:t>مسٹر نیاز احمد بانی نے کشمیر سے لکھا ہے: "اسلام کے مطابق مسلمان کے لیے جہاد کب ضروری ہو جاتا ہے؟</w:t>
      </w:r>
    </w:p>
    <w:p>
      <w:r>
        <w:rPr>
          <w:b/>
        </w:rPr>
        <w:t xml:space="preserve">[15:03] </w:t>
      </w:r>
      <w:r>
        <w:t>agar is ki jaan aur izzat khatre mein pad jaye, tab bhi woh khamoshi ikhtiyar kare? aisi halat mein deen ki hifazat kaise hogi?"</w:t>
      </w:r>
    </w:p>
    <w:p>
      <w:pPr>
        <w:jc w:val="right"/>
      </w:pPr>
      <w:r>
        <w:t>اگر اس کی جان اور عزت خطرے میں پڑ جائے، تب بھی وہ خاموشی اختیار کرے؟ ایسی حالت میں دین کی حفاظت کیسے ہوگی؟"</w:t>
      </w:r>
    </w:p>
    <w:p>
      <w:r>
        <w:rPr>
          <w:b/>
        </w:rPr>
        <w:t xml:space="preserve">[15:13] </w:t>
      </w:r>
      <w:r>
        <w:t>yeh sab farzi baatein hain. kisi ki jaan khatre mein nahi hai. yeh to sirf aap walay mujhe maal ki politics chalate hain, musalman kehte hain jaan khatre mein hai.</w:t>
      </w:r>
    </w:p>
    <w:p>
      <w:pPr>
        <w:jc w:val="right"/>
      </w:pPr>
      <w:r>
        <w:t>یہ سب فرضی باتیں ہیں۔ کسی کی جان خطرے میں نہیں ہے۔ یہ تو صرف آپ والے مجھے مال کی politics چلاتے ہیں، مسلمان کہتے ہیں جان خطرے میں ہے۔</w:t>
      </w:r>
    </w:p>
    <w:p>
      <w:r>
        <w:rPr>
          <w:b/>
        </w:rPr>
        <w:t xml:space="preserve">[15:22] </w:t>
      </w:r>
      <w:r>
        <w:t>koi ek musalman aisa nahi hai jo sach much jis ki jaan khatre mein padi ho. yeh aap walay mujhe maal ki politics hai.</w:t>
      </w:r>
    </w:p>
    <w:p>
      <w:pPr>
        <w:jc w:val="right"/>
      </w:pPr>
      <w:r>
        <w:t>کوئی ایک مسلمان ایسا نہیں ہے جو سچ مچ جس کی جان خطرے میں پڑی ہو۔ یہ آپ والے مجھے مال کی politics ہے۔</w:t>
      </w:r>
    </w:p>
    <w:p>
      <w:r>
        <w:rPr>
          <w:b/>
        </w:rPr>
        <w:t xml:space="preserve">[15:31] </w:t>
      </w:r>
      <w:r>
        <w:t>bilkul yeh sara jo ho raha hai jihad ke naam par sab bilkul lagho hai, baseless hai. yeh jihad nahi hai. doosri baat yeh hai ke war ya qital jo hai Islam mein, woh aam logon ka kaam nahi hai.</w:t>
      </w:r>
    </w:p>
    <w:p>
      <w:pPr>
        <w:jc w:val="right"/>
      </w:pPr>
      <w:r>
        <w:t>بالکل یہ سارا جو ہو رہا ہے جہاد کے نام پر سب بالکل لغو ہے، بیسلیس ہے۔ یہ جہاد نہیں ہے۔ دوسری بات یہ ہے کہ وار یا قتال جو ہے اسلام میں، وہ عام لوگوں کا کام نہیں ہے۔</w:t>
      </w:r>
    </w:p>
    <w:p>
      <w:r>
        <w:rPr>
          <w:b/>
        </w:rPr>
        <w:t xml:space="preserve">[15:43] </w:t>
      </w:r>
      <w:r>
        <w:t>woh sirf state ka kaam hai, state ka. woh bhi jab koi attack kare, jo kehte hain defensive war.</w:t>
      </w:r>
    </w:p>
    <w:p>
      <w:pPr>
        <w:jc w:val="right"/>
      </w:pPr>
      <w:r>
        <w:t>وہ صرف state کا کام ہے، state کا۔ وہ بھی جب کوئی attack کرے، جو کہتے ہیں defensive war۔</w:t>
      </w:r>
    </w:p>
    <w:p>
      <w:r>
        <w:rPr>
          <w:b/>
        </w:rPr>
        <w:t xml:space="preserve">[15:51] </w:t>
      </w:r>
      <w:r>
        <w:t>Defensive war state ke zariye se jo ho, wohi Islam mein genuine war hai. bahar koi war nahi hai. aur yeh jo keh rahe hain ke kisi ka woh to woh bilkul farzi baat hai.</w:t>
      </w:r>
    </w:p>
    <w:p>
      <w:pPr>
        <w:jc w:val="right"/>
      </w:pPr>
      <w:r>
        <w:t>Defensive war state کے ذریعے سے جو ہو، وہی اسلام میں genuine war ہے۔ باہر کوئی وار نہیں ہے۔ اور یہ جو کہہ رہے ہیں کہ کسی کا وہ تو وہ بالکل فرضی بات ہے۔</w:t>
      </w:r>
    </w:p>
    <w:p>
      <w:r>
        <w:rPr>
          <w:b/>
        </w:rPr>
        <w:t xml:space="preserve">[16:02] </w:t>
      </w:r>
      <w:r>
        <w:t>koi misaal batayein woh ke khwam khwah hi kisi ko agar aap marne laga koi aadmi. koi misaal batayein woh. yeh sarta sar farzi baat hai.</w:t>
      </w:r>
    </w:p>
    <w:p>
      <w:pPr>
        <w:jc w:val="right"/>
      </w:pPr>
      <w:r>
        <w:t>کوئی مثال بتائیں وہ کہ خوامخواہ ہی کسی کو اگر آپ مارنے لگا کوئی آدمی۔ کوئی مثال بتائیں وہ۔ یہ سرتا سر فرضی بات ہے۔</w:t>
      </w:r>
    </w:p>
    <w:p>
      <w:r>
        <w:rPr>
          <w:b/>
        </w:rPr>
        <w:t xml:space="preserve">[16:12] </w:t>
      </w:r>
      <w:r>
        <w:t>yeh bilashuba aap walay mujhe maar ka maamla hai. yeh kisi ko chedna, aap kisi ko pathar marenge to goli marega. to aap kahenge dekho bhai mujhe qatal kar diya.</w:t>
      </w:r>
    </w:p>
    <w:p>
      <w:pPr>
        <w:jc w:val="right"/>
      </w:pPr>
      <w:r>
        <w:t>یہ بلاشبہ آپ والے مجھے مار کا معاملہ ہے۔ یہ کسی کو چھیڑنا، آپ کسی کو پتھر ماریں گے تو گولی مارے گا۔ تو آپ کہیں گے دیکھو بھئی مجھے قتل کر دیا۔</w:t>
      </w:r>
    </w:p>
    <w:p>
      <w:r>
        <w:rPr>
          <w:b/>
        </w:rPr>
        <w:t xml:space="preserve">[16:22] </w:t>
      </w:r>
      <w:r>
        <w:t>bhai aap pathar kyon mara aap ne? pathar kyon mara aap ne? aap pathar maren ge to woh goli mare ga.</w:t>
      </w:r>
    </w:p>
    <w:p>
      <w:pPr>
        <w:jc w:val="right"/>
      </w:pPr>
      <w:r>
        <w:t>بھئی آپ پتھر کیوں مارا آپ نے؟ پتھر کیوں مارا آپ نے؟ آپ پتھر ماریں گے تو وہ گولی مارے گا۔</w:t>
      </w:r>
    </w:p>
    <w:p>
      <w:r>
        <w:rPr>
          <w:b/>
        </w:rPr>
        <w:t xml:space="preserve">[16:30] </w:t>
      </w:r>
      <w:r>
        <w:t>ab woh goli mare ga to woh bam mare ga. to yeh bilkul bilashuba mein keh sakta hoon ke yeh sab aap wale mujhe mar ke sath deta hai.</w:t>
      </w:r>
    </w:p>
    <w:p>
      <w:pPr>
        <w:jc w:val="right"/>
      </w:pPr>
      <w:r>
        <w:t>اب وہ گولی مارے گا تو وہ بم مارے گا۔ تو یہ بالکل بلاشبہ میں کہہ سکتا ہوں کہ یہ سب آپ والے مجھے مار کے ساتھ دیتا ہے۔</w:t>
      </w:r>
    </w:p>
    <w:p>
      <w:r>
        <w:rPr>
          <w:b/>
        </w:rPr>
        <w:t xml:space="preserve">[16:40] </w:t>
      </w:r>
      <w:r>
        <w:t>is ka koi talluq jihad se nahi hai.</w:t>
      </w:r>
    </w:p>
    <w:p>
      <w:pPr>
        <w:jc w:val="right"/>
      </w:pPr>
      <w:r>
        <w:t>اس کا کوئی تعلق جہاد سے نہیں ہے۔</w:t>
      </w:r>
    </w:p>
    <w:p>
      <w:r>
        <w:rPr>
          <w:b/>
        </w:rPr>
        <w:t xml:space="preserve">[16:44] </w:t>
      </w:r>
      <w:r>
        <w:t>doctor farina khanum ne dili se likha hai: "last friday muslims in large numbers force their entry into the complex where the mosque was demolished because it was built on dda land.</w:t>
      </w:r>
    </w:p>
    <w:p>
      <w:pPr>
        <w:jc w:val="right"/>
      </w:pPr>
      <w:r>
        <w:t>ڈاکٹر فرینا خانم نے دلی سے لکھا ہے: "لاسٹ فرائیڈے مسلمز ان لارج نمبرز فورس دیر انٹری انٹو دا کمپلیکس ویر دی مسک واز ڈیمولشڈ بیکاز اٹ واز بلٹ ان ڈی ڈی اے لینڈ۔</w:t>
      </w:r>
    </w:p>
    <w:p>
      <w:r>
        <w:rPr>
          <w:b/>
        </w:rPr>
        <w:t xml:space="preserve">[17:01] </w:t>
      </w:r>
      <w:r>
        <w:t>while some muslims prayed, there were others who began building the mosque. why do muslims show this kind of behaviour?</w:t>
      </w:r>
    </w:p>
    <w:p>
      <w:pPr>
        <w:jc w:val="right"/>
      </w:pPr>
      <w:r>
        <w:t>وائل سم مسلمز پریڈ، دیر وار ادرز ہو بیگن بلڈنگ دا مسک۔ وائی ڈو مسلمز شو دس کائنڈ اف بیہیویئر؟</w:t>
      </w:r>
    </w:p>
    <w:p>
      <w:r>
        <w:rPr>
          <w:b/>
        </w:rPr>
        <w:t xml:space="preserve">[17:11] </w:t>
      </w:r>
      <w:r>
        <w:t>for them mosque has become their identity, their supreme concern, their pride. it seems their feelings and sentiments are associated with such buildings rather than with the god.</w:t>
      </w:r>
    </w:p>
    <w:p>
      <w:pPr>
        <w:jc w:val="right"/>
      </w:pPr>
      <w:r>
        <w:t>فار دیم مسجد ہیز بیکم دیر آئیڈینٹی، دیر سپریم کنسرن، دیر پرائیڈ۔ اٹ سیمز دیر فیلنگز اینڈ سینٹیمنٹس آر ایسوسیٹڈ ود سچ بلڈنگز رادر دین ود دا گاڈ۔</w:t>
      </w:r>
    </w:p>
    <w:p>
      <w:r>
        <w:rPr>
          <w:b/>
        </w:rPr>
        <w:t xml:space="preserve">[17:26] </w:t>
      </w:r>
      <w:r>
        <w:t>kindly explain this."</w:t>
      </w:r>
    </w:p>
    <w:p>
      <w:pPr>
        <w:jc w:val="right"/>
      </w:pPr>
      <w:r>
        <w:t>کائنڈلی ایکسپلین دس۔"</w:t>
      </w:r>
    </w:p>
    <w:p>
      <w:r>
        <w:rPr>
          <w:b/>
        </w:rPr>
        <w:t xml:space="preserve">[17:28] </w:t>
      </w:r>
      <w:r>
        <w:t>mein to samajhta hoon yahi baat hai. koi billiyon ko pooj rahe hain log. khuda ko poojne wala koi nahi hai. to billiyon se apni pride jor rakhi hai, billiyon se apna izzat jor rakhi hai.</w:t>
      </w:r>
    </w:p>
    <w:p>
      <w:pPr>
        <w:jc w:val="right"/>
      </w:pPr>
      <w:r>
        <w:t>میں تو سمجھتا ہوں یہی بات ہے۔ کوئی بلیوں کو پوج رہے ہیں لوگ۔ خدا کو پوجنے والا کوئی نہیں ہے۔ تو بلیوں سے اپنی پرائیڈ جوڑ رکھی ہے، بلیوں سے اپنا عزت جوڑ رکھی ہے۔</w:t>
      </w:r>
    </w:p>
    <w:p>
      <w:r>
        <w:rPr>
          <w:b/>
        </w:rPr>
        <w:t xml:space="preserve">[17:40] </w:t>
      </w:r>
      <w:r>
        <w:t>billiyon se unhon ne apna fakhr jor rakha hai. khuda kisi ko pata hi nahi hai.</w:t>
      </w:r>
    </w:p>
    <w:p>
      <w:pPr>
        <w:jc w:val="right"/>
      </w:pPr>
      <w:r>
        <w:t>بلیوں سے انہوں نے اپنا فخر جوڑ رکھا ہے۔ خدا کسی کو پتہ ہی نہیں ہے۔</w:t>
      </w:r>
    </w:p>
    <w:p>
      <w:r>
        <w:rPr>
          <w:b/>
        </w:rPr>
        <w:t xml:space="preserve">[17:48] </w:t>
      </w:r>
      <w:r>
        <w:t>to mein to yeh sab siyasat samajhta hoon, is ko leadership samajhta hoon, is ko is ka talluq islam se nahi hai. aaj kal masjid se yeh sari chal rahi hai. masjid activism.</w:t>
      </w:r>
    </w:p>
    <w:p>
      <w:pPr>
        <w:jc w:val="right"/>
      </w:pPr>
      <w:r>
        <w:t>تو میں تو یہ سب سیاست سمجھتا ہوں، اس کو لیڈری سمجھتا ہوں، اس کو اس کا تعلق اسلام سے نہیں ہے۔ آج کل مسجد سے یہ ساری چل رہی ہے۔ مسجد ایکٹیوزم۔</w:t>
      </w:r>
    </w:p>
    <w:p>
      <w:r>
        <w:rPr>
          <w:b/>
        </w:rPr>
        <w:t xml:space="preserve">[17:58] </w:t>
      </w:r>
      <w:r>
        <w:t>is se pehle musalman fatwa activism chalate thay. ab chala rakha unhon ne masjid activism. isi bahane logon ki leaderiyan hoti hain. akhbaron mein chhapta hai, media mein aata hai.</w:t>
      </w:r>
    </w:p>
    <w:p>
      <w:pPr>
        <w:jc w:val="right"/>
      </w:pPr>
      <w:r>
        <w:t>اس سے پہلے مسلمان فتویٰ ایکٹیوزم چلاتے تھے۔ اب چلا رکھا انہوں نے مسجد ایکٹیوزم۔ اسی بہانے لوگوں کی لیڈریاں ہوتی ہیں۔ اخباروں میں چھپتا ہے، میڈیا میں آتا ہے۔</w:t>
      </w:r>
    </w:p>
    <w:p>
      <w:r>
        <w:rPr>
          <w:b/>
        </w:rPr>
        <w:t xml:space="preserve">[18:10] </w:t>
      </w:r>
      <w:r>
        <w:t>na kisi ke andar humdardi hai, na kisi ke andar khauf khuda hai, na kisi ke andar koi ibadat ka jazba hai.</w:t>
      </w:r>
    </w:p>
    <w:p>
      <w:pPr>
        <w:jc w:val="right"/>
      </w:pPr>
      <w:r>
        <w:t>نہ کسی کے اندر ہمدردی ہے، نہ کسی کے اندر خوف خدا ہے، نہ کسی کے اندر کوئی عبادت کا جذبہ ہے۔</w:t>
      </w:r>
    </w:p>
    <w:p>
      <w:r>
        <w:rPr>
          <w:b/>
        </w:rPr>
        <w:t xml:space="preserve">[18:21] </w:t>
      </w:r>
      <w:r>
        <w:t>to behal mein is ko islam nahi samajhta, is ko mein leadership samajhta hoon, qiyadat.</w:t>
      </w:r>
    </w:p>
    <w:p>
      <w:pPr>
        <w:jc w:val="right"/>
      </w:pPr>
      <w:r>
        <w:t>تو بہرحال میں اس کو اسلام نہیں سمجھتا، اس کو میں لیڈری سمجھتا ہوں، قیادت۔</w:t>
      </w:r>
    </w:p>
    <w:p>
      <w:r>
        <w:rPr>
          <w:b/>
        </w:rPr>
        <w:t xml:space="preserve">[18:34] </w:t>
      </w:r>
      <w:r>
        <w:t>maulana zakwan nadvi ne dili se likha hai: "hadith mein bar bar bataya gaya hai ke baad ke zamanay ke musalman pichlay degenerated mahood ki tarah ho jayen gay.</w:t>
      </w:r>
    </w:p>
    <w:p>
      <w:pPr>
        <w:jc w:val="right"/>
      </w:pPr>
      <w:r>
        <w:t>مولانا زکوان ندوی نے دلی سے لکھا ہے: "حدیث میں بار بار بتایا گیا ہے کہ بعد کے زمانے کے مسلمان پچھلے ڈی جنریٹڈ مہود کی طرح ہو جائیں گے۔</w:t>
      </w:r>
    </w:p>
    <w:p>
      <w:r>
        <w:rPr>
          <w:b/>
        </w:rPr>
        <w:t xml:space="preserve">[18:47] </w:t>
      </w:r>
      <w:r>
        <w:t>is ke mutabiq mera ehsas hai ke jo aadmi maujooda zamanay ke musalmanon ki is haysiyat ko discover kar sake, wohi aadmi mahdi aur masih ke role ko discover kar sake ga.</w:t>
      </w:r>
    </w:p>
    <w:p>
      <w:pPr>
        <w:jc w:val="right"/>
      </w:pPr>
      <w:r>
        <w:t>اس کے مطابق میرا احساس ہے کہ جو آدمی موجودہ زمانے کے مسلمانوں کی اس حیثیت کو ڈسکور کر سکے، وہی آدمی مہدی اور مسیح کے رول کو ڈسکور کر سکے گا۔</w:t>
      </w:r>
    </w:p>
    <w:p>
      <w:r>
        <w:rPr>
          <w:b/>
        </w:rPr>
        <w:t xml:space="preserve">[19:01] </w:t>
      </w:r>
      <w:r>
        <w:t>is ke baray mein aap batayen."</w:t>
      </w:r>
    </w:p>
    <w:p>
      <w:pPr>
        <w:jc w:val="right"/>
      </w:pPr>
      <w:r>
        <w:t>اس کے بارے میں آپ بتائیں۔"</w:t>
      </w:r>
    </w:p>
    <w:p>
      <w:r>
        <w:rPr>
          <w:b/>
        </w:rPr>
        <w:t xml:space="preserve">[19:04] </w:t>
      </w:r>
      <w:r>
        <w:t>dekhiye, mahdi aur masih ke baray mein jo kuch mere khayal hai, woh mein ne likh chuka hoon, tafseel ke sath.</w:t>
      </w:r>
    </w:p>
    <w:p>
      <w:pPr>
        <w:jc w:val="right"/>
      </w:pPr>
      <w:r>
        <w:t>دیکھیے، مہدی اور مسیح کے بارے میں جو کچھ میرے خیال ہے، وہ میں نے لکھ چکا ہوں، تفصیل کے ساتھ۔</w:t>
      </w:r>
    </w:p>
    <w:p>
      <w:r>
        <w:rPr>
          <w:b/>
        </w:rPr>
        <w:t xml:space="preserve">[19:14] </w:t>
      </w:r>
      <w:r>
        <w:t>jis ko janna hai, meri rai is baray mein woh parh le. baqi yahan is par koi tafseeli guftagu ki zaroorat nahi hai. bohat tafseel ke sath risala mein kai article aa chukay hain.</w:t>
      </w:r>
    </w:p>
    <w:p>
      <w:pPr>
        <w:jc w:val="right"/>
      </w:pPr>
      <w:r>
        <w:t>جس کو جاننا ہے، میری رائے اس بارے میں وہ پڑھ لے۔ باقی یہاں اس پر کوئی تفصیلی گفتگو کی ضرورت نہیں ہے۔ بہت تفصیل کے ساتھ رسالہ میں کئی آرٹیکل آ چکے ہیں۔</w:t>
      </w:r>
    </w:p>
    <w:p>
      <w:r>
        <w:rPr>
          <w:b/>
        </w:rPr>
        <w:t xml:space="preserve">[19:29] </w:t>
      </w:r>
      <w:r>
        <w:t>maulana, unhon ne ek aur sawal likha hai. unhon ne is mein likha hai ke dili mein mission ke kuch sathiyon se baat hui.</w:t>
      </w:r>
    </w:p>
    <w:p>
      <w:pPr>
        <w:jc w:val="right"/>
      </w:pPr>
      <w:r>
        <w:t>مولانا، انہوں نے ایک اور سوال لکھا ہے۔ انہوں نے اس میں لکھا ہے کہ دلی میں مشن کے کچھ ساتھیوں سے بات ہوئی۔</w:t>
      </w:r>
    </w:p>
    <w:p>
      <w:r>
        <w:rPr>
          <w:b/>
        </w:rPr>
        <w:t xml:space="preserve">[19:38] </w:t>
      </w:r>
      <w:r>
        <w:t>woh kuch din se cps ki sunday class mein nahi aa rahe thay. unhon ne bataya ke woh aaj kal net par sunday class ka lecture sun lete hain.</w:t>
      </w:r>
    </w:p>
    <w:p>
      <w:pPr>
        <w:jc w:val="right"/>
      </w:pPr>
      <w:r>
        <w:t>وہ کچھ دن سے سی پی ایس کی سنڈے کلاس میں نہیں آ رہے تھے۔ انہوں نے بتایا کہ وہ آج کل نیٹ پر سنڈے کلاس کا لیکچر سن لیتے ہیں۔</w:t>
      </w:r>
    </w:p>
    <w:p>
      <w:r>
        <w:rPr>
          <w:b/>
        </w:rPr>
        <w:t xml:space="preserve">[19:49] </w:t>
      </w:r>
      <w:r>
        <w:t>mein ne kaha ke jin logon ke liye sunday class mein aana mumkin hai, un ko net par lecture sunnay ki bajaye class mein aana zyada mufeed hai.</w:t>
      </w:r>
    </w:p>
    <w:p>
      <w:pPr>
        <w:jc w:val="right"/>
      </w:pPr>
      <w:r>
        <w:t>میں نے کہا کہ جن لوگوں کے لیے سنڈے کلاس میں آنا ممکن ہے، ان کو نیٹ پر لیکچر سننے کی بجائے کلاس میں آنا زیادہ مفید ہے۔</w:t>
      </w:r>
    </w:p>
    <w:p>
      <w:r>
        <w:rPr>
          <w:b/>
        </w:rPr>
        <w:t xml:space="preserve">[19:59] </w:t>
      </w:r>
      <w:r>
        <w:t>phir mein ne un ko tanha namaz aur ba-jamaat namaz ke reward ke beech farq wali hadith sunai.</w:t>
      </w:r>
    </w:p>
    <w:p>
      <w:pPr>
        <w:jc w:val="right"/>
      </w:pPr>
      <w:r>
        <w:t>پھر میں نے ان کو تنہا نماز اور باجماعت نماز کے ریوارڈ کے بیچ فرق والی حدیث سنائی۔</w:t>
      </w:r>
    </w:p>
    <w:p>
      <w:r>
        <w:rPr>
          <w:b/>
        </w:rPr>
        <w:t xml:space="preserve">[20:08] </w:t>
      </w:r>
      <w:r>
        <w:t>mein ne bataya ke reward ke farq ka yeh usool aik general usool hai. woh sirf namaz ke liye nahi, balkeh woh har ijtamai kaam ke liye hai.</w:t>
      </w:r>
    </w:p>
    <w:p>
      <w:pPr>
        <w:jc w:val="right"/>
      </w:pPr>
      <w:r>
        <w:t>میں نے بتایا کہ ریوارڈ کے فرق کا یہ اصول ایک جنرل اصول ہے۔ وہ صرف نماز کے لیے نہیں، بلکہ وہ ہر اجتماعی کام کے لیے ہے۔</w:t>
      </w:r>
    </w:p>
    <w:p>
      <w:r>
        <w:rPr>
          <w:b/>
        </w:rPr>
        <w:t xml:space="preserve">[20:20] </w:t>
      </w:r>
      <w:r>
        <w:t>maulana, kya yeh baat sahi hai?</w:t>
      </w:r>
    </w:p>
    <w:p>
      <w:pPr>
        <w:jc w:val="right"/>
      </w:pPr>
      <w:r>
        <w:t>مولانا، کیا یہ بات صحیح ہے؟</w:t>
      </w:r>
    </w:p>
    <w:p>
      <w:r>
        <w:rPr>
          <w:b/>
        </w:rPr>
        <w:t xml:space="preserve">[20:23] </w:t>
      </w:r>
      <w:r>
        <w:t>haan, bilkul sahi hai. aur hadith se sabit hota hai ke jahan kai log allah ka zikr karne ke liye ikhatta hotay hain, to wahan farishtay atay hain.</w:t>
      </w:r>
    </w:p>
    <w:p>
      <w:pPr>
        <w:jc w:val="right"/>
      </w:pPr>
      <w:r>
        <w:t>ہاں، بالکل صحیح ہے۔ اور حدیث سے ثابت ہوتا ہے کہ جہاں کئی لوگ اللہ کا ذکر کرنے کے لیے اکٹھا ہوتے ہیں، تو وہاں فرشتے آتے ہیں۔</w:t>
      </w:r>
    </w:p>
    <w:p>
      <w:r>
        <w:rPr>
          <w:b/>
        </w:rPr>
        <w:t xml:space="preserve">[20:36] </w:t>
      </w:r>
      <w:r>
        <w:t>to yahan par itnay sab log atay hain Allah ka zikr karne ke liye, Allah ki yaad ke liye, Allah ki baat ko seekhne ke liye. to bilashubah yahan farishtay atay hain.</w:t>
      </w:r>
    </w:p>
    <w:p>
      <w:pPr>
        <w:jc w:val="right"/>
      </w:pPr>
      <w:r>
        <w:t>تو یہاں پر اتنے سب لوگ آتے ہیں اللہ کا ذکر کرنے کے لیے، اللہ کی یاد کے لیے، اللہ کی بات کو سیکھنے کے لیے۔ تو بلاشبہ یہاں فرشتے آتے ہیں۔</w:t>
      </w:r>
    </w:p>
    <w:p>
      <w:r>
        <w:rPr>
          <w:b/>
        </w:rPr>
        <w:t xml:space="preserve">[20:48] </w:t>
      </w:r>
      <w:r>
        <w:t>ab computer waghera parh lein aap, to yeh faida aap ko nahi milega wahan.</w:t>
      </w:r>
    </w:p>
    <w:p>
      <w:pPr>
        <w:jc w:val="right"/>
      </w:pPr>
      <w:r>
        <w:t>اب کمپیوٹر وغیرہ پڑھ لیں آپ، تو یہ فائدہ آپ کو نہیں ملے گا وہاں۔</w:t>
      </w:r>
    </w:p>
    <w:p>
      <w:r>
        <w:rPr>
          <w:b/>
        </w:rPr>
        <w:t xml:space="preserve">[20:53] </w:t>
      </w:r>
      <w:r>
        <w:t>yani yahan par jo hai baat sunna, plus farishton ka neighborhood, do cheezen ho jati hain yahan par.</w:t>
      </w:r>
    </w:p>
    <w:p>
      <w:pPr>
        <w:jc w:val="right"/>
      </w:pPr>
      <w:r>
        <w:t>یعنی یہاں پر جو ہے بات سننا، پلس فرشتوں کا نیبرہڈ، دو چیزیں ہو جاتی ہیں یہاں پر۔</w:t>
      </w:r>
    </w:p>
    <w:p>
      <w:r>
        <w:rPr>
          <w:b/>
        </w:rPr>
        <w:t xml:space="preserve">[21:05] </w:t>
      </w:r>
      <w:r>
        <w:t>wahan par to aap sirf sun liya, aap ne dekh liya, aap ne bas itna hi hua.</w:t>
      </w:r>
    </w:p>
    <w:p>
      <w:pPr>
        <w:jc w:val="right"/>
      </w:pPr>
      <w:r>
        <w:t>وہاں پر تو آپ صرف سن لیا، آپ نے دیکھ لیا، آپ نے بس اتنا ہی ہوا۔</w:t>
      </w:r>
    </w:p>
    <w:p>
      <w:r>
        <w:rPr>
          <w:b/>
        </w:rPr>
        <w:t xml:space="preserve">[21:11] </w:t>
      </w:r>
      <w:r>
        <w:t>yahan yahan aik aik plus laga hua hai ke baat aap ne dekhi, suni, aur wahan par farishton ka ke ka process mila aap ko.</w:t>
      </w:r>
    </w:p>
    <w:p>
      <w:pPr>
        <w:jc w:val="right"/>
      </w:pPr>
      <w:r>
        <w:t>یہاں یہاں ایک ایک پلس لگا ہوا ہے کہ بات آپ نے دیکھی، سنی، اور وہاں پر فرشتوں کا کہ کا پروس ملا آپ کو۔</w:t>
      </w:r>
    </w:p>
    <w:p>
      <w:r>
        <w:rPr>
          <w:b/>
        </w:rPr>
        <w:t xml:space="preserve">[21:23] </w:t>
      </w:r>
      <w:r>
        <w:t>to jo asar is ka hoga, is ka woh is ka asar nahi ho sakta hai.</w:t>
      </w:r>
    </w:p>
    <w:p>
      <w:pPr>
        <w:jc w:val="right"/>
      </w:pPr>
      <w:r>
        <w:t>تو جو اثر اس کا ہوگا، اس کا وہ اس کا اثر نہیں ہو سکتا ہے۔</w:t>
      </w:r>
    </w:p>
    <w:p>
      <w:r>
        <w:rPr>
          <w:b/>
        </w:rPr>
        <w:t xml:space="preserve">[21:27] </w:t>
      </w:r>
      <w:r>
        <w:t>aap jab chahein tajurba kar ke dekh lijiye, koi bhi shakhs ke aik bar woh aik lecture ko computer par sune apne kamray mein, aur aur aur doosri bar woh sunday class mein aa kar ke yahan baithe aur yahan sune,</w:t>
      </w:r>
    </w:p>
    <w:p>
      <w:pPr>
        <w:jc w:val="right"/>
      </w:pPr>
      <w:r>
        <w:t>آپ جب چاہیں تجربہ کر کے دیکھ لیجئے، کوئی بھی شخص کہ ایک بار وہ ایک لیکچر کو کمپیوٹر پر سنے اپنے کمرے میں، اور اور اور دوسری بار وہ سنڈے کلاس میں آ کر کے یہاں بیٹھے اور یہاں سنے،</w:t>
      </w:r>
    </w:p>
    <w:p>
      <w:r>
        <w:rPr>
          <w:b/>
        </w:rPr>
        <w:t xml:space="preserve">[21:42] </w:t>
      </w:r>
      <w:r>
        <w:t>to is dekha ke hundred time ziyada</w:t>
      </w:r>
    </w:p>
    <w:p>
      <w:pPr>
        <w:jc w:val="right"/>
      </w:pPr>
      <w:r>
        <w:t>تو اس دیکھا کہ ہنڈرڈ ٹائم زیادہ</w:t>
      </w:r>
    </w:p>
    <w:p>
      <w:r>
        <w:rPr>
          <w:b/>
        </w:rPr>
        <w:t xml:space="preserve">[21:45] </w:t>
      </w:r>
      <w:r>
        <w:t>effective hai yahan aa kar sunna, wahan ke muqable mein. to yeh aap khud tajurba kar ke soch sakte hain. yeh koi aisi baat nahi hai ke jo batane ki zaroorat ho.</w:t>
      </w:r>
    </w:p>
    <w:p>
      <w:pPr>
        <w:jc w:val="right"/>
      </w:pPr>
      <w:r>
        <w:t>ایفیکٹیو ہے یہاں آ کر سننا، وہاں کے مقابلے میں۔ تو یہ آپ خود تجربہ کر کے سوچ سکتے ہیں۔ یہ کوئی ایسی بات نہیں ہے کہ جو بتانے کی ضرورت ہو۔</w:t>
      </w:r>
    </w:p>
    <w:p>
      <w:r>
        <w:rPr>
          <w:b/>
        </w:rPr>
        <w:t xml:space="preserve">[21:58] </w:t>
      </w:r>
      <w:r>
        <w:t>sirf do tajurba kafi hain. aik bar aap sunein computer par apne kamray mein,</w:t>
      </w:r>
    </w:p>
    <w:p>
      <w:pPr>
        <w:jc w:val="right"/>
      </w:pPr>
      <w:r>
        <w:t>صرف دو تجربہ کافی ہیں۔ ایک بار آپ سنیں کمپیوٹر پر اپنے کمرے میں،</w:t>
      </w:r>
    </w:p>
    <w:p>
      <w:r>
        <w:rPr>
          <w:b/>
        </w:rPr>
        <w:t xml:space="preserve">[22:04] </w:t>
      </w:r>
      <w:r>
        <w:t>aur aik bar yahan aa kar sunein, to aap lagega aap ko ke bohat effective hai sunna. bohat ziyada is ka rohani asar hota hai.</w:t>
      </w:r>
    </w:p>
    <w:p>
      <w:pPr>
        <w:jc w:val="right"/>
      </w:pPr>
      <w:r>
        <w:t>اور ایک بار یہاں آ کر سنیں، تو آپ لگے گا آپ کو کہ بہت ایفیکٹیو ہے سننا۔ بہت زیادہ اس کا روحانی اثر ہوتا ہے۔</w:t>
      </w:r>
    </w:p>
    <w:p>
      <w:r>
        <w:rPr>
          <w:b/>
        </w:rPr>
        <w:t xml:space="preserve">[22:14] </w:t>
      </w:r>
      <w:r>
        <w:t>to jo aadmi dilli mein hai, yahan aana mumkin hai is ke liye. to main samajhta hoon ke is ko zaroor yahan aana chahiye, magar time par aana chahiye. log der mein atay hain, aana bilkul bekar hai.</w:t>
      </w:r>
    </w:p>
    <w:p>
      <w:pPr>
        <w:jc w:val="right"/>
      </w:pPr>
      <w:r>
        <w:t>تو جو آدمی دلی میں ہے، یہاں آنا ممکن ہے اس کے لیے۔ تو میں سمجھتا ہوں کہ اس کو ضرور یہاں آنا چاہیے، مگر ٹائم پر آنا چاہیے۔ لوگ دیر میں آتے ہیں، آنا بالکل بیکار ہے۔</w:t>
      </w:r>
    </w:p>
    <w:p>
      <w:r>
        <w:rPr>
          <w:b/>
        </w:rPr>
        <w:t xml:space="preserve">[22:26] </w:t>
      </w:r>
      <w:r>
        <w:t>yaad rakhein, jo 10:30 par nahi aaya, woh nahi aaya. aaye hi nahi, woh is ka is ka yahan mojoodgi nahi hai mere nazdeek. is yahan par jo class hota hai, theek 10:30 par shuru hota hai.</w:t>
      </w:r>
    </w:p>
    <w:p>
      <w:pPr>
        <w:jc w:val="right"/>
      </w:pPr>
      <w:r>
        <w:t>یاد رکھیں، جو 10:30 پر نہیں آیا، وہ نہیں آیا۔ آئے ہی نہیں، وہ اس کا اس کا یہاں موجودگی نہیں ہے میرے نزدیک۔ اس یہاں پر جو کلاس ہوتا ہے، ٹھیک 10:30 پر شروع ہوتا ہے۔</w:t>
      </w:r>
    </w:p>
    <w:p>
      <w:r>
        <w:rPr>
          <w:b/>
        </w:rPr>
        <w:t xml:space="preserve">[22:39] </w:t>
      </w:r>
      <w:r>
        <w:t>woh to main kahunga ke jo aadmi 10:30 par nahi aaya, woh nahi aaya.</w:t>
      </w:r>
    </w:p>
    <w:p>
      <w:pPr>
        <w:jc w:val="right"/>
      </w:pPr>
      <w:r>
        <w:t>وہ تو میں کہوں گا کہ جو آدمی 10:30 پر نہیں آیا، وہ نہیں آیا۔</w:t>
      </w:r>
    </w:p>
    <w:p>
      <w:r>
        <w:rPr>
          <w:b/>
        </w:rPr>
        <w:t xml:space="preserve">[22:44] </w:t>
      </w:r>
      <w:r>
        <w:t>is ko main aanay wala shumar nahi karunga. farishtay bhi is ko aanay wala shumar nahi karenge. is ko</w:t>
      </w:r>
    </w:p>
    <w:p>
      <w:pPr>
        <w:jc w:val="right"/>
      </w:pPr>
      <w:r>
        <w:t>اس کو میں آنے والا شمار نہیں کروں گا۔ فرشتے بھی اس کو آنے والا شمار نہیں کریں گے۔ اس کو</w:t>
      </w:r>
    </w:p>
    <w:p>
      <w:r>
        <w:rPr>
          <w:b/>
        </w:rPr>
        <w:t xml:space="preserve">[22:52] </w:t>
      </w:r>
      <w:r>
        <w:t>jo aaj aanay wala hai, woh hai jo theek waqt par aaya, theek 10:30 par wahan pohanch gaya. yani is result tak usay suna. main is baray mein bohat hi sakht meri rai hai ke jo log der mein atay hain, woh samajhte hain ke woh aaye thay, magar woh mere nazdeek woh aaye nahi thay.</w:t>
      </w:r>
    </w:p>
    <w:p>
      <w:pPr>
        <w:jc w:val="right"/>
      </w:pPr>
      <w:r>
        <w:t>جو آج آنے والا ہے، وہ ہے جو ٹھیک وقت پر آیا، ٹھیک 10:30 پر وہاں پہنچ گیا۔ یعنی اس رزلٹ تک اسے سنا۔ میں اس بارے میں بہت ہی سخت میری رائے ہے کہ جو لوگ دیر میں آتے ہیں، وہ سمجھتے ہیں کہ وہ آئے تھے، مگر وہ میرے نزدیک وہ آئے نہیں تھے۔</w:t>
      </w:r>
    </w:p>
    <w:p>
      <w:r>
        <w:rPr>
          <w:b/>
        </w:rPr>
        <w:t xml:space="preserve">[23:08] </w:t>
      </w:r>
      <w:r>
        <w:t>woh</w:t>
      </w:r>
    </w:p>
    <w:p>
      <w:pPr>
        <w:jc w:val="right"/>
      </w:pPr>
      <w:r>
        <w:t>وہ</w:t>
      </w:r>
    </w:p>
    <w:p>
      <w:r>
        <w:rPr>
          <w:b/>
        </w:rPr>
        <w:t xml:space="preserve">[23:09] </w:t>
      </w:r>
      <w:r>
        <w:t>un ka aana, na na aana, dono barabar hain.</w:t>
      </w:r>
    </w:p>
    <w:p>
      <w:pPr>
        <w:jc w:val="right"/>
      </w:pPr>
      <w:r>
        <w:t>ان کا آنا، نہ نہ آنا، دونوں برابر ہیں۔</w:t>
      </w:r>
    </w:p>
    <w:p>
      <w:r>
        <w:rPr>
          <w:b/>
        </w:rPr>
        <w:t xml:space="preserve">[23:16] </w:t>
      </w:r>
      <w:r>
        <w:t>mister arshad jamal ne nai dilli se likha hai: "in chapter 56, verse number 80 of quran, it is mentioned that this is indeed a noble quran in a well guarded preserve book which none can touch except the purified." Maulana, please explain the word purified here.</w:t>
      </w:r>
    </w:p>
    <w:p>
      <w:pPr>
        <w:jc w:val="right"/>
      </w:pPr>
      <w:r>
        <w:t>مسٹر ارشد جمال نے نئی دلی سے لکھا ہے: "ان چیپٹر 56، ورس نمبر 80 آف قرآن، اٹ از مینشنڈ دیٹ دس از انڈیڈ ا نوبل قرآن ان ا ویل گارڈڈ پریزرو بک وچ نن کین ٹچ ایکسیپٹ دا پیوریفائیڈ۔" مولانا، پلیز ایکسپلین دا ورڈ پیوریفائیڈ ہیر۔</w:t>
      </w:r>
    </w:p>
    <w:p>
      <w:r>
        <w:rPr>
          <w:b/>
        </w:rPr>
        <w:t xml:space="preserve">[23:41] </w:t>
      </w:r>
      <w:r>
        <w:t>to yeh wahan par hai: "la yamasu illa al mutahharun." yeh logon ne misaal is se nikal rakha hai: bawazu ho kar quran ko chhoona. yeh bilkul galat hai. kisi bhi hadith se sabit nahi hai.</w:t>
      </w:r>
    </w:p>
    <w:p>
      <w:pPr>
        <w:jc w:val="right"/>
      </w:pPr>
      <w:r>
        <w:t>تو یہ وہاں پر ہے: "لا یمسو الا المطہرون۔" یہ لوگوں نے مثال اس سے نکال رکھا ہے: باوضو ہو کر قرآن کو چھونا۔ یہ بالکل غلط ہے۔ کسی بھی حدیث سے ثابت نہیں ہے۔</w:t>
      </w:r>
    </w:p>
    <w:p>
      <w:r>
        <w:rPr>
          <w:b/>
        </w:rPr>
        <w:t xml:space="preserve">[23:52] </w:t>
      </w:r>
      <w:r>
        <w:t>yeh baat ko logon ne nikal rakha hai. is ko aap achhay se samajh lijiye ke na to quran mein yeh hai: quran ko chhoone ke liye wazu shart hai. nahi, koi ayat aisi nahi hai.</w:t>
      </w:r>
    </w:p>
    <w:p>
      <w:pPr>
        <w:jc w:val="right"/>
      </w:pPr>
      <w:r>
        <w:t>یہ بات کو لوگوں نے نکال رکھا ہے۔ اس کو آپ اچھے سے سمجھ لیجئے کہ نہ تو قرآن میں یہ ہے: قرآن کو چھونے کے لیے وضو شرط ہے۔ نہیں، کوئی آیت ایسی نہیں ہے۔</w:t>
      </w:r>
    </w:p>
    <w:p>
      <w:r>
        <w:rPr>
          <w:b/>
        </w:rPr>
        <w:t xml:space="preserve">[24:01] </w:t>
      </w:r>
      <w:r>
        <w:t>jis ayat se nikala hai, woh khud se nikal rakha hai.</w:t>
      </w:r>
    </w:p>
    <w:p>
      <w:pPr>
        <w:jc w:val="right"/>
      </w:pPr>
      <w:r>
        <w:t>جس آیت سے نکالا ہے، وہ خود سے نکال رکھا ہے۔</w:t>
      </w:r>
    </w:p>
    <w:p>
      <w:r>
        <w:rPr>
          <w:b/>
        </w:rPr>
        <w:t xml:space="preserve">[24:05] </w:t>
      </w:r>
      <w:r>
        <w:t>kahin hadith mein aisa nahi hai ke is ayat ka matlab hai ke bawazu. main samajhta hoon ke yeh in ka woh hai, yani woh hai reduced form mein lena hai.</w:t>
      </w:r>
    </w:p>
    <w:p>
      <w:pPr>
        <w:jc w:val="right"/>
      </w:pPr>
      <w:r>
        <w:t>کہیں حدیث میں ایسا نہیں ہے کہ اس آیت کا مطلب ہے کہ باوضو۔ میں سمجھتا ہوں کہ یہ ان کا وہ ہے، یعنی وہ ہے ریڈیوسڈ فارم میں لینا ہے۔</w:t>
      </w:r>
    </w:p>
    <w:p>
      <w:r>
        <w:rPr>
          <w:b/>
        </w:rPr>
        <w:t xml:space="preserve">[24:17] </w:t>
      </w:r>
      <w:r>
        <w:t>is ko sahi tafsir is ki jo hai, woh yeh hai ke yahan murad hai farishtay.</w:t>
      </w:r>
    </w:p>
    <w:p>
      <w:pPr>
        <w:jc w:val="right"/>
      </w:pPr>
      <w:r>
        <w:t>اس کو صحیح تفسیر اس کی جو ہے، وہ یہ ہے کہ یہاں مراد ہے فرشتے۔</w:t>
      </w:r>
    </w:p>
    <w:p>
      <w:r>
        <w:rPr>
          <w:b/>
        </w:rPr>
        <w:t xml:space="preserve">[24:24] </w:t>
      </w:r>
      <w:r>
        <w:t>wazu ka masla hi is ayat mein bayan nahi hua hai. is ayat mein wazu ka masla hi bayan nahi hua.</w:t>
      </w:r>
    </w:p>
    <w:p>
      <w:pPr>
        <w:jc w:val="right"/>
      </w:pPr>
      <w:r>
        <w:t>وضو کا مسئلہ ہی اس آیت میں بیان نہیں ہوا ہے۔ اس آیت میں وضو کا مسئلہ ہی بیان نہیں ہوا۔</w:t>
      </w:r>
    </w:p>
    <w:p>
      <w:r>
        <w:rPr>
          <w:b/>
        </w:rPr>
        <w:t xml:space="preserve">[24:35] </w:t>
      </w:r>
      <w:r>
        <w:t>is ayat mein wuzu ka masla bayan nahi hua hai. bilashuba baghair wuzu ke aap quran chho sakte hain, quran padh sakte hain. is mein koi rukawat nahi hai. yeh masla galat hai aur is ka quran se taluq hai, na hadith se taluq hai.</w:t>
      </w:r>
    </w:p>
    <w:p>
      <w:pPr>
        <w:jc w:val="right"/>
      </w:pPr>
      <w:r>
        <w:t>اس آیت میں وضو کا مسئلہ بیان نہیں ہوا ہے۔ بلاشبہ بغیر وضو کے آپ قرآن چھو سکتے ہیں، قرآن پڑھ سکتے ہیں۔ اس میں کوئی رکاوٹ نہیں ہے۔ یہ مسئلہ غلط ہے اور اس کا قرآن سے تعلق ہے، نہ حدیث سے تعلق ہے۔</w:t>
      </w:r>
    </w:p>
    <w:p>
      <w:r>
        <w:rPr>
          <w:b/>
        </w:rPr>
        <w:t xml:space="preserve">[24:50] </w:t>
      </w:r>
      <w:r>
        <w:t>mister shark hussain ne dili se likha hai: "aap ne farmaya ke protest chahe peaceful hi kyun na ho, woh negative thinking paida karta hai.</w:t>
      </w:r>
    </w:p>
    <w:p>
      <w:pPr>
        <w:jc w:val="right"/>
      </w:pPr>
      <w:r>
        <w:t>مسٹر شارک حسین نے دلی سے لکھا ہے: "آپ نے فرمایا کہ پروٹیسٹ چاہے پیس فل ہی کیوں نہ ہو، وہ نیگیٹیو تھنکنگ پیدا کرتا ہے۔</w:t>
      </w:r>
    </w:p>
    <w:p>
      <w:r>
        <w:rPr>
          <w:b/>
        </w:rPr>
        <w:t xml:space="preserve">[25:01] </w:t>
      </w:r>
      <w:r>
        <w:t>ise aur explain kariye."</w:t>
      </w:r>
    </w:p>
    <w:p>
      <w:pPr>
        <w:jc w:val="right"/>
      </w:pPr>
      <w:r>
        <w:t>اسے اور ایکسپلین کریے۔"</w:t>
      </w:r>
    </w:p>
    <w:p>
      <w:r>
        <w:rPr>
          <w:b/>
        </w:rPr>
        <w:t xml:space="preserve">[25:06] </w:t>
      </w:r>
      <w:r>
        <w:t>aap ghar mein tajurba kar ke dekh lijiyye. aap ki biwi hai, aap ki behan hai, aap ki maan hai, koi protest kijiye aap aur dekhen result kahan nikalta hai.</w:t>
      </w:r>
    </w:p>
    <w:p>
      <w:pPr>
        <w:jc w:val="right"/>
      </w:pPr>
      <w:r>
        <w:t>آپ گھر میں تجربہ کر کے دیکھ لیجئے۔ آپ کی بیوی ہے، آپ کی بہن ہے، آپ کی ماں ہے، کوئی پروٹیسٹ کیجئے آپ اور دیکھیں رزلٹ کہاں نکلتا ہے۔</w:t>
      </w:r>
    </w:p>
    <w:p>
      <w:r>
        <w:rPr>
          <w:b/>
        </w:rPr>
        <w:t xml:space="preserve">[25:15] </w:t>
      </w:r>
      <w:r>
        <w:t>woh yeh koi aisi cheez nahi hai jo na samajh mein aane wali ho.</w:t>
      </w:r>
    </w:p>
    <w:p>
      <w:pPr>
        <w:jc w:val="right"/>
      </w:pPr>
      <w:r>
        <w:t>وہ یہ کوئی ایسی چیز نہیں ہے جو نہ سمجھ میں آنے والی ہو۔</w:t>
      </w:r>
    </w:p>
    <w:p>
      <w:r>
        <w:rPr>
          <w:b/>
        </w:rPr>
        <w:t xml:space="preserve">[25:23] </w:t>
      </w:r>
      <w:r>
        <w:t>samjhana, bujhana, narmi se baat karna, daleel dena, literature pahunchana, is mein koi negative is ka result nahi hai.</w:t>
      </w:r>
    </w:p>
    <w:p>
      <w:pPr>
        <w:jc w:val="right"/>
      </w:pPr>
      <w:r>
        <w:t>سمجھانا، بجھانا، نرمی سے بات کرنا، دلیل دینا، لیٹریچر پہنچانا، اس میں کوئی نیگیٹیو اس کا رزلٹ نہیں ہے۔</w:t>
      </w:r>
    </w:p>
    <w:p>
      <w:r>
        <w:rPr>
          <w:b/>
        </w:rPr>
        <w:t xml:space="preserve">[25:34] </w:t>
      </w:r>
      <w:r>
        <w:t>lekin jab bhi aap protest karen to foran kya hai? we in the concept jagta hai.</w:t>
      </w:r>
    </w:p>
    <w:p>
      <w:pPr>
        <w:jc w:val="right"/>
      </w:pPr>
      <w:r>
        <w:t>لیکن جب بھی آپ پروٹیسٹ کریں تو فوراً کیا ہے؟ وی ان دے کانسیپٹ جاگتا ہے۔</w:t>
      </w:r>
    </w:p>
    <w:p>
      <w:r>
        <w:rPr>
          <w:b/>
        </w:rPr>
        <w:t xml:space="preserve">[25:41] </w:t>
      </w:r>
      <w:r>
        <w:t>tum ne koi cheez chheen rakhi hai, ab mein is ko tum se le kar rahunga. to takrao ka mahol, negative thinking ka mahol, dosti aur dushmani ka mahol, yeh to lazim lazim hai.</w:t>
      </w:r>
    </w:p>
    <w:p>
      <w:pPr>
        <w:jc w:val="right"/>
      </w:pPr>
      <w:r>
        <w:t>تم نے کوئی چیز چھین رکھی ہے، اب میں اس کو تم سے لے کر رہوں گا۔ تو ٹکراؤ کا ماحول، نیگیٹیو تھنکنگ کا ماحول، دوستی اور دشمنی کا ماحول، یہ تو لازم لازم ہے۔</w:t>
      </w:r>
    </w:p>
    <w:p>
      <w:r>
        <w:rPr>
          <w:b/>
        </w:rPr>
        <w:t xml:space="preserve">[25:56] </w:t>
      </w:r>
      <w:r>
        <w:t>paida hi hota hai.</w:t>
      </w:r>
    </w:p>
    <w:p>
      <w:pPr>
        <w:jc w:val="right"/>
      </w:pPr>
      <w:r>
        <w:t>پیدا ہی ہوتا ہے۔</w:t>
      </w:r>
    </w:p>
    <w:p>
      <w:r>
        <w:rPr>
          <w:b/>
        </w:rPr>
        <w:t xml:space="preserve">[25:58] </w:t>
      </w:r>
      <w:r>
        <w:t>general zia ul haq ne bohat achhi baat kahi thi ke protest ka tareeqa jo hai, heat zyada generate karta hai, roshni kam deta hai. bohat sahi hai woh.</w:t>
      </w:r>
    </w:p>
    <w:p>
      <w:pPr>
        <w:jc w:val="right"/>
      </w:pPr>
      <w:r>
        <w:t>جنرل ضیاء الحق نے بہت اچھی بات کہی تھی کہ پروٹیسٹ کا طریقہ جو ہے، ہیٹ زیادہ جنریٹ کرتا ہے، روشنی کم دیتا ہے۔ بہت صحیح ہے وہ۔</w:t>
      </w:r>
    </w:p>
    <w:p>
      <w:r>
        <w:rPr>
          <w:b/>
        </w:rPr>
        <w:t xml:space="preserve">[26:11] </w:t>
      </w:r>
      <w:r>
        <w:t>yeh to jazbat, jazbat log kholte hain, dimagh andar isi ko</w:t>
      </w:r>
    </w:p>
    <w:p>
      <w:pPr>
        <w:jc w:val="right"/>
      </w:pPr>
      <w:r>
        <w:t>یہ تو جذبات، جذبات لوگ کھولتے ہیں، دماغ اندر اسی کو</w:t>
      </w:r>
    </w:p>
    <w:p>
      <w:r>
        <w:rPr>
          <w:b/>
        </w:rPr>
        <w:t xml:space="preserve">[26:17] </w:t>
      </w:r>
      <w:r>
        <w:t>yani nikalte hain, nare laga kar ke aur jalsa jaloos karte hain. baal mein rasool Allah ke namune ke le kar kehta hoon ke protest ka tareeqa har haal mein galat hai, chahe woh pashaman kaho, tab bhi kabhi bhi galat hai.</w:t>
      </w:r>
    </w:p>
    <w:p>
      <w:pPr>
        <w:jc w:val="right"/>
      </w:pPr>
      <w:r>
        <w:t>یعنی نکالتے ہیں، نعرے لگا کر کے اور جلسہ جلوس کرتے ہیں۔ بال میں رسول اللہ کے نمونے کے لے کر کہتا ہوں کہ پروٹیسٹ کا طریقہ ہر حال میں غلط ہے، چاہے وہ پرامن کہو، تب بھی کب بھی غلط ہے۔</w:t>
      </w:r>
    </w:p>
    <w:p>
      <w:r>
        <w:rPr>
          <w:b/>
        </w:rPr>
        <w:t xml:space="preserve">[26:30] </w:t>
      </w:r>
      <w:r>
        <w:t>woh pashaman ho, tab bhi galat hai, kyunke rasool Allah sallallahu alaihi wasallam ne aisa kiya nahi. woh sari baaten huin wahan par</w:t>
      </w:r>
    </w:p>
    <w:p>
      <w:pPr>
        <w:jc w:val="right"/>
      </w:pPr>
      <w:r>
        <w:t>وہ پرامن ہو، تب بھی غلط ہے، کیونکہ رسول اللہ صلی اللہ علیہ وسلم نے ایسا کیا نہیں۔ وہ ساری باتیں ہوئیں وہاں پر</w:t>
      </w:r>
    </w:p>
    <w:p>
      <w:r>
        <w:rPr>
          <w:b/>
        </w:rPr>
        <w:t xml:space="preserve">[26:39] </w:t>
      </w:r>
      <w:r>
        <w:t>jis ko aaj log protest kiya karte hain. aaj woh sab wahan par huin. aap ne kabhi protest nahi kiya, sirf dawat di aap ne. to wohi model hai rasool Allah sallallahu alaihi wasallam ka.</w:t>
      </w:r>
    </w:p>
    <w:p>
      <w:pPr>
        <w:jc w:val="right"/>
      </w:pPr>
      <w:r>
        <w:t>جس کو آج لوگ پروٹیسٹ کیا کرتے ہیں۔ آج وہ سب وہاں پر ہوئیں۔ آپ نے کبھی پروٹیسٹ نہیں کیا، صرف دعوت دی آپ نے۔ تو وہی ماڈل ہے رسول اللہ صلی اللہ علیہ وسلم کا۔</w:t>
      </w:r>
    </w:p>
    <w:p>
      <w:r>
        <w:rPr>
          <w:b/>
        </w:rPr>
        <w:t xml:space="preserve">[26:49] </w:t>
      </w:r>
      <w:r>
        <w:t>aur yeh jo hai, yeh secular ya secular model hai. yeh yeh religious model nahi hai.</w:t>
      </w:r>
    </w:p>
    <w:p>
      <w:pPr>
        <w:jc w:val="right"/>
      </w:pPr>
      <w:r>
        <w:t>اور یہ جو ہے، یہ سیکولر یا سیکولر ماڈل ہے۔ یہ یہ ریلیجیس ماڈل نہیں ہے۔</w:t>
      </w:r>
    </w:p>
    <w:p>
      <w:r>
        <w:rPr>
          <w:b/>
        </w:rPr>
        <w:t xml:space="preserve">[26:56] </w:t>
      </w:r>
      <w:r>
        <w:t>yeh secular jo civilization hai, secular culture jo hai, is se nikla hai yeh protest. yeh Islam se nahi nikla hai. yeh yeh to muzahamat hain.</w:t>
      </w:r>
    </w:p>
    <w:p>
      <w:pPr>
        <w:jc w:val="right"/>
      </w:pPr>
      <w:r>
        <w:t>یہ سیکولر جو سولائزیشن ہے، سیکولر کلچر جو ہے، اس سے نکلا ہے یہ پروٹیسٹ۔ یہ اسلام سے نہیں نکلا ہے۔ یہ یہ تو مزاحات ہیں۔</w:t>
      </w:r>
    </w:p>
    <w:p>
      <w:r>
        <w:rPr>
          <w:b/>
        </w:rPr>
        <w:t xml:space="preserve">[27:05] </w:t>
      </w:r>
      <w:r>
        <w:t>sach poochhen to naqal kar rahe hain, yani secular logon ki, yani secular logon ke khilaf bhi hain aur unhi ki naqal bhi kar rahe hain.</w:t>
      </w:r>
    </w:p>
    <w:p>
      <w:pPr>
        <w:jc w:val="right"/>
      </w:pPr>
      <w:r>
        <w:t>سچ پوچھیں تو نقل کر رہے ہیں، یعنی سیکولر لوگوں کی، یعنی سیکولر لوگوں کے خلاف بھی ہیں اور انہی کی نقل بھی کر رہے ہیں۔</w:t>
      </w:r>
    </w:p>
    <w:p>
      <w:r>
        <w:rPr>
          <w:b/>
        </w:rPr>
        <w:t xml:space="preserve">[27:14] </w:t>
      </w:r>
      <w:r>
        <w:t>yeh tareeqa protest ka tareeqa, chahe pashaman ho, tab bhi woh secular tehzeeb ka model hai.</w:t>
      </w:r>
    </w:p>
    <w:p>
      <w:pPr>
        <w:jc w:val="right"/>
      </w:pPr>
      <w:r>
        <w:t>یہ طریقہ پروٹیسٹ کا طریقہ، چاہے پرامن ہو، تب بھی وہ سیکولر تہذیب کا ماڈل ہے۔</w:t>
      </w:r>
    </w:p>
    <w:p>
      <w:r>
        <w:rPr>
          <w:b/>
        </w:rPr>
        <w:t xml:space="preserve">[27:24] </w:t>
      </w:r>
      <w:r>
        <w:t>Islam se is ka koi taluq nahi hai, kyunke Islam hamesha result ko dekhta hai. aur result mein sab se aham baat yeh hai ke</w:t>
      </w:r>
    </w:p>
    <w:p>
      <w:pPr>
        <w:jc w:val="right"/>
      </w:pPr>
      <w:r>
        <w:t>اسلام سے اس کا کوئی تعلق نہیں ہے، کیونکہ اسلام ہمیشہ رزلٹ کو دیکھتا ہے۔ اور رزلٹ میں سب سے اہم بات یہ ہے کہ</w:t>
      </w:r>
    </w:p>
    <w:p>
      <w:r>
        <w:rPr>
          <w:b/>
        </w:rPr>
        <w:t xml:space="preserve">[27:32] </w:t>
      </w:r>
      <w:r>
        <w:t>negative mahol na paida ho aur nervosity hamesha baqi rahe taake dawat ka kaam jari rahe achhe tareeqe se.</w:t>
      </w:r>
    </w:p>
    <w:p>
      <w:pPr>
        <w:jc w:val="right"/>
      </w:pPr>
      <w:r>
        <w:t>نیگیٹیو ماحول نہ پیدا ہو اور نروسٹی ہمیشہ باقی رہے تاکہ دعوت کا کام جاری رہے اچھے طریقے سے۔</w:t>
      </w:r>
    </w:p>
    <w:p>
      <w:r>
        <w:rPr>
          <w:b/>
        </w:rPr>
        <w:t xml:space="preserve">[27:42] </w:t>
      </w:r>
      <w:r>
        <w:t>maulana, isi se juda ek aur sawal aaya hai mister abdul wahab ka dili se. unhon ne poocha hai: "maulana, peaceful protest aur peaceful march mein kya farq hai?"</w:t>
      </w:r>
    </w:p>
    <w:p>
      <w:pPr>
        <w:jc w:val="right"/>
      </w:pPr>
      <w:r>
        <w:t>مولانا، اسی سے جڑا ایک اور سوال آیا ہے مسٹر عبدالوہاب کا دلی سے۔ انہوں نے پوچھا ہے: "مولانا، پیس فل پروٹیسٹ اور پیس فل مارچ میں کیا فرق ہے؟"</w:t>
      </w:r>
    </w:p>
    <w:p>
      <w:r>
        <w:rPr>
          <w:b/>
        </w:rPr>
        <w:t xml:space="preserve">[27:59] </w:t>
      </w:r>
      <w:r>
        <w:t>march? nahi, nahi. woh jo rasool Allah sallallahu alaihi wasallam jo baat karte hain, woh to mein ne ek lafz istemal kiya hua hai aaj ka. woh to gaye the, yani umrah karne ke liye.</w:t>
      </w:r>
    </w:p>
    <w:p>
      <w:pPr>
        <w:jc w:val="right"/>
      </w:pPr>
      <w:r>
        <w:t>مارچ؟ نہیں، نہیں۔ وہ جو رسول اللہ صلی اللہ علیہ وسلم جو بات کرتے ہیں، وہ تو میں نے ایک لفظ استعمال کیا ہوا ہے آج کا۔ وہ تو گئے تھے، یعنی عمرہ کرنے کے لیے۔</w:t>
      </w:r>
    </w:p>
    <w:p>
      <w:r>
        <w:rPr>
          <w:b/>
        </w:rPr>
        <w:t xml:space="preserve">[28:08] </w:t>
      </w:r>
      <w:r>
        <w:t>woh mein ne lafz istemal kiya hua hai aaj ka. woh hadithon mein aisa nahi aata ke rasool Allah sallallahu alaihi wasallam sahaba ke sath umrah karne gaye the.</w:t>
      </w:r>
    </w:p>
    <w:p>
      <w:pPr>
        <w:jc w:val="right"/>
      </w:pPr>
      <w:r>
        <w:t>وہ میں نے لفظ استعمال کیا ہوا ہے آج کا۔ وہ حدیثوں میں ایسا نہیں آتا کہ رسول اللہ صلی اللہ علیہ وسلم ساتھیوں کے ساتھ عمرہ کرنے گئے تھے۔</w:t>
      </w:r>
    </w:p>
    <w:p>
      <w:r>
        <w:rPr>
          <w:b/>
        </w:rPr>
        <w:t xml:space="preserve">[28:15] </w:t>
      </w:r>
      <w:r>
        <w:t>aur jab wahan par pahunche to wahan par jo sardar the, us waqt makka ke, unhon ne ailan kar diya ke bhai un ki tadad itni zyada ho gayi hai ke aap un se muqabla nahi kar sakte.</w:t>
      </w:r>
    </w:p>
    <w:p>
      <w:pPr>
        <w:jc w:val="right"/>
      </w:pPr>
      <w:r>
        <w:t>اور جب وہاں پر پہنچے تو وہاں پر جو سردار تھے، اس وقت مکہ کے، انہوں نے اعلان کر دیا کہ بھئی ان کی تعداد اتنی زیادہ ہو گئی ہے کہ آپ ان سے مقابلہ نہیں کر سکتے۔</w:t>
      </w:r>
    </w:p>
    <w:p>
      <w:r>
        <w:rPr>
          <w:b/>
        </w:rPr>
        <w:t xml:space="preserve">[28:25] </w:t>
      </w:r>
      <w:r>
        <w:t>to tum log chale jao gharon mein. woh koi protest karne nahi gaye the. woh to apna haq jo tha ke hudaybiyah mein roka tha unhon ne</w:t>
      </w:r>
    </w:p>
    <w:p>
      <w:pPr>
        <w:jc w:val="right"/>
      </w:pPr>
      <w:r>
        <w:t>تو تم لوگ چلے جاؤ گھروں میں۔ وہ کوئی پروٹیسٹ کرنے نہیں گئے تھے۔ وہ تو اپنا حق جو تھا کہ حدیبیہ میں روکا تھا انہوں نے</w:t>
      </w:r>
    </w:p>
    <w:p>
      <w:r>
        <w:rPr>
          <w:b/>
        </w:rPr>
        <w:t xml:space="preserve">[28:36] </w:t>
      </w:r>
      <w:r>
        <w:t>umrah karne se. aur yeh kaha tha to yani ek jaiz haq tha umrah karne ka. to aap gaye wahan wahan par aur unhon ne surrender kar diya.</w:t>
      </w:r>
    </w:p>
    <w:p>
      <w:pPr>
        <w:jc w:val="right"/>
      </w:pPr>
      <w:r>
        <w:t>عمرہ کرنے سے۔ اور یہ کہا تھا تو یعنی ایک جائز حق تھا عمرہ کرنے کا۔ تو آپ گئے وہاں وہاں پر اور انہوں نے سرینڈر کر دیا۔</w:t>
      </w:r>
    </w:p>
    <w:p>
      <w:r>
        <w:rPr>
          <w:b/>
        </w:rPr>
        <w:t xml:space="preserve">[28:46] </w:t>
      </w:r>
      <w:r>
        <w:t>to aap makkah aap ke is mein aa gaya, aap ke qabze mein aa gaya. woh koi protest nahi kar sakte, aap us ko na larai kar sakte hain, na</w:t>
      </w:r>
    </w:p>
    <w:p>
      <w:pPr>
        <w:jc w:val="right"/>
      </w:pPr>
      <w:r>
        <w:t>تو آپ مکہ آپ کے اس میں آ گیا، آپ کے قبضے میں آ گیا۔ وہ کوئی پروٹیسٹ نہیں کر سکتے، آپ اس کو نہ لڑائی کر سکتے ہیں، نہ</w:t>
      </w:r>
    </w:p>
    <w:p>
      <w:r>
        <w:rPr>
          <w:b/>
        </w:rPr>
        <w:t xml:space="preserve">[28:56] </w:t>
      </w:r>
      <w:r>
        <w:t>jihad kar sakte hain. woh to sirf yeh tha ke makkah jayen, wahan par hum hamara haq hai umrah karna, umrah karenge hum.</w:t>
      </w:r>
    </w:p>
    <w:p>
      <w:pPr>
        <w:jc w:val="right"/>
      </w:pPr>
      <w:r>
        <w:t>جہاد کر سکتے ہیں۔ وہ تو صرف یہ تھا کہ مکہ جائیں، وہاں پر ہم ہمارا حق ہے عمرہ کرنا، عمرہ کریں گے ہم۔</w:t>
      </w:r>
    </w:p>
    <w:p>
      <w:r>
        <w:rPr>
          <w:b/>
        </w:rPr>
        <w:t xml:space="preserve">[29:07] </w:t>
      </w:r>
      <w:r>
        <w:t>lekin jab tadad itni zyada ho chuki thi to unhon ne surrender kar diya. aap seerat ki kitabon mein parhiye is ko.</w:t>
      </w:r>
    </w:p>
    <w:p>
      <w:pPr>
        <w:jc w:val="right"/>
      </w:pPr>
      <w:r>
        <w:t>لیکن جب تعداد اتنی زیادہ ہو چکی تھی تو انہوں نے سرینڈر کر دیا۔ آپ سیرت کی کتابوں میں پڑھیے اس کو۔</w:t>
      </w:r>
    </w:p>
    <w:p>
      <w:r>
        <w:rPr>
          <w:b/>
        </w:rPr>
        <w:t xml:space="preserve">[29:16] </w:t>
      </w:r>
      <w:r>
        <w:t>Mr. Shamin Ahmed Barry ne Jammu aur Kashmir se likha hai: "If Prophet of Islam did not protest even peacefully in Mecca, then why did he involve himself in war that is Ghazwa?</w:t>
      </w:r>
    </w:p>
    <w:p>
      <w:pPr>
        <w:jc w:val="right"/>
      </w:pPr>
      <w:r>
        <w:t>مسٹر شامین احمد بیری نے جموں اور کشمیر سے لکھا ہے: "اف پرافٹ آف اسلام ڈیڈ ناٹ پروٹیسٹ ایون پیس فلی ان مکہ، دین وائی ڈیڈ ہی انوالو ہم سیلف ان وار دیٹ از غزوہ؟</w:t>
      </w:r>
    </w:p>
    <w:p>
      <w:r>
        <w:rPr>
          <w:b/>
        </w:rPr>
        <w:t xml:space="preserve">[29:31] </w:t>
      </w:r>
      <w:r>
        <w:t>And why Caliphs got expeditions fought against the kings of Syria, Egypt, Palestine, Iran and other nations?"</w:t>
      </w:r>
    </w:p>
    <w:p>
      <w:pPr>
        <w:jc w:val="right"/>
      </w:pPr>
      <w:r>
        <w:t>اینڈ وائی خلفائے راشدین گاٹ ایکسپیڈیشنز فاٹ اگینسٹ دا کنگز آف سیریا، ایجپٹ، پیلسٹائن، ایران اینڈ ادر نیشنز؟"</w:t>
      </w:r>
    </w:p>
    <w:p>
      <w:r>
        <w:rPr>
          <w:b/>
        </w:rPr>
        <w:t xml:space="preserve">[29:41] </w:t>
      </w:r>
      <w:r>
        <w:t>dekhen, ek hai attack ho kisi mulk ki taraf se aur state jo hai us mein defensive war kare, woh alag cheez hai.</w:t>
      </w:r>
    </w:p>
    <w:p>
      <w:pPr>
        <w:jc w:val="right"/>
      </w:pPr>
      <w:r>
        <w:t>دیکھیں، ایک ہے اٹیک ہو کسی ملک کی طرف سے اور اسٹیٹ جو ہے اس میں ڈیفنسو وار کرے، وہ الگ چیز ہے۔</w:t>
      </w:r>
    </w:p>
    <w:p>
      <w:r>
        <w:rPr>
          <w:b/>
        </w:rPr>
        <w:t xml:space="preserve">[29:49] </w:t>
      </w:r>
      <w:r>
        <w:t>woh protest nahi hai. woh woh ek state jo establish ho chuki ho. to agar country bahar ki country attack karti hai to state ko haq hai ke defense war kare us se.</w:t>
      </w:r>
    </w:p>
    <w:p>
      <w:pPr>
        <w:jc w:val="right"/>
      </w:pPr>
      <w:r>
        <w:t>وہ پروٹیسٹ نہیں ہے۔ وہ وہ ایک اسٹیٹ جو اسٹیبلش ہو چکی ہو۔ تو اگر کنٹری باہر کی کنٹری اٹیک کرتی ہے تو اسٹیٹ کو حق ہے کہ ڈیفنس وار کرے اس سے۔</w:t>
      </w:r>
    </w:p>
    <w:p>
      <w:r>
        <w:rPr>
          <w:b/>
        </w:rPr>
        <w:t xml:space="preserve">[30:04] </w:t>
      </w:r>
      <w:r>
        <w:t>baqi jo hain yeh log jo protest karte hain, un ke liye jo option hai woh dawah war ka option hai, protest ka option nahi hai. literature phailayen, logon ko samjhaye, is ka option hai.</w:t>
      </w:r>
    </w:p>
    <w:p>
      <w:pPr>
        <w:jc w:val="right"/>
      </w:pPr>
      <w:r>
        <w:t>باقی جو ہیں یہ لوگ جو پروٹیسٹ کرتے ہیں، ان کے لیے جو آپشن ہے وہ دعویٰ ور کا آپشن ہے، پروٹیسٹ کا آپشن نہیں ہے۔ لیٹریچر پھیلائیں، لوگوں کو سمجھائیں، اس کا آپشن ہے۔</w:t>
      </w:r>
    </w:p>
    <w:p>
      <w:r>
        <w:rPr>
          <w:b/>
        </w:rPr>
        <w:t xml:space="preserve">[30:17] </w:t>
      </w:r>
      <w:r>
        <w:t>protest jo hai ek ek yeh to ek ek ek alag hi ek cheez hai.</w:t>
      </w:r>
    </w:p>
    <w:p>
      <w:pPr>
        <w:jc w:val="right"/>
      </w:pPr>
      <w:r>
        <w:t>پروٹیسٹ جو ہے ایک ایک یہ تو ایک ایک ایک الگ ہی ایک چیز ہے۔</w:t>
      </w:r>
    </w:p>
    <w:p>
      <w:r>
        <w:rPr>
          <w:b/>
        </w:rPr>
        <w:t xml:space="preserve">[30:23] </w:t>
      </w:r>
      <w:r>
        <w:t>Islam mein defensive war hai is shart ke sath ke kisi ne attack kiya ho aur ek qaim hukumat qaim ho. woh hukumat jo hai qaim, woh defense ke taur par us se muqabla kare.</w:t>
      </w:r>
    </w:p>
    <w:p>
      <w:pPr>
        <w:jc w:val="right"/>
      </w:pPr>
      <w:r>
        <w:t>اسلام میں ڈیفنسو وار ہے اس شرط کے ساتھ کہ کسی نے اٹیک کیا ہو اور ایک قائم حکومت قائم ہو۔ وہ حکومت جو ہے قائم، وہ ڈیفنس کے طور پر اس سے مقابلہ کرے۔</w:t>
      </w:r>
    </w:p>
    <w:p>
      <w:r>
        <w:rPr>
          <w:b/>
        </w:rPr>
        <w:t xml:space="preserve">[30:35] </w:t>
      </w:r>
      <w:r>
        <w:t>tab bhi awam ka haq nahi hai, hukoomati haq ladegi us se.</w:t>
      </w:r>
    </w:p>
    <w:p>
      <w:pPr>
        <w:jc w:val="right"/>
      </w:pPr>
      <w:r>
        <w:t>تب بھی عوام کا حق نہیں ہے، حکومتی حق لڑے گی اس سے۔</w:t>
      </w:r>
    </w:p>
    <w:p>
      <w:r>
        <w:rPr>
          <w:b/>
        </w:rPr>
        <w:t xml:space="preserve">[30:41] </w:t>
      </w:r>
      <w:r>
        <w:t>to defensive war bhi state ladti hai, NGOs ke liye nahi hai ke woh defensive war chhedeen kisi ke khilaf. to woh ek alag cheez hai, woh ek alag cheez hai.</w:t>
      </w:r>
    </w:p>
    <w:p>
      <w:pPr>
        <w:jc w:val="right"/>
      </w:pPr>
      <w:r>
        <w:t>تو ڈیفنسو وار بھی اسٹیٹ لڑتی ہے، این جی اوز کے لیے نہیں ہے کہ وہ ڈیفنسو وار چھیڑیں کسی کے خلاف۔ تو وہ ایک الگ چیز ہے، وہ ایک الگ چیز ہے۔</w:t>
      </w:r>
    </w:p>
    <w:p>
      <w:r>
        <w:rPr>
          <w:b/>
        </w:rPr>
        <w:t xml:space="preserve">[30:52] </w:t>
      </w:r>
      <w:r>
        <w:t>un ka ek aur sawal hai, unhon ne poocha hai: "Is heart center of thinking or brain?" hmm, kya?</w:t>
      </w:r>
    </w:p>
    <w:p>
      <w:pPr>
        <w:jc w:val="right"/>
      </w:pPr>
      <w:r>
        <w:t>ان کا ایک اور سوال ہے، انہوں نے پوچھا ہے: "از ہارٹ سینٹر آف تھنکنگ اور برین؟" ہمم، کیا؟</w:t>
      </w:r>
    </w:p>
    <w:p>
      <w:r>
        <w:rPr>
          <w:b/>
        </w:rPr>
        <w:t xml:space="preserve">[31:01] </w:t>
      </w:r>
      <w:r>
        <w:t>"Is heart center of thinking or is brain center of thinking?"</w:t>
      </w:r>
    </w:p>
    <w:p>
      <w:pPr>
        <w:jc w:val="right"/>
      </w:pPr>
      <w:r>
        <w:t>"از ہارٹ سینٹر آف تھنکنگ اور از برین سینٹر آف تھنکنگ؟"</w:t>
      </w:r>
    </w:p>
    <w:p>
      <w:r>
        <w:rPr>
          <w:b/>
        </w:rPr>
        <w:t xml:space="preserve">[31:07] </w:t>
      </w:r>
      <w:r>
        <w:t>is par to hum bohat likh chuke hain aur mere nazdeek heart jo hai thinking ka center nahi hai, brain hai thinking ka center.</w:t>
      </w:r>
    </w:p>
    <w:p>
      <w:pPr>
        <w:jc w:val="right"/>
      </w:pPr>
      <w:r>
        <w:t>اس پر تو ہم بہت لکھ چکے ہیں اور میرے نزدیک ہارٹ جو ہے تھنکنگ کا سینٹر نہیں ہے، برین ہے تھنکنگ کا سینٹر۔</w:t>
      </w:r>
    </w:p>
    <w:p>
      <w:r>
        <w:rPr>
          <w:b/>
        </w:rPr>
        <w:t xml:space="preserve">[31:17] </w:t>
      </w:r>
      <w:r>
        <w:t>koi is ka proof nahi hai ke dil jo hai woh thinking ka center hai. jaise misal ke taur par operation kiya gaya, operation mein dil ko nikal liya gaya</w:t>
      </w:r>
    </w:p>
    <w:p>
      <w:pPr>
        <w:jc w:val="right"/>
      </w:pPr>
      <w:r>
        <w:t>کوئی اس کا پروف نہیں ہے کہ دل جو ہے وہ تھنکنگ کا سینٹر ہے۔ جیسے مثال کے طور پر آپریشن کیا گیا، آپریشن میں دل کو نکال لیا گیا</w:t>
      </w:r>
    </w:p>
    <w:p>
      <w:r>
        <w:rPr>
          <w:b/>
        </w:rPr>
        <w:t xml:space="preserve">[31:29] </w:t>
      </w:r>
      <w:r>
        <w:t>aur wahan pacemaker laga diya gaya, yani masnooi taur par, yani woh circulation of blood jari rakhne ke liye. to us waqt dimagh par theek kaam kar raha tha, thinking process jari tha, is mein koi kami nahi thi, us ko hui thi.</w:t>
      </w:r>
    </w:p>
    <w:p>
      <w:pPr>
        <w:jc w:val="right"/>
      </w:pPr>
      <w:r>
        <w:t>اور وہاں پیس میکر لگا دیا گیا، یعنی مصنوعی طور پر، یعنی وہ سرکولیشن آف بلڈ جاری رکھنے کے لیے۔ تو اس وقت دماغ پر ٹھیک کام کر رہا تھا، تھنکنگ پراسیس جاری تھا، اس میں کوئی کمی نہیں تھی، اس کو ہوئی تھی۔</w:t>
      </w:r>
    </w:p>
    <w:p>
      <w:r>
        <w:rPr>
          <w:b/>
        </w:rPr>
        <w:t xml:space="preserve">[31:42] </w:t>
      </w:r>
      <w:r>
        <w:t>woh na kami ho jani chahiye ya khatam ho jana chahiye.</w:t>
      </w:r>
    </w:p>
    <w:p>
      <w:pPr>
        <w:jc w:val="right"/>
      </w:pPr>
      <w:r>
        <w:t>وہ نہ کمی ہو جانی چاہیے یا ختم ہو جانا چاہیے۔</w:t>
      </w:r>
    </w:p>
    <w:p>
      <w:r>
        <w:rPr>
          <w:b/>
        </w:rPr>
        <w:t xml:space="preserve">[31:46] </w:t>
      </w:r>
      <w:r>
        <w:t>thinking center agar dil hai to khatam ho jana chahiye ya ya kam az kam woh khatam kam ho jana chahiye. to behal mere nazdeek is mein koi shakk nahi hai ke dil sirf circulation of blood ka zariya hai, woh thinking ka center nahi hai.</w:t>
      </w:r>
    </w:p>
    <w:p>
      <w:pPr>
        <w:jc w:val="right"/>
      </w:pPr>
      <w:r>
        <w:t>تھنکنگ سینٹر اگر دل ہے تو ختم ہو جانا چاہیے یا یا کم از کم وہ ختم کم ہو جانا چاہیے۔ تو بہرحال میرے نزدیک اس میں کوئی شک نہیں ہے کہ دل صرف سرکولیشن آف بلڈ کا ذریعہ ہے، وہ تھنکنگ کا سینٹر نہیں ہے۔</w:t>
      </w:r>
    </w:p>
    <w:p>
      <w:r>
        <w:rPr>
          <w:b/>
        </w:rPr>
        <w:t xml:space="preserve">[32:03] </w:t>
      </w:r>
      <w:r>
        <w:t>thinking ka sara amal jo hota hai, woh dimagh se hota hai, brain se hota hai.</w:t>
      </w:r>
    </w:p>
    <w:p>
      <w:pPr>
        <w:jc w:val="right"/>
      </w:pPr>
      <w:r>
        <w:t>تھنکنگ کا سارا عمل جو ہوتا ہے، وہ دماغ سے ہوتا ہے، برین سے ہوتا ہے۔</w:t>
      </w:r>
    </w:p>
    <w:p>
      <w:r>
        <w:rPr>
          <w:b/>
        </w:rPr>
        <w:t xml:space="preserve">[32:10] </w:t>
      </w:r>
      <w:r>
        <w:t>This question is from Mr. Shah Imran Hasan from Delhi: "Maulana, kindly explain these two Quranic verses.</w:t>
      </w:r>
    </w:p>
    <w:p>
      <w:pPr>
        <w:jc w:val="right"/>
      </w:pPr>
      <w:r>
        <w:t>دس کوئسچن از فرام مسٹر شاہ عمران حسن فرام ڈلی: "مولانا، کائنڈلی ایکسپلین دیز ٹو قرآنک ورسز۔</w:t>
      </w:r>
    </w:p>
    <w:p>
      <w:r>
        <w:rPr>
          <w:b/>
        </w:rPr>
        <w:t xml:space="preserve">[32:20] </w:t>
      </w:r>
      <w:r>
        <w:t>The first verse is given in chapter 45 of Quran, verse number 14, where it is mentioned: 'Tell the believers to ignore those who do not believe in the coming of the days of God.</w:t>
      </w:r>
    </w:p>
    <w:p>
      <w:pPr>
        <w:jc w:val="right"/>
      </w:pPr>
      <w:r>
        <w:t>دا فرسٹ ورس از گیون ان چیپٹر 45 آف قرآن، ورس نمبر 14، ویئر اٹ از مینشنڈ: 'ٹیل دا بیلیورز ٹو اگنور دوز ہو ڈو ناٹ بیلیو ان دا کمنگ آف دا ڈیز آف گاڈ۔</w:t>
      </w:r>
    </w:p>
    <w:p>
      <w:r>
        <w:rPr>
          <w:b/>
        </w:rPr>
        <w:t xml:space="preserve">[32:36] </w:t>
      </w:r>
      <w:r>
        <w:t>He will retaliate people for what they have done.'"</w:t>
      </w:r>
    </w:p>
    <w:p>
      <w:pPr>
        <w:jc w:val="right"/>
      </w:pPr>
      <w:r>
        <w:t>ہی ویل ریٹیلیٹ پیپل فار واٹ دے ہیو ڈن۔'"</w:t>
      </w:r>
    </w:p>
    <w:p>
      <w:r>
        <w:rPr>
          <w:b/>
        </w:rPr>
        <w:t xml:space="preserve">[32:43] </w:t>
      </w:r>
      <w:r>
        <w:t>is mein yahi hai ke qanoon aap ke tum ko lene ki zaroorat nahi hai, tum samjhao bajao. baqi jo hai, agar woh aisa kaam karta hai, us pe saza milni chahiye to woh Allah taala ke hawale karo.</w:t>
      </w:r>
    </w:p>
    <w:p>
      <w:pPr>
        <w:jc w:val="right"/>
      </w:pPr>
      <w:r>
        <w:t>اس میں یہی ہے کہ قانون آپ کے تم کو لینے کی ضرورت نہیں ہے، تم سمجھاؤ بجاؤ۔ باقی جو ہے، اگر وہ ایسا کام کرتا ہے، اس پہ سزا ملنی چاہیے تو وہ اللہ تعالی کے حوالے کرو۔</w:t>
      </w:r>
    </w:p>
    <w:p>
      <w:r>
        <w:rPr>
          <w:b/>
        </w:rPr>
        <w:t xml:space="preserve">[32:55] </w:t>
      </w:r>
      <w:r>
        <w:t>is ko saza ka mamla Allah ke hawale hai, samjhana bujhana tumhara kaam hai. yeh matlab hai is ka.</w:t>
      </w:r>
    </w:p>
    <w:p>
      <w:pPr>
        <w:jc w:val="right"/>
      </w:pPr>
      <w:r>
        <w:t>اس کو سزا کا معاملہ اللہ کے حوالے ہے، سمجھانا بجھانا تمہارا کام ہے۔ یہ مطلب ہے اس کا۔</w:t>
      </w:r>
    </w:p>
    <w:p>
      <w:r>
        <w:rPr>
          <w:b/>
        </w:rPr>
        <w:t xml:space="preserve">[33:03] </w:t>
      </w:r>
      <w:r>
        <w:t>doosri ayat, Maulana, unhon ne chapter eight of Quran ko refer karte hue bataya hai, verse number 47, jis mein likha hai: "do not be like those who left their homes full of conceit and showing off to others.</w:t>
      </w:r>
    </w:p>
    <w:p>
      <w:pPr>
        <w:jc w:val="right"/>
      </w:pPr>
      <w:r>
        <w:t>دوسری آیت، مولانا، انہوں نے چیپٹر ایٹ آف قرآن کو ریفر کرتے ہوئے بتایا ہے، ورس نمبر 47، جس میں لکھا ہے: "ڈو ناٹ بی لائک دوز ہو لیفٹ دیر ہومز فل آف کنسیٹ اینڈ شوئنگ آف ٹو ادرز۔</w:t>
      </w:r>
    </w:p>
    <w:p>
      <w:r>
        <w:rPr>
          <w:b/>
        </w:rPr>
        <w:t xml:space="preserve">[33:20] </w:t>
      </w:r>
      <w:r>
        <w:t>they debar others from the path of God." Maulana sahib, Quran ki yeh doosri verse mein maujooda zamane ki protest based politics aur road par nikal kar hangama karne ke liye roka nahi gaya hai.</w:t>
      </w:r>
    </w:p>
    <w:p>
      <w:pPr>
        <w:jc w:val="right"/>
      </w:pPr>
      <w:r>
        <w:t>دے ڈیبار ادرز فرام دی پاتھ آف گاڈ۔" مولانا صاحب، قرآن کی یہ دوسری ورس میں موجودہ زمانے کی پروٹیسٹ بیسڈ پولیٹکس اور روڈ پر نکل کر ہنگامہ کرنے کے لیے روکا نہیں گیا ہے۔</w:t>
      </w:r>
    </w:p>
    <w:p>
      <w:r>
        <w:rPr>
          <w:b/>
        </w:rPr>
        <w:t xml:space="preserve">[33:35] </w:t>
      </w:r>
      <w:r>
        <w:t>bila shubah roka gaya hai. yeh is ke khilaf hai. yeh ayat jo hai, is ke khilaf bata di hai ke aap fakhar ka le kar, is fakhar ka jazba le kar niklein aur nare lagayein aur aur lalkarein logon ko, challenge karein.</w:t>
      </w:r>
    </w:p>
    <w:p>
      <w:pPr>
        <w:jc w:val="right"/>
      </w:pPr>
      <w:r>
        <w:t>بلاشبہ روکا گیا ہے۔ یہ اس کے خلاف ہے۔ یہ آیت جو ہے، اس کے خلاف بتا دی ہے کہ آپ فخر کا لے کر، اس فخر کا جذبہ لے کر نکلیں اور نعرے لگائیں اور اور للکاریں لوگوں کو، چیلنج کریں۔</w:t>
      </w:r>
    </w:p>
    <w:p>
      <w:r>
        <w:rPr>
          <w:b/>
        </w:rPr>
        <w:t xml:space="preserve">[33:50] </w:t>
      </w:r>
      <w:r>
        <w:t>is ke khilaf hai yeh ayat. Muhammad, Mr. Muhammad Sultan ne Delhi se likha hai: "agar Imam ki baatein Quran aur Hadees se hat kar hon to use qabool kiya jaye ya nahi?"</w:t>
      </w:r>
    </w:p>
    <w:p>
      <w:pPr>
        <w:jc w:val="right"/>
      </w:pPr>
      <w:r>
        <w:t>اس کے خلاف ہے یہ آیت۔ محمد، مسٹر محمد سلطان نے دلی سے لکھا ہے: "اگر امام کی باتیں قرآن اور حدیث سے ہٹ کر ہوں تو اسے قبول کیا جائے یا نہیں؟"</w:t>
      </w:r>
    </w:p>
    <w:p>
      <w:r>
        <w:rPr>
          <w:b/>
        </w:rPr>
        <w:t xml:space="preserve">[34:06] </w:t>
      </w:r>
      <w:r>
        <w:t>kya matlab?</w:t>
      </w:r>
    </w:p>
    <w:p>
      <w:pPr>
        <w:jc w:val="right"/>
      </w:pPr>
      <w:r>
        <w:t>کیا مطلب؟</w:t>
      </w:r>
    </w:p>
    <w:p>
      <w:r>
        <w:rPr>
          <w:b/>
        </w:rPr>
        <w:t xml:space="preserve">[34:10] </w:t>
      </w:r>
      <w:r>
        <w:t>mujhe samajh nahi aayi kya matlab is ka ke agar Imam jo baatein kar raha hai, woh it is not in the base bases of Quran hai.</w:t>
      </w:r>
    </w:p>
    <w:p>
      <w:pPr>
        <w:jc w:val="right"/>
      </w:pPr>
      <w:r>
        <w:t>مجھے سمجھ نہیں آئی کیا مطلب اس کا کہ اگر امام جو باتیں کر رہا ہے، وہ اٹ از ناٹ ان دی بیس بیسز آف قرآن ہے۔</w:t>
      </w:r>
    </w:p>
    <w:p>
      <w:r>
        <w:rPr>
          <w:b/>
        </w:rPr>
        <w:t xml:space="preserve">[34:18] </w:t>
      </w:r>
      <w:r>
        <w:t>is mein koi poochti to koi samajh nahi aata. mere kitaab poochhna ke is mein is mein kya sawal banta hai? is mein bhai aap sun lijiye</w:t>
      </w:r>
    </w:p>
    <w:p>
      <w:pPr>
        <w:jc w:val="right"/>
      </w:pPr>
      <w:r>
        <w:t>اس میں کوئی پوچھتی تو کوئی سمجھ نہیں آتا۔ میرے کتاب پوچھنا کہ اس میں اس میں کیا سوال بنتا ہے؟ اس میں بھئی آپ سن لیجئے</w:t>
      </w:r>
    </w:p>
    <w:p>
      <w:r>
        <w:rPr>
          <w:b/>
        </w:rPr>
        <w:t xml:space="preserve">[34:28] </w:t>
      </w:r>
      <w:r>
        <w:t>aur ya to ghar student ke ghar chale jaiye ya un se baat kijiye narmi ke sath, discuss discuss discuss kijiye.</w:t>
      </w:r>
    </w:p>
    <w:p>
      <w:pPr>
        <w:jc w:val="right"/>
      </w:pPr>
      <w:r>
        <w:t>اور یا تو گھر سٹوڈنٹ کے گھر چلے جائیے یا ان سے بات کیجئے نرمی کے ساتھ، ڈسکس ڈسکس ڈسکس کیجئے۔</w:t>
      </w:r>
    </w:p>
    <w:p>
      <w:r>
        <w:rPr>
          <w:b/>
        </w:rPr>
        <w:t xml:space="preserve">[34:38] </w:t>
      </w:r>
      <w:r>
        <w:t>agar aap is position mein hain ke use discuss karna hai, to discuss kijiye. nahi to aap ghar jaiye. main to yahi samajhta hoon. ji kehta hoon.</w:t>
      </w:r>
    </w:p>
    <w:p>
      <w:pPr>
        <w:jc w:val="right"/>
      </w:pPr>
      <w:r>
        <w:t>اگر آپ اس پوزیشن میں ہیں کہ اسے ڈسکس کرنا ہے، تو ڈسکس کیجئے۔ نہیں تو آپ گھر جائیے۔ میں تو یہی سمجھتا ہوں۔ جی کہتا ہوں۔</w:t>
      </w:r>
    </w:p>
    <w:p>
      <w:r>
        <w:rPr>
          <w:b/>
        </w:rPr>
        <w:t xml:space="preserve">[34:48] </w:t>
      </w:r>
      <w:r>
        <w:t>ji sahi. haan, un ka ek aur sawal hai, Maulana, unhon ne likha hai ke kya prophet namaz parhte parhte thay to rafa ya deen karte thay aur ameen kehte thay?</w:t>
      </w:r>
    </w:p>
    <w:p>
      <w:pPr>
        <w:jc w:val="right"/>
      </w:pPr>
      <w:r>
        <w:t>جی صحیح۔ ہاں، ان کا ایک اور سوال ہے، مولانا، انہوں نے لکھا ہے کہ کیا پرافٹ نماز پڑھتے پڑھتے تھے تو رفع یا دین کرتے تھے اور امین کہتے تھے؟</w:t>
      </w:r>
    </w:p>
    <w:p>
      <w:r>
        <w:rPr>
          <w:b/>
        </w:rPr>
        <w:t xml:space="preserve">[35:01] </w:t>
      </w:r>
      <w:r>
        <w:t>bhai yeh sab masle yahan poochne mat poochhiye, yeh fiqhi masle hain. kitabein bohat maujood hain, chhapi hui hain, is ko padhiye, is mein mil jayega aap ko jawab.</w:t>
      </w:r>
    </w:p>
    <w:p>
      <w:pPr>
        <w:jc w:val="right"/>
      </w:pPr>
      <w:r>
        <w:t>بھئی یہ سب مسئلے یہاں پوچھنے مت پوچھیے، یہ فقہی مسئلے ہیں۔ کتابیں بہت موجود ہیں، چھپی ہوئی ہیں، اس کو پڑھیے، اس میں مل جائے گا آپ کو جواب۔</w:t>
      </w:r>
    </w:p>
    <w:p>
      <w:r>
        <w:rPr>
          <w:b/>
        </w:rPr>
        <w:t xml:space="preserve">[35:10] </w:t>
      </w:r>
      <w:r>
        <w:t>yeh sab masle, yeh yeh jo hum karte hain, yeh dawat ke liye hota hai, yeh fiqhi masail ke liye nahi hota hai. is par bohat kitabein hain, Hanafi o Salafi ke jo literature hai, is mein bhara hua hai, is ko padhiye.</w:t>
      </w:r>
    </w:p>
    <w:p>
      <w:pPr>
        <w:jc w:val="right"/>
      </w:pPr>
      <w:r>
        <w:t>یہ سب مسئلے، یہ یہ جو ہم کرتے ہیں، یہ دعوت کے لیے ہوتا ہے، یہ فقہی مسائل کے لیے نہیں ہوتا ہے۔ اس پر بہت کتابیں ہیں، حنفی و سلفی کے جو لیٹریچر ہے، اس میں بھرا ہوا ہے، اس کو پڑھیے۔</w:t>
      </w:r>
    </w:p>
    <w:p>
      <w:r>
        <w:rPr>
          <w:b/>
        </w:rPr>
        <w:t xml:space="preserve">[35:38] </w:t>
      </w:r>
      <w:r>
        <w:t>Mr. Abdul Rehman ne Delhi se likha hai: "Maulana sahib, very huge and vast resources are being deployed in the field of entertainment.</w:t>
      </w:r>
    </w:p>
    <w:p>
      <w:pPr>
        <w:jc w:val="right"/>
      </w:pPr>
      <w:r>
        <w:t>مسٹر عبدالرحمن نے دلی سے لکھا ہے: "مولانا صاحب، ویری ہیوج اینڈ واسٹ ریسورسز آر بینگ ڈیپلائڈ ان دی فیلڈ آف انٹرٹینمنٹ۔</w:t>
      </w:r>
    </w:p>
    <w:p>
      <w:r>
        <w:rPr>
          <w:b/>
        </w:rPr>
        <w:t xml:space="preserve">[35:51] </w:t>
      </w:r>
      <w:r>
        <w:t>I think the entertainment is the biggest industry in the world of today.</w:t>
      </w:r>
    </w:p>
    <w:p>
      <w:pPr>
        <w:jc w:val="right"/>
      </w:pPr>
      <w:r>
        <w:t>آئی تھنک دا انٹرٹینمنٹ از دا بگسٹ انڈسٹری ان دا ورلڈ آف ٹوڈے۔</w:t>
      </w:r>
    </w:p>
    <w:p>
      <w:r>
        <w:rPr>
          <w:b/>
        </w:rPr>
        <w:t xml:space="preserve">[35:56] </w:t>
      </w:r>
      <w:r>
        <w:t>in this context, I request you to explain comprehensively the role of entertainment or fiction in life as in view of both this world and the hereafter.</w:t>
      </w:r>
    </w:p>
    <w:p>
      <w:pPr>
        <w:jc w:val="right"/>
      </w:pPr>
      <w:r>
        <w:t>ان دس کانٹیکسٹ، آئی ریکویسٹ یو ٹو ایکسپلین کمپرینسولی دا رول آف انٹرٹینمنٹ اور فکشن ان لائف ایز ان ویو آف بوتھ دس ورلڈ اینڈ دی ہیر آفٹر۔</w:t>
      </w:r>
    </w:p>
    <w:p>
      <w:r>
        <w:rPr>
          <w:b/>
        </w:rPr>
        <w:t xml:space="preserve">[36:10] </w:t>
      </w:r>
      <w:r>
        <w:t>also, please advise its limitations."</w:t>
      </w:r>
    </w:p>
    <w:p>
      <w:pPr>
        <w:jc w:val="right"/>
      </w:pPr>
      <w:r>
        <w:t>السو، پلیز ایڈوائز اٹس لیمیٹیشنز۔"</w:t>
      </w:r>
    </w:p>
    <w:p>
      <w:r>
        <w:rPr>
          <w:b/>
        </w:rPr>
        <w:t xml:space="preserve">[36:21] </w:t>
      </w:r>
      <w:r>
        <w:t>bhai main to entertainment aur is qism cheezon ka samajhta hoon ke woh waste ho.</w:t>
      </w:r>
    </w:p>
    <w:p>
      <w:pPr>
        <w:jc w:val="right"/>
      </w:pPr>
      <w:r>
        <w:t>بھئی میں تو انٹرٹینمنٹ اور اس قسم چیزوں کا سمجھتا ہوں کہ وہ ویسٹ ہو۔</w:t>
      </w:r>
    </w:p>
    <w:p>
      <w:r>
        <w:rPr>
          <w:b/>
        </w:rPr>
        <w:t xml:space="preserve">[36:31] </w:t>
      </w:r>
      <w:r>
        <w:t>time aur money money ko waste karna hai. bas zindagi chhoti si zindagi hamein mili hai, is zindagi mein bohat bade bade kaam karna hai hamein.</w:t>
      </w:r>
    </w:p>
    <w:p>
      <w:pPr>
        <w:jc w:val="right"/>
      </w:pPr>
      <w:r>
        <w:t>ٹائم اور منی منی کو ویسٹ کرنا ہے۔ بس زندگی چھوٹی سی زندگی ہمیں ملی ہے، اس زندگی میں بہت بڑے بڑے کام کرنا ہے ہمیں۔</w:t>
      </w:r>
    </w:p>
    <w:p>
      <w:r>
        <w:rPr>
          <w:b/>
        </w:rPr>
        <w:t xml:space="preserve">[36:41] </w:t>
      </w:r>
      <w:r>
        <w:t>jitne bade bade scientist thay, woh kabhi bhi in sab cheezon mein nahi padhte thay. woh woh to raat din mein research karte thay. bas to itne bade bade kaam baqi hain, woh kijiye.</w:t>
      </w:r>
    </w:p>
    <w:p>
      <w:pPr>
        <w:jc w:val="right"/>
      </w:pPr>
      <w:r>
        <w:t>جتنے بڑے بڑے سائنٹسٹ تھے، وہ کبھی بھی ان سب چیزوں میں نہیں پڑھتے تھے۔ وہ وہ تو رات دن میں ریسرچ کرتے تھے۔ بس تو اتنے بڑے بڑے کام باقی ہیں، وہ کیجئے۔</w:t>
      </w:r>
    </w:p>
    <w:p>
      <w:r>
        <w:rPr>
          <w:b/>
        </w:rPr>
        <w:t xml:space="preserve">[36:54] </w:t>
      </w:r>
      <w:r>
        <w:t>aur ek Muslim ke liye to dawat ka kaam baqi hai, sari duniya mein Islam ke message pahunchana.</w:t>
      </w:r>
    </w:p>
    <w:p>
      <w:pPr>
        <w:jc w:val="right"/>
      </w:pPr>
      <w:r>
        <w:t>اور ایک مسلم کے لیے تو دعوت کا کام باقی ہے، ساری دنیا میں اسلام کے میسج پہنچانا۔</w:t>
      </w:r>
    </w:p>
    <w:p>
      <w:r>
        <w:rPr>
          <w:b/>
        </w:rPr>
        <w:t xml:space="preserve">[36:59] </w:t>
      </w:r>
      <w:r>
        <w:t>to mauqa ka entertainment ka mauqa kahan hai? hamein mauqa hi nahi is ka. main is ko jaiz najais ke roop mein nahi dekhta hoon. is roop mein ke jab bada kaam maujood hai karne ke liye, aap is mein kyun apne waqt ko zaya karte hain, apne paise ko zaya karte hain?</w:t>
      </w:r>
    </w:p>
    <w:p>
      <w:pPr>
        <w:jc w:val="right"/>
      </w:pPr>
      <w:r>
        <w:t>تو موقع کا انٹرٹینمنٹ کا موقع کہاں ہے؟ ہمیں موقع ہی نہیں اس کا۔ میں اس کو جائز ناجائز کے روپ میں نہیں دیکھتا ہوں۔ اس روپ میں کہ جب بڑا کام موجود ہے کرنے کے لیے، آپ اس میں کیوں اپنے وقت کو ضائع کرتے ہیں، اپنے پیسے کو ضائع کرتے ہیں؟</w:t>
      </w:r>
    </w:p>
    <w:p>
      <w:r>
        <w:rPr>
          <w:b/>
        </w:rPr>
        <w:t xml:space="preserve">[37:16] </w:t>
      </w:r>
      <w:r>
        <w:t>main to is ko distraction samajhta hoon.</w:t>
      </w:r>
    </w:p>
    <w:p>
      <w:pPr>
        <w:jc w:val="right"/>
      </w:pPr>
      <w:r>
        <w:t>میں تو اس کو ڈسٹریکشن سمجھتا ہوں۔</w:t>
      </w:r>
    </w:p>
    <w:p>
      <w:r>
        <w:rPr>
          <w:b/>
        </w:rPr>
        <w:t xml:space="preserve">[37:18] </w:t>
      </w:r>
      <w:r>
        <w:t>distraction</w:t>
      </w:r>
    </w:p>
    <w:p>
      <w:pPr>
        <w:jc w:val="right"/>
      </w:pPr>
      <w:r>
        <w:t>ڈسٹریکشن</w:t>
      </w:r>
    </w:p>
    <w:p>
      <w:r>
        <w:rPr>
          <w:b/>
        </w:rPr>
        <w:t xml:space="preserve">[37:23] </w:t>
      </w:r>
      <w:r>
        <w:t>zindagi ka maqsad yeh nahi ke aap kuch enjoy kar lein. zindagi mein koi bada kaam karein.</w:t>
      </w:r>
    </w:p>
    <w:p>
      <w:pPr>
        <w:jc w:val="right"/>
      </w:pPr>
      <w:r>
        <w:t>زندگی کا مقصد یہ نہیں کہ آپ کچھ انجوائے کر لیں۔ زندگی میں کوئی بڑا کام کریں۔</w:t>
      </w:r>
    </w:p>
    <w:p>
      <w:r>
        <w:rPr>
          <w:b/>
        </w:rPr>
        <w:t xml:space="preserve">[37:32] </w:t>
      </w:r>
      <w:r>
        <w:t>aik secular aadmi hai to scientific research kare, woh</w:t>
      </w:r>
    </w:p>
    <w:p>
      <w:pPr>
        <w:jc w:val="right"/>
      </w:pPr>
      <w:r>
        <w:t>ایک سیکولر آدمی ہے تو سائنٹیفک ریسرچ کرے، وہ</w:t>
      </w:r>
    </w:p>
    <w:p>
      <w:r>
        <w:rPr>
          <w:b/>
        </w:rPr>
        <w:t xml:space="preserve">[37:38] </w:t>
      </w:r>
      <w:r>
        <w:t>aik aik aik momin hai to woh daawa work kare. to saare kaam pade hue hain karne ke liye.</w:t>
      </w:r>
    </w:p>
    <w:p>
      <w:pPr>
        <w:jc w:val="right"/>
      </w:pPr>
      <w:r>
        <w:t>ایک ایک ایک مومن ہے تو وہ دعویٰ ورک کرے۔ تو سارے کام پڑے ہوئے ہیں کرنے کے لیے۔</w:t>
      </w:r>
    </w:p>
    <w:p>
      <w:r>
        <w:rPr>
          <w:b/>
        </w:rPr>
        <w:t xml:space="preserve">[37:48] </w:t>
      </w:r>
      <w:r>
        <w:t>Mr Arshad Jamal ne New Delhi se likha hai: "Quran mein prophet ko role model ki hesiyat se pesh kiya gaya hai, lekin maujooda zamane ke musalmanon ne prophet ko apne liye role model ke bajaye pride ka mozu bana rakha hai.</w:t>
      </w:r>
    </w:p>
    <w:p>
      <w:pPr>
        <w:jc w:val="right"/>
      </w:pPr>
      <w:r>
        <w:t>مسٹر ارشد جمال نے نئی دلی سے لکھا ہے: "قرآن میں پرافٹ کو رول ماڈل کی حیثیت سے پیش کیا گیا ہے، لیکن موجودہ زمانے کے مسلمانوں نے پرافٹ کو اپنے لیے رول ماڈل کے بجائے پرائیڈ کا موضوع بنا رکھا ہے۔</w:t>
      </w:r>
    </w:p>
    <w:p>
      <w:r>
        <w:rPr>
          <w:b/>
        </w:rPr>
        <w:t xml:space="preserve">[38:06] </w:t>
      </w:r>
      <w:r>
        <w:t>Yahud ne apne peghambaron ke mamle mein bilkul aisa hi ravaiyya ikhtiyar kiya tha. Is ke bare mein aap bataein."</w:t>
      </w:r>
    </w:p>
    <w:p>
      <w:pPr>
        <w:jc w:val="right"/>
      </w:pPr>
      <w:r>
        <w:t>یہود نے اپنے پیغمبروں کے معاملے میں بالکل ایسا ہی رویہ اختیار کیا تھا۔ اس کے بارے میں آپ بتائیں۔"</w:t>
      </w:r>
    </w:p>
    <w:p>
      <w:r>
        <w:rPr>
          <w:b/>
        </w:rPr>
        <w:t xml:space="preserve">[38:15] </w:t>
      </w:r>
      <w:r>
        <w:t>Yeh bilkul sahi aap ne kaha. Yahud ki sunnat hai. Yeh latabun man kan qablakum ka yeh hai mamla.</w:t>
      </w:r>
    </w:p>
    <w:p>
      <w:pPr>
        <w:jc w:val="right"/>
      </w:pPr>
      <w:r>
        <w:t>یہ بالکل صحیح آپ نے کہا۔ یہود کی سنت ہے۔ یہ لطبون من کان قبلکم کا یہ ہے معاملہ۔</w:t>
      </w:r>
    </w:p>
    <w:p>
      <w:r>
        <w:rPr>
          <w:b/>
        </w:rPr>
        <w:t xml:space="preserve">[38:30] </w:t>
      </w:r>
      <w:r>
        <w:t>To jab zawal aata hai, jab decline hota hai kisi qaum ko to pride hi reh jata hai. Usul khatam ho jata hai. Yahud apne zamane mein, daur-e-zawal mein mazhab chhoda nahi tha unhon ne, lekin mazhab jo hai un ke haan bahut zyada pride tha.</w:t>
      </w:r>
    </w:p>
    <w:p>
      <w:pPr>
        <w:jc w:val="right"/>
      </w:pPr>
      <w:r>
        <w:t>تو جب زوال آتا ہے، جب ڈیکلائن ہوتا ہے کسی قوم کو تو پرائیڈ ہی رہ جاتا ہے۔ اصول ختم ہو جاتا ہے۔ یہود اپنے زمانے میں، دور زوال میں مذہب چھوڑا نہیں تھا انہوں نے، لیکن مذہب جو ہے ان کے ہاں بہت زیادہ پرائیڈ تھا۔</w:t>
      </w:r>
    </w:p>
    <w:p>
      <w:r>
        <w:rPr>
          <w:b/>
        </w:rPr>
        <w:t xml:space="preserve">[38:45] </w:t>
      </w:r>
      <w:r>
        <w:t>Qaumi pride ke</w:t>
      </w:r>
    </w:p>
    <w:p>
      <w:pPr>
        <w:jc w:val="right"/>
      </w:pPr>
      <w:r>
        <w:t>قومی پرائیڈ کے</w:t>
      </w:r>
    </w:p>
    <w:p>
      <w:r>
        <w:rPr>
          <w:b/>
        </w:rPr>
        <w:t xml:space="preserve">[38:47] </w:t>
      </w:r>
      <w:r>
        <w:t>Qaumi pride. Wahi musalmanon ka aaj kal haal hai. Bazahir Islam aap dekhte hain, lekin yeh sab qaumi pride ka phenomena hai. Yeh sab yeh true Islam nahi hai.</w:t>
      </w:r>
    </w:p>
    <w:p>
      <w:pPr>
        <w:jc w:val="right"/>
      </w:pPr>
      <w:r>
        <w:t>قومی پرائیڈ۔ وہی مسلمانوں کا آج کل حال ہے۔ بظاہر اسلام آپ دیکھتے ہیں، لیکن یہ سب قومی پرائیڈ کا فیناومینا ہے۔ یہ سب یہ ٹرو اسلام نہیں ہے۔</w:t>
      </w:r>
    </w:p>
    <w:p>
      <w:r>
        <w:rPr>
          <w:b/>
        </w:rPr>
        <w:t xml:space="preserve">[39:01] </w:t>
      </w:r>
      <w:r>
        <w:t>Yeh to hadith sabit hai ke musalman woh sab karenge jo Yahudiyon ne kiya. Isi isi ki tasdeeq hai. Rasool Allah ne jo baat kahi thi, woh ab sahi sabit ho rahi hai.</w:t>
      </w:r>
    </w:p>
    <w:p>
      <w:pPr>
        <w:jc w:val="right"/>
      </w:pPr>
      <w:r>
        <w:t>یہ تو حدیث ثابت ہے کہ مسلمان وہ سب کریں گے جو یہودیوں نے کیا۔ اسی اسی کی تصدیق ہے۔ رسول اللہ نے جو بات کہی تھی، وہ اب صحیح ثابت ہو رہی ہے۔</w:t>
      </w:r>
    </w:p>
    <w:p>
      <w:r>
        <w:rPr>
          <w:b/>
        </w:rPr>
        <w:t xml:space="preserve">[39:16] </w:t>
      </w:r>
      <w:r>
        <w:t>Mr Syed Talif Haider ne Delhi se likha hai: "1852 mein Allama Fazl-e-Haq ne Jama Masjid mein khade ho kar yeh fatwa diya tha ke ab musalmanon par Angrezon ke khilaf jihad lazmi ho gaya hai,</w:t>
      </w:r>
    </w:p>
    <w:p>
      <w:pPr>
        <w:jc w:val="right"/>
      </w:pPr>
      <w:r>
        <w:t>مسٹر سید طالیف حیدر نے دلی سے لکھا ہے: "1852 میں علامہ فضل حق نے جامع مسجد میں کھڑے ہو کر یہ فتویٰ دیا تھا کہ اب مسلمانوں پر انگریزوں کے خلاف جہاد لازمی ہو گیا ہے،</w:t>
      </w:r>
    </w:p>
    <w:p>
      <w:r>
        <w:rPr>
          <w:b/>
        </w:rPr>
        <w:t xml:space="preserve">[39:36] </w:t>
      </w:r>
      <w:r>
        <w:t>kyunki Angrezi sarkaar Hindustaniyon par zulm kar rahi thi. Kya yeh fatwa sahi tha?" Is par bahut likh chuka hoon.</w:t>
      </w:r>
    </w:p>
    <w:p>
      <w:pPr>
        <w:jc w:val="right"/>
      </w:pPr>
      <w:r>
        <w:t>کیونکہ انگریزی سرکار ہندوستانیوں پر ظلم کر رہی تھی۔ کیا یہ فتویٰ صحیح تھا؟" اس پر بہت لکھ چکا ہوں۔</w:t>
      </w:r>
    </w:p>
    <w:p>
      <w:r>
        <w:rPr>
          <w:b/>
        </w:rPr>
        <w:t xml:space="preserve">[39:46] </w:t>
      </w:r>
      <w:r>
        <w:t>Main is ko parhiye aap. Ab kitaab hai hamari, is ka naam hai</w:t>
      </w:r>
    </w:p>
    <w:p>
      <w:pPr>
        <w:jc w:val="right"/>
      </w:pPr>
      <w:r>
        <w:t>میں اس کو پڑھیے آپ۔ اب کتاب ہے ہماری، اس کا نام ہے</w:t>
      </w:r>
    </w:p>
    <w:p>
      <w:r>
        <w:rPr>
          <w:b/>
        </w:rPr>
        <w:t xml:space="preserve">[39:53] </w:t>
      </w:r>
      <w:r>
        <w:t>"Ulama aur Daura-e-Jadeed". Is ko aap parhiye, aap is mein sab baatein mil jayengi aap ko. Kya woh yeh naam hai is ka? Ji "Ulama aur Daura-e-Jadeed" mein parhiye aap, yahan se mil jayegi aap ko.</w:t>
      </w:r>
    </w:p>
    <w:p>
      <w:pPr>
        <w:jc w:val="right"/>
      </w:pPr>
      <w:r>
        <w:t>"علماء اور دور جدید"۔ اس کو آپ پڑھیے، آپ اس میں سب باتیں مل جائیں گی آپ کو۔ کیا وہ یہ نام ہے اس کا؟ جی "علماء اور دور جدید" میں پڑھیے آپ، یہاں سے مل جائے گی آپ کو۔</w:t>
      </w:r>
    </w:p>
    <w:p>
      <w:r>
        <w:rPr>
          <w:b/>
        </w:rPr>
        <w:t xml:space="preserve">[40:09] </w:t>
      </w:r>
      <w:r>
        <w:t>Mr Muhammad Kamil ne Delhi se likha hai: "Was Prophet Muhammad the founder of Islam or was Islam started from Adam (AS)".</w:t>
      </w:r>
    </w:p>
    <w:p>
      <w:pPr>
        <w:jc w:val="right"/>
      </w:pPr>
      <w:r>
        <w:t>مسٹر محمد کامل نے دلی سے لکھا ہے: "واز پرافٹ محمد دا فاؤنڈر آف اسلام اور واز اسلام سٹارٹڈ فرام آدم علیہ السلام"۔</w:t>
      </w:r>
    </w:p>
    <w:p>
      <w:r>
        <w:rPr>
          <w:b/>
        </w:rPr>
        <w:t xml:space="preserve">[40:24] </w:t>
      </w:r>
      <w:r>
        <w:t>Likhiye: Rasool Allah (SAW) ne isi mazhab ko jo saare peghambaron ne pesh kiya tha, isi ko aap ne zinda kiya, is ko mehfooz kiya.</w:t>
      </w:r>
    </w:p>
    <w:p>
      <w:pPr>
        <w:jc w:val="right"/>
      </w:pPr>
      <w:r>
        <w:t>لکھیے: رسول اللہ صلی اللہ علیہ وسلم نے اسی مذہب کو جو سارے پیغمبروں نے پیش کیا تھا، اسی کو آپ نے زندہ کیا، اس کو محفوظ کیا۔</w:t>
      </w:r>
    </w:p>
    <w:p>
      <w:r>
        <w:rPr>
          <w:b/>
        </w:rPr>
        <w:t xml:space="preserve">[40:37] </w:t>
      </w:r>
      <w:r>
        <w:t>Aur ne Islam ka lafz boliye, aap Khuda ka deen boliye to woh Hazrat Adam shuru ho gaya tha. Woh isi Khuda ke deen ka naam Islam hai.</w:t>
      </w:r>
    </w:p>
    <w:p>
      <w:pPr>
        <w:jc w:val="right"/>
      </w:pPr>
      <w:r>
        <w:t>اور نے اسلام کا لفظ بولیے، آپ خدا کا دین بولیے تو وہ حضرت آدمی شروع ہو گیا تھا۔ وہ اسی خدا کے دین کا نام اسلام ہے۔</w:t>
      </w:r>
    </w:p>
    <w:p>
      <w:r>
        <w:rPr>
          <w:b/>
        </w:rPr>
        <w:t xml:space="preserve">[40:47] </w:t>
      </w:r>
      <w:r>
        <w:t>To deen ek hi raha hai hamesha, har peghambar ke zamane mein. To Rasool Allah ne koi naya deen pesh nahi kiya. Aap kisi naye deen ke liye nahi aaye the.</w:t>
      </w:r>
    </w:p>
    <w:p>
      <w:pPr>
        <w:jc w:val="right"/>
      </w:pPr>
      <w:r>
        <w:t>تو دین ایک ہی رہا ہے ہمیشہ، ہر پیغمبر کے زمانے میں۔ تو رسول اللہ نے کوئی نیا دین پیش نہیں کیا۔ آپ کسی نئے دین کے لیے نہیں آئے تھے۔</w:t>
      </w:r>
    </w:p>
    <w:p>
      <w:r>
        <w:rPr>
          <w:b/>
        </w:rPr>
        <w:t xml:space="preserve">[41:02] </w:t>
      </w:r>
      <w:r>
        <w:t>Isi deen ko revive karna, is deen ko preserve karna, yeh mission tha aap ka. Woh mission aap ka poori tarah se kaamyaab raha.</w:t>
      </w:r>
    </w:p>
    <w:p>
      <w:pPr>
        <w:jc w:val="right"/>
      </w:pPr>
      <w:r>
        <w:t>اسی دین کو ریوائیو کرنا، اس دین کو پریزرو کرنا، یہ مشن تھا آپ کا۔ وہ مشن آپ کا پوری طرح سے کامیاب رہا۔</w:t>
      </w:r>
    </w:p>
    <w:p>
      <w:r>
        <w:rPr>
          <w:b/>
        </w:rPr>
        <w:t xml:space="preserve">[41:12] </w:t>
      </w:r>
      <w:r>
        <w:t>Maulana, un ka un ke aik do aur sawal hain. Unhon ne likha hai: "Were the idols not removed from Kaaba after the Hijrah?"</w:t>
      </w:r>
    </w:p>
    <w:p>
      <w:pPr>
        <w:jc w:val="right"/>
      </w:pPr>
      <w:r>
        <w:t>مولانا، ان کا ان کے ایک دو اور سوال ہیں۔ انہوں نے لکھا ہے: "ور دی آئیڈلز ناٹ ریمووڈ فرام کعبہ آفٹر دی ہجرت"۔</w:t>
      </w:r>
    </w:p>
    <w:p>
      <w:r>
        <w:rPr>
          <w:b/>
        </w:rPr>
        <w:t xml:space="preserve">[41:25] </w:t>
      </w:r>
      <w:r>
        <w:t>Nahi kaha hai. "Were the idols not removed from Kaaba after the Hijrah". Hmm, aur bas yahi itna hi likha hai.</w:t>
      </w:r>
    </w:p>
    <w:p>
      <w:pPr>
        <w:jc w:val="right"/>
      </w:pPr>
      <w:r>
        <w:t>نہیں کہا ہے۔ "ور دی آئیڈلز ناٹ ریمووڈ فرام کعبہ آفٹر دی ہجرت"۔ ہمم، اور بس یہی اتنا ہی لکھا ہے۔</w:t>
      </w:r>
    </w:p>
    <w:p>
      <w:r>
        <w:rPr>
          <w:b/>
        </w:rPr>
        <w:t xml:space="preserve">[41:33] </w:t>
      </w:r>
      <w:r>
        <w:t>Maulana, dekhiye jo Kaaba mein jo idol the, woh remove karna sahi lafz sahi nahi hai is ke liye.</w:t>
      </w:r>
    </w:p>
    <w:p>
      <w:pPr>
        <w:jc w:val="right"/>
      </w:pPr>
      <w:r>
        <w:t>مولانا، دیکھیے جو کعبہ میں جو آئیڈل تھے، وہ ریموو کرنا صحیح لفظ صحیح نہیں ہے اس کے لیے۔</w:t>
      </w:r>
    </w:p>
    <w:p>
      <w:r>
        <w:rPr>
          <w:b/>
        </w:rPr>
        <w:t xml:space="preserve">[41:43] </w:t>
      </w:r>
      <w:r>
        <w:t>Saare Makka ke log Islam mein dakhil ho gaye, koi buton ki pooja karne wala raha nahi. Saare Arab ke log dakhil ho gaye. To zahir hai ke is ke baad unhi logon ne jo jo poojte the, unhon ne hata diya.</w:t>
      </w:r>
    </w:p>
    <w:p>
      <w:pPr>
        <w:jc w:val="right"/>
      </w:pPr>
      <w:r>
        <w:t>سارے مکہ کے لوگ اسلام میں داخل ہو گئے، کوئی بتوں کی پوجا کرنے والا رہا نہیں۔ سارے عرب کے لوگ داخل ہو گئے۔ تو ظاہر ہے کہ اس کے بعد انہی لوگوں نے جو جو پوجتے تھے، انہوں نے ہٹا دیا۔</w:t>
      </w:r>
    </w:p>
    <w:p>
      <w:r>
        <w:rPr>
          <w:b/>
        </w:rPr>
        <w:t xml:space="preserve">[41:54] </w:t>
      </w:r>
      <w:r>
        <w:t>Is ko koi state policy ka to par nahi tha, balke jo is ke poojne wale the, woh sab Islam mein dakhil ho gaye. To zahir hai ke woh is ka, is ka, is ki saari khatam ho gaya.</w:t>
      </w:r>
    </w:p>
    <w:p>
      <w:pPr>
        <w:jc w:val="right"/>
      </w:pPr>
      <w:r>
        <w:t>اس کو کوئی اسٹیٹ پالیسی کا تو پر نہیں تھا، بلکہ جو اس کے پوجنے والے تھے، وہ سب اسلام میں داخل ہو گئے۔ تو ظاہر ہے کہ وہ اس کا، اس کا، اس کی ساری ختم ہو گیا۔</w:t>
      </w:r>
    </w:p>
    <w:p>
      <w:r>
        <w:rPr>
          <w:b/>
        </w:rPr>
        <w:t xml:space="preserve">[42:07] </w:t>
      </w:r>
      <w:r>
        <w:t>Is ka</w:t>
      </w:r>
    </w:p>
    <w:p>
      <w:pPr>
        <w:jc w:val="right"/>
      </w:pPr>
      <w:r>
        <w:t>اس کا</w:t>
      </w:r>
    </w:p>
    <w:p>
      <w:r>
        <w:rPr>
          <w:b/>
        </w:rPr>
        <w:t xml:space="preserve">[42:08] </w:t>
      </w:r>
      <w:r>
        <w:t>importance khatam ho gayi. Yeh tareeqa hai Rasool Allah (SAW) ka ke ke dilon ko aap ne dilon ke andar aap ne tauheed dakhil kiya, na ke na ke na ke imarat ke andar.</w:t>
      </w:r>
    </w:p>
    <w:p>
      <w:pPr>
        <w:jc w:val="right"/>
      </w:pPr>
      <w:r>
        <w:t>امپورٹنس ختم ہو گئی۔ یہ طریقہ ہے رسول اللہ صلی اللہ علیہ وسلم کا کہ کہ دلوں کو آپ نے دلوں کے اندر آپ نے توحید داخل کیا، نہ کہ نہ کہ نہ کہ عمارت کے اندر۔</w:t>
      </w:r>
    </w:p>
    <w:p>
      <w:r>
        <w:rPr>
          <w:b/>
        </w:rPr>
        <w:t xml:space="preserve">[42:19] </w:t>
      </w:r>
      <w:r>
        <w:t>yani building mein tauheed dakhil karna yeh naye tareeqa tha rasool Allah sal Allah alaihi wasallam ka. dilon mein dakhil karna. dil jab dil mein dakhil ho gaya to building mein dakhil ho gaya. woh</w:t>
      </w:r>
    </w:p>
    <w:p>
      <w:pPr>
        <w:jc w:val="right"/>
      </w:pPr>
      <w:r>
        <w:t>یعنی بلڈنگ میں توحید داخل کرنا یہ نئے طریقہ تھا رسول اللہ صلی اللہ علیہ وسلم کا۔ دلوں میں داخل کرنا۔ دل جب دل میں داخل ہو گیا تو بلڈنگ میں داخل ہو گیا۔ وہ</w:t>
      </w:r>
    </w:p>
    <w:p>
      <w:r>
        <w:rPr>
          <w:b/>
        </w:rPr>
        <w:t xml:space="preserve">[42:28] </w:t>
      </w:r>
      <w:r>
        <w:t>yeh hua.</w:t>
      </w:r>
    </w:p>
    <w:p>
      <w:pPr>
        <w:jc w:val="right"/>
      </w:pPr>
      <w:r>
        <w:t>یہ ہوا۔</w:t>
      </w:r>
    </w:p>
    <w:p>
      <w:r>
        <w:rPr>
          <w:b/>
        </w:rPr>
        <w:t xml:space="preserve">[42:31] </w:t>
      </w:r>
      <w:r>
        <w:t>maulana, unhon ne yeh bhi likha hai ke in surah aaraaf "it is mentioned that Allah ke pyare pyare naam hain, unhi namon se Allah ko pukaaro".</w:t>
      </w:r>
    </w:p>
    <w:p>
      <w:pPr>
        <w:jc w:val="right"/>
      </w:pPr>
      <w:r>
        <w:t>مولانا، انہوں نے یہ بھی لکھا ہے کہ ان سورہ اعراف "اٹ از مینشنڈ دیٹ اللہ کے پیارے پیارے نام ہیں، انہی ناموں سے اللہ کو پکارو"۔</w:t>
      </w:r>
    </w:p>
    <w:p>
      <w:r>
        <w:rPr>
          <w:b/>
        </w:rPr>
        <w:t xml:space="preserve">[42:43] </w:t>
      </w:r>
      <w:r>
        <w:t>mein aik question. yeh lafz paaye to hai nahi kaha hain. hasan hasna hai, achhe naam. yeh to abhi hai nahi.</w:t>
      </w:r>
    </w:p>
    <w:p>
      <w:pPr>
        <w:jc w:val="right"/>
      </w:pPr>
      <w:r>
        <w:t>میں ایک کوئسچن۔ یہ لفظ پائے تو ہے نہیں کہا ہیں۔ حسن حسنہ ہے، اچھے نام۔ یہ تو ابھی ہے نہیں۔</w:t>
      </w:r>
    </w:p>
    <w:p>
      <w:r>
        <w:rPr>
          <w:b/>
        </w:rPr>
        <w:t xml:space="preserve">[42:52] </w:t>
      </w:r>
      <w:r>
        <w:t>achhe naam ke pyare koi to koi sahi lafz nahi hai. achhe naam.</w:t>
      </w:r>
    </w:p>
    <w:p>
      <w:pPr>
        <w:jc w:val="right"/>
      </w:pPr>
      <w:r>
        <w:t>اچھے نام کے پیارے کوئی تو کوئی صحیح لفظ نہیں ہے۔ اچھے نام۔</w:t>
      </w:r>
    </w:p>
    <w:p>
      <w:r>
        <w:rPr>
          <w:b/>
        </w:rPr>
        <w:t xml:space="preserve">[42:58] </w:t>
      </w:r>
      <w:r>
        <w:t>maulana, is question is that can we use the word khuda besides Allah? bilkul yeh sawal aaj kar rahe hain.</w:t>
      </w:r>
    </w:p>
    <w:p>
      <w:pPr>
        <w:jc w:val="right"/>
      </w:pPr>
      <w:r>
        <w:t>مولانا، اس کوئسچن از دیٹ کین وی یوز دا ورڈ خدا بیسائیڈز اللہ؟ بالکل یہ سوال آج کر رہے ہیں۔</w:t>
      </w:r>
    </w:p>
    <w:p>
      <w:r>
        <w:rPr>
          <w:b/>
        </w:rPr>
        <w:t xml:space="preserve">[43:08] </w:t>
      </w:r>
      <w:r>
        <w:t>aap yeh to sainkaron saal se istemal ho hi raha hai. yeh kya tareeqa hai? is tarah koi sawal hai? yeh</w:t>
      </w:r>
    </w:p>
    <w:p>
      <w:pPr>
        <w:jc w:val="right"/>
      </w:pPr>
      <w:r>
        <w:t>آپ یہ تو سینکڑوں سال سے استعمال ہو ہی رہا ہے۔ یہ کیا طریقہ ہے؟ اس طرح کوئی سوال ہے؟ یہ</w:t>
      </w:r>
    </w:p>
    <w:p>
      <w:r>
        <w:rPr>
          <w:b/>
        </w:rPr>
        <w:t xml:space="preserve">[43:16] </w:t>
      </w:r>
      <w:r>
        <w:t>khud lafz Allah jo hai, yaad rakhiye, mushrik log bolte thay. woh bhi chhod dijiye. aap yeh jo yeh jo masla khada kar rakha hai, yeh galat masla hai. lafz Allah jo hai, mushrikon ka lafz tha arab mein.</w:t>
      </w:r>
    </w:p>
    <w:p>
      <w:pPr>
        <w:jc w:val="right"/>
      </w:pPr>
      <w:r>
        <w:t>خود لفظ اللہ جو ہے، یاد رکھیے، مشرک لوگ بولتے تھے۔ وہ بھی چھوڑ دیجئے۔ آپ یہ جو یہ جو مسئلہ کھڑا کر رکھا ہے، یہ غلط مسئلہ ہے۔ لفظ اللہ جو ہے، مشرکوں کا لفظ تھا عرب میں۔</w:t>
      </w:r>
    </w:p>
    <w:p>
      <w:r>
        <w:rPr>
          <w:b/>
        </w:rPr>
        <w:t xml:space="preserve">[43:29] </w:t>
      </w:r>
      <w:r>
        <w:t>isi ko rasool Allah sal Allah alaihi wasallam ne istemal farmaya. koi jannat se koi naya lafz thori aaya tha.</w:t>
      </w:r>
    </w:p>
    <w:p>
      <w:pPr>
        <w:jc w:val="right"/>
      </w:pPr>
      <w:r>
        <w:t>اسی کو رسول اللہ صلی اللہ علیہ وسلم نے استعمال فرمایا۔ کوئی جنت سے کوئی نیا لفظ تھوڑی آیا تھا۔</w:t>
      </w:r>
    </w:p>
    <w:p>
      <w:r>
        <w:rPr>
          <w:b/>
        </w:rPr>
        <w:t xml:space="preserve">[43:36] </w:t>
      </w:r>
      <w:r>
        <w:t>wohi arab ke mushrik log jo but poojte thay, unhi ke zuban se Allah ka lafz wahan maujood tha. iske baad jab musalman iran mein gaye to iran mein wahan khuda bola jata tha.</w:t>
      </w:r>
    </w:p>
    <w:p>
      <w:pPr>
        <w:jc w:val="right"/>
      </w:pPr>
      <w:r>
        <w:t>وہی عرب کے مشرک لوگ جو بت پوجتے تھے، انہی کے زبان سے اللہ کا لفظ وہاں موجود تھا۔ اس کے بعد جب مسلمان ایران میں گئے تو ایران میں وہاں خدا بولا جاتا تھا۔</w:t>
      </w:r>
    </w:p>
    <w:p>
      <w:r>
        <w:rPr>
          <w:b/>
        </w:rPr>
        <w:t xml:space="preserve">[43:48] </w:t>
      </w:r>
      <w:r>
        <w:t>unhon ne khuda istemal karna shuru kiya. yeh to bahut pehle settle ho chuki hai yeh baat. ab naye masle chhedna ghair zaroori taur par</w:t>
      </w:r>
    </w:p>
    <w:p>
      <w:pPr>
        <w:jc w:val="right"/>
      </w:pPr>
      <w:r>
        <w:t>انہوں نے خدا استعمال کرنا شروع کیا۔ یہ تو بہت پہلے سیٹل ہو چکی ہے یہ بات۔ اب نئے مسئلے چھیڑنا غیر ضروری طور پر</w:t>
      </w:r>
    </w:p>
    <w:p>
      <w:r>
        <w:rPr>
          <w:b/>
        </w:rPr>
        <w:t xml:space="preserve">[43:58] </w:t>
      </w:r>
      <w:r>
        <w:t>yeh koi masla nahi hai. yeh khwamkhwah aise masle ko chhed kar musalmanon ka zehn jo hai, woh karna muntashir karna. lafz khuda jo hai, woh ayat persian se hai.</w:t>
      </w:r>
    </w:p>
    <w:p>
      <w:pPr>
        <w:jc w:val="right"/>
      </w:pPr>
      <w:r>
        <w:t>یہ کوئی مسئلہ نہیں ہے۔ یہ خوامخواہ ایسے مسئلے کو چھیڑ کر مسلمانوں کا ذہن جو ہے، وہ کرنا منتشر کرنا۔ لفظ خدا جو ہے، وہ آیات پرشین سے ہے۔</w:t>
      </w:r>
    </w:p>
    <w:p>
      <w:r>
        <w:rPr>
          <w:b/>
        </w:rPr>
        <w:t xml:space="preserve">[44:09] </w:t>
      </w:r>
      <w:r>
        <w:t>musalman jab iran mein dakhil hue to wahan par unhon ne Allah ki jagah khuda istemal karna shuru kar diya aur</w:t>
      </w:r>
    </w:p>
    <w:p>
      <w:pPr>
        <w:jc w:val="right"/>
      </w:pPr>
      <w:r>
        <w:t>مسلمان جب ایران میں داخل ہوئے تو وہاں پر انہوں نے اللہ کی جگہ خدا استعمال کرنا شروع کر دیا اور</w:t>
      </w:r>
    </w:p>
    <w:p>
      <w:r>
        <w:rPr>
          <w:b/>
        </w:rPr>
        <w:t xml:space="preserve">[44:17] </w:t>
      </w:r>
      <w:r>
        <w:t>kisi ne is pe aitraaz nahi kiya. kisi ne saare yani literature bhara hua hai is se. bhara hua literature bhara hua hai.</w:t>
      </w:r>
    </w:p>
    <w:p>
      <w:pPr>
        <w:jc w:val="right"/>
      </w:pPr>
      <w:r>
        <w:t>کسی نے اس پہ اعتراض نہیں کیا۔ کسی نے سارے یعنی لیٹریچر بھرا ہوا ہے اس سے۔ بھرا ہوا لیٹریچر بھرا ہوا ہے۔</w:t>
      </w:r>
    </w:p>
    <w:p>
      <w:r>
        <w:rPr>
          <w:b/>
        </w:rPr>
        <w:t xml:space="preserve">[44:26] </w:t>
      </w:r>
      <w:r>
        <w:t>to ab yeh naye masle chhedna bilkul koi maani nahi. mein is ko koi kaam nahi samajhta. is ko mis</w:t>
      </w:r>
    </w:p>
    <w:p>
      <w:pPr>
        <w:jc w:val="right"/>
      </w:pPr>
      <w:r>
        <w:t>تو اب یہ نئے مسئلے چھیڑنا بالکل کوئی معنی نہیں۔ میں اس کو کوئی کام نہیں سمجھتا۔ اس کو مس</w:t>
      </w:r>
    </w:p>
    <w:p>
      <w:r>
        <w:rPr>
          <w:b/>
        </w:rPr>
        <w:t xml:space="preserve">[44:36] </w:t>
      </w:r>
      <w:r>
        <w:t>ter imran hasan ne dilli se likha hai: "aik muslim leader ne apni taqreer mein kaha hai ke aaj kal musalmanon ke sath jo kuch ho raha hai, woh un ke imaan ki kamzori ki wajah se hai." is ke baad unhon ne yeh bhi kaha ke hamein apne haq ke liye peaceful protest karna zaroori hai.</w:t>
      </w:r>
    </w:p>
    <w:p>
      <w:pPr>
        <w:jc w:val="right"/>
      </w:pPr>
      <w:r>
        <w:t>ٹر عمران حسن نے دلی سے لکھا ہے: "ایک مسلم لیڈر نے اپنی تقریر میں کہا ہے کہ آج کل مسلمانوں کے ساتھ جو کچھ ہو رہا ہے، وہ ان کے ایمان کی کمزوری کی وجہ سے ہے۔" اس کے بعد انہوں نے یہ بھی کہا کہ ہمیں اپنے حق کے لیے پیس فل پروٹیسٹ کرنا ضروری ہے۔</w:t>
      </w:r>
    </w:p>
    <w:p>
      <w:r>
        <w:rPr>
          <w:b/>
        </w:rPr>
        <w:t xml:space="preserve">[44:58] </w:t>
      </w:r>
      <w:r>
        <w:t>is ke baray mein Maulana, aap kya kahenge?</w:t>
      </w:r>
    </w:p>
    <w:p>
      <w:pPr>
        <w:jc w:val="right"/>
      </w:pPr>
      <w:r>
        <w:t>اس کے بارے میں مولانا، آپ کیا کہیں گے؟</w:t>
      </w:r>
    </w:p>
    <w:p>
      <w:r>
        <w:rPr>
          <w:b/>
        </w:rPr>
        <w:t xml:space="preserve">[45:04] </w:t>
      </w:r>
      <w:r>
        <w:t>imaan ki kamzori ka purasrar lafz hai.</w:t>
      </w:r>
    </w:p>
    <w:p>
      <w:pPr>
        <w:jc w:val="right"/>
      </w:pPr>
      <w:r>
        <w:t>ایمان کی کمزوری کا پراسرار لفظ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