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13 JAN 2008 Maulana Wahiduddin Khan</w:t>
      </w:r>
    </w:p>
    <w:p>
      <w:r>
        <w:t>https://www.youtube.com/watch?v=MADrJIsr4FI</w:t>
      </w:r>
    </w:p>
    <w:p>
      <w:r>
        <w:rPr>
          <w:b/>
        </w:rPr>
        <w:t xml:space="preserve">[00:13] </w:t>
      </w:r>
      <w:r>
        <w:t>this question is from a momin. zionism movement in palestine considers palestine as their holy land, and they want to claim it from muslims.</w:t>
      </w:r>
    </w:p>
    <w:p>
      <w:pPr>
        <w:jc w:val="right"/>
      </w:pPr>
      <w:r>
        <w:t>This question is from a Momin. Zionism movement in Palestine considers Palestine as their holy land, and they want to claim it from Muslims.</w:t>
      </w:r>
    </w:p>
    <w:p>
      <w:r>
        <w:rPr>
          <w:b/>
        </w:rPr>
        <w:t xml:space="preserve">[00:25] </w:t>
      </w:r>
      <w:r>
        <w:t>and muslims, on the other hand, are fighting to safeguard their family and property. do you consider it as violence?</w:t>
      </w:r>
    </w:p>
    <w:p>
      <w:pPr>
        <w:jc w:val="right"/>
      </w:pPr>
      <w:r>
        <w:t>And Muslims, on the other hand, are fighting to safeguard their family and property. Do you consider it as violence?</w:t>
      </w:r>
    </w:p>
    <w:p>
      <w:r>
        <w:rPr>
          <w:b/>
        </w:rPr>
        <w:t xml:space="preserve">[00:34] </w:t>
      </w:r>
      <w:r>
        <w:t>kindly explain.</w:t>
      </w:r>
    </w:p>
    <w:p>
      <w:pPr>
        <w:jc w:val="right"/>
      </w:pPr>
      <w:r>
        <w:t>Kindly explain.</w:t>
      </w:r>
    </w:p>
    <w:p>
      <w:r>
        <w:rPr>
          <w:b/>
        </w:rPr>
        <w:t xml:space="preserve">[00:41] </w:t>
      </w:r>
      <w:r>
        <w:t>dekhiye, violence isliye hai ke un ke liye dua doosra option bhi tha. peaceful activism ka un ka option tha un ke paas, to bombardment ki kya zaroorat hai?</w:t>
      </w:r>
    </w:p>
    <w:p>
      <w:pPr>
        <w:jc w:val="right"/>
      </w:pPr>
      <w:r>
        <w:t>देखिए, वायलेंस इसलिए है कि उनके लिए दुआ दूसरा ऑप्शन भी था। पीसफुल एक्टिविज्म का उनका ऑप्शन था उनके पास, तो बमबारी की क्या जरूरत है?</w:t>
      </w:r>
    </w:p>
    <w:p>
      <w:r>
        <w:rPr>
          <w:b/>
        </w:rPr>
        <w:t xml:space="preserve">[00:54] </w:t>
      </w:r>
      <w:r>
        <w:t>problem jab paida hota hai, to hamesha aap ke paas do option hote hain. hamesha peaceful activism aur violent activism. to rasool Allah ka tareeqa kya hai</w:t>
      </w:r>
    </w:p>
    <w:p>
      <w:pPr>
        <w:jc w:val="right"/>
      </w:pPr>
      <w:r>
        <w:t>प्रॉब्लम जब पैदा होता है, तो हमेशा आपके पास दो ऑप्शन होते हैं। हमेशा पीसफुल एक्टिविज्म और वायलेंट एक्टिविज्म। तो रसूलल्लाह का तरीका क्या है</w:t>
      </w:r>
    </w:p>
    <w:p>
      <w:r>
        <w:rPr>
          <w:b/>
        </w:rPr>
        <w:t xml:space="preserve">[01:08] </w:t>
      </w:r>
      <w:r>
        <w:t>? कि आप peaceful activism को लें, violent activism छोड़ दें।</w:t>
      </w:r>
    </w:p>
    <w:p>
      <w:pPr>
        <w:jc w:val="right"/>
      </w:pPr>
      <w:r>
        <w:t>? कि आप पीसफुल एक्टिविज्म को लें, वायलेंट एक्टिविज्म छोड़ दें।</w:t>
      </w:r>
    </w:p>
    <w:p>
      <w:r>
        <w:rPr>
          <w:b/>
        </w:rPr>
        <w:t xml:space="preserve">[01:12] </w:t>
      </w:r>
      <w:r>
        <w:t>bukhari mein saaf-saaf riwayat hai ki ma khair rasool allah salallaho alaihe wasallam bain amrain ila ikhtar</w:t>
      </w:r>
    </w:p>
    <w:p>
      <w:pPr>
        <w:jc w:val="right"/>
      </w:pPr>
      <w:r>
        <w:t>बुखारी में साफ-साफ रिवायत है कि ما خير رسول الله صلى الله عليه وسلم بين امرين الا اختار</w:t>
      </w:r>
    </w:p>
    <w:p>
      <w:r>
        <w:rPr>
          <w:b/>
        </w:rPr>
        <w:t xml:space="preserve">[01:19] </w:t>
      </w:r>
      <w:r>
        <w:t>عيسى رحمه yani jab peaceful activism ka option</w:t>
      </w:r>
    </w:p>
    <w:p>
      <w:pPr>
        <w:jc w:val="right"/>
      </w:pPr>
      <w:r>
        <w:t>عيسى رحمه यानी जब पीसफुल एक्टिविज्म का ऑप्शन</w:t>
      </w:r>
    </w:p>
    <w:p>
      <w:r>
        <w:rPr>
          <w:b/>
        </w:rPr>
        <w:t xml:space="preserve">[01:26] </w:t>
      </w:r>
      <w:r>
        <w:t>अवेलेबल हो, तो उस वक्त violent activism का ऑप्शन कभी भी नहीं लिया जाएगा।</w:t>
      </w:r>
    </w:p>
    <w:p>
      <w:pPr>
        <w:jc w:val="right"/>
      </w:pPr>
      <w:r>
        <w:t>अवेलेबल हो, तो उस वक्त वायलेंट एक्टिविज्म का ऑप्शन कभी भी नहीं लिया जाएगा।</w:t>
      </w:r>
    </w:p>
    <w:p>
      <w:r>
        <w:rPr>
          <w:b/>
        </w:rPr>
        <w:t xml:space="preserve">[01:35] </w:t>
      </w:r>
      <w:r>
        <w:t>to filistiniyon ke liye aaj nahin, 1948 se hai ye option maujood tha.</w:t>
      </w:r>
    </w:p>
    <w:p>
      <w:pPr>
        <w:jc w:val="right"/>
      </w:pPr>
      <w:r>
        <w:t>तो फिलिस्तीनियों के लिए आज नहीं, 1948 से है ये ऑप्शन मौजूद था।</w:t>
      </w:r>
    </w:p>
    <w:p>
      <w:r>
        <w:rPr>
          <w:b/>
        </w:rPr>
        <w:t xml:space="preserve">[01:39] </w:t>
      </w:r>
      <w:r>
        <w:t>kyon unhonne ladai chhod di?</w:t>
      </w:r>
    </w:p>
    <w:p>
      <w:pPr>
        <w:jc w:val="right"/>
      </w:pPr>
      <w:r>
        <w:t>क्यों उन्होंने लड़ाई छोड़ दी?</w:t>
      </w:r>
    </w:p>
    <w:p>
      <w:r>
        <w:rPr>
          <w:b/>
        </w:rPr>
        <w:t xml:space="preserve">[01:41] </w:t>
      </w:r>
      <w:r>
        <w:t>kyun bombardment karne lage woh? koi rukawat nahi thi un ke liye. to mein samajhta hoon ke asal galti yahan hai ke unhon ne galat option liya. agar problem hua tha, to problem hone ke baad bhi peaceful</w:t>
      </w:r>
    </w:p>
    <w:p>
      <w:pPr>
        <w:jc w:val="right"/>
      </w:pPr>
      <w:r>
        <w:t>क्यों बमबारी करने लगे वो? कोई रुकावट नहीं थी उनके लिए। तो मैं समझता हूं कि असल गलती यहां है कि उन्होंने गलत ऑप्शन लिया। अगर प्रॉब्लम हुआ था, तो प्रॉब्लम होने के बाद भी पीसफुल</w:t>
      </w:r>
    </w:p>
    <w:p>
      <w:r>
        <w:rPr>
          <w:b/>
        </w:rPr>
        <w:t xml:space="preserve">[01:59] </w:t>
      </w:r>
      <w:r>
        <w:t>method par chal sakte the wo.</w:t>
      </w:r>
    </w:p>
    <w:p>
      <w:pPr>
        <w:jc w:val="right"/>
      </w:pPr>
      <w:r>
        <w:t>मेथड पर चल सकते थे वो।</w:t>
      </w:r>
    </w:p>
    <w:p>
      <w:r>
        <w:rPr>
          <w:b/>
        </w:rPr>
        <w:t xml:space="preserve">[02:03] </w:t>
      </w:r>
      <w:r>
        <w:t>balki main kahoon ke wahan double galti wo kar rahe hain. double galti. double galti kar rahe hain wo. ek ye ke unke liye poore manav mein peaceful method ka option maujood tha, phir bhi unhone</w:t>
      </w:r>
    </w:p>
    <w:p>
      <w:pPr>
        <w:jc w:val="right"/>
      </w:pPr>
      <w:r>
        <w:t>बल्कि मैं कहूं कि वहां डबल गलती वो कर रहे हैं। डबल गलती। डबल गलती कर रहे हैं वो। एक ये कि उनके लिए पूरे मानव में पीसफुल मेथड का ऑप्शन मौजूद था, फिर भी उन्होंने</w:t>
      </w:r>
    </w:p>
    <w:p>
      <w:r>
        <w:rPr>
          <w:b/>
        </w:rPr>
        <w:t xml:space="preserve">[02:22] </w:t>
      </w:r>
      <w:r>
        <w:t>violent method ka option liya. jo bila shubah rasoolullah ke tareeqe ke khilaf tha. doosra ye ke islam mein jihad state ke liye hai.</w:t>
      </w:r>
    </w:p>
    <w:p>
      <w:pPr>
        <w:jc w:val="right"/>
      </w:pPr>
      <w:r>
        <w:t>वायलेंट मेथड का ऑप्शन लिया। जो बिला शुभ रसूलल्लाह के तरीके के खिलाफ था। दूसरा ये कि इस्लाम में जिहाद स्टेट के लिए है।</w:t>
      </w:r>
    </w:p>
    <w:p>
      <w:r>
        <w:rPr>
          <w:b/>
        </w:rPr>
        <w:t xml:space="preserve">[02:35] </w:t>
      </w:r>
      <w:r>
        <w:t>aam logon ke liye nahi hai. ye to state nahi hai jo lad rahe hain. ye inhe haq hi nahi hai. ye to bilkul hi analaf hai ye sara kaam. الرحيل للامام ka matlab yeh hai ke agar koi situation paida hoti hai, war like situation, to wahan par state action legi. aam log nahi.</w:t>
      </w:r>
    </w:p>
    <w:p>
      <w:pPr>
        <w:jc w:val="right"/>
      </w:pPr>
      <w:r>
        <w:t>आम लोगों के लिए नहीं है। ये तो स्टेट नहीं है जो लड़ रहे हैं। ये इन्हें हक ही नहीं है। ये तो बिल्कुल ही अनलफ है ये सारा काम। الرحيل للامام का मतलब यह है कि अगर कोई सिचुएशन पैदा होती है, वार लाइक सिचुएशन, तो वहां पर स्टेट एक्शन लेगी। आम लोग नहीं।</w:t>
      </w:r>
    </w:p>
    <w:p>
      <w:r>
        <w:rPr>
          <w:b/>
        </w:rPr>
        <w:t xml:space="preserve">[02:57] </w:t>
      </w:r>
      <w:r>
        <w:t>to ye to double manav mein ye analaf hai. ye islamic nahi hai. awwal is aitbaar se ke unhone koi koi bhi excuse yaad rakhi. koi bhi excuse kafi nahi hai. isi liye khuda ke nazdeek inke ye log unwanted ho gaye.</w:t>
      </w:r>
    </w:p>
    <w:p>
      <w:pPr>
        <w:jc w:val="right"/>
      </w:pPr>
      <w:r>
        <w:t>तो ये तो डबल मानव में ये अनलफ है। ये अनइस्लामिक है। अव्वल इस اعتبار से कि उन्होंने कोई कोई भी एक्सक्यूज याद रखी। कोई भी एक्सक्यूज काफी नहीं है। इसीलिए खुदा के नजदीक इनके ये लोग अनवांटेड हो गए।</w:t>
      </w:r>
    </w:p>
    <w:p>
      <w:r>
        <w:rPr>
          <w:b/>
        </w:rPr>
        <w:t xml:space="preserve">[03:16] </w:t>
      </w:r>
      <w:r>
        <w:t>aap dekhiye ke 60 baras ho gaye unko jihad karte hue. paya kya</w:t>
      </w:r>
    </w:p>
    <w:p>
      <w:pPr>
        <w:jc w:val="right"/>
      </w:pPr>
      <w:r>
        <w:t>आप देखिए कि 60 बरस हो गए उनको जिहाद करते हुए। पाया क्या</w:t>
      </w:r>
    </w:p>
    <w:p>
      <w:r>
        <w:rPr>
          <w:b/>
        </w:rPr>
        <w:t xml:space="preserve">[03:23] </w:t>
      </w:r>
      <w:r>
        <w:t>? kuch bhi nahi. ulta kho diya. 1948 mein filistiniyon ke paas palestine ka 2/3 mila hua tha. 2/3. 1/3 tha is yahudiyon ke paas. 2/3 tha filistiniyon ke paas. arbon ke paas. aaj</w:t>
      </w:r>
    </w:p>
    <w:p>
      <w:pPr>
        <w:jc w:val="right"/>
      </w:pPr>
      <w:r>
        <w:t>? कुछ भी नहीं। उल्टा खो दिया। 1948 में फिलिस्तीनियों के पास पलेस्टाइन का 2/3 मिला हुआ था। 2/3। 1/3 था इस यहूदियों के पास। 2/3 था फिलिस्तीनियों के पास। अरबों के पास। आज</w:t>
      </w:r>
    </w:p>
    <w:p>
      <w:r>
        <w:rPr>
          <w:b/>
        </w:rPr>
        <w:t xml:space="preserve">[03:41] </w:t>
      </w:r>
      <w:r>
        <w:t>kya hai? aaj to kuchh bhi nahin hai.</w:t>
      </w:r>
    </w:p>
    <w:p>
      <w:pPr>
        <w:jc w:val="right"/>
      </w:pPr>
      <w:r>
        <w:t>क्या है? आज तो कुछ भी नहीं है।</w:t>
      </w:r>
    </w:p>
    <w:p>
      <w:r>
        <w:rPr>
          <w:b/>
        </w:rPr>
        <w:t xml:space="preserve">[03:42] </w:t>
      </w:r>
      <w:r>
        <w:t>do strip hain, gazza aur ariha.</w:t>
      </w:r>
    </w:p>
    <w:p>
      <w:pPr>
        <w:jc w:val="right"/>
      </w:pPr>
      <w:r>
        <w:t>दो स्ट्रिप हैं, गज्जा और अरीहा।</w:t>
      </w:r>
    </w:p>
    <w:p>
      <w:r>
        <w:rPr>
          <w:b/>
        </w:rPr>
        <w:t xml:space="preserve">[03:47] </w:t>
      </w:r>
      <w:r>
        <w:t>strip hai, wo bhi kuchh nahin.</w:t>
      </w:r>
    </w:p>
    <w:p>
      <w:pPr>
        <w:jc w:val="right"/>
      </w:pPr>
      <w:r>
        <w:t>स्ट्रिप है, वो भी कुछ नहीं।</w:t>
      </w:r>
    </w:p>
    <w:p>
      <w:r>
        <w:rPr>
          <w:b/>
        </w:rPr>
        <w:t xml:space="preserve">[03:50] </w:t>
      </w:r>
      <w:r>
        <w:t>wo bhi kuchh nahin.</w:t>
      </w:r>
    </w:p>
    <w:p>
      <w:pPr>
        <w:jc w:val="right"/>
      </w:pPr>
      <w:r>
        <w:t>वो भी कुछ नहीं।</w:t>
      </w:r>
    </w:p>
    <w:p>
      <w:r>
        <w:rPr>
          <w:b/>
        </w:rPr>
        <w:t xml:space="preserve">[03:52] </w:t>
      </w:r>
      <w:r>
        <w:t>to agar ye sachmuch jihad hota, to quran mein saaf-saaf likha hua hai ki jihad karne wale ko</w:t>
      </w:r>
    </w:p>
    <w:p>
      <w:pPr>
        <w:jc w:val="right"/>
      </w:pPr>
      <w:r>
        <w:t>तो अगर ये सचमुच जिहाद होता, तो कुरान में साफ-साफ लिखा हुआ है कि जिहाद करने वाले को</w:t>
      </w:r>
    </w:p>
    <w:p>
      <w:r>
        <w:rPr>
          <w:b/>
        </w:rPr>
        <w:t xml:space="preserve">[03:58] </w:t>
      </w:r>
      <w:r>
        <w:t>khuda ki madad milti hai.</w:t>
      </w:r>
    </w:p>
    <w:p>
      <w:pPr>
        <w:jc w:val="right"/>
      </w:pPr>
      <w:r>
        <w:t>खुदा की मदद मिलती है।</w:t>
      </w:r>
    </w:p>
    <w:p>
      <w:r>
        <w:rPr>
          <w:b/>
        </w:rPr>
        <w:t xml:space="preserve">[04:02] </w:t>
      </w:r>
      <w:r>
        <w:t>sachmuch agar jihad kiya jaaye, to khuda ki madad milegi.</w:t>
      </w:r>
    </w:p>
    <w:p>
      <w:pPr>
        <w:jc w:val="right"/>
      </w:pPr>
      <w:r>
        <w:t>सचमुच अगर जिहाद किया जाए, तो खुदा की मदद मिलेगी।</w:t>
      </w:r>
    </w:p>
    <w:p>
      <w:r>
        <w:rPr>
          <w:b/>
        </w:rPr>
        <w:t xml:space="preserve">[04:05] </w:t>
      </w:r>
      <w:r>
        <w:t>to jihad tha agar ye, to 60 baras mein jihad khuda ki madad kyon nahin aai?</w:t>
      </w:r>
    </w:p>
    <w:p>
      <w:pPr>
        <w:jc w:val="right"/>
      </w:pPr>
      <w:r>
        <w:t>तो जिहाद था अगर ये, तो 60 बरस में जिहाद खुदा की मदद क्यों नहीं आई?</w:t>
      </w:r>
    </w:p>
    <w:p>
      <w:r>
        <w:rPr>
          <w:b/>
        </w:rPr>
        <w:t xml:space="preserve">[04:11] </w:t>
      </w:r>
      <w:r>
        <w:t>kyun nahi aayi? bataiye. ye jihad tha hi nahi.</w:t>
      </w:r>
    </w:p>
    <w:p>
      <w:pPr>
        <w:jc w:val="right"/>
      </w:pPr>
      <w:r>
        <w:t>क्यों नहीं आई? बताइए। ये जिहाद था ही नहीं।</w:t>
      </w:r>
    </w:p>
    <w:p>
      <w:r>
        <w:rPr>
          <w:b/>
        </w:rPr>
        <w:t xml:space="preserve">[04:17] </w:t>
      </w:r>
      <w:r>
        <w:t>jihad jab hota, jab wo peaceful method ko follow karte. number one. ya koi state wahan dakhal deti. aur phir state ke dakhal dene ke liye bhi dekhiye, zaroori hai ke wo is position mein ho ke wo dakhal de. kyunke aap jante hain ke egypt mein hamla kiya, attack kiya, aur wo ulta nateeja nikla.</w:t>
      </w:r>
    </w:p>
    <w:p>
      <w:pPr>
        <w:jc w:val="right"/>
      </w:pPr>
      <w:r>
        <w:t>जिहाद जब होता, जब वो पीसफुल मेथड को फॉलो करते। नंबर वन। या कोई स्टेट वहां दखल देती। और फिर स्टेट के दखल देने के लिए भी देखिए, जरूरी है कि वो इस पोजीशन में हो कि वो दखल दे। क्योंकि आप जानते हैं कि इजिप्ट में हमला किया, अटैक किया, और वो उल्टा नतीजा निकला।</w:t>
      </w:r>
    </w:p>
    <w:p>
      <w:r>
        <w:rPr>
          <w:b/>
        </w:rPr>
        <w:t xml:space="preserve">[04:43] </w:t>
      </w:r>
      <w:r>
        <w:t>egypt wale haar gaye, israel wale jeet gaye. to state bhi jab usme intervene karegi, jabke wo is position mein ho. is position mein is waqt muslim countries nahi hain. to muslim countries mein koi ek bhi country is position mein nahi hai ke wo israel se lad sake. israel se ladna nahi hai.</w:t>
      </w:r>
    </w:p>
    <w:p>
      <w:pPr>
        <w:jc w:val="right"/>
      </w:pPr>
      <w:r>
        <w:t>इजिप्ट वाले हार गए, इसराइल वाले जीत गए। तो स्टेट भी जब उसमें इंटरवीन करेगी, जबकि वो इस पोजीशन में हो। इस पोजीशन में इस वक्त मुस्लिम कंट्रीज नहीं हैं। तो मुस्लिम कंट्रीज में कोई एक भी कंट्री इस पोजीशन में नहीं है कि वो इसराइल से लड़ सके। इसराइल से लड़ना नहीं है।</w:t>
      </w:r>
    </w:p>
    <w:p>
      <w:r>
        <w:rPr>
          <w:b/>
        </w:rPr>
        <w:t xml:space="preserve">[05:04] </w:t>
      </w:r>
      <w:r>
        <w:t>rasoolullah se kaha gaya tha ladne ke liye makka mein, to aapne kaha ke انا قليل wo zyada taqatwar hain, hum kamzor hain. to jab kamzor ho aap, to state ko bhi ladna jaiz nahi hai. yaad rakhiye. aur jahan tak ardhar state ki baat hai, wo to kisi haal mein nahi lad sakte.</w:t>
      </w:r>
    </w:p>
    <w:p>
      <w:pPr>
        <w:jc w:val="right"/>
      </w:pPr>
      <w:r>
        <w:t>रसूलल्लाह से कहा गया था लड़ने के लिए मक्का में, तो आपने कहा कि انا قليل वो ज्यादा ताकतवर हैं, हम कमजोर हैं। तो जब कमजोर हो आप, तो स्टेट को भी लड़ना जायज नहीं है। याद रखिए। और जहां तक अर्धधर स्टेट की बात है, वो तो किसी हाल में नहीं लड़ सकते।</w:t>
      </w:r>
    </w:p>
    <w:p>
      <w:r>
        <w:rPr>
          <w:b/>
        </w:rPr>
        <w:t xml:space="preserve">[05:25] </w:t>
      </w:r>
      <w:r>
        <w:t>unhe to peaceful method hi par chalna hai. is wajah se main samajhta hoon ke palestine movement har lihaz se bilkul islam se hati hui hai. ka islam se koi taalluq nahi hai. emotion par chal rahe hain log, jazbaat par chal rahe hain. jazbaat chalne wala jo hai, wo uska wahi anjaam ho jo ho raha hai.</w:t>
      </w:r>
    </w:p>
    <w:p>
      <w:pPr>
        <w:jc w:val="right"/>
      </w:pPr>
      <w:r>
        <w:t>उन्हें तो पीसफुल मेथड ही पर चलना है। इस वजह से मैं समझता हूं कि पलेस्टाइन मूवमेंट हर लिहाज से बिल्कुल इस्लाम से हटी हुई है। का इस्लाम से कोई ताल्लुक नहीं है। इमोशन पर चल रहे हैं लोग, जज्बात पर चल रहे हैं। जज्बात चलने वाला जो है, वो उसका वही अंजाम हो जो हो रहा है।</w:t>
      </w:r>
    </w:p>
    <w:p>
      <w:r>
        <w:rPr>
          <w:b/>
        </w:rPr>
        <w:t xml:space="preserve">[05:45] </w:t>
      </w:r>
      <w:r>
        <w:t>is 60 baras mein kitne logon ne badi-badi taraqqiyan ki. aur is 60 baras mein palestine ke log jo hain, wo sirf nuksan utha rahe hain. barbaad ho rahe hain, tabah ho rahe hain. main wahan gaya israel, to maine dono area dekha. maine abhi bhi jahan</w:t>
      </w:r>
    </w:p>
    <w:p>
      <w:pPr>
        <w:jc w:val="right"/>
      </w:pPr>
      <w:r>
        <w:t>इस 60 बरस में कितने लोगों ने बड़ी-बड़ी तरक्कियां कीं। और इस 60 बरस में पलेस्टाइन के लोग जो हैं, वो सिर्फ नुकसान उठा रहे हैं। बर्बाद हो रहे हैं, तबाह हो रहे हैं। मैं वहां गया इसराइल, तो मैंने दोनों एरिया देखा। मैंने अभी भी जहां</w:t>
      </w:r>
    </w:p>
    <w:p>
      <w:r>
        <w:rPr>
          <w:b/>
        </w:rPr>
        <w:t xml:space="preserve">[06:04] </w:t>
      </w:r>
      <w:r>
        <w:t>ye arab log hain aur doosre yahudi log jahan hain, yahudi hisse mein wahan par bahut hi achhe shahar base hue hain. well plan city base hue hain. wahan desert jo hai, wahan par horticulture ho raha hai. aur jo area</w:t>
      </w:r>
    </w:p>
    <w:p>
      <w:pPr>
        <w:jc w:val="right"/>
      </w:pPr>
      <w:r>
        <w:t>ये अरब लोग हैं और दूसरे यहूदी लोग जहां हैं, यहूदी हिस्से में वहां पर बहुत ही अच्छे शहर बसे हुए हैं। वेल प्लान सिटी बसे हुए हैं। वहां डेजर्ट जो है, वहां पर हॉर्टिकल्चर हो रहा है। और जो एरिया</w:t>
      </w:r>
    </w:p>
    <w:p>
      <w:r>
        <w:rPr>
          <w:b/>
        </w:rPr>
        <w:t xml:space="preserve">[06:21] </w:t>
      </w:r>
      <w:r>
        <w:t>arbon ke paas hai, use rayed mein wahi haalat hai jo ke hamare old delhi ki hai. ye ye ye ye na jihad hai, na islam hai, na aqal hai, to kuch bhi nahi hai. lekin kyun chal raha hai wo ke poori muslim world mein main akela hoon jo usko kehta hoon ke</w:t>
      </w:r>
    </w:p>
    <w:p>
      <w:pPr>
        <w:jc w:val="right"/>
      </w:pPr>
      <w:r>
        <w:t>अरबों के पास है, उसे रेयद में वही हालत है जो कि हमारे ओल्ड दिल्ली की है। ये ये ये ये ना जिहाद है, ना इस्लाम है, ना अकल है, तो कुछ भी नहीं है। लेकिन क्यों चल रहा है वो कि पूरी मुस्लिम वर्ल्ड में मैं अकेला हूं जो उसको कहता है कि</w:t>
      </w:r>
    </w:p>
    <w:p>
      <w:r>
        <w:rPr>
          <w:b/>
        </w:rPr>
        <w:t xml:space="preserve">[06:41] </w:t>
      </w:r>
      <w:r>
        <w:t>ye ye jihad nahi hai. har aadmi one to all usko jihad batata hai. to wo samajhte hain ke hum to theek kar rahe hain. ab unko ye de rahe hain ke tum theek kar rahe ho. to mar rahe hain, kat rahe hain, mar rahe hain, kat rahe hain. ek aadmi koi muslim world mein kehne wala nahi hai, mujhko chhodkar. ye jo kahe</w:t>
      </w:r>
    </w:p>
    <w:p>
      <w:pPr>
        <w:jc w:val="right"/>
      </w:pPr>
      <w:r>
        <w:t>ये ये जिहाद नहीं है। हर आदमी वन टू ऑल उसको जिहाद बताता है। तो वो समझते हैं कि हम तोठीक कर रहे हैं। अब उनको ये दे रहे हैं कि तुमठीक कर रहे हो। तो मर रहे हैं, कट रहे हैं, मर रहे हैं, कट रहे हैं। एक आदमी कोई मुस्लिम वर्ल्ड में कहने वाला नहीं है, मुझको छोड़कर। ये जो कहे</w:t>
      </w:r>
    </w:p>
    <w:p>
      <w:r>
        <w:rPr>
          <w:b/>
        </w:rPr>
        <w:t xml:space="preserve">[07:03] </w:t>
      </w:r>
      <w:r>
        <w:t>ke ye galat hai. matlab suicide bombing karte hain log. aur saare arab ulma kehte hain ke sahab, ye itshaad hai. apne ko shaheed banana hai. theek hai, kya bilkul absurd baat hai. shaheed banaya nahi jata. shaheed hua jata hai.</w:t>
      </w:r>
    </w:p>
    <w:p>
      <w:pPr>
        <w:jc w:val="right"/>
      </w:pPr>
      <w:r>
        <w:t>कि ये गलत है। मतलब सुसाइड बॉम्बिंग करते हैं लोग। और सारे अरब उलमा कहते हैं कि साहब, ये इतशाद है। अपने को शहीद बनाना है।ठीक है, क्या बिल्कुल एब्सर्ड बात है। शहीद बनाया नहीं जाता। शहीद हुआ जाता है।</w:t>
      </w:r>
    </w:p>
    <w:p>
      <w:r>
        <w:rPr>
          <w:b/>
        </w:rPr>
        <w:t xml:space="preserve">[07:21] </w:t>
      </w:r>
      <w:r>
        <w:t>yani suicide bombing kare aap kahe ke main shaheed hona chahta hoon. ye to bilkul islam ke khilaf hai. kyunke saare arab ulma is par fatwa diye hue hain. to jo log ke lad rahe hain, mar rahe hain, kat rahe hain aur tabah ho rahe hain,</w:t>
      </w:r>
    </w:p>
    <w:p>
      <w:pPr>
        <w:jc w:val="right"/>
      </w:pPr>
      <w:r>
        <w:t>यानी सुसाइड बॉम्बिंग करें आप कहे कि मैं शहीद होना चाहता हूं। ये तो बिल्कुल इस्लाम के खिलाफ है। क्योंकि सारे अरब उलमा इस पर फतवा दिए हुए हैं। तो जो लोग कि लड़ रहे हैं, मर रहे हैं, कट रहे हैं और तबाह हो रहे हैं,</w:t>
      </w:r>
    </w:p>
    <w:p>
      <w:r>
        <w:rPr>
          <w:b/>
        </w:rPr>
        <w:t xml:space="preserve">[07:36] </w:t>
      </w:r>
      <w:r>
        <w:t>unki galti agar ek hai, to ulma ki galti double hai. kyunke usko justify kar rahe hain wo.</w:t>
      </w:r>
    </w:p>
    <w:p>
      <w:pPr>
        <w:jc w:val="right"/>
      </w:pPr>
      <w:r>
        <w:t>उनकी गलती अगर एक है, तो उलमा की गलती डबल है। क्योंकि उसको जस्टिफाई कर रहे हैं वो।</w:t>
      </w:r>
    </w:p>
    <w:p>
      <w:r>
        <w:rPr>
          <w:b/>
        </w:rPr>
        <w:t xml:space="preserve">[07:44] </w:t>
      </w:r>
      <w:r>
        <w:t>to kam se kam yeh karna hai hamein ke hum yeh kahein ke i was wrong, we were wrong. apni galti ko maane. tab unhe koi naya start, nayi beginning milegi. jab tak apni galti ko aap na maane, aapko nayi beginning bhi nahi milti.</w:t>
      </w:r>
    </w:p>
    <w:p>
      <w:pPr>
        <w:jc w:val="right"/>
      </w:pPr>
      <w:r>
        <w:t>तो कम से कम यह करना है हमें कि हम यह कहें कि आई वाज रंग, वी वेर रंग। अपनी गलती को माने। तब उन्हें कोई नया स्टार्ट, नई बिगिनिंग मिलेगी। जब तक अपनी गलती को आप ना माने, आपको नई बिगिनिंग भी नहीं मिलती।</w:t>
      </w:r>
    </w:p>
    <w:p>
      <w:r>
        <w:rPr>
          <w:b/>
        </w:rPr>
        <w:t xml:space="preserve">[08:00] </w:t>
      </w:r>
      <w:r>
        <w:t>to is starting point hi unke paas nahi hai. starting point se mahroom hain wo. to 1948 mein starting point tha peaceful method. aaj starting point kya hai?</w:t>
      </w:r>
    </w:p>
    <w:p>
      <w:pPr>
        <w:jc w:val="right"/>
      </w:pPr>
      <w:r>
        <w:t>तो इस स्टार्टिंग पॉइंट ही उनके पास नहीं है। स्टार्टिंग पॉइंट से महरूम है वो। तो 1948 में स्टार्टिंग पॉइंट था पीसफुल मेथड। आज स्टार्टिंग पॉइंट क्या है?</w:t>
      </w:r>
    </w:p>
    <w:p>
      <w:r>
        <w:rPr>
          <w:b/>
        </w:rPr>
        <w:t xml:space="preserve">[08:15] </w:t>
      </w:r>
      <w:r>
        <w:t>yeh manna ke humne galti ki. we were wrong. tab unhe naya starting point milega. bole, ye to aimless tabahi hai. bilkul aimless.</w:t>
      </w:r>
    </w:p>
    <w:p>
      <w:pPr>
        <w:jc w:val="right"/>
      </w:pPr>
      <w:r>
        <w:t>यह मानना कि हमने गलती की। वी वेर रंग। तब उन्हें नया स्टार्टिंग पॉइंट मिलेगा। बोले, ये तो एमलेस तबाही है। बिल्कुल एमलेस।</w:t>
      </w:r>
    </w:p>
    <w:p>
      <w:r>
        <w:rPr>
          <w:b/>
        </w:rPr>
        <w:t xml:space="preserve">[08:33] </w:t>
      </w:r>
      <w:r>
        <w:t>this question is from zahir. ibn ibn ubai ke bare mein aapne quran ki jo ayat padhi, uska translation kya hai?</w:t>
      </w:r>
    </w:p>
    <w:p>
      <w:pPr>
        <w:jc w:val="right"/>
      </w:pPr>
      <w:r>
        <w:t>This question is from Zahir. इब्न इब्न उबई के बारे में आपने कुरान की जो आयत पढ़ी, उसका ट्रांसलेशन क्या है?</w:t>
      </w:r>
    </w:p>
    <w:p>
      <w:r>
        <w:rPr>
          <w:b/>
        </w:rPr>
        <w:t xml:space="preserve">[08:45] </w:t>
      </w:r>
      <w:r>
        <w:t>wo aisa hua tha ke ek jihad se lautate hue is aadmi ne kaha tha ke aadmi jo hai, musalman tha. yani musalmanon ke us mein shamil tha community. community mein koi wo kafir mushrik nahi tha. wo to usne kaha tha ke jab hum pahunchenge madina,</w:t>
      </w:r>
    </w:p>
    <w:p>
      <w:pPr>
        <w:jc w:val="right"/>
      </w:pPr>
      <w:r>
        <w:t>वो ऐसा हुआ था कि एक जिहाद से लौटते हुए इस आदमी ने कहा था कि आदमी जो है, मुसलमान था। यानी मुसलमानों के उसमें शामिल था कम्युनिटी। कम्युनिटी में कोई वो काफिर मुशरिक नहीं था। वो तो उसने कहा था कि जब हम पहुंचेंगे मदीना,</w:t>
      </w:r>
    </w:p>
    <w:p>
      <w:r>
        <w:rPr>
          <w:b/>
        </w:rPr>
        <w:t xml:space="preserve">[09:11] </w:t>
      </w:r>
      <w:r>
        <w:t>to hamara jo izzat wala hai, wo beizzat walon ko nikal dega. matlab hum log ye is mein kya cheez chhupi hui thi</w:t>
      </w:r>
    </w:p>
    <w:p>
      <w:pPr>
        <w:jc w:val="right"/>
      </w:pPr>
      <w:r>
        <w:t>तो हमारा जो इज्जत वाला है, वो बेइज्जत वालों को निकाल देगा। मतलब हम लोग ये इसमें क्या चीज छुपी हुई थी</w:t>
      </w:r>
    </w:p>
    <w:p>
      <w:r>
        <w:rPr>
          <w:b/>
        </w:rPr>
        <w:t xml:space="preserve">[09:19] </w:t>
      </w:r>
      <w:r>
        <w:t>? wo log son of the sal mante the apne ko.</w:t>
      </w:r>
    </w:p>
    <w:p>
      <w:pPr>
        <w:jc w:val="right"/>
      </w:pPr>
      <w:r>
        <w:t>? वो लोग सन ऑफ द साल मानते थे अपने को।</w:t>
      </w:r>
    </w:p>
    <w:p>
      <w:r>
        <w:rPr>
          <w:b/>
        </w:rPr>
        <w:t xml:space="preserve">[09:22] </w:t>
      </w:r>
      <w:r>
        <w:t>aur ye log bahar ke aaye hue the</w:t>
      </w:r>
    </w:p>
    <w:p>
      <w:pPr>
        <w:jc w:val="right"/>
      </w:pPr>
      <w:r>
        <w:t>और ये लोग बाहर के आए हुए थे</w:t>
      </w:r>
    </w:p>
    <w:p>
      <w:r>
        <w:rPr>
          <w:b/>
        </w:rPr>
        <w:t xml:space="preserve">[09:25] </w:t>
      </w:r>
      <w:r>
        <w:t>ki bahar ke aane wale log hain.</w:t>
      </w:r>
    </w:p>
    <w:p>
      <w:pPr>
        <w:jc w:val="right"/>
      </w:pPr>
      <w:r>
        <w:t>कि बाहर के आने वाले लोग हैं।</w:t>
      </w:r>
    </w:p>
    <w:p>
      <w:r>
        <w:rPr>
          <w:b/>
        </w:rPr>
        <w:t xml:space="preserve">[09:26] </w:t>
      </w:r>
      <w:r>
        <w:t>inhonne yahan ladai chhed di.</w:t>
      </w:r>
    </w:p>
    <w:p>
      <w:pPr>
        <w:jc w:val="right"/>
      </w:pPr>
      <w:r>
        <w:t>इन्होंने यहां लड़ाई छेड़ दी।</w:t>
      </w:r>
    </w:p>
    <w:p>
      <w:r>
        <w:rPr>
          <w:b/>
        </w:rPr>
        <w:t xml:space="preserve">[09:28] </w:t>
      </w:r>
      <w:r>
        <w:t>hamein tabahi karva rahe hain aur hum inko nikalenge, madine se bahar kar denge.</w:t>
      </w:r>
    </w:p>
    <w:p>
      <w:pPr>
        <w:jc w:val="right"/>
      </w:pPr>
      <w:r>
        <w:t>हमें तबाही करवा रहे हैं और हम इनको निकालेंगे, मदीने से बाहर कर देंगे।</w:t>
      </w:r>
    </w:p>
    <w:p>
      <w:r>
        <w:rPr>
          <w:b/>
        </w:rPr>
        <w:t xml:space="preserve">[09:34] </w:t>
      </w:r>
      <w:r>
        <w:t>to usne kaha tha ki jab hum pahunchenge, lautate hue kaha tha usne</w:t>
      </w:r>
    </w:p>
    <w:p>
      <w:pPr>
        <w:jc w:val="right"/>
      </w:pPr>
      <w:r>
        <w:t>तो उसने कहा था कि जब हम पहुंचेंगे, लौटते हुए कहा था उसने</w:t>
      </w:r>
    </w:p>
    <w:p>
      <w:r>
        <w:rPr>
          <w:b/>
        </w:rPr>
        <w:t xml:space="preserve">[09:40] </w:t>
      </w:r>
      <w:r>
        <w:t>ki jab hum madine pahunchenge, to hamara jo izzat wala hai, wo beizzat wale ko nikal dega.</w:t>
      </w:r>
    </w:p>
    <w:p>
      <w:pPr>
        <w:jc w:val="right"/>
      </w:pPr>
      <w:r>
        <w:t>कि जब हम मदीने पहुंचेंगे, तो हमारा जो इज्जत वाला है, वो बेइज्जत वाले को निकाल देगा।</w:t>
      </w:r>
    </w:p>
    <w:p>
      <w:r>
        <w:rPr>
          <w:b/>
        </w:rPr>
        <w:t xml:space="preserve">[09:45] </w:t>
      </w:r>
      <w:r>
        <w:t>matlab ansar ki taraf se muhajir ke khilaf tha ye.</w:t>
      </w:r>
    </w:p>
    <w:p>
      <w:pPr>
        <w:jc w:val="right"/>
      </w:pPr>
      <w:r>
        <w:t>मतलब अंसार की तरफ से मुहाजिर के खिलाफ था ये।</w:t>
      </w:r>
    </w:p>
    <w:p>
      <w:r>
        <w:rPr>
          <w:b/>
        </w:rPr>
        <w:t xml:space="preserve">[09:51] </w:t>
      </w:r>
      <w:r>
        <w:t>ye matlab hai uska.</w:t>
      </w:r>
    </w:p>
    <w:p>
      <w:pPr>
        <w:jc w:val="right"/>
      </w:pPr>
      <w:r>
        <w:t>ये मतलब है उसका।</w:t>
      </w:r>
    </w:p>
    <w:p>
      <w:r>
        <w:rPr>
          <w:b/>
        </w:rPr>
        <w:t xml:space="preserve">[09:57] </w:t>
      </w:r>
      <w:r>
        <w:t>This question is from Maulana Zakwan Nadvi. Maulana, kindly tell us about destiny and</w:t>
      </w:r>
    </w:p>
    <w:p>
      <w:pPr>
        <w:jc w:val="right"/>
      </w:pPr>
      <w:r>
        <w:t>This question is from Maulana Zakwan Nadvi. Maulana, kindly tell us about destiny and</w:t>
      </w:r>
    </w:p>
    <w:p>
      <w:r>
        <w:rPr>
          <w:b/>
        </w:rPr>
        <w:t xml:space="preserve">[10:05] </w:t>
      </w:r>
      <w:r>
        <w:t>free will. What is the difference?</w:t>
      </w:r>
    </w:p>
    <w:p>
      <w:pPr>
        <w:jc w:val="right"/>
      </w:pPr>
      <w:r>
        <w:t>free will. What is the difference?</w:t>
      </w:r>
    </w:p>
    <w:p>
      <w:r>
        <w:rPr>
          <w:b/>
        </w:rPr>
        <w:t xml:space="preserve">[10:15] </w:t>
      </w:r>
      <w:r>
        <w:t>isko kehte hain urdu mein jabr o ikhtiyar bahut purana sawal hai, hazaron saal se chala raha hai ki duniya mein aadmi ko kitna freedom hai aur kitna compulsion hai. kyunki hum apne aap ko dekhte hain ki hum free hain,</w:t>
      </w:r>
    </w:p>
    <w:p>
      <w:pPr>
        <w:jc w:val="right"/>
      </w:pPr>
      <w:r>
        <w:t>इसको कहते हैं उर्दू में جبر و اختیار बहुत पुराना सवाल है, हजारों साल से चला रहा है कि दुनिया में आदमी को कितना फ्रीडम है और कितना कंपल्शन है। क्योंकि हम अपने आप को देखते हैं कि हम फ्री हैं,</w:t>
      </w:r>
    </w:p>
    <w:p>
      <w:r>
        <w:rPr>
          <w:b/>
        </w:rPr>
        <w:t xml:space="preserve">[10:39] </w:t>
      </w:r>
      <w:r>
        <w:t>phir bhi hum paate hain ko kahin ki hum majboor paate hain apne aap ko. to dono mein kya</w:t>
      </w:r>
    </w:p>
    <w:p>
      <w:pPr>
        <w:jc w:val="right"/>
      </w:pPr>
      <w:r>
        <w:t>फिर भी हम पाते हैं को कहीं कि हम मजबूर पाते हैं अपने आप को। तो दोनों में क्या</w:t>
      </w:r>
    </w:p>
    <w:p>
      <w:r>
        <w:rPr>
          <w:b/>
        </w:rPr>
        <w:t xml:space="preserve">[10:46] </w:t>
      </w:r>
      <w:r>
        <w:t>talluq hai? ye bahut purana sawal hai. to aap kitab jo kehte hain ilm ul aqaaid ye bahas ilm ul aqaaid mein hoti hai. ilm ul aqaaid mein dekhiye,</w:t>
      </w:r>
    </w:p>
    <w:p>
      <w:pPr>
        <w:jc w:val="right"/>
      </w:pPr>
      <w:r>
        <w:t>ताल्लुक है? ये बहुत पुराना सवाल है। तो आप किताब जो कहते हैं علم العقائد यह बहस علم العقائद में होती है। علم العقائद में देखिए,</w:t>
      </w:r>
    </w:p>
    <w:p>
      <w:r>
        <w:rPr>
          <w:b/>
        </w:rPr>
        <w:t xml:space="preserve">[11:00] </w:t>
      </w:r>
      <w:r>
        <w:t>do school hain.</w:t>
      </w:r>
    </w:p>
    <w:p>
      <w:pPr>
        <w:jc w:val="right"/>
      </w:pPr>
      <w:r>
        <w:t>दो स्कूल हैं।</w:t>
      </w:r>
    </w:p>
    <w:p>
      <w:r>
        <w:rPr>
          <w:b/>
        </w:rPr>
        <w:t xml:space="preserve">[11:03] </w:t>
      </w:r>
      <w:r>
        <w:t>ek kehte hain jabriya, ek kehte hain qadriya. jabriya aur qadriya to zyada tar yahi dono mashhoor hain. lekin ek aur school hai,</w:t>
      </w:r>
    </w:p>
    <w:p>
      <w:pPr>
        <w:jc w:val="right"/>
      </w:pPr>
      <w:r>
        <w:t>एक कहते हैं جبریہ, एक कहते हैं قدریہ। जबरीہ और قدریہ तो ज्यादातर यही दोनों मशहूर हैं। लेकिन एक और स्कूल है,</w:t>
      </w:r>
    </w:p>
    <w:p>
      <w:r>
        <w:rPr>
          <w:b/>
        </w:rPr>
        <w:t xml:space="preserve">[11:19] </w:t>
      </w:r>
      <w:r>
        <w:t>us ko kehte hain wastiya. wastiya school bahut kam mashhoor hua hai. jabriya, qadriya school zyada mashhoor hua hai. yaani wo log jo kehte hain ki saahab, is duniya mein to hamein jabri zabar hai, doosre kehte hain ki nahin, hamare upar ikhtiyar hai.</w:t>
      </w:r>
    </w:p>
    <w:p>
      <w:pPr>
        <w:jc w:val="right"/>
      </w:pPr>
      <w:r>
        <w:t>उसको कहते हैं وسطیہ। وسطیہ स्कूल बहुत कम मशहूर हुआ है। जबरीہ, قدरीہ स्कूल ज्यादा मशहूर हुआ है। यानी वो लोग जो कहते हैं कि साहब, इस दुनिया में तो हमें जबरी जबर है, दूसरे कहते हैं कि नहीं, हमारे ऊपर اختیار है।</w:t>
      </w:r>
    </w:p>
    <w:p>
      <w:r>
        <w:rPr>
          <w:b/>
        </w:rPr>
        <w:t xml:space="preserve">[11:33] </w:t>
      </w:r>
      <w:r>
        <w:t>wastiya matlab beech, beech ka, middle ka. to main wastiya hai ko sahi samajhta hoon ki ye mamla in between ka hai. wo kaise?</w:t>
      </w:r>
    </w:p>
    <w:p>
      <w:pPr>
        <w:jc w:val="right"/>
      </w:pPr>
      <w:r>
        <w:t>وسطیہ मतलब बीच, बीच का, मिडिल का। तो मैं وسطی یہ है को सही समझता हूं कि ये मामला इन बिटवीन का है। वो कैसे?</w:t>
      </w:r>
    </w:p>
    <w:p>
      <w:r>
        <w:rPr>
          <w:b/>
        </w:rPr>
        <w:t xml:space="preserve">[11:47] </w:t>
      </w:r>
      <w:r>
        <w:t>dekhiye, hum ek aisi duniya mein jo khuda ne banai hai, to hamare paas apna free will hai. lekin us free will ko jab hum exercise karte hain, to hamein zameen chahiye, hamein suraj chahiye, hamein hawa chahiye, hamein food chahiye,</w:t>
      </w:r>
    </w:p>
    <w:p>
      <w:pPr>
        <w:jc w:val="right"/>
      </w:pPr>
      <w:r>
        <w:t>देखिए, हम एक ऐसी दुनिया में जो खुदा ने बनाई है, तो हमारे पास अपना फ्री विल है। लेकिन उस फ्री विल को जब हम एक्सरसाइज करते हैं, तो हमें जमीन चाहिए, हमें सूरज चाहिए, हमें हवा चाहिए, हमें फूड चाहिए,</w:t>
      </w:r>
    </w:p>
    <w:p>
      <w:r>
        <w:rPr>
          <w:b/>
        </w:rPr>
        <w:t xml:space="preserve">[12:08] </w:t>
      </w:r>
      <w:r>
        <w:t>hamein bahut sari cheezein chahiye. to us ko main kahunga ki infrastructure. infrastructure khuda ka hai aur irada mera hai. free will to mera hai,</w:t>
      </w:r>
    </w:p>
    <w:p>
      <w:pPr>
        <w:jc w:val="right"/>
      </w:pPr>
      <w:r>
        <w:t>हमें बहुत सारी चीजें चाहिए। तो उसको मैं कहूंगा कि इंफ्रास्ट्रक्चर। इंफ्रास्ट्रक्चर खुदा का है और इरादा मेरा है। फ्री विल तो मेरा है,</w:t>
      </w:r>
    </w:p>
    <w:p>
      <w:r>
        <w:rPr>
          <w:b/>
        </w:rPr>
        <w:t xml:space="preserve">[12:22] </w:t>
      </w:r>
      <w:r>
        <w:t>lekin is free will ko jab main exercise karne nikalta hoon, to sara infrastructure wo khuda ka hota hai.</w:t>
      </w:r>
    </w:p>
    <w:p>
      <w:pPr>
        <w:jc w:val="right"/>
      </w:pPr>
      <w:r>
        <w:t>लेकिन इस फ्री विल को जब मैं एक्सरसाइज करने जा निकलता हूं, तो सारा इंफ्रास्ट्रक्चर वो खुदा का होता है।</w:t>
      </w:r>
    </w:p>
    <w:p>
      <w:r>
        <w:rPr>
          <w:b/>
        </w:rPr>
        <w:t xml:space="preserve">[12:29] </w:t>
      </w:r>
      <w:r>
        <w:t>usi ki hawa mein saans lena hai, khudai ki suraj se roshni lena hai, khudai ke soil se hamein khana lena hai. to main samajhta hoon ki wastiya ka matlab yeh hai ki khuda ke infrastructure ko istemal kiye baghair</w:t>
      </w:r>
    </w:p>
    <w:p>
      <w:pPr>
        <w:jc w:val="right"/>
      </w:pPr>
      <w:r>
        <w:t>उसी की हवा में सांस लेना है, खुदाई की सूरज से रोशनी लेना है, खुदाई के सोइल से हमें खाना लेना है। तो मैं समझता हूं कि वसतिया का मतलब यह है कि खुदा के इंफ्रास्ट्रक्चर को इस्तेमाल किए बगैर</w:t>
      </w:r>
    </w:p>
    <w:p>
      <w:r>
        <w:rPr>
          <w:b/>
        </w:rPr>
        <w:t xml:space="preserve">[12:49] </w:t>
      </w:r>
      <w:r>
        <w:t>main koi kaam nahin kar sakta. to khuda ke infrastructure ke siwa mere koi option nahin. mere paas koi hai. yahan par majboor main hoon. koi aur universe create nahin kar sakta. to wahan par meri majboori aa jati hai ki wahi infrastructure hai, wahi ek hi option hai. lekin phir bhi irada, irada mera jo hai, wo apni jagah par hai.</w:t>
      </w:r>
    </w:p>
    <w:p>
      <w:pPr>
        <w:jc w:val="right"/>
      </w:pPr>
      <w:r>
        <w:t>मैं कोई काम नहीं कर सकता। तो खुदा के इंफ्रास्ट्रक्चर के सिवा मेरे कोई ऑप्शन नहीं। मेरे पास कोई है। यहां पर मजबूर मैं हूं। कोई और यूनिवर्स क्रिएट नहीं कर सकता। तो वहां पर मेरी मजबूरी आ जाती है कि वही इंफ्रास्ट्रक्चर है, वही एक ही ऑप्शन है। लेकिन फिर भी इरादा, इरादा मेरा जो है, वो अपनी जगह पर है।</w:t>
      </w:r>
    </w:p>
    <w:p>
      <w:r>
        <w:rPr>
          <w:b/>
        </w:rPr>
        <w:t xml:space="preserve">[13:11] </w:t>
      </w:r>
      <w:r>
        <w:t>us ko poora ikhtiyar mujhe mila hua hai. to yaad rakhiye, khuda ke yahan jo jo pooch hai, wo irade ke e'tibar se hai, infrastructure ke e'tibar se nahin hai. ki jo bhi available infrastructure tha, us mein tum ne</w:t>
      </w:r>
    </w:p>
    <w:p>
      <w:pPr>
        <w:jc w:val="right"/>
      </w:pPr>
      <w:r>
        <w:t>उसको पूरा اختیار मुझे मिला हुआ है। तो याद रखिए, खुदा के यहां जो जो पूछ है, वो इरादे के اعتبار से है, इंफ्रास्ट्रक्चर के اعتبار से नहीं है। कि जो भी अवेलेबल इंफ्रास्ट्रक्चर था, उसमें तुमने</w:t>
      </w:r>
    </w:p>
    <w:p>
      <w:r>
        <w:rPr>
          <w:b/>
        </w:rPr>
        <w:t xml:space="preserve">[13:28] </w:t>
      </w:r>
      <w:r>
        <w:t>apne irade ko kis tarah istemal kiya. yahan par main ek baat aur add karunga, jo wastiya log mere khayal se nahin keh paaye the, wo log. lekin science ke zamane mein hum keh sakte hain,</w:t>
      </w:r>
    </w:p>
    <w:p>
      <w:pPr>
        <w:jc w:val="right"/>
      </w:pPr>
      <w:r>
        <w:t>अपने इरादे को किस तरह इस्तेमाल किया। यहां पर मैं एक बात और ऐड करूंगा, जो वसतिया लोग मेरे ख्याल से नहीं कह पाए थे, वो लोग। लेकिन साइंस के जमाने में हम कह सकते हैं,</w:t>
      </w:r>
    </w:p>
    <w:p>
      <w:r>
        <w:rPr>
          <w:b/>
        </w:rPr>
        <w:t xml:space="preserve">[13:42] </w:t>
      </w:r>
      <w:r>
        <w:t>wo kya</w:t>
      </w:r>
    </w:p>
    <w:p>
      <w:pPr>
        <w:jc w:val="right"/>
      </w:pPr>
      <w:r>
        <w:t>वो क्या</w:t>
      </w:r>
    </w:p>
    <w:p>
      <w:r>
        <w:rPr>
          <w:b/>
        </w:rPr>
        <w:t xml:space="preserve">[13:43] </w:t>
      </w:r>
      <w:r>
        <w:t>? wo kya hai? ki ek sawal yeh phir bhi paida hota hai ki khuda aalim ul ghaib hai. khuda har baat ko jaanta hai. khuda ko yahi pata hai ki main kya karunga. yaani agarche mere paas irada hai,</w:t>
      </w:r>
    </w:p>
    <w:p>
      <w:pPr>
        <w:jc w:val="right"/>
      </w:pPr>
      <w:r>
        <w:t>? वो क्या है? कि एक सवाल यह फिर भी पैदा होता है कि खुदा عالم الغیب है। खुदा हर बात को जानता है। खुदा को यही पता है कि मैं क्या करूंगा। यानी अगरचे मेरे पास इरादा है,</w:t>
      </w:r>
    </w:p>
    <w:p>
      <w:r>
        <w:rPr>
          <w:b/>
        </w:rPr>
        <w:t xml:space="preserve">[13:57] </w:t>
      </w:r>
      <w:r>
        <w:t>lekin main us irade ko kaise exercise karunga, is ka pata bhi khuda ko hai. kyunki wo aalim ul ghaib hai,</w:t>
      </w:r>
    </w:p>
    <w:p>
      <w:pPr>
        <w:jc w:val="right"/>
      </w:pPr>
      <w:r>
        <w:t>लेकिन मैं उस इरादे को कैसे एक्सरसाइज करूंगा, इसका पता भी खुदा को है। क्योंकि वो आलम الغैब है,</w:t>
      </w:r>
    </w:p>
    <w:p>
      <w:r>
        <w:rPr>
          <w:b/>
        </w:rPr>
        <w:t xml:space="preserve">[14:03] </w:t>
      </w:r>
      <w:r>
        <w:t>ghaib ko janne wala hai. main yeh kahunga ki khuda ko, khuda aap jaante hain, ek all powerful hai. khuda ko sara,</w:t>
      </w:r>
    </w:p>
    <w:p>
      <w:pPr>
        <w:jc w:val="right"/>
      </w:pPr>
      <w:r>
        <w:t>गैब को जानने वाला है। मैं यह कहूंगा कि खुदा को, खुदा आप जानते हैं, एक ऑल पावरफुल है। खुदा को सारा,</w:t>
      </w:r>
    </w:p>
    <w:p>
      <w:r>
        <w:rPr>
          <w:b/>
        </w:rPr>
        <w:t xml:space="preserve">[14:18] </w:t>
      </w:r>
      <w:r>
        <w:t>sari qudrat hai, sara ikhtiyar hai.</w:t>
      </w:r>
    </w:p>
    <w:p>
      <w:pPr>
        <w:jc w:val="right"/>
      </w:pPr>
      <w:r>
        <w:t>सारी कुदरत है, सारा اختیار है।</w:t>
      </w:r>
    </w:p>
    <w:p>
      <w:r>
        <w:rPr>
          <w:b/>
        </w:rPr>
        <w:t xml:space="preserve">[14:20] </w:t>
      </w:r>
      <w:r>
        <w:t>to is ka bhi ikhtiyar hai ki apne, apne ikhtiyar ko kahin wo rok le. wo</w:t>
      </w:r>
    </w:p>
    <w:p>
      <w:pPr>
        <w:jc w:val="right"/>
      </w:pPr>
      <w:r>
        <w:t>तो इसका भी اختیار है कि अपने, अपने اختیار को कहीं वो रोक ले। वो</w:t>
      </w:r>
    </w:p>
    <w:p>
      <w:r>
        <w:rPr>
          <w:b/>
        </w:rPr>
        <w:t xml:space="preserve">[14:30] </w:t>
      </w:r>
      <w:r>
        <w:t>sara ikhtiyar rakhte hue, yeh bhi ikhtiyar hai ki apne ikhtiyar ko kahin wo in ineffective bana de. is ka bhi us ko ikhtiyar hai. yeh baat hum pehle nahin samajh paate the, lekin ab jo black hole theory jo aai hai, us ne is ko</w:t>
      </w:r>
    </w:p>
    <w:p>
      <w:pPr>
        <w:jc w:val="right"/>
      </w:pPr>
      <w:r>
        <w:t>सारा اختیار रखते हुए, यह भी اختیار है कि अपने اختیار को कहीं वो इन इनफेक्टिव बना दे। इसका भी उसको اختیار है। यह बात हम पहले नहीं समझ पाते थे, लेकिन अब जो ब्लैक होल थ्योरी जो आई है, उसने इसको</w:t>
      </w:r>
    </w:p>
    <w:p>
      <w:r>
        <w:rPr>
          <w:b/>
        </w:rPr>
        <w:t xml:space="preserve">[14:48] </w:t>
      </w:r>
      <w:r>
        <w:t>samajh, yaani understandable bana diya hai. to aap jante hain ki black hole naam hai bahut powerful stars ka, giant stars ka naam hai. wo bahut bepanah, unke andar energy hai, lekin hum unko dekh nahin paate. kyon?</w:t>
      </w:r>
    </w:p>
    <w:p>
      <w:pPr>
        <w:jc w:val="right"/>
      </w:pPr>
      <w:r>
        <w:t>समझ, यानी अंडरस्टैंडेबल बना दिया है। तो आप जानते हैं कि ब्लैक होल नाम है बहुत पावरफुल स्टार्स का, जाइंट स्टार्स का नाम है। वो बहुत बेपनाह, उनके अंदर एनर्जी है, लेकिन हम उनको देख नहीं पाते। क्यों?</w:t>
      </w:r>
    </w:p>
    <w:p>
      <w:r>
        <w:rPr>
          <w:b/>
        </w:rPr>
        <w:t xml:space="preserve">[15:05] </w:t>
      </w:r>
      <w:r>
        <w:t>unki gravity itni badhi hui hai, apne light ko bhi bahar nahin aane dete. light ko bhi kiche hue hain. wo jabki suraj aisa nahin karta. suraj ki roshni hum tak pahunchti hai. to iska maane hai ki isse hum yeh samajh paate hain ki</w:t>
      </w:r>
    </w:p>
    <w:p>
      <w:pPr>
        <w:jc w:val="right"/>
      </w:pPr>
      <w:r>
        <w:t>उनकी ग्रेविटी इतनी बढ़ी हुई है, अपने लाइट को भी बाहर नहीं आने देते। लाइट को भी खींचे हुए हैं। वो जबकि सूरज ऐसा नहीं करता। सूरज की रोशनी हम तक पहुंचती है। तो इसका माने है कि इससे हम यह समझ पाते हैं कि</w:t>
      </w:r>
    </w:p>
    <w:p>
      <w:r>
        <w:rPr>
          <w:b/>
        </w:rPr>
        <w:t xml:space="preserve">[15:23] </w:t>
      </w:r>
      <w:r>
        <w:t>jo yah stars hain, bade-bade giant stars hain, jis tarah apni light ko aap rok rakha hai, unhonne</w:t>
      </w:r>
    </w:p>
    <w:p>
      <w:pPr>
        <w:jc w:val="right"/>
      </w:pPr>
      <w:r>
        <w:t>जो यह स्टार्स हैं, बड़े-बड़े जाइंट स्टार्स हैं, जिस तरह अपनी लाइट को आप रोक रखा है, उन्होंने</w:t>
      </w:r>
    </w:p>
    <w:p>
      <w:r>
        <w:rPr>
          <w:b/>
        </w:rPr>
        <w:t xml:space="preserve">[15:30] </w:t>
      </w:r>
      <w:r>
        <w:t>wo bahar aane nahi dete.</w:t>
      </w:r>
    </w:p>
    <w:p>
      <w:pPr>
        <w:jc w:val="right"/>
      </w:pPr>
      <w:r>
        <w:t>वो बाहर आने नहीं देते।</w:t>
      </w:r>
    </w:p>
    <w:p>
      <w:r>
        <w:rPr>
          <w:b/>
        </w:rPr>
        <w:t xml:space="preserve">[15:33] </w:t>
      </w:r>
      <w:r>
        <w:t>isi tarah khuda ne apni qudrat ko wahan par rok liya hai, jahan ki insaan ki azadi ka</w:t>
      </w:r>
    </w:p>
    <w:p>
      <w:pPr>
        <w:jc w:val="right"/>
      </w:pPr>
      <w:r>
        <w:t>इसी तरह खुदा ने अपनी कुदरत को वहां पर रोक लिया है, जहां कि इंसान की आजादी का</w:t>
      </w:r>
    </w:p>
    <w:p>
      <w:r>
        <w:rPr>
          <w:b/>
        </w:rPr>
        <w:t xml:space="preserve">[15:37] </w:t>
      </w:r>
      <w:r>
        <w:t>mamla hai. main samajhta hoon ke space bhi ek demonstrate diya ja raha hai ke kis tarah yeh</w:t>
      </w:r>
    </w:p>
    <w:p>
      <w:pPr>
        <w:jc w:val="right"/>
      </w:pPr>
      <w:r>
        <w:t>मामला है। मैं समझता हूं कि स्पेस भी एक डेमोंस्ट्रेट दिया जा रहा है कि किस तरह यह</w:t>
      </w:r>
    </w:p>
    <w:p>
      <w:r>
        <w:rPr>
          <w:b/>
        </w:rPr>
        <w:t xml:space="preserve">[15:44] </w:t>
      </w:r>
      <w:r>
        <w:t>mumkin hai ke sab kuch ikhtiyar rakhte hue, khuda apne ikhtiyar ko kahin detach kar de, kahin rok</w:t>
      </w:r>
    </w:p>
    <w:p>
      <w:pPr>
        <w:jc w:val="right"/>
      </w:pPr>
      <w:r>
        <w:t>मुमकिन है कि सब कुछ اختیار रखते हुए, खुदा अपने اختیار को कहीं डिटैच कर दे, कहीं रोक</w:t>
      </w:r>
    </w:p>
    <w:p>
      <w:r>
        <w:rPr>
          <w:b/>
        </w:rPr>
        <w:t xml:space="preserve">[15:51] </w:t>
      </w:r>
      <w:r>
        <w:t>le.</w:t>
      </w:r>
    </w:p>
    <w:p>
      <w:pPr>
        <w:jc w:val="right"/>
      </w:pPr>
      <w:r>
        <w:t>ले।</w:t>
      </w:r>
    </w:p>
    <w:p>
      <w:r>
        <w:rPr>
          <w:b/>
        </w:rPr>
        <w:t xml:space="preserve">[15:53] </w:t>
      </w:r>
      <w:r>
        <w:t>wo mamla yahan par hai. to main samajhta hoon ki black hole theory ki jo discovery hui hai, wo iska ek demonstrate hai ki light rakhte hue, apni light ko aap tak pahunchne nahin deta. wo aisi Khuda apni sari qudrat rakhte hue, apni qudrat ko</w:t>
      </w:r>
    </w:p>
    <w:p>
      <w:pPr>
        <w:jc w:val="right"/>
      </w:pPr>
      <w:r>
        <w:t>वो मामला यहां पर है। तो मैं समझता हूं कि ब्लैक होल थ्योरी की जो डिस्कवरी हुई है, वो इसका एक डेमोंस्ट्रेट है कि लाइट रखते हुए, अपनी लाइट को आप तक पहुंचने नहीं देता। वो ऐसी खुदा अपनी सारी कुदरत रखते हुए, अपनी कुदरत को</w:t>
      </w:r>
    </w:p>
    <w:p>
      <w:r>
        <w:rPr>
          <w:b/>
        </w:rPr>
        <w:t xml:space="preserve">[16:13] </w:t>
      </w:r>
      <w:r>
        <w:t>aapse wo kar leta hai, detach kar leta hai. isse main chahta hoon ki wastiya ka jo nuqta nazar hai, wo understandable ban jata hai.</w:t>
      </w:r>
    </w:p>
    <w:p>
      <w:pPr>
        <w:jc w:val="right"/>
      </w:pPr>
      <w:r>
        <w:t>आपसे वो कर लेता है, डिटैच कर लेता है। इससे मैं चाहता हूं कि वसतिया का जो नुक्ता नजर है, वो अंडरस्टैंडेबल बन जाता है।</w:t>
      </w:r>
    </w:p>
    <w:p>
      <w:r>
        <w:rPr>
          <w:b/>
        </w:rPr>
        <w:t xml:space="preserve">[16:27] </w:t>
      </w:r>
      <w:r>
        <w:t>This question is from Dr. Farida Khanam. Miss Aisha Zakwan, who is a member of the Centre for Peace and Spirituality, dreamt one week ago that Bilawal Bhutto has met you, and he has put a question to you asking, "Maulana, can you tell me something which is bigger than polit</w:t>
      </w:r>
    </w:p>
    <w:p>
      <w:pPr>
        <w:jc w:val="right"/>
      </w:pPr>
      <w:r>
        <w:t>This question is from Dr. Farida Khanam. Miss Aisha Zakwan, who is a member of the Centre for Peace and Spirituality, dreamt one week ago that Bilawal Bhutto has met you, and he has put a question to you asking, "Maulana, can you tell me something which is bigger than polit</w:t>
      </w:r>
    </w:p>
    <w:p>
      <w:r>
        <w:rPr>
          <w:b/>
        </w:rPr>
        <w:t xml:space="preserve">[16:47] </w:t>
      </w:r>
      <w:r>
        <w:t>ics?" And here the dream ended. Could you please explain what is meant by this dream?</w:t>
      </w:r>
    </w:p>
    <w:p>
      <w:pPr>
        <w:jc w:val="right"/>
      </w:pPr>
      <w:r>
        <w:t>ics?" And here the dream ended. Could you please explain what is meant by this dream?</w:t>
      </w:r>
    </w:p>
    <w:p>
      <w:r>
        <w:rPr>
          <w:b/>
        </w:rPr>
        <w:t xml:space="preserve">[16:58] </w:t>
      </w:r>
      <w:r>
        <w:t>main samajhta hoon ki yeh Bilawal ke roop mein poori humanity ka ek question hai. Bilawal usmein represent kar rahe hain humanity ko.</w:t>
      </w:r>
    </w:p>
    <w:p>
      <w:pPr>
        <w:jc w:val="right"/>
      </w:pPr>
      <w:r>
        <w:t>मैं समझता हूं कि यह Bilawal के रूप में पूरी ह्यूमैनिटी का एक क्वेश्चन है। Bilawal उसमें रिप्रेजेंट कर रहे हैं ह्यूमैनिटी को।</w:t>
      </w:r>
    </w:p>
    <w:p>
      <w:r>
        <w:rPr>
          <w:b/>
        </w:rPr>
        <w:t xml:space="preserve">[17:13] </w:t>
      </w:r>
      <w:r>
        <w:t>aaj ka insaan, aap dekhiye, money, political power, fame, is tarah ki cheezon ko janta hai. uske daud raha hai. lekin aaj hi Hindustan Times mein aaya hai ki saare log disper usmein jee rahe hain. yaani</w:t>
      </w:r>
    </w:p>
    <w:p>
      <w:pPr>
        <w:jc w:val="right"/>
      </w:pPr>
      <w:r>
        <w:t>आज का इंसान, आप देखिए, मनी, पॉलिटिकल पावर, फेम, इस तरह की चीजों को जानता है। उसके दौड़ रहा है। लेकिन आज ही हिंदुस्तान टाइम्स में आया है कि सारे लोग डिस्पर उसमें जी रहे हैं। यानी</w:t>
      </w:r>
    </w:p>
    <w:p>
      <w:r>
        <w:rPr>
          <w:b/>
        </w:rPr>
        <w:t xml:space="preserve">[17:32] </w:t>
      </w:r>
      <w:r>
        <w:t>mayusi mein kisi ko satisfaction nahin milta. yaani money pa kar ke bhi nahin, political power pa kar ke bhi nahin.</w:t>
      </w:r>
    </w:p>
    <w:p>
      <w:pPr>
        <w:jc w:val="right"/>
      </w:pPr>
      <w:r>
        <w:t>मायूसी में किसी को सेटिस्फेक्शन नहीं मिलता। यानी मनी पा कर के भी नहीं, पॉलिटिकल पावर पा कर के भी नहीं।</w:t>
      </w:r>
    </w:p>
    <w:p>
      <w:r>
        <w:rPr>
          <w:b/>
        </w:rPr>
        <w:t xml:space="preserve">[17:43] </w:t>
      </w:r>
      <w:r>
        <w:t>to here is the answer ki jis political power ki taraf Bilawal ja rahe hain, wo unke, unke dada muqable Bhutto ko mila. wo phansi de di gayi unko. unki maa behen Bhutto ko mila. unhein phansi de di gayi. unke</w:t>
      </w:r>
    </w:p>
    <w:p>
      <w:pPr>
        <w:jc w:val="right"/>
      </w:pPr>
      <w:r>
        <w:t>तो हियर इज द आंसर कि जिस पॉलिटिकल पावर की तरफ Bilawal जा रहे हैं, वो उनके, उनके दादा मुकाबले भुट्टू को मिला। वो फांसी दे दी गई उनको। उनकी मां बहन भुट्टू को मिला। उन्हें फांसी दे दी गई। उनके</w:t>
      </w:r>
    </w:p>
    <w:p>
      <w:r>
        <w:rPr>
          <w:b/>
        </w:rPr>
        <w:t xml:space="preserve">[17:59] </w:t>
      </w:r>
      <w:r>
        <w:t>chacha jo the, Murtaza Bhutto, unko mila. wo bhi goli maar di gayi. is maane hai ki yeh hamara goal nahin ho sakta. goal wo hai jisko goal, goal wo hai jisko ki jis jiska andar eternity ho,</w:t>
      </w:r>
    </w:p>
    <w:p>
      <w:pPr>
        <w:jc w:val="right"/>
      </w:pPr>
      <w:r>
        <w:t>चाचा जो थे, मुर्तजा भुट्टू, उनको मिला। वो भी गोली मार दी गई। इस माने है कि यह हमारा गोल नहीं हो सकता। गोल वो है जिसको गोल, गोल वो है जिसको कि जिस जिसका अंदर अटर्निटी हो,</w:t>
      </w:r>
    </w:p>
    <w:p>
      <w:r>
        <w:rPr>
          <w:b/>
        </w:rPr>
        <w:t xml:space="preserve">[18:18] </w:t>
      </w:r>
      <w:r>
        <w:t>jisko koi maar na sake. wo zahir hai ki Khuda ke siwa koi aur nahin ho sakta. to main chahta hoon ki yeh, yeh hum sabke liye, yeh dream hum sabke liye hai ki insaan ko batao ki money tumhara goal nahin ho sakta, political power tumhara goal nahin ho sakta,</w:t>
      </w:r>
    </w:p>
    <w:p>
      <w:pPr>
        <w:jc w:val="right"/>
      </w:pPr>
      <w:r>
        <w:t>जिसको कोई मार ना सके। वो जाहिर है कि खुदा के सिवा कोई और नहीं हो सकता। तो मैं चाहता हूं कि यह, यह हम सबके लिए, यह ड्रीम हम सबके लिए है कि इंसान को बताओ कि मनी तुम्हारा गोल नहीं हो सकता, पॉलिटिकल पावर तुम्हारा गोल नहीं हो सकता,</w:t>
      </w:r>
    </w:p>
    <w:p>
      <w:r>
        <w:rPr>
          <w:b/>
        </w:rPr>
        <w:t xml:space="preserve">[18:37] </w:t>
      </w:r>
      <w:r>
        <w:t>fame tumhara goal nahin ho sakta. tumhara goal jo hai, v</w:t>
      </w:r>
    </w:p>
    <w:p>
      <w:pPr>
        <w:jc w:val="right"/>
      </w:pPr>
      <w:r>
        <w:t>फेम तुम्हारा गोल नहीं हो सकता। तुम्हारा गोल जो है, व</w:t>
      </w:r>
    </w:p>
    <w:p>
      <w:r>
        <w:rPr>
          <w:b/>
        </w:rPr>
        <w:t xml:space="preserve">[18:40] </w:t>
      </w:r>
      <w:r>
        <w:t>o kya hai? wo Khuda hai. Khuda ko discover karo, Khuda ko realize karo, Khuda ko apna concern banao. farrullah daudo Khuda ki taraf Quran mein hai ki farrullah</w:t>
      </w:r>
    </w:p>
    <w:p>
      <w:pPr>
        <w:jc w:val="right"/>
      </w:pPr>
      <w:r>
        <w:t>ो क्या है? वो खुदा है। खुदा को डिस्कवर करो, खुदा को रियलाइज करो, खुदा को अपना कंसर्न बनाओ। ففر اللہ دوڑو خدا کی طرف قرآن میں ہے کہ ففر اللہ</w:t>
      </w:r>
    </w:p>
    <w:p>
      <w:r>
        <w:rPr>
          <w:b/>
        </w:rPr>
        <w:t xml:space="preserve">[18:54] </w:t>
      </w:r>
      <w:r>
        <w:t>ae logon daudo Khuda ki taraf. to hamara mission jo hai, usko yeh is is dream ke zariye bataya gaya hai ki insaan ko batao ki log jo daud rahe hain, money ki taraf daud rahe hain, political power ki taraf daud rahe hain, fame ki taraf, aakhir mein kya hai?</w:t>
      </w:r>
    </w:p>
    <w:p>
      <w:pPr>
        <w:jc w:val="right"/>
      </w:pPr>
      <w:r>
        <w:t>اے لوگوں دوڑو خدا کی طرف۔ تو ہمارا مشن جو ہے، اس کو یہ اس اس ڈریم کے ذریعے بتایا گیا ہے کہ انسان کو بتاؤ کہ لوگ جو دوڑ رہے ہیں، منی کی طرف دوڑ رہے ہیں، پولیٹیکل پاور کی طرف دوڑ رہے ہیں، فیم کی طرف، آخر میں کیا ہے؟</w:t>
      </w:r>
    </w:p>
    <w:p>
      <w:r>
        <w:rPr>
          <w:b/>
        </w:rPr>
        <w:t xml:space="preserve">[19:10] </w:t>
      </w:r>
      <w:r>
        <w:t>frustration, aakhir mein kya hai? dispres, aakhir mein kya hai? bahut hi</w:t>
      </w:r>
    </w:p>
    <w:p>
      <w:pPr>
        <w:jc w:val="right"/>
      </w:pPr>
      <w:r>
        <w:t>فرسٹریشن، آخر میں کیا ہے؟ ڈسپریس، آخر میں کیا ہے؟ بہت ہی</w:t>
      </w:r>
    </w:p>
    <w:p>
      <w:r>
        <w:rPr>
          <w:b/>
        </w:rPr>
        <w:t xml:space="preserve">[19:15] </w:t>
      </w:r>
      <w:r>
        <w:t>mayusi ki maut. to unko batao ki tum ko goal banana chahiye Khuda ko, jismein eternity hai, jismein tumhare liye blessing hai, jismein tumhari sari kamyabiyan hain.</w:t>
      </w:r>
    </w:p>
    <w:p>
      <w:pPr>
        <w:jc w:val="right"/>
      </w:pPr>
      <w:r>
        <w:t>ماयوسی کی موت۔ تو ان کو بتاؤ کہ تم کو گول بنانا چاہیے خدا کو، جس میں ایٹرنیٹی ہے، جس میں تمہارے لیے بلیسنگ ہے، جس میں تمہاری ساری کامیابیاں ہیں۔</w:t>
      </w:r>
    </w:p>
    <w:p>
      <w:r>
        <w:rPr>
          <w:b/>
        </w:rPr>
        <w:t xml:space="preserve">[19:30] </w:t>
      </w:r>
      <w:r>
        <w:t>to main samajhta hoon ki yeh dream jo hai, hum ko bata raha hai</w:t>
      </w:r>
    </w:p>
    <w:p>
      <w:pPr>
        <w:jc w:val="right"/>
      </w:pPr>
      <w:r>
        <w:t>تو میں سمجھتا ہوں کہ یہ ڈریم جو ہے، ہم کو بتا رہا ہے</w:t>
      </w:r>
    </w:p>
    <w:p>
      <w:r>
        <w:rPr>
          <w:b/>
        </w:rPr>
        <w:t xml:space="preserve">[19:33] </w:t>
      </w:r>
      <w:r>
        <w:t>hamare mission ke bare mein ki insaan ko aaj jis cheez ki zaroorat hai, wo usko pahunchao. usko main samajhta hoon ki is sawal mein chupa hua hai, Bilawal ke is sawal mein ki mera dada mara gaya, meri maa mari gayi, mera chacha mara gaya, aur main bhi isi par ja raha hoon.</w:t>
      </w:r>
    </w:p>
    <w:p>
      <w:pPr>
        <w:jc w:val="right"/>
      </w:pPr>
      <w:r>
        <w:t>ہمارے مشن کے بارے میں کہ انسان کو آج جس چیز کی ضرورت ہے، وہ اس کو پہنچاؤ۔ اس کو میں سمجھتا ہوں کہ اس سوال میں چھپا ہوا ہے، Bilawal کے اس سوال میں کہ میرا دادا مارا گیا، میری ماں ماری گئی، میرا چچا مارا گیا، اور میں بھی اسی پر جا رہا ہوں۔</w:t>
      </w:r>
    </w:p>
    <w:p>
      <w:r>
        <w:rPr>
          <w:b/>
        </w:rPr>
        <w:t xml:space="preserve">[19:53] </w:t>
      </w:r>
      <w:r>
        <w:t>to to batao ki koi aur bhi option mere liye hai?</w:t>
      </w:r>
    </w:p>
    <w:p>
      <w:pPr>
        <w:jc w:val="right"/>
      </w:pPr>
      <w:r>
        <w:t>تو تو بتاؤ کہ کوئی اور بھی آپشن میرے لیے ہے؟</w:t>
      </w:r>
    </w:p>
    <w:p>
      <w:r>
        <w:rPr>
          <w:b/>
        </w:rPr>
        <w:t xml:space="preserve">[19:57] </w:t>
      </w:r>
      <w:r>
        <w:t>koi option, koi option aur bhi hai mere liye? to option kya hai? wo option God hum self is the option farrullah daudo Khuda ki taraf.</w:t>
      </w:r>
    </w:p>
    <w:p>
      <w:pPr>
        <w:jc w:val="right"/>
      </w:pPr>
      <w:r>
        <w:t>کوئی آپشن، کوئی آپشن اور بھی ہے میرے لیے؟ تو آپشن کیا ہے؟ وہ آپشن گاڈ ہم سیلف از دا آپشن ففر اللہ دوڑو خدا کی طرف۔</w:t>
      </w:r>
    </w:p>
    <w:p>
      <w:r>
        <w:rPr>
          <w:b/>
        </w:rPr>
        <w:t xml:space="preserve">[20:10] </w:t>
      </w:r>
      <w:r>
        <w:t>aur Quran mein dekhein, yeh hai ki ala bi zikrillah tatmain al quloob</w:t>
      </w:r>
    </w:p>
    <w:p>
      <w:pPr>
        <w:jc w:val="right"/>
      </w:pPr>
      <w:r>
        <w:t>اور قرآن میں دیکھیں، یہ ہے کہ الا بذکر اللہ تطمئن القلوب</w:t>
      </w:r>
    </w:p>
    <w:p>
      <w:r>
        <w:rPr>
          <w:b/>
        </w:rPr>
        <w:t xml:space="preserve">[20:16] </w:t>
      </w:r>
      <w:r>
        <w:t>Khuda hi ki yaad se dilon ko peace milta hai. sachcha peace jo hai, is duniya mein jeene ke liye aadmi ko ek conviction chahiye, jaise goal chahiye, jo atha goal, jo chalta rahe, chalta rahe, kabhi khatam na ho.</w:t>
      </w:r>
    </w:p>
    <w:p>
      <w:pPr>
        <w:jc w:val="right"/>
      </w:pPr>
      <w:r>
        <w:t>خدا ہی کی یاد سے دلوں کو پیس ملتا ہے۔ سچا پیس جو ہے، اس دنیا میں جینے کے لیے آدمی کو ایک کنوکشن چاہیے، جیسے گول چاہیے، جو اتھا گول، جو چلتا رہے، چلتا رہے، کبھی ختم نہ ہو۔</w:t>
      </w:r>
    </w:p>
    <w:p>
      <w:r>
        <w:rPr>
          <w:b/>
        </w:rPr>
        <w:t xml:space="preserve">[20:36] </w:t>
      </w:r>
      <w:r>
        <w:t>to wo zahir hai ki Khuda ke siwa kaun ho sakta hai?</w:t>
      </w:r>
    </w:p>
    <w:p>
      <w:pPr>
        <w:jc w:val="right"/>
      </w:pPr>
      <w:r>
        <w:t>تو وہ ظاہر ہے کہ خدا کے سوا کون ہو سکتا ہے؟</w:t>
      </w:r>
    </w:p>
    <w:p>
      <w:r>
        <w:rPr>
          <w:b/>
        </w:rPr>
        <w:t xml:space="preserve">[20:42] </w:t>
      </w:r>
      <w:r>
        <w:t>quran mein hai ke rasool allah jab ghar e thaur mein thay aur wahan dushman aa gaye, wahan par to aap thay aur abubakar, do hi aadmi thay wahan par.</w:t>
      </w:r>
    </w:p>
    <w:p>
      <w:pPr>
        <w:jc w:val="right"/>
      </w:pPr>
      <w:r>
        <w:t>قرآن میں ہے کہ رسول اللہ جب غار ثور میں تھے اور وہاں دشمناء آ گئے، وہاں پر تو آپ تھے اور ابوبکر، دو ہی آدمی تھے وہاں پر۔</w:t>
      </w:r>
    </w:p>
    <w:p>
      <w:r>
        <w:rPr>
          <w:b/>
        </w:rPr>
        <w:t xml:space="preserve">[20:52] </w:t>
      </w:r>
      <w:r>
        <w:t>to unhon ne kaha ke yeh to yahan bhi aa gaye, talwar liye hue. to aap ne farmaya ke inna allaha ma'ana</w:t>
      </w:r>
    </w:p>
    <w:p>
      <w:pPr>
        <w:jc w:val="right"/>
      </w:pPr>
      <w:r>
        <w:t>تو انہوں نے کہا کہ یہ تو یہاں بھی آ گئے، تلوار لیے ہوئے۔ تو آپ نے فرمایا کہ ان اللہ معنا</w:t>
      </w:r>
    </w:p>
    <w:p>
      <w:r>
        <w:rPr>
          <w:b/>
        </w:rPr>
        <w:t xml:space="preserve">[21:00] </w:t>
      </w:r>
      <w:r>
        <w:t>khuda hamare saath hai. to yeh dekhiye, ek hai khuda, ek hai main.</w:t>
      </w:r>
    </w:p>
    <w:p>
      <w:pPr>
        <w:jc w:val="right"/>
      </w:pPr>
      <w:r>
        <w:t>خدا ہمارے ساتھ ہے۔ تو یہ دیکھیے، ایک ہے خدا، ایک ہے میں۔</w:t>
      </w:r>
    </w:p>
    <w:p>
      <w:r>
        <w:rPr>
          <w:b/>
        </w:rPr>
        <w:t xml:space="preserve">[21:09] </w:t>
      </w:r>
      <w:r>
        <w:t>wahan par agar main khuda ko liye hue hoon to main akela nahin hoon, khuda ke baghair hoon to main akela ho gaya.</w:t>
      </w:r>
    </w:p>
    <w:p>
      <w:pPr>
        <w:jc w:val="right"/>
      </w:pPr>
      <w:r>
        <w:t>وہاں پر اگر میں خدا کو لیے ہوئے ہوں تو میں اکیلا نہیں ہوں، خدا کے بغیر ہوں تو میں اکیلا ہو گیا۔</w:t>
      </w:r>
    </w:p>
    <w:p>
      <w:r>
        <w:rPr>
          <w:b/>
        </w:rPr>
        <w:t xml:space="preserve">[21:18] </w:t>
      </w:r>
      <w:r>
        <w:t>to khuda ko le kar ke jeena is duniya mein, jisko yeh raaz maloom ho jaye, wahi insaan</w:t>
      </w:r>
    </w:p>
    <w:p>
      <w:pPr>
        <w:jc w:val="right"/>
      </w:pPr>
      <w:r>
        <w:t>تو خدا کو لے کر کے جینا اس دنیا میں، جس کو یہ راز معلوم ہو جائے، وہی انسان</w:t>
      </w:r>
    </w:p>
    <w:p>
      <w:r>
        <w:rPr>
          <w:b/>
        </w:rPr>
        <w:t xml:space="preserve">[21:30] </w:t>
      </w:r>
      <w:r>
        <w:t>wo hai jisko peace milega, jisko satisfaction milega, jo conviction milega, aur jo is aam waba se bach jayega.</w:t>
      </w:r>
    </w:p>
    <w:p>
      <w:pPr>
        <w:jc w:val="right"/>
      </w:pPr>
      <w:r>
        <w:t>وہ ہے جس کو پیس ملے گا، جس کو سیٹسفیکشن ملے گا، جو کنوکشن ملے گا، اور جو اس عام وبا سے بچ جائے گا۔</w:t>
      </w:r>
    </w:p>
    <w:p>
      <w:r>
        <w:rPr>
          <w:b/>
        </w:rPr>
        <w:t xml:space="preserve">[21:40] </w:t>
      </w:r>
      <w:r>
        <w:t>sab log tension mein, stress mein jee rahe hain. destressing ka sab se bada formula yahi hai,</w:t>
      </w:r>
    </w:p>
    <w:p>
      <w:pPr>
        <w:jc w:val="right"/>
      </w:pPr>
      <w:r>
        <w:t>سب لوگ ٹینشن میں، اسٹریس میں جی رہے ہیں۔ ڈی سٹریسنگ کا سب سے بڑا فارمولا یہی ہے،</w:t>
      </w:r>
    </w:p>
    <w:p>
      <w:r>
        <w:rPr>
          <w:b/>
        </w:rPr>
        <w:t xml:space="preserve">[21:48] </w:t>
      </w:r>
      <w:r>
        <w:t>yeh hamein insaan ko batana hai.</w:t>
      </w:r>
    </w:p>
    <w:p>
      <w:pPr>
        <w:jc w:val="right"/>
      </w:pPr>
      <w:r>
        <w:t>یہ ہمیں انسان کو بتانا ہے۔</w:t>
      </w:r>
    </w:p>
    <w:p>
      <w:r>
        <w:rPr>
          <w:b/>
        </w:rPr>
        <w:t xml:space="preserve">[21:53] </w:t>
      </w:r>
      <w:r>
        <w:t>This question is from shah imran hasan. ek hadith mein yeh bataya gaya hai ke jannat talwaron ki chhaon mein hai. is hadith ka matlab present time mein kya hoga?</w:t>
      </w:r>
    </w:p>
    <w:p>
      <w:pPr>
        <w:jc w:val="right"/>
      </w:pPr>
      <w:r>
        <w:t>This question is from شاہ عمران حسن۔ ایک حدیث میں یہ بتایا گیا ہے کہ جنت تلواروں کی چھاؤں میں ہے۔ اس حدیث کا مطلب پریزنٹ ٹائم میں کیا ہوگا؟</w:t>
      </w:r>
    </w:p>
    <w:p>
      <w:r>
        <w:rPr>
          <w:b/>
        </w:rPr>
        <w:t xml:space="preserve">[22:07] </w:t>
      </w:r>
      <w:r>
        <w:t>dekhein, yeh jannat absolute sense mein nahin hai. woh yeh hadith absolute sense mein nahin hai.</w:t>
      </w:r>
    </w:p>
    <w:p>
      <w:pPr>
        <w:jc w:val="right"/>
      </w:pPr>
      <w:r>
        <w:t>دیکھیں، یہ جنت ایبسولیوٹ سینس میں نہیں ہے۔ وہ یہ حدیث ایبسولیوٹ سینس میں نہیں ہے۔</w:t>
      </w:r>
    </w:p>
    <w:p>
      <w:r>
        <w:rPr>
          <w:b/>
        </w:rPr>
        <w:t xml:space="preserve">[22:15] </w:t>
      </w:r>
      <w:r>
        <w:t>yeh matlab nahin ke hamesha ke liye jannat jo hai, talwar ke saaye mein rahegi. woh to jab wahan ma'arka e ghaur tha, thode se rasool allah ke saathi thay, ab woh ilghaar kar ke pahunch gaye thay badi taqat ke sath.</w:t>
      </w:r>
    </w:p>
    <w:p>
      <w:pPr>
        <w:jc w:val="right"/>
      </w:pPr>
      <w:r>
        <w:t>یہ مطلب نہیں کہ ہمیشہ کے لیے جنت جو ہے، تلوار کے سائے میں رہے گی۔ وہ تو جب وہاں معرکہ غرب تھا، تھوڑے سے رسول اللہ کے ساتھی تھے، اب وہیلغار کر کے پہنچ گئے تھے بڑی طاقت کے ساتھ۔</w:t>
      </w:r>
    </w:p>
    <w:p>
      <w:r>
        <w:rPr>
          <w:b/>
        </w:rPr>
        <w:t xml:space="preserve">[22:31] </w:t>
      </w:r>
      <w:r>
        <w:t>to wahan zahir hai ke unhein</w:t>
      </w:r>
    </w:p>
    <w:p>
      <w:pPr>
        <w:jc w:val="right"/>
      </w:pPr>
      <w:r>
        <w:t>تو وہاں ظاہر ہے کہ انہیں</w:t>
      </w:r>
    </w:p>
    <w:p>
      <w:r>
        <w:rPr>
          <w:b/>
        </w:rPr>
        <w:t xml:space="preserve">[22:33] </w:t>
      </w:r>
      <w:r>
        <w:t>unka saamna karna tha khuda ki madad se, khuda ke bharose par. is waqt farmaya tha aap ne ke wa'alamo anna aljannata tahta zira al-suyuf is waqt farmaya tha aap ne ke wa'alamo anna aljannata tahta zira al-suyuf jaan lo ke jannat talwar ke saaye ke neeche hai.</w:t>
      </w:r>
    </w:p>
    <w:p>
      <w:pPr>
        <w:jc w:val="right"/>
      </w:pPr>
      <w:r>
        <w:t>ان کا سامنا کرنا تھا خدا کی مدد سے، خدا کے بھروسے پر۔ اس وقت فرمایا تھا آپ نے کہ واعلموا أن الجنة تحت ذرى السيوف اس وقت فرمایا تھا آپ نے کہ واعلموا أن الجنة تحت ذرى السيوف جان لو کہ جنت تلوار کے سائے کے نیچے ہے۔</w:t>
      </w:r>
    </w:p>
    <w:p>
      <w:r>
        <w:rPr>
          <w:b/>
        </w:rPr>
        <w:t xml:space="preserve">[22:53] </w:t>
      </w:r>
      <w:r>
        <w:t>is waqt ke lihaz se farmaya aap ne, is momin ke lihaz se, yeh nahin ke hamesha ke lihaz se.</w:t>
      </w:r>
    </w:p>
    <w:p>
      <w:pPr>
        <w:jc w:val="right"/>
      </w:pPr>
      <w:r>
        <w:t>اس وقت کے لحاظ سے فرمایا آپ نے، اس مومن کے لحاظ سے، یہ نہیں کہ ہمیشہ کے لحاظ سے۔</w:t>
      </w:r>
    </w:p>
    <w:p>
      <w:r>
        <w:rPr>
          <w:b/>
        </w:rPr>
        <w:t xml:space="preserve">[22:59] </w:t>
      </w:r>
      <w:r>
        <w:t>to is waqt to waqai woh ajeeb maamla tha. woh ilghaar kar ke woh aa gaye thay aur sachai ke to khatam karne ke liye hamesha ke liye rasool allah ek nayi tareekh banana chahte thay.</w:t>
      </w:r>
    </w:p>
    <w:p>
      <w:pPr>
        <w:jc w:val="right"/>
      </w:pPr>
      <w:r>
        <w:t>تو اس وقت تو واقعی وہ عجیب معاملہ تھا۔ وہیلغار کر کے وہ آ گئے تھے اور سچائی کے تو ختم کرنے کے لیے ہمیشہ کے لیے رسول اللہ ایک نئی تاریخ بنانا چاہتے تھے۔</w:t>
      </w:r>
    </w:p>
    <w:p>
      <w:r>
        <w:rPr>
          <w:b/>
        </w:rPr>
        <w:t xml:space="preserve">[23:17] </w:t>
      </w:r>
      <w:r>
        <w:t>is waqt jo jis ne muqabla kiya, uske bare mein farmaya aap ne. to yaad rakhiye, hadithon ke mutalliq is silsile mein ke is tarah ki baatein hadithon mein absolute sense mein nahin hoti hain, is waqt ke lihaz se hoti hain jis waqt yeh hadith kahi gayi thi.</w:t>
      </w:r>
    </w:p>
    <w:p>
      <w:pPr>
        <w:jc w:val="right"/>
      </w:pPr>
      <w:r>
        <w:t>اس وقت جو جس نے مقابلہ کیا، اس کے بارے میں فرمایا آپ نے۔ تو یاد رکھیے، حدیثوں کے متعلق اس سلسلے میں کہ اس طرح کی باتیں حدیثوں میں ایبسولیوٹ سینس میں نہیں ہوتی ہیں، اس وقت کے لحاظ سے ہوتی ہیں جس وقت یہ حدیث کہی گئی تھی۔</w:t>
      </w:r>
    </w:p>
    <w:p>
      <w:r>
        <w:rPr>
          <w:b/>
        </w:rPr>
        <w:t xml:space="preserve">[23:36] </w:t>
      </w:r>
      <w:r>
        <w:t>This question is from doctor m i pradhan. Maulana, as you had said, every program has a programmer. who would be the programmer of god according to this theory?</w:t>
      </w:r>
    </w:p>
    <w:p>
      <w:pPr>
        <w:jc w:val="right"/>
      </w:pPr>
      <w:r>
        <w:t>This question is from ڈاکٹر ایم آئی پردھان۔ مولانا، ایز یو ہیڈ سیڈ، ایوری پروگرام ہیز ا پروگرامر۔ ہو وڈ بی دا پروگرامر اف گاڈ اکارڈنگ ٹو دس تھیوری؟</w:t>
      </w:r>
    </w:p>
    <w:p>
      <w:r>
        <w:rPr>
          <w:b/>
        </w:rPr>
        <w:t xml:space="preserve">[23:49] </w:t>
      </w:r>
      <w:r>
        <w:t>dekhein, is par yeh question bahut pehle se chala raha hai</w:t>
      </w:r>
    </w:p>
    <w:p>
      <w:pPr>
        <w:jc w:val="right"/>
      </w:pPr>
      <w:r>
        <w:t>دیکھیں، اس پر یہ کوئسچن بہت پہلے سے چلا رہا ہے</w:t>
      </w:r>
    </w:p>
    <w:p>
      <w:r>
        <w:rPr>
          <w:b/>
        </w:rPr>
        <w:t xml:space="preserve">[23:55] </w:t>
      </w:r>
      <w:r>
        <w:t>aur kai cheezein padhi hain is ke bare mein. maine,</w:t>
      </w:r>
    </w:p>
    <w:p>
      <w:pPr>
        <w:jc w:val="right"/>
      </w:pPr>
      <w:r>
        <w:t>اور کئی چیزیں پڑھی ہیں اس کے بارے میں۔ میں نے،</w:t>
      </w:r>
    </w:p>
    <w:p>
      <w:r>
        <w:rPr>
          <w:b/>
        </w:rPr>
        <w:t xml:space="preserve">[24:02] </w:t>
      </w:r>
      <w:r>
        <w:t>maine bhi phir socha hai bahut. lekin dekhiye, is ka jawab sirf yeh hai ke hum apne limitations ko maanein</w:t>
      </w:r>
    </w:p>
    <w:p>
      <w:pPr>
        <w:jc w:val="right"/>
      </w:pPr>
      <w:r>
        <w:t>میں نے بھی پھر سوچا ہے بہت۔ لیکن دیکھیے، اس کا جواب صرف یہ ہے کہ ہم اپنے لیمیٹیشنز کو مانیں</w:t>
      </w:r>
    </w:p>
    <w:p>
      <w:r>
        <w:rPr>
          <w:b/>
        </w:rPr>
        <w:t xml:space="preserve">[24:14] </w:t>
      </w:r>
      <w:r>
        <w:t>aur koi jawab is ka nahin hai. insaan, dekhiye, jo insaan suraj ko dekh nahin sakta, suraj dekhe to hamari aankh chali jayegi.</w:t>
      </w:r>
    </w:p>
    <w:p>
      <w:pPr>
        <w:jc w:val="right"/>
      </w:pPr>
      <w:r>
        <w:t>اور کوئی جواب اس کا نہیں ہے۔ انسان، دیکھیے، جو انسان سورج کو دیکھ نہیں سکتا، سورج دیکھے تو ہماری آنکھ چلی جائے گی۔</w:t>
      </w:r>
    </w:p>
    <w:p>
      <w:r>
        <w:rPr>
          <w:b/>
        </w:rPr>
        <w:t xml:space="preserve">[24:26] </w:t>
      </w:r>
      <w:r>
        <w:t>jo insaan 95 percent space ke</w:t>
      </w:r>
    </w:p>
    <w:p>
      <w:pPr>
        <w:jc w:val="right"/>
      </w:pPr>
      <w:r>
        <w:t>جو انسان 95 فیصد اسپیس کے</w:t>
      </w:r>
    </w:p>
    <w:p>
      <w:r>
        <w:rPr>
          <w:b/>
        </w:rPr>
        <w:t xml:space="preserve">[24:32] </w:t>
      </w:r>
      <w:r>
        <w:t>stuff jo hai, jo jo mass hai, us ko nahin dekh sakta, sirf 4 percent ko dekh pata hai. jo insaan gravity ko nahin dekh sakta, yani newton ne kaha tha ke zameen mein gravity hai, lekin aaj tak yeh aap nahin samjhein ke yeh settle question hai.</w:t>
      </w:r>
    </w:p>
    <w:p>
      <w:pPr>
        <w:jc w:val="right"/>
      </w:pPr>
      <w:r>
        <w:t>اسٹف جو ہے، جو جو ماس ہے، اس کو نہیں دیکھ سکتا، صرف 4 فیصد کو دیکھ پاتا ہے۔ جو انسان گریویٹی کو نہیں دیکھ سکتا، یعنی نیوٹن نے کہا تھا کہ زمین میں گریویٹی ہے، لیکن آج تک یہ آپ نہیں سمجھیں کہ یہ سیٹل کوسچن ہے۔</w:t>
      </w:r>
    </w:p>
    <w:p>
      <w:r>
        <w:rPr>
          <w:b/>
        </w:rPr>
        <w:t xml:space="preserve">[24:47] </w:t>
      </w:r>
      <w:r>
        <w:t>yeh abhi tak is ke paas jari hai.</w:t>
      </w:r>
    </w:p>
    <w:p>
      <w:pPr>
        <w:jc w:val="right"/>
      </w:pPr>
      <w:r>
        <w:t>یہ ابھی تک اس کے پاس جاری ہے۔</w:t>
      </w:r>
    </w:p>
    <w:p>
      <w:r>
        <w:rPr>
          <w:b/>
        </w:rPr>
        <w:t xml:space="preserve">[24:53] </w:t>
      </w:r>
      <w:r>
        <w:t>aisi billion billion cheezein hum dekh nahin sakte, hum jaan nahin sakte. to aap batayein ke khuda ko hum kaise comprehend kar sakte hain?</w:t>
      </w:r>
    </w:p>
    <w:p>
      <w:pPr>
        <w:jc w:val="right"/>
      </w:pPr>
      <w:r>
        <w:t>ایسی بلین بلین چیزیں ہم دیکھ نہیں سکتے، ہم جان نہیں سکتے۔ تو آپ بتائیں کہ خدا کو ہم کیسے کمپرینڈ کر سکتے ہیں؟</w:t>
      </w:r>
    </w:p>
    <w:p>
      <w:r>
        <w:rPr>
          <w:b/>
        </w:rPr>
        <w:t xml:space="preserve">[25:05] </w:t>
      </w:r>
      <w:r>
        <w:t>jo log yeh sawal karte hain, woh main samajhta hoon ke doosre log jab yeh keh rahe hain ke meri capacity itni zyada hai ke main Khuda ko comprehend kar sakta hoon, Khuda ko apni</w:t>
      </w:r>
    </w:p>
    <w:p>
      <w:pPr>
        <w:jc w:val="right"/>
      </w:pPr>
      <w:r>
        <w:t>جو لوگ یہ سوال کرتے ہیں، وہ میں سمجھتا ہوں کہ دوسرے لوگ جب یہ کہہ رہے ہیں کہ میری کیپیسٹی اتنی زیادہ ہے کہ میں خدا کو کمپرینڈ کر سکتا ہوں، خدا کو اپنی</w:t>
      </w:r>
    </w:p>
    <w:p>
      <w:r>
        <w:rPr>
          <w:b/>
        </w:rPr>
        <w:t xml:space="preserve">[25:16] </w:t>
      </w:r>
      <w:r>
        <w:t>giraft mein le sakta hoon, halankeh yeh impossible hai, iska best jawab yahi hai jo Quran mein hai wa ma utiytum min al-ilmi illa qalila tum ko ilm diya gaya hai thoda wa ma utiytum min al-ilmi illa qalila</w:t>
      </w:r>
    </w:p>
    <w:p>
      <w:pPr>
        <w:jc w:val="right"/>
      </w:pPr>
      <w:r>
        <w:t>گرفت میں لے سکتا ہوں، حالانکہ یہ امپاسیبل ہے، اس کا بیسٹ جواب یہی ہے جو قرآن میں ہے وما أوتيتم من العلم إلا قليلا تم کو علم دیا گیا ہے تھوڑا وما أوتيتم من العلم إلا قليلا</w:t>
      </w:r>
    </w:p>
    <w:p>
      <w:r>
        <w:rPr>
          <w:b/>
        </w:rPr>
        <w:t xml:space="preserve">[25:38] </w:t>
      </w:r>
      <w:r>
        <w:t>dekhen, science ne pehli baar yeh etiraf kiya hai ke science gives us but a partial knowledge of reality.</w:t>
      </w:r>
    </w:p>
    <w:p>
      <w:pPr>
        <w:jc w:val="right"/>
      </w:pPr>
      <w:r>
        <w:t>دیکھیں، سائنس نے پہلی بار یہ اعتراف کیا ہے کہ سائنس گیوز اس بٹ اے پارشل نالج اف ریلیٹی۔</w:t>
      </w:r>
    </w:p>
    <w:p>
      <w:r>
        <w:rPr>
          <w:b/>
        </w:rPr>
        <w:t xml:space="preserve">[25:48] </w:t>
      </w:r>
      <w:r>
        <w:t>science ke maani kya hain? insaan ki jo capacity hai observe karne ki, woh itni hai ke hum thodi si baat jaan paen.</w:t>
      </w:r>
    </w:p>
    <w:p>
      <w:pPr>
        <w:jc w:val="right"/>
      </w:pPr>
      <w:r>
        <w:t>سائنس کے معنی کیا ہیں؟ انسان کی جو کیپیسٹی ہے ابزرو کرنے کی، وہ اتنی ہے کہ ہم تھوڑی سی بات جان پائیں۔</w:t>
      </w:r>
    </w:p>
    <w:p>
      <w:r>
        <w:rPr>
          <w:b/>
        </w:rPr>
        <w:t xml:space="preserve">[25:59] </w:t>
      </w:r>
      <w:r>
        <w:t>science istemal karti hai hamari apni capacity ko observe karne ki, experiment karne ki jo capacity hamare andar hai, us ko hum istemal karte hain. to main samajhta hoon ke bohat bari cheez establish hui hai science ke zariye se.</w:t>
      </w:r>
    </w:p>
    <w:p>
      <w:pPr>
        <w:jc w:val="right"/>
      </w:pPr>
      <w:r>
        <w:t>سائنس استعمال کرتی ہے ہماری اپنی کیپیسٹی کو ابزرو کرنے کی، ایکسپیریمنٹ کرنے کی جو کیپیسٹی ہمارے اندر ہے، اس کو ہم استعمال کرتے ہیں۔ تو میں سمجھتا ہوں کہ بہت بڑی چیز اسٹیبلش ہوئی ہے سائنس کے ذریعے سے۔</w:t>
      </w:r>
    </w:p>
    <w:p>
      <w:r>
        <w:rPr>
          <w:b/>
        </w:rPr>
        <w:t xml:space="preserve">[26:13] </w:t>
      </w:r>
      <w:r>
        <w:t>ek kitab hai "limitations of science",</w:t>
      </w:r>
    </w:p>
    <w:p>
      <w:pPr>
        <w:jc w:val="right"/>
      </w:pPr>
      <w:r>
        <w:t>ایک کتاب ہے "لمیٹیشنز اف سائنس"،</w:t>
      </w:r>
    </w:p>
    <w:p>
      <w:r>
        <w:rPr>
          <w:b/>
        </w:rPr>
        <w:t xml:space="preserve">[26:16] </w:t>
      </w:r>
      <w:r>
        <w:t>isi ka yeh sentence hai. Solyoun ki kitab hai, jo khud bhi ek scientist tha ke science gives us but a partial knowledge of reality.</w:t>
      </w:r>
    </w:p>
    <w:p>
      <w:pPr>
        <w:jc w:val="right"/>
      </w:pPr>
      <w:r>
        <w:t>اسی کا یہ سینٹنس ہے۔ سولیون کی کتاب ہے، جو خود بھی ایک سائنٹسٹ تھا کہ سائنس گیوز اس بٹ اے پارشل نالج اف ریلیٹی۔</w:t>
      </w:r>
    </w:p>
    <w:p>
      <w:r>
        <w:rPr>
          <w:b/>
        </w:rPr>
        <w:t xml:space="preserve">[26:27] </w:t>
      </w:r>
      <w:r>
        <w:t>yeh ek ki baat nahi, yeh saare scientific community ki baat hai. ab yeh cheez pehli baar ilmi tor par establish hui hai</w:t>
      </w:r>
    </w:p>
    <w:p>
      <w:pPr>
        <w:jc w:val="right"/>
      </w:pPr>
      <w:r>
        <w:t>یہ ایک کی بات نہیں، یہ سارے سائنٹفک کمیونٹی کی بات ہے۔ اب یہ چیز پہلی بار علمی طور پر اسٹیبلش ہوئی ہے</w:t>
      </w:r>
    </w:p>
    <w:p>
      <w:r>
        <w:rPr>
          <w:b/>
        </w:rPr>
        <w:t xml:space="preserve">[26:35] </w:t>
      </w:r>
      <w:r>
        <w:t>ke hum apne tareeqe se, jo hamare paas senses hain, jo hamare paas tareeqe hain, is se hum sirf partial knowledge tak hi pounch sakte hain.</w:t>
      </w:r>
    </w:p>
    <w:p>
      <w:pPr>
        <w:jc w:val="right"/>
      </w:pPr>
      <w:r>
        <w:t>کہ ہم اپنے طریقے سے، جو ہمارے پاس سینسز ہیں، جو ہمارے پاس طریقے ہیں، اس سے ہم صرف پارشل نالج تک ہی پہنچ سکتے ہیں۔</w:t>
      </w:r>
    </w:p>
    <w:p>
      <w:r>
        <w:rPr>
          <w:b/>
        </w:rPr>
        <w:t xml:space="preserve">[26:48] </w:t>
      </w:r>
      <w:r>
        <w:t>to aap ghor kijiye ke jab creature ka yeh mamla yeh hai</w:t>
      </w:r>
    </w:p>
    <w:p>
      <w:pPr>
        <w:jc w:val="right"/>
      </w:pPr>
      <w:r>
        <w:t>تو آپ غور کیجئے کہ جب کریچر کا یہ معاملہ یہ ہے</w:t>
      </w:r>
    </w:p>
    <w:p>
      <w:r>
        <w:rPr>
          <w:b/>
        </w:rPr>
        <w:t xml:space="preserve">[26:52] </w:t>
      </w:r>
      <w:r>
        <w:t>ke jo creature, creature ka mamla yeh hai jo created stuff hai, jo creature hai, us ko bhi main bohat hi partial way mein dekh pata hoon, jaan pata hoon, samajh pata hoon.</w:t>
      </w:r>
    </w:p>
    <w:p>
      <w:pPr>
        <w:jc w:val="right"/>
      </w:pPr>
      <w:r>
        <w:t>کہ جو کریچر، کریچر کا معاملہ یہ ہے جو کریٹڈ اسٹف ہے، جو کریچر ہے، اس کو بھی میں بہت ہی پارشل وے میں دیکھ پاتا ہوں، جان پاتا ہوں، سمجھ پاتا ہوں۔</w:t>
      </w:r>
    </w:p>
    <w:p>
      <w:r>
        <w:rPr>
          <w:b/>
        </w:rPr>
        <w:t xml:space="preserve">[27:06] </w:t>
      </w:r>
      <w:r>
        <w:t>to creator ko main kaise comprehend kar loonga?</w:t>
      </w:r>
    </w:p>
    <w:p>
      <w:pPr>
        <w:jc w:val="right"/>
      </w:pPr>
      <w:r>
        <w:t>تو کریٹر کو میں کیسے کمپرینڈ کر لوں گا؟</w:t>
      </w:r>
    </w:p>
    <w:p>
      <w:r>
        <w:rPr>
          <w:b/>
        </w:rPr>
        <w:t xml:space="preserve">[27:10] </w:t>
      </w:r>
      <w:r>
        <w:t>nahi kar sakta. to main samajhta hoon ke is science ki is discovery ko manna ke science gives us but a partial knowledge of reality, to hum abhi is stage mein hain ke sirf partial knowledge tak pounch paen.</w:t>
      </w:r>
    </w:p>
    <w:p>
      <w:pPr>
        <w:jc w:val="right"/>
      </w:pPr>
      <w:r>
        <w:t>نہیں کر سکتا۔ تو میں سمجھتا ہوں کہ اس سائنس کی اس ڈسکوری کو ماننا کہ سائنس گیوز اس بٹ اے پارشل نالج اف ریلیٹی، تو ہم ابھی اس سٹیج میں ہیں کہ صرف پارشل نالج تک پہنچ پائیں۔</w:t>
      </w:r>
    </w:p>
    <w:p>
      <w:r>
        <w:rPr>
          <w:b/>
        </w:rPr>
        <w:t xml:space="preserve">[27:28] </w:t>
      </w:r>
      <w:r>
        <w:t>to total knowledge kaise hum jaan lenge? bataiye.</w:t>
      </w:r>
    </w:p>
    <w:p>
      <w:pPr>
        <w:jc w:val="right"/>
      </w:pPr>
      <w:r>
        <w:t>تو ٹوٹل نالج کیسے ہم جان لیں گے؟ بتائیے۔</w:t>
      </w:r>
    </w:p>
    <w:p>
      <w:r>
        <w:rPr>
          <w:b/>
        </w:rPr>
        <w:t xml:space="preserve">[27:33] </w:t>
      </w:r>
      <w:r>
        <w:t>yani sara scientific development jo hai, woh hamein yahan tak pouncha paya hai ke hum partial knowledge tak pounch sakte hain. hum yeh daawa karen ke hamein total knowledge do, yeh to main samajhta hoon ke aisa sawal hai jo sahi nahi hai.</w:t>
      </w:r>
    </w:p>
    <w:p>
      <w:pPr>
        <w:jc w:val="right"/>
      </w:pPr>
      <w:r>
        <w:t>یعنی سارا سائنٹیفک ڈیولپمنٹ جو ہے، وہ ہمیں یہاں تک پہنچا پایا ہے کہ ہم پارشل نالج تک پہنچ سکتے ہیں۔ ہم یہ دعویٰ کریں کہ ہمیں ٹوٹل نالج دو، یہ تو میں سمجھتا ہوں کہ ایسا سوال ہے جو صحیح نہیں ہے۔</w:t>
      </w:r>
    </w:p>
    <w:p>
      <w:r>
        <w:rPr>
          <w:b/>
        </w:rPr>
        <w:t xml:space="preserve">[27:52] </w:t>
      </w:r>
      <w:r>
        <w:t>to main baharhal is par yahi kahunga ke is wa ma utiytum min al-ilmi illa qalila ke insaan ke limitations ko manna yahi iska jawab hai.</w:t>
      </w:r>
    </w:p>
    <w:p>
      <w:pPr>
        <w:jc w:val="right"/>
      </w:pPr>
      <w:r>
        <w:t>تو میں بہرحال اس پر یہی کہوں گا کہ اس وما أوتيتم من العلم إلا قليلا کہ انسان کے لیمیٹیشنز کو ماننا یہی اس کا جواب ہے۔</w:t>
      </w:r>
    </w:p>
    <w:p>
      <w:r>
        <w:rPr>
          <w:b/>
        </w:rPr>
        <w:t xml:space="preserve">[28:06] </w:t>
      </w:r>
      <w:r>
        <w:t>insaan ki limitations ko manna</w:t>
      </w:r>
    </w:p>
    <w:p>
      <w:pPr>
        <w:jc w:val="right"/>
      </w:pPr>
      <w:r>
        <w:t>انسان کی لیمیٹیشنز کو ماننا</w:t>
      </w:r>
    </w:p>
    <w:p>
      <w:r>
        <w:rPr>
          <w:b/>
        </w:rPr>
        <w:t xml:space="preserve">[28:10] </w:t>
      </w:r>
      <w:r>
        <w:t>yahi is sawal ka jawab hai.</w:t>
      </w:r>
    </w:p>
    <w:p>
      <w:pPr>
        <w:jc w:val="right"/>
      </w:pPr>
      <w:r>
        <w:t>یہی اس سوال کا جواب ہے۔</w:t>
      </w:r>
    </w:p>
    <w:p>
      <w:r>
        <w:rPr>
          <w:b/>
        </w:rPr>
        <w:t xml:space="preserve">[28:19] </w:t>
      </w:r>
      <w:r>
        <w:t>This question is from Imran. A very basic question. Where are all other revealed scriptures apart from Quran?</w:t>
      </w:r>
    </w:p>
    <w:p>
      <w:pPr>
        <w:jc w:val="right"/>
      </w:pPr>
      <w:r>
        <w:t>This question is from عمران۔ اے ویری بیسک کوسچن۔ Where are all other revealed scriptures apart from قرآن؟</w:t>
      </w:r>
    </w:p>
    <w:p>
      <w:r>
        <w:rPr>
          <w:b/>
        </w:rPr>
        <w:t xml:space="preserve">[28:29] </w:t>
      </w:r>
      <w:r>
        <w:t>dekhen, jo hamara jo aqeeda hai, woh to yeh hai ke woh kitaben apni original halat mein maujood nahi hain.</w:t>
      </w:r>
    </w:p>
    <w:p>
      <w:pPr>
        <w:jc w:val="right"/>
      </w:pPr>
      <w:r>
        <w:t>دیکھیں، جو ہمارا جو عقیدہ ہے، وہ تو یہ ہے کہ وہ کتابیں اپنی اوریجنل حالت میں موجود نہیں ہیں۔</w:t>
      </w:r>
    </w:p>
    <w:p>
      <w:r>
        <w:rPr>
          <w:b/>
        </w:rPr>
        <w:t xml:space="preserve">[28:42] </w:t>
      </w:r>
      <w:r>
        <w:t>hum un kitabon ko jin ka zikr Quran mein hai, Torait aur Injeel, un ke bare mein un principle yeh mante hain ke yeh kitaben Khuda ki taraf se aayi theen.</w:t>
      </w:r>
    </w:p>
    <w:p>
      <w:pPr>
        <w:jc w:val="right"/>
      </w:pPr>
      <w:r>
        <w:t>ہم ان کتابوں کو جن کا ذکر قرآن میں ہے، تورات اور انجیل، ان کے بارے میں ان پرنسپل یہ مانتے ہیں کہ یہ کتابیں خدا کی طرف سے آئی تھیں۔</w:t>
      </w:r>
    </w:p>
    <w:p>
      <w:r>
        <w:rPr>
          <w:b/>
        </w:rPr>
        <w:t xml:space="preserve">[28:56] </w:t>
      </w:r>
      <w:r>
        <w:t>Zaboor isi mein shamil hai, Zaboor alag se nahi hai.</w:t>
      </w:r>
    </w:p>
    <w:p>
      <w:pPr>
        <w:jc w:val="right"/>
      </w:pPr>
      <w:r>
        <w:t>زبور اسی میں شامل ہے، زبور الگ سے نہیں ہے۔</w:t>
      </w:r>
    </w:p>
    <w:p>
      <w:r>
        <w:rPr>
          <w:b/>
        </w:rPr>
        <w:t xml:space="preserve">[29:00] </w:t>
      </w:r>
      <w:r>
        <w:t>Torait aur Injeel mein Zaboor shamil hai. to baharhal, yeh jo book hai, jis ko hum Bible kehte hain, is ke bare mein hum yeh mante hain ke yeh Khuda ki taraf se aayi hui kitaben theen.</w:t>
      </w:r>
    </w:p>
    <w:p>
      <w:pPr>
        <w:jc w:val="right"/>
      </w:pPr>
      <w:r>
        <w:t>تورات اور انجیل میں زبور شامل ہے۔ تو بہرحال، یہ جو بک ہے، جس کو ہم بائبل کہتے ہیں، اس کے بارے میں ہم یہ مانتے ہیں کہ یہ خدا کی طرف سے آئی ہوئی کتابیں تھیں۔</w:t>
      </w:r>
    </w:p>
    <w:p>
      <w:r>
        <w:rPr>
          <w:b/>
        </w:rPr>
        <w:t xml:space="preserve">[29:11] </w:t>
      </w:r>
      <w:r>
        <w:t>lekin baad ko is mein itna addition hua, itna alteration hua, ab woh original halat mein maujood nahi hain. to woh authentic book nahi raheen.</w:t>
      </w:r>
    </w:p>
    <w:p>
      <w:pPr>
        <w:jc w:val="right"/>
      </w:pPr>
      <w:r>
        <w:t>لیکن بعد کو اس میں اتنا ایڈیشن ہوا، اتنا الٹریشن ہوا، اب وہ اوریجنل حالت میں موجود نہیں ہیں۔ تو وہ اتھینٹک بک نہیں رہیں۔</w:t>
      </w:r>
    </w:p>
    <w:p>
      <w:r>
        <w:rPr>
          <w:b/>
        </w:rPr>
        <w:t xml:space="preserve">[29:22] </w:t>
      </w:r>
      <w:r>
        <w:t>baqi kuch aur kitaben bhi zikr hain Quran majeed mein, un ka yeh Sahif Ibrahim. to Sahif Ibrahim hamare paas maujood nahi hain.</w:t>
      </w:r>
    </w:p>
    <w:p>
      <w:pPr>
        <w:jc w:val="right"/>
      </w:pPr>
      <w:r>
        <w:t>باقی کچھ اور کتابیں بھی ذکر ہیں قرآن مجید میں، ان کا یہ صحف ابراہیم۔ تو صحف ابراہیم ہمارے پاس موجود نہیں ہیں۔</w:t>
      </w:r>
    </w:p>
    <w:p>
      <w:r>
        <w:rPr>
          <w:b/>
        </w:rPr>
        <w:t xml:space="preserve">[29:32] </w:t>
      </w:r>
      <w:r>
        <w:t>to kuch kitabein bilkul hi woh ab nahi rahin, mit gaein. Woh insaan un ko bacha nahi saka.</w:t>
      </w:r>
    </w:p>
    <w:p>
      <w:pPr>
        <w:jc w:val="right"/>
      </w:pPr>
      <w:r>
        <w:t>تو کچھ کتابیں بالکل ہی وہ اب نہیں رہیں، مٹ گئیں۔ وہ انسان ان کو بچا نہیں سکا۔</w:t>
      </w:r>
    </w:p>
    <w:p>
      <w:r>
        <w:rPr>
          <w:b/>
        </w:rPr>
        <w:t xml:space="preserve">[29:40] </w:t>
      </w:r>
      <w:r>
        <w:t>kuch kitabon mein alteration hua. Yeh hai pichhli kitabon ka muamla. Quran hi sirf preserve book hai.</w:t>
      </w:r>
    </w:p>
    <w:p>
      <w:pPr>
        <w:jc w:val="right"/>
      </w:pPr>
      <w:r>
        <w:t>کچھ کتابوں میں الٹریشن ہوا۔ یہ ہے پچھلی کتابوں کا معاملہ۔ قرآن ہی صرف پریزرو بک ہے۔</w:t>
      </w:r>
    </w:p>
    <w:p>
      <w:r>
        <w:rPr>
          <w:b/>
        </w:rPr>
        <w:t xml:space="preserve">[29:49] </w:t>
      </w:r>
      <w:r>
        <w:t>to hum is position mein nahi hain ke yeh keh sakein ke woh kitabein kahan hain. Hum is position mein nahi hain. Kyun ke na to history batati hai, na Quran mein maujood hai.</w:t>
      </w:r>
    </w:p>
    <w:p>
      <w:pPr>
        <w:jc w:val="right"/>
      </w:pPr>
      <w:r>
        <w:t>تو ہم اس پوزیشن میں نہیں ہیں کہ یہ کہہ سکیں کہ وہ کتابیں کہاں ہیں۔ ہم اس پوزیشن میں نہیں ہیں۔ کیونکہ نہ تو ہسٹری بتاتی ہے، نہ قرآن میں موجود ہے۔</w:t>
      </w:r>
    </w:p>
    <w:p>
      <w:r>
        <w:rPr>
          <w:b/>
        </w:rPr>
        <w:t xml:space="preserve">[29:59] </w:t>
      </w:r>
      <w:r>
        <w:t>woh to hum kisi ilm se bolenge.</w:t>
      </w:r>
    </w:p>
    <w:p>
      <w:pPr>
        <w:jc w:val="right"/>
      </w:pPr>
      <w:r>
        <w:t>وہ تو ہم کسی علم سے بولیں گے۔</w:t>
      </w:r>
    </w:p>
    <w:p>
      <w:r>
        <w:rPr>
          <w:b/>
        </w:rPr>
        <w:t xml:space="preserve">[30:02] </w:t>
      </w:r>
      <w:r>
        <w:t>in principle hum yeh keh sakte hain ke wa likulli qaumin haad. Har community mein ek guide aaya, Khuda ki taraf se bataya us ne.</w:t>
      </w:r>
    </w:p>
    <w:p>
      <w:pPr>
        <w:jc w:val="right"/>
      </w:pPr>
      <w:r>
        <w:t>ان پرنسپل ہم یہ کہہ سکتے ہیں کہ ولكل قوم ہاد ہر کمیونٹی میں ایک گائیڈ آیا، خدا کی طرف سے بتایا اس نے۔</w:t>
      </w:r>
    </w:p>
    <w:p>
      <w:r>
        <w:rPr>
          <w:b/>
        </w:rPr>
        <w:t xml:space="preserve">[30:13] </w:t>
      </w:r>
      <w:r>
        <w:t>to zahir hai ke us ne kuch cheez di bhi un ko, jaise ke Sahif e Ibrahim aur Musa Quran majeed mein hai. Ibrahim ke Sahife, Ibrahim ke Sahife hamare paas maujood nahi hain.</w:t>
      </w:r>
    </w:p>
    <w:p>
      <w:pPr>
        <w:jc w:val="right"/>
      </w:pPr>
      <w:r>
        <w:t>تو ظاہر ہے کہ اس نے کچھ چیز دی بھی ان کو، جیسے کہ صحف ابراہیم اور موسیٰ قرآن مجید میں ہے۔ ابراہیم کے صحیفے، ابراہیم کے صحیفے ہمارے پاس موجود نہیں ہیں۔</w:t>
      </w:r>
    </w:p>
    <w:p>
      <w:r>
        <w:rPr>
          <w:b/>
        </w:rPr>
        <w:t xml:space="preserve">[30:23] </w:t>
      </w:r>
      <w:r>
        <w:t>kisi library mein nahi hain, woh maujood</w:t>
      </w:r>
    </w:p>
    <w:p>
      <w:pPr>
        <w:jc w:val="right"/>
      </w:pPr>
      <w:r>
        <w:t>کسی لائبریری میں نہیں ہیں، وہ موجود</w:t>
      </w:r>
    </w:p>
    <w:p>
      <w:r>
        <w:rPr>
          <w:b/>
        </w:rPr>
        <w:t xml:space="preserve">[30:25] </w:t>
      </w:r>
      <w:r>
        <w:t>Bible mein bhi nahi hain. Woh to in cheezon ke bare mein hum yahi jaan sakte hain ke chunke history mein bhi nahi mention hai, is ka un ka muamla na Quran mein hai, to hum bator e aqeedah keh sakte hain ke kitabein aayi theen.</w:t>
      </w:r>
    </w:p>
    <w:p>
      <w:pPr>
        <w:jc w:val="right"/>
      </w:pPr>
      <w:r>
        <w:t>بائبل میں بھی نہیں ہیں۔ وہ تو ان چیزوں کے بارے میں ہم یہی جان سکتے ہیں کہ چونکہ ہسٹری میں بھی نہیں مینشن ہے، اس ان کا معاملہ نہ قرآن میں ہے، تو ہم بطور عقیدے کہہ سکتے ہیں کہ کتابیں آئیں تھیں۔</w:t>
      </w:r>
    </w:p>
    <w:p>
      <w:r>
        <w:rPr>
          <w:b/>
        </w:rPr>
        <w:t xml:space="preserve">[30:41] </w:t>
      </w:r>
      <w:r>
        <w:t>lekin woh kis library mein woh hain, is ka hamare paas koi jawab nahi hai.</w:t>
      </w:r>
    </w:p>
    <w:p>
      <w:pPr>
        <w:jc w:val="right"/>
      </w:pPr>
      <w:r>
        <w:t>لیکن وہ کس لائبریری میں وہ ہیں، اس کا ہمارے پاس کوئی جواب نہیں ہے۔</w:t>
      </w:r>
    </w:p>
    <w:p>
      <w:r>
        <w:rPr>
          <w:b/>
        </w:rPr>
        <w:t xml:space="preserve">[30:46] </w:t>
      </w:r>
      <w:r>
        <w:t>hum yeh kahein ke jis ko Khuda ki divine guidance chahiye, woh Quran ko padhe. Kyun ke wahi authentic book hai, aur koi book yaani authentic book nahi hai.</w:t>
      </w:r>
    </w:p>
    <w:p>
      <w:pPr>
        <w:jc w:val="right"/>
      </w:pPr>
      <w:r>
        <w:t>ہم یہ کہیں کہ جس کو خدا کی ڈیوائن گائیڈنس چاہیے، وہ قرآن کو پڑھے۔ کیونکہ وہی اتھینٹک بک ہے، اور کوئی بک یعنی اتھینٹک بک نہیں ہے۔</w:t>
      </w:r>
    </w:p>
    <w:p>
      <w:r>
        <w:rPr>
          <w:b/>
        </w:rPr>
        <w:t xml:space="preserve">[30:59] </w:t>
      </w:r>
      <w:r>
        <w:t>This question is from Sadia. It is generally seen that due to the different situations that people face in their day-to-day lives, they are sometimes either exceedingly happy and other times are consumed by sadness</w:t>
      </w:r>
    </w:p>
    <w:p>
      <w:pPr>
        <w:jc w:val="right"/>
      </w:pPr>
      <w:r>
        <w:t>This question is from سعدیہ۔ It is generally seen that due to the different situations that people face in their day-to-day lives, they are sometimes either exceedingly happy and other times are consumed by sadness</w:t>
      </w:r>
    </w:p>
    <w:p>
      <w:r>
        <w:rPr>
          <w:b/>
        </w:rPr>
        <w:t xml:space="preserve">[31:17] </w:t>
      </w:r>
      <w:r>
        <w:t>. How can such swings be managed? How can we maintain a consistent, peaceful state of mind?</w:t>
      </w:r>
    </w:p>
    <w:p>
      <w:pPr>
        <w:jc w:val="right"/>
      </w:pPr>
      <w:r>
        <w:t>. How can such swings be managed? How can we maintain a consistent, peaceful state of mind?</w:t>
      </w:r>
    </w:p>
    <w:p>
      <w:r>
        <w:rPr>
          <w:b/>
        </w:rPr>
        <w:t xml:space="preserve">[31:27] </w:t>
      </w:r>
      <w:r>
        <w:t>dekhein, yeh jo hai, yeh emotional phenomena hai, yeh natural phenomena nahi hai.</w:t>
      </w:r>
    </w:p>
    <w:p>
      <w:pPr>
        <w:jc w:val="right"/>
      </w:pPr>
      <w:r>
        <w:t>دیکھیں، یہ جو ہے، یہ emotional phenomena ہے، یہ natural phenomena نہیں ہے۔</w:t>
      </w:r>
    </w:p>
    <w:p>
      <w:r>
        <w:rPr>
          <w:b/>
        </w:rPr>
        <w:t xml:space="preserve">[31:36] </w:t>
      </w:r>
      <w:r>
        <w:t>yeh kuch logon ka volatile nature hota hai. Kabhi emotionally aise ho gaye, kabhi emotionally waise ho gaye. Is ka koi nature se taluq nahi hai.</w:t>
      </w:r>
    </w:p>
    <w:p>
      <w:pPr>
        <w:jc w:val="right"/>
      </w:pPr>
      <w:r>
        <w:t>یہ کچھ لوگوں کا volatile nature ہوتا ہے۔ کبھی emotionally ایسے ہو گئے، کبھی emotionally ویسے ہو گئے۔ اس کا کوئی nature سے تعلق نہیں ہے۔</w:t>
      </w:r>
    </w:p>
    <w:p>
      <w:r>
        <w:rPr>
          <w:b/>
        </w:rPr>
        <w:t xml:space="preserve">[31:48] </w:t>
      </w:r>
      <w:r>
        <w:t>mere nazdeek to do qism ke log hote hain. Dekhiye, ek woh jo cheezon ko pehle sochein, phir response karein. Pehle sochein,</w:t>
      </w:r>
    </w:p>
    <w:p>
      <w:pPr>
        <w:jc w:val="right"/>
      </w:pPr>
      <w:r>
        <w:t>میرے نزدیک تو دو قسم کے لوگ ہوتے ہیں۔ دیکھیے، ایک وہ جو چیزوں کو پہلے سوچیں، پھر response کریں۔ پہلے سوچیں،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