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Hazrat Aishah January 29, 2023</w:t>
      </w:r>
    </w:p>
    <w:p>
      <w:r>
        <w:t>https://youtu.be/JvCeNobW-Wk</w:t>
      </w:r>
    </w:p>
    <w:p>
      <w:r>
        <w:rPr>
          <w:b/>
        </w:rPr>
        <w:t xml:space="preserve">[00:09] </w:t>
      </w:r>
      <w:r>
        <w:t>assalam o alaikum. today we will be having a conversation on the story of hazrat aisha with dr. sani hasnain khan sahib.</w:t>
      </w:r>
    </w:p>
    <w:p>
      <w:pPr>
        <w:jc w:val="right"/>
      </w:pPr>
      <w:r>
        <w:t>السلام علیکم۔ Today we will be having a conversation on the story of Hazrat Aisha with Dr. Sani Hasnain Khan Sahib.</w:t>
      </w:r>
    </w:p>
    <w:p>
      <w:r>
        <w:rPr>
          <w:b/>
        </w:rPr>
        <w:t xml:space="preserve">[00:19] </w:t>
      </w:r>
      <w:r>
        <w:t>as we know that hazrat aisha was the wife of prophet muhammad and one of the most influential persons of islamic history.</w:t>
      </w:r>
    </w:p>
    <w:p>
      <w:pPr>
        <w:jc w:val="right"/>
      </w:pPr>
      <w:r>
        <w:t>As we know that Hazrat Aisha was the wife of Prophet Muhammad and one of the most influential persons of Islamic history.</w:t>
      </w:r>
    </w:p>
    <w:p>
      <w:r>
        <w:rPr>
          <w:b/>
        </w:rPr>
        <w:t xml:space="preserve">[00:28] </w:t>
      </w:r>
      <w:r>
        <w:t>after the demise of prophet, hazrat aisha played a very positive role as a guide and mentor to the muslim community.</w:t>
      </w:r>
    </w:p>
    <w:p>
      <w:pPr>
        <w:jc w:val="right"/>
      </w:pPr>
      <w:r>
        <w:t>After the demise of Prophet, Hazrat Aisha played a very positive role as a guide and mentor to the Muslim community.</w:t>
      </w:r>
    </w:p>
    <w:p>
      <w:r>
        <w:rPr>
          <w:b/>
        </w:rPr>
        <w:t xml:space="preserve">[00:38] </w:t>
      </w:r>
      <w:r>
        <w:t>she used to give guidance not only to the male companions but also to the female companions of the prophet. hazrat abdullah ibn abbas, one of the companions of great stature and one of the best commentators of the quran, was one of hazrat aisha's pupils.</w:t>
      </w:r>
    </w:p>
    <w:p>
      <w:pPr>
        <w:jc w:val="right"/>
      </w:pPr>
      <w:r>
        <w:t>She used to give guidance not only to the male companions but also to the female companions of the Prophet. Hazrat Abdullah Ibn Abbas, one of the companions of great stature and one of the best commentators of the Quran, was one of Hazrat Aisha's pupils.</w:t>
      </w:r>
    </w:p>
    <w:p>
      <w:r>
        <w:rPr>
          <w:b/>
        </w:rPr>
        <w:t xml:space="preserve">[00:57] </w:t>
      </w:r>
      <w:r>
        <w:t>hazrat aisha herself narrated more than 2,000 hadiths which covered not only the private life of prophet muhammad but also on subjects like islamic inheritance, hajj, marriage, islamic eschatology, and on other subjects.</w:t>
      </w:r>
    </w:p>
    <w:p>
      <w:pPr>
        <w:jc w:val="right"/>
      </w:pPr>
      <w:r>
        <w:t>Hazrat Aisha herself narrated more than 2,000 hadiths which covered not only the private life of Prophet Muhammad but also on subjects like Islamic inheritance, Hajj, marriage, Islamic eschatology, and on other subjects.</w:t>
      </w:r>
    </w:p>
    <w:p>
      <w:r>
        <w:rPr>
          <w:b/>
        </w:rPr>
        <w:t xml:space="preserve">[01:13] </w:t>
      </w:r>
      <w:r>
        <w:t>so today we will have a discussion on hazrat aisha's life with dr. sahib. to chaliye unhi se baatcheet karte hain. assalam o alaikum doctor sahib, kaise hain aap?</w:t>
      </w:r>
    </w:p>
    <w:p>
      <w:pPr>
        <w:jc w:val="right"/>
      </w:pPr>
      <w:r>
        <w:t>So today we will have a discussion on Hazrat Aisha's life with Dr. Sahib. तो चलिए उन्हीं से बातचीत करते हैं। अस्सलाम वालेकुम डॉक्टर साहब, कैसे हैं आप?</w:t>
      </w:r>
    </w:p>
    <w:p>
      <w:r>
        <w:rPr>
          <w:b/>
        </w:rPr>
        <w:t xml:space="preserve">[01:22] </w:t>
      </w:r>
      <w:r>
        <w:t>wa alaikum assalam. alhamdulillah aap kaise hain? alhamdulillah.</w:t>
      </w:r>
    </w:p>
    <w:p>
      <w:pPr>
        <w:jc w:val="right"/>
      </w:pPr>
      <w:r>
        <w:t>وعلیکم السلام۔ الحمدللہ آپ کیسے ہیں؟ अल्हम्दुलिल्लाह।</w:t>
      </w:r>
    </w:p>
    <w:p>
      <w:r>
        <w:rPr>
          <w:b/>
        </w:rPr>
        <w:t xml:space="preserve">[01:26] </w:t>
      </w:r>
      <w:r>
        <w:t>doctor sahib, hazrat aisha jaise ke hum jante hain, she played a very important role in islamic history, and she's truly a role model for the women of all times.</w:t>
      </w:r>
    </w:p>
    <w:p>
      <w:pPr>
        <w:jc w:val="right"/>
      </w:pPr>
      <w:r>
        <w:t>डॉक्टर साहब, Hazrat Aisha जैसे कि हम जानते हैं, she played a very important role in Islamic history, and she's truly a role model for the women of all times.</w:t>
      </w:r>
    </w:p>
    <w:p>
      <w:r>
        <w:rPr>
          <w:b/>
        </w:rPr>
        <w:t xml:space="preserve">[01:37] </w:t>
      </w:r>
      <w:r>
        <w:t>in fact, bohat se parents apni beti ke naam pyar se aisha rakhte hain. to sab se pehla sawal to mera yahi hai ke aisha ke kya maane hain, kya meaning hai, is ke bare mein aap hum sab ko bataen.</w:t>
      </w:r>
    </w:p>
    <w:p>
      <w:pPr>
        <w:jc w:val="right"/>
      </w:pPr>
      <w:r>
        <w:t>In fact, बहुत से पेरेंट्स अपनी बेटी के नाम प्यार से Aisha रखते हैं। तो सबसे पहला सवाल तो मेरा यही है कि Aisha के क्या मायने हैं, क्या मीनिंग है, इसके बारे में आप हम सबको बताएं।</w:t>
      </w:r>
    </w:p>
    <w:p>
      <w:r>
        <w:rPr>
          <w:b/>
        </w:rPr>
        <w:t xml:space="preserve">[01:51] </w:t>
      </w:r>
      <w:r>
        <w:t>bismillah hir rahman nir rahim. rab ishrah li sadri wa yassir li amri wahlul uqdatan min lisani yafqahu qawli.</w:t>
      </w:r>
    </w:p>
    <w:p>
      <w:pPr>
        <w:jc w:val="right"/>
      </w:pPr>
      <w:r>
        <w:t>بسم اللہ الرحمن الرحیم۔ رب اشرح لی صدری ویسر لی امری واحل العقدۃ من لسانی یفقہ قولی۔</w:t>
      </w:r>
    </w:p>
    <w:p>
      <w:r>
        <w:rPr>
          <w:b/>
        </w:rPr>
        <w:t xml:space="preserve">[02:03] </w:t>
      </w:r>
      <w:r>
        <w:t>to yeh jo word Aisha hai, iske maayne hote hain alive ya to live, literal meaning. aur bahut saare aur bhi naam the ya alqab the, nicknames</w:t>
      </w:r>
    </w:p>
    <w:p>
      <w:pPr>
        <w:jc w:val="right"/>
      </w:pPr>
      <w:r>
        <w:t>तो यह जो वर्ड Aisha है, इसके मायने होते हैं alive या to live, literal meaning। और बहुत सारे और भी नाम थे या القاب थे, nicknames</w:t>
      </w:r>
    </w:p>
    <w:p>
      <w:r>
        <w:rPr>
          <w:b/>
        </w:rPr>
        <w:t xml:space="preserve">[02:20] </w:t>
      </w:r>
      <w:r>
        <w:t>the Hazrat Aisha razi Allahu anha ka. ek to wohi hai jo Quran mein aaya hai, Ummahat al-Mu'minin. Umm al-Mu'minin kaha jata tha, mother of the believers. aur ek naam tha As-Siddiqah. As-Siddiqah ka matlab hai truthful. to is tarah bhi kaha jata tha, As-Siddiqah bint As-Siddiq, yaani the truthful woman, daughter of the truthful man yaani Hazrat</w:t>
      </w:r>
    </w:p>
    <w:p>
      <w:pPr>
        <w:jc w:val="right"/>
      </w:pPr>
      <w:r>
        <w:t>थे Hazrat Aisha رضي الله عنها का। एक तो वही है जो कुरान में आया है, Ummahat al-Mu'minin। Umm al-Mu'minin कहा जाता था, mother of the believers। और एक नाम था As-Siddiqah। As-Siddiqah का मतलब है truthful। तो इस तरह भी कहा जाता था, As-Siddiqah bint As-Siddiq, यानी the truthful woman, daughter of the truthful man यानी Hazrat</w:t>
      </w:r>
    </w:p>
    <w:p>
      <w:r>
        <w:rPr>
          <w:b/>
        </w:rPr>
        <w:t xml:space="preserve">[02:49] </w:t>
      </w:r>
      <w:r>
        <w:t>Abu Bakr. kyunke unka naam bhi As-Siddiq tha.</w:t>
      </w:r>
    </w:p>
    <w:p>
      <w:pPr>
        <w:jc w:val="right"/>
      </w:pPr>
      <w:r>
        <w:t>Abu Bakr। क्योंकि उनका नाम भी As-Siddiq था।</w:t>
      </w:r>
    </w:p>
    <w:p>
      <w:r>
        <w:rPr>
          <w:b/>
        </w:rPr>
        <w:t xml:space="preserve">[02:51] </w:t>
      </w:r>
      <w:r>
        <w:t>aur Habiba bhi naam aata hai,</w:t>
      </w:r>
    </w:p>
    <w:p>
      <w:pPr>
        <w:jc w:val="right"/>
      </w:pPr>
      <w:r>
        <w:t>और Habiba भी नाम आता है,</w:t>
      </w:r>
    </w:p>
    <w:p>
      <w:r>
        <w:rPr>
          <w:b/>
        </w:rPr>
        <w:t xml:space="preserve">[02:56] </w:t>
      </w:r>
      <w:r>
        <w:t>yani beloved. aur aise bhi kehte the, Habiba to Habibillah, yani the beloved one of the beloved one</w:t>
      </w:r>
    </w:p>
    <w:p>
      <w:pPr>
        <w:jc w:val="right"/>
      </w:pPr>
      <w:r>
        <w:t>यानी beloved। और ऐसे भी कहते थे, Habiba to Habibillah, यानी the beloved one of the beloved one</w:t>
      </w:r>
    </w:p>
    <w:p>
      <w:r>
        <w:rPr>
          <w:b/>
        </w:rPr>
        <w:t xml:space="preserve">[03:05] </w:t>
      </w:r>
      <w:r>
        <w:t>of Allah. aur Humaira bhi naam aata hai, kyunke reddish complexion tha, khaas taur se jab gussa hoti thi</w:t>
      </w:r>
    </w:p>
    <w:p>
      <w:pPr>
        <w:jc w:val="right"/>
      </w:pPr>
      <w:r>
        <w:t>of Allah। और Humaira भी नाम आता है, क्योंकि reddish complexion था, खासतौर से जब गुस्सा होती थी</w:t>
      </w:r>
    </w:p>
    <w:p>
      <w:r>
        <w:rPr>
          <w:b/>
        </w:rPr>
        <w:t xml:space="preserve">[03:14] </w:t>
      </w:r>
      <w:r>
        <w:t>Hazrat Aisha rz to bohat hi lal si ho jati thi.</w:t>
      </w:r>
    </w:p>
    <w:p>
      <w:pPr>
        <w:jc w:val="right"/>
      </w:pPr>
      <w:r>
        <w:t>Hazrat Aisha رضي الله عنها तो बहुत ही लाल सी हो जाती थी।</w:t>
      </w:r>
    </w:p>
    <w:p>
      <w:r>
        <w:rPr>
          <w:b/>
        </w:rPr>
        <w:t xml:space="preserve">[03:19] </w:t>
      </w:r>
      <w:r>
        <w:t>to</w:t>
      </w:r>
    </w:p>
    <w:p>
      <w:pPr>
        <w:jc w:val="right"/>
      </w:pPr>
      <w:r>
        <w:t>तो</w:t>
      </w:r>
    </w:p>
    <w:p>
      <w:r>
        <w:rPr>
          <w:b/>
        </w:rPr>
        <w:t xml:space="preserve">[03:20] </w:t>
      </w:r>
      <w:r>
        <w:t>thoda reddish complexion tha, isliye Humaira bhi naam aata hai. isi tarah se Rasulullah Aish bhi kehte the, yaani usko thoda chhota karke Aisha ki bajaye Aish kehte the. aur ek hadith mein bhi aaya hai jo Hazrat Aisha ki hadith hai ki ya Aish hadha Jibril Jibril aaye honge, farishte Jibril, to us waqt kaha ki hadha Jibril ya Aish hadha Jibr</w:t>
      </w:r>
    </w:p>
    <w:p>
      <w:pPr>
        <w:jc w:val="right"/>
      </w:pPr>
      <w:r>
        <w:t>थोड़ा reddish complexion था, इसलिए Humaira भी नाम आता है। इसी तरह से Rasulullah Aish भी कहते थे, यानी उसको थोड़ा छोटा करके Aisha की बजाय Aish कहते थे। और एक हदीस में भी आया है जो Hazrat Aisha की हदीस है कि يا Aishھذا جبریل जब्रील आए होंगे, फरिश्ते जब्रील, तो उस वक्त कहा किھذا جبریل یا Aishھذا جبر</w:t>
      </w:r>
    </w:p>
    <w:p>
      <w:r>
        <w:rPr>
          <w:b/>
        </w:rPr>
        <w:t xml:space="preserve">[03:49] </w:t>
      </w:r>
      <w:r>
        <w:t>il woh to dekh nahi sakti thi. to kaha ki hadha Jibril yuqriuka as-salam woh tumhein salam keh rahe hain. to Hazrat Aisha ne bhi jawab diya ki wa alaihi as-salam wa rahmatullah aur unke upar bhi salamati aur Allah ki rehmat ho. aur isi tarah se ek aur naam aata hai, Oish,</w:t>
      </w:r>
    </w:p>
    <w:p>
      <w:pPr>
        <w:jc w:val="right"/>
      </w:pPr>
      <w:r>
        <w:t>یل वो तो देख नहीं सकती थीं। तो कहा किھذا جبریل یقرئک السلام वो तुम्हें सलाम कह रहे हैं। तो Hazrat Aisha ने भी जवाब दिया कि وعليه السلام ورحمة الله और उनके ऊपर भी सलामती और अल्लाह की रहमत हो। और इसी तरह से एक और नाम आता है, Oish,</w:t>
      </w:r>
    </w:p>
    <w:p>
      <w:r>
        <w:rPr>
          <w:b/>
        </w:rPr>
        <w:t xml:space="preserve">[04:11] </w:t>
      </w:r>
      <w:r>
        <w:t>yaani little</w:t>
      </w:r>
    </w:p>
    <w:p>
      <w:pPr>
        <w:jc w:val="right"/>
      </w:pPr>
      <w:r>
        <w:t>यानी little</w:t>
      </w:r>
    </w:p>
    <w:p>
      <w:r>
        <w:rPr>
          <w:b/>
        </w:rPr>
        <w:t xml:space="preserve">[04:12] </w:t>
      </w:r>
      <w:r>
        <w:t>Aisha. usko aur chota karke pyar se hum nahi, kuch naam</w:t>
      </w:r>
    </w:p>
    <w:p>
      <w:pPr>
        <w:jc w:val="right"/>
      </w:pPr>
      <w:r>
        <w:t>Aisha। उसको और छोटा करके प्यार से हम नहीं, कुछ नाम</w:t>
      </w:r>
    </w:p>
    <w:p>
      <w:r>
        <w:rPr>
          <w:b/>
        </w:rPr>
        <w:t xml:space="preserve">[04:18] </w:t>
      </w:r>
      <w:r>
        <w:t>hote hain jisko chota karke.</w:t>
      </w:r>
    </w:p>
    <w:p>
      <w:pPr>
        <w:jc w:val="right"/>
      </w:pPr>
      <w:r>
        <w:t>होते हैं जिसको छोटा करके।</w:t>
      </w:r>
    </w:p>
    <w:p>
      <w:r>
        <w:rPr>
          <w:b/>
        </w:rPr>
        <w:t xml:space="preserve">[04:20] </w:t>
      </w:r>
      <w:r>
        <w:t>to wo is tarah se</w:t>
      </w:r>
    </w:p>
    <w:p>
      <w:pPr>
        <w:jc w:val="right"/>
      </w:pPr>
      <w:r>
        <w:t>तो वो इस तरह से</w:t>
      </w:r>
    </w:p>
    <w:p>
      <w:r>
        <w:rPr>
          <w:b/>
        </w:rPr>
        <w:t xml:space="preserve">[04:23] </w:t>
      </w:r>
      <w:r>
        <w:t>Oish bhi kaha karte the Rasulullah saw aur ek bar Hazrat Aisha rz</w:t>
      </w:r>
    </w:p>
    <w:p>
      <w:pPr>
        <w:jc w:val="right"/>
      </w:pPr>
      <w:r>
        <w:t>Oish भी कहा करते थे Rasulullah صلى الله عليه وسلم और एक बार Hazrat Aisha رضي الله عنها</w:t>
      </w:r>
    </w:p>
    <w:p>
      <w:r>
        <w:rPr>
          <w:b/>
        </w:rPr>
        <w:t xml:space="preserve">[04:29] </w:t>
      </w:r>
      <w:r>
        <w:t>ne Prophet saw se kaha ki mujhe ek kunya de dein.</w:t>
      </w:r>
    </w:p>
    <w:p>
      <w:pPr>
        <w:jc w:val="right"/>
      </w:pPr>
      <w:r>
        <w:t>ने Prophet صلى الله عليه وسلم से कहा कि मुझे एक कुनिया दे दें।</w:t>
      </w:r>
    </w:p>
    <w:p>
      <w:r>
        <w:rPr>
          <w:b/>
        </w:rPr>
        <w:t xml:space="preserve">[04:34] </w:t>
      </w:r>
      <w:r>
        <w:t>kunya ka matlab hai nickname.</w:t>
      </w:r>
    </w:p>
    <w:p>
      <w:pPr>
        <w:jc w:val="right"/>
      </w:pPr>
      <w:r>
        <w:t>कुनिया का मतलब है nickname।</w:t>
      </w:r>
    </w:p>
    <w:p>
      <w:r>
        <w:rPr>
          <w:b/>
        </w:rPr>
        <w:t xml:space="preserve">[04:36] </w:t>
      </w:r>
      <w:r>
        <w:t>Arbon ka yeh mizaj tha ki wo naam se nahi bulate the logon ko.</w:t>
      </w:r>
    </w:p>
    <w:p>
      <w:pPr>
        <w:jc w:val="right"/>
      </w:pPr>
      <w:r>
        <w:t>अरबों का यह मिजाज था कि वो नाम से नहीं बुलाते थे लोगों को।</w:t>
      </w:r>
    </w:p>
    <w:p>
      <w:r>
        <w:rPr>
          <w:b/>
        </w:rPr>
        <w:t xml:space="preserve">[04:40] </w:t>
      </w:r>
      <w:r>
        <w:t>Umm Falaan, Abu Falaan, yeh aap dekhte hain Sahaba ke naam aise hi hote hain.</w:t>
      </w:r>
    </w:p>
    <w:p>
      <w:pPr>
        <w:jc w:val="right"/>
      </w:pPr>
      <w:r>
        <w:t>Umm Falaan, Abu Falaan, ये आप देखते हैं सहाबा के नाम ऐसे ही होते हैं।</w:t>
      </w:r>
    </w:p>
    <w:p>
      <w:r>
        <w:rPr>
          <w:b/>
        </w:rPr>
        <w:t xml:space="preserve">[04:45] </w:t>
      </w:r>
      <w:r>
        <w:t>to unhone kaha ki sari jo ladies hain, unke naam ke sath Umm Falaan aur Umm Falaan mere</w:t>
      </w:r>
    </w:p>
    <w:p>
      <w:pPr>
        <w:jc w:val="right"/>
      </w:pPr>
      <w:r>
        <w:t>तो उन्होंने कहा कि सारी जो लेडीज़ हैं, उनके नाम के साथ Umm Falaan और Umm Falaan मेरे</w:t>
      </w:r>
    </w:p>
    <w:p>
      <w:r>
        <w:rPr>
          <w:b/>
        </w:rPr>
        <w:t xml:space="preserve">[04:51] </w:t>
      </w:r>
      <w:r>
        <w:t>naam ke sath bhi koi hona chahiye.</w:t>
      </w:r>
    </w:p>
    <w:p>
      <w:pPr>
        <w:jc w:val="right"/>
      </w:pPr>
      <w:r>
        <w:t>नाम के साथ भी कोई होना चाहिए।</w:t>
      </w:r>
    </w:p>
    <w:p>
      <w:r>
        <w:rPr>
          <w:b/>
        </w:rPr>
        <w:t xml:space="preserve">[04:53] </w:t>
      </w:r>
      <w:r>
        <w:t>to unhone kaha ki you should take the kuniya of your son</w:t>
      </w:r>
    </w:p>
    <w:p>
      <w:pPr>
        <w:jc w:val="right"/>
      </w:pPr>
      <w:r>
        <w:t>तो उन्होंने कहा कि you should take the kuniya of your son</w:t>
      </w:r>
    </w:p>
    <w:p>
      <w:r>
        <w:rPr>
          <w:b/>
        </w:rPr>
        <w:t xml:space="preserve">[04:57] </w:t>
      </w:r>
      <w:r>
        <w:t>to son se murad tha Hazrat Asma ki jo bete the, Abdullah Ibn Zubair, woh Hazrat Aisha ke bete ki tarah the. to iski wajah se Hazrat Aisha ko Umm Abdillah bhi kaha jata tha. to yeh kuch naam the jo Hazrat Aisha ki kitabon mein milte hain hamein. Masha Allah.</w:t>
      </w:r>
    </w:p>
    <w:p>
      <w:pPr>
        <w:jc w:val="right"/>
      </w:pPr>
      <w:r>
        <w:t>तो son से मुराद था Hazrat Asma की जो बेटे थे, Abdullah Ibn Zubair, वो Hazrat Aisha के बेटे की तरह थे। तो इसकी वजह से Hazrat Aisha को Umm Abdillah भी कहा जाता था। तो ये कुछ नाम थे जो Hazrat Aisha की किताबों में मिलते हैं हमें। ماشاءاللہ۔</w:t>
      </w:r>
    </w:p>
    <w:p>
      <w:r>
        <w:rPr>
          <w:b/>
        </w:rPr>
        <w:t xml:space="preserve">[05:19] </w:t>
      </w:r>
      <w:r>
        <w:t>Doctor Sahab, she, as we know, she was the daughter of Prophet's closest companion, Hazrat Abu Bakr.</w:t>
      </w:r>
    </w:p>
    <w:p>
      <w:pPr>
        <w:jc w:val="right"/>
      </w:pPr>
      <w:r>
        <w:t>ڈاکٹر صاحب، she, as we know, she was the daughter of Prophet's closest companion, Hazrat Abu Bakr.</w:t>
      </w:r>
    </w:p>
    <w:p>
      <w:r>
        <w:rPr>
          <w:b/>
        </w:rPr>
        <w:t xml:space="preserve">[05:26] </w:t>
      </w:r>
      <w:r>
        <w:t>to main chahunga kuch parents ke bare mein aap hum sabko batayein. zahir hai Hazrat Abu Bakr razi Allahu anhu to Rasulullah ke baad unka hi number aata hai. aur jo inki mother thi, unka naam tha Umm Rumman razi Allahu anha to</w:t>
      </w:r>
    </w:p>
    <w:p>
      <w:pPr>
        <w:jc w:val="right"/>
      </w:pPr>
      <w:r>
        <w:t>तो मैं चाहूंगा कुछ पेरेंट्स के बारे में आप हम सबको बताएं। ظاہر ہے Hazrat Abu Bakr رضي الله عنه तो Rasulullah के बाद उनका ही नंबर आता है। और जो इनकी मदर थीं, उनका नाम था Umm Rumman رضي الله عنها तो</w:t>
      </w:r>
    </w:p>
    <w:p>
      <w:r>
        <w:rPr>
          <w:b/>
        </w:rPr>
        <w:t xml:space="preserve">[05:46] </w:t>
      </w:r>
      <w:r>
        <w:t>Hazrat Abu Bakr ke bare mein Hazrat Aisha batati hain apne father ke bare mein ki mujhe yaad hai, mere father ghar ke courtyard mein namaz padhte the,</w:t>
      </w:r>
    </w:p>
    <w:p>
      <w:pPr>
        <w:jc w:val="right"/>
      </w:pPr>
      <w:r>
        <w:t>Hazrat Abu Bakr के बारे में Hazrat Aisha बताती हैं अपने फादर के बारे में कि मुझे याद है, मेरे फादर घर के courtyard में नमाज़ पढ़ते थे,</w:t>
      </w:r>
    </w:p>
    <w:p>
      <w:r>
        <w:rPr>
          <w:b/>
        </w:rPr>
        <w:t xml:space="preserve">[06:03] </w:t>
      </w:r>
      <w:r>
        <w:t>to unki qiraat bahut achhi thi. to jo aas paas ki ladies hoti thi Quraish ki, woh aake baith jati thi aur sunti thi Quran.</w:t>
      </w:r>
    </w:p>
    <w:p>
      <w:pPr>
        <w:jc w:val="right"/>
      </w:pPr>
      <w:r>
        <w:t>तो उनकी qirath बहुत अच्छी थी। तो जो आसपास की लेडीज़ होती थीं Quraish की, वो आके बैठ जाती थीं और सुनती थीं Quran।</w:t>
      </w:r>
    </w:p>
    <w:p>
      <w:r>
        <w:rPr>
          <w:b/>
        </w:rPr>
        <w:t xml:space="preserve">[06:12] </w:t>
      </w:r>
      <w:r>
        <w:t>aur Hazrat Aisha kehti hain ki jab mere father Quran padhte the, to unko control nahi hota tha unki aankhon pe. yaani woh kaafi roya karte the Quran padhte hue. aur</w:t>
      </w:r>
    </w:p>
    <w:p>
      <w:pPr>
        <w:jc w:val="right"/>
      </w:pPr>
      <w:r>
        <w:t>और Hazrat Aisha कहती हैं कि जब मेरे फादर Quran पढ़ते थे, तो उनको control नहीं होता था उनकी आँखों पे। यानी वो काफी रोया करते थे Quran पढ़ते हुए। और</w:t>
      </w:r>
    </w:p>
    <w:p>
      <w:r>
        <w:rPr>
          <w:b/>
        </w:rPr>
        <w:t xml:space="preserve">[06:26] </w:t>
      </w:r>
      <w:r>
        <w:t>aisi Hazrat Aisha batati hain ki maine dekha bachpan mein ki mere father aur mother dono baith ke Quran padha karte the aur Surah Najm aur Surah Al-Qalam ki ko yaad kiya karte the, usko memorize kiya karte the.</w:t>
      </w:r>
    </w:p>
    <w:p>
      <w:pPr>
        <w:jc w:val="right"/>
      </w:pPr>
      <w:r>
        <w:t>ऐसी Hazrat Aisha बताती हैं कि मैंने देखा बचपन में कि मेरे फादर और मदर दोनों बैठ के Quran पढ़ा करते थे और Surah Najm और Surah Al-Qalam की को याद किया करते थे, उसको memorize किया करते थे।</w:t>
      </w:r>
    </w:p>
    <w:p>
      <w:r>
        <w:rPr>
          <w:b/>
        </w:rPr>
        <w:t xml:space="preserve">[06:50] </w:t>
      </w:r>
      <w:r>
        <w:t>aise hi Hazrat Aisha ki jo mother thi, Umm Rumman, woh bhi bahut hi nek khatoon thi. aur ek baar Rasulullah sallallahu alaihi wasallam ne kaha tha ki whoever wants to see the woman of paradise,</w:t>
      </w:r>
    </w:p>
    <w:p>
      <w:pPr>
        <w:jc w:val="right"/>
      </w:pPr>
      <w:r>
        <w:t>ऐसे ही Hazrat Aisha की जो मदर थीं, Umm Rumman, वो भी बहुत ही नेक खातून थीं। और एक बार Rasulullah صلى الله عليه وسلم ने कहा था कि whoever wants to see the woman of paradise,</w:t>
      </w:r>
    </w:p>
    <w:p>
      <w:r>
        <w:rPr>
          <w:b/>
        </w:rPr>
        <w:t xml:space="preserve">[07:06] </w:t>
      </w:r>
      <w:r>
        <w:t>let him see Umm Rumman.</w:t>
      </w:r>
    </w:p>
    <w:p>
      <w:pPr>
        <w:jc w:val="right"/>
      </w:pPr>
      <w:r>
        <w:t>let him see Umm Rumman.</w:t>
      </w:r>
    </w:p>
    <w:p>
      <w:r>
        <w:rPr>
          <w:b/>
        </w:rPr>
        <w:t xml:space="preserve">[07:09] </w:t>
      </w:r>
      <w:r>
        <w:t>to ek tarike se Hazrat Umm Rumman ko unki zindagi mein hi paradise ki basharat de di gayi thi. aur jab unki death hui, to Rasulullah sallallahu alaihi wasallam ne khud tadfeen ki, khud qabr mein utre, apne haath se unko bari kiya.</w:t>
      </w:r>
    </w:p>
    <w:p>
      <w:pPr>
        <w:jc w:val="right"/>
      </w:pPr>
      <w:r>
        <w:t>तो एक तरीके से Hazrat Umm Rumman को उनकी ज़िंदगी में ही paradise की बशारत दे दी गई थी। और जब उनकी death हुई, तो Rasulullah صلى الله عليه وسلم ने खुद تدفین की, खुद कब्र में उतरे, अपने हाथ से उनको बरी किया।</w:t>
      </w:r>
    </w:p>
    <w:p>
      <w:r>
        <w:rPr>
          <w:b/>
        </w:rPr>
        <w:t xml:space="preserve">[07:31] </w:t>
      </w:r>
      <w:r>
        <w:t>aur yahi baatein Hazrat Abu Bakr ke bare mein to aur zyada badi tarike se hamein milti hain, khaas taur se jab Tabuk ka mauka tha. to Rasulullah sallallahu alaihi wasallam ne saare Sahaba ko ubhara ki woh zyada se zyada maal,</w:t>
      </w:r>
    </w:p>
    <w:p>
      <w:pPr>
        <w:jc w:val="right"/>
      </w:pPr>
      <w:r>
        <w:t>और यही बातें Hazrat Abu Bakr के बारे में तो और ज्यादा बड़ी तरीके से हमें मिलती हैं, खासतौर से जब Tabuk का मौका था। तो Rasulullah صلى الله عليه وسلم ने सारे सहाबा को उभारा कि वो ज्यादा से ज्यादा माल,</w:t>
      </w:r>
    </w:p>
    <w:p>
      <w:r>
        <w:rPr>
          <w:b/>
        </w:rPr>
        <w:t xml:space="preserve">[07:52] </w:t>
      </w:r>
      <w:r>
        <w:t>wealth, Khuda ki rah mein kharch karein. to Hazrat Abu Bakr ghar ka saari jo wealth thi, woh leke aa gaye.</w:t>
      </w:r>
    </w:p>
    <w:p>
      <w:pPr>
        <w:jc w:val="right"/>
      </w:pPr>
      <w:r>
        <w:t>wealth, खुदा की राह में खर्च करें। तो Hazrat Abu Bakr घर का सारी जो wealth थी, वो लेके आ गए।</w:t>
      </w:r>
    </w:p>
    <w:p>
      <w:r>
        <w:rPr>
          <w:b/>
        </w:rPr>
        <w:t xml:space="preserve">[08:00] </w:t>
      </w:r>
      <w:r>
        <w:t>ji, to Rasulullah sallallahu alaihi wasallam ne kaha ki ae Abu Bakr, tum to yeh saare hi ghar ka saman le aaye, kuch ghar walon ke liye bhi chhoda. ji, to Hazrat Abu Bakr ne kaha ki mere liye aur mere ghar walon ke liye Allah aur uska Rasul kaafi hai. Masha Allah!</w:t>
      </w:r>
    </w:p>
    <w:p>
      <w:pPr>
        <w:jc w:val="right"/>
      </w:pPr>
      <w:r>
        <w:t>जी, तो Rasulullah صلى الله عليه وسلم ने कहा कि ऐ Abu Bakr, तुम तो ये सारे ही घर का सामान ले आए, कुछ घर वालों के लिए भी छोड़ा। जी, तो Hazrat Abu Bakr ने कहा कि मेरे लिए और मेरे घर वालों के लिए अल्लाह और उसका Rasul काफी है। माशाल्लाह!</w:t>
      </w:r>
    </w:p>
    <w:p>
      <w:r>
        <w:rPr>
          <w:b/>
        </w:rPr>
        <w:t xml:space="preserve">[08:14] </w:t>
      </w:r>
      <w:r>
        <w:t>to yeh isi ko ek sher mein Iqbal ne kaha tha ki parwane ko chirag hai, bulbul ko phool, bas Siddiq ke liye hai Khuda ka Rasul, bas Masha Allah!</w:t>
      </w:r>
    </w:p>
    <w:p>
      <w:pPr>
        <w:jc w:val="right"/>
      </w:pPr>
      <w:r>
        <w:t>तो ये इसी को एक शेर में Iqbal ने कहा था कि परवाने को चिराग है, बुलबुल को फूल, बस सिद्दीक के लिए है खुदा का Rasul, बस माशाल्लाह!</w:t>
      </w:r>
    </w:p>
    <w:p>
      <w:r>
        <w:rPr>
          <w:b/>
        </w:rPr>
        <w:t xml:space="preserve">[08:26] </w:t>
      </w:r>
      <w:r>
        <w:t>to yeh to ek bahut hi exceptional shakhsiyat thi. ji,</w:t>
      </w:r>
    </w:p>
    <w:p>
      <w:pPr>
        <w:jc w:val="right"/>
      </w:pPr>
      <w:r>
        <w:t>तो ये तो एक बहुत ही exceptional शख्सियत थीं। जी,</w:t>
      </w:r>
    </w:p>
    <w:p>
      <w:r>
        <w:rPr>
          <w:b/>
        </w:rPr>
        <w:t xml:space="preserve">[08:30] </w:t>
      </w:r>
      <w:r>
        <w:t>balki ek aur cheez, agar aap dekhein, agar aap unka family tree dekhein Hazrat Abu Bakr ka, ji, to aapko chaar generation mein Sahaba milenge, jo bahut hi rare hai. achha, yaani Hazrat Abu Bakr ke father Abu Quhafa, halanki unhone Islam der se qubool kiya tha, lekin woh bhi</w:t>
      </w:r>
    </w:p>
    <w:p>
      <w:pPr>
        <w:jc w:val="right"/>
      </w:pPr>
      <w:r>
        <w:t>बल्कि एक और चीज, अगर आप देखें, अगर आप उनका family tree देखें Hazrat Abu Bakr का, जी, तो आपको चार generation में सहाबा मिलेंगे, जो बहुत ही rare है। अच्छा, यानी Hazrat Abu Bakr के father Abu Quhafa, हालांकि उन्होंने इस्लाम देर से कबूल किया था, लेकिन वो भी</w:t>
      </w:r>
    </w:p>
    <w:p>
      <w:r>
        <w:rPr>
          <w:b/>
        </w:rPr>
        <w:t xml:space="preserve">[08:50] </w:t>
      </w:r>
      <w:r>
        <w:t>Sahabi the. khud Hazrat Abu Bakr razi Allahu anhu woh bhi Sahabi the aur unke bete Abdul Rahman, ji, woh bhi Sahabi the. aur unke bete, yaani Muhammad bin Abdul Rahman, jinko Abu Atiq kaha jata tha, ji, woh bhi Sahabi the. Masha Allah!</w:t>
      </w:r>
    </w:p>
    <w:p>
      <w:pPr>
        <w:jc w:val="right"/>
      </w:pPr>
      <w:r>
        <w:t>सहाबी थे। खुद Hazrat Abu Bakr رضي الله عنه वो भी सहाबी थे और उनके बेटे Abdul Rahman, जी, वो भी सहाबी थे। और उनके बेटे, यानी Muhammad bin Abdul Rahman, जिनको Abu Atiq कहा जाता था, जी, वो भी सहाबी थे। माशाल्लाह!</w:t>
      </w:r>
    </w:p>
    <w:p>
      <w:r>
        <w:rPr>
          <w:b/>
        </w:rPr>
        <w:t xml:space="preserve">[09:04] </w:t>
      </w:r>
      <w:r>
        <w:t>to sahabi ek generation mein aur poora agar shajra dekhen, poora family tree dekhen, to bohat aur sahaba aur sahabiyat thay. ji, to bohat hi exceptional family thi ye to. ji, aur Hazrat Abu Bakr ka bohat bara contribution</w:t>
      </w:r>
    </w:p>
    <w:p>
      <w:pPr>
        <w:jc w:val="right"/>
      </w:pPr>
      <w:r>
        <w:t>तो सहाबी एक generation में और पूरा अगर शजरा देखें, पूरा family tree देखें, तो बहुत और सहाबा और सहाबियात थे। जी, तो बहुत ही exceptional family थी ये तो। جی، اور Hazrat Abu Bakr का बहुत बड़ा contribution</w:t>
      </w:r>
    </w:p>
    <w:p>
      <w:r>
        <w:rPr>
          <w:b/>
        </w:rPr>
        <w:t xml:space="preserve">[09:18] </w:t>
      </w:r>
      <w:r>
        <w:t>raha hai. doctor sahib, agar history mein bhi dekhen ki specially jab Prophet ki death ke baad aise instances aaye ki logon ne zakat dene se mana kar diya aur kai qabeelon ne actually Islam ke khilaaf wo khade ho gaye. aur aisi bhi dangerous situation aayi ki kuch ambitious log khud khade ho gaye apne aap ko Prophet bata ke. to us waqt Hazrat Abu Bakr dealt with all of them with a very firm hand and strengthened the Islamic m</w:t>
      </w:r>
    </w:p>
    <w:p>
      <w:pPr>
        <w:jc w:val="right"/>
      </w:pPr>
      <w:r>
        <w:t>रहा है। डॉक्टर साहब, अगर history में भी देखें कि specially जब Prophet की death के बाद ऐसे instances आए कि लोगों ने zakat देने से मना कर दिया और कई कबीलों ने actually इस्लाम के खिलाफ वो खड़े हो गए। और ऐसी भी dangerous situation आई कि कुछ ambitious लोग खुद खड़े हो गए अपने आप को Prophet बता के। तो उस वक्त Hazrat Abu Bakr dealt with all of them with a very firm hand and strengthened the Islamic m</w:t>
      </w:r>
    </w:p>
    <w:p>
      <w:r>
        <w:rPr>
          <w:b/>
        </w:rPr>
        <w:t xml:space="preserve">[09:48] </w:t>
      </w:r>
      <w:r>
        <w:t>ission. in fact, doctor sahib, yahan pe ek maulana ki baat yaad aa gayi kyunke aapse baatcheet ho rahi hai aur hum Hazrat Abu Bakr aur Prophet ka zikr kar rahe hain.</w:t>
      </w:r>
    </w:p>
    <w:p>
      <w:pPr>
        <w:jc w:val="right"/>
      </w:pPr>
      <w:r>
        <w:t>ission. In fact, डॉक्टर साहब, यहाँ पे एक मौलाना की बात याद आ गई क्योंकि आपसे बातचीत हो रही है और हम Hazrat Abu Bakr और Prophet का ज़िक्र कर रहे हैं।</w:t>
      </w:r>
    </w:p>
    <w:p>
      <w:r>
        <w:rPr>
          <w:b/>
        </w:rPr>
        <w:t xml:space="preserve">[10:00] </w:t>
      </w:r>
      <w:r>
        <w:t>to maulana ne ek martaba bataya ki kaise aapka naam jo hai, uska bhi source Hazrat Abu Bakr aur Prophet ke us qisse se related hai jo gaar e sour mein pesh aaya ki jab wo hijrat pe gaye to wo gaar e sour pe rukay thay. aur us waqt Hazrat Abu Bakr bohat ghabra gaye thay kyunke Quraish unke qadmon tak pahunch chukay thay.</w:t>
      </w:r>
    </w:p>
    <w:p>
      <w:pPr>
        <w:jc w:val="right"/>
      </w:pPr>
      <w:r>
        <w:t>तो मौलाना ने एक मर्तबा बताया कि कैसे आपका नाम जो है, उसका भी source Hazrat Abu Bakr और Prophet के उस किस्से से related है जो गारे सौर में पेश आया कि जब वो हिजरत पे गए तो वो गारे सौर पे रुके थे। और उस वक्त Hazrat Abu Bakr बहुत घबरा गए थे क्योंकि Quraish उनके कदमों तक पहुँच चुके थे।</w:t>
      </w:r>
    </w:p>
    <w:p>
      <w:r>
        <w:rPr>
          <w:b/>
        </w:rPr>
        <w:t xml:space="preserve">[10:21] </w:t>
      </w:r>
      <w:r>
        <w:t>to Hazrat Abu Bakr ko pareshan dekh ke Rasulullah صلى الله عليه وسلم ne farmaya ki ae Abu Bakr, un do ke baray mein tumhara kya khayal hai jiska teesra sathi Allah hai?</w:t>
      </w:r>
    </w:p>
    <w:p>
      <w:pPr>
        <w:jc w:val="right"/>
      </w:pPr>
      <w:r>
        <w:t>तो Hazrat Abu Bakr को परेशान देख के Rasulullah صلى الله عليه وسلم ने फरमाया कि ऐ Abu Bakr, उन दो के बारे में तुम्हारा क्या ख्याल है जिसका तीसरा साथी अल्लाह है?</w:t>
      </w:r>
    </w:p>
    <w:p>
      <w:r>
        <w:rPr>
          <w:b/>
        </w:rPr>
        <w:t xml:space="preserve">[10:31] </w:t>
      </w:r>
      <w:r>
        <w:t>aur Quran ke chapter 9, verse number 40 mein usko zikr is tarah kiya gaya hai ki second of the two to second ko arabi mein sani kehte hain aur of the two ko asnain.</w:t>
      </w:r>
    </w:p>
    <w:p>
      <w:pPr>
        <w:jc w:val="right"/>
      </w:pPr>
      <w:r>
        <w:t>और Quran के chapter 9, verse number 40 में उसको ज़िक्र इस तरह किया गया है कि second of the two तो second को अरबी में Sani कहते हैं और of the two को Asnain।</w:t>
      </w:r>
    </w:p>
    <w:p>
      <w:r>
        <w:rPr>
          <w:b/>
        </w:rPr>
        <w:t xml:space="preserve">[10:46] </w:t>
      </w:r>
      <w:r>
        <w:t>to maulana wahiduddin khan sahib ne usi qisse ke reference mein doctor sahib ka naam sani asnain rakha. to ye ek bohat interesting baat thi, to maine sab se share karna isko chaha. doctor sahib, there is also a hadith that once a companion asked the Prophet that who is the most beloved of all to us hadith ke baray mein hum sab ko batayen.</w:t>
      </w:r>
    </w:p>
    <w:p>
      <w:pPr>
        <w:jc w:val="right"/>
      </w:pPr>
      <w:r>
        <w:t>तो मौलाना वैदुद्दीन खान साहब ने उसी किस्से के reference में डॉक्टर साहब का नाम Sani Asnain रखा। तो ये एक बहुत interesting बात थी, तो मैंने सबसे share करना इसको चाहा। डॉक्टर साहब, there is also a hadith that once a companion asked the Prophet that who is the most beloved of all तो उस hadith के बारे में हम सबको बताएं।</w:t>
      </w:r>
    </w:p>
    <w:p>
      <w:r>
        <w:rPr>
          <w:b/>
        </w:rPr>
        <w:t xml:space="preserve">[11:12] </w:t>
      </w:r>
      <w:r>
        <w:t>haan, ye Hazrat Amr Ibn Alas رضي الله عنه ka waqia hai aur Hazrat Amr Ibn Alas bohat hi baray sahabi thay.</w:t>
      </w:r>
    </w:p>
    <w:p>
      <w:pPr>
        <w:jc w:val="right"/>
      </w:pPr>
      <w:r>
        <w:t>ہاں، یہ Hazrat Amr Ibn Alas رضي الله عنه کا واقعہ ہے اور Hazrat Amr Ibn Alas بہت ہی بڑے صحابی تھے۔</w:t>
      </w:r>
    </w:p>
    <w:p>
      <w:r>
        <w:rPr>
          <w:b/>
        </w:rPr>
        <w:t xml:space="preserve">[11:21] </w:t>
      </w:r>
      <w:r>
        <w:t>ji, balkay Egypt mein Islam unke hi zariye pahuncha tha aur wo governor bhi thay Egypt ke. balkay jab maulana gaye thay Egypt to khaas taur se masjid Amr Ibn Alas dekhnay gaye thay.</w:t>
      </w:r>
    </w:p>
    <w:p>
      <w:pPr>
        <w:jc w:val="right"/>
      </w:pPr>
      <w:r>
        <w:t>جی، بلکہ Egypt میں اسلام ان کے ہی ذریعے پہنچا تھا اور وہ governor بھی تھے Egypt کے۔ بلکہ جب مولانا گئے تھے Egypt تو خاص طور سے مسجد Amr Ibn Alas دیکھنے گئے تھے۔</w:t>
      </w:r>
    </w:p>
    <w:p>
      <w:r>
        <w:rPr>
          <w:b/>
        </w:rPr>
        <w:t xml:space="preserve">[11:37] </w:t>
      </w:r>
      <w:r>
        <w:t>and this is one of the oldest mosques in the world</w:t>
      </w:r>
    </w:p>
    <w:p>
      <w:pPr>
        <w:jc w:val="right"/>
      </w:pPr>
      <w:r>
        <w:t>And this is one of the oldest mosques in the world</w:t>
      </w:r>
    </w:p>
    <w:p>
      <w:r>
        <w:rPr>
          <w:b/>
        </w:rPr>
        <w:t xml:space="preserve">[11:41] </w:t>
      </w:r>
      <w:r>
        <w:t>. aap samjhen ki it was built in 641 AD. ji, earliest period mein aur Hazrat Amr Ibn Alas ki qabar bhi hai wahan par.</w:t>
      </w:r>
    </w:p>
    <w:p>
      <w:pPr>
        <w:jc w:val="right"/>
      </w:pPr>
      <w:r>
        <w:t>. آپ سمجھئے کہ it was built in 641 AD. جی، earliest period میں اور Hazrat Amr Ibn Alas کی قبر بھی ہے وہاں پر۔</w:t>
      </w:r>
    </w:p>
    <w:p>
      <w:r>
        <w:rPr>
          <w:b/>
        </w:rPr>
        <w:t xml:space="preserve">[11:51] </w:t>
      </w:r>
      <w:r>
        <w:t>to maulana baithe thay kaafi dair wahan. achha, aur likha tha unhon ne safarnama waghera. to ye unka waqia hai. ek baar Hazrat Amr Ibn Alas ne poocha Prophet Muhammad صلى الله عليه وسلم se ki "Ayun nasi ahabbou ilaik?</w:t>
      </w:r>
    </w:p>
    <w:p>
      <w:pPr>
        <w:jc w:val="right"/>
      </w:pPr>
      <w:r>
        <w:t>تو مولانا بیٹھے تھے کافی دیر وہاں۔ اچھا، اور لکھا تھا انہوں نے سفرنامہ وغیرہ۔ تو یہ ان کا واقعہ ہے۔ ایک بار Hazrat Amr Ibn Alas نے پوچھا Prophet Muhammad صلى الله عليه وسلم سے کہ "Ayun nasi ahabbou ilaik?</w:t>
      </w:r>
    </w:p>
    <w:p>
      <w:r>
        <w:rPr>
          <w:b/>
        </w:rPr>
        <w:t xml:space="preserve">[12:08] </w:t>
      </w:r>
      <w:r>
        <w:t>who is the most beloved person to you?" to</w:t>
      </w:r>
    </w:p>
    <w:p>
      <w:pPr>
        <w:jc w:val="right"/>
      </w:pPr>
      <w:r>
        <w:t>Who is the most beloved person to you?" تو</w:t>
      </w:r>
    </w:p>
    <w:p>
      <w:r>
        <w:rPr>
          <w:b/>
        </w:rPr>
        <w:t xml:space="preserve">[12:12] </w:t>
      </w:r>
      <w:r>
        <w:t>darasal Hazrat Amr Ibn Alas ye samajhtay thay ki shayad unka hi naam batayen gay. ji, ki jawab mein unka hi naam hoga.</w:t>
      </w:r>
    </w:p>
    <w:p>
      <w:pPr>
        <w:jc w:val="right"/>
      </w:pPr>
      <w:r>
        <w:t>دراصل Hazrat Amr Ibn Alas یہ سمجھتے تھے کہ شاید ان کا ہی نام بتائیں گے۔ جی، کہ جواب میں ان کا ہی نام ہوگا۔</w:t>
      </w:r>
    </w:p>
    <w:p>
      <w:r>
        <w:rPr>
          <w:b/>
        </w:rPr>
        <w:t xml:space="preserve">[12:21] </w:t>
      </w:r>
      <w:r>
        <w:t>to wo unko ye andaza tha. asal mein Prophet sab se is tarah miltay thay, itni importance detay thay har shakhs ki ki wo samajhta tha ki we are the best friend of the Prophet.</w:t>
      </w:r>
    </w:p>
    <w:p>
      <w:pPr>
        <w:jc w:val="right"/>
      </w:pPr>
      <w:r>
        <w:t>تو وہ ان کو یہ اندازہ تھا۔ اصل میں Prophet سب سے اس طرح ملتے تھے، اتنی importance دیتے تھے ہر شخص کی کہ وہ سمجھتا تھا کہ we are the best friend of the Prophet.</w:t>
      </w:r>
    </w:p>
    <w:p>
      <w:r>
        <w:rPr>
          <w:b/>
        </w:rPr>
        <w:t xml:space="preserve">[12:32] </w:t>
      </w:r>
      <w:r>
        <w:t>ji, to sab ye ehsaas mein thay ki hum hum ko sab se zyada pasand karte hain. to unhon ne ye sawal poocha. to jawab mein Rasulullah صلى الله عليه وسلم ne kaha: "Aisha!"</w:t>
      </w:r>
    </w:p>
    <w:p>
      <w:pPr>
        <w:jc w:val="right"/>
      </w:pPr>
      <w:r>
        <w:t>جی، تو سب یہ احساس میں تھے کہ ہم ہم کو سب سے زیادہ پسند کرتے ہیں۔ تو انہوں نے یہ سوال پوچھا۔ تو جواب میں Rasulullah صلى الله عليه وسلم نے کہا: "عائشہ!"</w:t>
      </w:r>
    </w:p>
    <w:p>
      <w:r>
        <w:rPr>
          <w:b/>
        </w:rPr>
        <w:t xml:space="preserve">[12:42] </w:t>
      </w:r>
      <w:r>
        <w:t>ji, to wo zara chaunk gaye. chunke is zamanon mein arbon ka ye mizaj nahi tha ki wo kahein ki "I love my wife the most." ji, to wo unhon ne kaha ki "min ar-rijal." ki achha, aadmiyon mein se batayen, mardon mein se.</w:t>
      </w:r>
    </w:p>
    <w:p>
      <w:pPr>
        <w:jc w:val="right"/>
      </w:pPr>
      <w:r>
        <w:t>جی، تو وہ ذرا چونک گئے۔ چونکہ اس زمانوں میں عربوں کا یہ مزاج نہیں تھا کہ وہ کہیں کہ "I love my wife the most." جی، تو وہ انہوں نے کہا کہ "من الرجال." کہ اچھا، آدمیوں میں سے بتائیں، مردوں میں سے۔</w:t>
      </w:r>
    </w:p>
    <w:p>
      <w:r>
        <w:rPr>
          <w:b/>
        </w:rPr>
        <w:t xml:space="preserve">[12:56] </w:t>
      </w:r>
      <w:r>
        <w:t>yani who is the your most beloved companion? ji, to Prophet ne kaha: "Abuaha!" har father, har ye nahi kaha: "Abu Bakr!" wahan bhi Hazrat Aisha ko joR ke.</w:t>
      </w:r>
    </w:p>
    <w:p>
      <w:pPr>
        <w:jc w:val="right"/>
      </w:pPr>
      <w:r>
        <w:t>یعنی who is the your most beloved companion? جی، تو Prophet نے کہا: "ابوہا!" ہر father، ہر یہ نہیں کہا: "ابوبکر!" وہاں بھی Hazrat Aisha کو جوڑ کے۔</w:t>
      </w:r>
    </w:p>
    <w:p>
      <w:r>
        <w:rPr>
          <w:b/>
        </w:rPr>
        <w:t xml:space="preserve">[13:08] </w:t>
      </w:r>
      <w:r>
        <w:t>ji, ki "Abuaha!"</w:t>
      </w:r>
    </w:p>
    <w:p>
      <w:pPr>
        <w:jc w:val="right"/>
      </w:pPr>
      <w:r>
        <w:t>جی، کہ "ابوہا!"</w:t>
      </w:r>
    </w:p>
    <w:p>
      <w:r>
        <w:rPr>
          <w:b/>
        </w:rPr>
        <w:t xml:space="preserve">[13:10] </w:t>
      </w:r>
      <w:r>
        <w:t>phir unhon ne poocha: "Thumma man?" uske baad kaun hai? to kaha: "Umar Ibn Al-Khattab!" achha, to is waqie se pata chalta hai ki Hazrat Aisha ka ka kya maqam tha.</w:t>
      </w:r>
    </w:p>
    <w:p>
      <w:pPr>
        <w:jc w:val="right"/>
      </w:pPr>
      <w:r>
        <w:t>پھر انہوں نے پوچھا: "ثم من؟" اس کے بعد کون ہے؟ تو کہا: "عمر ابن الخطاب!" اچھا، تو اس واقعے سے پتہ چلتا ہے کہ Hazrat Aisha کا کا کیا مقام تھا۔</w:t>
      </w:r>
    </w:p>
    <w:p>
      <w:r>
        <w:rPr>
          <w:b/>
        </w:rPr>
        <w:t xml:space="preserve">[13:23] </w:t>
      </w:r>
      <w:r>
        <w:t>ji, ji, ji! ek aur doctor sahib, yahan pe interesting baat joRna chahunga ki isi tarah Hazrat Aisha ne ek baar hi Rasulullah صلى الله عليه وسلم se poocha that how is your love for me?</w:t>
      </w:r>
    </w:p>
    <w:p>
      <w:pPr>
        <w:jc w:val="right"/>
      </w:pPr>
      <w:r>
        <w:t>جی، جی، جی! ایک اور ڈاکٹر صاحب، یہاں پہ interesting بات جوڑنا چاہوں گا کہ اسی طرح Hazrat Aisha نے ایک بار ہی Rasulullah صلى الله عليه وسلم سے پوچھا that how is your love for me?</w:t>
      </w:r>
    </w:p>
    <w:p>
      <w:r>
        <w:rPr>
          <w:b/>
        </w:rPr>
        <w:t xml:space="preserve">[13:34] </w:t>
      </w:r>
      <w:r>
        <w:t>to Prophet ne kaha ki like the rope's knot. matlab jis tarah ek rassi ki gathan hoti hai, secure and strong.</w:t>
      </w:r>
    </w:p>
    <w:p>
      <w:pPr>
        <w:jc w:val="right"/>
      </w:pPr>
      <w:r>
        <w:t>تو Prophet نے کہا کہ like the rope's knot. مطلب جس طرح ایک رسی کی گٹھان ہوتی ہے، secure and strong.</w:t>
      </w:r>
    </w:p>
    <w:p>
      <w:r>
        <w:rPr>
          <w:b/>
        </w:rPr>
        <w:t xml:space="preserve">[13:45] </w:t>
      </w:r>
      <w:r>
        <w:t>to uske baad wo kai martaba un se poochti rahin how is the knot now? to wo kehtay thay ala haliha! that means in the same condition.</w:t>
      </w:r>
    </w:p>
    <w:p>
      <w:pPr>
        <w:jc w:val="right"/>
      </w:pPr>
      <w:r>
        <w:t>تو اس کے بعد وہ کئی مرتبہ ان سے پوچھتی رہیں how is the knot now? تو وہ کہتے تھے ala haliha! that means in the same condition۔</w:t>
      </w:r>
    </w:p>
    <w:p>
      <w:r>
        <w:rPr>
          <w:b/>
        </w:rPr>
        <w:t xml:space="preserve">[13:55] </w:t>
      </w:r>
      <w:r>
        <w:t>to ye bohat pyari baaten hain, doctor sahib, jin ko sun ke bohat achha lagta hai.</w:t>
      </w:r>
    </w:p>
    <w:p>
      <w:pPr>
        <w:jc w:val="right"/>
      </w:pPr>
      <w:r>
        <w:t>تو یہ بہت پیاری باتیں ہیں، ڈاکٹر صاحب، جن کو سن کے بہت اچھا لگتا ہے۔</w:t>
      </w:r>
    </w:p>
    <w:p>
      <w:r>
        <w:rPr>
          <w:b/>
        </w:rPr>
        <w:t xml:space="preserve">[14:00] </w:t>
      </w:r>
      <w:r>
        <w:t>achha, doctor sahib, jaisa ki hum jantay hain ki Prophet ka ka pehla nikah Hazrat Khadijah ke sath hua aur wo pachis saal tak raha till she passed away.</w:t>
      </w:r>
    </w:p>
    <w:p>
      <w:pPr>
        <w:jc w:val="right"/>
      </w:pPr>
      <w:r>
        <w:t>اچھا، ڈاکٹر صاحب، جیسا کہ ہم جانتے ہیں کہ Prophet کا کا پہلا نکاح Hazrat خدیجہ کے ساتھ ہوا اور وہ پچیس سال تک رہا till she passed away.</w:t>
      </w:r>
    </w:p>
    <w:p>
      <w:r>
        <w:rPr>
          <w:b/>
        </w:rPr>
        <w:t xml:space="preserve">[14:12] </w:t>
      </w:r>
      <w:r>
        <w:t>And after Khadijah's death, Prophet continued with his mission and he did not marry for a while. lekin phir is ke baad un ka nikah hota hai Hazrat Aisha ke sath.</w:t>
      </w:r>
    </w:p>
    <w:p>
      <w:pPr>
        <w:jc w:val="right"/>
      </w:pPr>
      <w:r>
        <w:t>And after Khadijah's death, Prophet continued with his mission and he did not marry for a while. لیکن پھر اس کے بعد ان کا نکاح ہوتا ہے Hazrat Aisha کے ساتھ۔</w:t>
      </w:r>
    </w:p>
    <w:p>
      <w:r>
        <w:rPr>
          <w:b/>
        </w:rPr>
        <w:t xml:space="preserve">[14:25] </w:t>
      </w:r>
      <w:r>
        <w:t>to is ke bare mein thora batayen humein.</w:t>
      </w:r>
    </w:p>
    <w:p>
      <w:pPr>
        <w:jc w:val="right"/>
      </w:pPr>
      <w:r>
        <w:t>تو اس کے بارے میں تھوڑا بتائیں ہمیں۔</w:t>
      </w:r>
    </w:p>
    <w:p>
      <w:r>
        <w:rPr>
          <w:b/>
        </w:rPr>
        <w:t xml:space="preserve">[14:30] </w:t>
      </w:r>
      <w:r>
        <w:t>Hazrat Khadijah ki death ke baad Prophet bohat hi ghamgeen rehne lagay. Ji, aur is saal ko unhon ne aam ul hufn bhi kaha tha the year of sorrow.</w:t>
      </w:r>
    </w:p>
    <w:p>
      <w:pPr>
        <w:jc w:val="right"/>
      </w:pPr>
      <w:r>
        <w:t>حضرت خدیجہ کی death کے بعد Prophet بہت ہی غمگین رہنے لگے۔ جی، اور اس سال کو انہوں نے عام الحزن بھی کہا تھا the year of sorrow.</w:t>
      </w:r>
    </w:p>
    <w:p>
      <w:r>
        <w:rPr>
          <w:b/>
        </w:rPr>
        <w:t xml:space="preserve">[14:44] </w:t>
      </w:r>
      <w:r>
        <w:t>aur isi doran ek khwab dekha tha jo jo ke Hazrat Aisha r.a. ki riwayat mein aata hai ke do bar ek khwab dekha ji ke Jibrael aaye hain khwab mein aur woh koi green color ke reshami kapray mein koi cheez lapetay hue hain.</w:t>
      </w:r>
    </w:p>
    <w:p>
      <w:pPr>
        <w:jc w:val="right"/>
      </w:pPr>
      <w:r>
        <w:t>اور اسی دوران ایک خواب دیکھا تھا جو جو کہ حضرت Aisha رضي الله عنها کی روایت میں آتا ہے کہ دو بار ایک خواب دیکھا جی کہ جبرائیل آئے ہیں خواب میں اور وہ کوئی green کلر کے ریشمی کپڑے میں کوئی چیز لپیٹے ہوئے ہیں۔</w:t>
      </w:r>
    </w:p>
    <w:p>
      <w:r>
        <w:rPr>
          <w:b/>
        </w:rPr>
        <w:t xml:space="preserve">[15:02] </w:t>
      </w:r>
      <w:r>
        <w:t>to jab us ko khol ke dikhatay hain to woh Hazrat Aisha ki tasweer hoti hai. Ji, aur kehtay hain: Jibrael innaha zawjatuka fid dunya wal akhirah ke she is your wife in this world and in the hereafter.</w:t>
      </w:r>
    </w:p>
    <w:p>
      <w:pPr>
        <w:jc w:val="right"/>
      </w:pPr>
      <w:r>
        <w:t>تو جب اس کو کھول کے دکھاتے ہیں تو وہ حضرت Aisha کی تصویر ہوتی ہے۔ جی، اور کہتے ہیں: جبرائیل انہا زوجتك فی الدنیا والاخرہ کہ she is your wife in this world and in the hereafter.</w:t>
      </w:r>
    </w:p>
    <w:p>
      <w:r>
        <w:rPr>
          <w:b/>
        </w:rPr>
        <w:t xml:space="preserve">[15:20] </w:t>
      </w:r>
      <w:r>
        <w:t>to isi doran ek sahabi thi jin ka naam tha Khawlah bint Hakim, jo ke Usman bin Mazoon r.a. ki wife thi.</w:t>
      </w:r>
    </w:p>
    <w:p>
      <w:pPr>
        <w:jc w:val="right"/>
      </w:pPr>
      <w:r>
        <w:t>تو اسی دوران ایک صحابیہ تھیں جن کا نام تھا خولہ بنت حکیم، جو کہ عثمان بن مظعون رضي الله عنه کی wife تھیں۔</w:t>
      </w:r>
    </w:p>
    <w:p>
      <w:r>
        <w:rPr>
          <w:b/>
        </w:rPr>
        <w:t xml:space="preserve">[15:32] </w:t>
      </w:r>
      <w:r>
        <w:t>aur yeh earliest companions mein yeh dono earliest companions thay.</w:t>
      </w:r>
    </w:p>
    <w:p>
      <w:pPr>
        <w:jc w:val="right"/>
      </w:pPr>
      <w:r>
        <w:t>اور یہ earliest companions میں یہ دونوں earliest companions تھے۔</w:t>
      </w:r>
    </w:p>
    <w:p>
      <w:r>
        <w:rPr>
          <w:b/>
        </w:rPr>
        <w:t xml:space="preserve">[15:38] </w:t>
      </w:r>
      <w:r>
        <w:t>to Hazrat Khawlah Prophet ke pas aayin aur kaha ke: Ya Rasool Allah a'tuz zawaj ke kya aap shadi nahi karein gay?</w:t>
      </w:r>
    </w:p>
    <w:p>
      <w:pPr>
        <w:jc w:val="right"/>
      </w:pPr>
      <w:r>
        <w:t>تو حضرت خولہ Prophet کے پاس آئیں اور کہا کہ: یا رسول اللہ علی تزوج کہ کیا آپ شادی نہیں کریں گے؟</w:t>
      </w:r>
    </w:p>
    <w:p>
      <w:r>
        <w:rPr>
          <w:b/>
        </w:rPr>
        <w:t xml:space="preserve">[15:53] </w:t>
      </w:r>
      <w:r>
        <w:t>to unhon ne kaha ke: naam? yani karunga mein? aur bolay ke: kya baat hai, batao.</w:t>
      </w:r>
    </w:p>
    <w:p>
      <w:pPr>
        <w:jc w:val="right"/>
      </w:pPr>
      <w:r>
        <w:t>تو انہوں نے کہا کہ: نام؟ یعنی کروں گا میں؟ اور بولے کہ: کیا بات ہے، بتاؤ۔</w:t>
      </w:r>
    </w:p>
    <w:p>
      <w:r>
        <w:rPr>
          <w:b/>
        </w:rPr>
        <w:t xml:space="preserve">[16:01] </w:t>
      </w:r>
      <w:r>
        <w:t>to unhon ne bare achay andaz mein kaha ke: bint ahabba khalqillah ilayk Aisha ke the daughter of the most beloved creation of Allah to you.</w:t>
      </w:r>
    </w:p>
    <w:p>
      <w:pPr>
        <w:jc w:val="right"/>
      </w:pPr>
      <w:r>
        <w:t>تو انہوں نے بڑے اچھے انداز میں کہا کہ: بنت أحب خلق الله إليك عائشہ کہ the daughter of the most beloved creation of Allah to you.</w:t>
      </w:r>
    </w:p>
    <w:p>
      <w:r>
        <w:rPr>
          <w:b/>
        </w:rPr>
        <w:t xml:space="preserve">[16:17] </w:t>
      </w:r>
      <w:r>
        <w:t>yani Hazrat Abu Bakr ka naam lene ki bajaye seedhay kaha, thora sa is indirectly kaha ke the daughter of the most beloved creation ji of Al</w:t>
      </w:r>
    </w:p>
    <w:p>
      <w:pPr>
        <w:jc w:val="right"/>
      </w:pPr>
      <w:r>
        <w:t>یعنی حضرت Abu Bakr کا نام لینے کی بجائے سیدھے کہا، تھوڑا سا اس indirectly کہا کہ the daughter of the most beloved creation جی of Al</w:t>
      </w:r>
    </w:p>
    <w:p>
      <w:r>
        <w:rPr>
          <w:b/>
        </w:rPr>
        <w:t xml:space="preserve">[16:29] </w:t>
      </w:r>
      <w:r>
        <w:t>lah to you. to Rasulullah s.a.w. ne kaha ke: theek hai, mera paigham tum pohncha do. Ji, to Hazrat Khawlah phir Hazrat Abu Bakr r.a. ke ghar aayin.</w:t>
      </w:r>
    </w:p>
    <w:p>
      <w:pPr>
        <w:jc w:val="right"/>
      </w:pPr>
      <w:r>
        <w:t>lah to you. تو Rasulullah صلى الله عليه وسلم نے کہا کہ: ٹھیک ہے، میرا پیغام تم پہنچا دو۔ جی، تو حضرت خولہ پھر حضرت Abu Bakr رضي الله عنه کے گھر آئیں۔</w:t>
      </w:r>
    </w:p>
    <w:p>
      <w:r>
        <w:rPr>
          <w:b/>
        </w:rPr>
        <w:t xml:space="preserve">[16:42] </w:t>
      </w:r>
      <w:r>
        <w:t>to Hazrat Abu Bakr is waqt maujood nahi thay lekin un ki mother thi jin ka naam Umar ur Rahman tha. to un se bhi isi andaz mein unhon ne kaha ke: ma adkhalallahu alaykum min al khairi wal barakah</w:t>
      </w:r>
    </w:p>
    <w:p>
      <w:pPr>
        <w:jc w:val="right"/>
      </w:pPr>
      <w:r>
        <w:t>تو حضرت Abu Bakr اس وقت موجود نہیں تھے لیکن ان کی mother تھیں جن کا نام عمر الرحمن تھا۔ تو ان سے بھی اسی انداز میں انہوں نے کہا کہ: ما أدخل الله عليك من الخير والبركة</w:t>
      </w:r>
    </w:p>
    <w:p>
      <w:r>
        <w:rPr>
          <w:b/>
        </w:rPr>
        <w:t xml:space="preserve">[16:57] </w:t>
      </w:r>
      <w:r>
        <w:t>ke yani aap ko kya guman hai ke Allah taala ne kis khair o barkat ko aap ke ghar mein dakhil kiya hai? Ji, to unhon ne kaha: kya baat hai?</w:t>
      </w:r>
    </w:p>
    <w:p>
      <w:pPr>
        <w:jc w:val="right"/>
      </w:pPr>
      <w:r>
        <w:t>کہ یعنی آپ کو کیا گمان ہے کہ اللہ تعالی نے کس خیر و برکت کو آپ کے گھر میں داخل کیا ہے؟ جی، تو انہوں نے کہا: کیا بات ہے؟</w:t>
      </w:r>
    </w:p>
    <w:p>
      <w:r>
        <w:rPr>
          <w:b/>
        </w:rPr>
        <w:t xml:space="preserve">[17:07] </w:t>
      </w:r>
      <w:r>
        <w:t>to unhon ne bataya ke Rasulullah s.a.w. ne Aisha ka proposal bheja hai. to bohat khush huin woh lekin unhon ne kaha ke: abhi Abu Bakr ghar mein nahi hain, jab aayenge to main baat kar ke batati hoon.</w:t>
      </w:r>
    </w:p>
    <w:p>
      <w:pPr>
        <w:jc w:val="right"/>
      </w:pPr>
      <w:r>
        <w:t>تو انہوں نے بتایا کہ Rasulullah صلى الله عليه وسلم نے عائشہ کا proposal بھیجا ہے۔ تو بہت خوش ہوئیں وہ لیکن انہوں نے کہا کہ: ابھی Abu Bakr گھر میں نہیں ہیں، جب آئیں گے تو میں بات کر کے بتاتی ہوں۔</w:t>
      </w:r>
    </w:p>
    <w:p>
      <w:r>
        <w:rPr>
          <w:b/>
        </w:rPr>
        <w:t xml:space="preserve">[17:22] </w:t>
      </w:r>
      <w:r>
        <w:t>to itni dair mein Hazrat Abu Bakr r.a. aa gaye.</w:t>
      </w:r>
    </w:p>
    <w:p>
      <w:pPr>
        <w:jc w:val="right"/>
      </w:pPr>
      <w:r>
        <w:t>تو اتنی دیر میں حضرت Abu Bakr رضي الله عنه آ گئے۔</w:t>
      </w:r>
    </w:p>
    <w:p>
      <w:r>
        <w:rPr>
          <w:b/>
        </w:rPr>
        <w:t xml:space="preserve">[17:25] </w:t>
      </w:r>
      <w:r>
        <w:t>to unhon ne bataya ji ke aisi aisi baat hai, paigham bheja hai Rasulullah s.a.w. ne Aisha ka. to unhon ne kaha: bohat achi baat hai, lekin asal mein baat kya thi ke Hazrat Aisha ki engagement pehle ho chuki thi.</w:t>
      </w:r>
    </w:p>
    <w:p>
      <w:pPr>
        <w:jc w:val="right"/>
      </w:pPr>
      <w:r>
        <w:t>تو انہوں نے بتایا جی کہ ایسی ایسی بات ہے، پیغام بھیجا ہے Rasulullah صلى الله عليه وسلم نے عائشہ کا۔ تو انہوں نے کہا: بہت اچھی بات ہے، لیکن اصل میں بات کیا تھی کہ حضرت عائشہ کی engagement پہلے ہو چکی تھی۔</w:t>
      </w:r>
    </w:p>
    <w:p>
      <w:r>
        <w:rPr>
          <w:b/>
        </w:rPr>
        <w:t xml:space="preserve">[17:41] </w:t>
      </w:r>
      <w:r>
        <w:t>Ji, ek ek sahib hain jin ka naam hai Mut'im bin Adi, unhon ne Islam qabool nahi kiya tha.</w:t>
      </w:r>
    </w:p>
    <w:p>
      <w:pPr>
        <w:jc w:val="right"/>
      </w:pPr>
      <w:r>
        <w:t>جی، ایک ایک صاحب ہیں جن کا نام ہے مطعم بن عدی، انہوں نے اسلام قبول نہیں کیا تھا۔</w:t>
      </w:r>
    </w:p>
    <w:p>
      <w:r>
        <w:rPr>
          <w:b/>
        </w:rPr>
        <w:t xml:space="preserve">[17:51] </w:t>
      </w:r>
      <w:r>
        <w:t>un ke bete se jin ka naam tha Jubair ibn Mut'im, to un se Jubair ibn Mut'im se engagement ho chuka tha Hazrat Aisha r.a. ka.</w:t>
      </w:r>
    </w:p>
    <w:p>
      <w:pPr>
        <w:jc w:val="right"/>
      </w:pPr>
      <w:r>
        <w:t>ان کے بیٹے سے جن کا نام تھا جبیر ابن مطعم، تو ان سے جبیر ابن مطعم سے engagement ہو چکا تھا حضرت عائشہ رضي الله عنها کا۔</w:t>
      </w:r>
    </w:p>
    <w:p>
      <w:r>
        <w:rPr>
          <w:b/>
        </w:rPr>
        <w:t xml:space="preserve">[18:04] </w:t>
      </w:r>
      <w:r>
        <w:t>to yeh jo Mut'im bin Adi thay, yeh waise unhon ne Islam qabool nahi kiya tha lekin Prophet ke bohat baray supporter thay. Kai mauqon pe unhon ne bohat bara, yani woh ek achay insan thay, woh dekh rahe thay ke yeh kya ho raha hai,</w:t>
      </w:r>
    </w:p>
    <w:p>
      <w:pPr>
        <w:jc w:val="right"/>
      </w:pPr>
      <w:r>
        <w:t>تو یہ جو مطعم بن عدی تھے، یہ ویسے انہوں نے اسلام قبول نہیں کیا تھا لیکن Prophet کے بہت بڑے supporter تھے۔ کئی موقعوں پہ انہوں نے بہت بڑا، یعنی وہ ایک اچھے انسان تھے، وہ دیکھ رہے تھے کہ یہ کیا ہو رہا ہے،</w:t>
      </w:r>
    </w:p>
    <w:p>
      <w:r>
        <w:rPr>
          <w:b/>
        </w:rPr>
        <w:t xml:space="preserve">[18:19] </w:t>
      </w:r>
      <w:r>
        <w:t>Rasulullah s.a.w. ko kyun tang kar rahe hain log. to woh chahte thay ke yeh sab na ho, khas tor se jo boycott tha us mein kuch logon ne hissa liya tha ke boycott khatam kiya jaye.</w:t>
      </w:r>
    </w:p>
    <w:p>
      <w:pPr>
        <w:jc w:val="right"/>
      </w:pPr>
      <w:r>
        <w:t>Rasulullah صلى الله عليه وسلم کو کیوں تنگ کر رہے ہیں لوگ۔ تو وہ چاہتے تھے کہ یہ سب نہ ہو، خاص طور سے جو boycott تھا اس میں کچھ لوگوں نے حصہ لیا تھا کہ boycott ختم کیا جائے۔</w:t>
      </w:r>
    </w:p>
    <w:p>
      <w:r>
        <w:rPr>
          <w:b/>
        </w:rPr>
        <w:t xml:space="preserve">[18:30] </w:t>
      </w:r>
      <w:r>
        <w:t>Ji, to Mut'im bin Adi un un mein se ek thay jinhon ne boycott khatam karwanay mein bohat bara role ada kiya tha.</w:t>
      </w:r>
    </w:p>
    <w:p>
      <w:pPr>
        <w:jc w:val="right"/>
      </w:pPr>
      <w:r>
        <w:t>جی، تو مطعم بن عدی ان ان میں سے ایک تھے جنہوں نے boycott ختم کروانے میں بہت بڑا role ادا کیا تھا۔</w:t>
      </w:r>
    </w:p>
    <w:p>
      <w:r>
        <w:rPr>
          <w:b/>
        </w:rPr>
        <w:t xml:space="preserve">[18:39] </w:t>
      </w:r>
      <w:r>
        <w:t>Ji, aise hi jab Hazrat Khadijah ki death ho gayi aur Abu Talib ki bhi death ho gayi to to phir jo protection tha, woh zamana tribal age ka zamana tha.</w:t>
      </w:r>
    </w:p>
    <w:p>
      <w:pPr>
        <w:jc w:val="right"/>
      </w:pPr>
      <w:r>
        <w:t>جی، ایسے ہی جب حضرت خدیجہ کی death ہو گئی اور ابو طالب کی بھی death ہو گئی تو تو پھر جو protection تھا، وہ زمانہ tribal age کا زمانہ تھا۔</w:t>
      </w:r>
    </w:p>
    <w:p>
      <w:r>
        <w:rPr>
          <w:b/>
        </w:rPr>
        <w:t xml:space="preserve">[18:51] </w:t>
      </w:r>
      <w:r>
        <w:t>koi bhi tribe agar protect nahi kare to phir woh insan aisa ho jata hai ke jaise ke kuch bhi koi kar le. Choonke is zamane mein koi police nahi thi, fauj nahi thi, koi court nahi thi, to woh tribe jo thi woh protection karte thay, tabhi woh insan reh sakta tha.</w:t>
      </w:r>
    </w:p>
    <w:p>
      <w:pPr>
        <w:jc w:val="right"/>
      </w:pPr>
      <w:r>
        <w:t>کوئی بھی tribe اگر protect نہیں کرے تو پھر وہ انسان ایسا ہو جاتا ہے کہ جیسے کہ کچھ بھی کوئی کر لے۔ چونکہ اس زمانے میں کوئی پولیس نہیں تھی، فوج نہیں تھی، کوئی court نہیں تھی، تو وہ tribe جو تھی وہ protection کرتے تھے، تبھی وہ انسان رہ سکتا تھا۔</w:t>
      </w:r>
    </w:p>
    <w:p>
      <w:r>
        <w:rPr>
          <w:b/>
        </w:rPr>
        <w:t xml:space="preserve">[19:07] </w:t>
      </w:r>
      <w:r>
        <w:t>Ji, to Rasulullah s.a.w. jab Taif gaye to wahan se bhi reject kar diya un logon ne, to bohat hi bura sulook kiya. to jab wapas aaye Makka mein, jab enter kiya unhon ne to unhon ne socha ke pehle main kisi se protection le loon, tab jaon warna ho sakta hai koi koi qadam utha le ghalat.</w:t>
      </w:r>
    </w:p>
    <w:p>
      <w:pPr>
        <w:jc w:val="right"/>
      </w:pPr>
      <w:r>
        <w:t>جی، تو Rasulullah صلى الله عليه وسلم جب طائف گئے تو وہاں سے بھی reject کر دیا ان لوگوں نے، تو بہت ہی برا سلوک کیا۔ تو جب واپس آئے مکہ میں، جب enter کیا انہوں نے تو انہوں نے سوچا کہ پہلے میں کسی سے protection لے لوں، تب جاؤں ورنہ ہو سکتا ہے کوئی کوئی قدم اٹھا لے غلط۔</w:t>
      </w:r>
    </w:p>
    <w:p>
      <w:r>
        <w:rPr>
          <w:b/>
        </w:rPr>
        <w:t xml:space="preserve">[19:31] </w:t>
      </w:r>
      <w:r>
        <w:t>to woh bahir hi rahe aur bheja kisi ko ke ja ke Mutim bin Adi se milein aur mere liye protection.</w:t>
      </w:r>
    </w:p>
    <w:p>
      <w:pPr>
        <w:jc w:val="right"/>
      </w:pPr>
      <w:r>
        <w:t>تو وہ باہر ہی رہے اور بھیجا کسی کو کہ جا کے مطعم بن عدی سے ملیں اور میرے لیے protection۔</w:t>
      </w:r>
    </w:p>
    <w:p>
      <w:r>
        <w:rPr>
          <w:b/>
        </w:rPr>
        <w:t xml:space="preserve">[19:42] </w:t>
      </w:r>
      <w:r>
        <w:t>ji, to Mutim bin Adi ne apne beton ko bheja protect kar ke wapas laye aur Mutim bin Adi ne Kaba mein ailan kiya ke aaj se Muhammad mere protection mein hain.</w:t>
      </w:r>
    </w:p>
    <w:p>
      <w:pPr>
        <w:jc w:val="right"/>
      </w:pPr>
      <w:r>
        <w:t>جی، تو مطعم بن عدی نے اپنے بیٹوں کو بھیجا protect کر کے واپس لائے اور مطعم بن عدی نے کعبہ میں اعلان کیا کہ آج سے محمد میرے protection میں ہیں۔</w:t>
      </w:r>
    </w:p>
    <w:p>
      <w:r>
        <w:rPr>
          <w:b/>
        </w:rPr>
        <w:t xml:space="preserve">[19:53] </w:t>
      </w:r>
      <w:r>
        <w:t>to is liye bohat hi izzat karte the, kai mauqe pe bohat achhe alfaaz</w:t>
      </w:r>
    </w:p>
    <w:p>
      <w:pPr>
        <w:jc w:val="right"/>
      </w:pPr>
      <w:r>
        <w:t>تو اس لیے بہت ہی عزت کرتے تھے، کئی موقع پہ بہت اچھے الفاظ</w:t>
      </w:r>
    </w:p>
    <w:p>
      <w:r>
        <w:rPr>
          <w:b/>
        </w:rPr>
        <w:t xml:space="preserve">[19:57] </w:t>
      </w:r>
      <w:r>
        <w:t>bole. hmm, to un ke bete se ho chuki thi hmm engagement. to Hazrat Abu Bakr Mutim bin Adi ke ghar gaye hmm aur poocha ke tumhara kya khayal hai Aisha ki engagement ke bare mein?</w:t>
      </w:r>
    </w:p>
    <w:p>
      <w:pPr>
        <w:jc w:val="right"/>
      </w:pPr>
      <w:r>
        <w:t>بولے۔ ہمم، تو ان کے بیٹے سے ہو چکی تھی ہمم engagement۔ تو حضرت Abu Bakr مطعم بن عدی کے گھر گئے ہمم اور پوچھا کہ تمہارا کیا خیال ہے عائشہ کی engagement کے بارے میں؟</w:t>
      </w:r>
    </w:p>
    <w:p>
      <w:r>
        <w:rPr>
          <w:b/>
        </w:rPr>
        <w:t xml:space="preserve">[20:13] </w:t>
      </w:r>
      <w:r>
        <w:t>ji, to Mutim bin Adi ne kaha ke meri wife se pooch lo tum. to wife bhi wahin thi. to</w:t>
      </w:r>
    </w:p>
    <w:p>
      <w:pPr>
        <w:jc w:val="right"/>
      </w:pPr>
      <w:r>
        <w:t>جی، تو مطعم بن عدی نے کہا کہ میری wife سے پوچھ لو تم۔ تو wife بھی وہیں تھی۔ تو</w:t>
      </w:r>
    </w:p>
    <w:p>
      <w:r>
        <w:rPr>
          <w:b/>
        </w:rPr>
        <w:t xml:space="preserve">[20:20] </w:t>
      </w:r>
      <w:r>
        <w:t>wife ne kaha ke mujhe yeh dar hai ke agar hum ne tumhari beti se shadi kar di apne bete ki to woh kahin sahabi na ho jaye, yani agnostic na ho jaye hmm, ya yani bad-deen ho, apne deen ko jo uska unka forefathers ka deen tha woh chhod de.</w:t>
      </w:r>
    </w:p>
    <w:p>
      <w:pPr>
        <w:jc w:val="right"/>
      </w:pPr>
      <w:r>
        <w:t>wife نے کہا کہ مجھے یہ ڈر ہے کہ اگر ہم نے تمہاری بیٹی سے شادی کر دی اپنے بیٹے کی تو وہ کہیں صحابی نہ ہو جائے، یعنی agnostic نہ ہو جائے ہمم، یا یعنی بد دین ہو، اپنے دین کو جو اس کا ان کا forefathers کا دین تھا وہ چھوڑ دے۔</w:t>
      </w:r>
    </w:p>
    <w:p>
      <w:r>
        <w:rPr>
          <w:b/>
        </w:rPr>
        <w:t xml:space="preserve">[20:38] </w:t>
      </w:r>
      <w:r>
        <w:t>hmm, to phir Hazrat Abu Bakr ne dobara Mutim bin Adi se kaha ke tumhara kya khayal hai?</w:t>
      </w:r>
    </w:p>
    <w:p>
      <w:pPr>
        <w:jc w:val="right"/>
      </w:pPr>
      <w:r>
        <w:t>ہمم، تو پھر حضرت Abu Bakr نے دوبارہ مطعم بن عدی سے کہا کہ تمہارا کیا خیال ہے؟</w:t>
      </w:r>
    </w:p>
    <w:p>
      <w:r>
        <w:rPr>
          <w:b/>
        </w:rPr>
        <w:t xml:space="preserve">[20:49] </w:t>
      </w:r>
      <w:r>
        <w:t>to Mutim bin Adi ne kaha ke aap ne meri wife ki baat to sun li hai hmm, yani mera bhi yahi khayal hai. hmm, to khair phir woh wapas chale gaye aur un ko andaza ho gaya ke jo bhi zimmedari thi,</w:t>
      </w:r>
    </w:p>
    <w:p>
      <w:pPr>
        <w:jc w:val="right"/>
      </w:pPr>
      <w:r>
        <w:t>تو مطعم بن عدی نے کہا کہ آپ نے میری wife کی بات تو سن لی ہے ہمم، یعنی میرا بھی یہی خیال ہے۔ ہمم، تو خیر پھر وہ واپس چلے گئے اور ان کو اندازہ ہو گیا کہ جو بھی ذمہ داری تھی،</w:t>
      </w:r>
    </w:p>
    <w:p>
      <w:r>
        <w:rPr>
          <w:b/>
        </w:rPr>
        <w:t xml:space="preserve">[21:03] </w:t>
      </w:r>
      <w:r>
        <w:t>ek ahad jo unhon ne liya tha ya jo pledge tha, us ki ab zimmedari khatm ho gayi. hmm, to is tarah se phir Hazrat Abu Bakr ne Khola se kaha theek hai, yeh rishta main manzoor karta hoon.</w:t>
      </w:r>
    </w:p>
    <w:p>
      <w:pPr>
        <w:jc w:val="right"/>
      </w:pPr>
      <w:r>
        <w:t>ایک عہد جو انہوں نے لیا تھا یا جو pledge تھا، اس کی اب ذمہ داری ختم ہو گئی۔ ہمم، تو اس طرح سے پھر حضرت Abu Bakr نے خولہ سے کہا ٹھیک ہے، یہ رشتہ میں منظور کرتا ہوں۔</w:t>
      </w:r>
    </w:p>
    <w:p>
      <w:r>
        <w:rPr>
          <w:b/>
        </w:rPr>
        <w:t xml:space="preserve">[21:16] </w:t>
      </w:r>
      <w:r>
        <w:t>ji, to is tarah se Hazrat Muhammad (SAW) ka nikah ho gaya. ji, Aisha ke sath aur rukhsati nahi hui.</w:t>
      </w:r>
    </w:p>
    <w:p>
      <w:pPr>
        <w:jc w:val="right"/>
      </w:pPr>
      <w:r>
        <w:t>جی، تو اس طرح سے حضرت محمد صلى الله عليه وسلم کا نکاح ہو گیا۔ جی، عائشہ کے ساتھ اور رخصتی نہیں ہوئی۔</w:t>
      </w:r>
    </w:p>
    <w:p>
      <w:r>
        <w:rPr>
          <w:b/>
        </w:rPr>
        <w:t xml:space="preserve">[21:24] </w:t>
      </w:r>
      <w:r>
        <w:t>hmm, rukhsati baad mein jab ah ah ah hijrat ke baad Madina mein hui.</w:t>
      </w:r>
    </w:p>
    <w:p>
      <w:pPr>
        <w:jc w:val="right"/>
      </w:pPr>
      <w:r>
        <w:t>ہمم، رخصتی بعد میں جب اہ اہ اہ ہجرت کے بعد مدینہ میں ہوئی۔</w:t>
      </w:r>
    </w:p>
    <w:p>
      <w:r>
        <w:rPr>
          <w:b/>
        </w:rPr>
        <w:t xml:space="preserve">[21:34] </w:t>
      </w:r>
      <w:r>
        <w:t>ji, ji, to yeh bohat hi saada andaaz mein ah nikah hua.</w:t>
      </w:r>
    </w:p>
    <w:p>
      <w:pPr>
        <w:jc w:val="right"/>
      </w:pPr>
      <w:r>
        <w:t>جی، جی، تو یہ بہت ہی سادہ انداز میں اہ نکاح ہوا۔</w:t>
      </w:r>
    </w:p>
    <w:p>
      <w:r>
        <w:rPr>
          <w:b/>
        </w:rPr>
        <w:t xml:space="preserve">[21:38] </w:t>
      </w:r>
      <w:r>
        <w:t>khud Hazrat Abu Bakr ne nikah padhaya, khutba diya aur koi na koi ah function, na koi aaya, kuch nahi hua, bas aise hi ho gaya.</w:t>
      </w:r>
    </w:p>
    <w:p>
      <w:pPr>
        <w:jc w:val="right"/>
      </w:pPr>
      <w:r>
        <w:t>خود حضرت Abu Bakr نے نکاح پڑھایا، خطبہ دیا اور کوئی نہ کوئی اہ فنکشن، نہ کوئی آیا، کچھ نہیں ہوا، بس ایسے ہی ہو گیا۔</w:t>
      </w:r>
    </w:p>
    <w:p>
      <w:r>
        <w:rPr>
          <w:b/>
        </w:rPr>
        <w:t xml:space="preserve">[21:49] </w:t>
      </w:r>
      <w:r>
        <w:t>ji, to bohat hi sadgi ke andaaz mein. bohat bada sabak hai aaj ki generation ke liye, Doctor Sahib, ke log itna paisa kharchte hain ah shadiyon mein aur hum Rasool Allah ki zindagi se paate hain ke kitna simple andaaz mein is time pe nikah hua karte the.</w:t>
      </w:r>
    </w:p>
    <w:p>
      <w:pPr>
        <w:jc w:val="right"/>
      </w:pPr>
      <w:r>
        <w:t>جی، تو بہت ہی سادگی کے انداز میں۔ بہت بڑا سبق ہے آج کی جنریشن کے لیے، ڈاکٹر صاحب، کہ لوگ اتنا پیسہ خرچتے ہیں اہ شادیوں میں اور ہم رسول اللہ کی زندگی سے پاتے ہیں کہ کتنا سمپل انداز میں اس ٹائم پہ نکاح ہوا کرتے تھے۔</w:t>
      </w:r>
    </w:p>
    <w:p>
      <w:r>
        <w:rPr>
          <w:b/>
        </w:rPr>
        <w:t xml:space="preserve">[22:04] </w:t>
      </w:r>
      <w:r>
        <w:t>Doctor Sahib ne hijrat ka bhi zikr kiya. ah</w:t>
      </w:r>
    </w:p>
    <w:p>
      <w:pPr>
        <w:jc w:val="right"/>
      </w:pPr>
      <w:r>
        <w:t>ڈاکٹر صاحب نے ہجرت کا بھی ذکر کیا۔ اہ</w:t>
      </w:r>
    </w:p>
    <w:p>
      <w:r>
        <w:rPr>
          <w:b/>
        </w:rPr>
        <w:t xml:space="preserve">[22:07] </w:t>
      </w:r>
      <w:r>
        <w:t>hijrat of course is one of the very significant event in the Islamic history aur jab Mecca mein tashaddud itna zyada badh gaya, ah phir us ke baad second pledge of Aqabah hua jab 75 log Madina se aaye and they vowed allegiance ah to Prophet Muhammad to us ke baad hi phir Prophet ne ah hijrat ki permission di aur hijrat was of course not very easy ah</w:t>
      </w:r>
    </w:p>
    <w:p>
      <w:pPr>
        <w:jc w:val="right"/>
      </w:pPr>
      <w:r>
        <w:t>ہجرت of course is one of the very significant ایونٹ ان دی اسلامک ہسٹری اور جب مکہ میں آپریشن اتنا زیادہ بڑھ گیا، اہ پھر اس کے بعد سیکنڈ پلیج آف عقبہ ہوا جب 75 لوگ مدینہ سے آئے and they vowed allegiance اہ ٹو پرافٹ محمد تو اس کے بعد ہی پھر پرافٹ نے اہ ہجرت کی پرمیشن دی اور ہجرت was of course not very easy اہ</w:t>
      </w:r>
    </w:p>
    <w:p>
      <w:r>
        <w:rPr>
          <w:b/>
        </w:rPr>
        <w:t xml:space="preserve">[22:35] </w:t>
      </w:r>
      <w:r>
        <w:t>it was a great amount of sacrifice of wealth ah and the lives of people lekin aksar Doctor Sahib hijrat ki baat hoti hai to male companions ka hi ah naam aata hai halanke they were many brave and righteous women ah who faced unimaginable obstacles ah to do the hajrat aur isi mein Hazrat Aisha ki bari behan Hazrat Asma ka naam bhi hai</w:t>
      </w:r>
    </w:p>
    <w:p>
      <w:pPr>
        <w:jc w:val="right"/>
      </w:pPr>
      <w:r>
        <w:t>it was a great amount of sacrifice of wealth اہ and the lives of people لیکن اکثر ڈاکٹر صاحب ہجرت کی بات ہوتی ہے تو میل کمپینینز کا ہی اہ نام آتا ہے حالانکہ they were many brave and righteous women اہ who faced unimaginable obstacles اہ to do the hajrat اور اسی میں حضرت عائشہ کی بڑی بہن حضرت اسماء کا نام بھی ہے</w:t>
      </w:r>
    </w:p>
    <w:p>
      <w:r>
        <w:rPr>
          <w:b/>
        </w:rPr>
        <w:t xml:space="preserve">[23:01] </w:t>
      </w:r>
      <w:r>
        <w:t>to aap yeh bataiye Doctor Sahib ke unhon ne kaise madad ki hijrat mein Prophet ki us ke bare mein bataiye ah Hazrat Asma (RA) ah Hazrat Aisha ki bari behan theen ji un ki mother doosri theen jinka naam Qutaylah tha ji</w:t>
      </w:r>
    </w:p>
    <w:p>
      <w:pPr>
        <w:jc w:val="right"/>
      </w:pPr>
      <w:r>
        <w:t>تو آپ یہ بتائیے ڈاکٹر صاحب کہ انہوں نے کیسے مدد کی ہجرت میں پرافٹ کی اس کے بارے میں بتائیں اہ حضرت اسماء رضي الله عنها اہ حضرت عائشہ کی بڑی بہن تھیں جی ان کی مدر دوسری تھیں جن کا نام قتیلہ تھا جی</w:t>
      </w:r>
    </w:p>
    <w:p>
      <w:r>
        <w:rPr>
          <w:b/>
        </w:rPr>
        <w:t xml:space="preserve">[23:20] </w:t>
      </w:r>
      <w:r>
        <w:t>to un ka bohat bada role tha hmm aur she was a legend hmm and and and a lady with exceptional courage jaise aap ne bhi abhi kaha hai hmm bohat hi zabardast courage unhon ne dikhai khas tor se jab hijrat ka mauqa tha to Hazrat Aisha batati hain ke Prophet Muhammad (SAW) hamare ghar ya to subah sawere aate the</w:t>
      </w:r>
    </w:p>
    <w:p>
      <w:pPr>
        <w:jc w:val="right"/>
      </w:pPr>
      <w:r>
        <w:t>تو ان کا بہت بڑا رول تھا ہمم اور she was a legend ہمم and and and a lady with exceptional courage جیسے آپ نے بھی ابھی کہا ہے ہمم بہت ہی زبردست courage انہوں نے دکھائی خاص طور سے جب ہجرت کا موقع تھا تو حضرت عائشہ بتاتی ہیں کہ پرافٹ محمد صلى الله عليه وسلم ہمارے گھر یا تو صبح سویرے آتے تھے</w:t>
      </w:r>
    </w:p>
    <w:p>
      <w:r>
        <w:rPr>
          <w:b/>
        </w:rPr>
        <w:t xml:space="preserve">[23:47] </w:t>
      </w:r>
      <w:r>
        <w:t>ji yani ah fajar ke baad ya sham ko aate the ah raat ke waqt lekin ek din dopahar ko aaye aur ah main thi aur meri behan Asma thi aur father the yani Hazrat Abu Bakr (RA) to Prophet ne kaha Hazrat Abu Bakr se ke mujhe kuch raaz ki baatein karni hain ghar mein aur kaun log hain agar hain to matlab un ko zara sa hata do</w:t>
      </w:r>
    </w:p>
    <w:p>
      <w:pPr>
        <w:jc w:val="right"/>
      </w:pPr>
      <w:r>
        <w:t>جی یعنی اہ فجر کے بعد یا شام کو آتے تھے اہ رات کے وقت لیکن ایک دن دوپہر کو آئے اور اہ میں تھی اور میری بہن اسماء تھی اور فادر تھے یعنی حضرت ابوبکر رضي الله عنه تو پرافٹ نے کہا حضرت ابوبکر سے کہ مجھے کچھ راز کی باتیں کرنی ہیں گھر میں اور کون لوگ ہیں اگر ہیں تو مطلب ان کو ذرا سا ہٹا دو</w:t>
      </w:r>
    </w:p>
    <w:p>
      <w:r>
        <w:rPr>
          <w:b/>
        </w:rPr>
        <w:t xml:space="preserve">[24:16] </w:t>
      </w:r>
      <w:r>
        <w:t>to Hazrat Abu Bakr ne kaha ke aap kar sakte hain sirf meri do betiyan hain Aisha aur Asma to Prophet ne kaha ke mujhe ijazat mil gayi hai hijrat ki ab hijrat karna hai aur us ki jo bhi aur details theen woh bataein</w:t>
      </w:r>
    </w:p>
    <w:p>
      <w:pPr>
        <w:jc w:val="right"/>
      </w:pPr>
      <w:r>
        <w:t>تو حضرت ابوبکر نے کہا کہ آپ کر سکتے ہیں صرف میری دو بیٹیاں ہیں عائشہ اور اسماء تو پرافٹ نے کہا کہ مجھے اجازت مل گئی ہے ہجرت کی اب ہجرت کرنا ہے اور اس کی جو بھی اور ڈیٹیلز تھیں وہ بتائیں</w:t>
      </w:r>
    </w:p>
    <w:p>
      <w:r>
        <w:rPr>
          <w:b/>
        </w:rPr>
        <w:t xml:space="preserve">[24:37] </w:t>
      </w:r>
      <w:r>
        <w:t>to jo Rasul jo Hazrat Abu Bakr ke bete the Abdullah aur beti Asma un ki yeh duty thi ah Abdullah (RA) ki yeh duty thi ke woh Mecca mein ah logon se baat cheet karein matlab ek normal andaaz mein idhar udhar jayein aur dekhein ke kya kya baatein ho rahi hain kya planning ho rahi hai</w:t>
      </w:r>
    </w:p>
    <w:p>
      <w:pPr>
        <w:jc w:val="right"/>
      </w:pPr>
      <w:r>
        <w:t>تو جو رسول جو حضرت ابوبکر کے بیٹے تھے عبداللہ اور بیٹی اسماء ان کی یہ ڈیوٹی تھی اہ عبداللہ رضي الله عنه کی یہ ڈیوٹی تھی کہ وہ مکہ میں اہ لوگوں سے بات چیت کریں مطلب ایک نارمل انداز میں ادھر ادھر جائیں اور دیکھیں کہ کیا کیا باتیں ہو رہی ہیں کیا پلاننگ ہو رہی ہے</w:t>
      </w:r>
    </w:p>
    <w:p>
      <w:r>
        <w:rPr>
          <w:b/>
        </w:rPr>
        <w:t xml:space="preserve">[25:06] </w:t>
      </w:r>
      <w:r>
        <w:t>yani jab ghar mein jab cave mein Prophet aur Hazrat Abu Bakr ja ke chhip jayein to yeh thori si hamein khabar dein hmm aur khamoshi se aa ke hamein cave mein bata dein hmm to yeh karte the Hazrat Abdullah ke woh Mecca mein ghoomte the aise hi normal andaaz mein aur koi baat milti thi ke koi planning kar rahe hain Quraish</w:t>
      </w:r>
    </w:p>
    <w:p>
      <w:pPr>
        <w:jc w:val="right"/>
      </w:pPr>
      <w:r>
        <w:t>یعنی جب غار میں جب کیو میں پرافٹ اور حضرت ابوبکر جا کے چھپ جائیں تو یہ تھوڑی سی ہمیں خبر دیں ہمم اور خاموشی سے آ کے ہمیں کیو میں بتا دیں ہمم تو یہ کرتے تھے حضرت عبداللہ کہ وہ مکہ میں گھومتے تھے ایسے ہی نارمل انداز میں اور کوئی بات ملتی تھی کہ کوئی پلاننگ کر رہے ہیں قریش</w:t>
      </w:r>
    </w:p>
    <w:p>
      <w:r>
        <w:rPr>
          <w:b/>
        </w:rPr>
        <w:t xml:space="preserve">[25:28] </w:t>
      </w:r>
      <w:r>
        <w:t>hmm to woh khamoshi se apni bheer bakri le ke jate the aur cave mein bata dete the hmm aur Hazrat Asma (RA) ka jo role tha woh woh to bohat hi critical tha woh yeh ke woh khana le ke jayein hmm ah cave mein khana banayein aur khana khana pahunchayein</w:t>
      </w:r>
    </w:p>
    <w:p>
      <w:pPr>
        <w:jc w:val="right"/>
      </w:pPr>
      <w:r>
        <w:t>ہمم تو وہ خاموشی سے اپنی بھیڑ بکری لے کے جاتے تھے اور غار میں بتا دیتے تھے ہمم اور حضرت اسماء رضي الله عنها کا جو رول تھا وہ وہ تو بہت ہی کریٹیکل تھا وہ یہ کہ وہ کھانا لے کے جائیں ہمم اہ غار میں کھانا بنائیں اور کھانا کھانا پہنچائیں</w:t>
      </w:r>
    </w:p>
    <w:p>
      <w:r>
        <w:rPr>
          <w:b/>
        </w:rPr>
        <w:t xml:space="preserve">[25:47] </w:t>
      </w:r>
      <w:r>
        <w:t>to woh bohat hi yani jurrat ke sath unhon ne yeh kaam kiya aur khana le ke jaye karti theen aur ah pahunchati theen asal mein ah jo early period hai Islam ka Mecca wala is mein bohat zyada Hazrat Asma ke bare mein nahi aaya hai ji chuki woh bada difficult time tha satate the aur pareshan karte the</w:t>
      </w:r>
    </w:p>
    <w:p>
      <w:pPr>
        <w:jc w:val="right"/>
      </w:pPr>
      <w:r>
        <w:t>تو وہ بہت ہی یعنی جرات کے ساتھ انہوں نے یہ کام کیا اور کھانا لے کے جائے کرتی تھیں اور اہ پہنچاتی تھیں اصل میں اہ جو ارلی پیریڈ ہے اسلام کا مکہ والا اس میں بہت زیادہ حضرت اسماء کے بارے میں نہیں آیا ہے جی چونکہ وہ بڑا ڈیفیکلٹ ٹائم تھا ستاتے تھے اور پریشان کرتے تھے</w:t>
      </w:r>
    </w:p>
    <w:p>
      <w:r>
        <w:rPr>
          <w:b/>
        </w:rPr>
        <w:t xml:space="preserve">[26:12] </w:t>
      </w:r>
      <w:r>
        <w:t>to sahaba jo bhi thay thoray bohat woh dar-ul-arqam mein ja kay jama hotay thay aik alag ghar tha aik sahabi thay ing ah arqam ji al arqam to woh un kay ghar mein log jama hotay thay to rasool Allah tarbiyat kartay thay to she was also part of that group asma ji ah jati theen aur study karti theen quran ki rasool Allah kay sath</w:t>
      </w:r>
    </w:p>
    <w:p>
      <w:pPr>
        <w:jc w:val="right"/>
      </w:pPr>
      <w:r>
        <w:t>تو صحابہ جو بھی تھے تھوڑے بہت وہ دارالارقم میں جا کے جمع ہوتے تھے ایک الگ گھر تھا ایک صحابی تھےینگ اہ ارقم جی الارقم تو وہ ان کے گھر میں لوگ جمع ہوتے تھے تو رسول اللہ تربیت کرتے تھے تو شی واز السو پارٹ اف دیٹ گروپ اسماء جی اہ جاتی تھیں اور سٹڈی کرتی تھیں قرآن کی رسول اللہ کے ساتھ</w:t>
      </w:r>
    </w:p>
    <w:p>
      <w:r>
        <w:rPr>
          <w:b/>
        </w:rPr>
        <w:t xml:space="preserve">[26:39] </w:t>
      </w:r>
      <w:r>
        <w:t>to bohat hi ah ah un ki khidmat hain kay yani unhon nay jo risk liya ah khana pohanchany ka do at that time she was pregnant aur kafi door hai woh ji agar aap ah jayen ah kaba say to woh meray khayal say do kilometer hoga aur thora pahar pay oopar bhi charhna hota hai to yeh bohat hi bara risk wala kaam tha kay khana pohanchana</w:t>
      </w:r>
    </w:p>
    <w:p>
      <w:pPr>
        <w:jc w:val="right"/>
      </w:pPr>
      <w:r>
        <w:t>تو بہت ہی اہ اہ ان کی خدمات ہیں کہ یعنی انہوں نے جو رسک لیا اہ کھانا پہنچانے کا دو ایٹ دیٹ ٹائم شی واز پریگنینٹ اور کافی دور ہے وہ جی اگر آپ اہ جائیں اہ کعبہ سے تو وہ میرے خیال سے دو کلومیٹر ہوگا اور تھوڑا پہاڑ پہ اوپر بھی چڑھنا ہوتا ہے تو یہ بہت ہی بڑا رسک والا کام تھا کہ کھانا پہنچانا</w:t>
      </w:r>
    </w:p>
    <w:p>
      <w:r>
        <w:rPr>
          <w:b/>
        </w:rPr>
        <w:t xml:space="preserve">[27:08] </w:t>
      </w:r>
      <w:r>
        <w:t>to kya hua kay jo aboo jehal hai us ko khabar kahin say pohanchi kay asma knows the location of the prophet hmm to jo aboo jehal tha woh to bohat hi shatir aadmi tha aur bohat hi tall aur bilkul pehalwan ki tarah say tha jaisay hazrat ah umar r.a. thay aisay hi bohat hi bara sa aur lamba chaura aur bohat hi us nay sataya bhi tha mara bhi tha logon ko j</w:t>
      </w:r>
    </w:p>
    <w:p>
      <w:pPr>
        <w:jc w:val="right"/>
      </w:pPr>
      <w:r>
        <w:t>تو کیا ہوا کہ جو ابوجہل ہے اس کو خبر کہیں سے پہنچی کہ اسماء نوز دی لوکیشن اف دی پرافٹ ہمم تو جو ابوجہل تھا وہ تو بہت ہی شاطر آدمی تھا اور بہت ہی ٹال اور بالکل پہلوان کی طرح سے تھا جیسے حضرت اہ عمر رضی اللہ عنہ تھے ایسے ہی بہت ہی بڑا سا اور لمبا چوڑا اور بہت ہی اس نے ستایا بھی تھا مارا بھی تھا لوگوں کو ج</w:t>
      </w:r>
    </w:p>
    <w:p>
      <w:r>
        <w:rPr>
          <w:b/>
        </w:rPr>
        <w:t xml:space="preserve">[27:33] </w:t>
      </w:r>
      <w:r>
        <w:t>y to woh aya hazrat asma kay ghar aur knock kiya darwaza ji to hazrat asma nay darwaza khola to woh itna lamba chaura aadmi khara hua tha hmm khofnak sa to woh bola kay ah ay aboo bakr ki beti hmm kahan hain tumharay father kahan chhupay hain hmm to unhon nay kaha i don't know hum</w:t>
      </w:r>
    </w:p>
    <w:p>
      <w:pPr>
        <w:jc w:val="right"/>
      </w:pPr>
      <w:r>
        <w:t>ی تو وہ آیا حضرت اسماء کے گھر اور ناک کیا دروازہ جی تو حضرت اسماء نے دروازہ کھولا تو وہ اتنا لمبا چوڑا آدمی کھڑا ہوا تھا ہمم خوفناک سا تو وہ بولا کہ اہ اے ابوبکر کی بیٹی ہمم کہاں ہیں تمہارے فادر کہاں چھپے ہیں ہمم تو انہوں نے کہا ائی ڈونٹ نو ہم</w:t>
      </w:r>
    </w:p>
    <w:p>
      <w:r>
        <w:rPr>
          <w:b/>
        </w:rPr>
        <w:t xml:space="preserve">[27:59] </w:t>
      </w:r>
      <w:r>
        <w:t>m seedhay unhon nay hmm keh diya kay qultu allaha adri wallaha aynabi kay i don't know where is my father ji kuch aisay waqt hotay hain kay jhoot bolna hi farz ho jata hai hmm to phir us nay poocha hmm dobara hmm kay batao kahan par chhupay hain tumharay father phir unhon nay yahi jawab diya kay mujhe nahi pata</w:t>
      </w:r>
    </w:p>
    <w:p>
      <w:pPr>
        <w:jc w:val="right"/>
      </w:pPr>
      <w:r>
        <w:t>م سیدھے انہوں نے ہمم کہہ دیا کہ قلت اللہ ادری واللہ عینابی کہ ائی ڈونٹ نو ویئر از مائی فادر جی کچھ ایسے وقت ہوتے ہیں کہ جھوٹ بولنا ہی فرض ہو جاتا ہے ہمم تو پھر اس نے پوچھا ہمم دوبارہ ہمم کہ بتاؤ کہاں پر چھپے ہیں تمہارے فادر پھر انہوں نے یہی جواب دیا کہ مجھے نہیں پتا</w:t>
      </w:r>
    </w:p>
    <w:p>
      <w:r>
        <w:rPr>
          <w:b/>
        </w:rPr>
        <w:t xml:space="preserve">[28:23] </w:t>
      </w:r>
      <w:r>
        <w:t>to us nay bohat hi hard he slapped very hard hmm so and she lost her hearing hmm hazrat asma batati hain kay main aik kaan ki hearing meri chali gayi itnay zor say ah slap us nay lagaya hazrat asma kay aur phir kuch kehta hua chala gaya ji</w:t>
      </w:r>
    </w:p>
    <w:p>
      <w:pPr>
        <w:jc w:val="right"/>
      </w:pPr>
      <w:r>
        <w:t>تو اس نے بہت ہی ہارڈ ہی سلیپڈ ویری ہارڈ ہمم سو اینڈ شی لاسٹ ہر ہیئرنگ ہمم حضرت اسماء بتاتی ہیں کہ میں ایک کان کی ہیئرنگ میری چلی گئی اتنے زور سے اہ سلیپ اس نے لگایا حضرت اسماء کے اور پھر کچھ کہتا ہوا چلا گیا جی</w:t>
      </w:r>
    </w:p>
    <w:p>
      <w:r>
        <w:rPr>
          <w:b/>
        </w:rPr>
        <w:t xml:space="preserve">[28:45] </w:t>
      </w:r>
      <w:r>
        <w:t>to yeh to aik bohat hi ah yani jo courage dikhai thi hazrat asma r.a. nay to yeh to bohat hi yani zabardast us kay andar sab</w:t>
      </w:r>
    </w:p>
    <w:p>
      <w:pPr>
        <w:jc w:val="right"/>
      </w:pPr>
      <w:r>
        <w:t>تو یہ تو ایک بہت ہی اہ یعنی جو کریج دکھائی تھی حضرت اسماء رضی اللہ عنہ نے تو یہ تو بہت ہی یعنی زبردست اس کے اندر سب</w:t>
      </w:r>
    </w:p>
    <w:p>
      <w:r>
        <w:rPr>
          <w:b/>
        </w:rPr>
        <w:t xml:space="preserve">[28:57] </w:t>
      </w:r>
      <w:r>
        <w:t>iq hai ji bohat hi zabardast doctor sahib truly reflects the courage and faith she had in god kyun kay koi bhi insan agar koi itna tall jaisay aap nay bataya aboo jehal ka stature tha aur waise hi matlab woh bohat manay huay thay apnay qabailay mein to koi bhi ghabra kay ugal day kay yeh yahan yahan yahan whereabouts hain to it just reflects her faith conviction in god almighty</w:t>
      </w:r>
    </w:p>
    <w:p>
      <w:pPr>
        <w:jc w:val="right"/>
      </w:pPr>
      <w:r>
        <w:t>ق ہے جی بہت ہی زبردست ڈاکٹر صاحب ٹرولی ریفلیکٹس دی کریج اینڈ فیتھ شی ہیڈ ان گاڈ کیونکہ کوئی بھی انسان اگر کوئی اتنا ٹال جسے آپ نے بتایا ابوجہل کا سٹیچر تھا اور ویسے ہی مطلب وہ بہت مانے ہوئے تھے اپنے قبیلے میں تو کوئی بھی گھبرا کے اگل دے کہ یہ یہاں یہاں یہاں ویئر اباؤٹس ہیں تو اٹ جسٹ ریفلیکٹس ہر فیتھ کنوکشن ان گاڈ المائ</w:t>
      </w:r>
    </w:p>
    <w:p>
      <w:r>
        <w:rPr>
          <w:b/>
        </w:rPr>
        <w:t xml:space="preserve">[29:22] </w:t>
      </w:r>
      <w:r>
        <w:t>doctor sahib phir aik incident aur bhi hota hai jis kay baad hazrat asma ko prophet possessor of two belts ka title detay hain to woh qissa kya hai is kay baray mein bhi aap batayen darasal jab woh khana pack kar rahi theen aik bar ghaliban jab hijrat kay liye nikalnay walay thay to kafi khana banaya unhon nay aur pack kiya do bags mein ji</w:t>
      </w:r>
    </w:p>
    <w:p>
      <w:pPr>
        <w:jc w:val="right"/>
      </w:pPr>
      <w:r>
        <w:t>ٹی ڈاکٹر صاحب پھر ایک انسیڈنٹ اور بھی ہوتا ہے جس کے بعد حضرت اسماء کو پرافٹ پوزیسر اف ٹو بیلٹس کا ٹائٹل دیتے ہیں تو وہ قصہ کیا ہے اس کے بارے میں بھی آپ بتائیں دراصل جب وہ کھانا پیک کر رہی تھیں ایک بار غالباً جب ہجرت کے لیے نکلنے والے تھے تو کافی کھانا بنایا انہوں نے اور پیک کیا دو بیگز میں جی</w:t>
      </w:r>
    </w:p>
    <w:p>
      <w:r>
        <w:rPr>
          <w:b/>
        </w:rPr>
        <w:t xml:space="preserve">[29:50] </w:t>
      </w:r>
      <w:r>
        <w:t>aik prophet Muhammad SAW kay liye aur aik hazrat aboo bakr r.a. kay liye to jab unhon nay unhon nay dekha kay woh oopar ka jo hissa hai woh khula hua hai to unhon nay chaha kay us ko band kar dain dono ko kisi bandh dain kisi rassi waghera say to dekha ghar mein kuch rassi waghera mili nahi to jo rope thi na pehlay rope mein aik beech mein aik belt ya aik band sa hota hai jo bandh letay thay to unhon nay woh pehan rakhi thi aur aik woh belt thi</w:t>
      </w:r>
    </w:p>
    <w:p>
      <w:pPr>
        <w:jc w:val="right"/>
      </w:pPr>
      <w:r>
        <w:t>ایک پرافٹ محمد صلی اللہ علیہ وسلم کے لیے اور ایک حضرت ابوبکر رضی اللہ عنہ کے لیے تو جب انہوں نے انہوں نے دیکھا کہ وہ اوپر کا جو حصہ ہے وہ کھلا ہوا ہے تو انہوں نے چاہا کہ اس کو بند کر دیں دونوں کو کسی باندھ دیں کسی رسی وغیرہ سے تو دیکھا گھر میں کچھ رسی وغیرہ ملی نہیں تو جو روب ہوتی تھی نا پہلے روب میں ایک بیچ میں ایک بیلٹ یا ایک بینڈ سا ہوتا تھا جو باندھ لیتے تھے تو انہوں نے وہ پہن رکھی تھی اور ایک وہ بیلٹ تھی</w:t>
      </w:r>
    </w:p>
    <w:p>
      <w:r>
        <w:rPr>
          <w:b/>
        </w:rPr>
        <w:t xml:space="preserve">[30:17] </w:t>
      </w:r>
      <w:r>
        <w:t>to unhon nay belt nikali foran aur us ko kaata do hissay mein aur aik bag ko aik hissay say bandha doosray bag ko aik hissay say bandha aur woh phir lay kay pohanchin ah rasool Allah kay pas ji ghar mein</w:t>
      </w:r>
    </w:p>
    <w:p>
      <w:pPr>
        <w:jc w:val="right"/>
      </w:pPr>
      <w:r>
        <w:t>تو انہوں نے بیلٹ نکالی فوراً اور اس کو کاٹا دو حصے میں اور ایک بیگ کو ایک حصے سے بند کیا دوسرے بیگ کو ایک حصے سے بند کیا اور وہ پھر لے کے پہنچیں اہ رسول اللہ کے پاس جی غار میں</w:t>
      </w:r>
    </w:p>
    <w:p>
      <w:r>
        <w:rPr>
          <w:b/>
        </w:rPr>
        <w:t xml:space="preserve">[30:32] </w:t>
      </w:r>
      <w:r>
        <w:t>to jab rasool Allah SAW ko pata chala yeh waqia to un ka un ka naam unhon nay rakha tha zat-un-nitaqain the possessor of two waist ji belts aur kaha tha kay Allah has given you two belts in paradise in exchange of this mashallah yani she was also given good news of paradise in her life</w:t>
      </w:r>
    </w:p>
    <w:p>
      <w:pPr>
        <w:jc w:val="right"/>
      </w:pPr>
      <w:r>
        <w:t>تو جب رسول اللہ صلی اللہ علیہ وسلم کو پتہ چلا یہ واقعہ تو ان کا ان کا نام انہوں نے رکھا تھا ذات النطاقین دی پوزیسر اف ٹو ویسٹ جی بیلٹس اور کہا تھا کہ اللہ ہیز گیون یو ٹو بیلٹس ان پیراڈائز ان ایکسچینج اف دس ماشاءاللہ یعنی شی واز السو گیون گڈ نیوز اف پیراڈائز ان ہر لائف</w:t>
      </w:r>
    </w:p>
    <w:p>
      <w:r>
        <w:rPr>
          <w:b/>
        </w:rPr>
        <w:t xml:space="preserve">[30:58] </w:t>
      </w:r>
      <w:r>
        <w:t>time ji to yeh yeh is mein jo sabak hai woh bara gehra hai kay bazahir woh belt aik mamooli si cheez thi hmm lekin us kay badlay mein Allah taala nay jannat day di hmm to baaz bohat hi chhotay say koi amal hota hai jo aap ah khuda kay mission kay liye kartay hain bazahir woh bohat chhota hota hai lekin Allah ho sakta hai kay us kay badlay mein koi bohat bara inaam likh day hmm</w:t>
      </w:r>
    </w:p>
    <w:p>
      <w:pPr>
        <w:jc w:val="right"/>
      </w:pPr>
      <w:r>
        <w:t>ٹائم جی تو یہ یہ اس میں جو سبق ہے وہ بڑا گہرا ہے کہ بظاہر وہ بیلٹ ایک معمولی سی چیز تھی ہمم لیکن اس کے بدلے میں اللہ تعالی نے جنت دے دی ہمم تو بعض بہت ہی چھوٹے سے کوئی عمل ہوتا ہے جو آپ اہ خدا کے مشن کے لیے کرتے ہیں بظاہر وہ بہت چھوٹا ہوتا ہے لیکن اللہ ہو سکتا ہے کہ اس کے بدلے میں کوئی بہت بڑا انعام لکھ دے ہمم</w:t>
      </w:r>
    </w:p>
    <w:p>
      <w:r>
        <w:rPr>
          <w:b/>
        </w:rPr>
        <w:t xml:space="preserve">[31:26] </w:t>
      </w:r>
      <w:r>
        <w:t>ab hum log quran detay hain to aik quran ki koi qimat to hai nahi matlab pachas so rupay</w:t>
      </w:r>
    </w:p>
    <w:p>
      <w:pPr>
        <w:jc w:val="right"/>
      </w:pPr>
      <w:r>
        <w:t>اب ہم لوگ قرآن دیتے ہیں تو ایک قرآن کی کوئی قیمت تو ہے نہیں مطلب پچاس سو روپے</w:t>
      </w:r>
    </w:p>
    <w:p>
      <w:r>
        <w:rPr>
          <w:b/>
        </w:rPr>
        <w:t xml:space="preserve">[31:33] </w:t>
      </w:r>
      <w:r>
        <w:t>ji lekin aap ka woh jazba hmm agar us kay andar gehra jazba shamil hai aap chahtay hain kay aap nay jis ko diya apnay neighbor ko apnay friend ko apnay colleague ko jahan bhi aap jis say bhi milay to aap kay andar agar woh jazba hai kay Allah taala us ko hidayat day aur woh dawat ka shauq hai to woh aik chhota sa amal bhi khuda kay liye bohat bara ah amal ban sakta hai</w:t>
      </w:r>
    </w:p>
    <w:p>
      <w:pPr>
        <w:jc w:val="right"/>
      </w:pPr>
      <w:r>
        <w:t>جی لیکن آپ کا وہ جذبہ ہمم اگر اس کے اندر گہرا جذبہ شامل ہے آپ چاہتے ہیں کہ آپ نے جس کو دیا اپنے نیبر کو اپنے فرینڈ کو اپنے کولیگ کو جہاں بھی آپ جس سے بھی ملے تو آپ کے اندر اگر وہ جذبہ ہے کہ اللہ تعالی اس کو ہدایت دے اور وہ دعوت کا شوق ہے تو وہ ایک چھوٹا سا عمل بھی خدا کے لیے بہت بڑا اہ عمل بن سکتا ہے</w:t>
      </w:r>
    </w:p>
    <w:p>
      <w:r>
        <w:rPr>
          <w:b/>
        </w:rPr>
        <w:t xml:space="preserve">[31:59] </w:t>
      </w:r>
      <w:r>
        <w:t>ji to yeh aik bohat hi acha ah sabak is waqie mein milta hai hazrat asma r.a. kay aur aik aur baat hai kay jab hazrat asma madina chali gayeen hijrat kar kay to un ki mother aayen milnay hmm jo jinhon nay islam qabool nahi kiya tha qateela naam tha un ka hmm to hazrat asma prophet kay pas aayen hmm aur prophet say kaha kay my mother has come to meet me ah</w:t>
      </w:r>
    </w:p>
    <w:p>
      <w:pPr>
        <w:jc w:val="right"/>
      </w:pPr>
      <w:r>
        <w:t>جی تو یہ ایک بہت ہی اچھا اہ سبق اس واقعے میں ملتا ہے حضرت اسماء رضی اللہ عنہا کے اور ایک اور بات ہے کہ جب حضرت اسماء مدینہ چلی گئیں ہجرت کر کے تو ان کی مدر آئیں ملنے ہمم جو جنہوں نے اسلام قبول نہیں کیا تھا قتیلہ نام تھا ان کا ہمم تو حضرت اسماء پرافٹ کے پاس آئیں ہمم اور پرافٹ سے کہا کہ مائی مدر ہیز کم ٹو میٹ می اہ</w:t>
      </w:r>
    </w:p>
    <w:p>
      <w:r>
        <w:rPr>
          <w:b/>
        </w:rPr>
        <w:t xml:space="preserve">[32:28] </w:t>
      </w:r>
      <w:r>
        <w:t>ah should i keep a good relation with her hmm to prophet nay kaha yes keep good relation with her to is say yeh pata chalta hai kay parents chahay woh kisi doosri background kay bhi hon ya kaisay bhi hon un kay sath acha akhlaq zaroori hai ji aur balkay quran mein to bohat ziyada us kay is ka ah is kay liye ah batain aayen hain aur quran mein yeh hai kay sirf aik cheez kay liye disobedience kar s</w:t>
      </w:r>
    </w:p>
    <w:p>
      <w:pPr>
        <w:jc w:val="right"/>
      </w:pPr>
      <w:r>
        <w:t>اہ شوڈ آئی کیپ ا گڈ ریلیشن ودھر ہمم تو پرافٹ نے کہا یس کیپ گڈ ریلیشن ودھر تو اس سے یہ پتہ چلتا ہے کہ پیرنٹس چاہے وہ کسی دوسری بیک گراؤنڈ کے بھی ہوں یا کیسے بھی ہوں ان کے ساتھ اچھا اخلاق ضروری ہے جی اور بلکہ قرآن میں تو بہت زیادہ اس کے اس کا اہ اس کے لیے اہ باتیں آئیں ہیں اور قرآن میں یہ ہے کہ صرف ایک چیز کے لیے ڈس اوبیڈینس کر س</w:t>
      </w:r>
    </w:p>
    <w:p>
      <w:r>
        <w:rPr>
          <w:b/>
        </w:rPr>
        <w:t xml:space="preserve">[32:55] </w:t>
      </w:r>
      <w:r>
        <w:t>ktain aap hmm kay woh agar yeh kahain aap say kay tum Allah kay siwa kisi aur ki ibadat karo fala tat'huma tum un ki baat mat mano usi ko kehtay hain huqooq-ul-walidain ain say yani huqooq to kehtay hain ah rights of the parents lekin huqooq-ul-walidain bohat hi bari gunah samjhi jati hai hmm kay agar yani disobedience to parents</w:t>
      </w:r>
    </w:p>
    <w:p>
      <w:pPr>
        <w:jc w:val="right"/>
      </w:pPr>
      <w:r>
        <w:t>کتے ہیں آپ ہمم کہ وہ اگر یہ کہیں آپ سے کہ تم خدا کے سوا کسی اور کی عبادت کرو فلا تتھما تب تم ان کی بات مت مانو اسی کو کہتے ہیں حقوق الوالدین عین سے یعنی حقوق تو کہتے ہیں اہ رائٹس اف دی پیرنٹس لیکن حقوق الوالدین بہت ہی بڑی گناہ سمجھی جاتی ہے ہمم کہ اگر یعنی ڈس اوبیڈینس ٹو پیرنٹس</w:t>
      </w:r>
    </w:p>
    <w:p>
      <w:r>
        <w:rPr>
          <w:b/>
        </w:rPr>
        <w:t xml:space="preserve">[33:23] </w:t>
      </w:r>
      <w:r>
        <w:t>har haal mein un ki baat sunni hai un kay liye dua karni hai un ka khayal karna hai to yeh bhi aik bohat hi aham baat milti hai humain hazrat asma ki zindagi say aur bohat hi ah exceptional aur motivating aur inspiring story hai ji jazak Allah doctor sahib aik comment bheja hai miss fareeda kamran nay islamabad pakistan say unhon nay likha hai hazrat aisha was a lady of knowledge and there are ayat in her honor</w:t>
      </w:r>
    </w:p>
    <w:p>
      <w:pPr>
        <w:jc w:val="right"/>
      </w:pPr>
      <w:r>
        <w:t>ہر حال میں ان کی بات سننی ہے ان کے لیے دعا کرنی ہے ان کا خیال کرنا ہے تو یہ بھی ایک بہت ہی اہم بات ملتی ہے ہمیں حضرت اسماء کی زندگی سے اور بہت ہی اہ ایکسیپشنل اور موٹیویٹنگ اور انسپائرنگ سٹوری ہے جی جزاک اللہ ڈاکٹر صاحب ایک کمنٹ بھیجا ہے مس فریدہ کامران نے اسلام آباد پاکستان سے انہوں نے لکھا ہے حضرت عائشہ واز ا لیڈی اف نالج اینڈ دیر ار ایت ان ار اونر</w:t>
      </w:r>
    </w:p>
    <w:p>
      <w:r>
        <w:rPr>
          <w:b/>
        </w:rPr>
        <w:t xml:space="preserve">[33:51] </w:t>
      </w:r>
      <w:r>
        <w:t>in quran she is a role model for us ah doctor sahib abhi aap nay zikr kiya tha kay hazrat aisha ka nikah hua lekin rukhsati nahi hui rukhsati baad mein hui to main chahunga kay kuch un ki marriage ki baat kay baray mein bhi aap hum sab ko batayen jab rukhsati un ki baad mein hui to is is doran is period in ki life ah ah us kay baray mein kuch hum sab ko batayen</w:t>
      </w:r>
    </w:p>
    <w:p>
      <w:pPr>
        <w:jc w:val="right"/>
      </w:pPr>
      <w:r>
        <w:t>ان قرآن شی از ا رول ماڈل فار اس اہ ڈاکٹر صاحب ابھی آپ نے ذکر کیا تھا کہ حضرت عائشہ کا نکاح ہوا لیکن رخصتی نہیں ہوئی رخصتی بعد میں ہوئی تو میں چاہوں گا کہ کچھ ان کی میرج کی بات کے بارے میں بھی آپ ہم سب کو بتائیں جب رخصتی ان کی بعد میں ہوئی تو اس اس دوران اس پیریڈ ان کی لائف اہ اہ اس کے بارے میں کچھ ہم سب کو بتائیں</w:t>
      </w:r>
    </w:p>
    <w:p>
      <w:r>
        <w:rPr>
          <w:b/>
        </w:rPr>
        <w:t xml:space="preserve">[34:18] </w:t>
      </w:r>
      <w:r>
        <w:t>gay hazrat aisha batati hain kay aik bar main apnay saheliyon kay sath thi to meri mother aayen ah hazrat umm rumman aur mujhe lay gayeen aur wahan ah balkay is say pehlay ah hazrat</w:t>
      </w:r>
    </w:p>
    <w:p>
      <w:pPr>
        <w:jc w:val="right"/>
      </w:pPr>
      <w:r>
        <w:t>گے حضرت عائشہ بتاتی ہیں کہ ایک بار میں اپنے سہیلیوں کے ساتھ تھی تو میری مدر آئیں اہ حضرت ام رمان اور مجھے لے گئیں اور وہاں اہ بلکہ اس سے پہلے اہ حض</w:t>
      </w:r>
    </w:p>
    <w:p>
      <w:r>
        <w:rPr>
          <w:b/>
        </w:rPr>
        <w:t xml:space="preserve">[34:39] </w:t>
      </w:r>
      <w:r>
        <w:t>aisha nay bataya kay main beemar ho gayi ji aur mujhe bukhar aa gaya aur meray baal jhar gayee ah to phir kafi din kay baad main meri tabiyat theek hui jab meray baal aa gayee aur aur aur main theek ho gayi sehat sehat yaab ho gayi tab ka yeh waqia hai kay woh aik bar kahin saheliyon kay sath th</w:t>
      </w:r>
    </w:p>
    <w:p>
      <w:pPr>
        <w:jc w:val="right"/>
      </w:pPr>
      <w:r>
        <w:t>رت عائشہ نے بتایا کہ میں بیمار ہو گئی جی اور مجھے بخار آ گیا اور میرے بال جھڑ گئے اہ تو پھر کافی دن کے بعد میں میری طبیعت ٹھیک ہوئی جب میرے بال آ گئے اور اور اور میں ٹھیک ہو گئی صحت صحت یاب ہو گئی تب کا یہ واقعہ ہے کہ وہ ایک بار کہیں سہیلیوں کے ساتھ تھ</w:t>
      </w:r>
    </w:p>
    <w:p>
      <w:r>
        <w:rPr>
          <w:b/>
        </w:rPr>
        <w:t xml:space="preserve">[35:02] </w:t>
      </w:r>
      <w:r>
        <w:t>een ji to un ki mother aayen aur un ko ghar lay gayeen aur un ka ah munh woh dhalwaya aur ah ah ah aur phir woh ah ah jo ah kuch wahan ladies theen ji unhon nay kuch banao singhar waghera kiya</w:t>
      </w:r>
    </w:p>
    <w:p>
      <w:pPr>
        <w:jc w:val="right"/>
      </w:pPr>
      <w:r>
        <w:t>یں جی تو ان کی مدر آئیں اور ان کو گھر لے گئیں اور ان کا اہ منہ وہ دھلوایا اور اہ اہ اہ اور پھر وہ اہ اہ جو اہ کچھ وہاں لیڈیز تھیں جی انہوں نے کچھ بناؤ سنگھار وغیرہ کیا</w:t>
      </w:r>
    </w:p>
    <w:p>
      <w:r>
        <w:rPr>
          <w:b/>
        </w:rPr>
        <w:t xml:space="preserve">[35:24] </w:t>
      </w:r>
      <w:r>
        <w:t>phir ah yeh gaye wahan ah ah rasool Allah kay ghar hazrat aisha ko lay kay ji aur bohat hi saada andaaz mein ah nikah ho gaya aur yani rukhsati ho gayi to ah hazrat aisha batati hain kay ah na koi bakri ya na koi oont zabah hua yani koi d</w:t>
      </w:r>
    </w:p>
    <w:p>
      <w:pPr>
        <w:jc w:val="right"/>
      </w:pPr>
      <w:r>
        <w:t>پھر اہ یہ گئے وہاں اہ اہ رسول اللہ کے گھر حضرت عائشہ کو لے کے جی اور بہت ہی سادہ انداز میں اہ نکاح ہو گیا اور یعنی رخصتی ہو گئی تو اہ حضرت عائشہ بتاتی ہیں کہ اہ نہ کوئی بکری یا نہ کوئی اونٹ ذبح ہوا یعنی کوئی د</w:t>
      </w:r>
    </w:p>
    <w:p>
      <w:r>
        <w:rPr>
          <w:b/>
        </w:rPr>
        <w:t xml:space="preserve">[35:48] </w:t>
      </w:r>
      <w:r>
        <w:t>aulat nahi hui koi wo waliman ke andaz ki cheez balkay ghar mein kuch khane ke liye</w:t>
      </w:r>
    </w:p>
    <w:p>
      <w:pPr>
        <w:jc w:val="right"/>
      </w:pPr>
      <w:r>
        <w:t>عوت نہیں ہوئی کوئی وہ ولیمان کے انداز کی چیز بلکہ اہ گھر میں کچھ کھانے کے لیے</w:t>
      </w:r>
    </w:p>
    <w:p>
      <w:r>
        <w:rPr>
          <w:b/>
        </w:rPr>
        <w:t xml:space="preserve">[35:53] </w:t>
      </w:r>
      <w:r>
        <w:t>nahi tha us waqt jis din shadi hui hai aur yeh</w:t>
      </w:r>
    </w:p>
    <w:p>
      <w:pPr>
        <w:jc w:val="right"/>
      </w:pPr>
      <w:r>
        <w:t>نہیں تھا اس وقت جس دن شادی ہوئی ہے اور یہ</w:t>
      </w:r>
    </w:p>
    <w:p>
      <w:r>
        <w:rPr>
          <w:b/>
        </w:rPr>
        <w:t xml:space="preserve">[35:58] </w:t>
      </w:r>
      <w:r>
        <w:t>a a batati hain ki ek Sahabi ne ek bol bara bol doodh ka bheja hmm to wo</w:t>
      </w:r>
    </w:p>
    <w:p>
      <w:pPr>
        <w:jc w:val="right"/>
      </w:pPr>
      <w:r>
        <w:t>اہ اہ بتاتی ہیں کہ ایک صحابی نے ایک بول بڑا بول دودھ کا بھیجا ہمم تو وہ</w:t>
      </w:r>
    </w:p>
    <w:p>
      <w:r>
        <w:rPr>
          <w:b/>
        </w:rPr>
        <w:t xml:space="preserve">[36:06] </w:t>
      </w:r>
      <w:r>
        <w:t>Rasulullah ne piya aur phir maine piya hmm to phir baad mein jab Sahaba ko pata</w:t>
      </w:r>
    </w:p>
    <w:p>
      <w:pPr>
        <w:jc w:val="right"/>
      </w:pPr>
      <w:r>
        <w:t>رسول اللہ نے پیا اور پھر میں نے پیا ہمم تو پھر بعد میں جب صحابہ کو پتہ</w:t>
      </w:r>
    </w:p>
    <w:p>
      <w:r>
        <w:rPr>
          <w:b/>
        </w:rPr>
        <w:t xml:space="preserve">[36:12] </w:t>
      </w:r>
      <w:r>
        <w:t>chala to unko kuch ehsas hua to unhone kuch gifts waghera bheje to</w:t>
      </w:r>
    </w:p>
    <w:p>
      <w:pPr>
        <w:jc w:val="right"/>
      </w:pPr>
      <w:r>
        <w:t>چلا تو ان کو کچھ احساس ہوا تو انہوں نے کچھ گفٹس وغیرہ بھیجے تو</w:t>
      </w:r>
    </w:p>
    <w:p>
      <w:r>
        <w:rPr>
          <w:b/>
        </w:rPr>
        <w:t xml:space="preserve">[36:18] </w:t>
      </w:r>
      <w:r>
        <w:t>itni sadgi se yeh yeh shadi hui ah ah jo yani bohat hi exemplary aur aaj kal to aap dekhte hain kya hota hai ji ji ji aur doctor sahib in ke ghar ke bare mein bataiye ke ghar kaisa tha matlab aap ne bataya ke kitne simple andaaz mein jo hai in ki rukhsati hui ah to ghar ke bare mein bhi kuch bataein doctor sahib</w:t>
      </w:r>
    </w:p>
    <w:p>
      <w:pPr>
        <w:jc w:val="right"/>
      </w:pPr>
      <w:r>
        <w:t>اتنی سادگی سے یہ یہ شادی ہوئی اہ اہ جو یعنی بہت ہی ایگزیمپلری اور اج کل تو آپ دیکھتے ہیں کیا ہوتا ہے جی جی جی اور ڈاکٹر صاحب ان کے گھر کے بارے میں بتائیے کہ گھر کیسا تھا مطلب آپ نے بتایا کہ کتنے سمپل انداز میں جو ہے ان کی رخصتی ہوئی اہ تو گھر کے بارے میں بھی کچھ بتائیں ڈاکٹر صاح</w:t>
      </w:r>
    </w:p>
    <w:p>
      <w:r>
        <w:rPr>
          <w:b/>
        </w:rPr>
        <w:t xml:space="preserve">[36:39] </w:t>
      </w:r>
      <w:r>
        <w:t>ba darasal jab prophet muhammad sallallahu alaihi wasallam ah madina pahunche to wahan kuch masjid pehle masjid banwai to masjid ke paas ah kuch kamre banwaye jin ko hujraat kaha jata hai quran mein surat ka naam bhi hai al-hujraat to inhi mein se ek ek ek kamra tha</w:t>
      </w:r>
    </w:p>
    <w:p>
      <w:pPr>
        <w:jc w:val="right"/>
      </w:pPr>
      <w:r>
        <w:t>ب دراصل جب پرافٹ محمد صلی اللہ علیہ وسلم اہ مدینہ پہنچے تو وہاں کچھ مسجد پہلے مسجد بنوائی تو مسجد کے پاس اہ کچھ کمرے بنوائے جن کو حجرات کہا جاتا ہے قرآن میں سورت کا نام بھی ہے الحجرات تو انہی میں سے ایک ایک ایک کمرہ تھا</w:t>
      </w:r>
    </w:p>
    <w:p>
      <w:r>
        <w:rPr>
          <w:b/>
        </w:rPr>
        <w:t xml:space="preserve">[37:05] </w:t>
      </w:r>
      <w:r>
        <w:t>agar aap dekhen to to woh ek chota sa kamra tha yani main samajhta hoon ke das barah foot by ten foot by 15 foot yeh kamra raha hoga ji</w:t>
      </w:r>
    </w:p>
    <w:p>
      <w:pPr>
        <w:jc w:val="right"/>
      </w:pPr>
      <w:r>
        <w:t>اگر آپ دیکھیں تو تو وہ ایک چھوٹا سا کمرہ تھا یعنی میں سمجھتا ہوں کہ دس بارہ فٹ بائی ٹین فٹ بائی 15 فٹ یہ کمرہ رہا ہوگا جی</w:t>
      </w:r>
    </w:p>
    <w:p>
      <w:r>
        <w:rPr>
          <w:b/>
        </w:rPr>
        <w:t xml:space="preserve">[37:19] </w:t>
      </w:r>
      <w:r>
        <w:t>aur is ki height thi taqreeban saat foot aur woh pathar is ki deewarein pathar ki bani hui theen aur jo pillars the woh ah khajoor ke jo khajoor ka jo tana hota hai na baray strong hota hai ji is ke bane hue the aur jo chhat thi woh khajoor ke patiyon ki bani hui thi woh jo patiyan sookh jati hain na kafi strong ho jati hain to bilkul aap dekh samajh sakte hain kitna saada tha hmm to</w:t>
      </w:r>
    </w:p>
    <w:p>
      <w:pPr>
        <w:jc w:val="right"/>
      </w:pPr>
      <w:r>
        <w:t>اور اس کی ہائٹ تھی تقریبا سات فٹ اور وہ پتھر اس کی دیواریں پتھر کی بنی ہوئی تھیں اور جو پلرز تھے وہ اہ کھجور کے جو کھجور کا جو تنا ہوتا ہے نا بڑے سٹرانگ ہوتا ہے جی اس کے بنے ہوئے تھے اور جو چھت تھی وہ کھجور کے پتیوں کی بنی ہوئی تھی وہ جو پتیاں سوکھ جاتی ہیں نا کافی سٹرانگ ہو جاتی ہیں تو بالکل آپ دیکھ سمجھ سکتے ہیں کتنا سادہ تھا ہمم تو</w:t>
      </w:r>
    </w:p>
    <w:p>
      <w:r>
        <w:rPr>
          <w:b/>
        </w:rPr>
        <w:t xml:space="preserve">[37:48] </w:t>
      </w:r>
      <w:r>
        <w:t>ah ah woh jo ghar tha us ke aage ek ek ek bohat bara sa area tha taqreeban 50 foot by 100 foot ka ek open space thi ji to rasool Allah ne is ke bare mein kaha tha ke bain mimbar-i-wa baiti rawdatun min riyadil jannah ke mere ghar aur mere mimbar mimbar jahan namaz parhte hain aur khutba dete hain</w:t>
      </w:r>
    </w:p>
    <w:p>
      <w:pPr>
        <w:jc w:val="right"/>
      </w:pPr>
      <w:r>
        <w:t>اہ اہ وہ جو گھر تھا اس کے اگے ایک ایک ایک بہت بڑا سا ایریا تھا تقریبا 50 فٹ بائی 100 فٹ کا ایک اوپن سپیس تھی جی تو رسول اللہ نے اس کے بارے میں کہا تھا کہ بین ممبری و بیتی روضۃ من ریاض الجنہ کہ میرے گھر اور میرے ممبر ممبر جہاں نماز پڑھتے ہیں اور خطبہ دیتے ہیں</w:t>
      </w:r>
    </w:p>
    <w:p>
      <w:r>
        <w:rPr>
          <w:b/>
        </w:rPr>
        <w:t xml:space="preserve">[38:13] </w:t>
      </w:r>
      <w:r>
        <w:t>woh khutba jahan dete hain mimbar se le ke mere ghar tak ka jo area hai woh open space yeh jannat ke baghon mein se ek bagh hai hmm to aam taur se log samajhte hain ke jannat mein se yeh aya hai tukra yahan lagaya gaya hai phir jab qayamat aaye gi to ukhaad ke us ko wapas le jayenge acha yeh matlab nahi tha</w:t>
      </w:r>
    </w:p>
    <w:p>
      <w:pPr>
        <w:jc w:val="right"/>
      </w:pPr>
      <w:r>
        <w:t>وہ خطبہ جہاں دیتے ہیں ممبر سے لے کے میرے گھر تک کا جو ایریا ہے وہ اوپن سپیس یہ جنت کے باغوں میں سے ایک باغ ہے ہمم تو عام طور سے لوگ سمجھتے ہیں کہ جنت میں سے یہ ایا ہے ٹکڑا یہاں لگایا گیا ہے پھر جب قیامت ائے گی تو اکھاڑ کے اس کو واپس لے جائیں گے اچھا یہ مطلب نہیں تھا</w:t>
      </w:r>
    </w:p>
    <w:p>
      <w:r>
        <w:rPr>
          <w:b/>
        </w:rPr>
        <w:t xml:space="preserve">[38:32] </w:t>
      </w:r>
      <w:r>
        <w:t>darasal wahan rasool Allah sallallahu alaihi wasallam baithte the aur Khuda ko yaad karte the zikr karte the aur dua karte the namaz parhte the hmm aur dawat ki planning karte the to jab aisa hota hai to farishte aate hain wahan yaqeenan jab bohat farishte aate hain to wahi jannat ka tukra is sense mein kaha</w:t>
      </w:r>
    </w:p>
    <w:p>
      <w:pPr>
        <w:jc w:val="right"/>
      </w:pPr>
      <w:r>
        <w:t>دراصل وہاں رسول اللہ صلی اللہ علیہ وسلم بیٹھتے تھے اور خدا کو یاد کرتے تھے ذکر کرتے تھے اور دعا کرتے تھے نماز پڑھتے تھے ہمم اور دعوت کی پلاننگ کرتے تھے تو جب ایسا ہوتا ہے تو فرشتے اتے ہیں وہاں یقینا جب بہت فرشتے اتے ہیں تو وہی جنت کا ٹکڑا اس سینس میں کہا</w:t>
      </w:r>
    </w:p>
    <w:p>
      <w:r>
        <w:rPr>
          <w:b/>
        </w:rPr>
        <w:t xml:space="preserve">[38:53] </w:t>
      </w:r>
      <w:r>
        <w:t>tha ji to woh ah ah jo Hazrat Aisha batati hain ke jab ah ah tahajjud ke waqt ah rasool Allah kabhi namaz parhte the to kabhi kabhi woh sajda mere pair pe kar dete the hmm yani aap samajh sakte hain kitna kitna simple ghar raha hoga ji Hazrat Aisha batati hain ke ah ek mat tha hamare paas ji woh mat hum bahar bichha dete the j</w:t>
      </w:r>
    </w:p>
    <w:p>
      <w:pPr>
        <w:jc w:val="right"/>
      </w:pPr>
      <w:r>
        <w:t>تھا جی تو وہ اہ اہ جو حضرت عائشہ بتاتی ہیں کہ جب اہ اہ تہجد کے وقت اہ رسول اللہ کبھی نماز پڑھتے تھے تو کبھی کبھی وہ سجدہ میرے پیر پہ کر دیتے تھے ہمم یعنی آپ سمجھ سکتے ہیں کتنا کتنا سمپل گھر رہا ہوگا جی حضرت عائشہ بتاتی ہیں کہ اہ ایک میٹ تھا ہمارے پاس جی وہ میٹ ہم باہر بچھا دیتے تھے ج</w:t>
      </w:r>
    </w:p>
    <w:p>
      <w:r>
        <w:rPr>
          <w:b/>
        </w:rPr>
        <w:t xml:space="preserve">[39:21] </w:t>
      </w:r>
      <w:r>
        <w:t>i is pe log baithte the namaz parhte the guest aate the woh baithte the aur isi pe phir hum sote the hmm ek taraf main soti thi ek taraf rasool Allah namaz parhte the to kabhi kabhi woh sajda mere pair pe karte the itna chota hota tha itna to woh us ko ya to main sikod leti thi ya woh pair se haath se hata dete the yani is qadar saada andaaz ki cheezein milti hain ke yaqeen nahi aata mashallah</w:t>
      </w:r>
    </w:p>
    <w:p>
      <w:pPr>
        <w:jc w:val="right"/>
      </w:pPr>
      <w:r>
        <w:t>ی اس پہ لوگ بیٹھتے تھے نماز پڑھتے تھے گیسٹ اتے تھے وہ بیٹھتے تھے اور اسی پہ پھر ہم سوتے تھے ہمم ایک طرف میں سوتی تھی ایک طرف رسول اللہ نماز پڑھتے تھے تو کبھی کبھی وہ سجدہ میرے پیر پہ کرتے تھے اتنا چھوٹا ہوتا تھا اتنا تو وہ اس کو یا تو میں سکوڑ لیتی تھی یا وہ پیر سے ہاتھ سے ہٹا دیتے تھے یعنی اس قدر سادہ انداز کی چیزیں ملتی ہیں کہ یقین نہیں اتا ماشاءاللہ</w:t>
      </w:r>
    </w:p>
    <w:p>
      <w:r>
        <w:rPr>
          <w:b/>
        </w:rPr>
        <w:t xml:space="preserve">[39:49] </w:t>
      </w:r>
      <w:r>
        <w:t>and doctor sahib she Hazrat Aisha was a very considerate and generous woman ah in fact she bore poverty and hunger without any complaint ah and ek martaba doctor sahib yeh bhi aaya ke un ko ek bari hundred tha dirhams jo hain woh diye gaye to unhone apne paas k</w:t>
      </w:r>
    </w:p>
    <w:p>
      <w:pPr>
        <w:jc w:val="right"/>
      </w:pPr>
      <w:r>
        <w:t>اینڈ ڈاکٹر صاحب شی حضرت عائشہ واز ا ویری کنسیڈریٹ اینڈ جنرس وومن اہ ان فیکٹ شی بور پاورٹی اینڈ ہنگر ودا اؤٹ اینی کمپلینٹ اہ اینڈ ایک مرتبہ ڈاکٹر صاحب یہ بھی ایا کہ ان کو ایک باری ہنڈرڈ تھا درہمز جو ہیں وہ دیے گئے تو انہوں نے اپنے پاس ک</w:t>
      </w:r>
    </w:p>
    <w:p>
      <w:r>
        <w:rPr>
          <w:b/>
        </w:rPr>
        <w:t xml:space="preserve">[40:09] </w:t>
      </w:r>
      <w:r>
        <w:t>uchh bhi nahi rakha poora ka poora jo hai she gave it away to needy and poor people even though that she did not have provisions in her house aur is dauran woh fast bhi kar rahi thi to un ke maid servant ne kaha ke aap kam se kam apne liye ek dirham hi rakh leti aur us se aap kuch khareed ke aap apna fast khol leti to baray simple andaaz mein unhone kaha ke ah if i remembered it i would have done it mujhe yaad nahi raha tum ne yaad dilaya hota muj</w:t>
      </w:r>
    </w:p>
    <w:p>
      <w:pPr>
        <w:jc w:val="right"/>
      </w:pPr>
      <w:r>
        <w:t>چھ بھی نہیں رکھا پورا کا پورا جو ہے شی گیو اٹ اوے ٹو نیڈی اینڈ پور پیپل ایون دو دیٹ شی ڈیڈ ناٹ ہیو پروویژنز ان ہر ہاؤس اور اس دوران وہ فاسٹ بھی کر رہی تھی تو ان کے میڈ سرونٹ نے کہا کہ آپ کم سے کم اپنے لیے ایک درہم ہی رکھ لیتی اور اس سے آپ کچھ خرید کے آپ اپنا فاسٹ کھول لیتی تو بڑے سمپل انداز میں انہوں نے کہا کہ اہ اف ائی ریممبرڈ اٹ ائی وڈ ہیو ڈن اٹ مجھے یاد نہیں رہا تم نے یاد دلایا ہوتا مجھ</w:t>
      </w:r>
    </w:p>
    <w:p>
      <w:r>
        <w:rPr>
          <w:b/>
        </w:rPr>
        <w:t xml:space="preserve">[40:35] </w:t>
      </w:r>
      <w:r>
        <w:t>he ji to doctor sahib yeh soch ah yeh righteous and pious zindagi ah isi liye develop hui kyun ke un ke companion un ke saathi rasool Allah the ah to doctor sahib kuch un ki zindagi ke bare mein bataein living with the prophet ah jo hum sab ke liye sabak ki baat bhi ho ji Hazrat Aisha ki bohat si hadith hain ji jis mein rasool Allah sallallahu alaihi wasallam ke bare mein bataya hai jaise rasool Allah khud apna kaam karte</w:t>
      </w:r>
    </w:p>
    <w:p>
      <w:pPr>
        <w:jc w:val="right"/>
      </w:pPr>
      <w:r>
        <w:t>ے جی تو ڈاکٹر صاحب یہ سوچ اہ یہ رائچیس اور پائس زندگی اہ اسی لیے ڈویلپ ہوئی کیونکہ ان کے کمپینین ان کے ساتھی رسول اللہ تھے اہ تو ڈاکٹر صاحب کچھ ان کی زندگی کے بارے میں بتائیں لیونگ ود دا پرافٹ اہ جو ہم سب کے لیے سبق کی بات بھی ہو جی حضرت عائشہ کی بہت سی حدیثیں ہیں جی جس میں رسول اللہ صلی اللہ علیہ وسلم کے بارے میں بتایا ہے جیسے رسول اللہ خود اپنا کام کرتے</w:t>
      </w:r>
    </w:p>
    <w:p>
      <w:r>
        <w:rPr>
          <w:b/>
        </w:rPr>
        <w:t xml:space="preserve">[41:02] </w:t>
      </w:r>
      <w:r>
        <w:t>the ji yani he would insist to wash his clothes he would insist to repair his own shoes shoes ji yani jo ghar ka kaam hai khud karte the ji woh serve karte the logon ko yani Hazrat Aisha batati hain ke he would serve me first then he would he would serve serve himself ji</w:t>
      </w:r>
    </w:p>
    <w:p>
      <w:pPr>
        <w:jc w:val="right"/>
      </w:pPr>
      <w:r>
        <w:t>تھے جی یعنی ہی وڈ انسسٹ ٹو واش ہز کلوتھس ہی وڈ انسسٹ ٹو ریپیئر ہز اون شوز شوز جی یعنی جو گھر کا کام ہے خود کرتے تھے جی وہ سرو کرتے تھے لوگوں کو یعنی حضرت عائشہ بتاتی ہیں کہ ہی وڈ سرو می فرسٹ دین ہی وڈ ہی وڈ سرو سرو ہم سیلف جی</w:t>
      </w:r>
    </w:p>
    <w:p>
      <w:r>
        <w:rPr>
          <w:b/>
        </w:rPr>
        <w:t xml:space="preserve">[41:22] </w:t>
      </w:r>
      <w:r>
        <w:t>aur aur ah Hazrat Aisha batati hain ke main un ki kanghi karti thi aur ah ah perfume apply karti thi aur ah un ke kapde dhoti thi aur jab sote the us waqt bed ke paas pani rakh diya karti thi ji chunke rasool Allah sallallahu alaihi wasallam jab uthte the tahajjud ke waqt to wuzu karte the aur miswak rakh diya karti thi taake woh us ko istemal kar saken chunke rasool Allah miswak karte the subah</w:t>
      </w:r>
    </w:p>
    <w:p>
      <w:pPr>
        <w:jc w:val="right"/>
      </w:pPr>
      <w:r>
        <w:t>اور اور اہ حضرت عائشہ بتاتی ہیں کہ میں ان کی کنگھی کرتی تھی اور اہ اہ پرفیوم اپلائی کرتی تھی اور اہ ان کے کپڑے دھوتی تھی اور جب سوتے تھے اس وقت بیڈ کے پاس پانی رکھ دیا کرتی تھی جی چونکہ رسول اللہ صلی اللہ علیہ وسلم جب اٹھتے تھے تہجد کے وقت تو وضو کرتے تھے اور مسواک رکھ دیا کرتی تھی تاکہ وہ اس کو استعمال کر سکیں چونکہ رسول اللہ مسواک کرتے تھے صبح</w:t>
      </w:r>
    </w:p>
    <w:p>
      <w:r>
        <w:rPr>
          <w:b/>
        </w:rPr>
        <w:t xml:space="preserve">[41:50] </w:t>
      </w:r>
      <w:r>
        <w:t>aur batati hain ke halaat aise the ghar ke ke poore poore mahine chulha nahi jalta tha hmm to baad ke zamane mein yeh baatein keen unhone to log ah logon ne poocha to aap zinda kaise rehti theen jab chulha nahi jalta tha khana nahi hota tha to Hazrat Aisha ne kaha ke we survived on two black things hmm al-aswadan ka lafz aaya hai two black things ji</w:t>
      </w:r>
    </w:p>
    <w:p>
      <w:pPr>
        <w:jc w:val="right"/>
      </w:pPr>
      <w:r>
        <w:t>اور بتاتی ہیں کہ حالات ایسے تھے گھر کے کہ پورے پورے مہینے چولہا نہیں جلتا تھا ہمم تو بعد کے زمانے میں یہ باتیں کیں انہوں نے تو لوگ اہ لوگوں نے پوچھا تو آپ زندہ کیسے رہتی تھیں جب چولہا نہیں جلتا تھا کھانا نہیں ہوتا تھا تو حضرت عائشہ نے کہا کہ وی سروائیوڈ ان ٹو بلیک تھنگز ہمم الاسودان کا لفظ ایا ہے ٹو بلیک تھنگز جی</w:t>
      </w:r>
    </w:p>
    <w:p>
      <w:r>
        <w:rPr>
          <w:b/>
        </w:rPr>
        <w:t xml:space="preserve">[42:18] </w:t>
      </w:r>
      <w:r>
        <w:t>yani dates and water hmm dates to black hoti hain water ghaliban raat ko black hi dikhta hai hai shayad is is sense mein kaha to ah kehti hain kabhi agar do waqt ka khana khaya hai hmm to us mein yaqeenan ek waqt khajoor hogi hmm</w:t>
      </w:r>
    </w:p>
    <w:p>
      <w:pPr>
        <w:jc w:val="right"/>
      </w:pPr>
      <w:r>
        <w:t>یعنی ڈیٹس اینڈ واٹر ہمم ڈیٹس تو بلیک ہوتی ہیں واٹر غالبا رات کو بلیک ہی دکھتا ہے ہے شاید اس اس سینس میں کہا تو اہ کہتی ہیں کبھی اگر دو وقت کا کھانا کھایا ہے ہمم تو اس میں یقینا ایک وقت کھجور ہوگی ہمم</w:t>
      </w:r>
    </w:p>
    <w:p>
      <w:r>
        <w:rPr>
          <w:b/>
        </w:rPr>
        <w:t xml:space="preserve">[42:44] </w:t>
      </w:r>
      <w:r>
        <w:t>yani yeh har haal tha ke agar lunch liya hai to dinner nahi hai agar dinner khaya hai to lunch nahi hai to is is tarah ke sakht halaat ji ah mein rahe ah aur batati hain ke prophet kabhi akele khana nahi khate the mujhe bulate the ji aur ah ah he would always insist me to buy</w:t>
      </w:r>
    </w:p>
    <w:p>
      <w:pPr>
        <w:jc w:val="right"/>
      </w:pPr>
      <w:r>
        <w:t>یعنی یہ ہر حال تھا کہ اگر لنچ لیا ہے تو ڈنر نہیں ہے اگر ڈنر کھایا ہے تو لنچ نہیں ہے تو اس اس طرح کے سخت حالات جی اہ میں رہے اہ اور بتاتی ہیں کہ پرافٹ کبھی اکیلے کھانا نہیں کھاتے تھے مجھے بلاتے تھے جی اور اہ اہ ہی وڈ الویز انسسٹ می ٹو بائ</w:t>
      </w:r>
    </w:p>
    <w:p>
      <w:r>
        <w:rPr>
          <w:b/>
        </w:rPr>
        <w:t xml:space="preserve">[43:14] </w:t>
      </w:r>
      <w:r>
        <w:t>it first yeh bhi ek sabak hai doctor sahib ji aur agar ah jis roti se Hazrat Aisha ne bite kiya hai wahin se rasool Allah bite karte the jis glass se piya hai pani wahin se pani peete the poochte the ke exact spot batao mashallah to is qadar mohabbat thi rasool Allah sallallahu alaihi wasallam ki ah lekin they lived in such harsh conditions it was because they were with the prophet</w:t>
      </w:r>
    </w:p>
    <w:p>
      <w:pPr>
        <w:jc w:val="right"/>
      </w:pPr>
      <w:r>
        <w:t>ٹ فرسٹ یہ بھی ایک سبق ہے ڈاکٹر صاحب جی اور اگر اہ جس روٹی سے حضرت عائشہ نے بائٹ کیا ہے وہیں سے رسول اللہ بائٹ کرتے تھے جس گلاس سے پیا ہے پانی وہیں سے پانی پیتے تھے پوچھتے تھے کہ ایگزیکٹ سپاٹ بتاؤ ماشاءاللہ تو اس قدر محبت تھی رسول اللہ صلی اللہ علیہ وسلم کی اہ لیکن دے لیوڈ ان سچ ہارش کنڈیشن اٹ واز بیکاز دے وار ود دا پرافٹ</w:t>
      </w:r>
    </w:p>
    <w:p>
      <w:r>
        <w:rPr>
          <w:b/>
        </w:rPr>
        <w:t xml:space="preserve">[43:42] </w:t>
      </w:r>
      <w:r>
        <w:t>hmm prophet ki jo ah ah ah jo jo presence tha ji woh us ki wajah se they were happy and contented hmm ji to doctor sahib yeh to bohat achhi aur sabak amoz baatein hain kuch ah aap yeh bhi bataein ke for a happy married life koi lesson which we can draw from ah Hazrat Aisha and prophet's life aaj kal to hum dekhte hain ke bohat choti si choti choti baaton pe log alag ho jate</w:t>
      </w:r>
    </w:p>
    <w:p>
      <w:pPr>
        <w:jc w:val="right"/>
      </w:pPr>
      <w:r>
        <w:t>ہمم پرافٹ کی جو اہ اہ اہ جو جو پریزنس تھا جی وہ اس کی وجہ سے دے وار ہیپی اینڈ کنٹینٹڈ ہمم جی تو ڈاکٹر صاحب یہ تو بہت اچھی اور سبق اموز باتیں ہیں کچھ اہ اپ یہ بھی بتائیں کہ فار ا ہیپی میریڈ لائف کوئی لیسن وچ وی کین ڈرا فرام اہ حضرت عائشہ اینڈ پرافٹس لائف اج کل تو ہم دیکھتے ہیں کہ بہت چھوٹی سی چھوٹی چھوٹی باتوں پہ لوگ الگ ہو جات</w:t>
      </w:r>
    </w:p>
    <w:p>
      <w:r>
        <w:rPr>
          <w:b/>
        </w:rPr>
        <w:t xml:space="preserve">[44:11] </w:t>
      </w:r>
      <w:r>
        <w:t>hain to kuch ek lesson aap bataein un ki zindagi se ab ab yeh to aap samjhiye ke Hazrat Aisha radiallahu anha ki wajah se hamein yeh sab baatein pata chali hain ji how could we have access to these details jo ghar ke andar ki baatein hain woh kaise pata chalti hain ji to Hazrat Aisha batati hain ke prophet was the last to start an argument and the first to end it</w:t>
      </w:r>
    </w:p>
    <w:p>
      <w:pPr>
        <w:jc w:val="right"/>
      </w:pPr>
      <w:r>
        <w:t>ے ہیں تو کچھ ایک لیسن اپ بتائیں ان کی زندگی سے اب اب یہ تو اپ سمجھیے کہ حضرت عائشہ رضی اللہ عنہا کی وجہ سے ہمیں یہ سب باتیں پتہ چلی ہیں جی ہاؤ کڈ وی ہیو ایکسیس ٹو دیز ڈیٹیلز جو گھر کے اندر کی باتیں ہیں وہ کیسے پتہ چلتی ہیں جی تو حضرت عائشہ بتاتی ہیں کہ پرافٹ واز دا لاسٹ ٹو سٹارٹ این ارگیومنٹ اینڈ دا فرسٹ ٹو اینڈ اٹ</w:t>
      </w:r>
    </w:p>
    <w:p>
      <w:r>
        <w:rPr>
          <w:b/>
        </w:rPr>
        <w:t xml:space="preserve">[44:40] </w:t>
      </w:r>
      <w:r>
        <w:t>yani kabhi bhi koi argument behas ladai jhagde mein padte nahi the lekin agar maan li jiye kisi wajah se is mein padna pada ji to foran khatam kar dete the to yeh main samajhta hoon ke bohat hi achha nuskha hai happy married life ka ke ya to aap is mein jhagde mein ya arguments mein dakhil hi na hon aur agar kisi wajah se ho jaye to foran ah us ko khatam kar dein</w:t>
      </w:r>
    </w:p>
    <w:p>
      <w:pPr>
        <w:jc w:val="right"/>
      </w:pPr>
      <w:r>
        <w:t>یعنی کبھی بھی کوئی ارگیومنٹ بحث لڑائی جھگڑے میں پڑھتے نہیں تھے لیکن اگر مان لیجئے کسی وجہ سے اس میں پڑھنا پڑا جی تو فورا ختم کر دیتے تھے تو یہ میں سمجھتا ہوں کہ بہت ہی اچھا نسخہ ہے ہیپی میریڈ لائف کا کہ یا تو اپ اس میں جھگڑے میں یا ارگیومنٹس میں داخل ہی نہ ہوں اور اگر کسی وجہ سے ہو جائے تو فورا اہ اس کو ختم کر دیں</w:t>
      </w:r>
    </w:p>
    <w:p>
      <w:r>
        <w:rPr>
          <w:b/>
        </w:rPr>
        <w:t xml:space="preserve">[45:10] </w:t>
      </w:r>
      <w:r>
        <w:t>ji ek baar Hazrat Aisha radiallahu anha ka aur prophet ka kafi argument ho gaya khatam hi nahi ho rahi thi baat ji to prophet ne kaha ke ah hum kisi ko bula lete hain judge ke taur pe woh faisla karega jab baat ji ho hi nahi rahi hai to Hazrat Aisha ne kaha theek hai kisi ko bulate hain hmm</w:t>
      </w:r>
    </w:p>
    <w:p>
      <w:pPr>
        <w:jc w:val="right"/>
      </w:pPr>
      <w:r>
        <w:t>جی ایک بار حضرت عائشہ رضی اللہ عنہا کا اور پرافٹ کا کافی ارگیومنٹ ہو گیا ختم ہی نہیں ہو رہی تھی بات جی تو پرافٹ نے کہا کہ اہ ہم کسی کو بلا لیتے ہیں جج کے طور پہ وہ فیصلہ کرے گا جب بات جی ہو ہی نہیں رہی ہے تو حضرت عائشہ نے کہا ٹھیک ہے کسی کو بلاتے ہیں ہمم</w:t>
      </w:r>
    </w:p>
    <w:p>
      <w:r>
        <w:rPr>
          <w:b/>
        </w:rPr>
        <w:t xml:space="preserve">[45:36] </w:t>
      </w:r>
      <w:r>
        <w:t>to prophet ne kaha ke hum ah Abu Ubaidah ibn al-Jarrah ko bulate hain ji baray sahabi the ji to unhone kaha no no no he might favor you haan haan how about my father Abu Bakr ji to prophet ne kaha theek hai as you wish to Hazrat Abu Bakr aaye yani aap dekhen kis tarah se baat karti thi ji bilkul hi nidar hmm to Hazrat Abu Bakr aaye baithe woh to</w:t>
      </w:r>
    </w:p>
    <w:p>
      <w:pPr>
        <w:jc w:val="right"/>
      </w:pPr>
      <w:r>
        <w:t>تو پرافٹ نے کہا کہ ہم اہ ابو عبیدہ ابن الجراح کو بلاتے ہیں جی بڑے صحابی تھے جی تو انہوں نے کہا نو نو نو ہی مائٹ فیور یو ہاں ہاں ہاؤ اباؤٹ مائی فادر ابوبکر جی تو پرافٹ نے کہا ٹھیک ہے ایز یو وش تو حضرت ابوبکر ائے یعنی اپ دیکھیں کس طرح سے بات کرتی تھی جی بالکل ہی نڈر ہمم تو حضرت ابوبکر ائے بیٹھے وہ تو</w:t>
      </w:r>
    </w:p>
    <w:p>
      <w:r>
        <w:rPr>
          <w:b/>
        </w:rPr>
        <w:t xml:space="preserve">[46:05] </w:t>
      </w:r>
      <w:r>
        <w:t>prophet ne kaha Hazrat Aisha se ke tum shuru karo hmm to unhone kaha no you start hmm agar aap koi ah galat baat karengi to main beech mein aap ko tokungi aur theek</w:t>
      </w:r>
    </w:p>
    <w:p>
      <w:pPr>
        <w:jc w:val="right"/>
      </w:pPr>
      <w:r>
        <w:t>پرافٹ نے کہا حضرت عائشہ سے کہ تم شروع کرو ہمم تو انہوں نے کہا نو یو سٹارٹ ہمم اگر اپ کوئی اہ غلط بات کریں گی تو میں بیچ میں اپ کو ٹوکوں گی اور ٹھیک</w:t>
      </w:r>
    </w:p>
    <w:p>
      <w:r>
        <w:rPr>
          <w:b/>
        </w:rPr>
        <w:t xml:space="preserve">[46:20] </w:t>
      </w:r>
      <w:r>
        <w:t>karungi to jab Hazrat Abu Bakr ne yeh andaaz dekha ji to woh khare ho gaye aur he was about to slap her tab tak woh prophet beech mein aa gaye ji aur woh kaise kaise mamla khatam hua hua ji aur prophet ne kaha ke dekho i have saved you from this man ji to baad mein ah ah woh to khair mamla ho gaya phir baad mein aaye Hazrat Abu Bakr kuch din ke baad to dekha sab theek thaak</w:t>
      </w:r>
    </w:p>
    <w:p>
      <w:pPr>
        <w:jc w:val="right"/>
      </w:pPr>
      <w:r>
        <w:t>کروں گی تو جب حضرت ابوبکر نے یہ انداز دیکھا جی تو وہ کھڑے ہوگئے اور ہی واز اباؤٹ ٹو سلیپ ہر تب تک وہ پرافٹ بیچ میں اگئے جی اور وہ کیسے کیسے معاملہ ختم ہوا ہوا جی اور پرافٹ نے کہا کہ دیکھو ائی ہیو سیوڈ یو فرام دس مین جی تو بعد میں اہ اہ وہ تو خیر معاملہ ہو گیا پھر بعد میں ائے حضرت ابوبکر کچھ دن کے بعد تو دیکھا سب ٹھیک ٹھاک</w:t>
      </w:r>
    </w:p>
    <w:p>
      <w:r>
        <w:rPr>
          <w:b/>
        </w:rPr>
        <w:t xml:space="preserve">[46:48] </w:t>
      </w:r>
      <w:r>
        <w:t>hain humm to hazrat abubakar ne kaha ke jaise aap ne mujhe you called me in your battle you should call me in peace also ji in good times also ji to is tarah ki cheezen hamein milti hain yani ah dekha jaye to rasool allah bhi insan thay humm aur agar hamein sabak lena hai aur lesson lene hain to is tarah ki zindagi ah hazrat muhammad sallallahu alaihi wasallam</w:t>
      </w:r>
    </w:p>
    <w:p>
      <w:pPr>
        <w:jc w:val="right"/>
      </w:pPr>
      <w:r>
        <w:t>ہیں ہمم تو حضرت ابوبکر نے کہا کہ جیسے اپ نے مجھے یو کالڈ می ان یور بیٹل یو شوڈ کال می ان پیس السو جی ان گڈ ٹائمز السو جی تو اس طرح کی چیزیں ہمیں ملتی ہیں یعنی اہ دیکھا جائے تو رسول اللہ بھی انسان تھے ہمم اور اگر ہمیں سبق لینا ہے اور لیسن لینے ہیں تو اس طرح کی زندگی اہ حضرت محمد صلی اللہ علیہ وسلم</w:t>
      </w:r>
    </w:p>
    <w:p>
      <w:r>
        <w:rPr>
          <w:b/>
        </w:rPr>
        <w:t xml:space="preserve">[47:18] </w:t>
      </w:r>
      <w:r>
        <w:t>ki bhi thi to hamein yeh dekhna hai ke unhon ne kya response diya humm ji yaqeenan to tabhi to hum koi sabak hasil kar sakenge bilkul aur doctor sahib yeh is topic par maulana wahiduddin khan sahib se bohat log advice mangte thay to unhon ne bohat achhe se is ko ah explain bhi kiya unhon ne kaha hai ke god has endowed every man and woman with different temperament different temperament meaning different nature</w:t>
      </w:r>
    </w:p>
    <w:p>
      <w:pPr>
        <w:jc w:val="right"/>
      </w:pPr>
      <w:r>
        <w:t>کی بھی تھی تو ہمیں یہ دیکھنا ہے کہ انہوں نے کیا رسپانس دیا ہمم جی یقینا تو تبھی تو ہم کوئی سبق حاصل کر سکیں گے بالکل اور ڈاکٹر صاحب یہ اس ٹاپک پر مولانا وحید الدین خان صاحب سے بہت لوگ ایڈوائس مانگتے تھے تو انہوں نے بہت اچھے سے اس کو اہ ایکسپلین بھی کیا انہوں نے کہا ہے کہ گاڈ ہیز اڈاؤڈ ایوری مین اینڈ وومن ود ڈفرنٹ ٹیمپرامنٹ ڈفرنٹ ٹیمپرامنٹ میننگ ڈفرنٹ نیچر</w:t>
      </w:r>
    </w:p>
    <w:p>
      <w:r>
        <w:rPr>
          <w:b/>
        </w:rPr>
        <w:t xml:space="preserve">[47:46] </w:t>
      </w:r>
      <w:r>
        <w:t>ab jab khuda ne hi alag alag nature rakha hai to who has the power to change it or control it so ah you know he he said ke differences basically represent different capabilities ah agar uniformity ho to koi intellectual development hi nahi hoga ah so it is very important that one should learn the art of difference management</w:t>
      </w:r>
    </w:p>
    <w:p>
      <w:pPr>
        <w:jc w:val="right"/>
      </w:pPr>
      <w:r>
        <w:t>اب جب خدا نے ہی الگ الگ نیچر رکھا ہے تو ہو ہیز دا پاور ٹو چینج اٹ اور کنٹرول اٹ سو اہ یو نو ہی ہی سیڈ کہ ڈیفرنسز بیسکلی ریپریزنٹ ڈفرنٹ کیپیبلٹیز اہ اگر یونیفارمیٹی ہو تو کوئی انٹلیکچول ڈیویلپمنٹ ہی نہیں ہوگا اہ سو اٹ از ویری امپورٹنٹ دیٹ ون شوڈ لرن دی ارٹ اف ڈیفرنس مینجمنٹ</w:t>
      </w:r>
    </w:p>
    <w:p>
      <w:r>
        <w:rPr>
          <w:b/>
        </w:rPr>
        <w:t xml:space="preserve">[48:10] </w:t>
      </w:r>
      <w:r>
        <w:t>achha woh yeh bhi kehte thay ke aksar parents responsible rehte hain kyunke bohat zyada pampering hoti hai bachon ki ghar mein aur shadi mein itna paisa kharchte hain to jab ek beti jab jati hai practical world mein and she starts living in an environment which is very different from the protective environment that she has received from her parents to us ko farq mehsoos hota hai to</w:t>
      </w:r>
    </w:p>
    <w:p>
      <w:pPr>
        <w:jc w:val="right"/>
      </w:pPr>
      <w:r>
        <w:t>اچھا وہ یہ بھی کہتے تھے کہ اکثر پیرنٹس ریسپانسبل رہتے ہیں کیونکہ بہت زیادہ پیمپرنگ ہوتی ہے بچوں کی گھر میں اور شادی میں اتنا پیسہ خرچتے ہیں تو جب ایک بیٹی جب جاتی ہے پریکٹیکل ورلڈ میں اینڈ شی سٹارٹس لیونگ ان این انوائرمنٹ وچ از ویری ڈفرنٹ فرام دا پروٹیکٹیو انوائرمنٹ دیٹ شی ہیز ریسیوڈ فرام ہر پیرنٹس تو اس کو فرق محسوس ہوتا ہے تو</w:t>
      </w:r>
    </w:p>
    <w:p>
      <w:r>
        <w:rPr>
          <w:b/>
        </w:rPr>
        <w:t xml:space="preserve">[48:34] </w:t>
      </w:r>
      <w:r>
        <w:t>woh yahi kehte thay ke parents interfere na karein aur jo couple hain woh differences ko celebrate karein rather than they try to eliminate the difference so yeh bohat achha un ka tha ke differences matlab different capabilities to wohi hamein jo hai manage karna hamein ana chahiye doctor sahib aap ne yeh abhi bara achha sa yeh example bataya bohat hi ah bohat hi mazah aya aap ke jawab ko sun kar</w:t>
      </w:r>
    </w:p>
    <w:p>
      <w:pPr>
        <w:jc w:val="right"/>
      </w:pPr>
      <w:r>
        <w:t>وہ یہی کہتے تھے کہ پیرنٹس انٹرفیئر نہ کریں اور جو کپل ہیں وہ ڈیفرنس کو سیلیبریٹ کریں ریدر دین دے ٹرائی ٹو ایلیمینیٹ دا ڈیفرنس سو یہ بہت اچھا ان کا تھا کہ ڈیفرنسز مطلب ڈفرنٹ کیپیبلٹیز تو وہی ہمیں جو ہے مینج کرنا ہمیں انا چاہیے ڈاکٹر صاحب اپ نے یہ ابھی بڑا اچھا سا یہ ایگزامپل بتایا بہت ہی اہ بہت ہی مزہ ایا اپ کے جواب کو سن کر</w:t>
      </w:r>
    </w:p>
    <w:p>
      <w:r>
        <w:rPr>
          <w:b/>
        </w:rPr>
        <w:t xml:space="preserve">[49:01] </w:t>
      </w:r>
      <w:r>
        <w:t>koi aur aisa incident ke jab disagreement hua ho ah aur us ko kaise ah phir manage kiya prophet ke household mein to us ke bare mein bhi hum sab ko batayein</w:t>
      </w:r>
    </w:p>
    <w:p>
      <w:pPr>
        <w:jc w:val="right"/>
      </w:pPr>
      <w:r>
        <w:t>کوئی اور ایسا انسیڈنٹ کہ جب ڈس ایگریمنٹ ہوا ہو اہ اور اس کو کیسے اہ پھر مینج کیا پرافٹ کے ہاؤس ہولڈ میں تو اس کے بارے میں بھی ہم سب کو بتائیں</w:t>
      </w:r>
    </w:p>
    <w:p>
      <w:r>
        <w:rPr>
          <w:b/>
        </w:rPr>
        <w:t xml:space="preserve">[49:13] </w:t>
      </w:r>
      <w:r>
        <w:t>haan aise waqiat hain jaise prophet ki wives mein kuch disagreement ho gaya aur ah darasal kya tha ke jo sahaba thay woh us waqt zyada gifts bhejte thay jab rasool allah ayesha ke sath rehte thay hazrat ayesha ke ghar mein jab rehte thay to wives ko yeh cheez pasand nahi ayi</w:t>
      </w:r>
    </w:p>
    <w:p>
      <w:pPr>
        <w:jc w:val="right"/>
      </w:pPr>
      <w:r>
        <w:t>ہاں ایسے واقعات ہیں جیسے پرافٹ کی وائفز میں کچھ ڈس ایگریمنٹ ہو گیا اور اہ دراصل کیا تھا کہ جو صحابہ تھے وہ اس وقت زیادہ گفٹس بھیجتے تھے جب رسول اللہ عائشہ کے ساتھ رہتے تھے حضرت عائشہ کے گھر میں جب رہتے تھے تو وائفز کو یہ چیز پسند نہیں ائی</w:t>
      </w:r>
    </w:p>
    <w:p>
      <w:r>
        <w:rPr>
          <w:b/>
        </w:rPr>
        <w:t xml:space="preserve">[49:40] </w:t>
      </w:r>
      <w:r>
        <w:t>to unhone Hazrat Umm Salama rz ko bheja</w:t>
      </w:r>
    </w:p>
    <w:p>
      <w:pPr>
        <w:jc w:val="right"/>
      </w:pPr>
      <w:r>
        <w:t>تو انہوں نے حضرت ام سلمہ رضی اللہ عنہ کو بھیجا</w:t>
      </w:r>
    </w:p>
    <w:p>
      <w:r>
        <w:rPr>
          <w:b/>
        </w:rPr>
        <w:t xml:space="preserve">[49:46] </w:t>
      </w:r>
      <w:r>
        <w:t>ایک دن جب Prophet حضرت عائشہ کے گھر میں تھے تو حضرت ام سلمہ بولیں Prophet سے کہ</w:t>
      </w:r>
    </w:p>
    <w:p>
      <w:pPr>
        <w:jc w:val="right"/>
      </w:pPr>
      <w:r>
        <w:t>ایک دن جب پرافٹ حضرت عائشہ کے گھر میں تھے تو حضرت ام سلمہ بولیں پرافٹ سے کہ</w:t>
      </w:r>
    </w:p>
    <w:p>
      <w:r>
        <w:rPr>
          <w:b/>
        </w:rPr>
        <w:t xml:space="preserve">[49:54] </w:t>
      </w:r>
      <w:r>
        <w:t>یہ ٹھیک نہیں ہے کہ صحابہ جو gifts ہیں اس دن بھیجتے ہیں جب آپ حضرت عائشہ کے</w:t>
      </w:r>
    </w:p>
    <w:p>
      <w:pPr>
        <w:jc w:val="right"/>
      </w:pPr>
      <w:r>
        <w:t>یہ ٹھیک نہیں ہے کہ صحابہ جو گفٹس ہیں اس دن بھیجتے ہیں جب اپ حضرت عائشہ کے</w:t>
      </w:r>
    </w:p>
    <w:p>
      <w:r>
        <w:rPr>
          <w:b/>
        </w:rPr>
        <w:t xml:space="preserve">[50:01] </w:t>
      </w:r>
      <w:r>
        <w:t>ghar mein rehte hain ap ko chahiye ki logon ko bata dein koi khutba dein ya bata dein</w:t>
      </w:r>
    </w:p>
    <w:p>
      <w:pPr>
        <w:jc w:val="right"/>
      </w:pPr>
      <w:r>
        <w:t>گھر میں رہتے ہیں اپ کو چاہیے کہ لوگوں کو بتا دیں کوئی خطبہ دیں یا بتا دیں</w:t>
      </w:r>
    </w:p>
    <w:p>
      <w:r>
        <w:rPr>
          <w:b/>
        </w:rPr>
        <w:t xml:space="preserve">[50:07] </w:t>
      </w:r>
      <w:r>
        <w:t>ki aisa na karein jab chahe bheja karein</w:t>
      </w:r>
    </w:p>
    <w:p>
      <w:pPr>
        <w:jc w:val="right"/>
      </w:pPr>
      <w:r>
        <w:t>کہ ایسا نہ کریں جب چاہے بھیجا کریں</w:t>
      </w:r>
    </w:p>
    <w:p>
      <w:r>
        <w:rPr>
          <w:b/>
        </w:rPr>
        <w:t xml:space="preserve">[50:11] </w:t>
      </w:r>
      <w:r>
        <w:t>to prophet ne bari zabardast baat kahi ji bole ya umme salma la tuzini fi ayesha a umme salma don't hurt me in regard to ayesha wallah ma nazala alaihi al-wahy ke khuda ki qasam wahy sirf us waqt nazil hoti hai</w:t>
      </w:r>
    </w:p>
    <w:p>
      <w:pPr>
        <w:jc w:val="right"/>
      </w:pPr>
      <w:r>
        <w:t>تو پرافٹ نے بڑی زبردست بات کہی جی بولے یا ام سلمہ لا توزینی فی عائشہ اے ام سلمہ ڈونٹ ہرٹ می ان ریگارڈ ٹو عائشہ واللہ ما نزل علی الوحی کہ خدا کی قسم وحی صرف اس وقت نازل ہوتی ہے</w:t>
      </w:r>
    </w:p>
    <w:p>
      <w:r>
        <w:rPr>
          <w:b/>
        </w:rPr>
        <w:t xml:space="preserve">[50:38] </w:t>
      </w:r>
      <w:r>
        <w:t>wa'ana fi lihaafi imraatin minkun ghairah ke jo khuda jo quran ki wahy hai woh sirf us waqt nazil hoti hai jab mein ayesha ke sath rehta hoon aur kisi ke sath jab rehta hoon to quran ki wahy nahi ati to jab hazrat umme salma ne suna ke ah allah taala wahy quran ki jo hai woh hazrat ayesha ke ghar mein bhejta hai to woh ek dum chup ho gayin</w:t>
      </w:r>
    </w:p>
    <w:p>
      <w:pPr>
        <w:jc w:val="right"/>
      </w:pPr>
      <w:r>
        <w:t>وانا فی لہاف امرات من کن غیرہ کہ جو خدا جو قران کی وحی ہے وہ صرف اس وقت نازل ہوتی ہے جب میں عائشہ کے ساتھ رہتا ہوں اور کسی کے ساتھ جب رہتا ہوں تو قران کی وحی نہیں اتی تو جب حضرت ام سلمہ نے سنا کہ اہ اللہ تعالی وحی قران کی جو ہے وہ حضرت عائشہ کے گھر میں بھیجتا ہے تو وہ ایک دم چپ ہو گئیں</w:t>
      </w:r>
    </w:p>
    <w:p>
      <w:r>
        <w:rPr>
          <w:b/>
        </w:rPr>
        <w:t xml:space="preserve">[51:07] </w:t>
      </w:r>
      <w:r>
        <w:t>ke hum to bohat choti si baat ke liye aaye thay ji to ah yeh darasal ah hadith mein ata hai maulana ne bhi is ko kafi ah is pe emphasis kiya hai ke hazrat ayesha r.a. batati hain ke agar mein jaag rahi hoti thi ah tahajjud ke waqt to prophet mujh se baatein karte thay ji</w:t>
      </w:r>
    </w:p>
    <w:p>
      <w:pPr>
        <w:jc w:val="right"/>
      </w:pPr>
      <w:r>
        <w:t>کہ ہم تو بہت چھوٹی سی بات کے لیے ائے تھے جی تو اہ یہ دراصل اہ حدیث میں اتا ہے مولانا نے بھی اس کو کافی اہ اس پہ ایمفیسز کیا ہے کہ حضرت عائشہ رضی اللہ عنہا بتاتی ہیں کہ اگر میں جگ رہی ہوتی تھی اہ تہجد کے وقت تو پرافٹ مجھ سے باتیں کرتے تھے جی</w:t>
      </w:r>
    </w:p>
    <w:p>
      <w:r>
        <w:rPr>
          <w:b/>
        </w:rPr>
        <w:t xml:space="preserve">[51:31] </w:t>
      </w:r>
      <w:r>
        <w:t>hadith mein ata hai fa in kuntu musta'qithatan haddathani haddathani ke jab mein agar jaag rahi hoti thi ah tahajjud ke waqt to rasool allah mujh se baatein karte thay ji to maulana ne is ko explain kiya hai ke aisi baatein nahi ke gharelu baatein aur politics ki idhar udhar jo hum karte hain aaj kal balke ah spiritual discussion karte thay</w:t>
      </w:r>
    </w:p>
    <w:p>
      <w:pPr>
        <w:jc w:val="right"/>
      </w:pPr>
      <w:r>
        <w:t>حدیث میں اتا ہے فان کنت مستعقذتا حدثنی حدثنی کہ جب میں اگر جگ رہی ہوتی تھی اہ تہجد کے وقت تو رسول اللہ مجھ سے باتیں کرتے تھے جی تو مولانا نے اس کو ایکسپلین کیا ہے کہ ایسی باتیں نہیں کہ گھریلو باتیں اور پولیٹکس کی ادھر ادھر جو ہم کرتے ہیں اج کل بلکہ اہ سپرچول ڈسکشن کرتے تھے</w:t>
      </w:r>
    </w:p>
    <w:p>
      <w:r>
        <w:rPr>
          <w:b/>
        </w:rPr>
        <w:t xml:space="preserve">[51:59] </w:t>
      </w:r>
      <w:r>
        <w:t>isi liye maulana ne bohat zor diya tha ke aap log spiritual partner baniye kitchen partner mat baniye ji to ah yeh yeh bohat hi aham baat hai ke chunke hazrat ah ayesha r.a. bohat hi zaheen theen bohat hi wise theen to jab quran nazil hua karta hoga wahy ati</w:t>
      </w:r>
    </w:p>
    <w:p>
      <w:pPr>
        <w:jc w:val="right"/>
      </w:pPr>
      <w:r>
        <w:t>اسی لیے مولانا نے بہت زور دیا تھا کہ اپ لوگ سپرچول پارٹنر بنیے کچن پارٹنر مت بنیے جی تو اہ یہ یہ بہت ہی اہم بات ہے کہ چونکہ حضرت اہ عائشہ رضی اللہ عنہا بہت ہی ذہین تھیں بہت ہی وائز تھیں تو جب قران نازل ہوا کرتا ہوگا وحی اتی</w:t>
      </w:r>
    </w:p>
    <w:p>
      <w:r>
        <w:rPr>
          <w:b/>
        </w:rPr>
        <w:t xml:space="preserve">[52:22] </w:t>
      </w:r>
      <w:r>
        <w:t>rahi hogi to us waqt jo baatein hoti hongi gehri baatein woh rasool allah hazrat ayesha se discuss karte thay to yeh ek waqia baharhal kitabon mein ata hai ji jazak allah doctor sahib akhri sawal puchne se pehle kuch comments padhna chahunga ah bohat log program dekh rahe hain doctor sahib kochi se miss reshma parvez unhon ne bhi comments bheje hain</w:t>
      </w:r>
    </w:p>
    <w:p>
      <w:pPr>
        <w:jc w:val="right"/>
      </w:pPr>
      <w:r>
        <w:t>رہی ہوگی تو اس وقت جو باتیں ہوتی ہوں گی گہری باتیں وہ رسول اللہ حضرت عائشہ سے ڈسکس کرتے تھے تو یہ ایک واقعہ بہرحال کتابوں میں اتا ہے جی جزاک اللہ ڈاکٹر صاحب اخری سوال پوچھنے سے پہلے کچھ کمنٹس پڑھنا چاہوں گا اہ بہت لوگ پروگرام دیکھ رہے ہیں ڈاکٹر صاحب کوچی سے مس ریشمہ پرویز انہوں نے بھی کمنٹس بھیجے ہیں</w:t>
      </w:r>
    </w:p>
    <w:p>
      <w:r>
        <w:rPr>
          <w:b/>
        </w:rPr>
        <w:t xml:space="preserve">[52:47] </w:t>
      </w:r>
      <w:r>
        <w:t>miss caroline srinagar unhon ne likha hai brilliant session disclosing disclosing some of the personal aspects of life of prophet muhammad and sahaba it was really very impressive and enlightening role of asma as a courageous and patient woman is a perfect role model for us thank you for sharing a fruitful and knowledgeable conversation ah rohit kumar ji ne amritsar se likha hai jazak allah doctor sahib ji</w:t>
      </w:r>
    </w:p>
    <w:p>
      <w:pPr>
        <w:jc w:val="right"/>
      </w:pPr>
      <w:r>
        <w:t>مس کروت لین سری نگر انہوں نے لکھا ہے بریلینٹ سیشن ڈسکلوزنگ ڈسکلوزنگ سم اف دا پرسنل ایسپیکٹس اف لائف اف پرافٹ محمد اینڈ صحابہ اٹ واز ریلی ویری امپریسو اینڈ انلائٹننگ رول اف اسماء ایز ا کریجیس اینڈ پیشنٹ وومن از ا پرفیکٹ رول ماڈل فار اس تھینک یو فار شیئرنگ ا فروٹ فل اینڈ نالج ایبل کنورسیشن اہ روہت کمار جی نے امرتسر سے لکھا ہے جزاک اللہ ڈاکٹر صاحب جی</w:t>
      </w:r>
    </w:p>
    <w:p>
      <w:r>
        <w:rPr>
          <w:b/>
        </w:rPr>
        <w:t xml:space="preserve">[53:15] </w:t>
      </w:r>
      <w:r>
        <w:t>allah aap sab ke mission ko har ghar tak pahunchaye ah phir unhon ne likha hai ke maulana ji ke lifestyle se bhi hamein sahaba ke kirdaar ki jhalak aur mehak milti hai jo hamari ego jaisi buraiyon ko khatam kar deti hain aisi feeling ati hai jab bhi maulana ke lifestyle ke bare mein hum dekhte hain ya sunte hain muhammad asif yeh baat sahi hai ji bohat achhi baat kahi unhon ne ji</w:t>
      </w:r>
    </w:p>
    <w:p>
      <w:pPr>
        <w:jc w:val="right"/>
      </w:pPr>
      <w:r>
        <w:t>اللہ اپ سب کے مشن کو ہر گھر تک پہنچائے اہ پھر انہوں نے لکھا ہے کہ مولانا جی کے لائف سٹائل سے بھی ہمیں صحابہ کے کردار کی جھلک اور مہک ملتی ہے جو ہماری ایگو جیسی برائیوں کو ختم کر دیتی ہیں ایسی فیلنگ اتی ہے جب بھی مولانا کے لائف سٹائل کے بارے میں ہم دیکھتے ہیں یا سنتے ہیں محمد اصف یہ بات صحیح ہے جی بہت اچھی بات کہی انہوں نے جی</w:t>
      </w:r>
    </w:p>
    <w:p>
      <w:r>
        <w:rPr>
          <w:b/>
        </w:rPr>
        <w:t xml:space="preserve">[53:41] </w:t>
      </w:r>
      <w:r>
        <w:t>a Muhammad Asif Khan sahib ne a jo yeh program Kolkata mein dekh rahe hain unhone likha</w:t>
      </w:r>
    </w:p>
    <w:p>
      <w:pPr>
        <w:jc w:val="right"/>
      </w:pPr>
      <w:r>
        <w:t>اہ محمد اصف خان صاحب نے اہ جو یہ پروگرام کلکتہ میں دیکھ رہے ہیں انہوں نے لکھا</w:t>
      </w:r>
    </w:p>
    <w:p>
      <w:r>
        <w:rPr>
          <w:b/>
        </w:rPr>
        <w:t xml:space="preserve">[53:47] </w:t>
      </w:r>
      <w:r>
        <w:t>hai very inspiring session and i learned a lot today Allah bohat ajr de doctor sahib ek bohat</w:t>
      </w:r>
    </w:p>
    <w:p>
      <w:pPr>
        <w:jc w:val="right"/>
      </w:pPr>
      <w:r>
        <w:t>ہے ویری انسپائرنگ سیشن اینڈ ائی لرنڈ ا لاٹ ٹوڈے اللہ بہت اجر دے ڈاکٹر صاحب ایک بہت</w:t>
      </w:r>
    </w:p>
    <w:p>
      <w:r>
        <w:rPr>
          <w:b/>
        </w:rPr>
        <w:t xml:space="preserve">[53:54] </w:t>
      </w:r>
      <w:r>
        <w:t>He interesting incident ah ah hai jis mein ah Prophet ko ek bar invitation aata hai unke</w:t>
      </w:r>
    </w:p>
    <w:p>
      <w:pPr>
        <w:jc w:val="right"/>
      </w:pPr>
      <w:r>
        <w:t>ہی انٹرسٹنگ انسیڈنٹ اہ اہ ہے جس میں اہ پرافٹ کو ایک بار انویٹیشن اتا ہے ان کے</w:t>
      </w:r>
    </w:p>
    <w:p>
      <w:r>
        <w:rPr>
          <w:b/>
        </w:rPr>
        <w:t xml:space="preserve">[54:00] </w:t>
      </w:r>
      <w:r>
        <w:t>ek Iranian neighbor ka a jo shayad bohat acha soup banate hain a to wo incident kya hai</w:t>
      </w:r>
    </w:p>
    <w:p>
      <w:pPr>
        <w:jc w:val="right"/>
      </w:pPr>
      <w:r>
        <w:t>ایک ایرانین نیبر کا اہ جو شاید بہت اچھا سوپ بناتے ہیں اہ تو وہ انسیڈنٹ کیا ہے</w:t>
      </w:r>
    </w:p>
    <w:p>
      <w:r>
        <w:rPr>
          <w:b/>
        </w:rPr>
        <w:t xml:space="preserve">[54:06] </w:t>
      </w:r>
      <w:r>
        <w:t>a wahi aaj ka akhri sawal hai is par aap khatam kijiye ji</w:t>
      </w:r>
    </w:p>
    <w:p>
      <w:pPr>
        <w:jc w:val="right"/>
      </w:pPr>
      <w:r>
        <w:t>اہ وہی اج کا اخری سوال ہے اس پر اپ ختم کیجئے جی</w:t>
      </w:r>
    </w:p>
    <w:p>
      <w:r>
        <w:rPr>
          <w:b/>
        </w:rPr>
        <w:t xml:space="preserve">[54:11] </w:t>
      </w:r>
      <w:r>
        <w:t>haan yeh bohat hi dilchasp waqia hai ah ek iranian neighbor tha to woh bohat achhe khane banata tha aap ko pata hi hai ke iranian cuisine world famous hai ji to kuch soup banata tha khas bohat hi delicious soup ji to woh prophet ko aksar invite kiya karta tha aur prophet ko pasand tha</w:t>
      </w:r>
    </w:p>
    <w:p>
      <w:pPr>
        <w:jc w:val="right"/>
      </w:pPr>
      <w:r>
        <w:t>ہاں یہ بہت ہی دلچسپ واقعہ ہے اہ ایک ایرانین نیبر تھا تو وہ بہت اچھے کھانے بناتا تھا اپ کو پتہ ہی ہے کہ ایرانین کزین ورلڈ فیمس ہے جی تو کچھ سوپ بناتا تھا خاص بہت ہی ڈیلیشیس سوپ جی تو وہ پرافٹ کو اکثر انوائٹ کیا کرتا تھا اور پرافٹ کو پسند تھا</w:t>
      </w:r>
    </w:p>
    <w:p>
      <w:r>
        <w:rPr>
          <w:b/>
        </w:rPr>
        <w:t xml:space="preserve">[54:36] </w:t>
      </w:r>
      <w:r>
        <w:t>darasal rasool allah sallallahu alaihi wasallam ko jab koi bulata tha khane pe to rasool allah tareef karte thay khane ki taake uska dil rakhne ke liye paighambar is liye nahi ata ke woh bataye ke yeh khao aur woh khao ab logon ne is se nikala hai ke rasool allah ko lauki pasand thi halwa pasand tha to yeh sab baatein bas woh sahi nahi hain</w:t>
      </w:r>
    </w:p>
    <w:p>
      <w:pPr>
        <w:jc w:val="right"/>
      </w:pPr>
      <w:r>
        <w:t>دراصل رسول اللہ صلی اللہ علیہ وسلم کو جب کوئی بلاتا تھا کھانے پہ تو رسول اللہ تعریف کرتے تھے کھانے کی تاکہ اس کا دل رکھنے کے لیے پیغمبر اس لیے نہیں اتا کہ وہ بتائے کہ یہ کھاؤ اور وہ کھاؤ اب لوگوں نے اس سے نکالا ہے کہ رسول اللہ کو لوکی پسند تھی حلوہ پسند تھا تو یہ سب باتیں بس وہ صحیح نہیں ہیں</w:t>
      </w:r>
    </w:p>
    <w:p>
      <w:r>
        <w:rPr>
          <w:b/>
        </w:rPr>
        <w:t xml:space="preserve">[55:00] </w:t>
      </w:r>
      <w:r>
        <w:t>to woh irani neighbor ne ek bar woh soup banaya aur woh aya aur bola ke rasool allah se ah please have some soup with us to us waqt hazrat ayesha bhi theen sath mein to rasool allah ne kaha ke ah wahazi yani and her what about her can't she also come to us ne kaha no just you</w:t>
      </w:r>
    </w:p>
    <w:p>
      <w:pPr>
        <w:jc w:val="right"/>
      </w:pPr>
      <w:r>
        <w:t>تو وہ ایرانی نیبر نے ایک بار وہ سوپ بنایا اور وہ ایا اور بولا کہ رسول اللہ سے اہ پلیز ہیو سم سوپ ود اس تو اس وقت حضرت عائشہ بھی تھیں ساتھ میں تو رسول اللہ نے کہا کہ اہ وہازی یعنی اینڈ ہر واٹ اباؤٹ ہر کینٹ شی السو کم تو اس نے کہا نو جسٹ یو</w:t>
      </w:r>
    </w:p>
    <w:p>
      <w:r>
        <w:rPr>
          <w:b/>
        </w:rPr>
        <w:t xml:space="preserve">[55:29] </w:t>
      </w:r>
      <w:r>
        <w:t>humm seedhe seedhe keh diya no to rasool allah ne kaha nahi mein nahi aa raha hoon humm jaane lage to us ne phir kaha ke please please come have some soup with us come inside ji to phir rasool allah ne kaha wahazi hazrat ayesha ki taraf ishara karte hue us ne kaha no ji just you la la ya rasool allah only you to rasool allah ne kaha nahi nahi mein ja raha hoon phir to us ne teesri bar kaha</w:t>
      </w:r>
    </w:p>
    <w:p>
      <w:pPr>
        <w:jc w:val="right"/>
      </w:pPr>
      <w:r>
        <w:t>ہمم سیدھے سیدھے کہہ دیا نو تو رسول اللہ نے کہا نہیں میں نہیں ا رہا ہوں ہمم جانے لگے تو اس نے پھر کہا کہ پلیز پلیز کم ہیو سم سوپ ود اس کم انسائیڈ جی تو پھر رسول اللہ نے کہا وہازی حضرت عائشہ کی طرف اشارہ کرتے ہوئے اس نے کہا نو جی جسٹ یو لا لا یا رسول اللہ اونلی یو تو رسول اللہ نے کہا نہیں نہیں میں جا رہا ہوں پھر تو اس نے تیسری بار کہا</w:t>
      </w:r>
    </w:p>
    <w:p>
      <w:r>
        <w:rPr>
          <w:b/>
        </w:rPr>
        <w:t xml:space="preserve">[55:57] </w:t>
      </w:r>
      <w:r>
        <w:t>ji ke please please have some soup with us please come please come to phir rasool allah ne ishara kiya wahazi ji to woh irani bola wahazi ke theek hai un ko bhi le aaye aap ji tab rasool allah gaye ji us ke us ke us ke haan aur woh soup liya humm to yeh ek waqia hai jo bohat hi dilchasp hai bohat hi bohat hi umdah doctor sahib i think today session was really very interesting very good very insai</w:t>
      </w:r>
    </w:p>
    <w:p>
      <w:pPr>
        <w:jc w:val="right"/>
      </w:pPr>
      <w:r>
        <w:t>جی کہ پلیز پلیز ہیو سم سوپ ود اس پلیز کم پلیز کم تو پھر رسول اللہ نے اشارہ کیا وہازی جی تو وہ ایرانی بولا وہازی کہ ٹھیک ہے ان کو بھی لے ائے اپ جی تب رسول اللہ گئے جی اس کے اس کے اس کے ہاں اور وہ سوپ لیا ہمم تو یہ ایک واقعہ ہے جو بہت ہی دلچسپ ہے بہت ہی بہت ہی عمدہ ڈاکٹر صاحب ائی تھنک ٹوڈے سیشن واز ریلی ویری انٹرسٹنگ ویری گڈ ویری انسائ</w:t>
      </w:r>
    </w:p>
    <w:p>
      <w:r>
        <w:rPr>
          <w:b/>
        </w:rPr>
        <w:t xml:space="preserve">[56:26] </w:t>
      </w:r>
      <w:r>
        <w:t>ghtful there was so many lessons ah about how we can lead a happy married life ah jazak allah doctor sahib aur hum chahenge ke aap yeh hazrat ayesha ki series ko aap aage bhi continue rakhein ah and before we end today session there are some very important releases ah which i will request doctor sahib to ah release ah one by one to yeh kuch kitabein hain jo translate hui</w:t>
      </w:r>
    </w:p>
    <w:p>
      <w:pPr>
        <w:jc w:val="right"/>
      </w:pPr>
      <w:r>
        <w:t>ٹ فل دیر واز سو مینی لیسنز اہ اباؤٹ ہاؤ وی کین لیڈ ا ہیپی میریڈ لائف اہ جزاک اللہ ڈاکٹر صاحب اور ہم چاہیں گے کہ اپ یہ حضرت عائشہ کی سیریز کو اپ اگے بھی کنٹینیو رکھیں اہ اینڈ بیفور وی اینڈ ٹوڈے سیشن دیر ار سم ویری امپورٹنٹ ریلیزز اہ وچ ائی ویل ریکویسٹ ڈاکٹر صاحب ٹو اہ ریلیز اہ ون بائی ون تو یہ کچھ کتابیں ہیں جو ٹرانسلیٹ ہوئی</w:t>
      </w:r>
    </w:p>
    <w:p>
      <w:r>
        <w:rPr>
          <w:b/>
        </w:rPr>
        <w:t xml:space="preserve">[56:53] </w:t>
      </w:r>
      <w:r>
        <w:t>hain teen kitabein Maulana Wahiduddin Khan sahib ki Tamil zaban mein ab available hain pehli kitab</w:t>
      </w:r>
    </w:p>
    <w:p>
      <w:pPr>
        <w:jc w:val="right"/>
      </w:pPr>
      <w:r>
        <w:t>ہیں تین کتابیں مولانا وحید الدین خان صاحب کی تمل زبان میں اب اویلیبل ہیں اہ پہلی کتاب</w:t>
      </w:r>
    </w:p>
    <w:p>
      <w:r>
        <w:rPr>
          <w:b/>
        </w:rPr>
        <w:t xml:space="preserve">[57:00] </w:t>
      </w:r>
      <w:r>
        <w:t>jo translate hui hai aur isko translate kiya hai Tamil Nadu se hi Muhammad Ali sahib ne</w:t>
      </w:r>
    </w:p>
    <w:p>
      <w:pPr>
        <w:jc w:val="right"/>
      </w:pPr>
      <w:r>
        <w:t>جو ٹرانسلیٹ ہوئی ہے اور اس کو ٹرانسلیٹ کیا ہے تمل ناڈو سے ہی محمد علی صاحب نے</w:t>
      </w:r>
    </w:p>
    <w:p>
      <w:r>
        <w:rPr>
          <w:b/>
        </w:rPr>
        <w:t xml:space="preserve">[57:06] </w:t>
      </w:r>
      <w:r>
        <w:t>yeh kitab Maulana ki bohat hi widely read kitab hai kai zabanon mein hai God Arises ab yeh</w:t>
      </w:r>
    </w:p>
    <w:p>
      <w:pPr>
        <w:jc w:val="right"/>
      </w:pPr>
      <w:r>
        <w:t>یہ کتاب مولانا کی بہت ہی وائیڈلی ریڈ کتاب ہے کئی زبانوں میں ہے گاڈ ارائزز اب یہ</w:t>
      </w:r>
    </w:p>
    <w:p>
      <w:r>
        <w:rPr>
          <w:b/>
        </w:rPr>
        <w:t xml:space="preserve">[57:13] </w:t>
      </w:r>
      <w:r>
        <w:t>Tamil zaban mein bhi available hai to main Doctor sahib se chahunga ke woh isko launch</w:t>
      </w:r>
    </w:p>
    <w:p>
      <w:pPr>
        <w:jc w:val="right"/>
      </w:pPr>
      <w:r>
        <w:t>تمل زبان میں بھی اویلیبل ہے تو میں ڈاکٹر صاحب سے چاہوں گا کہ وہ اس کو لانچ</w:t>
      </w:r>
    </w:p>
    <w:p>
      <w:r>
        <w:rPr>
          <w:b/>
        </w:rPr>
        <w:t xml:space="preserve">[57:20] </w:t>
      </w:r>
      <w:r>
        <w:t>karein</w:t>
      </w:r>
    </w:p>
    <w:p>
      <w:pPr>
        <w:jc w:val="right"/>
      </w:pPr>
      <w:r>
        <w:t>کریں</w:t>
      </w:r>
    </w:p>
    <w:p>
      <w:r>
        <w:rPr>
          <w:b/>
        </w:rPr>
        <w:t xml:space="preserve">[57:23] </w:t>
      </w:r>
      <w:r>
        <w:t>Bismillah Rahman Rahim</w:t>
      </w:r>
    </w:p>
    <w:p>
      <w:pPr>
        <w:jc w:val="right"/>
      </w:pPr>
      <w:r>
        <w:t>بسم اللہ الرحمن الرحیم</w:t>
      </w:r>
    </w:p>
    <w:p>
      <w:r>
        <w:rPr>
          <w:b/>
        </w:rPr>
        <w:t xml:space="preserve">[57:25] </w:t>
      </w:r>
      <w:r>
        <w:t>mujhe behad khushi ho rahi hai is kitab ko launch karte hue jo ke Tamil ka translation</w:t>
      </w:r>
    </w:p>
    <w:p>
      <w:pPr>
        <w:jc w:val="right"/>
      </w:pPr>
      <w:r>
        <w:t>مجھے بے حد خوشی ہو رہی ہے اس کتاب کو لانچ کرتے ہوئے جو کہ تمل کا ٹرانسلیشن</w:t>
      </w:r>
    </w:p>
    <w:p>
      <w:r>
        <w:rPr>
          <w:b/>
        </w:rPr>
        <w:t xml:space="preserve">[57:32] </w:t>
      </w:r>
      <w:r>
        <w:t>hai God Arises ka translation hai Tamil language mein</w:t>
      </w:r>
    </w:p>
    <w:p>
      <w:pPr>
        <w:jc w:val="right"/>
      </w:pPr>
      <w:r>
        <w:t>ہے گاڈ ارائزز کا ٹرانسلیشن ہے تمل لینگویج میں</w:t>
      </w:r>
    </w:p>
    <w:p>
      <w:r>
        <w:rPr>
          <w:b/>
        </w:rPr>
        <w:t xml:space="preserve">[57:39] </w:t>
      </w:r>
      <w:r>
        <w:t>aur Chennai se jo hamari team hai Israar sahib aur</w:t>
      </w:r>
    </w:p>
    <w:p>
      <w:pPr>
        <w:jc w:val="right"/>
      </w:pPr>
      <w:r>
        <w:t>اور چنئی سے جو ہماری ٹیم ہے اسرار صاحب اور</w:t>
      </w:r>
    </w:p>
    <w:p>
      <w:r>
        <w:rPr>
          <w:b/>
        </w:rPr>
        <w:t xml:space="preserve">[57:46] </w:t>
      </w:r>
      <w:r>
        <w:t>Iqbal sahib aur aur hazraat in logon ne yeh kafi ahem kaam kiya hai</w:t>
      </w:r>
    </w:p>
    <w:p>
      <w:pPr>
        <w:jc w:val="right"/>
      </w:pPr>
      <w:r>
        <w:t>اقبال صاحب اور اور حضرات ان لوگوں نے یہ کافی اہم کام کیا ہے</w:t>
      </w:r>
    </w:p>
    <w:p>
      <w:r>
        <w:rPr>
          <w:b/>
        </w:rPr>
        <w:t xml:space="preserve">[57:54] </w:t>
      </w:r>
      <w:r>
        <w:t>god arises to Maulana ki aham tareen kitab hai jo urdu mein mazhab aur jadeed challenge aur english mein god arises aur arabic mein al islam yatah ke naam se bohat hi maroof kitab hai allah ta'ala jaza e khair de ji</w:t>
      </w:r>
    </w:p>
    <w:p>
      <w:pPr>
        <w:jc w:val="right"/>
      </w:pPr>
      <w:r>
        <w:t>گاڈ ارائزز تو مولانا کی اہم ترین کتاب ہے جو اردو میں مذہب اور جدید چیلنج اور انگلش میں گاڈ ارائزز اور عربک میں الاسلام یتحدہ کے نام سے بہت ہی معروف کتاب ہے اللہ تعالی جزائے خیر دے جی</w:t>
      </w:r>
    </w:p>
    <w:p>
      <w:r>
        <w:rPr>
          <w:b/>
        </w:rPr>
        <w:t xml:space="preserve">[58:11] </w:t>
      </w:r>
      <w:r>
        <w:t>Maulana ki aik aur bohat hi widely read aur ah aik kitab jo kai ah mulkon mein bohat ziyada parhi jati hai raaz e hayat jis ka english tarjuma secret of success hai is title se hain ab yeh tamil zuban mein bhi ab available hai aur is ko aap ah cps ki website se bhi download kar sakte hain to main request karunga doctor sahib ko ke woh is ko bhi launch karein</w:t>
      </w:r>
    </w:p>
    <w:p>
      <w:pPr>
        <w:jc w:val="right"/>
      </w:pPr>
      <w:r>
        <w:t>مولانا کی ایک اور بہت ہی وائیڈلی ریڈ اور اہ ایک کتاب جو کئی اہ ملکوں میں بہت زیادہ پڑھی جاتی ہے راز حیات جس کا انگلش ترجمہ سیکرٹ اف سکسیس ہے اس ٹائٹل سے ہیں اب یہ تمل زبان میں بھی اب اویلیبل ہے اور اس کو اپ اہ سی پی ایس کی ویب سائٹ سے بھی ڈاؤن لوڈ کر سکتے ہیں تو میں ریکویسٹ کروں گا ڈاکٹر صاحب کو کہ وہ اس کو بھی لانچ کریں</w:t>
      </w:r>
    </w:p>
    <w:p>
      <w:r>
        <w:rPr>
          <w:b/>
        </w:rPr>
        <w:t xml:space="preserve">[58:39] </w:t>
      </w:r>
      <w:r>
        <w:t>mashallah yeh raaz e hayat ka tamil translation hai bohat hi aham kitab hai aur doctor sahib yeh mein batana bhool gaya ke kolo nadeem sahib ne translate kiya hai aur is ko edit kiya hai faiz qadri sahib ne mashallah allah ta'ala jaza e khair de</w:t>
      </w:r>
    </w:p>
    <w:p>
      <w:pPr>
        <w:jc w:val="right"/>
      </w:pPr>
      <w:r>
        <w:t>ماشاءاللہ یہ راز حیات کا تمل ٹرانسلیشن ہے بہت ہی اہم کتاب ہے اور ڈاکٹر صاحب یہ میں بتانا بھول گیا کہ کولو ندیم صاحب نے ٹرانسلیٹ کیا ہے اور اس کو ایڈٹ کیا ہے فائض قادری صاحب نے ماشاءاللہ اللہ تعالی جزائے خیر دے</w:t>
      </w:r>
    </w:p>
    <w:p>
      <w:r>
        <w:rPr>
          <w:b/>
        </w:rPr>
        <w:t xml:space="preserve">[58:56] </w:t>
      </w:r>
      <w:r>
        <w:t>ameen bohat hi ahem kitab hai aur khas toor se Pakistan mein yeh bestseller hai ji ah</w:t>
      </w:r>
    </w:p>
    <w:p>
      <w:pPr>
        <w:jc w:val="right"/>
      </w:pPr>
      <w:r>
        <w:t>امین بہت ہی اہم کتاب ہے اور خاص طور سے پاکستان میں یہ بیسٹ سیلر ہے جی اہ</w:t>
      </w:r>
    </w:p>
    <w:p>
      <w:r>
        <w:rPr>
          <w:b/>
        </w:rPr>
        <w:t xml:space="preserve">[59:02] </w:t>
      </w:r>
      <w:r>
        <w:t>Tariq Badr sahib ne bataya hai ke yeh koi 15 bees publishers isko publish karte hain mashallah</w:t>
      </w:r>
    </w:p>
    <w:p>
      <w:pPr>
        <w:jc w:val="right"/>
      </w:pPr>
      <w:r>
        <w:t>طارق بدر صاحب نے بتایا ہے کہ یہ کوئی 15 بیس پبلشرز اس کو پبلش کرتے ہیں ماشاءاللہ</w:t>
      </w:r>
    </w:p>
    <w:p>
      <w:r>
        <w:rPr>
          <w:b/>
        </w:rPr>
        <w:t xml:space="preserve">[59:08] </w:t>
      </w:r>
      <w:r>
        <w:t>bohat hi ahem kitab hai aur ah Allah taala jaza e khair de jinhone tarjuma kiya hai Tamil</w:t>
      </w:r>
    </w:p>
    <w:p>
      <w:pPr>
        <w:jc w:val="right"/>
      </w:pPr>
      <w:r>
        <w:t>بہت ہی اہم کتاب ہے اور اہ اللہ تعالی جزائے خیر دے جنہوں نے ترجمہ کیا ہے تمل</w:t>
      </w:r>
    </w:p>
    <w:p>
      <w:r>
        <w:rPr>
          <w:b/>
        </w:rPr>
        <w:t xml:space="preserve">[59:13] </w:t>
      </w:r>
      <w:r>
        <w:t>mein ji ah aur yeh teesri kitab Tamil mein ah yeh Quran for All Humanity ka tarjuma hai</w:t>
      </w:r>
    </w:p>
    <w:p>
      <w:pPr>
        <w:jc w:val="right"/>
      </w:pPr>
      <w:r>
        <w:t>میں جی اہ اور یہ تیسری کتاب تمل میں اہ یہ قران فار ال ہیومینٹی کا ترجمہ ہے</w:t>
      </w:r>
    </w:p>
    <w:p>
      <w:r>
        <w:rPr>
          <w:b/>
        </w:rPr>
        <w:t xml:space="preserve">[59:20] </w:t>
      </w:r>
      <w:r>
        <w:t>Tamil zaban mein aur isko translate kiya hai Muhammad Gani sahib ne jo Tamil Nadu se hain</w:t>
      </w:r>
    </w:p>
    <w:p>
      <w:pPr>
        <w:jc w:val="right"/>
      </w:pPr>
      <w:r>
        <w:t>تمل زبان میں اور اس کو ٹرانسلیٹ کیا ہے محمد گنی صاحب نے جو تمل ناڈو سے ہیں</w:t>
      </w:r>
    </w:p>
    <w:p>
      <w:r>
        <w:rPr>
          <w:b/>
        </w:rPr>
        <w:t xml:space="preserve">[59:26] </w:t>
      </w:r>
      <w:r>
        <w:t>to isko bhi main Doctor sahib se kahunga ke launch karein</w:t>
      </w:r>
    </w:p>
    <w:p>
      <w:pPr>
        <w:jc w:val="right"/>
      </w:pPr>
      <w:r>
        <w:t>تو اس کو بھی میں ڈاکٹر صاحب سے کہوں گا کہ لانچ کریں</w:t>
      </w:r>
    </w:p>
    <w:p>
      <w:r>
        <w:rPr>
          <w:b/>
        </w:rPr>
        <w:t xml:space="preserve">[59:32] </w:t>
      </w:r>
      <w:r>
        <w:t>mashallah yeh Quran for All Humanity ka translation hai Tamil mein aur yeh bohat achhi baat hai ke</w:t>
      </w:r>
    </w:p>
    <w:p>
      <w:pPr>
        <w:jc w:val="right"/>
      </w:pPr>
      <w:r>
        <w:t>ماشاءاللہ یہ قران فار ال ہیومینٹی کا ٹرانسلیشن ہے تمل میں اور یہ بہت اچھی بات ہے کہ</w:t>
      </w:r>
    </w:p>
    <w:p>
      <w:r>
        <w:rPr>
          <w:b/>
        </w:rPr>
        <w:t xml:space="preserve">[59:39] </w:t>
      </w:r>
      <w:r>
        <w:t>South India ki languages mein Maulana</w:t>
      </w:r>
    </w:p>
    <w:p>
      <w:pPr>
        <w:jc w:val="right"/>
      </w:pPr>
      <w:r>
        <w:t>ساؤتھ انڈیا کی لینگویجز میں مولانا</w:t>
      </w:r>
    </w:p>
    <w:p>
      <w:r>
        <w:rPr>
          <w:b/>
        </w:rPr>
        <w:t xml:space="preserve">[59:41] </w:t>
      </w:r>
      <w:r>
        <w:t>ki kitabein aane lagein</w:t>
      </w:r>
    </w:p>
    <w:p>
      <w:pPr>
        <w:jc w:val="right"/>
      </w:pPr>
      <w:r>
        <w:t>کی کتابیں انے لگیں</w:t>
      </w:r>
    </w:p>
    <w:p>
      <w:r>
        <w:rPr>
          <w:b/>
        </w:rPr>
        <w:t xml:space="preserve">[59:43] </w:t>
      </w:r>
      <w:r>
        <w:t>chunki bohat zaroorat hai south india mein wahan ke logon ki ki bohat zaroorat hai chunki wahan ke log bohat hi simple aur ah saada andaaz ki baatein samajhte hain to inshallah yeh kitabein jo tamil mein aur kannada mein aur ah telugu mein aur malayalam mein chhap rahi hain is se allah ne chaha bohat faida hoga ji jazak allah</w:t>
      </w:r>
    </w:p>
    <w:p>
      <w:pPr>
        <w:jc w:val="right"/>
      </w:pPr>
      <w:r>
        <w:t>چونکہ بہت ضرورت ہے ساؤتھ انڈیا میں وہاں کے لوگوں کی کی بہت ضرورت ہے چونکہ وہاں کے لوگ بہت ہی سمپل اور اہ سادہ انداز کی باتیں سمجھتے ہیں تو انشاءاللہ یہ کتابیں جو تمل میں اور کنڑ میں اور اہ تلگو میں اور ملیالم میں چھپ رہی ہیں اس سے اللہ نے چاہا بہت فائدہ ہوگا جی جزاک اللہ</w:t>
      </w:r>
    </w:p>
    <w:p>
      <w:r>
        <w:rPr>
          <w:b/>
        </w:rPr>
        <w:t xml:space="preserve">[1:00:10] </w:t>
      </w:r>
      <w:r>
        <w:t>doctor sahib abhi hum chahenge thoda waqt aur aap rukein kyunke aaj kai kitabein aap ko launch karni hain ah bangla mein bhi kai kitabein Maulana ki translate hui hain ah sab se pehle to yeh khushkhabri mein sab ko dena chahunga ke ah quran ah jo hai woh bangla mein ab available hai aur is ko aik bari editorial team ne mil kar is ka tarjuma karaya hai bohat mehnat se ah yeh ah jo hai lambe arse ke baad yeh ab bangla zuban mein available hai</w:t>
      </w:r>
    </w:p>
    <w:p>
      <w:pPr>
        <w:jc w:val="right"/>
      </w:pPr>
      <w:r>
        <w:t>ڈاکٹر صاحب ابھی ہم چاہیں گے تھوڑا وقت اور اپ رکیں کیونکہ اج کئی کتابیں اپ کو لانچ کرنی ہیں اہ بنگلہ میں بھی کئی کتابیں مولانا کی ٹرانسلیٹ ہوئی ہیں اہ سب سے پہلے تو یہ خوشخبری میں سب کو دینا چاہوں گا کہ اہ قران اہ جو ہے وہ بنگلہ میں اب اویلیبل ہے اور اس کو ایک بڑی ایڈیٹوریل ٹیم نے مل کر اس کا ترجمہ کرایا ہے بہت محنت سے اہ یہ اہ جو ہے لمبے عرصے کے بعد یہ اب بنگلہ زبان میں اویلیبل ہے</w:t>
      </w:r>
    </w:p>
    <w:p>
      <w:r>
        <w:rPr>
          <w:b/>
        </w:rPr>
        <w:t xml:space="preserve">[1:00:39] </w:t>
      </w:r>
      <w:r>
        <w:t>jo editorial team hai ah jisne ah yeh translation kiya hai main inke naam lena chahunga</w:t>
      </w:r>
    </w:p>
    <w:p>
      <w:pPr>
        <w:jc w:val="right"/>
      </w:pPr>
      <w:r>
        <w:t>جو ایڈیٹوریل ٹیم ہے اہ جس نے اہ یہ ٹرانسلیشن کیا ہے میں ان کے نام لینا چاہوں</w:t>
      </w:r>
    </w:p>
    <w:p>
      <w:r>
        <w:rPr>
          <w:b/>
        </w:rPr>
        <w:t xml:space="preserve">[1:00:44] </w:t>
      </w:r>
      <w:r>
        <w:t>ga ah Mohiuddin Mondal sahib Mustafa Kamal Haider sahib Shamim sahib Muhammad Israfil Islam Nadvi sahib Maulana</w:t>
      </w:r>
    </w:p>
    <w:p>
      <w:pPr>
        <w:jc w:val="right"/>
      </w:pPr>
      <w:r>
        <w:t>گا اہ محی الدین مونڈل صاحب مصطفی کمال حیدر صاحب شمیم صاحب محمد اسرافیل اسلام ندوی صاحب مولانا</w:t>
      </w:r>
    </w:p>
    <w:p>
      <w:r>
        <w:rPr>
          <w:b/>
        </w:rPr>
        <w:t xml:space="preserve">[1:00:55] </w:t>
      </w:r>
      <w:r>
        <w:t>Ismail Mondal sahib Late Wali ur Rahman Chandpuri sahib Aftab Alam sahib Javed Hussain sahib aur Muhammad Abdullah</w:t>
      </w:r>
    </w:p>
    <w:p>
      <w:pPr>
        <w:jc w:val="right"/>
      </w:pPr>
      <w:r>
        <w:t>اسرافیل مونڈل صاحب لیٹ ولی اور رحمان چاندپوری صاحب افتاب عالم صاحب جاوید حسین صاحب اور محمد عبداللہ</w:t>
      </w:r>
    </w:p>
    <w:p>
      <w:r>
        <w:rPr>
          <w:b/>
        </w:rPr>
        <w:t xml:space="preserve">[1:01:04] </w:t>
      </w:r>
      <w:r>
        <w:t>sahib ah to yeh Quran ab Bengali mein available hain</w:t>
      </w:r>
    </w:p>
    <w:p>
      <w:pPr>
        <w:jc w:val="right"/>
      </w:pPr>
      <w:r>
        <w:t>صاحب اہ تو یہ قران اب بنگلہ میں اویلیبل ہیں</w:t>
      </w:r>
    </w:p>
    <w:p>
      <w:r>
        <w:rPr>
          <w:b/>
        </w:rPr>
        <w:t xml:space="preserve">[1:01:09] </w:t>
      </w:r>
      <w:r>
        <w:t>you can use it for distributing to your circle ah who speaks bangla language so i will request doctor sahib to launch the quran translation</w:t>
      </w:r>
    </w:p>
    <w:p>
      <w:pPr>
        <w:jc w:val="right"/>
      </w:pPr>
      <w:r>
        <w:t>یو کین یوز اٹ فار ڈسٹریبیوٹنگ ٹو یور سرکل اہ ہو سپیکس بنگلہ لینگویج سو ائی ویل ریکویسٹ ڈاکٹر صاحب ٹو لانچ دی قران ٹرانسلیشن</w:t>
      </w:r>
    </w:p>
    <w:p>
      <w:r>
        <w:rPr>
          <w:b/>
        </w:rPr>
        <w:t xml:space="preserve">[1:01:21] </w:t>
      </w:r>
      <w:r>
        <w:t>ah yeh behad khushi ki baat hai ke yeh Bengali translation hai jo ke Kolkata ki team</w:t>
      </w:r>
    </w:p>
    <w:p>
      <w:pPr>
        <w:jc w:val="right"/>
      </w:pPr>
      <w:r>
        <w:t>اہ یہ بے حد خوشی کی بات ہے کہ یہ بنگالی ٹرانسلیشن ہے جو کہ کلکتہ کی ٹیم</w:t>
      </w:r>
    </w:p>
    <w:p>
      <w:r>
        <w:rPr>
          <w:b/>
        </w:rPr>
        <w:t xml:space="preserve">[1:01:29] </w:t>
      </w:r>
      <w:r>
        <w:t>ne CPS ki team Kolkata ki jo hai ah jis mein ah Abdullah sahib bohat sar garam</w:t>
      </w:r>
    </w:p>
    <w:p>
      <w:pPr>
        <w:jc w:val="right"/>
      </w:pPr>
      <w:r>
        <w:t>نے سی پی ایس کی ٹیم کلکتہ کی جو ہے اہ جس میں اہ عبداللہ صاحب بہت سرگرم</w:t>
      </w:r>
    </w:p>
    <w:p>
      <w:r>
        <w:rPr>
          <w:b/>
        </w:rPr>
        <w:t xml:space="preserve">[1:01:37] </w:t>
      </w:r>
      <w:r>
        <w:t>hain aur baqi log bhi aur yeh bohat achhi baat hai ke Quran Bengali language mein aa gaya chuna che</w:t>
      </w:r>
    </w:p>
    <w:p>
      <w:pPr>
        <w:jc w:val="right"/>
      </w:pPr>
      <w:r>
        <w:t>ہیں اور باقی لوگ بھی اور یہ بہت اچھی بات ہے کہ قران بنگالی لینگویج میں اگیا چونکہ</w:t>
      </w:r>
    </w:p>
    <w:p>
      <w:r>
        <w:rPr>
          <w:b/>
        </w:rPr>
        <w:t xml:space="preserve">[1:01:47] </w:t>
      </w:r>
      <w:r>
        <w:t>bangla desh ke jo log hain woh ah bengal ke jo log hain aur bangla desh ke bhi</w:t>
      </w:r>
    </w:p>
    <w:p>
      <w:pPr>
        <w:jc w:val="right"/>
      </w:pPr>
      <w:r>
        <w:t>بنگلہ دیش کے جو لوگ ہیں وہ اہ بنگال کے جو لوگ ہیں اور بنگلہ دیش کے بھی</w:t>
      </w:r>
    </w:p>
    <w:p>
      <w:r>
        <w:rPr>
          <w:b/>
        </w:rPr>
        <w:t xml:space="preserve">[1:01:52] </w:t>
      </w:r>
      <w:r>
        <w:t>woh log bohat hi ah ah parhne ke shauqeen hain</w:t>
      </w:r>
    </w:p>
    <w:p>
      <w:pPr>
        <w:jc w:val="right"/>
      </w:pPr>
      <w:r>
        <w:t>وہ لوگ بہت ہی اہ اہ پڑھنے کے شوقین ہیں</w:t>
      </w:r>
    </w:p>
    <w:p>
      <w:r>
        <w:rPr>
          <w:b/>
        </w:rPr>
        <w:t xml:space="preserve">[1:01:56] </w:t>
      </w:r>
      <w:r>
        <w:t>jo un ki book fair hai wahan andaza hota hai ke wahan aik tarike se itni bheed hoti hai ke jaise stampede ho jati hai to yeh bohat achi baat hai ke quran bangali language mein aa gaya aur aik aur baat hai ke jo team hai cps ki ah ah kolkata ki unhon ne do versions mein quran banaya hai ji aik jis mein thoda urdu wala andaaz hai ji aur aik jo thoda hindi ka andaaz hai h</w:t>
      </w:r>
    </w:p>
    <w:p>
      <w:pPr>
        <w:jc w:val="right"/>
      </w:pPr>
      <w:r>
        <w:t>جو ان کی بک فیئر ہے وہاں اندازہ ہوتا ہے کہ وہاں ایک طریقے سے اتنی بھیڑ ہوتی ہے کہ جیسے اسٹیمپیڈ ہو جاتی ہے تو یہ بہت اچھی بات ہے کہ قران بنگالی لینگویج میں اگیا اور ایک اور بات ہے کہ جو ٹیم ہے سی پی ایس کی اہ اہ کلکتہ کی انہوں نے دو ورژنز میں قران بنایا ہے جی ایک جس میں تھوڑا اردو والا انداز ہے جی اور ایک جو تھوڑا ہندی کا انداز ہے ہ</w:t>
      </w:r>
    </w:p>
    <w:p>
      <w:r>
        <w:rPr>
          <w:b/>
        </w:rPr>
        <w:t xml:space="preserve">[1:02:25] </w:t>
      </w:r>
      <w:r>
        <w:t>mm chunki ah ah</w:t>
      </w:r>
    </w:p>
    <w:p>
      <w:pPr>
        <w:jc w:val="right"/>
      </w:pPr>
      <w:r>
        <w:t>مم چونکہ اہ اہ</w:t>
      </w:r>
    </w:p>
    <w:p>
      <w:r>
        <w:rPr>
          <w:b/>
        </w:rPr>
        <w:t xml:space="preserve">[1:02:31] </w:t>
      </w:r>
      <w:r>
        <w:t>yeh yeh dono thode se farq ke sath aap dekh sakte hain</w:t>
      </w:r>
    </w:p>
    <w:p>
      <w:pPr>
        <w:jc w:val="right"/>
      </w:pPr>
      <w:r>
        <w:t>یہ یہ دونوں تھوڑے سے فرق کے ساتھ اپ دیکھ سکتے ہیں</w:t>
      </w:r>
    </w:p>
    <w:p>
      <w:r>
        <w:rPr>
          <w:b/>
        </w:rPr>
        <w:t xml:space="preserve">[1:02:41] </w:t>
      </w:r>
      <w:r>
        <w:t>to yeh bohat achi baat hai ke jo muslim audience hai is ke liye unhon ne thoda urdu ka andaaz</w:t>
      </w:r>
    </w:p>
    <w:p>
      <w:pPr>
        <w:jc w:val="right"/>
      </w:pPr>
      <w:r>
        <w:t>تو یہ بہت اچھی بات ہے کہ جو مسلم اڈینس ہے اس کے لیے انہوں نے تھوڑا اردو کا انداز</w:t>
      </w:r>
    </w:p>
    <w:p>
      <w:r>
        <w:rPr>
          <w:b/>
        </w:rPr>
        <w:t xml:space="preserve">[1:02:46] </w:t>
      </w:r>
      <w:r>
        <w:t>rakha hai jaise woh bata rahe the abdullah bhai ke jaise pani hai hmm to us ko pani use kiya hai lekin jo jo jo thoda doosra andaaz hai jis mein non muslims ke liye asani hai to pani ke liye jal hai ji ji ya aasman urdu walon ke liye to us mein aakash hai to is tarah ke alfaaz mein thoda sa badal ke taake dono audience baasani ah us ko ah samajh sakein to allah ta'ala jaza e khair de ameen</w:t>
      </w:r>
    </w:p>
    <w:p>
      <w:pPr>
        <w:jc w:val="right"/>
      </w:pPr>
      <w:r>
        <w:t>رکھا ہے جیسے وہ بتا رہے تھے عبداللہ بھائی کہ جیسے پانی ہے ہمم تو اس کو پانی یوز کیا ہے لیکن جو جو جو تھوڑا دوسرا انداز ہے جس میں نان مسلمز کے لیے اسانی ہے تو پانی کے لیے جل ہے جی جی یا اسمان اردو والوں کے لیے تو اس میں اکاش ہے تو اس طرح کے الفاظ میں تھوڑا سا بدل کے تاکہ دونوں اڈینس باسانی اہ اس کو اہ سمجھ سکیں تو اللہ تعالی جزائے خیر دے امین</w:t>
      </w:r>
    </w:p>
    <w:p>
      <w:r>
        <w:rPr>
          <w:b/>
        </w:rPr>
        <w:t xml:space="preserve">[1:03:15] </w:t>
      </w:r>
      <w:r>
        <w:t>doctor sahib aik kuch aur kitabein hain jaise yeh rah band nahi translated by molvi ashraf from bangla</w:t>
      </w:r>
    </w:p>
    <w:p>
      <w:pPr>
        <w:jc w:val="right"/>
      </w:pPr>
      <w:r>
        <w:t>ڈاکٹر صاحب ایک کچھ اور کتابیں ہیں جیسے یہ راہ بند نہیں ٹرانسلیٹڈ بائے مولوی اشرف فرام بنگلہ</w:t>
      </w:r>
    </w:p>
    <w:p>
      <w:r>
        <w:rPr>
          <w:b/>
        </w:rPr>
        <w:t xml:space="preserve">[1:03:21] </w:t>
      </w:r>
      <w:r>
        <w:t>desh mashallah ah bangali zaban mein bohat acha kaam ho raha hai yeh kai kitabein back waqt shaye</w:t>
      </w:r>
    </w:p>
    <w:p>
      <w:pPr>
        <w:jc w:val="right"/>
      </w:pPr>
      <w:r>
        <w:t>دیش ماشاءاللہ اہ بنگالی زبان میں بہت اچھا کام ہو رہا ہے یہ کئی کتابیں بیک وقت شائع</w:t>
      </w:r>
    </w:p>
    <w:p>
      <w:r>
        <w:rPr>
          <w:b/>
        </w:rPr>
        <w:t xml:space="preserve">[1:03:28] </w:t>
      </w:r>
      <w:r>
        <w:t>hui hain aur wahan book fair mein bhi available hongi ah isi tarah doctor sahib yeh ideology</w:t>
      </w:r>
    </w:p>
    <w:p>
      <w:pPr>
        <w:jc w:val="right"/>
      </w:pPr>
      <w:r>
        <w:t>ہوئی ہیں اور وہاں بک فیئر میں بھی اویلیبل ہوں گی اہ اسی طرح ڈاکٹر صاحب یہ ائیڈیالوجی</w:t>
      </w:r>
    </w:p>
    <w:p>
      <w:r>
        <w:rPr>
          <w:b/>
        </w:rPr>
        <w:t xml:space="preserve">[1:03:34] </w:t>
      </w:r>
      <w:r>
        <w:t>of life aur creation plan of god yeh leaflets hain jo ah distribution mein bohat helpful</w:t>
      </w:r>
    </w:p>
    <w:p>
      <w:pPr>
        <w:jc w:val="right"/>
      </w:pPr>
      <w:r>
        <w:t>اف لائف اور کریشن پلان اف گاڈ یہ لیف لیٹس ہیں جو اہ ڈسٹریبیوشن میں بہت ہیلپ فل</w:t>
      </w:r>
    </w:p>
    <w:p>
      <w:r>
        <w:rPr>
          <w:b/>
        </w:rPr>
        <w:t xml:space="preserve">[1:03:40] </w:t>
      </w:r>
      <w:r>
        <w:t>rehti hain yeh bhi ab bangla zaban mein available hain</w:t>
      </w:r>
    </w:p>
    <w:p>
      <w:pPr>
        <w:jc w:val="right"/>
      </w:pPr>
      <w:r>
        <w:t>رہتی ہیں یہ بھی اب بنگلہ زبان میں اویلیبل ہیں</w:t>
      </w:r>
    </w:p>
    <w:p>
      <w:r>
        <w:rPr>
          <w:b/>
        </w:rPr>
        <w:t xml:space="preserve">[1:03:45] </w:t>
      </w:r>
      <w:r>
        <w:t>mashallah yeh bhi bohat achi baat hai ke yeh jo leaflets hain aasani se aap de sakte hain ji aur kuch log hain ke jo in ko kitab lene mein thoda hesitation hota hai to yeh aik choti si cheez and easy to read hai doctor sahib kyunke kai log bari kitabein nahi padhte hain to yeh leaflet mein bohat hi mukhtasar andaaz mein poori baat aa jati hai so it</w:t>
      </w:r>
    </w:p>
    <w:p>
      <w:pPr>
        <w:jc w:val="right"/>
      </w:pPr>
      <w:r>
        <w:t>ماشاءاللہ یہ بھی بہت اچھی بات ہے کہ یہ جو لیف لیٹس ہیں اسانی سے اپ دے سکتے ہیں جی اور کچھ لوگ ہیں کہ جو ان کو کتاب لینے میں تھوڑا ہیزیٹیشن ہوتا ہے تو یہ ایک چھوٹی سی چیز اینڈ ایزی ٹو ریڈ ہے ڈاکٹر صاحب کیونکہ کئی لوگ بڑی کتابیں نہیں پڑھتے ہیں تو یہ لیف لیٹ میں بہت ہی مختصر انداز میں پوری بات ا جاتی ہے سو اٹ</w:t>
      </w:r>
    </w:p>
    <w:p>
      <w:r>
        <w:rPr>
          <w:b/>
        </w:rPr>
        <w:t xml:space="preserve">[1:04:07] </w:t>
      </w:r>
      <w:r>
        <w:t>so very easy to aur is mein sare qr codes waghera hain taakeh basani log ah web</w:t>
      </w:r>
    </w:p>
    <w:p>
      <w:pPr>
        <w:jc w:val="right"/>
      </w:pPr>
      <w:r>
        <w:t>س ویری ایزی ٹو اور اس میں سارے کیو ار کوڈز وغیرہ ہیں تاکہ باسانی لوگ اہ ویب</w:t>
      </w:r>
    </w:p>
    <w:p>
      <w:r>
        <w:rPr>
          <w:b/>
        </w:rPr>
        <w:t xml:space="preserve">[1:04:12] </w:t>
      </w:r>
      <w:r>
        <w:t>site pe ja sakein aur dekh sakein is ko ah doctor sahib yeh aik aur kitab hai islam</w:t>
      </w:r>
    </w:p>
    <w:p>
      <w:pPr>
        <w:jc w:val="right"/>
      </w:pPr>
      <w:r>
        <w:t>سائٹ پہ جا سکیں اور دیکھ سکیں اس کو اہ ڈاکٹر صاحب یہ ایک اور کتاب ہے اسلام</w:t>
      </w:r>
    </w:p>
    <w:p>
      <w:r>
        <w:rPr>
          <w:b/>
        </w:rPr>
        <w:t xml:space="preserve">[1:04:19] </w:t>
      </w:r>
      <w:r>
        <w:t>creator of modern age by taif hasan from bangla desh mashallah yeh toh bohat hi aham kitab hai</w:t>
      </w:r>
    </w:p>
    <w:p>
      <w:pPr>
        <w:jc w:val="right"/>
      </w:pPr>
      <w:r>
        <w:t>کریٹر اف ماڈرن ایج بائے طائف حسن فرام بنگلہ دیش ماشاءاللہ یہ تو بہت ہی اہم کتاب ہے</w:t>
      </w:r>
    </w:p>
    <w:p>
      <w:r>
        <w:rPr>
          <w:b/>
        </w:rPr>
        <w:t xml:space="preserve">[1:04:27] </w:t>
      </w:r>
      <w:r>
        <w:t>maulana ki islam creator of modern age islam door jadeed ka khaliq yeh bangla zaban mein aa gayi toh</w:t>
      </w:r>
    </w:p>
    <w:p>
      <w:pPr>
        <w:jc w:val="right"/>
      </w:pPr>
      <w:r>
        <w:t>مولانا کی اسلام کریٹر اف ماڈرن ایج اسلام دور جدید کا خالق یہ بنگلہ زبان میں اگئی تو</w:t>
      </w:r>
    </w:p>
    <w:p>
      <w:r>
        <w:rPr>
          <w:b/>
        </w:rPr>
        <w:t xml:space="preserve">[1:04:34] </w:t>
      </w:r>
      <w:r>
        <w:t>bohat hi aham kitab hai</w:t>
      </w:r>
    </w:p>
    <w:p>
      <w:pPr>
        <w:jc w:val="right"/>
      </w:pPr>
      <w:r>
        <w:t>بہت ہی اہم کتاب ہے</w:t>
      </w:r>
    </w:p>
    <w:p>
      <w:r>
        <w:rPr>
          <w:b/>
        </w:rPr>
        <w:t xml:space="preserve">[1:04:37] </w:t>
      </w:r>
      <w:r>
        <w:t>allah ta'ala jaza e khair de jin logon ne is ka tarjuma kiya hai aur shaya kiya hai ji isi tarike se yeh age of peace yeh kitab ah Maulana wahiduddin khan sahib ne jab likhi thi to us ko release ah united states institute of peace washington mein us ko launch kiya gaya tha ah bohat hi zabardast kitab hai yeh ab yeh bangla zuban mein bhi available hai to doctor sahib is ko bhi aap launch karein</w:t>
      </w:r>
    </w:p>
    <w:p>
      <w:pPr>
        <w:jc w:val="right"/>
      </w:pPr>
      <w:r>
        <w:t>اللہ تعالی جزائے خیر دے جن لوگوں نے اس کا ترجمہ کیا ہے اور شائع کیا ہے جی اسی طریقے سے یہ ایج اف پیس یہ کتاب اہ مولانا وحید الدین خان صاحب نے جب لکھی تھی تو اس کو ریلیز اہ یونائٹڈ سٹیٹ انسٹیٹیوٹ اف پیس واشنگٹن میں اس کو لانچ کیا گیا تھا اہ بہت ہی زبردست کتاب ہے یہ اب یہ بنگلہ زبان میں بھی اویلیبل ہے تو ڈاکٹر صاحب اس کو بھی اپ لانچ کریں</w:t>
      </w:r>
    </w:p>
    <w:p>
      <w:r>
        <w:rPr>
          <w:b/>
        </w:rPr>
        <w:t xml:space="preserve">[1:05:04] </w:t>
      </w:r>
      <w:r>
        <w:t>mashallah bohat khushi ho rahi hai ke age of peace bhi bangla bangali zuban mein aa gayi aham tareen kitabon mein se aik hai aur inshallah is se logon ko bohat faida hoga aur jo zehn ban gaya hai ke islam is a religion of violence woh woh baat khatam hogi inshallah ji aur yeh akhri do book lets jo jin ko translate kiya hai mahmood hussain sahib ne reality of life aur purpose of li</w:t>
      </w:r>
    </w:p>
    <w:p>
      <w:pPr>
        <w:jc w:val="right"/>
      </w:pPr>
      <w:r>
        <w:t>ماشاءاللہ بہت خوشی ہو رہی ہے کہ ایج اف پیس بھی بنگلہ بنگالی زبان میں اگئی اہم ترین کتابوں میں سے ایک ہے اور انشاءاللہ اس سے لوگوں کو بہت فائدہ ہوگا اور جو ذہن بن گیا ہے کہ اسلام از اے ریلیجن اف وائلنس وہ وہ بات ختم ہوگی انشاءاللہ جی اور یہ اخری دو بک لیٹس جو جن کو ٹرانسلیٹ کیا ہے محمود حسین صاحب نے ریلیٹی اف لائف اور پرپس اف لائ</w:t>
      </w:r>
    </w:p>
    <w:p>
      <w:r>
        <w:rPr>
          <w:b/>
        </w:rPr>
        <w:t xml:space="preserve">[1:05:33] </w:t>
      </w:r>
      <w:r>
        <w:t>fe is ko bhi doctor sahib aap launch karein</w:t>
      </w:r>
    </w:p>
    <w:p>
      <w:pPr>
        <w:jc w:val="right"/>
      </w:pPr>
      <w:r>
        <w:t>ف اس کو بھی ڈاکٹر صاحب اپ لانچ کریں</w:t>
      </w:r>
    </w:p>
    <w:p>
      <w:r>
        <w:rPr>
          <w:b/>
        </w:rPr>
        <w:t xml:space="preserve">[1:05:38] </w:t>
      </w:r>
      <w:r>
        <w:t>mashallah yeh do kitabche reality of life aur purpose of life bohat hi umda kitab hai bohat hi</w:t>
      </w:r>
    </w:p>
    <w:p>
      <w:pPr>
        <w:jc w:val="right"/>
      </w:pPr>
      <w:r>
        <w:t>ماشاءاللہ یہ دو کتابچے ریلیٹی اف لائف اور پرپس اف لائف بہت ہی عمدہ کتاب ہے بہت ہی</w:t>
      </w:r>
    </w:p>
    <w:p>
      <w:r>
        <w:rPr>
          <w:b/>
        </w:rPr>
        <w:t xml:space="preserve">[1:05:45] </w:t>
      </w:r>
      <w:r>
        <w:t>mukhtasar aur dene ke liye bohat asan hai aap is ko apne pocket mein rakh sakte hain ji</w:t>
      </w:r>
    </w:p>
    <w:p>
      <w:pPr>
        <w:jc w:val="right"/>
      </w:pPr>
      <w:r>
        <w:t>مختصر اور دینے کے لیے بہت اسان ہے اپ اس کو اپنے پاکٹ میں رکھ سکتے ہیں جی</w:t>
      </w:r>
    </w:p>
    <w:p>
      <w:r>
        <w:rPr>
          <w:b/>
        </w:rPr>
        <w:t xml:space="preserve">[1:05:49] </w:t>
      </w:r>
      <w:r>
        <w:t>toh allah taala jaza e khair de jin logon ne is ka tarjuma kiya hai aur travel mein bohat</w:t>
      </w:r>
    </w:p>
    <w:p>
      <w:pPr>
        <w:jc w:val="right"/>
      </w:pPr>
      <w:r>
        <w:t>تو اللہ تعالی جزائے خیر دے جن لوگوں نے اس کا ترجمہ کیا ہے اور ٹریول میں بہت</w:t>
      </w:r>
    </w:p>
    <w:p>
      <w:r>
        <w:rPr>
          <w:b/>
        </w:rPr>
        <w:t xml:space="preserve">[1:05:54] </w:t>
      </w:r>
      <w:r>
        <w:t>asani se carry ho jati hain doctor sahib aur kisi ko aap dein na agar kisi ko koi</w:t>
      </w:r>
    </w:p>
    <w:p>
      <w:pPr>
        <w:jc w:val="right"/>
      </w:pPr>
      <w:r>
        <w:t>اسانی سے کیری ہو جاتی ہیں ڈاکٹر صاحب اور کسی کو اپ دیں نا اگر کسی کو کوئی</w:t>
      </w:r>
    </w:p>
    <w:p>
      <w:r>
        <w:rPr>
          <w:b/>
        </w:rPr>
        <w:t xml:space="preserve">[1:05:58] </w:t>
      </w:r>
      <w:r>
        <w:t>moti si kitab dein toh woh hesitate karta hai lekin yeh choti si kitab woh easily le leta</w:t>
      </w:r>
    </w:p>
    <w:p>
      <w:pPr>
        <w:jc w:val="right"/>
      </w:pPr>
      <w:r>
        <w:t>موٹی سی کتاب دیں تو وہ ہیزیٹیٹ کرتا ہے لیکن یہ چھوٹی سی کتاب وہ ایزیلی لے لیتا</w:t>
      </w:r>
    </w:p>
    <w:p>
      <w:r>
        <w:rPr>
          <w:b/>
        </w:rPr>
        <w:t xml:space="preserve">[1:06:03] </w:t>
      </w:r>
      <w:r>
        <w:t>hai mein mein mein ne doctor sahib khud experience kiya ke while on travel when i have given</w:t>
      </w:r>
    </w:p>
    <w:p>
      <w:pPr>
        <w:jc w:val="right"/>
      </w:pPr>
      <w:r>
        <w:t>ہے میں میں میں نے ڈاکٹر صاحب خود ایکسپیرینس کیا کہ مائل ان ٹریول وین ائی ہیو گیون</w:t>
      </w:r>
    </w:p>
    <w:p>
      <w:r>
        <w:rPr>
          <w:b/>
        </w:rPr>
        <w:t xml:space="preserve">[1:06:07] </w:t>
      </w:r>
      <w:r>
        <w:t>it you know the smaller book lets toh woh usi waqt parhna shuru kar dete hain kyunke choti</w:t>
      </w:r>
    </w:p>
    <w:p>
      <w:pPr>
        <w:jc w:val="right"/>
      </w:pPr>
      <w:r>
        <w:t>اٹ یو نو دا سمالر بک لیٹس تو وہ اسی وقت پڑھنا شروع کر دیتے ہیں کیونکہ چھوٹی</w:t>
      </w:r>
    </w:p>
    <w:p>
      <w:r>
        <w:rPr>
          <w:b/>
        </w:rPr>
        <w:t xml:space="preserve">[1:06:11] </w:t>
      </w:r>
      <w:r>
        <w:t>si hain woh kehte hain ke dekh lein ke kya likha hai is</w:t>
      </w:r>
    </w:p>
    <w:p>
      <w:pPr>
        <w:jc w:val="right"/>
      </w:pPr>
      <w:r>
        <w:t>سی ہیں وہ کہتے ہیں کہ دیکھ لیں کہ کیا لکھا ہے اس</w:t>
      </w:r>
    </w:p>
    <w:p>
      <w:r>
        <w:rPr>
          <w:b/>
        </w:rPr>
        <w:t xml:space="preserve">[1:06:13] </w:t>
      </w:r>
      <w:r>
        <w:t>and finish it quickly too so these are very handy and very useful you should also carry you know such book lets in different languages while you travel so ah last announcement that ah kolkata international book fair is starting from january 31 and it will end on 12 february and cps kolkata team has taken a stall a good word book stall which is in hall number two ah and stall number 3</w:t>
      </w:r>
    </w:p>
    <w:p>
      <w:pPr>
        <w:jc w:val="right"/>
      </w:pPr>
      <w:r>
        <w:t>میں اور جلدی سے اس کو ختم بھی کر لیتے ہیں سو دیز ار ویری ہینڈی اینڈ ویری یوزفل یو شوڈ ال کیری یو نو سچ بک لیٹس ان ڈفرنٹ لینگویجز وائل یو ٹریول تو اہ لاسٹ اناؤنسمنٹ دیٹ اہ کلکتہ انٹرنیشنل بک فیئر از سٹارٹنگ فرام جنوری 31 اینڈ اٹ ویل اینڈ ان 12 فروری اینڈ سی پی ایس کلکتہ ٹیم ہیز ٹیکن ا سٹال ا گڈ ورڈ بک سٹال وچ از ان ہال نمبر ٹو اہ اینڈ سٹال نمبر 3</w:t>
      </w:r>
    </w:p>
    <w:p>
      <w:r>
        <w:rPr>
          <w:b/>
        </w:rPr>
        <w:t xml:space="preserve">[1:06:41] </w:t>
      </w:r>
      <w:r>
        <w:t>7 yeh tamam kitabein aur aur bhi kitabein Maulana sahib ki aur children books is stall mein available hain aap agar kolkata mein hain to aap zaroor jayein ah hamare stall mein good word stall mein jo stall number 37 hai hall number two hai wahan se aap yeh sari kitabein pa sakte hain ah so with this we will end today's session doctor sahib once again thank you for doing a wonderful session today we will be back next sunday at 10:30 am thank you jazak allah.</w:t>
      </w:r>
    </w:p>
    <w:p>
      <w:pPr>
        <w:jc w:val="right"/>
      </w:pPr>
      <w:r>
        <w:t>7 یہ تمام کتابیں اور اور بھی کتابیں مولانا صاحب کی اور چلڈرن بکس اس سٹال میں اویلیبل ہیں اپ اگر کلکتہ میں ہیں تو اپ ضرور جائیں اہ ہمارے سٹال میں گڈ ورڈ سٹال میں جو سٹال نمبر 37 ہے ہال نمبر ٹو ہے وہاں سے اپ یہ ساری کتابیں پا سکتے ہیں اہ سو ود دس وی ویل اینڈ ٹوڈے سیشن ڈاکٹر صاحب ونس اگین تھینک یو فار ڈوئنگ ا ونڈرفل سیشن ٹوڈے وی بی بیک نیکسٹ سنڈے ایٹ 10:30 اے ایم تھینک یو جزاک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