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12 Apr 2009 Maulana Wahiduddin Khan</w:t>
      </w:r>
    </w:p>
    <w:p>
      <w:r>
        <w:t>https://www.youtube.com/watch?v=Kq2xQ2drFHY</w:t>
      </w:r>
    </w:p>
    <w:p>
      <w:r>
        <w:rPr>
          <w:b/>
        </w:rPr>
        <w:t xml:space="preserve">[00:15] </w:t>
      </w:r>
      <w:r>
        <w:t>This question is from Dr. Naseem Siddiqui. What will happen to a man from the time of his death till Qiyamat?</w:t>
      </w:r>
    </w:p>
    <w:p>
      <w:pPr>
        <w:jc w:val="right"/>
      </w:pPr>
      <w:r>
        <w:t>This question is from Dr. Naseem Siddiqui. What will happen to a man from the time of his death till Qiyamat?</w:t>
      </w:r>
    </w:p>
    <w:p>
      <w:r>
        <w:rPr>
          <w:b/>
        </w:rPr>
        <w:t xml:space="preserve">[00:30] </w:t>
      </w:r>
      <w:r>
        <w:t>There is a hadith—in this hadith you can find the answer—</w:t>
      </w:r>
    </w:p>
    <w:p>
      <w:pPr>
        <w:jc w:val="right"/>
      </w:pPr>
      <w:r>
        <w:t>There is a hadith—in this hadith you can find the answer—</w:t>
      </w:r>
    </w:p>
    <w:p>
      <w:r>
        <w:rPr>
          <w:b/>
        </w:rPr>
        <w:t xml:space="preserve">[00:38] </w:t>
      </w:r>
      <w:r>
        <w:t>"mamma tafaqqad qamat qiyamatahu".</w:t>
      </w:r>
    </w:p>
    <w:p>
      <w:pPr>
        <w:jc w:val="right"/>
      </w:pPr>
      <w:r>
        <w:t>"مَمَّا تَفَقَدْ قَامَتْ قِيَامَتُهُ"۔</w:t>
      </w:r>
    </w:p>
    <w:p>
      <w:r>
        <w:rPr>
          <w:b/>
        </w:rPr>
        <w:t xml:space="preserve">[00:44] </w:t>
      </w:r>
      <w:r>
        <w:t>When he dies, his Qiyamat begins. So there is no difference between death and Qiyamat. "mamma tafaqqad qamat qiyamatahu".</w:t>
      </w:r>
    </w:p>
    <w:p>
      <w:pPr>
        <w:jc w:val="right"/>
      </w:pPr>
      <w:r>
        <w:t>When he dies, his Qiyamat begins. So there is no difference between death and Qiyamat. "مَمَّا تَفَقَدْ قَامَتْ قِيَامَتُهُ"۔</w:t>
      </w:r>
    </w:p>
    <w:p>
      <w:r>
        <w:rPr>
          <w:b/>
        </w:rPr>
        <w:t xml:space="preserve">[00:58] </w:t>
      </w:r>
      <w:r>
        <w:t>jab aadmi mara to qayamat shuru ho gayi.</w:t>
      </w:r>
    </w:p>
    <w:p>
      <w:pPr>
        <w:jc w:val="right"/>
      </w:pPr>
      <w:r>
        <w:t>جب آدمی مرا تو قیامت شروع ہو گئی۔</w:t>
      </w:r>
    </w:p>
    <w:p>
      <w:r>
        <w:rPr>
          <w:b/>
        </w:rPr>
        <w:t xml:space="preserve">[01:04] </w:t>
      </w:r>
      <w:r>
        <w:t>So according to the hadith, there is no difference, no distance</w:t>
      </w:r>
    </w:p>
    <w:p>
      <w:pPr>
        <w:jc w:val="right"/>
      </w:pPr>
      <w:r>
        <w:t>So according to the hadith, there is no difference, no distance</w:t>
      </w:r>
    </w:p>
    <w:p>
      <w:r>
        <w:rPr>
          <w:b/>
        </w:rPr>
        <w:t xml:space="preserve">[01:10] </w:t>
      </w:r>
      <w:r>
        <w:t>. Then there is another hadith that "al qabr imma rawdatun min riyadil jannati wa imma hufra tun min hufarir naar".</w:t>
      </w:r>
    </w:p>
    <w:p>
      <w:pPr>
        <w:jc w:val="right"/>
      </w:pPr>
      <w:r>
        <w:t>. Then there is another hadith that "القبر إما روضۃ معراج من حفر النار"۔</w:t>
      </w:r>
    </w:p>
    <w:p>
      <w:r>
        <w:rPr>
          <w:b/>
        </w:rPr>
        <w:t xml:space="preserve">[01:24] </w:t>
      </w:r>
      <w:r>
        <w:t>It means the grave is either a garden of Paradise or Hell.</w:t>
      </w:r>
    </w:p>
    <w:p>
      <w:pPr>
        <w:jc w:val="right"/>
      </w:pPr>
      <w:r>
        <w:t>It means the grave is either a garden of Paradise or Hell.</w:t>
      </w:r>
    </w:p>
    <w:p>
      <w:r>
        <w:rPr>
          <w:b/>
        </w:rPr>
        <w:t xml:space="preserve">[01:34] </w:t>
      </w:r>
      <w:r>
        <w:t>It doesn't mean that the same grave, no. It means that the</w:t>
      </w:r>
    </w:p>
    <w:p>
      <w:pPr>
        <w:jc w:val="right"/>
      </w:pPr>
      <w:r>
        <w:t>It doesn't mean that the same grave, no. It means that the</w:t>
      </w:r>
    </w:p>
    <w:p>
      <w:r>
        <w:rPr>
          <w:b/>
        </w:rPr>
        <w:t xml:space="preserve">[01:46] </w:t>
      </w:r>
      <w:r>
        <w:t>pre-death—that the living in the pre-death period begins—so there is only two periods: death period and post-death period.</w:t>
      </w:r>
    </w:p>
    <w:p>
      <w:pPr>
        <w:jc w:val="right"/>
      </w:pPr>
      <w:r>
        <w:t>pre-death—that the living in the pre-death period begins—so there is only two periods: death period and post-death period.</w:t>
      </w:r>
    </w:p>
    <w:p>
      <w:r>
        <w:rPr>
          <w:b/>
        </w:rPr>
        <w:t xml:space="preserve">[01:58] </w:t>
      </w:r>
      <w:r>
        <w:t>There is no distance between the two. Instantly, when one dies, instantly he enters into the other period.</w:t>
      </w:r>
    </w:p>
    <w:p>
      <w:pPr>
        <w:jc w:val="right"/>
      </w:pPr>
      <w:r>
        <w:t>There is no distance between the two. Instantly, when one dies, instantly he enters into the other period.</w:t>
      </w:r>
    </w:p>
    <w:p>
      <w:r>
        <w:rPr>
          <w:b/>
        </w:rPr>
        <w:t xml:space="preserve">[02:10] </w:t>
      </w:r>
      <w:r>
        <w:t>There is no distance according to my study.</w:t>
      </w:r>
    </w:p>
    <w:p>
      <w:pPr>
        <w:jc w:val="right"/>
      </w:pPr>
      <w:r>
        <w:t>There is no distance according to my study.</w:t>
      </w:r>
    </w:p>
    <w:p>
      <w:r>
        <w:rPr>
          <w:b/>
        </w:rPr>
        <w:t xml:space="preserve">[02:16] </w:t>
      </w:r>
      <w:r>
        <w:t>This question is from Ms. Zeba Ayaz. Maulana, how can we approach non-Muslims to make them understand Islam in a modern way?</w:t>
      </w:r>
    </w:p>
    <w:p>
      <w:pPr>
        <w:jc w:val="right"/>
      </w:pPr>
      <w:r>
        <w:t>This question is from Ms. Zeba Ayaz. Maulana, how can we approach non-Muslims to make them understand Islam in a modern way?</w:t>
      </w:r>
    </w:p>
    <w:p>
      <w:r>
        <w:rPr>
          <w:b/>
        </w:rPr>
        <w:t xml:space="preserve">[02:32] </w:t>
      </w:r>
      <w:r>
        <w:t>I think Dawah is a very serious process.</w:t>
      </w:r>
    </w:p>
    <w:p>
      <w:pPr>
        <w:jc w:val="right"/>
      </w:pPr>
      <w:r>
        <w:t>I think Dawah is a very serious process.</w:t>
      </w:r>
    </w:p>
    <w:p>
      <w:r>
        <w:rPr>
          <w:b/>
        </w:rPr>
        <w:t xml:space="preserve">[02:43] </w:t>
      </w:r>
      <w:r>
        <w:t>It is not simply to present or announce. No, it is a process.</w:t>
      </w:r>
    </w:p>
    <w:p>
      <w:pPr>
        <w:jc w:val="right"/>
      </w:pPr>
      <w:r>
        <w:t>It is not simply to present or announce. No, it is a process.</w:t>
      </w:r>
    </w:p>
    <w:p>
      <w:r>
        <w:rPr>
          <w:b/>
        </w:rPr>
        <w:t xml:space="preserve">[02:52] </w:t>
      </w:r>
      <w:r>
        <w:t>You have to meet that person. You have to discuss with that person. You have to try to know his mind.</w:t>
      </w:r>
    </w:p>
    <w:p>
      <w:pPr>
        <w:jc w:val="right"/>
      </w:pPr>
      <w:r>
        <w:t>You have to meet that person. You have to discuss with that person. You have to try to know his mind.</w:t>
      </w:r>
    </w:p>
    <w:p>
      <w:r>
        <w:rPr>
          <w:b/>
        </w:rPr>
        <w:t xml:space="preserve">[03:04] </w:t>
      </w:r>
      <w:r>
        <w:t>So after reading his mind, then you can plan Dawah work. It is not simply announcement</w:t>
      </w:r>
    </w:p>
    <w:p>
      <w:pPr>
        <w:jc w:val="right"/>
      </w:pPr>
      <w:r>
        <w:t>So after reading his mind, then you can plan Dawah work. It is not simply announcement</w:t>
      </w:r>
    </w:p>
    <w:p>
      <w:r>
        <w:rPr>
          <w:b/>
        </w:rPr>
        <w:t xml:space="preserve">[03:12] </w:t>
      </w:r>
      <w:r>
        <w:t>. So first of all, you have to prepare yourself.</w:t>
      </w:r>
    </w:p>
    <w:p>
      <w:pPr>
        <w:jc w:val="right"/>
      </w:pPr>
      <w:r>
        <w:t>. So first of all, you have to prepare yourself.</w:t>
      </w:r>
    </w:p>
    <w:p>
      <w:r>
        <w:rPr>
          <w:b/>
        </w:rPr>
        <w:t xml:space="preserve">[03:18] </w:t>
      </w:r>
      <w:r>
        <w:t>Dawah begins from yourself.</w:t>
      </w:r>
    </w:p>
    <w:p>
      <w:pPr>
        <w:jc w:val="right"/>
      </w:pPr>
      <w:r>
        <w:t>Dawah begins from yourself.</w:t>
      </w:r>
    </w:p>
    <w:p>
      <w:r>
        <w:rPr>
          <w:b/>
        </w:rPr>
        <w:t xml:space="preserve">[03:28] </w:t>
      </w:r>
      <w:r>
        <w:t>When you want to live as a Dai, you have to study those relevant materials.</w:t>
      </w:r>
    </w:p>
    <w:p>
      <w:pPr>
        <w:jc w:val="right"/>
      </w:pPr>
      <w:r>
        <w:t>When you want to live as a Dai, you have to study those relevant materials.</w:t>
      </w:r>
    </w:p>
    <w:p>
      <w:r>
        <w:rPr>
          <w:b/>
        </w:rPr>
        <w:t xml:space="preserve">[03:40] </w:t>
      </w:r>
      <w:r>
        <w:t>You have to prepare your mind</w:t>
      </w:r>
    </w:p>
    <w:p>
      <w:pPr>
        <w:jc w:val="right"/>
      </w:pPr>
      <w:r>
        <w:t>You have to prepare your mind</w:t>
      </w:r>
    </w:p>
    <w:p>
      <w:r>
        <w:rPr>
          <w:b/>
        </w:rPr>
        <w:t xml:space="preserve">[03:42] </w:t>
      </w:r>
      <w:r>
        <w:t>. You have to know the human psychology and all that. So when you are prepared, it is not difficult for you to contact those persons who are Madhu and discuss with them.</w:t>
      </w:r>
    </w:p>
    <w:p>
      <w:pPr>
        <w:jc w:val="right"/>
      </w:pPr>
      <w:r>
        <w:t>. You have to know the human psychology and all that. So when you are prepared, it is not difficult for you to contact those persons who are Madhu and discuss with them.</w:t>
      </w:r>
    </w:p>
    <w:p>
      <w:r>
        <w:rPr>
          <w:b/>
        </w:rPr>
        <w:t xml:space="preserve">[04:00] </w:t>
      </w:r>
      <w:r>
        <w:t>And after discussion, you can plan under your own in a very difficult way. Without preparation, it seems to be a very difficult task.</w:t>
      </w:r>
    </w:p>
    <w:p>
      <w:pPr>
        <w:jc w:val="right"/>
      </w:pPr>
      <w:r>
        <w:t>And after discussion, you can plan under your own in a very difficult way. Without preparation, it seems to be a very difficult task.</w:t>
      </w:r>
    </w:p>
    <w:p>
      <w:r>
        <w:rPr>
          <w:b/>
        </w:rPr>
        <w:t xml:space="preserve">[04:13] </w:t>
      </w:r>
      <w:r>
        <w:t>But after preparation, it is a very easy task. It is a simple thing. So I would like to say that Dawah begins from yourself.</w:t>
      </w:r>
    </w:p>
    <w:p>
      <w:pPr>
        <w:jc w:val="right"/>
      </w:pPr>
      <w:r>
        <w:t>But after preparation, it is a very easy task. It is a simple thing. So I would like to say that Dawah begins from yourself.</w:t>
      </w:r>
    </w:p>
    <w:p>
      <w:r>
        <w:rPr>
          <w:b/>
        </w:rPr>
        <w:t xml:space="preserve">[04:29] </w:t>
      </w:r>
      <w:r>
        <w:t>That is, preparing yourself. Then you will be able to do Dawah work successfully.</w:t>
      </w:r>
    </w:p>
    <w:p>
      <w:pPr>
        <w:jc w:val="right"/>
      </w:pPr>
      <w:r>
        <w:t>That is, preparing yourself. Then you will be able to do Dawah work successfully.</w:t>
      </w:r>
    </w:p>
    <w:p>
      <w:r>
        <w:rPr>
          <w:b/>
        </w:rPr>
        <w:t xml:space="preserve">[04:42] </w:t>
      </w:r>
      <w:r>
        <w:t>This question is from Maulana Zaqwan. There is a hadith which says that when doomsday comes near, the door of Tawbah will be closed.</w:t>
      </w:r>
    </w:p>
    <w:p>
      <w:pPr>
        <w:jc w:val="right"/>
      </w:pPr>
      <w:r>
        <w:t>This question is from Maulana Zaqwan. There is a hadith which says that when doomsday comes near, the door of Tawbah will be closed.</w:t>
      </w:r>
    </w:p>
    <w:p>
      <w:r>
        <w:rPr>
          <w:b/>
        </w:rPr>
        <w:t xml:space="preserve">[04:55] </w:t>
      </w:r>
      <w:r>
        <w:t>Kindly explain.</w:t>
      </w:r>
    </w:p>
    <w:p>
      <w:pPr>
        <w:jc w:val="right"/>
      </w:pPr>
      <w:r>
        <w:t>Kindly explain.</w:t>
      </w:r>
    </w:p>
    <w:p>
      <w:r>
        <w:rPr>
          <w:b/>
        </w:rPr>
        <w:t xml:space="preserve">[05:05] </w:t>
      </w:r>
      <w:r>
        <w:t>According to my</w:t>
      </w:r>
    </w:p>
    <w:p>
      <w:pPr>
        <w:jc w:val="right"/>
      </w:pPr>
      <w:r>
        <w:t>According to my</w:t>
      </w:r>
    </w:p>
    <w:p>
      <w:r>
        <w:rPr>
          <w:b/>
        </w:rPr>
        <w:t xml:space="preserve">[05:10] </w:t>
      </w:r>
      <w:r>
        <w:t>perception, it is not anything mysterious.</w:t>
      </w:r>
    </w:p>
    <w:p>
      <w:pPr>
        <w:jc w:val="right"/>
      </w:pPr>
      <w:r>
        <w:t>perception, it is not anything mysterious.</w:t>
      </w:r>
    </w:p>
    <w:p>
      <w:r>
        <w:rPr>
          <w:b/>
        </w:rPr>
        <w:t xml:space="preserve">[05:18] </w:t>
      </w:r>
      <w:r>
        <w:t>I don't believe that it is a—there is some door that will be closed.</w:t>
      </w:r>
    </w:p>
    <w:p>
      <w:pPr>
        <w:jc w:val="right"/>
      </w:pPr>
      <w:r>
        <w:t>I don't believe that it is a—there is some door that will be closed.</w:t>
      </w:r>
    </w:p>
    <w:p>
      <w:r>
        <w:rPr>
          <w:b/>
        </w:rPr>
        <w:t xml:space="preserve">[05:29] </w:t>
      </w:r>
      <w:r>
        <w:t>There is some door in the sky that will be closed. No. It means that</w:t>
      </w:r>
    </w:p>
    <w:p>
      <w:pPr>
        <w:jc w:val="right"/>
      </w:pPr>
      <w:r>
        <w:t>There is some door in the sky that will be closed. No. It means that</w:t>
      </w:r>
    </w:p>
    <w:p>
      <w:r>
        <w:rPr>
          <w:b/>
        </w:rPr>
        <w:t xml:space="preserve">[05:37] </w:t>
      </w:r>
      <w:r>
        <w:t>the corruption, the fassade, will reach to an extent that people</w:t>
      </w:r>
    </w:p>
    <w:p>
      <w:pPr>
        <w:jc w:val="right"/>
      </w:pPr>
      <w:r>
        <w:t>the corruption, the fassade, will reach to an extent that people</w:t>
      </w:r>
    </w:p>
    <w:p>
      <w:r>
        <w:rPr>
          <w:b/>
        </w:rPr>
        <w:t xml:space="preserve">[05:49] </w:t>
      </w:r>
      <w:r>
        <w:t>have no intention to Tawbah. And this is the same period in which we are living.</w:t>
      </w:r>
    </w:p>
    <w:p>
      <w:pPr>
        <w:jc w:val="right"/>
      </w:pPr>
      <w:r>
        <w:t>have no intention to Tawbah. And this is the same period in which we are living.</w:t>
      </w:r>
    </w:p>
    <w:p>
      <w:r>
        <w:rPr>
          <w:b/>
        </w:rPr>
        <w:t xml:space="preserve">[06:01] </w:t>
      </w:r>
      <w:r>
        <w:t>Now everywhere I find those people who have no—it is not their concern.</w:t>
      </w:r>
    </w:p>
    <w:p>
      <w:pPr>
        <w:jc w:val="right"/>
      </w:pPr>
      <w:r>
        <w:t>Now everywhere I find those people who have no—it is not their concern.</w:t>
      </w:r>
    </w:p>
    <w:p>
      <w:r>
        <w:rPr>
          <w:b/>
        </w:rPr>
        <w:t xml:space="preserve">[06:11] </w:t>
      </w:r>
      <w:r>
        <w:t>You know what is Tawbah? Tawbah means</w:t>
      </w:r>
    </w:p>
    <w:p>
      <w:pPr>
        <w:jc w:val="right"/>
      </w:pPr>
      <w:r>
        <w:t>You know what is Tawbah? Tawbah means</w:t>
      </w:r>
    </w:p>
    <w:p>
      <w:r>
        <w:rPr>
          <w:b/>
        </w:rPr>
        <w:t xml:space="preserve">[06:19] </w:t>
      </w:r>
      <w:r>
        <w:t>realizing your own mistake. This is the beginning of Tawbah.</w:t>
      </w:r>
    </w:p>
    <w:p>
      <w:pPr>
        <w:jc w:val="right"/>
      </w:pPr>
      <w:r>
        <w:t>realizing your own mistake. This is the beginning of Tawbah.</w:t>
      </w:r>
    </w:p>
    <w:p>
      <w:r>
        <w:rPr>
          <w:b/>
        </w:rPr>
        <w:t xml:space="preserve">[06:26] </w:t>
      </w:r>
      <w:r>
        <w:t>When you realize your mistakes, then a new process begins. This is introspection. After introspection,</w:t>
      </w:r>
    </w:p>
    <w:p>
      <w:pPr>
        <w:jc w:val="right"/>
      </w:pPr>
      <w:r>
        <w:t>When you realize your mistakes, then a new process begins. This is introspection. After introspection,</w:t>
      </w:r>
    </w:p>
    <w:p>
      <w:r>
        <w:rPr>
          <w:b/>
        </w:rPr>
        <w:t xml:space="preserve">[06:40] </w:t>
      </w:r>
      <w:r>
        <w:t>you do Dawah. There is Tawbah.</w:t>
      </w:r>
    </w:p>
    <w:p>
      <w:pPr>
        <w:jc w:val="right"/>
      </w:pPr>
      <w:r>
        <w:t>you do Dawah. There is Tawbah.</w:t>
      </w:r>
    </w:p>
    <w:p>
      <w:r>
        <w:rPr>
          <w:b/>
        </w:rPr>
        <w:t xml:space="preserve">[06:46] </w:t>
      </w:r>
      <w:r>
        <w:t>So I find people that they are living in a very different kind of psychology.</w:t>
      </w:r>
    </w:p>
    <w:p>
      <w:pPr>
        <w:jc w:val="right"/>
      </w:pPr>
      <w:r>
        <w:t>So I find people that they are living in a very different kind of psychology.</w:t>
      </w:r>
    </w:p>
    <w:p>
      <w:r>
        <w:rPr>
          <w:b/>
        </w:rPr>
        <w:t xml:space="preserve">[06:58] </w:t>
      </w:r>
      <w:r>
        <w:t>They are not ready to say, "I was wrong." They are not ready to admit their mistakes. Everyone is trying to prove that it was not my mistake.</w:t>
      </w:r>
    </w:p>
    <w:p>
      <w:pPr>
        <w:jc w:val="right"/>
      </w:pPr>
      <w:r>
        <w:t>They are not ready to say, "I was wrong." They are not ready to admit their mistakes. Everyone is trying to prove that it was not my mistake.</w:t>
      </w:r>
    </w:p>
    <w:p>
      <w:r>
        <w:rPr>
          <w:b/>
        </w:rPr>
        <w:t xml:space="preserve">[07:17] </w:t>
      </w:r>
      <w:r>
        <w:t>So in such—this is a new situation. During my childhood, there was not such a situation.</w:t>
      </w:r>
    </w:p>
    <w:p>
      <w:pPr>
        <w:jc w:val="right"/>
      </w:pPr>
      <w:r>
        <w:t>So in such—this is a new situation. During my childhood, there was not such a situation.</w:t>
      </w:r>
    </w:p>
    <w:p>
      <w:r>
        <w:rPr>
          <w:b/>
        </w:rPr>
        <w:t xml:space="preserve">[07:28] </w:t>
      </w:r>
      <w:r>
        <w:t>But now the situation has completely changed because we are living in a culture where people are saying that culture of entertainment</w:t>
      </w:r>
    </w:p>
    <w:p>
      <w:pPr>
        <w:jc w:val="right"/>
      </w:pPr>
      <w:r>
        <w:t>But now the situation has completely changed because we are living in a culture where people are saying that culture of entertainment</w:t>
      </w:r>
    </w:p>
    <w:p>
      <w:r>
        <w:rPr>
          <w:b/>
        </w:rPr>
        <w:t xml:space="preserve">[07:41] </w:t>
      </w:r>
      <w:r>
        <w:t>. Now we are living in a culture of entertainment, Tafri. So no one is ready to—</w:t>
      </w:r>
    </w:p>
    <w:p>
      <w:pPr>
        <w:jc w:val="right"/>
      </w:pPr>
      <w:r>
        <w:t>. Now we are living in a culture of entertainment, Tafri. So no one is ready to—</w:t>
      </w:r>
    </w:p>
    <w:p>
      <w:r>
        <w:rPr>
          <w:b/>
        </w:rPr>
        <w:t xml:space="preserve">[07:58] </w:t>
      </w:r>
      <w:r>
        <w:t>kya kahenge apne zehni aish ko bargah nahi karna chahta. Har aadmi jee raha hai enjoy mein, entertainment mein.</w:t>
      </w:r>
    </w:p>
    <w:p>
      <w:pPr>
        <w:jc w:val="right"/>
      </w:pPr>
      <w:r>
        <w:t>کیا کہیں گے اپنے ذہنی عیش کو برغرض نہیں کرنا چاہتا۔ ہر آدمی جی رہا ہے انجوائے میں، انٹرٹینمنٹ میں۔</w:t>
      </w:r>
    </w:p>
    <w:p>
      <w:r>
        <w:rPr>
          <w:b/>
        </w:rPr>
        <w:t xml:space="preserve">[08:09] </w:t>
      </w:r>
      <w:r>
        <w:t>to apni is aish ko bargah nahi karna chahta woh. So according to my study,</w:t>
      </w:r>
    </w:p>
    <w:p>
      <w:pPr>
        <w:jc w:val="right"/>
      </w:pPr>
      <w:r>
        <w:t>تو اپنی اس عیش کو برغرض نہیں کرنا چاہتا وہ۔ سو اکورڈنگ ٹو مائی سٹڈی،</w:t>
      </w:r>
    </w:p>
    <w:p>
      <w:r>
        <w:rPr>
          <w:b/>
        </w:rPr>
        <w:t xml:space="preserve">[08:18] </w:t>
      </w:r>
      <w:r>
        <w:t>people are living in the mood of entertainment, in the mood of joy, in the mood of what they call right here, right now.</w:t>
      </w:r>
    </w:p>
    <w:p>
      <w:pPr>
        <w:jc w:val="right"/>
      </w:pPr>
      <w:r>
        <w:t>پیپل آر لیونگ ان دا موڈ آف انٹرٹینمنٹ، ان دا موڈ آف جوائے، ان دا موڈ آف واٹ دے کال رائٹ ہیر، رائٹ ناؤ۔</w:t>
      </w:r>
    </w:p>
    <w:p>
      <w:r>
        <w:rPr>
          <w:b/>
        </w:rPr>
        <w:t xml:space="preserve">[08:33] </w:t>
      </w:r>
      <w:r>
        <w:t>So in such,</w:t>
      </w:r>
    </w:p>
    <w:p>
      <w:pPr>
        <w:jc w:val="right"/>
      </w:pPr>
      <w:r>
        <w:t>سو ان سچ،</w:t>
      </w:r>
    </w:p>
    <w:p>
      <w:r>
        <w:rPr>
          <w:b/>
        </w:rPr>
        <w:t xml:space="preserve">[08:35] </w:t>
      </w:r>
      <w:r>
        <w:t>in such a situation, in such mindset, that they are not ready to say, "I was wrong." This is against their mindset.</w:t>
      </w:r>
    </w:p>
    <w:p>
      <w:pPr>
        <w:jc w:val="right"/>
      </w:pPr>
      <w:r>
        <w:t>ان سچ اے سچوئیشن، ان سچ مائنڈ سیٹ، دیٹ دے آر ناٹ ریڈی ٹو سے، "آئی واز رونگ۔" دس از اگینسٹ دیر مائنڈ سیٹ۔</w:t>
      </w:r>
    </w:p>
    <w:p>
      <w:r>
        <w:rPr>
          <w:b/>
        </w:rPr>
        <w:t xml:space="preserve">[08:46] </w:t>
      </w:r>
      <w:r>
        <w:t>So repentance is completely</w:t>
      </w:r>
    </w:p>
    <w:p>
      <w:pPr>
        <w:jc w:val="right"/>
      </w:pPr>
      <w:r>
        <w:t>سو ریپنٹنس از کمپلیٹلی</w:t>
      </w:r>
    </w:p>
    <w:p>
      <w:r>
        <w:rPr>
          <w:b/>
        </w:rPr>
        <w:t xml:space="preserve">[08:52] </w:t>
      </w:r>
      <w:r>
        <w:t>forgotten subject. So no one is ready to go to introspection.</w:t>
      </w:r>
    </w:p>
    <w:p>
      <w:pPr>
        <w:jc w:val="right"/>
      </w:pPr>
      <w:r>
        <w:t>فارگیٹن سبجیکٹ۔ سو نو ون از ریڈی ٹو گو ٹو انٹروسپیکشن۔</w:t>
      </w:r>
    </w:p>
    <w:p>
      <w:r>
        <w:rPr>
          <w:b/>
        </w:rPr>
        <w:t xml:space="preserve">[09:02] </w:t>
      </w:r>
      <w:r>
        <w:t>So when there is no introspection, there is no Tawbah. This is the—this was</w:t>
      </w:r>
    </w:p>
    <w:p>
      <w:pPr>
        <w:jc w:val="right"/>
      </w:pPr>
      <w:r>
        <w:t>سو وین دیر از نو انٹروسپیکشن، دیر از نو توبہ۔ دس از دا—دس واز</w:t>
      </w:r>
    </w:p>
    <w:p>
      <w:r>
        <w:rPr>
          <w:b/>
        </w:rPr>
        <w:t xml:space="preserve">[09:11] </w:t>
      </w:r>
      <w:r>
        <w:t>yani describe in the Hadith. As the door of Dawah is closed, well be closed. Ek situation ko bataya gaya hai, na ke koi koi door hai, woh band ho jayega.</w:t>
      </w:r>
    </w:p>
    <w:p>
      <w:pPr>
        <w:jc w:val="right"/>
      </w:pPr>
      <w:r>
        <w:t>یعنی ڈسکرائب ان دا حدیث۔ ایز دا ڈور آف دعویٰ از کلوز، ویل بی کلوزڈ۔ ایک سچوئیشن کو بتایا گیا ہے، نہ کہ کوئی کوئی ڈور ہے، وہ بند ہو جائے گا۔</w:t>
      </w:r>
    </w:p>
    <w:p>
      <w:r>
        <w:rPr>
          <w:b/>
        </w:rPr>
        <w:t xml:space="preserve">[09:24] </w:t>
      </w:r>
      <w:r>
        <w:t>woh aasman par koi door hai, yeh matlab nahi hai.</w:t>
      </w:r>
    </w:p>
    <w:p>
      <w:pPr>
        <w:jc w:val="right"/>
      </w:pPr>
      <w:r>
        <w:t>وہ آسمان پر کوئی ڈور ہے، یہ مطلب نہیں ہے۔</w:t>
      </w:r>
    </w:p>
    <w:p>
      <w:r>
        <w:rPr>
          <w:b/>
        </w:rPr>
        <w:t xml:space="preserve">[09:28] </w:t>
      </w:r>
      <w:r>
        <w:t>logon ka lifestyle, logon ka mindset, logon ka culture, woh aisa ho jayega ke log sochenge bhi nahi ke main introspection karoon, main apni ghalti maanoon aur Khuda se Tawbah karoon.</w:t>
      </w:r>
    </w:p>
    <w:p>
      <w:pPr>
        <w:jc w:val="right"/>
      </w:pPr>
      <w:r>
        <w:t>لوگوں کا لائف اسٹائل، لوگوں کا مائنڈ سیٹ، لوگوں کا کلچر، وہ ایسا ہو جائے گا کہ لوگ سوچیں گے بھی نہیں کہ میں انٹروسپیکشن کروں، میں اپنی غلطی مانوں اور خدا سے توبہ کروں۔</w:t>
      </w:r>
    </w:p>
    <w:p>
      <w:r>
        <w:rPr>
          <w:b/>
        </w:rPr>
        <w:t xml:space="preserve">[09:45] </w:t>
      </w:r>
      <w:r>
        <w:t>is yeh soch jo hai, woh yeh soch jo hai, woh woh nahi rahegi.</w:t>
      </w:r>
    </w:p>
    <w:p>
      <w:pPr>
        <w:jc w:val="right"/>
      </w:pPr>
      <w:r>
        <w:t>اس یہ سوچ جو ہے، وہ یہ سوچ جو ہے، وہ وہ نہیں رہے گی۔</w:t>
      </w:r>
    </w:p>
    <w:p>
      <w:r>
        <w:rPr>
          <w:b/>
        </w:rPr>
        <w:t xml:space="preserve">[09:55] </w:t>
      </w:r>
      <w:r>
        <w:t>yeh matlab hai is ka.</w:t>
      </w:r>
    </w:p>
    <w:p>
      <w:pPr>
        <w:jc w:val="right"/>
      </w:pPr>
      <w:r>
        <w:t>یہ مطلب ہے اس کا۔</w:t>
      </w:r>
    </w:p>
    <w:p>
      <w:r>
        <w:rPr>
          <w:b/>
        </w:rPr>
        <w:t xml:space="preserve">[10:03] </w:t>
      </w:r>
      <w:r>
        <w:t>This question is from Mr. Muhammad Javed Qureshi. Were customs and culture not involved during the building of nation in the times of Prophet Ibrahim?</w:t>
      </w:r>
    </w:p>
    <w:p>
      <w:pPr>
        <w:jc w:val="right"/>
      </w:pPr>
      <w:r>
        <w:t>This question is from Mr. Muhammad Javed Qureshi. Were customs and culture not involved during the building of nation in the times of Prophet Ibrahim?</w:t>
      </w:r>
    </w:p>
    <w:p>
      <w:r>
        <w:rPr>
          <w:b/>
        </w:rPr>
        <w:t xml:space="preserve">[10:17] </w:t>
      </w:r>
      <w:r>
        <w:t>Because Jurhum tribe may have brought along culture with it during its migration to Mecca. Kya kya main samjha nahi?</w:t>
      </w:r>
    </w:p>
    <w:p>
      <w:pPr>
        <w:jc w:val="right"/>
      </w:pPr>
      <w:r>
        <w:t>Because Jurhum tribe may have brought along culture with it during its migration to Mecca. کیا کیا میں سمجھا نہیں؟</w:t>
      </w:r>
    </w:p>
    <w:p>
      <w:r>
        <w:rPr>
          <w:b/>
        </w:rPr>
        <w:t xml:space="preserve">[10:26] </w:t>
      </w:r>
      <w:r>
        <w:t>phir se parhein? Were customs and culture not— work customs? Work. Work, W E</w:t>
      </w:r>
    </w:p>
    <w:p>
      <w:pPr>
        <w:jc w:val="right"/>
      </w:pPr>
      <w:r>
        <w:t>پھر سے پڑھیں؟ Were customs and culture not— ورک کسٹمز؟ ورک۔ ورک، ڈبلیو ای</w:t>
      </w:r>
    </w:p>
    <w:p>
      <w:r>
        <w:rPr>
          <w:b/>
        </w:rPr>
        <w:t xml:space="preserve">[10:33] </w:t>
      </w:r>
      <w:r>
        <w:t>R E. Accha, where? Haan. Customs and culture not involved during the building of nation in the times of Prophet Ibrahim?</w:t>
      </w:r>
    </w:p>
    <w:p>
      <w:pPr>
        <w:jc w:val="right"/>
      </w:pPr>
      <w:r>
        <w:t>آر ای۔ اچھا، ویئر؟ ہاں۔ Customs and culture not involved during the building of nation in the times of Prophet Ibrahim?</w:t>
      </w:r>
    </w:p>
    <w:p>
      <w:r>
        <w:rPr>
          <w:b/>
        </w:rPr>
        <w:t xml:space="preserve">[10:43] </w:t>
      </w:r>
      <w:r>
        <w:t>Because Jurhum tribe may have brought along culture with it during its</w:t>
      </w:r>
    </w:p>
    <w:p>
      <w:pPr>
        <w:jc w:val="right"/>
      </w:pPr>
      <w:r>
        <w:t>Because Jurhum tribe may have brought along culture with it during its</w:t>
      </w:r>
    </w:p>
    <w:p>
      <w:r>
        <w:rPr>
          <w:b/>
        </w:rPr>
        <w:t xml:space="preserve">[10:50] </w:t>
      </w:r>
      <w:r>
        <w:t>migration to Mecca. bhai, may I help you ke paas kahan? bhai, kuch aap history ke paas? aap ko pata hai yeh yeh may I help you kahan se lagaya aap ne? yeh bhi modern, ek modern phenomenon hai.</w:t>
      </w:r>
    </w:p>
    <w:p>
      <w:pPr>
        <w:jc w:val="right"/>
      </w:pPr>
      <w:r>
        <w:t>migration to Mecca. بھئی، می ہیو کے پاس کہاں؟ بھئی، کچھ آپ ہسٹری کے پاس؟ آپ کو پتہ ہے یہ یہ می ہیو کہاں سے لگایا آپ نے؟ یہ بھی ماڈرن، ایک ماڈرن فیناومینا ہے۔</w:t>
      </w:r>
    </w:p>
    <w:p>
      <w:r>
        <w:rPr>
          <w:b/>
        </w:rPr>
        <w:t xml:space="preserve">[11:00] </w:t>
      </w:r>
      <w:r>
        <w:t>may he o laga kar ek bari bari philosophy khari kar letay hain woh. yeh yeh jo hai, yeh modern mind ka yeh yeh bhi ek phenomenon hai.</w:t>
      </w:r>
    </w:p>
    <w:p>
      <w:pPr>
        <w:jc w:val="right"/>
      </w:pPr>
      <w:r>
        <w:t>می ہیو لگا کر ایک بڑی بڑی فلاسفی کھڑی کر لیتے ہیں وہ۔ یہ یہ جو ہے، یہ ماڈرن مائنڈ کا یہ یہ بھی ایک فیناومینا ہے۔</w:t>
      </w:r>
    </w:p>
    <w:p>
      <w:r>
        <w:rPr>
          <w:b/>
        </w:rPr>
        <w:t xml:space="preserve">[11:10] </w:t>
      </w:r>
      <w:r>
        <w:t>isi se bari bari philosophy bana letay hain, may heo bana kar ke. woh to bilkul Jurhum kehtay hain, woh to woh to bilkul jaisay khana badosh log thay.</w:t>
      </w:r>
    </w:p>
    <w:p>
      <w:pPr>
        <w:jc w:val="right"/>
      </w:pPr>
      <w:r>
        <w:t>اسی سے بڑی بڑی فلاسفی بنا لیتے ہیں، می ہیو بنا کر کے۔ وہ تو بالکل جروم کہتے ہیں، وہ تو وہ تو بالکل جیسے خانہ بدوش لوگ تھے۔</w:t>
      </w:r>
    </w:p>
    <w:p>
      <w:r>
        <w:rPr>
          <w:b/>
        </w:rPr>
        <w:t xml:space="preserve">[11:21] </w:t>
      </w:r>
      <w:r>
        <w:t>wahan na culture tha, na kuch tha, wahan kuch bhi nahi tha. woh to khali woh oont paaltay thay aur kuch nahi tha.</w:t>
      </w:r>
    </w:p>
    <w:p>
      <w:pPr>
        <w:jc w:val="right"/>
      </w:pPr>
      <w:r>
        <w:t>وہاں نہ کلچر تھا، نہ کچھ تھا، وہاں کچھ بھی نہیں تھا۔ وہ تو خالی وہ اونٹ پالتے تھے اور کچھ نہیں تھا۔</w:t>
      </w:r>
    </w:p>
    <w:p>
      <w:r>
        <w:rPr>
          <w:b/>
        </w:rPr>
        <w:t xml:space="preserve">[11:31] </w:t>
      </w:r>
      <w:r>
        <w:t>This question is from Dr. Farida Khanam. According to a tradition, Dajjal will be 30 in number.</w:t>
      </w:r>
    </w:p>
    <w:p>
      <w:pPr>
        <w:jc w:val="right"/>
      </w:pPr>
      <w:r>
        <w:t>This question is from Dr. Farida Khanam. According to a tradition, Dajjals will be 30 in number.</w:t>
      </w:r>
    </w:p>
    <w:p>
      <w:r>
        <w:rPr>
          <w:b/>
        </w:rPr>
        <w:t xml:space="preserve">[11:41] </w:t>
      </w:r>
      <w:r>
        <w:t>So will there be many Mehdi to counter them or just one Mehdi would do the work?</w:t>
      </w:r>
    </w:p>
    <w:p>
      <w:pPr>
        <w:jc w:val="right"/>
      </w:pPr>
      <w:r>
        <w:t>So will there be many Mehdi to counter them or just one Mehdi would do the work?</w:t>
      </w:r>
    </w:p>
    <w:p>
      <w:r>
        <w:rPr>
          <w:b/>
        </w:rPr>
        <w:t xml:space="preserve">[11:49] </w:t>
      </w:r>
      <w:r>
        <w:t>according to hadith, there is only one Mehdi. in Mehdi, according to hadith, there are about 30 Dajjal, surasoon, kazzaboon.</w:t>
      </w:r>
    </w:p>
    <w:p>
      <w:pPr>
        <w:jc w:val="right"/>
      </w:pPr>
      <w:r>
        <w:t>اکورڈنگ ٹو حدیث، دیر از اونلی ون مہدی۔ ان مہدی، اکورڈنگ ٹو حدیث، دیر آر اباؤٹ 30 دجال، سراسون، کذابون۔</w:t>
      </w:r>
    </w:p>
    <w:p>
      <w:r>
        <w:rPr>
          <w:b/>
        </w:rPr>
        <w:t xml:space="preserve">[12:04] </w:t>
      </w:r>
      <w:r>
        <w:t>but</w:t>
      </w:r>
    </w:p>
    <w:p>
      <w:pPr>
        <w:jc w:val="right"/>
      </w:pPr>
      <w:r>
        <w:t>بٹ</w:t>
      </w:r>
    </w:p>
    <w:p>
      <w:r>
        <w:rPr>
          <w:b/>
        </w:rPr>
        <w:t xml:space="preserve">[12:05] </w:t>
      </w:r>
      <w:r>
        <w:t>according to hadith, there is only one Mehdi. aur Muslim mein jo hai, rajul wahid hai, ek insan. to hadith ko jahan tak liya jaye, ek hi insan hai jo Mehdi hai ya rajul wahid hai.</w:t>
      </w:r>
    </w:p>
    <w:p>
      <w:pPr>
        <w:jc w:val="right"/>
      </w:pPr>
      <w:r>
        <w:t>اکورڈنگ ٹو حدیث، دیر از اونلی ون مہدی۔ اور مسلم میں جو ہے، رجل الواحد ہے، ایک انسان۔ تو حدیث کو جہاں تک لیا جائے، ایک ہی انسان ہے جو مہدی ہے یا رجل الواحد ہے۔</w:t>
      </w:r>
    </w:p>
    <w:p>
      <w:r>
        <w:rPr>
          <w:b/>
        </w:rPr>
        <w:t xml:space="preserve">[12:18] </w:t>
      </w:r>
      <w:r>
        <w:t>Muslim dekhen, hadithon mein aisa hai</w:t>
      </w:r>
    </w:p>
    <w:p>
      <w:pPr>
        <w:jc w:val="right"/>
      </w:pPr>
      <w:r>
        <w:t>مسلم دیکھیں، حدیثوں میں ایسا ہے</w:t>
      </w:r>
    </w:p>
    <w:p>
      <w:r>
        <w:rPr>
          <w:b/>
        </w:rPr>
        <w:t xml:space="preserve">[12:21] </w:t>
      </w:r>
      <w:r>
        <w:t>ke Muslim jo kitab hai, is mein lafz Mehdi nahi hai. Abu Dawood mein Mehdi hai, to Muslim mein rajul wahid hai.</w:t>
      </w:r>
    </w:p>
    <w:p>
      <w:pPr>
        <w:jc w:val="right"/>
      </w:pPr>
      <w:r>
        <w:t>کہ مسلم جو کتاب ہے، اس میں لفظ مہدی نہیں ہے۔ ابو داؤد میں مہدی ہے، تو مسلم میں رجل الواحد ہے۔</w:t>
      </w:r>
    </w:p>
    <w:p>
      <w:r>
        <w:rPr>
          <w:b/>
        </w:rPr>
        <w:t xml:space="preserve">[12:30] </w:t>
      </w:r>
      <w:r>
        <w:t>yani ek ek ek rajul momin hai, ek momin insan. Muslim jo kitab hai,</w:t>
      </w:r>
    </w:p>
    <w:p>
      <w:pPr>
        <w:jc w:val="right"/>
      </w:pPr>
      <w:r>
        <w:t>یعنی ایک ایک ایک رجل مومن ہے، ایک مومن انسان۔ مسلم جو کتاب ہے،</w:t>
      </w:r>
    </w:p>
    <w:p>
      <w:r>
        <w:rPr>
          <w:b/>
        </w:rPr>
        <w:t xml:space="preserve">[12:37] </w:t>
      </w:r>
      <w:r>
        <w:t>is mein ek momin insan, one believer. aur Abu Dawood mein Mehdi hai. beharhal, yani yeh it is very clear in hadith literature that Mehdi is is a single person</w:t>
      </w:r>
    </w:p>
    <w:p>
      <w:pPr>
        <w:jc w:val="right"/>
      </w:pPr>
      <w:r>
        <w:t>اس میں ایک مومن انسان، ون بیلیور۔ اور ابو داؤد میں مہدی ہے۔ بہرحال، یعنی یہ اٹ از ویری کلیئر ان حدیث لٹریچر دیٹ مہدی از از ا سنگل پرسن</w:t>
      </w:r>
    </w:p>
    <w:p>
      <w:r>
        <w:rPr>
          <w:b/>
        </w:rPr>
        <w:t xml:space="preserve">[12:56] </w:t>
      </w:r>
      <w:r>
        <w:t>and Dajjal are yani near about thirty Dajjal. yeh bohat clear hai hadith mein.</w:t>
      </w:r>
    </w:p>
    <w:p>
      <w:pPr>
        <w:jc w:val="right"/>
      </w:pPr>
      <w:r>
        <w:t>اینڈ دجال ار یعنی نیئر اباؤٹ تھرٹی دجال۔ یہ بہت کلیئر ہے حدیث میں۔</w:t>
      </w:r>
    </w:p>
    <w:p>
      <w:r>
        <w:rPr>
          <w:b/>
        </w:rPr>
        <w:t xml:space="preserve">[13:07] </w:t>
      </w:r>
      <w:r>
        <w:t>This is a second question. Muslims consider Dajjal to be a strange and dreaded creature. But according to a tradition, Dajjal will have a large following.</w:t>
      </w:r>
    </w:p>
    <w:p>
      <w:pPr>
        <w:jc w:val="right"/>
      </w:pPr>
      <w:r>
        <w:t>This is a second question. Muslims consider Dajjal to be a strange and dreaded creature. But according to a tradition, Dajjal will have a large following.</w:t>
      </w:r>
    </w:p>
    <w:p>
      <w:r>
        <w:rPr>
          <w:b/>
        </w:rPr>
        <w:t xml:space="preserve">[13:21] </w:t>
      </w:r>
      <w:r>
        <w:t>This shows that Dajjal would be very much a person like ourself, so that he is able to deceive men effectively.</w:t>
      </w:r>
    </w:p>
    <w:p>
      <w:pPr>
        <w:jc w:val="right"/>
      </w:pPr>
      <w:r>
        <w:t>This shows that Dajjal would be very much a person like ourself, so that he is able to deceive men effectively.</w:t>
      </w:r>
    </w:p>
    <w:p>
      <w:r>
        <w:rPr>
          <w:b/>
        </w:rPr>
        <w:t xml:space="preserve">[13:31] </w:t>
      </w:r>
      <w:r>
        <w:t>yeh kis ka hai? Doctor Farida ka.</w:t>
      </w:r>
    </w:p>
    <w:p>
      <w:pPr>
        <w:jc w:val="right"/>
      </w:pPr>
      <w:r>
        <w:t>یہ کس کا ہے؟ ڈاکٹر فریدہ کا۔</w:t>
      </w:r>
    </w:p>
    <w:p>
      <w:r>
        <w:rPr>
          <w:b/>
        </w:rPr>
        <w:t xml:space="preserve">[13:35] </w:t>
      </w:r>
      <w:r>
        <w:t>haan, yeh right. yeh to theek likha hai, sahi likha hai. phir se parhiye. Muslims consider Dajjal to be a strange and dreaded creature.</w:t>
      </w:r>
    </w:p>
    <w:p>
      <w:pPr>
        <w:jc w:val="right"/>
      </w:pPr>
      <w:r>
        <w:t>ہاں، یہ رائٹ۔ یہ تو ٹھیک لکھا ہے، صحیح لکھا ہے۔ پھر سے پڑھیے۔ Muslims consider Dajjal to be a strange and dreaded creature.</w:t>
      </w:r>
    </w:p>
    <w:p>
      <w:r>
        <w:rPr>
          <w:b/>
        </w:rPr>
        <w:t xml:space="preserve">[13:46] </w:t>
      </w:r>
      <w:r>
        <w:t>But according to a tradition, Dajjal will have a large following. This shows that Dajjal would be very much a person like ourself, so that he is able to deceive men effectively.</w:t>
      </w:r>
    </w:p>
    <w:p>
      <w:pPr>
        <w:jc w:val="right"/>
      </w:pPr>
      <w:r>
        <w:t>But according to a tradition, Dajjal will have a large following. This shows that Dajjal would be very much a person like ourself, so that he is able to deceive men effectively.</w:t>
      </w:r>
    </w:p>
    <w:p>
      <w:r>
        <w:rPr>
          <w:b/>
        </w:rPr>
        <w:t xml:space="preserve">[14:01] </w:t>
      </w:r>
      <w:r>
        <w:t>dekhiye, yeh baat bilkul theek hai. is mein mein yeh add karoon ga, itna ke</w:t>
      </w:r>
    </w:p>
    <w:p>
      <w:pPr>
        <w:jc w:val="right"/>
      </w:pPr>
      <w:r>
        <w:t>دیکھیے، یہ بات بالکل ٹھیک ہے۔ اس میں میں یہ ایڈ کروں گا، اتنا کہ</w:t>
      </w:r>
    </w:p>
    <w:p>
      <w:r>
        <w:rPr>
          <w:b/>
        </w:rPr>
        <w:t xml:space="preserve">[14:11] </w:t>
      </w:r>
      <w:r>
        <w:t>itna mein add karoon ga ke</w:t>
      </w:r>
    </w:p>
    <w:p>
      <w:pPr>
        <w:jc w:val="right"/>
      </w:pPr>
      <w:r>
        <w:t>اتنا میں ایڈ کروں گا کہ</w:t>
      </w:r>
    </w:p>
    <w:p>
      <w:r>
        <w:rPr>
          <w:b/>
        </w:rPr>
        <w:t xml:space="preserve">[14:15] </w:t>
      </w:r>
      <w:r>
        <w:t>following se nahi pata chalay ga ke yeh Mehdi hai ke bohat se log Mehdi ke paas honge. followers to Dajjal ke sath ziyada honge.</w:t>
      </w:r>
    </w:p>
    <w:p>
      <w:pPr>
        <w:jc w:val="right"/>
      </w:pPr>
      <w:r>
        <w:t>فالونگ سے نہیں پتہ چلے گا کہ یہ مہدی ہے کہ بہت سے لوگ مہدی کے پاس ہوں گے۔ فالوورز تو دجال کے ساتھ زیادہ ہوں گے۔</w:t>
      </w:r>
    </w:p>
    <w:p>
      <w:r>
        <w:rPr>
          <w:b/>
        </w:rPr>
        <w:t xml:space="preserve">[14:26] </w:t>
      </w:r>
      <w:r>
        <w:t>yeh criterion jo hai, logon ke mind mein basa hua hai, bohat galat criterion ke Mehdi ke sath bohat se logon ke woh</w:t>
      </w:r>
    </w:p>
    <w:p>
      <w:pPr>
        <w:jc w:val="right"/>
      </w:pPr>
      <w:r>
        <w:t>یہ کرائٹیرین جو ہے، لوگوں کے مائنڈ میں بسا ہوا ہے، بہت غلط کرائٹیرین کہ مہدی کے ساتھ بہت سے لوگوں کے وہ</w:t>
      </w:r>
    </w:p>
    <w:p>
      <w:r>
        <w:rPr>
          <w:b/>
        </w:rPr>
        <w:t xml:space="preserve">[14:35] </w:t>
      </w:r>
      <w:r>
        <w:t>sari duniya mein Islam ke huqooq banaye gaye. yeh sab bilkul base less baatein hain. base less. Mehdi means guided person. guided person.</w:t>
      </w:r>
    </w:p>
    <w:p>
      <w:pPr>
        <w:jc w:val="right"/>
      </w:pPr>
      <w:r>
        <w:t>ساری دنیا میں اسلام کے حقوق بنائے گئے۔ یہ سب بالکل بیس لیس باتیں ہیں۔ بیس لیس۔ مہدی مینز گائیڈڈ پرسن۔ گائیڈڈ پرسن۔</w:t>
      </w:r>
    </w:p>
    <w:p>
      <w:r>
        <w:rPr>
          <w:b/>
        </w:rPr>
        <w:t xml:space="preserve">[14:45] </w:t>
      </w:r>
      <w:r>
        <w:t>mehdi mein kabhi bhi nahi, kisi hadith mein nahi hai ke is ke bohat followers honge. is ke koi hadith aisi nahi hai. yeh sab bilkul</w:t>
      </w:r>
    </w:p>
    <w:p>
      <w:pPr>
        <w:jc w:val="right"/>
      </w:pPr>
      <w:r>
        <w:t>مہدی میں کبھی بھی نہیں، کسی حدیث میں نہیں ہے کہ اس کے بہت فالوورز ہوں گے۔ اس کے کوئی حدیث ایسی نہیں ہے۔ یہ سب بالکل</w:t>
      </w:r>
    </w:p>
    <w:p>
      <w:r>
        <w:rPr>
          <w:b/>
        </w:rPr>
        <w:t xml:space="preserve">[14:53] </w:t>
      </w:r>
      <w:r>
        <w:t>bana liya logon ne ke mehdi jo hai, dunya par bhi islam ki hukoomat banayega. yeh sab bilkul baseless, absurd, laghu baatein hain. following dajjal ki zyada hogi, hadith ke mutabiq.</w:t>
      </w:r>
    </w:p>
    <w:p>
      <w:pPr>
        <w:jc w:val="right"/>
      </w:pPr>
      <w:r>
        <w:t>بنا لیا لوگوں نے کہ مہدی جو ہے، دنیا پر بھی اسلام کی حکومت بنائے گا۔ یہ سب بالکل بیس لیس، ایبسڈ، لغو باتیں ہیں۔ فالونگ دجال کی زیادہ ہوگی، حدیث کے مطابق۔</w:t>
      </w:r>
    </w:p>
    <w:p>
      <w:r>
        <w:rPr>
          <w:b/>
        </w:rPr>
        <w:t xml:space="preserve">[15:09] </w:t>
      </w:r>
      <w:r>
        <w:t>is ka matlab yeh hua ke very few persons will recognize mehdi and and accept his position.</w:t>
      </w:r>
    </w:p>
    <w:p>
      <w:pPr>
        <w:jc w:val="right"/>
      </w:pPr>
      <w:r>
        <w:t>اس کا مطلب یہ ہوا کہ ویری فیو پرسنز ول ریکگنائز مہدی اینڈ اینڈ ایکسیپٹ ہز پوزیشن۔</w:t>
      </w:r>
    </w:p>
    <w:p>
      <w:r>
        <w:rPr>
          <w:b/>
        </w:rPr>
        <w:t xml:space="preserve">[15:21] </w:t>
      </w:r>
      <w:r>
        <w:t>bohat thore log honge jo mehdi ko pehchanen aur un ka saath den.</w:t>
      </w:r>
    </w:p>
    <w:p>
      <w:pPr>
        <w:jc w:val="right"/>
      </w:pPr>
      <w:r>
        <w:t>بہت تھوڑے لوگ ہوں گے جو مہدی کو پہچانیں اور ان کا ساتھ دیں۔</w:t>
      </w:r>
    </w:p>
    <w:p>
      <w:r>
        <w:rPr>
          <w:b/>
        </w:rPr>
        <w:t xml:space="preserve">[15:25] </w:t>
      </w:r>
      <w:r>
        <w:t>aur dajjal ko pehchanne wale bohat honge, kyunke dajjal to baatein karega, woh jo logon ko achhi lage. dajjal logon ke apne sentiment ko feed karega.</w:t>
      </w:r>
    </w:p>
    <w:p>
      <w:pPr>
        <w:jc w:val="right"/>
      </w:pPr>
      <w:r>
        <w:t>اور دجال کو پہچاننے والے بہت ہوں گے، کیونکہ دجال تو باتیں کرے گا، وہ جو لوگوں کو اچھی لگے۔ دجال لوگوں کے اپنے سینٹیمنٹ کو فیڈ کرے گا۔</w:t>
      </w:r>
    </w:p>
    <w:p>
      <w:r>
        <w:rPr>
          <w:b/>
        </w:rPr>
        <w:t xml:space="preserve">[15:39] </w:t>
      </w:r>
      <w:r>
        <w:t>jo chahte hain, wahi bolega. dajjal</w:t>
      </w:r>
    </w:p>
    <w:p>
      <w:pPr>
        <w:jc w:val="right"/>
      </w:pPr>
      <w:r>
        <w:t>جو چاہتے ہیں، وہی بولے گا۔ دجال</w:t>
      </w:r>
    </w:p>
    <w:p>
      <w:r>
        <w:rPr>
          <w:b/>
        </w:rPr>
        <w:t xml:space="preserve">[15:42] </w:t>
      </w:r>
      <w:r>
        <w:t>to is ke peeche daudenge, aur mehdi to logon ki chahne ke against bhi bolega. yani wahi hoga jo prophet ke saath hua hamesha, har zamane mein.</w:t>
      </w:r>
    </w:p>
    <w:p>
      <w:pPr>
        <w:jc w:val="right"/>
      </w:pPr>
      <w:r>
        <w:t>تو اس کے پیچھے دوڑیں گے، اور مہدی تو لوگوں کی چاہنے کے اگینسٹ بھی بولے گا۔ یعنی وہی ہوگا جو پرافٹ کے ساتھ ہوا ہمیشہ، ہر زمانے میں۔</w:t>
      </w:r>
    </w:p>
    <w:p>
      <w:r>
        <w:rPr>
          <w:b/>
        </w:rPr>
        <w:t xml:space="preserve">[15:53] </w:t>
      </w:r>
      <w:r>
        <w:t>har zamane mein aap jante hain ke prophet ko saath dene wale bohat kam the, kyunke prophet un ke against bhi bolte the.</w:t>
      </w:r>
    </w:p>
    <w:p>
      <w:pPr>
        <w:jc w:val="right"/>
      </w:pPr>
      <w:r>
        <w:t>ہر زمانے میں آپ جانتے ہیں کہ پرافٹ کو ساتھ دینے والے بہت کم تھے، کیونکہ پرافٹ ان کے اگینسٹ بھی بولتے تھے۔</w:t>
      </w:r>
    </w:p>
    <w:p>
      <w:r>
        <w:rPr>
          <w:b/>
        </w:rPr>
        <w:t xml:space="preserve">[16:02] </w:t>
      </w:r>
      <w:r>
        <w:t>to yeh bohat bari fallacy hai, bohat bari fallacy hai, bohat bari fallacy hai ke mehdi koi woh hoga, ek leader hoga jo shayad is ke saath crowd hoga.</w:t>
      </w:r>
    </w:p>
    <w:p>
      <w:pPr>
        <w:jc w:val="right"/>
      </w:pPr>
      <w:r>
        <w:t>تو یہ بہت بڑی فلیسی ہے، بہت بڑی فلیسی ہے، بہت بڑی فلیسی ہے کہ مہدی کوئی وہ ہوگا، ایک لیڈر ہوگا جو شاید اس کے ساتھ کراؤڈ ہوگا۔</w:t>
      </w:r>
    </w:p>
    <w:p>
      <w:r>
        <w:rPr>
          <w:b/>
        </w:rPr>
        <w:t xml:space="preserve">[16:12] </w:t>
      </w:r>
      <w:r>
        <w:t>crowd bilkul yeh false hai, baseless hai. yeh baat</w:t>
      </w:r>
    </w:p>
    <w:p>
      <w:pPr>
        <w:jc w:val="right"/>
      </w:pPr>
      <w:r>
        <w:t>کراؤڈ بالکل یہ فالس ہے، بیس لیس ہے۔ یہ بات</w:t>
      </w:r>
    </w:p>
    <w:p>
      <w:r>
        <w:rPr>
          <w:b/>
        </w:rPr>
        <w:t xml:space="preserve">[16:19] </w:t>
      </w:r>
      <w:r>
        <w:t>mehdi ek guided person hoga, yani sachai ko discover karne wala, us waqt jab ke fitna dohama ka zamana hoga. dekhen, hadith mein aaya hai ke fitna dohama yani dori, dark age,</w:t>
      </w:r>
    </w:p>
    <w:p>
      <w:pPr>
        <w:jc w:val="right"/>
      </w:pPr>
      <w:r>
        <w:t>مہدی ایک گائیڈڈ پرسن ہوگا، یعنی سچائی کو ڈسکور کرنے والا، اس وقت جب کہ فتنہ دوحمہ کا زمانہ ہوگا۔ دیکھیں، حدیث میں آیا ہے کہ فتنہ دوحمہ یعنی ڈوری، ڈارک ایج،</w:t>
      </w:r>
    </w:p>
    <w:p>
      <w:r>
        <w:rPr>
          <w:b/>
        </w:rPr>
        <w:t xml:space="preserve">[16:33] </w:t>
      </w:r>
      <w:r>
        <w:t>har taraf dark hi dark hoga.</w:t>
      </w:r>
    </w:p>
    <w:p>
      <w:pPr>
        <w:jc w:val="right"/>
      </w:pPr>
      <w:r>
        <w:t>ہر طرف ڈارک ہی ڈارک ہوگا۔</w:t>
      </w:r>
    </w:p>
    <w:p>
      <w:r>
        <w:rPr>
          <w:b/>
        </w:rPr>
        <w:t xml:space="preserve">[16:36] </w:t>
      </w:r>
      <w:r>
        <w:t>complete darkness. darkness maani kya hai? yani intellectual darkness. intellectual darkness ka matlab kya hai?</w:t>
      </w:r>
    </w:p>
    <w:p>
      <w:pPr>
        <w:jc w:val="right"/>
      </w:pPr>
      <w:r>
        <w:t>کمپلیٹ ڈارکنس۔ ڈارکنس معنی کیا ہے؟ یعنی انٹلیکچول ڈارکنس۔ انٹلیکچول ڈارکنس کا مطلب کیا ہے؟</w:t>
      </w:r>
    </w:p>
    <w:p>
      <w:r>
        <w:rPr>
          <w:b/>
        </w:rPr>
        <w:t xml:space="preserve">[16:47] </w:t>
      </w:r>
      <w:r>
        <w:t>aaj kal dekhiye, million books chhap chhap kar har jagah phaili hui hain.</w:t>
      </w:r>
    </w:p>
    <w:p>
      <w:pPr>
        <w:jc w:val="right"/>
      </w:pPr>
      <w:r>
        <w:t>آج کل دیکھیے، ملین بل بک چھپ چھپ کر ہر جگہ پھیلی ہوئی ہیں۔</w:t>
      </w:r>
    </w:p>
    <w:p>
      <w:r>
        <w:rPr>
          <w:b/>
        </w:rPr>
        <w:t xml:space="preserve">[16:52] </w:t>
      </w:r>
      <w:r>
        <w:t>internet pe itne material hain, material itne internet par ke koi samajh payega kya sach hai, kya jhoot hai. ek jungle hai information ka internet mein, ek jungle hai information ka books mein.</w:t>
      </w:r>
    </w:p>
    <w:p>
      <w:pPr>
        <w:jc w:val="right"/>
      </w:pPr>
      <w:r>
        <w:t>انٹرنیٹ پہ اتنے مٹیریل ہیں، مٹیریل اتنے انٹرنیٹ پر کہ کوئی سمجھ پائے گا کیا سچ ہے، کیا جھوٹ ہے۔ ایک جنگل ہے انفارمیشن کا انٹرنیٹ میں، ایک جنگل ہے انفارمیشن کا بکس میں۔</w:t>
      </w:r>
    </w:p>
    <w:p>
      <w:r>
        <w:rPr>
          <w:b/>
        </w:rPr>
        <w:t xml:space="preserve">[17:07] </w:t>
      </w:r>
      <w:r>
        <w:t>pehlay kahan aisa tha?</w:t>
      </w:r>
    </w:p>
    <w:p>
      <w:pPr>
        <w:jc w:val="right"/>
      </w:pPr>
      <w:r>
        <w:t>پہلے کہاں ایسا تھا؟</w:t>
      </w:r>
    </w:p>
    <w:p>
      <w:r>
        <w:rPr>
          <w:b/>
        </w:rPr>
        <w:t xml:space="preserve">[17:10] </w:t>
      </w:r>
      <w:r>
        <w:t>it is a complete new phenomena. isi new phenomena ko fitna dohama kaha gaya hai. pehlay haath se kitab likhi jati thi, kisi ne bohat mehnat ki to ek kitab likh di, do kitab likh di, wahi phaili nahi.</w:t>
      </w:r>
    </w:p>
    <w:p>
      <w:pPr>
        <w:jc w:val="right"/>
      </w:pPr>
      <w:r>
        <w:t>اٹ از ا کمپلیٹ نیو فیناومینا۔ اسی نیو فیناومینا کو فتنہ دوحمہ کہا گیا ہے۔ پہلے ہاتھ سے کتاب لکھی جاتی تھی، کسی نے بہت محنت کی تو ایک کتاب لکھ دی، دو کتاب لکھ دی، وہی پھیلی نہیں۔</w:t>
      </w:r>
    </w:p>
    <w:p>
      <w:r>
        <w:rPr>
          <w:b/>
        </w:rPr>
        <w:t xml:space="preserve">[17:24] </w:t>
      </w:r>
      <w:r>
        <w:t>kaun kaun phailata hai is ko?</w:t>
      </w:r>
    </w:p>
    <w:p>
      <w:pPr>
        <w:jc w:val="right"/>
      </w:pPr>
      <w:r>
        <w:t>کون کون پھیلاتا ہے اس کو؟</w:t>
      </w:r>
    </w:p>
    <w:p>
      <w:r>
        <w:rPr>
          <w:b/>
        </w:rPr>
        <w:t xml:space="preserve">[17:27] </w:t>
      </w:r>
      <w:r>
        <w:t>ab to ek kitab likhi hai aur ek million copyan chhap daliye, ek baat ko daliye internet pe aur shayad dunya mein phail jaye.</w:t>
      </w:r>
    </w:p>
    <w:p>
      <w:pPr>
        <w:jc w:val="right"/>
      </w:pPr>
      <w:r>
        <w:t>اب تو ایک کتاب لکھی ہے اور ایک ملین کاپیاں چھاپ ڈالیے، ایک بات کو ڈالیے انٹرنیٹ پہ اور شاید دنیا میں پھیل جائے۔</w:t>
      </w:r>
    </w:p>
    <w:p>
      <w:r>
        <w:rPr>
          <w:b/>
        </w:rPr>
        <w:t xml:space="preserve">[17:37] </w:t>
      </w:r>
      <w:r>
        <w:t>to har ek ne kya kiya hai ke ek shair hai kisi ka: "har bul hawas ne husn parasti shiar ki,</w:t>
      </w:r>
    </w:p>
    <w:p>
      <w:pPr>
        <w:jc w:val="right"/>
      </w:pPr>
      <w:r>
        <w:t>تو ہر ایک نے کیا کیا ہے کہ ایک شعر ہے کسی کا: "ہر بل ہوس نے حسن پرستی شعار کی،</w:t>
      </w:r>
    </w:p>
    <w:p>
      <w:r>
        <w:rPr>
          <w:b/>
        </w:rPr>
        <w:t xml:space="preserve">[17:47] </w:t>
      </w:r>
      <w:r>
        <w:t>ab abrooye siwaye ahle nazar gayi." yeh yeh ulta shair hai ghalib al akhwal ka, woh ghalib ka.</w:t>
      </w:r>
    </w:p>
    <w:p>
      <w:pPr>
        <w:jc w:val="right"/>
      </w:pPr>
      <w:r>
        <w:t>اب ابروئے سیوئے اہل نظر گئی۔" یہ یہ الٹا شعر ہے غالب الاخوال کا، وہ غالب کا۔</w:t>
      </w:r>
    </w:p>
    <w:p>
      <w:r>
        <w:rPr>
          <w:b/>
        </w:rPr>
        <w:t xml:space="preserve">[17:56] </w:t>
      </w:r>
      <w:r>
        <w:t>isi ko doosre shair ne kaha hai ke "taqleed o zad o jammadi aam ho gayi, ab to jalobi mashq ke qabil nahi raha." yani har aadmi kitab likh raha hai, har aadmi internet par apni baatein bhar raha hai.</w:t>
      </w:r>
    </w:p>
    <w:p>
      <w:pPr>
        <w:jc w:val="right"/>
      </w:pPr>
      <w:r>
        <w:t>اسی کو دوسرے شاعر نے کہا ہے کہ "تقلید وزد وجد جامدری عام ہو گئی، اب تو جلوبی مشق کے قابل نہیں رہا۔" یعنی ہر آدمی کتاب لکھ رہا ہے، ہر آدمی انٹرنیٹ پر اپنی باتیں بھر رہا ہے۔</w:t>
      </w:r>
    </w:p>
    <w:p>
      <w:r>
        <w:rPr>
          <w:b/>
        </w:rPr>
        <w:t xml:space="preserve">[18:09] </w:t>
      </w:r>
      <w:r>
        <w:t>internet mein jungle hai information ka, kitabon mein jungle hai information ka. ab aam aadmi yani practically impossible hai ke koi internet ko padh kar ke ya kitab padh kar ke jaane ki sachai kya hai?</w:t>
      </w:r>
    </w:p>
    <w:p>
      <w:pPr>
        <w:jc w:val="right"/>
      </w:pPr>
      <w:r>
        <w:t>انٹرنیٹ میں جنگل ہے انفارمیشن کا، کتابوں میں جنگل ہے انفارمیشن کا۔ اب عام آدمی یعنی پریکٹیکلی امپاسیبل ہے کہ کوئی انٹرنیٹ کو پڑھ کر کے یا کتاب پڑھ کر کے جانے کی سچائی کیا ہے؟</w:t>
      </w:r>
    </w:p>
    <w:p>
      <w:r>
        <w:rPr>
          <w:b/>
        </w:rPr>
        <w:t xml:space="preserve">[18:23] </w:t>
      </w:r>
      <w:r>
        <w:t>intelli impossible.</w:t>
      </w:r>
    </w:p>
    <w:p>
      <w:pPr>
        <w:jc w:val="right"/>
      </w:pPr>
      <w:r>
        <w:t>انٹیلی امپاسیبل۔</w:t>
      </w:r>
    </w:p>
    <w:p>
      <w:r>
        <w:rPr>
          <w:b/>
        </w:rPr>
        <w:t xml:space="preserve">[18:26] </w:t>
      </w:r>
      <w:r>
        <w:t>har cheez ke bare mein jungle hai information ka. jaise islam ko padhna chahen, aap ne islam ki itni baatein, itni baatein, itni baatein, har aadmi is mein bhari hui hai apni baatein.</w:t>
      </w:r>
    </w:p>
    <w:p>
      <w:pPr>
        <w:jc w:val="right"/>
      </w:pPr>
      <w:r>
        <w:t>ہر چیز کے بارے میں جنگل ہے انفارمیشن کا۔ جیسے اسلام کو پڑھنا چاہیں، آپ نے اسلام کی اتنی باتیں، اتنی باتیں، اتنی باتیں، ہر آدمی اس میں بھری ہوئی ہے اپنی باتیں۔</w:t>
      </w:r>
    </w:p>
    <w:p>
      <w:r>
        <w:rPr>
          <w:b/>
        </w:rPr>
        <w:t xml:space="preserve">[18:39] </w:t>
      </w:r>
      <w:r>
        <w:t>har aadmi islam ke bare mein apni baatein bhari hui hain. har school of thought</w:t>
      </w:r>
    </w:p>
    <w:p>
      <w:pPr>
        <w:jc w:val="right"/>
      </w:pPr>
      <w:r>
        <w:t>ہر آدمی اسلام کے بارے میں اپنی باتیں بھری ہوئی ہیں۔ ہر اسکول آف تھاٹ</w:t>
      </w:r>
    </w:p>
    <w:p>
      <w:r>
        <w:rPr>
          <w:b/>
        </w:rPr>
        <w:t xml:space="preserve">[18:44] </w:t>
      </w:r>
      <w:r>
        <w:t>to yeh fitna dohama hai. isi ko kaha gaya hai</w:t>
      </w:r>
    </w:p>
    <w:p>
      <w:pPr>
        <w:jc w:val="right"/>
      </w:pPr>
      <w:r>
        <w:t>تو یہ فتنہ دوحمہ ہے۔ اسی کو کہا گیا ہے</w:t>
      </w:r>
    </w:p>
    <w:p>
      <w:r>
        <w:rPr>
          <w:b/>
        </w:rPr>
        <w:t xml:space="preserve">[18:49] </w:t>
      </w:r>
      <w:r>
        <w:t>ke ek ek jis ko kehte hain ke yani woh kaha jata hai ke information explosion. mein kahunga information darkness.</w:t>
      </w:r>
    </w:p>
    <w:p>
      <w:pPr>
        <w:jc w:val="right"/>
      </w:pPr>
      <w:r>
        <w:t>کہ ایک ایک جس کو کہتے ہیں کہ یعنی وہ کہا جاتا ہے کہ انفارمیشن ایکسپلوژن۔ میں کہوں گا انفارمیشن ڈارکنس۔</w:t>
      </w:r>
    </w:p>
    <w:p>
      <w:r>
        <w:rPr>
          <w:b/>
        </w:rPr>
        <w:t xml:space="preserve">[18:59] </w:t>
      </w:r>
      <w:r>
        <w:t>mein kahunga is ko explosion kiya hai?</w:t>
      </w:r>
    </w:p>
    <w:p>
      <w:pPr>
        <w:jc w:val="right"/>
      </w:pPr>
      <w:r>
        <w:t>میں کہوں گا اس کو ایکسپلوژن کیا ہے؟</w:t>
      </w:r>
    </w:p>
    <w:p>
      <w:r>
        <w:rPr>
          <w:b/>
        </w:rPr>
        <w:t xml:space="preserve">[19:04] </w:t>
      </w:r>
      <w:r>
        <w:t>koi ek insaan bhi is position mein nahin hai aaj ke zamane mein ke woh jaan sake ke sachai kiya hai. to mehdi woh insaan hoga jo Khuda ki tofeeq se jaane ga aur sab log blindness mein jeete rahen ge,</w:t>
      </w:r>
    </w:p>
    <w:p>
      <w:pPr>
        <w:jc w:val="right"/>
      </w:pPr>
      <w:r>
        <w:t>کوئی ایک انسان بھی اس پوزیشن میں نہیں ہے آج کے زمانے میں کہ وہ جان سکے کہ سچائی کیا ہے۔ تو مہدی وہ انسان ہوگا جو خدا کی توفیق سے جانے گا اور سب لوگ بلائنڈنس میں جیتے رہیں گے،</w:t>
      </w:r>
    </w:p>
    <w:p>
      <w:r>
        <w:rPr>
          <w:b/>
        </w:rPr>
        <w:t xml:space="preserve">[19:19] </w:t>
      </w:r>
      <w:r>
        <w:t>kyun ke is ka analysis karna, is ko examine karna yeh possible ban jayega.</w:t>
      </w:r>
    </w:p>
    <w:p>
      <w:pPr>
        <w:jc w:val="right"/>
      </w:pPr>
      <w:r>
        <w:t>کیونکہ اس کا انالیسز کرنا، اس کو ایگزامن کرنا یہ پاسیبل بن جائے گا۔</w:t>
      </w:r>
    </w:p>
    <w:p>
      <w:r>
        <w:rPr>
          <w:b/>
        </w:rPr>
        <w:t xml:space="preserve">[19:25] </w:t>
      </w:r>
      <w:r>
        <w:t>aap aap dekhiye, kitabon ko padhiye, internet pe jo information hai, is ko download kar ke padhiye. aap sirf is mein confusion mein paden ge.</w:t>
      </w:r>
    </w:p>
    <w:p>
      <w:pPr>
        <w:jc w:val="right"/>
      </w:pPr>
      <w:r>
        <w:t>آپ آپ دیکھیے، کتابوں کو پڑھیے، انٹرنیٹ پہ جو انفارمیشن ہے، اس کو ڈاؤن لوڈ کر کے پڑھیے۔ آپ صرف اس میں کنفیوژن میں پڑیں گے۔</w:t>
      </w:r>
    </w:p>
    <w:p>
      <w:r>
        <w:rPr>
          <w:b/>
        </w:rPr>
        <w:t xml:space="preserve">[19:36] </w:t>
      </w:r>
      <w:r>
        <w:t>ek sahib ke kai kai sahib jo yani daily aap jante hain ke hamare jo daily daily papers hain, is mein article aate rehte hain.</w:t>
      </w:r>
    </w:p>
    <w:p>
      <w:pPr>
        <w:jc w:val="right"/>
      </w:pPr>
      <w:r>
        <w:t>ایک صاحب کہ کئی کئی صاحب جو یعنی ڈیلی آپ جانتے ہیں کہ ہمارے جو ڈیلی ڈیلی پیپرز ہیں، اس میں آرٹیکل آتے رہتے ہیں۔</w:t>
      </w:r>
    </w:p>
    <w:p>
      <w:r>
        <w:rPr>
          <w:b/>
        </w:rPr>
        <w:t xml:space="preserve">[19:46] </w:t>
      </w:r>
      <w:r>
        <w:t>har din article aate hain. to ek sahib jo</w:t>
      </w:r>
    </w:p>
    <w:p>
      <w:pPr>
        <w:jc w:val="right"/>
      </w:pPr>
      <w:r>
        <w:t>ہر دن آرٹیکل آتے ہیں۔ تو ایک صاحب جو</w:t>
      </w:r>
    </w:p>
    <w:p>
      <w:r>
        <w:rPr>
          <w:b/>
        </w:rPr>
        <w:t xml:space="preserve">[19:49] </w:t>
      </w:r>
      <w:r>
        <w:t>bahut hi regular tareeqe se padhte hain, is ke article ko maine poocha ke kiya nikala aap ne is se? unhon ne kaha ke sab confusion rehta hai. har article confusion hota hai.</w:t>
      </w:r>
    </w:p>
    <w:p>
      <w:pPr>
        <w:jc w:val="right"/>
      </w:pPr>
      <w:r>
        <w:t>بہت ہی ریگولر طریقے سے پڑھتے ہیں، اس کے آرٹیکل کو میں نے پوچھا کہ کیا نکالا آپ نے اس سے؟ انہوں نے کہا کہ سب کنفیوژن رہتا ہے۔ ہر آرٹیکل کنفیوژن ہوتا ہے۔</w:t>
      </w:r>
    </w:p>
    <w:p>
      <w:r>
        <w:rPr>
          <w:b/>
        </w:rPr>
        <w:t xml:space="preserve">[20:00] </w:t>
      </w:r>
      <w:r>
        <w:t>yeh sab learned log hote hain, padhe likhe log hote hain. to koi bhi aadmi mein kehta hoon ke impossible ho chuka hai</w:t>
      </w:r>
    </w:p>
    <w:p>
      <w:pPr>
        <w:jc w:val="right"/>
      </w:pPr>
      <w:r>
        <w:t>یہ سب لرنڈ لوگ ہوتے ہیں، پڑھے لکھے لوگ ہوتے ہیں۔ تو کوئی بھی آدمی میں کہتا ہوں کہ امپاسیبل ہو چکا ہے</w:t>
      </w:r>
    </w:p>
    <w:p>
      <w:r>
        <w:rPr>
          <w:b/>
        </w:rPr>
        <w:t xml:space="preserve">[20:09] </w:t>
      </w:r>
      <w:r>
        <w:t>ke internet ke se se information le kar ke ya kitabon ki study kar ke woh sachai ko discover kar sake. woh zamana hi khatam ho gaya.</w:t>
      </w:r>
    </w:p>
    <w:p>
      <w:pPr>
        <w:jc w:val="right"/>
      </w:pPr>
      <w:r>
        <w:t>کہ انٹرنیٹ کے سے سے انفارمیشن لے کر کے یا کتابوں کی اسٹڈی کر کے وہ سچائی کو ڈسکور کر سکے۔ وہ زمانہ ہی ختم ہو گیا۔</w:t>
      </w:r>
    </w:p>
    <w:p>
      <w:r>
        <w:rPr>
          <w:b/>
        </w:rPr>
        <w:t xml:space="preserve">[20:19] </w:t>
      </w:r>
      <w:r>
        <w:t>pehle thori si book hoti thi, thori si book. internet to tha hi nahin, na internet tha, na radio, na TV, na kuch na kuch.</w:t>
      </w:r>
    </w:p>
    <w:p>
      <w:pPr>
        <w:jc w:val="right"/>
      </w:pPr>
      <w:r>
        <w:t>پہلے تھوڑی سی بک ہوتی تھی، تھوڑی سی بک۔ انٹرنیٹ تو تھا ہی نہیں، نہ انٹرنیٹ تھا، نہ ریڈیو، نہ ٹی وی، نہ کچھ نہ کچھ۔</w:t>
      </w:r>
    </w:p>
    <w:p>
      <w:r>
        <w:rPr>
          <w:b/>
        </w:rPr>
        <w:t xml:space="preserve">[20:28] </w:t>
      </w:r>
      <w:r>
        <w:t>to bahut aasani se aadmi discover kar leta tha kiya baat theek hai, kiya nahin theek. ab to impossible ho chuka hai. isi liye mehdi aaya hai, ek exceptionally ek aadmi hoga.</w:t>
      </w:r>
    </w:p>
    <w:p>
      <w:pPr>
        <w:jc w:val="right"/>
      </w:pPr>
      <w:r>
        <w:t>تو بہت آسانی سے آدمی ڈسکور کر لیتا تھا کیا بات ٹھیک ہے، کیا نہیں ٹھیک۔ اب تو امپاسیبل ہو چکا ہے۔ اسی لیے مہدی آیا ہے، ایک ایکسیپشنلی ایک آدمی ہوگا۔</w:t>
      </w:r>
    </w:p>
    <w:p>
      <w:r>
        <w:rPr>
          <w:b/>
        </w:rPr>
        <w:t xml:space="preserve">[20:37] </w:t>
      </w:r>
      <w:r>
        <w:t>exceptionally mein kehta hoon ke mister exception hoga. mehdi, mehdi means exception.</w:t>
      </w:r>
    </w:p>
    <w:p>
      <w:pPr>
        <w:jc w:val="right"/>
      </w:pPr>
      <w:r>
        <w:t>ایکسیپشن میں کہتا ہوں کہ مسٹر ایکسیپشن ہوگا۔ مہدی، مہدی مینز ایکسیپشن۔</w:t>
      </w:r>
    </w:p>
    <w:p>
      <w:r>
        <w:rPr>
          <w:b/>
        </w:rPr>
        <w:t xml:space="preserve">[20:46] </w:t>
      </w:r>
      <w:r>
        <w:t>exceptionally woh discover kar payega sachai ko. yani secular knowledge, dilchasp knowledge dono ke beech mein sachai kahan hai, is ki discovery impossible ban chuki hogi.</w:t>
      </w:r>
    </w:p>
    <w:p>
      <w:pPr>
        <w:jc w:val="right"/>
      </w:pPr>
      <w:r>
        <w:t>ایکسیپشنلی وہ ڈسکور کر پائے گا سچائی کو۔ یعنی سیکولر نالج، دلچسپ نالج دونوں کے بیچ میں سچائی کہاں ہے، اس کی ڈسکوری امپاسیبل بن چکی ہوگی۔</w:t>
      </w:r>
    </w:p>
    <w:p>
      <w:r>
        <w:rPr>
          <w:b/>
        </w:rPr>
        <w:t xml:space="preserve">[20:59] </w:t>
      </w:r>
      <w:r>
        <w:t>tab koi shakhs Khuda ki tofeeq se discover karega.</w:t>
      </w:r>
    </w:p>
    <w:p>
      <w:pPr>
        <w:jc w:val="right"/>
      </w:pPr>
      <w:r>
        <w:t>تب کوئی شخص خدا کی توفیق سے ڈسکور کرے گا۔</w:t>
      </w:r>
    </w:p>
    <w:p>
      <w:r>
        <w:rPr>
          <w:b/>
        </w:rPr>
        <w:t xml:space="preserve">[21:03] </w:t>
      </w:r>
      <w:r>
        <w:t>yeh koi simple baat nahin hai. mehdi koi mysterious phenomena nahin hai. knowledge ke jungle mein sachai ko dhoondne ka naam hai.</w:t>
      </w:r>
    </w:p>
    <w:p>
      <w:pPr>
        <w:jc w:val="right"/>
      </w:pPr>
      <w:r>
        <w:t>یہ کوئی سمپل بات نہیں ہے۔ مہدی کوئی مسٹیریس فیناومینا نہیں ہے۔ نالج کے جنگل میں سچائی کو ڈھونڈنے کا نام ہے۔</w:t>
      </w:r>
    </w:p>
    <w:p>
      <w:r>
        <w:rPr>
          <w:b/>
        </w:rPr>
        <w:t xml:space="preserve">[21:12] </w:t>
      </w:r>
      <w:r>
        <w:t>mehdi knowledge ke dark jungle mein, dark jungle mein koi bhi shakhs mein kehta hoon ke is ko</w:t>
      </w:r>
    </w:p>
    <w:p>
      <w:pPr>
        <w:jc w:val="right"/>
      </w:pPr>
      <w:r>
        <w:t>مہدی نالج کے ڈارک جنگل میں، ڈارک جنگل میں کوئی بھی شخص میں کہتا ہوں کہ اس کو</w:t>
      </w:r>
    </w:p>
    <w:p>
      <w:r>
        <w:rPr>
          <w:b/>
        </w:rPr>
        <w:t xml:space="preserve">[21:22] </w:t>
      </w:r>
      <w:r>
        <w:t>kisi library mein chala jaye aur book padh kar ke woh pata kare ke sachai kiya hai. internet pe woh study kare, pata kare sachai kiya hai.</w:t>
      </w:r>
    </w:p>
    <w:p>
      <w:pPr>
        <w:jc w:val="right"/>
      </w:pPr>
      <w:r>
        <w:t>کسی لائبریری میں چلا جائے اور بک پڑھ کر کے وہ پتہ کرے کہ سچائی کیا ہے۔ انٹرنیٹ پہ وہ اسٹڈی کرے، پتہ کرے سچائی کیا ہے۔</w:t>
      </w:r>
    </w:p>
    <w:p>
      <w:r>
        <w:rPr>
          <w:b/>
        </w:rPr>
        <w:t xml:space="preserve">[21:31] </w:t>
      </w:r>
      <w:r>
        <w:t>pachas baras mein nahin discover kar sakta woh. bas pachas baras mein nahin discover kar sakta woh keh sakta hai kiya sachai hai, kiya sachai nahin hai.</w:t>
      </w:r>
    </w:p>
    <w:p>
      <w:pPr>
        <w:jc w:val="right"/>
      </w:pPr>
      <w:r>
        <w:t>پچاس برس میں نہیں ڈسکور کر سکتا وہ۔ بس پچاس برس میں نہیں ڈسکور کر سکتا وہ کہہ سکتا ہے کیا سچائی ہے، کیا سچائی نہیں ہے۔</w:t>
      </w:r>
    </w:p>
    <w:p>
      <w:r>
        <w:rPr>
          <w:b/>
        </w:rPr>
        <w:t xml:space="preserve">[21:40] </w:t>
      </w:r>
      <w:r>
        <w:t>itni itna zyada bhari hui knowledge, different type ki knowledge to</w:t>
      </w:r>
    </w:p>
    <w:p>
      <w:pPr>
        <w:jc w:val="right"/>
      </w:pPr>
      <w:r>
        <w:t>اتنی اتنا زیادہ بھری ہوئی نالج، ڈفرنٹ ٹائپ کی نالج تو</w:t>
      </w:r>
    </w:p>
    <w:p>
      <w:r>
        <w:rPr>
          <w:b/>
        </w:rPr>
        <w:t xml:space="preserve">[21:48] </w:t>
      </w:r>
      <w:r>
        <w:t>yeh simple baat nahin hai. to logon ko pehchanna padega. mehdi ko nahin pehchanen ge to andhere mein jiyen ge, andhere mein maren ge. yaad rakhiye, logon ko pehchanna padega kyun ke khud se nahin jaan sakte.</w:t>
      </w:r>
    </w:p>
    <w:p>
      <w:pPr>
        <w:jc w:val="right"/>
      </w:pPr>
      <w:r>
        <w:t>یہ سمپل بات نہیں ہے۔ تو لوگوں کو پہچاننا پڑے گا۔ مہدی کو نہیں پہچانیں گے تو اندھیرے میں جیئیں گے، اندھیرے میں مریں گے۔ یاد رکھیے، لوگوں کو پہچاننا پڑے گا کیونکہ خود سے نہیں جان سکتے۔</w:t>
      </w:r>
    </w:p>
    <w:p>
      <w:r>
        <w:rPr>
          <w:b/>
        </w:rPr>
        <w:t xml:space="preserve">[22:01] </w:t>
      </w:r>
      <w:r>
        <w:t>woh achhe se samajh lijiye ke koi khud se nahin jaan sakta.</w:t>
      </w:r>
    </w:p>
    <w:p>
      <w:pPr>
        <w:jc w:val="right"/>
      </w:pPr>
      <w:r>
        <w:t>وہ اچھے سے سمجھ لیجئے کہ کوئی خود سے نہیں جان سکتا۔</w:t>
      </w:r>
    </w:p>
    <w:p>
      <w:r>
        <w:rPr>
          <w:b/>
        </w:rPr>
        <w:t xml:space="preserve">[22:05] </w:t>
      </w:r>
      <w:r>
        <w:t>fitna dohama ke zamane mein itna darkness hai, itni tareeki hai ke koi ek aadmi bhi mein kehta hoon ke is ko apne aap nahin jaan sakta ke sachai kiya hai.</w:t>
      </w:r>
    </w:p>
    <w:p>
      <w:pPr>
        <w:jc w:val="right"/>
      </w:pPr>
      <w:r>
        <w:t>فتنہ دوحمہ کے زمانے میں اتنا ڈارکنس ہے، اتنی تاریکی ہے کہ کوئی ایک آدمی بھی میں کہتا ہوں کہ اس کو اپنے آپ نہیں جان سکتا کہ سچائی کیا ہے۔</w:t>
      </w:r>
    </w:p>
    <w:p>
      <w:r>
        <w:rPr>
          <w:b/>
        </w:rPr>
        <w:t xml:space="preserve">[22:15] </w:t>
      </w:r>
      <w:r>
        <w:t>woh bhatke ga andhere mein, andhere mein mare ga. woh to guided person jo khuda ki taraf se hoga, jo sachai ko discover kare ga,</w:t>
      </w:r>
    </w:p>
    <w:p>
      <w:pPr>
        <w:jc w:val="right"/>
      </w:pPr>
      <w:r>
        <w:t>وہ بھٹکے گا اندھیرے میں، اندھیرے میں مرے گا۔ وہ تو گائیڈڈ پرسن جو خدا کی طرف سے ہوگا، جو سچائی کو ڈسکور کرے گا،</w:t>
      </w:r>
    </w:p>
    <w:p>
      <w:r>
        <w:rPr>
          <w:b/>
        </w:rPr>
        <w:t xml:space="preserve">[22:26] </w:t>
      </w:r>
      <w:r>
        <w:t>yani phir se re discover kare ga sachai ko, us ko pehchanna pare ga aap ko. nahi to phir andhere mein jiye, andhere mein marte rahiye aur koi doosra woh aur doosra kuch hone wala nahi hai.</w:t>
      </w:r>
    </w:p>
    <w:p>
      <w:pPr>
        <w:jc w:val="right"/>
      </w:pPr>
      <w:r>
        <w:t>یعنی پھر سے ری ڈسکور کرے گا سچائی کو، اس کو پہچاننا پڑے گا آپ کو۔ نہیں تو پھر اندھیرے میں جیئے، اندھیرے میں مرتے رہیے اور کوئی دوسرا وہ اور دوسرا کچھ ہونے والا نہیں ہے۔</w:t>
      </w:r>
    </w:p>
    <w:p>
      <w:r>
        <w:rPr>
          <w:b/>
        </w:rPr>
        <w:t xml:space="preserve">[22:43] </w:t>
      </w:r>
      <w:r>
        <w:t>This question is from Mr Muhammad Adil. sahih hadith mein hai:</w:t>
      </w:r>
    </w:p>
    <w:p>
      <w:pPr>
        <w:jc w:val="right"/>
      </w:pPr>
      <w:r>
        <w:t>This question is from مسٹر محمد عادل۔ صحیح حدیث میں ہے:</w:t>
      </w:r>
    </w:p>
    <w:p>
      <w:r>
        <w:rPr>
          <w:b/>
        </w:rPr>
        <w:t xml:space="preserve">[22:49] </w:t>
      </w:r>
      <w:r>
        <w:t>aik baar rasool Allah ne khwab mein dekha ke kabe ke paas be had khubsurat insan khare hain. sahaba ne poocha: woh kon thay?</w:t>
      </w:r>
    </w:p>
    <w:p>
      <w:pPr>
        <w:jc w:val="right"/>
      </w:pPr>
      <w:r>
        <w:t>ایک بار رسول اللہ نے خواب میں دیکھا کہ کعبے کے پاس بے حد خوبصورت انسان کھڑے ہیں۔ صحابہ نے پوچھا: وہ کون تھے؟</w:t>
      </w:r>
    </w:p>
    <w:p>
      <w:r>
        <w:rPr>
          <w:b/>
        </w:rPr>
        <w:t xml:space="preserve">[23:00] </w:t>
      </w:r>
      <w:r>
        <w:t>huzoor ne kaha: woh Isa thay aur aik kana aadmi khara tha jo dajjal tha.</w:t>
      </w:r>
    </w:p>
    <w:p>
      <w:pPr>
        <w:jc w:val="right"/>
      </w:pPr>
      <w:r>
        <w:t>حضور نے کہا: وہ عیسیٰ تھے اور ایک کانا آدمی کھڑا تھا جو دجال تھا۔</w:t>
      </w:r>
    </w:p>
    <w:p>
      <w:r>
        <w:rPr>
          <w:b/>
        </w:rPr>
        <w:t xml:space="preserve">[23:08] </w:t>
      </w:r>
      <w:r>
        <w:t>kya dajjal aur mehdi ki tarah Hazrat Isa bhi is world mein hain ya woh baad mein ayen ge?</w:t>
      </w:r>
    </w:p>
    <w:p>
      <w:pPr>
        <w:jc w:val="right"/>
      </w:pPr>
      <w:r>
        <w:t>کیا دجال اور مہدی کی طرح حضرت عیسیٰ بھی اس ورلڈ میں ہیں یا وہ بعد میں آئیں گے؟</w:t>
      </w:r>
    </w:p>
    <w:p>
      <w:r>
        <w:rPr>
          <w:b/>
        </w:rPr>
        <w:t xml:space="preserve">[23:18] </w:t>
      </w:r>
      <w:r>
        <w:t>bhai, is hadith mujhe yaad nahi hai, is liye mein is bare mein kuch nahi keh sakta. hadithain to itni jangal hain hadithon ka ke is aik hadith ko le kar aap samajh nahi sakte hadithon ko.</w:t>
      </w:r>
    </w:p>
    <w:p>
      <w:pPr>
        <w:jc w:val="right"/>
      </w:pPr>
      <w:r>
        <w:t>بھائی، اس حدیث مجھے یاد نہیں ہے، اس لیے میں اس بارے میں کچھ نہیں کہہ سکتا۔ حدیثیں تو اتنی جنگل ہیں حدیثوں کا کہ اس ایک حدیث کو لے کر آپ سمجھ نہیں سکتے حدیثوں کو۔</w:t>
      </w:r>
    </w:p>
    <w:p>
      <w:r>
        <w:rPr>
          <w:b/>
        </w:rPr>
        <w:t xml:space="preserve">[23:28] </w:t>
      </w:r>
      <w:r>
        <w:t>isi bare mein jangal hai hadithon ka. jangal itna aasan nahi hai hadith se nikalna matlab ko. aik jangal hai, jangal.</w:t>
      </w:r>
    </w:p>
    <w:p>
      <w:pPr>
        <w:jc w:val="right"/>
      </w:pPr>
      <w:r>
        <w:t>اسی بارے میں جنگل ہے حدیثوں کا۔ جنگل اتنا آسان نہیں ہے حدیث سے نکالنا مطلب کو۔ ایک جنگل ہے، جنگل۔</w:t>
      </w:r>
    </w:p>
    <w:p>
      <w:r>
        <w:rPr>
          <w:b/>
        </w:rPr>
        <w:t xml:space="preserve">[23:37] </w:t>
      </w:r>
      <w:r>
        <w:t>aur hadithain sab allegorical sense mein hain. yaad rakhiye, abhi</w:t>
      </w:r>
    </w:p>
    <w:p>
      <w:pPr>
        <w:jc w:val="right"/>
      </w:pPr>
      <w:r>
        <w:t>اور حدیثیں سب الیگریکل سینس میں ہیں۔ یاد رکھیے، ابھی</w:t>
      </w:r>
    </w:p>
    <w:p>
      <w:r>
        <w:rPr>
          <w:b/>
        </w:rPr>
        <w:t xml:space="preserve">[23:41] </w:t>
      </w:r>
      <w:r>
        <w:t>is is par jo hadithain hain, woh allegorical sense mein hain, yani tamseel ki zuban mein hain. is wajah se itna aasan nahi hai ke aap aik hadith len aur samjhen ke haqeeqat kya hai.</w:t>
      </w:r>
    </w:p>
    <w:p>
      <w:pPr>
        <w:jc w:val="right"/>
      </w:pPr>
      <w:r>
        <w:t>اس اس پر جو حدیثیں ہیں، وہ الیگریکل سینس میں ہیں، یعنی تمثیل کی زبان میں ہیں۔ اس وجہ سے اتنا آسان نہیں ہے کہ آپ ایک حدیث لیں اور سمجھیں کہ حقیقت کیا ہے۔</w:t>
      </w:r>
    </w:p>
    <w:p>
      <w:r>
        <w:rPr>
          <w:b/>
        </w:rPr>
        <w:t xml:space="preserve">[23:54] </w:t>
      </w:r>
      <w:r>
        <w:t>bohat hi mushkil kaam hai yeh.</w:t>
      </w:r>
    </w:p>
    <w:p>
      <w:pPr>
        <w:jc w:val="right"/>
      </w:pPr>
      <w:r>
        <w:t>بہت ہی مشکل کام ہے یہ۔</w:t>
      </w:r>
    </w:p>
    <w:p>
      <w:r>
        <w:rPr>
          <w:b/>
        </w:rPr>
        <w:t xml:space="preserve">[24:01] </w:t>
      </w:r>
      <w:r>
        <w:t>This question is from Mr Muhammad Shaukat Ali. What is the ultimate goal of life according to Quran?</w:t>
      </w:r>
    </w:p>
    <w:p>
      <w:pPr>
        <w:jc w:val="right"/>
      </w:pPr>
      <w:r>
        <w:t>This question is from مسٹر محمد شوکت علی۔ What is the ultimate goal of life according to Quran?</w:t>
      </w:r>
    </w:p>
    <w:p>
      <w:r>
        <w:rPr>
          <w:b/>
        </w:rPr>
        <w:t xml:space="preserve">[24:16] </w:t>
      </w:r>
      <w:r>
        <w:t>According to my study, the subject of Quran is man, insan.</w:t>
      </w:r>
    </w:p>
    <w:p>
      <w:pPr>
        <w:jc w:val="right"/>
      </w:pPr>
      <w:r>
        <w:t>According to my study, the subject of Quran is man, انسان۔</w:t>
      </w:r>
    </w:p>
    <w:p>
      <w:r>
        <w:rPr>
          <w:b/>
        </w:rPr>
        <w:t xml:space="preserve">[24:26] </w:t>
      </w:r>
      <w:r>
        <w:t>Quran tries to tell mankind what is the Christian plan of God. Christian plan of God.</w:t>
      </w:r>
    </w:p>
    <w:p>
      <w:pPr>
        <w:jc w:val="right"/>
      </w:pPr>
      <w:r>
        <w:t>Quran tries to tell mankind what is the Christian plan of God. Christian plan of God.</w:t>
      </w:r>
    </w:p>
    <w:p>
      <w:r>
        <w:rPr>
          <w:b/>
        </w:rPr>
        <w:t xml:space="preserve">[24:38] </w:t>
      </w:r>
      <w:r>
        <w:t>And what is the Christian plan of God?</w:t>
      </w:r>
    </w:p>
    <w:p>
      <w:pPr>
        <w:jc w:val="right"/>
      </w:pPr>
      <w:r>
        <w:t>And what is the Christian plan of God?</w:t>
      </w:r>
    </w:p>
    <w:p>
      <w:r>
        <w:rPr>
          <w:b/>
        </w:rPr>
        <w:t xml:space="preserve">[24:41] </w:t>
      </w:r>
      <w:r>
        <w:t>God created, God almighty created man as a, as a created God almighty created man and gave him freedom, complete freedom, total freedom.</w:t>
      </w:r>
    </w:p>
    <w:p>
      <w:pPr>
        <w:jc w:val="right"/>
      </w:pPr>
      <w:r>
        <w:t>God created, God almighty created man as a, as a created God almighty created man and gave him freedom, complete freedom, total freedom.</w:t>
      </w:r>
    </w:p>
    <w:p>
      <w:r>
        <w:rPr>
          <w:b/>
        </w:rPr>
        <w:t xml:space="preserve">[24:57] </w:t>
      </w:r>
      <w:r>
        <w:t>Now the test is in this in terms of freedom, whether he uses his freedom properly or he misuses the freedom.</w:t>
      </w:r>
    </w:p>
    <w:p>
      <w:pPr>
        <w:jc w:val="right"/>
      </w:pPr>
      <w:r>
        <w:t>Now the test is in this in terms of freedom, whether he uses his freedom properly or he misuses the freedom.</w:t>
      </w:r>
    </w:p>
    <w:p>
      <w:r>
        <w:rPr>
          <w:b/>
        </w:rPr>
        <w:t xml:space="preserve">[25:13] </w:t>
      </w:r>
      <w:r>
        <w:t>This is the crucial test</w:t>
      </w:r>
    </w:p>
    <w:p>
      <w:pPr>
        <w:jc w:val="right"/>
      </w:pPr>
      <w:r>
        <w:t>This is the crucial test</w:t>
      </w:r>
    </w:p>
    <w:p>
      <w:r>
        <w:rPr>
          <w:b/>
        </w:rPr>
        <w:t xml:space="preserve">[25:16] </w:t>
      </w:r>
      <w:r>
        <w:t>. azadi ko misuse karna ya azadi ko theek theek use karna, yeh yahi yahi test hai.</w:t>
      </w:r>
    </w:p>
    <w:p>
      <w:pPr>
        <w:jc w:val="right"/>
      </w:pPr>
      <w:r>
        <w:t>. آزادی کو مس یوز کرنا یا آزادی کو ٹھیک ٹھیک یوز کرنا، یہ یہی یہی ٹیسٹ ہے۔</w:t>
      </w:r>
    </w:p>
    <w:p>
      <w:r>
        <w:rPr>
          <w:b/>
        </w:rPr>
        <w:t xml:space="preserve">[25:27] </w:t>
      </w:r>
      <w:r>
        <w:t>So one who, one who fails in this term, he will go to paradise. And one who, one who, and one who</w:t>
      </w:r>
    </w:p>
    <w:p>
      <w:pPr>
        <w:jc w:val="right"/>
      </w:pPr>
      <w:r>
        <w:t>So one who, one who fails in this term, he will go to paradise. And one who, one who, and one who</w:t>
      </w:r>
    </w:p>
    <w:p>
      <w:r>
        <w:rPr>
          <w:b/>
        </w:rPr>
        <w:t xml:space="preserve">[25:44] </w:t>
      </w:r>
      <w:r>
        <w:t>jo azadi ko properly use kare, to woh woh jannat mein jaye ga. to sara crucial test isi baat par hai ke azadi ko, freedom ko hum use karte hain proper way mein ya hum use karte hain</w:t>
      </w:r>
    </w:p>
    <w:p>
      <w:pPr>
        <w:jc w:val="right"/>
      </w:pPr>
      <w:r>
        <w:t>جو آزادی کو properly یوز کرے، تو وہ وہ جنت میں جائے گا۔ تو سارا کروشل ٹیسٹ اسی بات پر ہے کہ آزادی کو، فریڈم کو ہم یوز کرتے ہیں proper way میں یا ہم یوز کرتے ہیں</w:t>
      </w:r>
    </w:p>
    <w:p>
      <w:r>
        <w:rPr>
          <w:b/>
        </w:rPr>
        <w:t xml:space="preserve">[26:03] </w:t>
      </w:r>
      <w:r>
        <w:t>is ka misuse karte hain. hum is ka yahi basic, yahi basic test test hai.</w:t>
      </w:r>
    </w:p>
    <w:p>
      <w:pPr>
        <w:jc w:val="right"/>
      </w:pPr>
      <w:r>
        <w:t>اس کا مس یوز کرتے ہیں۔ ہم اس کا یہی بیسک، یہی بیسک ٹیسٹ ٹیسٹ ہے۔</w:t>
      </w:r>
    </w:p>
    <w:p>
      <w:r>
        <w:rPr>
          <w:b/>
        </w:rPr>
        <w:t xml:space="preserve">[26:13] </w:t>
      </w:r>
      <w:r>
        <w:t>khalaq al maut wal hayat li yusabakum. baqi yeh hai ke freedom ka yani theek theek theek use karna kya hai aur is ko misuse karna kya hai, is ko aap apni aql se nahi</w:t>
      </w:r>
    </w:p>
    <w:p>
      <w:pPr>
        <w:jc w:val="right"/>
      </w:pPr>
      <w:r>
        <w:t>خلق الموت والحیات لیولکم ایکما سنعملا باقی یہ ہے کہ فریڈم کا یعنی ٹھیک ٹھیک ٹھیک یوز کرنا کیا ہے اور اس کو مس یوز کرنا کیا ہے، اس کو آپ اپنی عقل سے نہیں</w:t>
      </w:r>
    </w:p>
    <w:p>
      <w:r>
        <w:rPr>
          <w:b/>
        </w:rPr>
        <w:t xml:space="preserve">[26:33] </w:t>
      </w:r>
      <w:r>
        <w:t>determine kar sakte. is ko bhi Qurani se determine karna pare ga aur prophet ke model se lena pare ga. yani Quran</w:t>
      </w:r>
    </w:p>
    <w:p>
      <w:pPr>
        <w:jc w:val="right"/>
      </w:pPr>
      <w:r>
        <w:t>ڈیٹرمن کر سکتے۔ اس کو بھی قرآنی سے ڈیٹرمن کرنا پڑے گا اور پرافٹ کے ماڈل سے لینا پڑے گا۔ یعنی قرآن</w:t>
      </w:r>
    </w:p>
    <w:p>
      <w:r>
        <w:rPr>
          <w:b/>
        </w:rPr>
        <w:t xml:space="preserve">[26:46] </w:t>
      </w:r>
      <w:r>
        <w:t>mein, yani yani jo jo fundamental principles hain, is ke woh Quran mein bata diye gaye hain.</w:t>
      </w:r>
    </w:p>
    <w:p>
      <w:pPr>
        <w:jc w:val="right"/>
      </w:pPr>
      <w:r>
        <w:t>میں، یعنی یعنی جو جو فنڈامینٹل پرنسپلز ہیں، اس کے وہ قرآن میں بتا دیے گئے ہیں۔</w:t>
      </w:r>
    </w:p>
    <w:p>
      <w:r>
        <w:rPr>
          <w:b/>
        </w:rPr>
        <w:t xml:space="preserve">[26:55] </w:t>
      </w:r>
      <w:r>
        <w:t>fundamental principles aur is ka jo practical model hai, woh profit ki life mein hai.</w:t>
      </w:r>
    </w:p>
    <w:p>
      <w:pPr>
        <w:jc w:val="right"/>
      </w:pPr>
      <w:r>
        <w:t>فنڈامینٹل پرنسپلز اور اس کا جو پریکٹیکل ماڈل ہے، وہ پرافٹ کی لائف میں ہے۔</w:t>
      </w:r>
    </w:p>
    <w:p>
      <w:r>
        <w:rPr>
          <w:b/>
        </w:rPr>
        <w:t xml:space="preserve">[27:02] </w:t>
      </w:r>
      <w:r>
        <w:t>isi se pata chalta hai ke hum yani freedom ka proper use kiya hai aur freedom ko misuse karna kiya hai.</w:t>
      </w:r>
    </w:p>
    <w:p>
      <w:pPr>
        <w:jc w:val="right"/>
      </w:pPr>
      <w:r>
        <w:t>اسی سے پتہ چلتا ہے کہ ہم یعنی فریڈم کا پراپر یوز کیا ہے اور فریڈم کو مس یوز کرنا کیا ہے۔</w:t>
      </w:r>
    </w:p>
    <w:p>
      <w:r>
        <w:rPr>
          <w:b/>
        </w:rPr>
        <w:t xml:space="preserve">[27:11] </w:t>
      </w:r>
      <w:r>
        <w:t>to jo aadmi sincere ho is maamle mein, us ko isi isi isi raaste se</w:t>
      </w:r>
    </w:p>
    <w:p>
      <w:pPr>
        <w:jc w:val="right"/>
      </w:pPr>
      <w:r>
        <w:t>تو جو آدمی سنسیئر ہو اس معاملے میں، اس کو اسی اسی اسی راستے سے</w:t>
      </w:r>
    </w:p>
    <w:p>
      <w:r>
        <w:rPr>
          <w:b/>
        </w:rPr>
        <w:t xml:space="preserve">[27:18] </w:t>
      </w:r>
      <w:r>
        <w:t>yani isi raaste se jaanna chahiye. His next question is: What is the difference between religion and spiritualism?</w:t>
      </w:r>
    </w:p>
    <w:p>
      <w:pPr>
        <w:jc w:val="right"/>
      </w:pPr>
      <w:r>
        <w:t>یعنی اسی راستے سے جاننا چاہیے۔ His next question is: What is the difference between religion and spiritualism?</w:t>
      </w:r>
    </w:p>
    <w:p>
      <w:r>
        <w:rPr>
          <w:b/>
        </w:rPr>
        <w:t xml:space="preserve">[27:33] </w:t>
      </w:r>
      <w:r>
        <w:t>dekhiye, according to scholars, spirituality is an important discipline and religion is based on revelation.</w:t>
      </w:r>
    </w:p>
    <w:p>
      <w:pPr>
        <w:jc w:val="right"/>
      </w:pPr>
      <w:r>
        <w:t>دیکھیے، according to سکالرز، سپرچوٹی is an important discipline and religion is based on revelation.</w:t>
      </w:r>
    </w:p>
    <w:p>
      <w:r>
        <w:rPr>
          <w:b/>
        </w:rPr>
        <w:t xml:space="preserve">[27:46] </w:t>
      </w:r>
      <w:r>
        <w:t>revelation yani ilham, wahi.</w:t>
      </w:r>
    </w:p>
    <w:p>
      <w:pPr>
        <w:jc w:val="right"/>
      </w:pPr>
      <w:r>
        <w:t>Revelation یعنی الہام، وحی۔</w:t>
      </w:r>
    </w:p>
    <w:p>
      <w:r>
        <w:rPr>
          <w:b/>
        </w:rPr>
        <w:t xml:space="preserve">[27:52] </w:t>
      </w:r>
      <w:r>
        <w:t>spirituality to is ka koi yani spirituality mein koi is ki koi authentic book nahi hai.</w:t>
      </w:r>
    </w:p>
    <w:p>
      <w:pPr>
        <w:jc w:val="right"/>
      </w:pPr>
      <w:r>
        <w:t>سپرچوٹی تو اس کا کوئی یعنی سپرچوٹی میں کوئی اس کی کوئی اتھینٹک بک نہیں ہے۔</w:t>
      </w:r>
    </w:p>
    <w:p>
      <w:r>
        <w:rPr>
          <w:b/>
        </w:rPr>
        <w:t xml:space="preserve">[28:05] </w:t>
      </w:r>
      <w:r>
        <w:t>log apna practice karte hain aur khud hi khud woh apna</w:t>
      </w:r>
    </w:p>
    <w:p>
      <w:pPr>
        <w:jc w:val="right"/>
      </w:pPr>
      <w:r>
        <w:t>لوگ اپنا پریکٹس کرتے ہیں اور خود ہی خود وہ اپنا</w:t>
      </w:r>
    </w:p>
    <w:p>
      <w:r>
        <w:rPr>
          <w:b/>
        </w:rPr>
        <w:t xml:space="preserve">[28:09] </w:t>
      </w:r>
      <w:r>
        <w:t>discover karte hain apne andar.</w:t>
      </w:r>
    </w:p>
    <w:p>
      <w:pPr>
        <w:jc w:val="right"/>
      </w:pPr>
      <w:r>
        <w:t>ڈسکور کرتے ہیں اپنے اندر۔</w:t>
      </w:r>
    </w:p>
    <w:p>
      <w:r>
        <w:rPr>
          <w:b/>
        </w:rPr>
        <w:t xml:space="preserve">[28:14] </w:t>
      </w:r>
      <w:r>
        <w:t>But religion has a scripture yani scriptural base nahi hai. Spirituality ki jo difference hai, woh yeh hai ke spirituality ki koi is ki scriptural base nahi hai,</w:t>
      </w:r>
    </w:p>
    <w:p>
      <w:pPr>
        <w:jc w:val="right"/>
      </w:pPr>
      <w:r>
        <w:t>But religion has a scripture یعنی سکرپچرل بیس نہیں ہے۔ سپرچوٹی کی جو ڈیفرنس ہے، وہ یہ ہے کہ سپرچوٹی کی کوئی اس کی سکرپچرل بیس نہیں ہے،</w:t>
      </w:r>
    </w:p>
    <w:p>
      <w:r>
        <w:rPr>
          <w:b/>
        </w:rPr>
        <w:t xml:space="preserve">[28:26] </w:t>
      </w:r>
      <w:r>
        <w:t>jabke mazhab ki scriptural base hai.</w:t>
      </w:r>
    </w:p>
    <w:p>
      <w:pPr>
        <w:jc w:val="right"/>
      </w:pPr>
      <w:r>
        <w:t>جبکہ مذہب کی سکرپچرل بیس ہے۔</w:t>
      </w:r>
    </w:p>
    <w:p>
      <w:r>
        <w:rPr>
          <w:b/>
        </w:rPr>
        <w:t xml:space="preserve">[28:32] </w:t>
      </w:r>
      <w:r>
        <w:t>Religion is based on is ki scripture aur aur aur spirituality is based on self self practice.</w:t>
      </w:r>
    </w:p>
    <w:p>
      <w:pPr>
        <w:jc w:val="right"/>
      </w:pPr>
      <w:r>
        <w:t>Religion is based on اس کی سکرپچر اور اور اور سپرچوٹی از بیسڈ ان سیلف سیلف پریکٹس۔</w:t>
      </w:r>
    </w:p>
    <w:p>
      <w:r>
        <w:rPr>
          <w:b/>
        </w:rPr>
        <w:t xml:space="preserve">[28:42] </w:t>
      </w:r>
      <w:r>
        <w:t>agarche main is ko believe nahi karta spirituality ko, kyunke log jo maante hain ke woh sab kuch heart mein hai,</w:t>
      </w:r>
    </w:p>
    <w:p>
      <w:pPr>
        <w:jc w:val="right"/>
      </w:pPr>
      <w:r>
        <w:t>اگرچہ میں اس کو بیلیو نہیں کرتا سپرچوٹی کو، کیونکہ لوگ جو مانتے ہیں کہ وہ سب کچھ ہارٹ میں ہے،</w:t>
      </w:r>
    </w:p>
    <w:p>
      <w:r>
        <w:rPr>
          <w:b/>
        </w:rPr>
        <w:t xml:space="preserve">[28:49] </w:t>
      </w:r>
      <w:r>
        <w:t>heart mein to kuch bhi nahi hai. Scientific age mein spirituality jo hai, ek apni base kho chuki hai. Hazaron saal se insaan yeh maanta raha hai ke heart is the source of all kind of wisdom, lekin ab to pata chala ke heart mein kuch bhi nahi hai.</w:t>
      </w:r>
    </w:p>
    <w:p>
      <w:pPr>
        <w:jc w:val="right"/>
      </w:pPr>
      <w:r>
        <w:t>ہارٹ میں تو کچھ بھی نہیں ہے۔ سائنٹیفک ایج میں سپرچوٹی جو ہے، ایک اپنی بیس کھو چکی ہے۔ ہزاروں سال سے انسان یہ مانتا رہا ہے کہ ہارٹ از دا سورس اف ال کائنڈ اف وزڈم، لیکن اب تو پتہ چلا کہ ہارٹ میں کچھ بھی نہیں ہے۔</w:t>
      </w:r>
    </w:p>
    <w:p>
      <w:r>
        <w:rPr>
          <w:b/>
        </w:rPr>
        <w:t xml:space="preserve">[29:09] </w:t>
      </w:r>
      <w:r>
        <w:t>woh to sirf circulation of blood ka zariya hai. Woh to behrahal jo jo scholars jo maante hain, woh yahi hai ke spirituality ka koi scriptural base nahi hai.</w:t>
      </w:r>
    </w:p>
    <w:p>
      <w:pPr>
        <w:jc w:val="right"/>
      </w:pPr>
      <w:r>
        <w:t>وہ تو صرف سرکولیشن اف بلڈ کا ذریعہ ہے۔ وہ تو بہرحال جو جو سکالرز جو مانتے ہیں، وہ یہی ہے کہ سپرچوٹی کا کوئی سکرپچرل بیس نہیں ہے۔</w:t>
      </w:r>
    </w:p>
    <w:p>
      <w:r>
        <w:rPr>
          <w:b/>
        </w:rPr>
        <w:t xml:space="preserve">[29:24] </w:t>
      </w:r>
      <w:r>
        <w:t>woh har aadmi ke apne</w:t>
      </w:r>
    </w:p>
    <w:p>
      <w:pPr>
        <w:jc w:val="right"/>
      </w:pPr>
      <w:r>
        <w:t>وہ ہر آدمی کے اپنے</w:t>
      </w:r>
    </w:p>
    <w:p>
      <w:r>
        <w:rPr>
          <w:b/>
        </w:rPr>
        <w:t xml:space="preserve">[29:27] </w:t>
      </w:r>
      <w:r>
        <w:t>yani meditation par is ka woh hai, woh depend karti hai. Through meditation you find out spirituality.</w:t>
      </w:r>
    </w:p>
    <w:p>
      <w:pPr>
        <w:jc w:val="right"/>
      </w:pPr>
      <w:r>
        <w:t>یعنی میڈیٹیشن پر اس کا وہ ہے، وہ ڈیپینڈ کرتی ہے۔ تھرو میڈیٹیشن یو فائنڈ آؤٹ سپرچوٹی۔</w:t>
      </w:r>
    </w:p>
    <w:p>
      <w:r>
        <w:rPr>
          <w:b/>
        </w:rPr>
        <w:t xml:space="preserve">[29:39] </w:t>
      </w:r>
      <w:r>
        <w:t>to har aadmi ka apna hai, khud mein khud woh</w:t>
      </w:r>
    </w:p>
    <w:p>
      <w:pPr>
        <w:jc w:val="right"/>
      </w:pPr>
      <w:r>
        <w:t>تو ہر آدمی کا اپنا ہے، خود میں خود وہ</w:t>
      </w:r>
    </w:p>
    <w:p>
      <w:r>
        <w:rPr>
          <w:b/>
        </w:rPr>
        <w:t xml:space="preserve">[29:44] </w:t>
      </w:r>
      <w:r>
        <w:t>dhyan gah lagaye, meditate kare to us ko discovery hogi. They do scriptural base, lekin mazhab ka scriptural base hai.</w:t>
      </w:r>
    </w:p>
    <w:p>
      <w:pPr>
        <w:jc w:val="right"/>
      </w:pPr>
      <w:r>
        <w:t>دھیان گاہ لگائے، میڈیٹیٹ کرے تو اس کو ڈسکوری ہوگی۔ دے دو سکرپچرل بیس، لیکن مذہب کا سکرپچرل بیس ہے۔</w:t>
      </w:r>
    </w:p>
    <w:p>
      <w:r>
        <w:rPr>
          <w:b/>
        </w:rPr>
        <w:t xml:space="preserve">[29:54] </w:t>
      </w:r>
      <w:r>
        <w:t>yeh bas waqai difference hai dono ke beech mein. This question is from Mr. Michel Lamy. Maulana, many people across the world</w:t>
      </w:r>
    </w:p>
    <w:p>
      <w:pPr>
        <w:jc w:val="right"/>
      </w:pPr>
      <w:r>
        <w:t>یہ بس واقعی ڈیفرنس ہے دونوں کے بیچ میں۔ This question is from مسٹر مشیل لیمی۔ مولانا، مینی پیپل اکراس دا ورلڈ</w:t>
      </w:r>
    </w:p>
    <w:p>
      <w:r>
        <w:rPr>
          <w:b/>
        </w:rPr>
        <w:t xml:space="preserve">[30:06] </w:t>
      </w:r>
      <w:r>
        <w:t>believe in the existence of evil eye. What is Islam point of view on this?</w:t>
      </w:r>
    </w:p>
    <w:p>
      <w:pPr>
        <w:jc w:val="right"/>
      </w:pPr>
      <w:r>
        <w:t>بیلیو ان دی ایگزسٹنس اف ایول ائی۔ واٹ از اسلام پوائنٹ اف ویو ان دس؟</w:t>
      </w:r>
    </w:p>
    <w:p>
      <w:r>
        <w:rPr>
          <w:b/>
        </w:rPr>
        <w:t xml:space="preserve">[30:13] </w:t>
      </w:r>
      <w:r>
        <w:t>Kindly comment. There is a hadith to this effect. Al-ain haq yeh hadith hai.</w:t>
      </w:r>
    </w:p>
    <w:p>
      <w:pPr>
        <w:jc w:val="right"/>
      </w:pPr>
      <w:r>
        <w:t>کائنڈلی کمنٹ۔ دیر از اے حدیث ٹو دس ایفیکٹ۔ العین حق یہ حدیث ہے۔</w:t>
      </w:r>
    </w:p>
    <w:p>
      <w:r>
        <w:rPr>
          <w:b/>
        </w:rPr>
        <w:t xml:space="preserve">[30:24] </w:t>
      </w:r>
      <w:r>
        <w:t>Al-ain haq it means evil eye, evil eye is a. Evil eye is a. Yani kya kahenge bhai?</w:t>
      </w:r>
    </w:p>
    <w:p>
      <w:pPr>
        <w:jc w:val="right"/>
      </w:pPr>
      <w:r>
        <w:t>العین حق اٹ مینز ایول ائی، ایول ائی از اے۔ ایول ائی از اے۔ یعنی کیا کہیں گے بھئی؟</w:t>
      </w:r>
    </w:p>
    <w:p>
      <w:r>
        <w:rPr>
          <w:b/>
        </w:rPr>
        <w:t xml:space="preserve">[30:34] </w:t>
      </w:r>
      <w:r>
        <w:t>yani aisa hota hai, matlab it happens. Hain kaise kahenge? There is truth</w:t>
      </w:r>
    </w:p>
    <w:p>
      <w:pPr>
        <w:jc w:val="right"/>
      </w:pPr>
      <w:r>
        <w:t>یعنی ایسا ہوتا ہے، مطلب اٹ ہیپنز۔ ہیں کیسے کہیں گے؟ دیر از ٹرتھ</w:t>
      </w:r>
    </w:p>
    <w:p>
      <w:r>
        <w:rPr>
          <w:b/>
        </w:rPr>
        <w:t xml:space="preserve">[30:42] </w:t>
      </w:r>
      <w:r>
        <w:t>. Haq ka matlab yeh nahi ke sachha hai. Yani evil nazar lagti hai. Evil eye is a fact. Hain evil eye is a fact. Haan, evil eye is a fact.</w:t>
      </w:r>
    </w:p>
    <w:p>
      <w:pPr>
        <w:jc w:val="right"/>
      </w:pPr>
      <w:r>
        <w:t>۔ حق کا معنی یہ نہیں کہ سچا ہے۔ یعنی ایول نظر لگتی ہے۔ ایول ائی از ا فیکٹ۔ ہیں ایول ائی از ا فیکٹ۔ ہاں، ایول ائی از ا فیکٹ۔</w:t>
      </w:r>
    </w:p>
    <w:p>
      <w:r>
        <w:rPr>
          <w:b/>
        </w:rPr>
        <w:t xml:space="preserve">[30:53] </w:t>
      </w:r>
      <w:r>
        <w:t>lekin mein samajhta hoon ke yeh is hadith ko bohat ziyada absolute sense mein nahin lena chahiye. don't take it as an absolute sense.</w:t>
      </w:r>
    </w:p>
    <w:p>
      <w:pPr>
        <w:jc w:val="right"/>
      </w:pPr>
      <w:r>
        <w:t>لیکن میں سمجھتا ہوں کہ یہ اس حدیث کو بہت زیادہ ایبسولیوٹ سینس میں نہیں لینا چاہیے۔ ڈونٹ ٹیک اٹ ایز ان ایبسولیوٹ سینس۔</w:t>
      </w:r>
    </w:p>
    <w:p>
      <w:r>
        <w:rPr>
          <w:b/>
        </w:rPr>
        <w:t xml:space="preserve">[31:03] </w:t>
      </w:r>
      <w:r>
        <w:t>is not an absolute sense. evil eye is nothing but a psychological phenomena.</w:t>
      </w:r>
    </w:p>
    <w:p>
      <w:pPr>
        <w:jc w:val="right"/>
      </w:pPr>
      <w:r>
        <w:t>از ناٹ ان ایبسولیوٹ سینس۔ ایول ائی از نتھنگ بٹ ا بٹ اے سائیکلوجیکل فیناومینا۔</w:t>
      </w:r>
    </w:p>
    <w:p>
      <w:r>
        <w:rPr>
          <w:b/>
        </w:rPr>
        <w:t xml:space="preserve">[31:14] </w:t>
      </w:r>
      <w:r>
        <w:t>according to my experience, some people have yani</w:t>
      </w:r>
    </w:p>
    <w:p>
      <w:pPr>
        <w:jc w:val="right"/>
      </w:pPr>
      <w:r>
        <w:t>اکارڈنگ ٹو مائی ایکسپیرینس، سم پیپل ہیو یعنی</w:t>
      </w:r>
    </w:p>
    <w:p>
      <w:r>
        <w:rPr>
          <w:b/>
        </w:rPr>
        <w:t xml:space="preserve">[31:19] </w:t>
      </w:r>
      <w:r>
        <w:t>jealousy nature. jealous. so when they see anyone with this jealousy, then some temporary effect kuch ho jata hai.</w:t>
      </w:r>
    </w:p>
    <w:p>
      <w:pPr>
        <w:jc w:val="right"/>
      </w:pPr>
      <w:r>
        <w:t>جیلسی نیچر۔ جیلس۔ سو وین دے سی اینی ون ود دس جیلسی، دین سم ٹیمپریری ایفیکٹ کچھ ہو جاتا ہے۔</w:t>
      </w:r>
    </w:p>
    <w:p>
      <w:r>
        <w:rPr>
          <w:b/>
        </w:rPr>
        <w:t xml:space="preserve">[31:32] </w:t>
      </w:r>
      <w:r>
        <w:t>temporary effect woh out of that jealousy.</w:t>
      </w:r>
    </w:p>
    <w:p>
      <w:pPr>
        <w:jc w:val="right"/>
      </w:pPr>
      <w:r>
        <w:t>ٹیمپریری ایفیکٹ وہ اؤٹ اف دیٹ جیلسی۔</w:t>
      </w:r>
    </w:p>
    <w:p>
      <w:r>
        <w:rPr>
          <w:b/>
        </w:rPr>
        <w:t xml:space="preserve">[31:36] </w:t>
      </w:r>
      <w:r>
        <w:t>to yeh ek psychological phenomena hai. yeh koi mysterious cheez nahin hai. it aur yeh it is not necessary that everyone will become victim of this.</w:t>
      </w:r>
    </w:p>
    <w:p>
      <w:pPr>
        <w:jc w:val="right"/>
      </w:pPr>
      <w:r>
        <w:t>تو یہ ایک سائیکلوجیکل فیناومینا ہے۔ یہ کوئی مسٹیریس چیز نہیں ہے۔ اٹ اور یہ اٹ از ناٹ نیسیسری دیٹ ایوری ون ویل بیکم وکٹم اف دس۔</w:t>
      </w:r>
    </w:p>
    <w:p>
      <w:r>
        <w:rPr>
          <w:b/>
        </w:rPr>
        <w:t xml:space="preserve">[31:48] </w:t>
      </w:r>
      <w:r>
        <w:t>yani evil eye. yani yani har aadmi ko woh ho jaye. aisa nahin hota hai.</w:t>
      </w:r>
    </w:p>
    <w:p>
      <w:pPr>
        <w:jc w:val="right"/>
      </w:pPr>
      <w:r>
        <w:t>یعنی ایول ائی۔ یعنی یعنی ہر آدمی کو وہ ہو جائے۔ ایسا نہیں ہوتا ہے۔</w:t>
      </w:r>
    </w:p>
    <w:p>
      <w:r>
        <w:rPr>
          <w:b/>
        </w:rPr>
        <w:t xml:space="preserve">[31:57] </w:t>
      </w:r>
      <w:r>
        <w:t>some time is happens. so yeh basically jealousy ka phenomena hai, na ke koi satanic phenomena ya koi yani mysterious phenomena.</w:t>
      </w:r>
    </w:p>
    <w:p>
      <w:pPr>
        <w:jc w:val="right"/>
      </w:pPr>
      <w:r>
        <w:t>سم ٹائم از ہیپنز۔ سو یہ بیسیکلی جیلسی کا فیناومینا ہے، نہ کہ کوئی سیٹنک فیناومینا یا کوئی یعنی مسٹیریس فیناومینا۔</w:t>
      </w:r>
    </w:p>
    <w:p>
      <w:r>
        <w:rPr>
          <w:b/>
        </w:rPr>
        <w:t xml:space="preserve">[32:11] </w:t>
      </w:r>
      <w:r>
        <w:t>yeh baat clear hui meri? hmm, yeh clear.</w:t>
      </w:r>
    </w:p>
    <w:p>
      <w:pPr>
        <w:jc w:val="right"/>
      </w:pPr>
      <w:r>
        <w:t>یہ بات کلیئر ہوئی میری؟ ہمم، یہ کلیئر۔</w:t>
      </w:r>
    </w:p>
    <w:p>
      <w:r>
        <w:rPr>
          <w:b/>
        </w:rPr>
        <w:t xml:space="preserve">[32:17] </w:t>
      </w:r>
      <w:r>
        <w:t>mein yeh keh raha hoon ke ke yeh evil eye jo hai, woh koi log samajhte hain ke koi satan ka is mein effect hota hai.</w:t>
      </w:r>
    </w:p>
    <w:p>
      <w:pPr>
        <w:jc w:val="right"/>
      </w:pPr>
      <w:r>
        <w:t>میں یہ کہہ رہا ہوں کہ کہ یہ ایول ائی جو ہے، وہ کوئی لوگ سمجھتے ہیں کہ کوئی سیٹن کا اس میں ایفیکٹ ہوتا ہے۔</w:t>
      </w:r>
    </w:p>
    <w:p>
      <w:r>
        <w:rPr>
          <w:b/>
        </w:rPr>
        <w:t xml:space="preserve">[32:31] </w:t>
      </w:r>
      <w:r>
        <w:t>aisa nahin hai.</w:t>
      </w:r>
    </w:p>
    <w:p>
      <w:pPr>
        <w:jc w:val="right"/>
      </w:pPr>
      <w:r>
        <w:t>ایسا نہیں ہے۔</w:t>
      </w:r>
    </w:p>
    <w:p>
      <w:r>
        <w:rPr>
          <w:b/>
        </w:rPr>
        <w:t xml:space="preserve">[32:33] </w:t>
      </w:r>
      <w:r>
        <w:t>koi log samajhte hain ke koi mysterious cheez hoti hai, woh bhi nahin hai. i think that it is psychological phenomena. psychological phenomena ka matlab yeh hai ke jo log bohat ziyada jealousy hote hain, jealous kehte hain jealousy.</w:t>
      </w:r>
    </w:p>
    <w:p>
      <w:pPr>
        <w:jc w:val="right"/>
      </w:pPr>
      <w:r>
        <w:t>کوئی لوگ سمجھتے ہیں کہ کوئی مسٹیریس چیز ہوتی ہے، وہ بھی نہیں ہے۔ ائی تھنک دیٹ اٹ از سائیکلوجیکل فیناومینا۔ سائیکلوجیکل فیناومینا کا مطلب یہ ہے کہ جو لوگ بہت زیادہ جیلسی ہوتے ہیں، جیلس کہتے ہیں جیلسی۔</w:t>
      </w:r>
    </w:p>
    <w:p>
      <w:r>
        <w:rPr>
          <w:b/>
        </w:rPr>
        <w:t xml:space="preserve">[32:46] </w:t>
      </w:r>
      <w:r>
        <w:t>jealous, bohat ziyada jealous hote hain. to woh kisi ko dekhte hain to bohat hi</w:t>
      </w:r>
    </w:p>
    <w:p>
      <w:pPr>
        <w:jc w:val="right"/>
      </w:pPr>
      <w:r>
        <w:t>جیلس، بہت زیادہ جیلس ہوتے ہیں۔ تو وہ کسی کو دیکھتے ہیں تو بہت ہی</w:t>
      </w:r>
    </w:p>
    <w:p>
      <w:r>
        <w:rPr>
          <w:b/>
        </w:rPr>
        <w:t xml:space="preserve">[32:52] </w:t>
      </w:r>
      <w:r>
        <w:t>yani yani evil eye se dekhte hain. evil eye se bohat hi yani kya kahenge is ko?</w:t>
      </w:r>
    </w:p>
    <w:p>
      <w:pPr>
        <w:jc w:val="right"/>
      </w:pPr>
      <w:r>
        <w:t>یعنی یعنی ایول ائی سے دیکھتے ہیں۔ ایول ائی سے بہت ہی یعنی کیا کہیں گے اس کو؟</w:t>
      </w:r>
    </w:p>
    <w:p>
      <w:r>
        <w:rPr>
          <w:b/>
        </w:rPr>
        <w:t xml:space="preserve">[33:03] </w:t>
      </w:r>
      <w:r>
        <w:t>hasad hain. hasad ki nazar se to is ka ek psychological effect parta hai. temporary, woh bhi temporary hota hai.</w:t>
      </w:r>
    </w:p>
    <w:p>
      <w:pPr>
        <w:jc w:val="right"/>
      </w:pPr>
      <w:r>
        <w:t>حسد ہیں۔ حسد کی نظر سے تو اس کا ایک سائیکلوجیکل ایفیکٹ پڑتا ہے۔ ٹیمپریری، وہ بھی ٹیمپریری ہوتا ہے۔</w:t>
      </w:r>
    </w:p>
    <w:p>
      <w:r>
        <w:rPr>
          <w:b/>
        </w:rPr>
        <w:t xml:space="preserve">[33:13] </w:t>
      </w:r>
      <w:r>
        <w:t>to hadith mein yeh baat agarche hai, lekin woh us ko absolute sense mein nahin lena chahiye. take it in absolute sense.</w:t>
      </w:r>
    </w:p>
    <w:p>
      <w:pPr>
        <w:jc w:val="right"/>
      </w:pPr>
      <w:r>
        <w:t>تو حدیث میں یہ بات اگرچہ ہے، لیکن وہ اس کو ایبسولیوٹ سینس میں نہیں لینا چاہیے۔ ٹیک اٹ ان ایبسولیوٹ سینس۔</w:t>
      </w:r>
    </w:p>
    <w:p>
      <w:r>
        <w:rPr>
          <w:b/>
        </w:rPr>
        <w:t xml:space="preserve">[33:21] </w:t>
      </w:r>
      <w:r>
        <w:t>this question is from mister ghulam nabi. sir, i want to know that is it right in the light of quran and sunnah</w:t>
      </w:r>
    </w:p>
    <w:p>
      <w:pPr>
        <w:jc w:val="right"/>
      </w:pPr>
      <w:r>
        <w:t>This question is from مسٹر غلام نبی۔ سر، ائی وانٹ ٹو نو دیٹ از اٹ رائٹ ان دا لائٹ اف قرآن اینڈ سنہ</w:t>
      </w:r>
    </w:p>
    <w:p>
      <w:r>
        <w:rPr>
          <w:b/>
        </w:rPr>
        <w:t xml:space="preserve">[33:31] </w:t>
      </w:r>
      <w:r>
        <w:t>that holy relics of prophet muhammad or any wali should be demonstrated in their anniversaries, which is common now a days, especially in the sub</w:t>
      </w:r>
    </w:p>
    <w:p>
      <w:pPr>
        <w:jc w:val="right"/>
      </w:pPr>
      <w:r>
        <w:t>دیٹ ہولی ریلکس اف پرافٹ محمد اور اینی ولی شوڈ بی ڈیمونسٹریٹڈ ان دیر اینیورسریز، وچ از کامن ناؤ ایڈیز، اسپیشلی ان دی سب</w:t>
      </w:r>
    </w:p>
    <w:p>
      <w:r>
        <w:rPr>
          <w:b/>
        </w:rPr>
        <w:t xml:space="preserve">[33:43] </w:t>
      </w:r>
      <w:r>
        <w:t>continent. hain yeh sab bilkul baseless baatein hain. koi is ka proof nahin hai. They do proof that these relics are yani authentic.</w:t>
      </w:r>
    </w:p>
    <w:p>
      <w:pPr>
        <w:jc w:val="right"/>
      </w:pPr>
      <w:r>
        <w:t>کانٹیننٹ۔ ہیں یہ سب بالکل بیسلیس باتیں ہیں۔ کوئی اس کا پروف نہیں ہے۔ دے دو پروف دیٹ دیز ریلکس ار یعنی اتھینٹک۔</w:t>
      </w:r>
    </w:p>
    <w:p>
      <w:r>
        <w:rPr>
          <w:b/>
        </w:rPr>
        <w:t xml:space="preserve">[33:53] </w:t>
      </w:r>
      <w:r>
        <w:t>yeh sab bilkul woh hai baseless hai. yeh bilkul woh hai. kya kehte hain is ko? yani superstition.</w:t>
      </w:r>
    </w:p>
    <w:p>
      <w:pPr>
        <w:jc w:val="right"/>
      </w:pPr>
      <w:r>
        <w:t>یہ سب بالکل وہ ہے بیسلیس ہے۔ یہ بالکل وہ ہے۔ کیا کہتے ہیں اس کو؟ یعنی سپرسٹیشن۔</w:t>
      </w:r>
    </w:p>
    <w:p>
      <w:r>
        <w:rPr>
          <w:b/>
        </w:rPr>
        <w:t xml:space="preserve">[34:02] </w:t>
      </w:r>
      <w:r>
        <w:t>all these are superstition. no basic. neither they have base in islam not in history. no relic is proof</w:t>
      </w:r>
    </w:p>
    <w:p>
      <w:pPr>
        <w:jc w:val="right"/>
      </w:pPr>
      <w:r>
        <w:t>ال دیز ار سپرسٹیشن۔ نو بیسک۔ نیدر دے ہیو بیس ان اسلام ناٹ ان ہسٹری۔ نو ریلکس از پروف</w:t>
      </w:r>
    </w:p>
    <w:p>
      <w:r>
        <w:rPr>
          <w:b/>
        </w:rPr>
        <w:t xml:space="preserve">[34:10] </w:t>
      </w:r>
      <w:r>
        <w:t>. jitne bhi relics idhar udhar hain, kahin kahin se baal hain. kahin koi proof nahin ke woh baal rasool allah ka tha. bilkul, bilkul yeh bilkul superstition hai.</w:t>
      </w:r>
    </w:p>
    <w:p>
      <w:pPr>
        <w:jc w:val="right"/>
      </w:pPr>
      <w:r>
        <w:t>۔ جتنے بھی ریلکس ادھر ادھر ہیں، کہیں کہیں سے بال ہیں۔ کہیں کوئی پروف نہیں کہ وہ بال رسول اللہ کا تھا۔ بالکل، بالکل یہ بالکل سپرسٹیشن ہے۔</w:t>
      </w:r>
    </w:p>
    <w:p>
      <w:r>
        <w:rPr>
          <w:b/>
        </w:rPr>
        <w:t xml:space="preserve">[34:19] </w:t>
      </w:r>
      <w:r>
        <w:t>that is phenomena of superstition and not phenomena of history or not phenomena of islam</w:t>
      </w:r>
    </w:p>
    <w:p>
      <w:pPr>
        <w:jc w:val="right"/>
      </w:pPr>
      <w:r>
        <w:t>دیٹ از فیناومینا اف سپرسٹیشن اینڈ ناٹ فیناومینا اف ہسٹری اور ناٹ فیناومینا اف اسلام</w:t>
      </w:r>
    </w:p>
    <w:p>
      <w:r>
        <w:rPr>
          <w:b/>
        </w:rPr>
        <w:t xml:space="preserve">[34:25] </w:t>
      </w:r>
      <w:r>
        <w:t>. to mein is ko believe nahin karta. mein is ko bilkul baseless manta hoon. aur jo log samajhte ho ke is mein koi woh hai barkat hai, aur ziyada galat hai.</w:t>
      </w:r>
    </w:p>
    <w:p>
      <w:pPr>
        <w:jc w:val="right"/>
      </w:pPr>
      <w:r>
        <w:t>۔ تو میں اس کو بیلیو نہیں کرتا۔ میں اس کو بالکل بیسلیس مانتا ہوں۔ اور جو لوگ سمجھتے ہو کہ اس میں کوئی وہ ہے برکت ہے، اور زیادہ غلط ہے۔</w:t>
      </w:r>
    </w:p>
    <w:p>
      <w:r>
        <w:rPr>
          <w:b/>
        </w:rPr>
        <w:t xml:space="preserve">[34:35] </w:t>
      </w:r>
      <w:r>
        <w:t>woh log koi barkat nahin ho sakhti hai. is mein barkat hai</w:t>
      </w:r>
    </w:p>
    <w:p>
      <w:pPr>
        <w:jc w:val="right"/>
      </w:pPr>
      <w:r>
        <w:t>وہ لوگ کوئی برکت نہیں ہو سکتی ہے۔ اس میں برکت ہے</w:t>
      </w:r>
    </w:p>
    <w:p>
      <w:r>
        <w:rPr>
          <w:b/>
        </w:rPr>
        <w:t xml:space="preserve">[34:41] </w:t>
      </w:r>
      <w:r>
        <w:t>karne mein. yeh nahi ke woh ek ek baal hai, us ko ja kar aap dekha hai to aap ko jannat mil jae. yeh sab bilkul laghu baat hai. laysa lil insani illa ma sa yani jannat baal ko dekhne se nahi milti kisi ko.</w:t>
      </w:r>
    </w:p>
    <w:p>
      <w:pPr>
        <w:jc w:val="right"/>
      </w:pPr>
      <w:r>
        <w:t>کرنے میں۔ یہ نہیں کہ وہ ایک ایک بال ہے، اس کو جا کر آپ دیکھا ہے تو آپ کو جنت مل جائے۔ یہ سب بالکل لغو بات ہے۔ ليس للانسان الا ما صا یعنی جنت بال کو دیکھنے سے نہیں ملتی کسی کو۔</w:t>
      </w:r>
    </w:p>
    <w:p>
      <w:r>
        <w:rPr>
          <w:b/>
        </w:rPr>
        <w:t xml:space="preserve">[34:59] </w:t>
      </w:r>
      <w:r>
        <w:t>yeh bilkul superstition hai. yeh This question is from Mr. Muhammad Adil. jab koi musalmanon ke khilaf speech deta hai to kya Muslims ko is ke khilaf koi action lena chahiye?</w:t>
      </w:r>
    </w:p>
    <w:p>
      <w:pPr>
        <w:jc w:val="right"/>
      </w:pPr>
      <w:r>
        <w:t>یہ بالکل سپرسٹیشن ہے۔ یہ This question is from مسٹر محمد عادل۔ جب کوئی مسلمانوں کے خلاف سپیچ دیتا ہے تو کیا مسلمز کو اس کے خلاف کوئی ایکشن لینا چاہیے؟</w:t>
      </w:r>
    </w:p>
    <w:p>
      <w:r>
        <w:rPr>
          <w:b/>
        </w:rPr>
        <w:t xml:space="preserve">[35:16] </w:t>
      </w:r>
      <w:r>
        <w:t>agar nahi liya action to is shakhs ki himmat barh jae gi aur woh aur bura kare ga. kya karna chahiye?</w:t>
      </w:r>
    </w:p>
    <w:p>
      <w:pPr>
        <w:jc w:val="right"/>
      </w:pPr>
      <w:r>
        <w:t>اگر نہیں لیا ایکشن تو اس شخص کی ہمت بڑھ جائے گی اور وہ اور برا کرے گا۔ کیا کرنا چاہیے؟</w:t>
      </w:r>
    </w:p>
    <w:p>
      <w:r>
        <w:rPr>
          <w:b/>
        </w:rPr>
        <w:t xml:space="preserve">[35:25] </w:t>
      </w:r>
      <w:r>
        <w:t>bhai, yeh to musalman kar rahe hain, action le rahe hain aur wahan chala ja raha hai. You see the fact. sari dunya musalman action le rahe hain, dham bachate hain aur wahan chala ja raha hai.</w:t>
      </w:r>
    </w:p>
    <w:p>
      <w:pPr>
        <w:jc w:val="right"/>
      </w:pPr>
      <w:r>
        <w:t>بھئی، یہ تو مسلمان کر رہے ہیں، ایکشن لے رہے ہیں اور وہاں چلا جا رہا ہے۔ یو سی دا فیکٹ۔ ساری دنیا مسلمان ایکشن لے رہے ہیں، دھم بچاتے ہیں اور وہاں چلا جا رہا ہے۔</w:t>
      </w:r>
    </w:p>
    <w:p>
      <w:r>
        <w:rPr>
          <w:b/>
        </w:rPr>
        <w:t xml:space="preserve">[35:39] </w:t>
      </w:r>
      <w:r>
        <w:t>karna sirf ek cheez chahiye, woh hai dua, khair khwahi, dua o bark. jo musalman karte hain, woh to mein us ko haram samajhta hoon. haram jo</w:t>
      </w:r>
    </w:p>
    <w:p>
      <w:pPr>
        <w:jc w:val="right"/>
      </w:pPr>
      <w:r>
        <w:t>کرنا صرف ایک چیز چاہیے، وہ ہے دعا، خیر خواہی، دعا و برک۔ جو مسلمان کرتے ہیں، وہ تو میں اس کو حرام سمجھتا ہوں۔ حرام جو</w:t>
      </w:r>
    </w:p>
    <w:p>
      <w:r>
        <w:rPr>
          <w:b/>
        </w:rPr>
        <w:t xml:space="preserve">[35:49] </w:t>
      </w:r>
      <w:r>
        <w:t>shor machate hain, hungama khara karte hain, un ko maro, kato karte hain, woh to haram hai Islam mein. dua karo, dua o bark karo, un ko samjhao, un se dialogue karo.</w:t>
      </w:r>
    </w:p>
    <w:p>
      <w:pPr>
        <w:jc w:val="right"/>
      </w:pPr>
      <w:r>
        <w:t>شور مچاتے ہیں، ہنگامہ کھڑا کرتے ہیں، ان کو مارو، کاٹو کرتے ہیں، وہ تو حرام ہے اسلام میں۔ دعا کرو، دعا و برک کرو، ان کو سمجھاؤ، ان سے ڈائیلاگ کرو۔</w:t>
      </w:r>
    </w:p>
    <w:p>
      <w:r>
        <w:rPr>
          <w:b/>
        </w:rPr>
        <w:t xml:space="preserve">[36:01] </w:t>
      </w:r>
      <w:r>
        <w:t>jo musalman kar rahe hain is waqt, woh to bilashuba sab haram hai aur woh is, woh to ek Khuda ki taraf se pakar ho gaya aise logon ki jo</w:t>
      </w:r>
    </w:p>
    <w:p>
      <w:pPr>
        <w:jc w:val="right"/>
      </w:pPr>
      <w:r>
        <w:t>جو مسلمان کر رہے ہیں اس وقت، وہ تو بلاشبہ سب حرام ہے اور وہ اس، وہ تو ایک خدا کی طرف سے پکڑ ہو گیا ایسے لوگوں کی جو</w:t>
      </w:r>
    </w:p>
    <w:p>
      <w:r>
        <w:rPr>
          <w:b/>
        </w:rPr>
        <w:t xml:space="preserve">[36:09] </w:t>
      </w:r>
      <w:r>
        <w:t>reaction dikhate hain in cheezon par. dua karo, dua o bark karo, dialogue karo, un ko samjhao, un ke sath khair khwahi karo.</w:t>
      </w:r>
    </w:p>
    <w:p>
      <w:pPr>
        <w:jc w:val="right"/>
      </w:pPr>
      <w:r>
        <w:t>ری ایکشن دکھاتے ہیں ان چیزوں پر۔ دعا کرو، دعا و برک کرو، ڈائیلاگ کرو، ان کو سمجھاؤ، ان کے ساتھ خیر خواہی کرو۔</w:t>
      </w:r>
    </w:p>
    <w:p>
      <w:r>
        <w:rPr>
          <w:b/>
        </w:rPr>
        <w:t xml:space="preserve">[36:20] </w:t>
      </w:r>
      <w:r>
        <w:t>yeh hai karne ka kaam. jo musalman karte hain, woh to, woh to bohat hi ziyada</w:t>
      </w:r>
    </w:p>
    <w:p>
      <w:pPr>
        <w:jc w:val="right"/>
      </w:pPr>
      <w:r>
        <w:t>یہ ہے کرنے کا کام۔ جو مسلمان کرتے ہیں، وہ تو، وہ تو بہت ہی زیادہ</w:t>
      </w:r>
    </w:p>
    <w:p>
      <w:r>
        <w:rPr>
          <w:b/>
        </w:rPr>
        <w:t xml:space="preserve">[36:26] </w:t>
      </w:r>
      <w:r>
        <w:t>ghalat kaam hai. This question is from Mr. Zubair. I read a book titled "Kya Ulama Deoband Ahle Sunnat Wal Jamaat Hain" by Maulana Syed Tauseef Ur Rehman.</w:t>
      </w:r>
    </w:p>
    <w:p>
      <w:pPr>
        <w:jc w:val="right"/>
      </w:pPr>
      <w:r>
        <w:t>غلط کام ہے۔ This question is from مسٹر زبیر۔ ائی ریڈ ا بک ٹائٹلڈ "کیا علماء دیوبند اہل سنت والجماعت ہیں" بائے مولانا سید توصیف الرحمن۔</w:t>
      </w:r>
    </w:p>
    <w:p>
      <w:r>
        <w:rPr>
          <w:b/>
        </w:rPr>
        <w:t xml:space="preserve">[36:44] </w:t>
      </w:r>
      <w:r>
        <w:t>The Maulana proves therein by various references to Deobandi books that their basic ideology is Shirkana and they are not Ahle Sunnat Wal Jamaat.</w:t>
      </w:r>
    </w:p>
    <w:p>
      <w:pPr>
        <w:jc w:val="right"/>
      </w:pPr>
      <w:r>
        <w:t>دس مولانا پروف ان دیر بائے ویریس ریفرنسز ٹو دیوبندی بکس دیٹ دیر بیسک ائیڈیالوجی از شرکانہ اینڈ دے ار ناٹ اہل سنت والجماعت۔</w:t>
      </w:r>
    </w:p>
    <w:p>
      <w:r>
        <w:rPr>
          <w:b/>
        </w:rPr>
        <w:t xml:space="preserve">[36:57] </w:t>
      </w:r>
      <w:r>
        <w:t>What is your opinion about this book?</w:t>
      </w:r>
    </w:p>
    <w:p>
      <w:pPr>
        <w:jc w:val="right"/>
      </w:pPr>
      <w:r>
        <w:t>واٹ از یور اوپینین اباؤٹ دس بک؟</w:t>
      </w:r>
    </w:p>
    <w:p>
      <w:r>
        <w:rPr>
          <w:b/>
        </w:rPr>
        <w:t xml:space="preserve">[37:00] </w:t>
      </w:r>
      <w:r>
        <w:t>yeh aap rosh rosh us ko kooday mein daal diay, parhiye bhi mat us ko. theek hai? chaliye. haan, his second question is: what about the second coming of Jesus Christ as mentioned in the Hadith and Bible?</w:t>
      </w:r>
    </w:p>
    <w:p>
      <w:pPr>
        <w:jc w:val="right"/>
      </w:pPr>
      <w:r>
        <w:t>یہ آپ روش روش اس کو کوڑے میں ڈال دیے، پڑھیے بھی مت اس کو۔ ٹھیک ہے؟ چلیے۔ ہاں، ہز سیکنڈ کوسچن از: واٹ اباؤٹ دا سیکنڈ کمنگ اف جیسس کرائسٹ ایز مینشن ان دی حدیث اینڈ بائبل؟</w:t>
      </w:r>
    </w:p>
    <w:p>
      <w:r>
        <w:rPr>
          <w:b/>
        </w:rPr>
        <w:t xml:space="preserve">[37:14] </w:t>
      </w:r>
      <w:r>
        <w:t>We have more than seventy Hadith about this second coming. Kindly comment.</w:t>
      </w:r>
    </w:p>
    <w:p>
      <w:pPr>
        <w:jc w:val="right"/>
      </w:pPr>
      <w:r>
        <w:t>وی ہیو مور دین سیونٹی حدیث اباؤٹ دس سیکنڈ کمنگ۔ کائنڈلی کمنٹ۔</w:t>
      </w:r>
    </w:p>
    <w:p>
      <w:r>
        <w:rPr>
          <w:b/>
        </w:rPr>
        <w:t xml:space="preserve">[37:21] </w:t>
      </w:r>
      <w:r>
        <w:t>dekhen, mein second coming ko nahi manta, mein second rule ko manta hoon. Masih ka rule, Masih ka asman se ana nahi.</w:t>
      </w:r>
    </w:p>
    <w:p>
      <w:pPr>
        <w:jc w:val="right"/>
      </w:pPr>
      <w:r>
        <w:t>دیکھیں، میں سیکنڈ کمنگ کو نہیں مانتا، میں سیکنڈ رول کو مانتا ہوں۔ مسیح کا رول، مسیح کا اسمان سے آنا نہیں۔</w:t>
      </w:r>
    </w:p>
    <w:p>
      <w:r>
        <w:rPr>
          <w:b/>
        </w:rPr>
        <w:t xml:space="preserve">[37:31] </w:t>
      </w:r>
      <w:r>
        <w:t>aur mein hi nahi, bohat se ulama aise mante hain, bohat se baray baray ulama. Allama Iqbal jis ko musalman puchte hain, woh bhi yahi mante thay. sare musalman jo hain, Allama Iqbal ko puchte hain, woh bhi yahi mante thay.</w:t>
      </w:r>
    </w:p>
    <w:p>
      <w:pPr>
        <w:jc w:val="right"/>
      </w:pPr>
      <w:r>
        <w:t>اور میں ہی نہیں، بہت سے علماء ایسے مانتے ہیں، بہت سے بڑے بڑے علماء۔ علامہ اقبال جس کو مسلمان پوچھتے ہیں، وہ بھی یہی مانتے تھے۔ سارے مسلمان جو ہیں، علامہ اقبال کو پوچھتے ہیں، وہ بھی یہی مانتے تھے۔</w:t>
      </w:r>
    </w:p>
    <w:p>
      <w:r>
        <w:rPr>
          <w:b/>
        </w:rPr>
        <w:t xml:space="preserve">[37:45] </w:t>
      </w:r>
      <w:r>
        <w:t>un ka shair hai ke: "ibn Maryam se Masih na</w:t>
      </w:r>
    </w:p>
    <w:p>
      <w:pPr>
        <w:jc w:val="right"/>
      </w:pPr>
      <w:r>
        <w:t>ان کا شعر ہے کہ: "ابن مریم سے مسیح ناص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