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Search for Truth March 15, 2020 Maulana Wahiduddin Khan</w:t>
      </w:r>
    </w:p>
    <w:p>
      <w:r>
        <w:t>https://www.youtube.com/watch?v=Vs_wx9z7IZQ</w:t>
      </w:r>
    </w:p>
    <w:p>
      <w:r>
        <w:rPr>
          <w:b/>
        </w:rPr>
        <w:t xml:space="preserve">[00:13] </w:t>
      </w:r>
      <w:r>
        <w:t>Bismillah Rehman ur Rahim. 15 March</w:t>
      </w:r>
    </w:p>
    <w:p>
      <w:pPr>
        <w:jc w:val="right"/>
      </w:pPr>
      <w:r>
        <w:t>بسم اللہ الرحمن الرحیم۔ 15 مارچ</w:t>
      </w:r>
    </w:p>
    <w:p>
      <w:r>
        <w:rPr>
          <w:b/>
        </w:rPr>
        <w:t xml:space="preserve">[00:22] </w:t>
      </w:r>
      <w:r>
        <w:t>2000. 2020. 20. G.</w:t>
      </w:r>
    </w:p>
    <w:p>
      <w:pPr>
        <w:jc w:val="right"/>
      </w:pPr>
      <w:r>
        <w:t>2000۔ 2020۔ 20۔ جی۔</w:t>
      </w:r>
    </w:p>
    <w:p>
      <w:r>
        <w:rPr>
          <w:b/>
        </w:rPr>
        <w:t xml:space="preserve">[00:33] </w:t>
      </w:r>
      <w:r>
        <w:t>meri jadem mein ek waqia aisa hua hai</w:t>
      </w:r>
    </w:p>
    <w:p>
      <w:pPr>
        <w:jc w:val="right"/>
      </w:pPr>
      <w:r>
        <w:t>میری جدیم میں ایک واقعہ ایسا ہوا ہے</w:t>
      </w:r>
    </w:p>
    <w:p>
      <w:r>
        <w:rPr>
          <w:b/>
        </w:rPr>
        <w:t xml:space="preserve">[00:41] </w:t>
      </w:r>
      <w:r>
        <w:t>jo anokha tha.</w:t>
      </w:r>
    </w:p>
    <w:p>
      <w:pPr>
        <w:jc w:val="right"/>
      </w:pPr>
      <w:r>
        <w:t>جو انوکھا تھا۔</w:t>
      </w:r>
    </w:p>
    <w:p>
      <w:r>
        <w:rPr>
          <w:b/>
        </w:rPr>
        <w:t xml:space="preserve">[00:45] </w:t>
      </w:r>
      <w:r>
        <w:t>yani mein Al Omar ke Jame Masjid mein tha, aur achank akela nikla, achank.</w:t>
      </w:r>
    </w:p>
    <w:p>
      <w:pPr>
        <w:jc w:val="right"/>
      </w:pPr>
      <w:r>
        <w:t>یعنی میں ال عمر کے جامع مسجد میں تھا، اور اچانک اکیلا نکلا، اچانک۔</w:t>
      </w:r>
    </w:p>
    <w:p>
      <w:r>
        <w:rPr>
          <w:b/>
        </w:rPr>
        <w:t xml:space="preserve">[00:57] </w:t>
      </w:r>
      <w:r>
        <w:t>baghair soche pehle. yani pehle se maine socha nahi tha.</w:t>
      </w:r>
    </w:p>
    <w:p>
      <w:pPr>
        <w:jc w:val="right"/>
      </w:pPr>
      <w:r>
        <w:t>بغیر سوچے پہلے۔ یعنی پہلے سے میں نے سوچا نہیں تھا۔</w:t>
      </w:r>
    </w:p>
    <w:p>
      <w:r>
        <w:rPr>
          <w:b/>
        </w:rPr>
        <w:t xml:space="preserve">[01:03] </w:t>
      </w:r>
      <w:r>
        <w:t>achanak.</w:t>
      </w:r>
    </w:p>
    <w:p>
      <w:pPr>
        <w:jc w:val="right"/>
      </w:pPr>
      <w:r>
        <w:t>اچانک۔</w:t>
      </w:r>
    </w:p>
    <w:p>
      <w:r>
        <w:rPr>
          <w:b/>
        </w:rPr>
        <w:t xml:space="preserve">[01:07] </w:t>
      </w:r>
      <w:r>
        <w:t>mein masjid ke andar akela tha,</w:t>
      </w:r>
    </w:p>
    <w:p>
      <w:pPr>
        <w:jc w:val="right"/>
      </w:pPr>
      <w:r>
        <w:t>میں مسجد کے اندر اکیلا تھا،</w:t>
      </w:r>
    </w:p>
    <w:p>
      <w:r>
        <w:rPr>
          <w:b/>
        </w:rPr>
        <w:t xml:space="preserve">[01:13] </w:t>
      </w:r>
      <w:r>
        <w:t>to yeh lafz achaanak nikal pada: "khawand, tu kab aye ga? main kab tak tere aanay ka intazar karoon?"</w:t>
      </w:r>
    </w:p>
    <w:p>
      <w:pPr>
        <w:jc w:val="right"/>
      </w:pPr>
      <w:r>
        <w:t>تو یہ لفظ اچانک نکل پڑا: "خداوند، تو کب آئے گا؟ میں کب تک تیرے آنے کا انتظار کروں؟"</w:t>
      </w:r>
    </w:p>
    <w:p>
      <w:r>
        <w:rPr>
          <w:b/>
        </w:rPr>
        <w:t xml:space="preserve">[01:26] </w:t>
      </w:r>
      <w:r>
        <w:t>aisa koi aur lafz nahi hai jo meri zabaan se achaanak nikal gaya ho.</w:t>
      </w:r>
    </w:p>
    <w:p>
      <w:pPr>
        <w:jc w:val="right"/>
      </w:pPr>
      <w:r>
        <w:t>ایسا کوئی اور لفظ نہیں ہے جو میری زبان سے اچانک نکل گیا ہو۔</w:t>
      </w:r>
    </w:p>
    <w:p>
      <w:r>
        <w:rPr>
          <w:b/>
        </w:rPr>
        <w:t xml:space="preserve">[01:39] </w:t>
      </w:r>
      <w:r>
        <w:t>to mein ab tak yeh nahi jaan paaya ke yeh lafz kyun nikla tha.</w:t>
      </w:r>
    </w:p>
    <w:p>
      <w:pPr>
        <w:jc w:val="right"/>
      </w:pPr>
      <w:r>
        <w:t>تو میں اب تک یہ نہیں جان پایا کہ یہ لفظ کیوں نکلا تھا۔</w:t>
      </w:r>
    </w:p>
    <w:p>
      <w:r>
        <w:rPr>
          <w:b/>
        </w:rPr>
        <w:t xml:space="preserve">[01:51] </w:t>
      </w:r>
      <w:r>
        <w:t>to mein samajhta hoon ke mein... I was born a seeker.</w:t>
      </w:r>
    </w:p>
    <w:p>
      <w:pPr>
        <w:jc w:val="right"/>
      </w:pPr>
      <w:r>
        <w:t>تو میں سمجھتا ہوں کہ میں... I was born a seeker.</w:t>
      </w:r>
    </w:p>
    <w:p>
      <w:r>
        <w:rPr>
          <w:b/>
        </w:rPr>
        <w:t xml:space="preserve">[02:01] </w:t>
      </w:r>
      <w:r>
        <w:t>Born seeker. mein paidaishi tor par aik mutalashi insaan tha.</w:t>
      </w:r>
    </w:p>
    <w:p>
      <w:pPr>
        <w:jc w:val="right"/>
      </w:pPr>
      <w:r>
        <w:t>Born seeker. میں پیدائشی طور پر ایک متلاشی انسان تھا۔</w:t>
      </w:r>
    </w:p>
    <w:p>
      <w:r>
        <w:rPr>
          <w:b/>
        </w:rPr>
        <w:t xml:space="preserve">[02:12] </w:t>
      </w:r>
      <w:r>
        <w:t>aur yahi</w:t>
      </w:r>
    </w:p>
    <w:p>
      <w:pPr>
        <w:jc w:val="right"/>
      </w:pPr>
      <w:r>
        <w:t>اور یہی</w:t>
      </w:r>
    </w:p>
    <w:p>
      <w:r>
        <w:rPr>
          <w:b/>
        </w:rPr>
        <w:t xml:space="preserve">[02:18] </w:t>
      </w:r>
      <w:r>
        <w:t>meri zabaan se achaanak nikal pada.</w:t>
      </w:r>
    </w:p>
    <w:p>
      <w:pPr>
        <w:jc w:val="right"/>
      </w:pPr>
      <w:r>
        <w:t>میری زبان سے اچانک نکل پڑا۔</w:t>
      </w:r>
    </w:p>
    <w:p>
      <w:r>
        <w:rPr>
          <w:b/>
        </w:rPr>
        <w:t xml:space="preserve">[02:24] </w:t>
      </w:r>
      <w:r>
        <w:t>mein sari zindagi isi talash mein jeeta raha. to mere ghar, mera madrassa, mera mahol—kahin mein is ka sawab nahi paata tha.</w:t>
      </w:r>
    </w:p>
    <w:p>
      <w:pPr>
        <w:jc w:val="right"/>
      </w:pPr>
      <w:r>
        <w:t>میں ساری زندگی اسی تلاش میں جیتا رہا۔ تو میرے گھر، میرا مدرسہ، میرا ماحول—کہیں میں اس کا ثواب نہیں پاتا تھا۔</w:t>
      </w:r>
    </w:p>
    <w:p>
      <w:r>
        <w:rPr>
          <w:b/>
        </w:rPr>
        <w:t xml:space="preserve">[02:45] </w:t>
      </w:r>
      <w:r>
        <w:t>kyun ke mere ghar mein hamare bare bhai shair thay, muslim raha, koi jor nahi tha. aur doosre log jo thay,</w:t>
      </w:r>
    </w:p>
    <w:p>
      <w:pPr>
        <w:jc w:val="right"/>
      </w:pPr>
      <w:r>
        <w:t>کیونکہ میرے گھر میں ہمارے بڑے بھائی شاعر تھے، مسلم رہا، کوئی جوڑ نہیں تھا۔ اور دوسرے لوگ جو تھے،</w:t>
      </w:r>
    </w:p>
    <w:p>
      <w:r>
        <w:rPr>
          <w:b/>
        </w:rPr>
        <w:t xml:space="preserve">[03:00] </w:t>
      </w:r>
      <w:r>
        <w:t>wo... un ka pesha agriculture tha,</w:t>
      </w:r>
    </w:p>
    <w:p>
      <w:pPr>
        <w:jc w:val="right"/>
      </w:pPr>
      <w:r>
        <w:t>وہ... ان کا پیشہ ایگریکلچر تھا،</w:t>
      </w:r>
    </w:p>
    <w:p>
      <w:r>
        <w:rPr>
          <w:b/>
        </w:rPr>
        <w:t xml:space="preserve">[03:06] </w:t>
      </w:r>
      <w:r>
        <w:t>is tarah log thay. to mein khud apne ghar mein aik anokha, aik ajnabi insaan ban kar paida hua aur pada pada.</w:t>
      </w:r>
    </w:p>
    <w:p>
      <w:pPr>
        <w:jc w:val="right"/>
      </w:pPr>
      <w:r>
        <w:t>اس طرح لوگ تھے۔ تو میں خود اپنے گھر میں ایک انوکھا، ایک اجنبی انسان بن کر پیدا ہوا اور پڑا پڑا۔</w:t>
      </w:r>
    </w:p>
    <w:p>
      <w:r>
        <w:rPr>
          <w:b/>
        </w:rPr>
        <w:t xml:space="preserve">[03:25] </w:t>
      </w:r>
      <w:r>
        <w:t>to beharhaal, is zamanay mein shia sari... ghar mein shia sari ka mahol tha, to mein bhi parhta tha.</w:t>
      </w:r>
    </w:p>
    <w:p>
      <w:pPr>
        <w:jc w:val="right"/>
      </w:pPr>
      <w:r>
        <w:t>تو بہرحال، اس زمانے میں شیعہ ساری... گھر میں شیعہ ساری کا ماحول تھا، تو میں بھی پڑھتا تھا۔</w:t>
      </w:r>
    </w:p>
    <w:p>
      <w:r>
        <w:rPr>
          <w:b/>
        </w:rPr>
        <w:t xml:space="preserve">[03:41] </w:t>
      </w:r>
      <w:r>
        <w:t>to meri...</w:t>
      </w:r>
    </w:p>
    <w:p>
      <w:pPr>
        <w:jc w:val="right"/>
      </w:pPr>
      <w:r>
        <w:t>تو میری...</w:t>
      </w:r>
    </w:p>
    <w:p>
      <w:r>
        <w:rPr>
          <w:b/>
        </w:rPr>
        <w:t xml:space="preserve">[03:46] </w:t>
      </w:r>
      <w:r>
        <w:t>yaani mein interest ho gaya fani badayuni se, jo shair thay.</w:t>
      </w:r>
    </w:p>
    <w:p>
      <w:pPr>
        <w:jc w:val="right"/>
      </w:pPr>
      <w:r>
        <w:t>یعنی میں انٹرسٹ ہو گیا فانی بدائیونی سے، جو شاعر تھے۔</w:t>
      </w:r>
    </w:p>
    <w:p>
      <w:r>
        <w:rPr>
          <w:b/>
        </w:rPr>
        <w:t xml:space="preserve">[03:58] </w:t>
      </w:r>
      <w:r>
        <w:t>to un ke baray mein mein ne aik article likha tha: "fani sachai ki talash mein sargardan".</w:t>
      </w:r>
    </w:p>
    <w:p>
      <w:pPr>
        <w:jc w:val="right"/>
      </w:pPr>
      <w:r>
        <w:t>تو ان کے بارے میں میں نے ایک آرٹیکل لکھا تھا: "فانی سچائی کی تلاش میں سرگرداں"۔</w:t>
      </w:r>
    </w:p>
    <w:p>
      <w:r>
        <w:rPr>
          <w:b/>
        </w:rPr>
        <w:t xml:space="preserve">[04:18] </w:t>
      </w:r>
      <w:r>
        <w:t>chunanche fani ka aik shair tha. yaani un ki shayari ko parh kar bazahir yeh andaza hota tha ke agarche woh sachai ki talash mein thay, magar sachai mili nahi unhein.</w:t>
      </w:r>
    </w:p>
    <w:p>
      <w:pPr>
        <w:jc w:val="right"/>
      </w:pPr>
      <w:r>
        <w:t>چنانچہ فانی کا ایک شعر تھا۔ یعنی ان کی شاعری کو پڑھ کر بظاہر یہ اندازہ ہوتا تھا کہ اگرچہ وہ سچائی کی تلاش میں تھے، مگر سچائی ملی نہیں انہیں۔</w:t>
      </w:r>
    </w:p>
    <w:p>
      <w:r>
        <w:rPr>
          <w:b/>
        </w:rPr>
        <w:t xml:space="preserve">[04:34] </w:t>
      </w:r>
      <w:r>
        <w:t>sachai mili nahi.</w:t>
      </w:r>
    </w:p>
    <w:p>
      <w:pPr>
        <w:jc w:val="right"/>
      </w:pPr>
      <w:r>
        <w:t>سچائی ملی نہیں۔</w:t>
      </w:r>
    </w:p>
    <w:p>
      <w:r>
        <w:rPr>
          <w:b/>
        </w:rPr>
        <w:t xml:space="preserve">[04:45] </w:t>
      </w:r>
      <w:r>
        <w:t>to un ka aik shair tha: "mujhe bula ke yahan aap chup gaya koi, woh mehman hoon jise mezban nahi milta."</w:t>
      </w:r>
    </w:p>
    <w:p>
      <w:pPr>
        <w:jc w:val="right"/>
      </w:pPr>
      <w:r>
        <w:t>تو ان کا ایک شعر تھا: "مجھے بلا کے یہاں آپ چھپ گیا کوئی، وہ مہماں ہوں جسے میزبان نہیں ملتا۔"</w:t>
      </w:r>
    </w:p>
    <w:p>
      <w:r>
        <w:rPr>
          <w:b/>
        </w:rPr>
        <w:t xml:space="preserve">[04:59] </w:t>
      </w:r>
      <w:r>
        <w:t>"mujhe bula ke yahan aap chup gaya koi, woh mehman hoon jise mezban nahi milta."</w:t>
      </w:r>
    </w:p>
    <w:p>
      <w:pPr>
        <w:jc w:val="right"/>
      </w:pPr>
      <w:r>
        <w:t>"مجھے بلا کے یہاں آپ چھپ گیا کوئی، وہ مہماں ہوں جسے میزبان نہیں ملتا۔"</w:t>
      </w:r>
    </w:p>
    <w:p>
      <w:r>
        <w:rPr>
          <w:b/>
        </w:rPr>
        <w:t xml:space="preserve">[05:14] </w:t>
      </w:r>
      <w:r>
        <w:t>khud mera bhi shayad aisa hi haal hua.</w:t>
      </w:r>
    </w:p>
    <w:p>
      <w:pPr>
        <w:jc w:val="right"/>
      </w:pPr>
      <w:r>
        <w:t>خود میرا بھی شاید ایسا ہی حال ہوا۔</w:t>
      </w:r>
    </w:p>
    <w:p>
      <w:r>
        <w:rPr>
          <w:b/>
        </w:rPr>
        <w:t xml:space="preserve">[05:23] </w:t>
      </w:r>
      <w:r>
        <w:t>aik british scientist, jis ka naam tha sir james jeans, woh bhi ghaliban isi qism ka insaan tha.</w:t>
      </w:r>
    </w:p>
    <w:p>
      <w:pPr>
        <w:jc w:val="right"/>
      </w:pPr>
      <w:r>
        <w:t>ایک برٹش سائنس دان، جس کا نام تھا سر جیمز جینز، وہ بھی غالباً اسی قسم کا انسان تھا۔</w:t>
      </w:r>
    </w:p>
    <w:p>
      <w:r>
        <w:rPr>
          <w:b/>
        </w:rPr>
        <w:t xml:space="preserve">[05:34] </w:t>
      </w:r>
      <w:r>
        <w:t>chunanche us ne likha hai ke:</w:t>
      </w:r>
    </w:p>
    <w:p>
      <w:pPr>
        <w:jc w:val="right"/>
      </w:pPr>
      <w:r>
        <w:t>چنانچہ اس نے لکھا ہے کہ:</w:t>
      </w:r>
    </w:p>
    <w:p>
      <w:r>
        <w:rPr>
          <w:b/>
        </w:rPr>
        <w:t xml:space="preserve">[05:40] </w:t>
      </w:r>
      <w:r>
        <w:t>It appears that</w:t>
      </w:r>
    </w:p>
    <w:p>
      <w:pPr>
        <w:jc w:val="right"/>
      </w:pPr>
      <w:r>
        <w:t>"It appears that</w:t>
      </w:r>
    </w:p>
    <w:p>
      <w:r>
        <w:rPr>
          <w:b/>
        </w:rPr>
        <w:t xml:space="preserve">[05:49] </w:t>
      </w:r>
      <w:r>
        <w:t>mine was born in a world that was not made for him." to mein samajhta hoon ke woh bhi...</w:t>
      </w:r>
    </w:p>
    <w:p>
      <w:pPr>
        <w:jc w:val="right"/>
      </w:pPr>
      <w:r>
        <w:t>mine was born in a world that was not made for him." تو میں سمجھتا ہوں کہ وہ بھی...</w:t>
      </w:r>
    </w:p>
    <w:p>
      <w:r>
        <w:rPr>
          <w:b/>
        </w:rPr>
        <w:t xml:space="preserve">[06:04] </w:t>
      </w:r>
      <w:r>
        <w:t>chunanche us ki kitab ka naam hai: "Mysterious Universe".</w:t>
      </w:r>
    </w:p>
    <w:p>
      <w:pPr>
        <w:jc w:val="right"/>
      </w:pPr>
      <w:r>
        <w:t>چنانچہ اس کی کتاب کا نام ہے: "Mysterious Universe"۔</w:t>
      </w:r>
    </w:p>
    <w:p>
      <w:r>
        <w:rPr>
          <w:b/>
        </w:rPr>
        <w:t xml:space="preserve">[06:11] </w:t>
      </w:r>
      <w:r>
        <w:t>"Mysterious Universe"۔</w:t>
      </w:r>
    </w:p>
    <w:p>
      <w:pPr>
        <w:jc w:val="right"/>
      </w:pPr>
      <w:r>
        <w:t>"Mysterious Universe"۔</w:t>
      </w:r>
    </w:p>
    <w:p>
      <w:r>
        <w:rPr>
          <w:b/>
        </w:rPr>
        <w:t xml:space="preserve">[06:19] </w:t>
      </w:r>
      <w:r>
        <w:t>mein samajhta hoon ke shayad khalq jo hamara hai, woh</w:t>
      </w:r>
    </w:p>
    <w:p>
      <w:pPr>
        <w:jc w:val="right"/>
      </w:pPr>
      <w:r>
        <w:t>میں سمجھتا ہوں کہ شاید خالق جو ہمارا ہے، وہ</w:t>
      </w:r>
    </w:p>
    <w:p>
      <w:r>
        <w:rPr>
          <w:b/>
        </w:rPr>
        <w:t xml:space="preserve">[06:33] </w:t>
      </w:r>
      <w:r>
        <w:t>is tarah nahi hai jaise science daan</w:t>
      </w:r>
    </w:p>
    <w:p>
      <w:pPr>
        <w:jc w:val="right"/>
      </w:pPr>
      <w:r>
        <w:t>اس طرح نہیں ہے جیسے سائنس دان</w:t>
      </w:r>
    </w:p>
    <w:p>
      <w:r>
        <w:rPr>
          <w:b/>
        </w:rPr>
        <w:t xml:space="preserve">[06:38] </w:t>
      </w:r>
      <w:r>
        <w:t>ne reza-gari ki technology se daryaft ki aur reza-gari ko bana dali۔</w:t>
      </w:r>
    </w:p>
    <w:p>
      <w:pPr>
        <w:jc w:val="right"/>
      </w:pPr>
      <w:r>
        <w:t>نے ریزگاری کی ٹیکنالوجی سے دریافت کی اور ریزگاری کو بنا ڈالی۔</w:t>
      </w:r>
    </w:p>
    <w:p>
      <w:r>
        <w:rPr>
          <w:b/>
        </w:rPr>
        <w:t xml:space="preserve">[06:47] </w:t>
      </w:r>
      <w:r>
        <w:t>aisa nahi hai۔</w:t>
      </w:r>
    </w:p>
    <w:p>
      <w:pPr>
        <w:jc w:val="right"/>
      </w:pPr>
      <w:r>
        <w:t>ایسا نہیں ہے۔</w:t>
      </w:r>
    </w:p>
    <w:p>
      <w:r>
        <w:rPr>
          <w:b/>
        </w:rPr>
        <w:t xml:space="preserve">[06:54] </w:t>
      </w:r>
      <w:r>
        <w:t>toh pa kar ke bhi aap yeh ehsas banate hain ke abhi toh kuch mila nahi۔</w:t>
      </w:r>
    </w:p>
    <w:p>
      <w:pPr>
        <w:jc w:val="right"/>
      </w:pPr>
      <w:r>
        <w:t>تو پا کر کے بھی آپ یہ احساس بناتے ہیں کہ ابھی تو کچھ ملا نہیں۔</w:t>
      </w:r>
    </w:p>
    <w:p>
      <w:r>
        <w:rPr>
          <w:b/>
        </w:rPr>
        <w:t xml:space="preserve">[07:09] </w:t>
      </w:r>
      <w:r>
        <w:t>toh mein isi qism ka insaan tha۔</w:t>
      </w:r>
    </w:p>
    <w:p>
      <w:pPr>
        <w:jc w:val="right"/>
      </w:pPr>
      <w:r>
        <w:t>تو میں اسی قسم کا انسان تھا۔</w:t>
      </w:r>
    </w:p>
    <w:p>
      <w:r>
        <w:rPr>
          <w:b/>
        </w:rPr>
        <w:t xml:space="preserve">[07:21] </w:t>
      </w:r>
      <w:r>
        <w:t>saari umar mein aik bad-tar aadmi ki hesiyat se jeeta raha۔ saari umar۔</w:t>
      </w:r>
    </w:p>
    <w:p>
      <w:pPr>
        <w:jc w:val="right"/>
      </w:pPr>
      <w:r>
        <w:t>ساری عمر میں ایک بدتر آدمی کی حیثیت سے جیتا رہا۔ ساری عمر۔</w:t>
      </w:r>
    </w:p>
    <w:p>
      <w:r>
        <w:rPr>
          <w:b/>
        </w:rPr>
        <w:t xml:space="preserve">[07:31] </w:t>
      </w:r>
      <w:r>
        <w:t>hata ke abhi tak۔</w:t>
      </w:r>
    </w:p>
    <w:p>
      <w:pPr>
        <w:jc w:val="right"/>
      </w:pPr>
      <w:r>
        <w:t>حتیٰ کہ ابھی تک۔</w:t>
      </w:r>
    </w:p>
    <w:p>
      <w:r>
        <w:rPr>
          <w:b/>
        </w:rPr>
        <w:t xml:space="preserve">[07:42] </w:t>
      </w:r>
      <w:r>
        <w:t>mujhe apna aik waqia yaad hai۔ is waqt mein Lucknow mein tha۔ Lucknow ke...</w:t>
      </w:r>
    </w:p>
    <w:p>
      <w:pPr>
        <w:jc w:val="right"/>
      </w:pPr>
      <w:r>
        <w:t>مجھے اپنا ایک واقعہ یاد ہے۔ اس وقت میں لکھنو میں تھا۔ لکھنو کے...</w:t>
      </w:r>
    </w:p>
    <w:p>
      <w:r>
        <w:rPr>
          <w:b/>
        </w:rPr>
        <w:t xml:space="preserve">[07:55] </w:t>
      </w:r>
      <w:r>
        <w:t>mein aik nadi hai, Gomti nadi۔ is par aik pul... is zamane mein aik pul banaya gaya tha, naya pul۔</w:t>
      </w:r>
    </w:p>
    <w:p>
      <w:pPr>
        <w:jc w:val="right"/>
      </w:pPr>
      <w:r>
        <w:t>میں ایک ندی ہے، گومتی ندی۔ اس پر ایک پل... اس زمانے میں ایک پل بنایا گیا تھا، نیا پل۔</w:t>
      </w:r>
    </w:p>
    <w:p>
      <w:r>
        <w:rPr>
          <w:b/>
        </w:rPr>
        <w:t xml:space="preserve">[08:08] </w:t>
      </w:r>
      <w:r>
        <w:t>toh mein aur aik</w:t>
      </w:r>
    </w:p>
    <w:p>
      <w:pPr>
        <w:jc w:val="right"/>
      </w:pPr>
      <w:r>
        <w:t>تو میں اور ایک</w:t>
      </w:r>
    </w:p>
    <w:p>
      <w:r>
        <w:rPr>
          <w:b/>
        </w:rPr>
        <w:t xml:space="preserve">[08:11] </w:t>
      </w:r>
      <w:r>
        <w:t>aik sahib aur thay jin ka naam tha</w:t>
      </w:r>
    </w:p>
    <w:p>
      <w:pPr>
        <w:jc w:val="right"/>
      </w:pPr>
      <w:r>
        <w:t>ایک صاحب اور تھے جن کا نام تھا</w:t>
      </w:r>
    </w:p>
    <w:p>
      <w:r>
        <w:rPr>
          <w:b/>
        </w:rPr>
        <w:t xml:space="preserve">[08:15] </w:t>
      </w:r>
      <w:r>
        <w:t>Doctor Samiullah Khan۔</w:t>
      </w:r>
    </w:p>
    <w:p>
      <w:pPr>
        <w:jc w:val="right"/>
      </w:pPr>
      <w:r>
        <w:t>ڈاکٹر سیم اللہ خان۔</w:t>
      </w:r>
    </w:p>
    <w:p>
      <w:r>
        <w:rPr>
          <w:b/>
        </w:rPr>
        <w:t xml:space="preserve">[08:20] </w:t>
      </w:r>
      <w:r>
        <w:t>hum dono is pul ke oopar khare hue thay۔</w:t>
      </w:r>
    </w:p>
    <w:p>
      <w:pPr>
        <w:jc w:val="right"/>
      </w:pPr>
      <w:r>
        <w:t>ہم دونوں اس پل کے اوپر کھڑے ہوئے تھے۔</w:t>
      </w:r>
    </w:p>
    <w:p>
      <w:r>
        <w:rPr>
          <w:b/>
        </w:rPr>
        <w:t xml:space="preserve">[08:26] </w:t>
      </w:r>
      <w:r>
        <w:t>toh woh bohat zyada falsafiyana aadmi, guzarish ke aadmi thay, aur apne aqeeday ke aitbar se woh</w:t>
      </w:r>
    </w:p>
    <w:p>
      <w:pPr>
        <w:jc w:val="right"/>
      </w:pPr>
      <w:r>
        <w:t>تو وہ بہت زیادہ فلسفیانہ آدمی، گزارش کے آدمی تھے، اور اپنے عقیدے کے اعتبار سے وہ</w:t>
      </w:r>
    </w:p>
    <w:p>
      <w:r>
        <w:rPr>
          <w:b/>
        </w:rPr>
        <w:t xml:space="preserve">[08:37] </w:t>
      </w:r>
      <w:r>
        <w:t>ateeq thay۔</w:t>
      </w:r>
    </w:p>
    <w:p>
      <w:pPr>
        <w:jc w:val="right"/>
      </w:pPr>
      <w:r>
        <w:t>عتیق تھے۔</w:t>
      </w:r>
    </w:p>
    <w:p>
      <w:r>
        <w:rPr>
          <w:b/>
        </w:rPr>
        <w:t xml:space="preserve">[08:43] </w:t>
      </w:r>
      <w:r>
        <w:t>toh aik din aisa hua ke hum dono is pul par khare hue thay aur Khuda par guftagu thi۔ toh unhon ne sawal kiya mujh se۔</w:t>
      </w:r>
    </w:p>
    <w:p>
      <w:pPr>
        <w:jc w:val="right"/>
      </w:pPr>
      <w:r>
        <w:t>تو ایک دن ایسا ہوا کہ ہم دونوں اس پل پر کھڑے ہوئے تھے اور خدا پر گفتگو تھی۔ تو انہوں نے سوال کیا مجھ سے۔</w:t>
      </w:r>
    </w:p>
    <w:p>
      <w:r>
        <w:rPr>
          <w:b/>
        </w:rPr>
        <w:t xml:space="preserve">[09:01] </w:t>
      </w:r>
      <w:r>
        <w:t>unhon ne sawal kiya ke aap ke paas Khuda ko sabit karne ke liye criterion kya hai؟</w:t>
      </w:r>
    </w:p>
    <w:p>
      <w:pPr>
        <w:jc w:val="right"/>
      </w:pPr>
      <w:r>
        <w:t>انہوں نے سوال کیا کہ آپ کے پاس خدا کو ثابت کرنے کے لیے کرائٹیرین کیا ہے؟</w:t>
      </w:r>
    </w:p>
    <w:p>
      <w:r>
        <w:rPr>
          <w:b/>
        </w:rPr>
        <w:t xml:space="preserve">[09:15] </w:t>
      </w:r>
      <w:r>
        <w:t>aap ke paas Khuda ko sabit karne ke liye aap ke paas criterion kya hai؟</w:t>
      </w:r>
    </w:p>
    <w:p>
      <w:pPr>
        <w:jc w:val="right"/>
      </w:pPr>
      <w:r>
        <w:t>آپ کے پاس خدا کو ثابت کرنے کے لیے آپ کے پاس کرائٹیرین کیا ہے؟</w:t>
      </w:r>
    </w:p>
    <w:p>
      <w:r>
        <w:rPr>
          <w:b/>
        </w:rPr>
        <w:t xml:space="preserve">[09:29] </w:t>
      </w:r>
      <w:r>
        <w:t>toh meri zuban se achaanak nikla: "authentic". wahi criterion jo aap ke paas koi cheez sabit karne ke liye ho.</w:t>
      </w:r>
    </w:p>
    <w:p>
      <w:pPr>
        <w:jc w:val="right"/>
      </w:pPr>
      <w:r>
        <w:t>تو میری زبان سے اچانک نکلا: "Actonic"۔ وہی کرائٹیرین جو آپ کے پاس کوئی چیز ثابت کرنے کے لیے ہو۔</w:t>
      </w:r>
    </w:p>
    <w:p>
      <w:r>
        <w:rPr>
          <w:b/>
        </w:rPr>
        <w:t xml:space="preserve">[09:46] </w:t>
      </w:r>
      <w:r>
        <w:t>wahi criterion jo aap ke paas koi sabit... koi cheez sabit karne ke liye ho۔ yeh bohat ajeeb yeh jawab tha jo achaanak nikla meri zuban se۔</w:t>
      </w:r>
    </w:p>
    <w:p>
      <w:pPr>
        <w:jc w:val="right"/>
      </w:pPr>
      <w:r>
        <w:t>وہی کرائٹیرین جو آپ کے پاس کوئی ثابت... کوئی چیز ثابت کرنے کے لیے ہو۔ یہ بہت عجیب یہ جواب تھا جو اچانک نکلا میری زبان سے۔</w:t>
      </w:r>
    </w:p>
    <w:p>
      <w:r>
        <w:rPr>
          <w:b/>
        </w:rPr>
        <w:t xml:space="preserve">[10:02] </w:t>
      </w:r>
      <w:r>
        <w:t>toh baat ko jab mein ne parha:</w:t>
      </w:r>
    </w:p>
    <w:p>
      <w:pPr>
        <w:jc w:val="right"/>
      </w:pPr>
      <w:r>
        <w:t>تو بات کو جب میں نے پڑھا:</w:t>
      </w:r>
    </w:p>
    <w:p>
      <w:r>
        <w:rPr>
          <w:b/>
        </w:rPr>
        <w:t xml:space="preserve">[10:10] </w:t>
      </w:r>
      <w:r>
        <w:t>"Quantum Physics"،</w:t>
      </w:r>
    </w:p>
    <w:p>
      <w:pPr>
        <w:jc w:val="right"/>
      </w:pPr>
      <w:r>
        <w:t>"Quantum Physics"،</w:t>
      </w:r>
    </w:p>
    <w:p>
      <w:r>
        <w:rPr>
          <w:b/>
        </w:rPr>
        <w:t xml:space="preserve">[10:15] </w:t>
      </w:r>
      <w:r>
        <w:t>toh mein ne jana ke meri zuban se yeh nikla jo nikla tha is ka matlab kya tha۔</w:t>
      </w:r>
    </w:p>
    <w:p>
      <w:pPr>
        <w:jc w:val="right"/>
      </w:pPr>
      <w:r>
        <w:t>تو میں نے جانا کہ میری زبان سے یہ نکلا جو نکلا تھا اس کا مطلب کیا تھا۔</w:t>
      </w:r>
    </w:p>
    <w:p>
      <w:r>
        <w:rPr>
          <w:b/>
        </w:rPr>
        <w:t xml:space="preserve">[10:24] </w:t>
      </w:r>
      <w:r>
        <w:t>kyunke Quantum Physics mein...</w:t>
      </w:r>
    </w:p>
    <w:p>
      <w:pPr>
        <w:jc w:val="right"/>
      </w:pPr>
      <w:r>
        <w:t>کیونکہ Quantum Physics میں...</w:t>
      </w:r>
    </w:p>
    <w:p>
      <w:r>
        <w:rPr>
          <w:b/>
        </w:rPr>
        <w:t xml:space="preserve">[10:29] </w:t>
      </w:r>
      <w:r>
        <w:t>Quantum Physics ka jab aap study karte... karein,</w:t>
      </w:r>
    </w:p>
    <w:p>
      <w:pPr>
        <w:jc w:val="right"/>
      </w:pPr>
      <w:r>
        <w:t>Quantum Physics کا جب آپ اسٹڈی کرتے... کریں،</w:t>
      </w:r>
    </w:p>
    <w:p>
      <w:r>
        <w:rPr>
          <w:b/>
        </w:rPr>
        <w:t xml:space="preserve">[10:36] </w:t>
      </w:r>
      <w:r>
        <w:t>study karte karte aap wahan pohnchte hain</w:t>
      </w:r>
    </w:p>
    <w:p>
      <w:pPr>
        <w:jc w:val="right"/>
      </w:pPr>
      <w:r>
        <w:t>اسٹڈی کرتے کرتے آپ وہاں پہنچتے ہیں</w:t>
      </w:r>
    </w:p>
    <w:p>
      <w:r>
        <w:rPr>
          <w:b/>
        </w:rPr>
        <w:t xml:space="preserve">[10:44] </w:t>
      </w:r>
      <w:r>
        <w:t>jahan matter khatam ho jata hai. Matter se shuru karte hain aap, lekin pohnchte hain wahan jahan matter non existent par ban jata hai.</w:t>
      </w:r>
    </w:p>
    <w:p>
      <w:pPr>
        <w:jc w:val="right"/>
      </w:pPr>
      <w:r>
        <w:t>جہاں میٹر ختم ہو جاتا ہے۔ میٹر سے شروع کرتے ہیں آپ، لیکن پہنچتے ہیں وہاں جہاں میٹر نان ایگزسٹنٹ پر بن جاتا ہے۔</w:t>
      </w:r>
    </w:p>
    <w:p>
      <w:r>
        <w:rPr>
          <w:b/>
        </w:rPr>
        <w:t xml:space="preserve">[11:08] </w:t>
      </w:r>
      <w:r>
        <w:t>isi liye aik top ke scientist ne kaha hai ke</w:t>
      </w:r>
    </w:p>
    <w:p>
      <w:pPr>
        <w:jc w:val="right"/>
      </w:pPr>
      <w:r>
        <w:t>اسی لیے ایک ٹاپ کے سائنسدان نے کہا ہے کہ</w:t>
      </w:r>
    </w:p>
    <w:p>
      <w:r>
        <w:rPr>
          <w:b/>
        </w:rPr>
        <w:t xml:space="preserve">[11:18] </w:t>
      </w:r>
      <w:r>
        <w:t>aakhri</w:t>
      </w:r>
    </w:p>
    <w:p>
      <w:pPr>
        <w:jc w:val="right"/>
      </w:pPr>
      <w:r>
        <w:t>آخری</w:t>
      </w:r>
    </w:p>
    <w:p>
      <w:r>
        <w:rPr>
          <w:b/>
        </w:rPr>
        <w:t xml:space="preserve">[11:22] </w:t>
      </w:r>
      <w:r>
        <w:t>reality ke bare mein...</w:t>
      </w:r>
    </w:p>
    <w:p>
      <w:pPr>
        <w:jc w:val="right"/>
      </w:pPr>
      <w:r>
        <w:t>ریلیٹی کے بارے میں...</w:t>
      </w:r>
    </w:p>
    <w:p>
      <w:r>
        <w:rPr>
          <w:b/>
        </w:rPr>
        <w:t xml:space="preserve">[11:35] </w:t>
      </w:r>
      <w:r>
        <w:t>ke "Waves of Probabilities". Yani scientist matter ka study karte karte aik aise maqam par pohnchta hai jahan sirf waves baat karti hain.</w:t>
      </w:r>
    </w:p>
    <w:p>
      <w:pPr>
        <w:jc w:val="right"/>
      </w:pPr>
      <w:r>
        <w:t>کہ "Waves of Probabilities"۔ یعنی سائنس دان میٹر کا اسٹڈی کرتے کرتے ایک ایسے مقام پر پہنچتا ہے جہاں صرف ویوز بات کرتی ہیں۔</w:t>
      </w:r>
    </w:p>
    <w:p>
      <w:r>
        <w:rPr>
          <w:b/>
        </w:rPr>
        <w:t xml:space="preserve">[11:50] </w:t>
      </w:r>
      <w:r>
        <w:t>waves.</w:t>
      </w:r>
    </w:p>
    <w:p>
      <w:pPr>
        <w:jc w:val="right"/>
      </w:pPr>
      <w:r>
        <w:t>ویوز۔</w:t>
      </w:r>
    </w:p>
    <w:p>
      <w:r>
        <w:rPr>
          <w:b/>
        </w:rPr>
        <w:t xml:space="preserve">[11:54] </w:t>
      </w:r>
      <w:r>
        <w:t>to us ko us ne kaha ke aakhri cheez jo maine paya woh thi "Waves of Probabilities".</w:t>
      </w:r>
    </w:p>
    <w:p>
      <w:pPr>
        <w:jc w:val="right"/>
      </w:pPr>
      <w:r>
        <w:t>تو اس کو اس نے کہا کہ آخری چیز جو میں نے پایا وہ تھی "Waves of Probabilities"۔</w:t>
      </w:r>
    </w:p>
    <w:p>
      <w:r>
        <w:rPr>
          <w:b/>
        </w:rPr>
        <w:t xml:space="preserve">[12:05] </w:t>
      </w:r>
      <w:r>
        <w:t>imkanat ki lehar. Bohat ajeeb cheez hai.</w:t>
      </w:r>
    </w:p>
    <w:p>
      <w:pPr>
        <w:jc w:val="right"/>
      </w:pPr>
      <w:r>
        <w:t>امکانات کی لہر۔ بہت عجیب چیز ہے۔</w:t>
      </w:r>
    </w:p>
    <w:p>
      <w:r>
        <w:rPr>
          <w:b/>
        </w:rPr>
        <w:t xml:space="preserve">[12:11] </w:t>
      </w:r>
      <w:r>
        <w:t>aam insan ko samajh aaye gi nahin.</w:t>
      </w:r>
    </w:p>
    <w:p>
      <w:pPr>
        <w:jc w:val="right"/>
      </w:pPr>
      <w:r>
        <w:t>عام انسان کو سمجھ آئے گی نہیں۔</w:t>
      </w:r>
    </w:p>
    <w:p>
      <w:r>
        <w:rPr>
          <w:b/>
        </w:rPr>
        <w:t xml:space="preserve">[12:18] </w:t>
      </w:r>
      <w:r>
        <w:t>"Waves of Probabilities".</w:t>
      </w:r>
    </w:p>
    <w:p>
      <w:pPr>
        <w:jc w:val="right"/>
      </w:pPr>
      <w:r>
        <w:t>"Waves of Probabilities"۔</w:t>
      </w:r>
    </w:p>
    <w:p>
      <w:r>
        <w:rPr>
          <w:b/>
        </w:rPr>
        <w:t xml:space="preserve">[12:24] </w:t>
      </w:r>
      <w:r>
        <w:t>to is theory ke mutabiq</w:t>
      </w:r>
    </w:p>
    <w:p>
      <w:pPr>
        <w:jc w:val="right"/>
      </w:pPr>
      <w:r>
        <w:t>تو اس تھیوری کے مطابق</w:t>
      </w:r>
    </w:p>
    <w:p>
      <w:r>
        <w:rPr>
          <w:b/>
        </w:rPr>
        <w:t xml:space="preserve">[12:30] </w:t>
      </w:r>
      <w:r>
        <w:t>jab aadmi mutala karte karte</w:t>
      </w:r>
    </w:p>
    <w:p>
      <w:pPr>
        <w:jc w:val="right"/>
      </w:pPr>
      <w:r>
        <w:t>جب آدمی مطالعہ کرتے کرتے</w:t>
      </w:r>
    </w:p>
    <w:p>
      <w:r>
        <w:rPr>
          <w:b/>
        </w:rPr>
        <w:t xml:space="preserve">[12:35] </w:t>
      </w:r>
      <w:r>
        <w:t>matter tak pohnchta hai to phir woh pohnchta hai atom tak, phir aur aage barhta hai aur aage barhta hai.</w:t>
      </w:r>
    </w:p>
    <w:p>
      <w:pPr>
        <w:jc w:val="right"/>
      </w:pPr>
      <w:r>
        <w:t>میٹر تک پہنچتا ہے تو پھر وہ پہنچتا ہے ایٹم تک، پھر اور آگے بڑھتا ہے اور آگے بڑھتا ہے۔</w:t>
      </w:r>
    </w:p>
    <w:p>
      <w:r>
        <w:rPr>
          <w:b/>
        </w:rPr>
        <w:t xml:space="preserve">[12:50] </w:t>
      </w:r>
      <w:r>
        <w:t>to woh pohnchta hai...</w:t>
      </w:r>
    </w:p>
    <w:p>
      <w:pPr>
        <w:jc w:val="right"/>
      </w:pPr>
      <w:r>
        <w:t>تو وہ پہنچتا ہے...</w:t>
      </w:r>
    </w:p>
    <w:p>
      <w:r>
        <w:rPr>
          <w:b/>
        </w:rPr>
        <w:t xml:space="preserve">[13:06] </w:t>
      </w:r>
      <w:r>
        <w:t>ke aage is to kuch hai hi nahin.</w:t>
      </w:r>
    </w:p>
    <w:p>
      <w:pPr>
        <w:jc w:val="right"/>
      </w:pPr>
      <w:r>
        <w:t>کہ آگے اس تو کچھ ہے ہی نہیں۔</w:t>
      </w:r>
    </w:p>
    <w:p>
      <w:r>
        <w:rPr>
          <w:b/>
        </w:rPr>
        <w:t xml:space="preserve">[13:11] </w:t>
      </w:r>
      <w:r>
        <w:t>just like qayas hai. To sab atak pade ke to aik... aik aisi cheez hai jo na dikhai de, na sunai de,</w:t>
      </w:r>
    </w:p>
    <w:p>
      <w:pPr>
        <w:jc w:val="right"/>
      </w:pPr>
      <w:r>
        <w:t>جسٹ لائک قیاس ہے۔ تو سب اٹک پڑے کہ تو ایک... ایک ایسی چیز ہے جو نہ دکھائی دے، نہ سنائی دے،</w:t>
      </w:r>
    </w:p>
    <w:p>
      <w:r>
        <w:rPr>
          <w:b/>
        </w:rPr>
        <w:t xml:space="preserve">[13:26] </w:t>
      </w:r>
      <w:r>
        <w:t>na us ko aap tod saken.</w:t>
      </w:r>
    </w:p>
    <w:p>
      <w:pPr>
        <w:jc w:val="right"/>
      </w:pPr>
      <w:r>
        <w:t>نہ اس کو آپ توڑ سکیں۔</w:t>
      </w:r>
    </w:p>
    <w:p>
      <w:r>
        <w:rPr>
          <w:b/>
        </w:rPr>
        <w:t xml:space="preserve">[13:29] </w:t>
      </w:r>
      <w:r>
        <w:t>to kaise detect... usay kaise detect karte hain? Kaise jante hain?</w:t>
      </w:r>
    </w:p>
    <w:p>
      <w:pPr>
        <w:jc w:val="right"/>
      </w:pPr>
      <w:r>
        <w:t>تو کیسے ڈیٹیکٹ... اسے کیسے ڈیٹیکٹ کرتے ہیں؟ کیسے جانتے ہیں؟</w:t>
      </w:r>
    </w:p>
    <w:p>
      <w:r>
        <w:rPr>
          <w:b/>
        </w:rPr>
        <w:t xml:space="preserve">[13:43] </w:t>
      </w:r>
      <w:r>
        <w:t>to woh kehte hain ke us ko hum us ke effects se jante hain. Effects. Is tarah se ke aakhri had par pohnch kar ke matter aik non existent</w:t>
      </w:r>
    </w:p>
    <w:p>
      <w:pPr>
        <w:jc w:val="right"/>
      </w:pPr>
      <w:r>
        <w:t>تو وہ کہتے ہیں کہ اس کو ہم اس کے ایفیکٹس سے جانتے ہیں۔ ایفیکٹس۔ اس طریقے سے کہ آخری حد پر پہنچ کر کے میٹر ایک نان ایگزسٹنٹ</w:t>
      </w:r>
    </w:p>
    <w:p>
      <w:r>
        <w:rPr>
          <w:b/>
        </w:rPr>
        <w:t xml:space="preserve">[14:02] </w:t>
      </w:r>
      <w:r>
        <w:t>se ikhtiyar kar leta hai. Aur woh rotate karta hai, rotate. Yani aik qism ka khasi rotation.</w:t>
      </w:r>
    </w:p>
    <w:p>
      <w:pPr>
        <w:jc w:val="right"/>
      </w:pPr>
      <w:r>
        <w:t>سے اختیار کر لیتا ہے۔ اور وہ روٹیٹ کرتا ہے، روٹیٹ۔ یعنی ایک قسم کا خاصی روٹیشن۔</w:t>
      </w:r>
    </w:p>
    <w:p>
      <w:r>
        <w:rPr>
          <w:b/>
        </w:rPr>
        <w:t xml:space="preserve">[14:17] </w:t>
      </w:r>
      <w:r>
        <w:t>to</w:t>
      </w:r>
    </w:p>
    <w:p>
      <w:pPr>
        <w:jc w:val="right"/>
      </w:pPr>
      <w:r>
        <w:t>تو</w:t>
      </w:r>
    </w:p>
    <w:p>
      <w:r>
        <w:rPr>
          <w:b/>
        </w:rPr>
        <w:t xml:space="preserve">[14:19] </w:t>
      </w:r>
      <w:r>
        <w:t>mutala to har waqt woh rotation... rotate karte karte woh us ki jo lehrein hoti hain, us se heat generate hoti hai, heat.</w:t>
      </w:r>
    </w:p>
    <w:p>
      <w:pPr>
        <w:jc w:val="right"/>
      </w:pPr>
      <w:r>
        <w:t>مطالعہ تو ہر وقت وہ روٹیشن... روٹیٹ کرتے کرتے وہ اس کی جو لہریں ہوتی ہیں، اس سے ہیٹ جنریٹ ہوتی ہے، ہیٹ۔</w:t>
      </w:r>
    </w:p>
    <w:p>
      <w:r>
        <w:rPr>
          <w:b/>
        </w:rPr>
        <w:t xml:space="preserve">[14:34] </w:t>
      </w:r>
      <w:r>
        <w:t>to is heat ko</w:t>
      </w:r>
    </w:p>
    <w:p>
      <w:pPr>
        <w:jc w:val="right"/>
      </w:pPr>
      <w:r>
        <w:t>تو اس ہیٹ کو</w:t>
      </w:r>
    </w:p>
    <w:p>
      <w:r>
        <w:rPr>
          <w:b/>
        </w:rPr>
        <w:t xml:space="preserve">[14:38] </w:t>
      </w:r>
      <w:r>
        <w:t>science daan pakar pata hai. yaani detect, detect kar pata hai.</w:t>
      </w:r>
    </w:p>
    <w:p>
      <w:pPr>
        <w:jc w:val="right"/>
      </w:pPr>
      <w:r>
        <w:t>سائنس دان پکڑ پاتا ہے۔ یعنی ڈیٹیکٹ، ڈی سی، سی ٹی کر پاتا ہے۔</w:t>
      </w:r>
    </w:p>
    <w:p>
      <w:r>
        <w:rPr>
          <w:b/>
        </w:rPr>
        <w:t xml:space="preserve">[14:56] </w:t>
      </w:r>
      <w:r>
        <w:t>yeh wohi cheez doosre science daan ne kaha ke "Waves of Probabilities".</w:t>
      </w:r>
    </w:p>
    <w:p>
      <w:pPr>
        <w:jc w:val="right"/>
      </w:pPr>
      <w:r>
        <w:t>یہ وہی چیز دوسرے سائنسدان نے کہا کہ "Waves of Probabilities"۔</w:t>
      </w:r>
    </w:p>
    <w:p>
      <w:r>
        <w:rPr>
          <w:b/>
        </w:rPr>
        <w:t xml:space="preserve">[15:10] </w:t>
      </w:r>
      <w:r>
        <w:t>woh aakhri had par pahunch kar aap ko ek aisi cheez ko manna parta hai jo non existent hai. bazahir.</w:t>
      </w:r>
    </w:p>
    <w:p>
      <w:pPr>
        <w:jc w:val="right"/>
      </w:pPr>
      <w:r>
        <w:t>وہ آخری حد پر پہنچ کر آپ کو ایک ایسی چیز کو ماننا پڑتا ہے جو نان ایگزسٹنٹ ہے۔ بظاہر۔</w:t>
      </w:r>
    </w:p>
    <w:p>
      <w:r>
        <w:rPr>
          <w:b/>
        </w:rPr>
        <w:t xml:space="preserve">[15:21] </w:t>
      </w:r>
      <w:r>
        <w:t>na dekhne wale, na sunne wale.</w:t>
      </w:r>
    </w:p>
    <w:p>
      <w:pPr>
        <w:jc w:val="right"/>
      </w:pPr>
      <w:r>
        <w:t>نہ دیکھنے والے، نہ سننے والے۔</w:t>
      </w:r>
    </w:p>
    <w:p>
      <w:r>
        <w:rPr>
          <w:b/>
        </w:rPr>
        <w:t xml:space="preserve">[15:27] </w:t>
      </w:r>
      <w:r>
        <w:t>yeh bohat ajeeb cheez, panokhi baat hai. ke aakhri had par pahunch kar aap ek aisi cheez</w:t>
      </w:r>
    </w:p>
    <w:p>
      <w:pPr>
        <w:jc w:val="right"/>
      </w:pPr>
      <w:r>
        <w:t>یہ بہت عجیب چیز، پنوکھی بات ہے۔ کہ آخری حد پر پہنچ کر آپ ایک ایسی چیز</w:t>
      </w:r>
    </w:p>
    <w:p>
      <w:r>
        <w:rPr>
          <w:b/>
        </w:rPr>
        <w:t xml:space="preserve">[15:38] </w:t>
      </w:r>
      <w:r>
        <w:t>ko jaan paate hain jis ka bazahir koi wajood hi nahi.</w:t>
      </w:r>
    </w:p>
    <w:p>
      <w:pPr>
        <w:jc w:val="right"/>
      </w:pPr>
      <w:r>
        <w:t>کو جان پاتے ہیں جس کا بظاہر کوئی وجود ہی نہیں۔</w:t>
      </w:r>
    </w:p>
    <w:p>
      <w:r>
        <w:rPr>
          <w:b/>
        </w:rPr>
        <w:t xml:space="preserve">[15:56] </w:t>
      </w:r>
      <w:r>
        <w:t>to mein samajhta hoon ke yahi sab se zyada... sab se zyada mushkil imtehan hai, test hai insaan ki zindagi mein.</w:t>
      </w:r>
    </w:p>
    <w:p>
      <w:pPr>
        <w:jc w:val="right"/>
      </w:pPr>
      <w:r>
        <w:t>تو میں سمجھتا ہوں کہ یہی سب سے زیادہ... سب سے زیادہ مشکل امتحان ہے، ٹیسٹ ہے انسان کی زندگی میں۔</w:t>
      </w:r>
    </w:p>
    <w:p>
      <w:r>
        <w:rPr>
          <w:b/>
        </w:rPr>
        <w:t xml:space="preserve">[16:16] </w:t>
      </w:r>
      <w:r>
        <w:t>yaani ek aisi cheez ko... ek aisi cheez par yaqeen karna jis ka bazahir koi wajood nahi.</w:t>
      </w:r>
    </w:p>
    <w:p>
      <w:pPr>
        <w:jc w:val="right"/>
      </w:pPr>
      <w:r>
        <w:t>یعنی ایک ایسی چیز کو... ایک ایسی چیز پر یقین کرنا جس کا بظاہر کوئی وجود نہیں۔</w:t>
      </w:r>
    </w:p>
    <w:p>
      <w:r>
        <w:rPr>
          <w:b/>
        </w:rPr>
        <w:t xml:space="preserve">[16:31] </w:t>
      </w:r>
      <w:r>
        <w:t>bazahir koi wajood nahi.</w:t>
      </w:r>
    </w:p>
    <w:p>
      <w:pPr>
        <w:jc w:val="right"/>
      </w:pPr>
      <w:r>
        <w:t>بظاہر کوئی وجود نہیں۔</w:t>
      </w:r>
    </w:p>
    <w:p>
      <w:r>
        <w:rPr>
          <w:b/>
        </w:rPr>
        <w:t xml:space="preserve">[16:36] </w:t>
      </w:r>
      <w:r>
        <w:t>hazrat moosa ne chaha tha ke woh dekhein khuda ko. aaya. lekin jawab aaya ke tum dekhne se lantarani.</w:t>
      </w:r>
    </w:p>
    <w:p>
      <w:pPr>
        <w:jc w:val="right"/>
      </w:pPr>
      <w:r>
        <w:t>حضرت موسیٰ نے چاہا تھا کہ وہ دیکھیں خدا کو۔ آیا۔ لیکن جواب آیا کہ تم دیکھنے سے لنترانی۔</w:t>
      </w:r>
    </w:p>
    <w:p>
      <w:r>
        <w:rPr>
          <w:b/>
        </w:rPr>
        <w:t xml:space="preserve">[16:49] </w:t>
      </w:r>
      <w:r>
        <w:t>to kaisi ajeeb baat hai ke khuda direct jawab deta hai</w:t>
      </w:r>
    </w:p>
    <w:p>
      <w:pPr>
        <w:jc w:val="right"/>
      </w:pPr>
      <w:r>
        <w:t>تو کیسی عجیب بات ہے کہ خدا ڈائریکٹ جواب دیتا ہے</w:t>
      </w:r>
    </w:p>
    <w:p>
      <w:r>
        <w:rPr>
          <w:b/>
        </w:rPr>
        <w:t xml:space="preserve">[16:55] </w:t>
      </w:r>
      <w:r>
        <w:t>moosa ke is mukalme mein. lekin kehta hai ke lantarani. yaani tum ko ek aisi cheez ko manna hai jis ko tum na dekho.</w:t>
      </w:r>
    </w:p>
    <w:p>
      <w:pPr>
        <w:jc w:val="right"/>
      </w:pPr>
      <w:r>
        <w:t>موسیٰ کے اس مکالمے میں۔ لیکن کہتا ہے کہ لنترانی۔ یعنی تم کو ایک ایسی چیز کو ماننا ہے جس کو تم نہ دیکھو۔</w:t>
      </w:r>
    </w:p>
    <w:p>
      <w:r>
        <w:rPr>
          <w:b/>
        </w:rPr>
        <w:t xml:space="preserve">[17:11] </w:t>
      </w:r>
      <w:r>
        <w:t>ek na dekhe... ek unseen ko manna hai. ek unseen ke existence ko manna hai.</w:t>
      </w:r>
    </w:p>
    <w:p>
      <w:pPr>
        <w:jc w:val="right"/>
      </w:pPr>
      <w:r>
        <w:t>ایک نہ دیکھے... ایک ان سین کو ماننا ہے۔ ایک ان سین کے ایگزسٹنس کو ماننا ہے۔</w:t>
      </w:r>
    </w:p>
    <w:p>
      <w:r>
        <w:rPr>
          <w:b/>
        </w:rPr>
        <w:t xml:space="preserve">[17:22] </w:t>
      </w:r>
      <w:r>
        <w:t>to mein samajhta hoon ke khaliq ki daryaft isi insaan ko hoti hai jo apni...</w:t>
      </w:r>
    </w:p>
    <w:p>
      <w:pPr>
        <w:jc w:val="right"/>
      </w:pPr>
      <w:r>
        <w:t>تو میں سمجھتا ہوں کہ خالق کی دریافت اسی انسان کو ہوتی ہے جو اپنی...</w:t>
      </w:r>
    </w:p>
    <w:p>
      <w:r>
        <w:rPr>
          <w:b/>
        </w:rPr>
        <w:t xml:space="preserve">[17:36] </w:t>
      </w:r>
      <w:r>
        <w:t>apne mind ko itna develop kare,</w:t>
      </w:r>
    </w:p>
    <w:p>
      <w:pPr>
        <w:jc w:val="right"/>
      </w:pPr>
      <w:r>
        <w:t>اپنے مائنڈ کو اتنا ڈیولپ کرے،</w:t>
      </w:r>
    </w:p>
    <w:p>
      <w:r>
        <w:rPr>
          <w:b/>
        </w:rPr>
        <w:t xml:space="preserve">[17:39] </w:t>
      </w:r>
      <w:r>
        <w:t>apne mind ko itna develop kare ke woh</w:t>
      </w:r>
    </w:p>
    <w:p>
      <w:pPr>
        <w:jc w:val="right"/>
      </w:pPr>
      <w:r>
        <w:t>اپنے مائنڈ کو اتنا ڈیولپ کرے کہ وہ</w:t>
      </w:r>
    </w:p>
    <w:p>
      <w:r>
        <w:rPr>
          <w:b/>
        </w:rPr>
        <w:t xml:space="preserve">[17:45] </w:t>
      </w:r>
      <w:r>
        <w:t>wahan tak pahunche, wahan tak pahunche jahan unseen bhi aadmi ke liye seen ban jata hai.</w:t>
      </w:r>
    </w:p>
    <w:p>
      <w:pPr>
        <w:jc w:val="right"/>
      </w:pPr>
      <w:r>
        <w:t>وہاں تک پہنچے، وہاں تک پہنچے جہاں ان سین بھی آدمی کے لیے سین بن جاتا ہے۔</w:t>
      </w:r>
    </w:p>
    <w:p>
      <w:r>
        <w:rPr>
          <w:b/>
        </w:rPr>
        <w:t xml:space="preserve">[17:56] </w:t>
      </w:r>
      <w:r>
        <w:t>aam insaan ke liye yeh samajhna mushkil hai ke woh kya cheez hai.</w:t>
      </w:r>
    </w:p>
    <w:p>
      <w:pPr>
        <w:jc w:val="right"/>
      </w:pPr>
      <w:r>
        <w:t>عام انسان کے لیے یہ سمجھنا مشکل ہے کہ وہ کیا چیز ہے۔</w:t>
      </w:r>
    </w:p>
    <w:p>
      <w:r>
        <w:rPr>
          <w:b/>
        </w:rPr>
        <w:t xml:space="preserve">[18:05] </w:t>
      </w:r>
      <w:r>
        <w:t>to mein ne is par ghhor karte hue yeh samjha ke yeh hai wajdan. to khuda ki daryaft wajdan ke silsile par hoti hai.</w:t>
      </w:r>
    </w:p>
    <w:p>
      <w:pPr>
        <w:jc w:val="right"/>
      </w:pPr>
      <w:r>
        <w:t>تو میں نے اس پر غور کرتے ہوئے یہ سمجھا کہ یہ ہے وجدان۔ تو خدا کی دریافت وجدان کے سلسلے پر ہوتی ہے۔</w:t>
      </w:r>
    </w:p>
    <w:p>
      <w:r>
        <w:rPr>
          <w:b/>
        </w:rPr>
        <w:t xml:space="preserve">[18:19] </w:t>
      </w:r>
      <w:r>
        <w:t>aankh se dikhai jaane wali cheezon ke silsile par nahi hoti. to aap ko apne wajdan...</w:t>
      </w:r>
    </w:p>
    <w:p>
      <w:pPr>
        <w:jc w:val="right"/>
      </w:pPr>
      <w:r>
        <w:t>آنکھ سے دیکھائی جانے والی چیزوں کے سلسلے پر نہیں ہوتی۔ تو آپ کو اپنے وجدان...</w:t>
      </w:r>
    </w:p>
    <w:p>
      <w:r>
        <w:rPr>
          <w:b/>
        </w:rPr>
        <w:t xml:space="preserve">[18:28] </w:t>
      </w:r>
      <w:r>
        <w:t>kya hota hai? vision. vision.</w:t>
      </w:r>
    </w:p>
    <w:p>
      <w:pPr>
        <w:jc w:val="right"/>
      </w:pPr>
      <w:r>
        <w:t>کیا ہوتا ہے؟ ویژن۔ ویژن۔</w:t>
      </w:r>
    </w:p>
    <w:p>
      <w:r>
        <w:rPr>
          <w:b/>
        </w:rPr>
        <w:t xml:space="preserve">[18:39] </w:t>
      </w:r>
      <w:r>
        <w:t>to mein samajhta hoon ke is ki misaal Allah taala ne</w:t>
      </w:r>
    </w:p>
    <w:p>
      <w:pPr>
        <w:jc w:val="right"/>
      </w:pPr>
      <w:r>
        <w:t>تو میں سمجھتا ہوں کہ اس کی مثال اللہ تعالیٰ نے</w:t>
      </w:r>
    </w:p>
    <w:p>
      <w:r>
        <w:rPr>
          <w:b/>
        </w:rPr>
        <w:t xml:space="preserve">[18:45] </w:t>
      </w:r>
      <w:r>
        <w:t>bachche ki shakal mein ki hai. aap jante hain ke bachcha jab paida hota hai</w:t>
      </w:r>
    </w:p>
    <w:p>
      <w:pPr>
        <w:jc w:val="right"/>
      </w:pPr>
      <w:r>
        <w:t>بچے کی شکل میں کی ہے۔ آپ جانتے ہیں کہ بچہ جب پیدا ہوتا ہے</w:t>
      </w:r>
    </w:p>
    <w:p>
      <w:r>
        <w:rPr>
          <w:b/>
        </w:rPr>
        <w:t xml:space="preserve">[18:55] </w:t>
      </w:r>
      <w:r>
        <w:t>to use koi cheez dikhai nahi deti. woh dekh nahi sakta.</w:t>
      </w:r>
    </w:p>
    <w:p>
      <w:pPr>
        <w:jc w:val="right"/>
      </w:pPr>
      <w:r>
        <w:t>تو اسے کوئی چیز دکھائی نہیں دیتی۔ وہ دیکھ نہیں سکتا۔</w:t>
      </w:r>
    </w:p>
    <w:p>
      <w:r>
        <w:rPr>
          <w:b/>
        </w:rPr>
        <w:t xml:space="preserve">[19:03] </w:t>
      </w:r>
      <w:r>
        <w:t>lekin ajeeb baat yeh hai ke woh bachcha...</w:t>
      </w:r>
    </w:p>
    <w:p>
      <w:pPr>
        <w:jc w:val="right"/>
      </w:pPr>
      <w:r>
        <w:t>لیکن عجیب بات یہ ہے کہ وہ بچہ...</w:t>
      </w:r>
    </w:p>
    <w:p>
      <w:r>
        <w:rPr>
          <w:b/>
        </w:rPr>
        <w:t xml:space="preserve">[19:08] </w:t>
      </w:r>
      <w:r>
        <w:t>aap chaar auraton ko rakh denge jahan, ek saath ki, to haath paon maarega woh.</w:t>
      </w:r>
    </w:p>
    <w:p>
      <w:pPr>
        <w:jc w:val="right"/>
      </w:pPr>
      <w:r>
        <w:t>آپ چار عورتوں کو رکھ دیں گے جہاں، ایک ساتھ کی، تو ہاتھ پاؤں مارے گا وہ۔</w:t>
      </w:r>
    </w:p>
    <w:p>
      <w:r>
        <w:rPr>
          <w:b/>
        </w:rPr>
        <w:t xml:space="preserve">[19:18] </w:t>
      </w:r>
      <w:r>
        <w:t>lekin woh pakad lega usi ko jo us ki maa hai.</w:t>
      </w:r>
    </w:p>
    <w:p>
      <w:pPr>
        <w:jc w:val="right"/>
      </w:pPr>
      <w:r>
        <w:t>لیکن وہ پکڑ لے گا اسی کو جو اس کی ماں ہے۔</w:t>
      </w:r>
    </w:p>
    <w:p>
      <w:r>
        <w:rPr>
          <w:b/>
        </w:rPr>
        <w:t xml:space="preserve">[19:26] </w:t>
      </w:r>
      <w:r>
        <w:t>to Allah taala ne insaan ko wajdan ki satah par maarifat ata ki hai.</w:t>
      </w:r>
    </w:p>
    <w:p>
      <w:pPr>
        <w:jc w:val="right"/>
      </w:pPr>
      <w:r>
        <w:t>تو اللہ تعالیٰ نے انسان کو وجدان کی سطح پر معرفت عطا کی ہے۔</w:t>
      </w:r>
    </w:p>
    <w:p>
      <w:r>
        <w:rPr>
          <w:b/>
        </w:rPr>
        <w:t xml:space="preserve">[19:44] </w:t>
      </w:r>
      <w:r>
        <w:t>aur jis tarah bachcha jo hai wajdan ki satah par apni maa ko pehchan leta hai.</w:t>
      </w:r>
    </w:p>
    <w:p>
      <w:pPr>
        <w:jc w:val="right"/>
      </w:pPr>
      <w:r>
        <w:t>اور جس طرح بچہ جو ہے وجدان کی سطح پر اپنی ماں کو پہچان لیتا ہے۔</w:t>
      </w:r>
    </w:p>
    <w:p>
      <w:r>
        <w:rPr>
          <w:b/>
        </w:rPr>
        <w:t xml:space="preserve">[19:55] </w:t>
      </w:r>
      <w:r>
        <w:t>yeh ek ajeeb ajeeb baat hai jis ko hum kisi ko bata nahi sakte. koi jo jaanta ho us ko...</w:t>
      </w:r>
    </w:p>
    <w:p>
      <w:pPr>
        <w:jc w:val="right"/>
      </w:pPr>
      <w:r>
        <w:t>یہ ایک عجیب عجیب بات ہے جس کو ہم کسی کو بتا نہیں سکتے۔ کوئی جو جانتا ہو اس کو...</w:t>
      </w:r>
    </w:p>
    <w:p>
      <w:r>
        <w:rPr>
          <w:b/>
        </w:rPr>
        <w:t xml:space="preserve">[20:04] </w:t>
      </w:r>
      <w:r>
        <w:t>us ko apna shareek maarifat bana sakte hain.</w:t>
      </w:r>
    </w:p>
    <w:p>
      <w:pPr>
        <w:jc w:val="right"/>
      </w:pPr>
      <w:r>
        <w:t>اس کو اپنا شریک معرفت بنا سکتے ہیں۔</w:t>
      </w:r>
    </w:p>
    <w:p>
      <w:r>
        <w:rPr>
          <w:b/>
        </w:rPr>
        <w:t xml:space="preserve">[20:15] </w:t>
      </w:r>
      <w:r>
        <w:t>sachi baat hai ke chahe main hoon ya koi jo shakhs hai, is mauzu par agar bolta hai woh maarifat ya</w:t>
      </w:r>
    </w:p>
    <w:p>
      <w:pPr>
        <w:jc w:val="right"/>
      </w:pPr>
      <w:r>
        <w:t>سچی بات ہے کہ چاہے میں ہوں یا کوئی جو شخص ہے، اس موضوع پر اگر بولتا ہے وہ معرفت یا</w:t>
      </w:r>
    </w:p>
    <w:p>
      <w:r>
        <w:rPr>
          <w:b/>
        </w:rPr>
        <w:t xml:space="preserve">[20:28] </w:t>
      </w:r>
      <w:r>
        <w:t>creator ki daryaft</w:t>
      </w:r>
    </w:p>
    <w:p>
      <w:pPr>
        <w:jc w:val="right"/>
      </w:pPr>
      <w:r>
        <w:t>کریٹر کی دریافت</w:t>
      </w:r>
    </w:p>
    <w:p>
      <w:r>
        <w:rPr>
          <w:b/>
        </w:rPr>
        <w:t xml:space="preserve">[20:32] </w:t>
      </w:r>
      <w:r>
        <w:t>to woh kuch kar nahi pata woh. woh sirf apne...</w:t>
      </w:r>
    </w:p>
    <w:p>
      <w:pPr>
        <w:jc w:val="right"/>
      </w:pPr>
      <w:r>
        <w:t>تو وہ کچھ کر نہیں پاتا وہ۔ وہ صرف اپنے...</w:t>
      </w:r>
    </w:p>
    <w:p>
      <w:r>
        <w:rPr>
          <w:b/>
        </w:rPr>
        <w:t xml:space="preserve">[20:39] </w:t>
      </w:r>
      <w:r>
        <w:t>apne</w:t>
      </w:r>
    </w:p>
    <w:p>
      <w:pPr>
        <w:jc w:val="right"/>
      </w:pPr>
      <w:r>
        <w:t>اپنے</w:t>
      </w:r>
    </w:p>
    <w:p>
      <w:r>
        <w:rPr>
          <w:b/>
        </w:rPr>
        <w:t xml:space="preserve">[20:43] </w:t>
      </w:r>
      <w:r>
        <w:t>wajdan ke zariye daryaft ki hui haqeeqat ko main shareek maarifat bana sakta hoon.</w:t>
      </w:r>
    </w:p>
    <w:p>
      <w:pPr>
        <w:jc w:val="right"/>
      </w:pPr>
      <w:r>
        <w:t>وجدان کے ذریعے دریافت کی ہوئی حقیقت کو میں شریک معرفت بنا سکتا ہے۔</w:t>
      </w:r>
    </w:p>
    <w:p>
      <w:r>
        <w:rPr>
          <w:b/>
        </w:rPr>
        <w:t xml:space="preserve">[20:57] </w:t>
      </w:r>
      <w:r>
        <w:t>shareek maarifat bana sakta hoon.</w:t>
      </w:r>
    </w:p>
    <w:p>
      <w:pPr>
        <w:jc w:val="right"/>
      </w:pPr>
      <w:r>
        <w:t>شریک معرفت بنا سکتا ہے۔</w:t>
      </w:r>
    </w:p>
    <w:p>
      <w:r>
        <w:rPr>
          <w:b/>
        </w:rPr>
        <w:t xml:space="preserve">[21:00] </w:t>
      </w:r>
      <w:r>
        <w:t>aur kuch mumkin nahi hai.</w:t>
      </w:r>
    </w:p>
    <w:p>
      <w:pPr>
        <w:jc w:val="right"/>
      </w:pPr>
      <w:r>
        <w:t>اور کچھ ممکن نہیں ہے۔</w:t>
      </w:r>
    </w:p>
    <w:p>
      <w:r>
        <w:rPr>
          <w:b/>
        </w:rPr>
        <w:t xml:space="preserve">[21:08] </w:t>
      </w:r>
      <w:r>
        <w:t>meri samajh se to yahi baat aati hai.</w:t>
      </w:r>
    </w:p>
    <w:p>
      <w:pPr>
        <w:jc w:val="right"/>
      </w:pPr>
      <w:r>
        <w:t>میری سمجھ سے تو یہی بات آتی ہے۔</w:t>
      </w:r>
    </w:p>
    <w:p>
      <w:r>
        <w:rPr>
          <w:b/>
        </w:rPr>
        <w:t xml:space="preserve">[21:22] </w:t>
      </w:r>
      <w:r>
        <w:t>misalan dekhiye ek mashhoor qaul hai. yeh pata nahi ke is ka qail kaun hai.</w:t>
      </w:r>
    </w:p>
    <w:p>
      <w:pPr>
        <w:jc w:val="right"/>
      </w:pPr>
      <w:r>
        <w:t>مثلاً دیکھیے ایک مشہور قول ہے۔ یہ پتہ نہیں کہ اس کا قائل کون ہے۔</w:t>
      </w:r>
    </w:p>
    <w:p>
      <w:r>
        <w:rPr>
          <w:b/>
        </w:rPr>
        <w:t xml:space="preserve">[21:42] </w:t>
      </w:r>
      <w:r>
        <w:t>woh yeh ke Khuda khaliq kehta hai insaan se maarifat ke bare mein.</w:t>
      </w:r>
    </w:p>
    <w:p>
      <w:pPr>
        <w:jc w:val="right"/>
      </w:pPr>
      <w:r>
        <w:t>وہ یہ کہ خدا خالق کہتا ہے انسان سے معرفت کے بارے میں۔</w:t>
      </w:r>
    </w:p>
    <w:p>
      <w:r>
        <w:rPr>
          <w:b/>
        </w:rPr>
        <w:t xml:space="preserve">[21:52] </w:t>
      </w:r>
      <w:r>
        <w:t>khaliq kehta hai insaan se maarifat ke bare mein.</w:t>
      </w:r>
    </w:p>
    <w:p>
      <w:pPr>
        <w:jc w:val="right"/>
      </w:pPr>
      <w:r>
        <w:t>خالق کہتا ہے انسان سے معرفت کے بارے میں۔</w:t>
      </w:r>
    </w:p>
    <w:p>
      <w:r>
        <w:rPr>
          <w:b/>
        </w:rPr>
        <w:t xml:space="preserve">[22:05] </w:t>
      </w:r>
      <w:r>
        <w:t>"kunt kunzam makhfiya fabtan urfa fakhrata al-khalq".</w:t>
      </w:r>
    </w:p>
    <w:p>
      <w:pPr>
        <w:jc w:val="right"/>
      </w:pPr>
      <w:r>
        <w:t>"کنت کنزم مخفیہ فابطان عرفا فخرۃ الخلق"۔</w:t>
      </w:r>
    </w:p>
    <w:p>
      <w:r>
        <w:rPr>
          <w:b/>
        </w:rPr>
        <w:t xml:space="preserve">[22:15] </w:t>
      </w:r>
      <w:r>
        <w:t>yeh Rab kehta hai yaani wahi Rab jo Musa se humkalam hua tha.</w:t>
      </w:r>
    </w:p>
    <w:p>
      <w:pPr>
        <w:jc w:val="right"/>
      </w:pPr>
      <w:r>
        <w:t>یہ رب کہتا ہے یعنی وہی رب جو موسیٰ سے ہم کلام ہوا تھا۔</w:t>
      </w:r>
    </w:p>
    <w:p>
      <w:r>
        <w:rPr>
          <w:b/>
        </w:rPr>
        <w:t xml:space="preserve">[22:24] </w:t>
      </w:r>
      <w:r>
        <w:t>"kunt kunzam makhfiya".</w:t>
      </w:r>
    </w:p>
    <w:p>
      <w:pPr>
        <w:jc w:val="right"/>
      </w:pPr>
      <w:r>
        <w:t>"کنت کنزم مخفیہ"۔ میں ایک چھپا ہوا خزانہ تھا۔</w:t>
      </w:r>
    </w:p>
    <w:p>
      <w:r>
        <w:rPr>
          <w:b/>
        </w:rPr>
        <w:t xml:space="preserve">[22:36] </w:t>
      </w:r>
      <w:r>
        <w:t>main ek chupa hua khazana tha.</w:t>
      </w:r>
    </w:p>
    <w:p>
      <w:pPr>
        <w:jc w:val="right"/>
      </w:pPr>
      <w:r>
        <w:t>پھر میں نے مخلوق کو پیدا کیا</w:t>
      </w:r>
    </w:p>
    <w:p>
      <w:r>
        <w:rPr>
          <w:b/>
        </w:rPr>
        <w:t xml:space="preserve">[22:43] </w:t>
      </w:r>
      <w:r>
        <w:t>phir main ne makhlooq ko paida kiya</w:t>
      </w:r>
    </w:p>
    <w:p>
      <w:pPr>
        <w:jc w:val="right"/>
      </w:pPr>
      <w:r>
        <w:t>تاکہ میں جانا جاؤں۔</w:t>
      </w:r>
    </w:p>
    <w:p>
      <w:r>
        <w:rPr>
          <w:b/>
        </w:rPr>
        <w:t xml:space="preserve">[22:50] </w:t>
      </w:r>
      <w:r>
        <w:t>taake main jaana jaon.</w:t>
      </w:r>
    </w:p>
    <w:p>
      <w:pPr>
        <w:jc w:val="right"/>
      </w:pPr>
      <w:r>
        <w:t>یہ بہت عجیب چیز ہے یہ۔</w:t>
      </w:r>
    </w:p>
    <w:p>
      <w:r>
        <w:rPr>
          <w:b/>
        </w:rPr>
        <w:t xml:space="preserve">[22:56] </w:t>
      </w:r>
      <w:r>
        <w:t>yeh bohat ajeeb cheez hai yeh.</w:t>
      </w:r>
    </w:p>
    <w:p>
      <w:pPr>
        <w:jc w:val="right"/>
      </w:pPr>
      <w:r>
        <w:t>مراحوم نے اس کو... اس انوکھی چیز کو ان الفاظ میں بیان کیا کہ "خود کودا و خود کودا گرو، خود گرے کودا"۔</w:t>
      </w:r>
    </w:p>
    <w:p>
      <w:r>
        <w:rPr>
          <w:b/>
        </w:rPr>
        <w:t xml:space="preserve">[23:11] </w:t>
      </w:r>
      <w:r>
        <w:t>khud kooda o khud kooda</w:t>
      </w:r>
    </w:p>
    <w:p>
      <w:pPr>
        <w:jc w:val="right"/>
      </w:pPr>
      <w:r>
        <w:t>"خود کودا و خود کودا</w:t>
      </w:r>
    </w:p>
    <w:p>
      <w:r>
        <w:rPr>
          <w:b/>
        </w:rPr>
        <w:t xml:space="preserve">[23:14] </w:t>
      </w:r>
      <w:r>
        <w:t>guro, khud giray kooda". yaani insaan aik aisi makhlooq hai ke woh khud hi kooda hai, khud hi koday ko banata hai</w:t>
      </w:r>
    </w:p>
    <w:p>
      <w:pPr>
        <w:jc w:val="right"/>
      </w:pPr>
      <w:r>
        <w:t>گرو، خود گرے کودا"۔ یعنی انسان ایک ایسی مخلوق ہے کہ وہ خود ہی کودا ہے، خود ہی کودے کو بناتا ہے</w:t>
      </w:r>
    </w:p>
    <w:p>
      <w:r>
        <w:rPr>
          <w:b/>
        </w:rPr>
        <w:t xml:space="preserve">[23:34] </w:t>
      </w:r>
      <w:r>
        <w:t>aur khud hi koday ki mitti ki takhleeq karta hai.</w:t>
      </w:r>
    </w:p>
    <w:p>
      <w:pPr>
        <w:jc w:val="right"/>
      </w:pPr>
      <w:r>
        <w:t>اور خود ہی کودے کی مٹی کی تخلیق کرتا ہے۔</w:t>
      </w:r>
    </w:p>
    <w:p>
      <w:r>
        <w:rPr>
          <w:b/>
        </w:rPr>
        <w:t xml:space="preserve">[23:44] </w:t>
      </w:r>
      <w:r>
        <w:t>to mein samajhta hoon ke jo</w:t>
      </w:r>
    </w:p>
    <w:p>
      <w:pPr>
        <w:jc w:val="right"/>
      </w:pPr>
      <w:r>
        <w:t>تو میں سمجھتا ہوں کہ جو</w:t>
      </w:r>
    </w:p>
    <w:p>
      <w:r>
        <w:rPr>
          <w:b/>
        </w:rPr>
        <w:t xml:space="preserve">[23:48] </w:t>
      </w:r>
      <w:r>
        <w:t>gehri sachai hai</w:t>
      </w:r>
    </w:p>
    <w:p>
      <w:pPr>
        <w:jc w:val="right"/>
      </w:pPr>
      <w:r>
        <w:t>گہری سچائی ہے</w:t>
      </w:r>
    </w:p>
    <w:p>
      <w:r>
        <w:rPr>
          <w:b/>
        </w:rPr>
        <w:t xml:space="preserve">[23:54] </w:t>
      </w:r>
      <w:r>
        <w:t>woh Hazrat Musa ne kaha tha ke "</w:t>
      </w:r>
    </w:p>
    <w:p>
      <w:pPr>
        <w:jc w:val="right"/>
      </w:pPr>
      <w:r>
        <w:t>وہ حضرت موسیٰ نے کہا تھا کہ "</w:t>
      </w:r>
    </w:p>
    <w:p>
      <w:r>
        <w:rPr>
          <w:b/>
        </w:rPr>
        <w:t xml:space="preserve">[23:57] </w:t>
      </w:r>
      <w:r>
        <w:t>ae rab! mujhe dikha". to yeh dikha... dekhnay wali baat jo hai sirf akhirat mein mumkin hai. Sahaba ne Rasool Allah se poocha tha ke kya hum apne rab ko jannat mein dekhenge?</w:t>
      </w:r>
    </w:p>
    <w:p>
      <w:pPr>
        <w:jc w:val="right"/>
      </w:pPr>
      <w:r>
        <w:t>اے رب! مجھے دکھا"۔ تو یہ دکھا... دیکھنے والی بات جو ہے صرف آخرت میں ممکن ہے۔ صحابہ نے رسول اللہ سے پوچھا تھا کہ کیا ہم اپنے رب کو جنت میں دیکھیں گے؟</w:t>
      </w:r>
    </w:p>
    <w:p>
      <w:r>
        <w:rPr>
          <w:b/>
        </w:rPr>
        <w:t xml:space="preserve">[24:18] </w:t>
      </w:r>
      <w:r>
        <w:t>to aap ne kaha haan. jaise tum suraj aur chand ko dekhte ho.</w:t>
      </w:r>
    </w:p>
    <w:p>
      <w:pPr>
        <w:jc w:val="right"/>
      </w:pPr>
      <w:r>
        <w:t>تو آپ نے کہا ہاں۔ جیسے تم سورج اور چاند کو دیکھتے ہو۔</w:t>
      </w:r>
    </w:p>
    <w:p>
      <w:r>
        <w:rPr>
          <w:b/>
        </w:rPr>
        <w:t xml:space="preserve">[24:33] </w:t>
      </w:r>
      <w:r>
        <w:t>mein bas samajhta hoon ke yeh... yeh lafz hi aik wajdani term hai yeh.</w:t>
      </w:r>
    </w:p>
    <w:p>
      <w:pPr>
        <w:jc w:val="right"/>
      </w:pPr>
      <w:r>
        <w:t>میں بس سمجھتا ہوں کہ یہ... یہ لفظ ہی ایک وجدانی ٹرم ہے یہ۔</w:t>
      </w:r>
    </w:p>
    <w:p>
      <w:r>
        <w:rPr>
          <w:b/>
        </w:rPr>
        <w:t xml:space="preserve">[24:45] </w:t>
      </w:r>
      <w:r>
        <w:t>mushiri term nahi hai.</w:t>
      </w:r>
    </w:p>
    <w:p>
      <w:pPr>
        <w:jc w:val="right"/>
      </w:pPr>
      <w:r>
        <w:t>مشیری ٹرم نہیں ہے۔</w:t>
      </w:r>
    </w:p>
    <w:p>
      <w:r>
        <w:rPr>
          <w:b/>
        </w:rPr>
        <w:t xml:space="preserve">[24:50] </w:t>
      </w:r>
      <w:r>
        <w:t>aap ghor kijiye ke itni bari kainat, itni bari kainat</w:t>
      </w:r>
    </w:p>
    <w:p>
      <w:pPr>
        <w:jc w:val="right"/>
      </w:pPr>
      <w:r>
        <w:t>آپ غور کیجیے کہ اتنی بڑی کائنات، اتنی بڑی کائنات</w:t>
      </w:r>
    </w:p>
    <w:p>
      <w:r>
        <w:rPr>
          <w:b/>
        </w:rPr>
        <w:t xml:space="preserve">[24:58] </w:t>
      </w:r>
      <w:r>
        <w:t>jis ka koi</w:t>
      </w:r>
    </w:p>
    <w:p>
      <w:pPr>
        <w:jc w:val="right"/>
      </w:pPr>
      <w:r>
        <w:t>جس کا کوئی</w:t>
      </w:r>
    </w:p>
    <w:p>
      <w:r>
        <w:rPr>
          <w:b/>
        </w:rPr>
        <w:t xml:space="preserve">[25:02] </w:t>
      </w:r>
      <w:r>
        <w:t>insaan naap nahi sakta</w:t>
      </w:r>
    </w:p>
    <w:p>
      <w:pPr>
        <w:jc w:val="right"/>
      </w:pPr>
      <w:r>
        <w:t>انسان ناپ نہیں سکتا</w:t>
      </w:r>
    </w:p>
    <w:p>
      <w:r>
        <w:rPr>
          <w:b/>
        </w:rPr>
        <w:t xml:space="preserve">[25:07] </w:t>
      </w:r>
      <w:r>
        <w:t>aur phir woh phail rahi hai.</w:t>
      </w:r>
    </w:p>
    <w:p>
      <w:pPr>
        <w:jc w:val="right"/>
      </w:pPr>
      <w:r>
        <w:t>اور پھر وہ پھیل رہی ہے۔</w:t>
      </w:r>
    </w:p>
    <w:p>
      <w:r>
        <w:rPr>
          <w:b/>
        </w:rPr>
        <w:t xml:space="preserve">[25:12] </w:t>
      </w:r>
      <w:r>
        <w:t>yaani mislan apne aap bohat bari hai phir bhi woh phail rahi hai. to kitna bara woh span hoga jis pe woh phail rahi hai.</w:t>
      </w:r>
    </w:p>
    <w:p>
      <w:pPr>
        <w:jc w:val="right"/>
      </w:pPr>
      <w:r>
        <w:t>یعنی مثلاً اپنے آپ بہت بڑی ہے پھر بھی وہ پھیل رہی ہے۔ تو کتنا بڑا وہ اسپین ہوگا جس پہ وہ پھیل رہی ہے۔</w:t>
      </w:r>
    </w:p>
    <w:p>
      <w:r>
        <w:rPr>
          <w:b/>
        </w:rPr>
        <w:t xml:space="preserve">[25:25] </w:t>
      </w:r>
      <w:r>
        <w:t>to aisi takhleeq jis khaliq ne ki ho</w:t>
      </w:r>
    </w:p>
    <w:p>
      <w:pPr>
        <w:jc w:val="right"/>
      </w:pPr>
      <w:r>
        <w:t>تو ایسی تخلیق جس خالق نے کی ہو</w:t>
      </w:r>
    </w:p>
    <w:p>
      <w:r>
        <w:rPr>
          <w:b/>
        </w:rPr>
        <w:t xml:space="preserve">[25:31] </w:t>
      </w:r>
      <w:r>
        <w:t>woh hamare aam alfaaz ke daire mein nahi aa sakte hain. woh sirf ehsaas ya wajdan ya vision ke daire mein aate hain.</w:t>
      </w:r>
    </w:p>
    <w:p>
      <w:pPr>
        <w:jc w:val="right"/>
      </w:pPr>
      <w:r>
        <w:t>وہ ہمارے عام الفاظ کے دائرے میں نہیں آ سکتے ہیں۔ وہ صرف احساس یا وجدان یا ویژن کے دائرے میں آتے ہیں۔</w:t>
      </w:r>
    </w:p>
    <w:p>
      <w:r>
        <w:rPr>
          <w:b/>
        </w:rPr>
        <w:t xml:space="preserve">[25:44] </w:t>
      </w:r>
      <w:r>
        <w:t>bohat hi nazuk mozu hai. munsif tak koi bhi shakhs</w:t>
      </w:r>
    </w:p>
    <w:p>
      <w:pPr>
        <w:jc w:val="right"/>
      </w:pPr>
      <w:r>
        <w:t>بہت ہی نازک موضوع ہے۔ منصف تک کوئی بھی شخص</w:t>
      </w:r>
    </w:p>
    <w:p>
      <w:r>
        <w:rPr>
          <w:b/>
        </w:rPr>
        <w:t xml:space="preserve">[25:52] </w:t>
      </w:r>
      <w:r>
        <w:t>yeh bas mein hai ke is ko suraj chand ki tarah is tarah mein bayan kar sake.</w:t>
      </w:r>
    </w:p>
    <w:p>
      <w:pPr>
        <w:jc w:val="right"/>
      </w:pPr>
      <w:r>
        <w:t>یہ بس میں ہے کہ اس کو سورج چاند کی طرح اس طرح میں بیان کر سکے۔</w:t>
      </w:r>
    </w:p>
    <w:p>
      <w:r>
        <w:rPr>
          <w:b/>
        </w:rPr>
        <w:t xml:space="preserve">[26:04] </w:t>
      </w:r>
      <w:r>
        <w:t>mein samajhta hoon ke aakhri marfat ka kalma...</w:t>
      </w:r>
    </w:p>
    <w:p>
      <w:pPr>
        <w:jc w:val="right"/>
      </w:pPr>
      <w:r>
        <w:t>میں سمجھتا ہوں کہ آخری معرفت کا کلمہ...</w:t>
      </w:r>
    </w:p>
    <w:p>
      <w:r>
        <w:rPr>
          <w:b/>
        </w:rPr>
        <w:t xml:space="preserve">[26:11] </w:t>
      </w:r>
      <w:r>
        <w:t>aakhri kalma marfat ka yeh hai ke insaan sochte sochte sochte sochte sajday pe gir paray aur kahe ke khudaaya!</w:t>
      </w:r>
    </w:p>
    <w:p>
      <w:pPr>
        <w:jc w:val="right"/>
      </w:pPr>
      <w:r>
        <w:t>آخری کلمہ معرفت کا یہ ہے کہ انسان سوچتے سوچتے سوچتے سوچتے سجدے پہ گر پڑے اور کہے کہ خدایا!</w:t>
      </w:r>
    </w:p>
    <w:p>
      <w:r>
        <w:rPr>
          <w:b/>
        </w:rPr>
        <w:t xml:space="preserve">[26:22] </w:t>
      </w:r>
      <w:r>
        <w:t>agarche maine to kuch dekha nahi hai woh chalay gaye agay aap ka sar dalta hoon.</w:t>
      </w:r>
    </w:p>
    <w:p>
      <w:pPr>
        <w:jc w:val="right"/>
      </w:pPr>
      <w:r>
        <w:t>اگرچہ میں نے تو کچھ دیکھا نہیں ہے وہ چلے گئے آگے آپ کا سر ڈالتا ہوں۔</w:t>
      </w:r>
    </w:p>
    <w:p>
      <w:r>
        <w:rPr>
          <w:b/>
        </w:rPr>
        <w:t xml:space="preserve">[26:31] </w:t>
      </w:r>
      <w:r>
        <w:t>yeh marfat ka aakhri kalma hai. Hazrat Musa ne yahi kiya tha</w:t>
      </w:r>
    </w:p>
    <w:p>
      <w:pPr>
        <w:jc w:val="right"/>
      </w:pPr>
      <w:r>
        <w:t>یہ معرفت کا آخری کلمہ ہے۔ حضرت موسیٰ نے یہی کیا تھا</w:t>
      </w:r>
    </w:p>
    <w:p>
      <w:r>
        <w:rPr>
          <w:b/>
        </w:rPr>
        <w:t xml:space="preserve">[26:40] </w:t>
      </w:r>
      <w:r>
        <w:t>jab unhon ne Allah se kaha ke khudaaya! mein tujh ko dekhna chahta hoon. to jawab aaya ke ya Musa!</w:t>
      </w:r>
    </w:p>
    <w:p>
      <w:pPr>
        <w:jc w:val="right"/>
      </w:pPr>
      <w:r>
        <w:t>جب انہوں نے اللہ سے کہا کہ خدایا! میں تجھ کو دیکھنا چاہتا ہوں۔ تو جواب آیا کہ یا موسیٰ!</w:t>
      </w:r>
    </w:p>
    <w:p>
      <w:r>
        <w:rPr>
          <w:b/>
        </w:rPr>
        <w:t xml:space="preserve">[26:48] </w:t>
      </w:r>
      <w:r>
        <w:t>lan turani. us ko to dekh nahi sakta. phir bhi unhon ne sajday kiye.</w:t>
      </w:r>
    </w:p>
    <w:p>
      <w:pPr>
        <w:jc w:val="right"/>
      </w:pPr>
      <w:r>
        <w:t>لنترانی۔ اس کو تو دیکھ نہیں سکتا۔ پھر بھی انہوں نے سجدے کیا۔</w:t>
      </w:r>
    </w:p>
    <w:p>
      <w:r>
        <w:rPr>
          <w:b/>
        </w:rPr>
        <w:t xml:space="preserve">[26:57] </w:t>
      </w:r>
      <w:r>
        <w:t>giya musa ne kaha ke aye rab</w:t>
      </w:r>
    </w:p>
    <w:p>
      <w:pPr>
        <w:jc w:val="right"/>
      </w:pPr>
      <w:r>
        <w:t>گیا موسیٰ نے کہا کہ اے رب</w:t>
      </w:r>
    </w:p>
    <w:p>
      <w:r>
        <w:rPr>
          <w:b/>
        </w:rPr>
        <w:t xml:space="preserve">[27:00] </w:t>
      </w:r>
      <w:r>
        <w:t>! agarche main tujh ko dekh nahin sakta woh main tujh ko tere aage apna sir dalta hoon. to is ki aik...</w:t>
      </w:r>
    </w:p>
    <w:p>
      <w:pPr>
        <w:jc w:val="right"/>
      </w:pPr>
      <w:r>
        <w:t>! اگرچہ میں تجھ کو دیکھ نہیں سکتا وہ میں تجھ کو تیرے آگے اپنا سر ڈالتا ہوں۔ تو اس کی ایک...</w:t>
      </w:r>
    </w:p>
    <w:p>
      <w:r>
        <w:rPr>
          <w:b/>
        </w:rPr>
        <w:t xml:space="preserve">[27:13] </w:t>
      </w:r>
      <w:r>
        <w:t>main samajhta hoon ke is ki aik misaal Allah ne dunya mein likhai hai maan ki shakal mein.</w:t>
      </w:r>
    </w:p>
    <w:p>
      <w:pPr>
        <w:jc w:val="right"/>
      </w:pPr>
      <w:r>
        <w:t>میں سمجھتا ہوں کہ اس کی ایک مثال اللہ نے دنیا میں لکھائی ہے ماں کی شکل میں۔</w:t>
      </w:r>
    </w:p>
    <w:p>
      <w:r>
        <w:rPr>
          <w:b/>
        </w:rPr>
        <w:t xml:space="preserve">[27:22] </w:t>
      </w:r>
      <w:r>
        <w:t>ke bachcha paida hota hai woh dekh nahin sakta. is ki aankh dekhne ke qabil nahin hoti jab bachcha paida hota hai is waqt. lekin phir bhi woh Allah ko pehchanta hai aur is se is se chimatta hai.</w:t>
      </w:r>
    </w:p>
    <w:p>
      <w:pPr>
        <w:jc w:val="right"/>
      </w:pPr>
      <w:r>
        <w:t>کہ بچہ پیدا ہوتا ہے وہ دیکھ نہیں سکتا۔ اس کی آنکھ دیکھنے کے قابل نہیں ہوتی جب بچہ پیدا ہوتا ہے اس وقت۔ لیکن پھر بھی وہ اللہ کو پہچانتا ہے اور اس سے اس سے چمٹتا ہے۔</w:t>
      </w:r>
    </w:p>
    <w:p>
      <w:r>
        <w:rPr>
          <w:b/>
        </w:rPr>
        <w:t xml:space="preserve">[27:36] </w:t>
      </w:r>
      <w:r>
        <w:t>is se chimat jata hai is tareeqe se jaise ke woh</w:t>
      </w:r>
    </w:p>
    <w:p>
      <w:pPr>
        <w:jc w:val="right"/>
      </w:pPr>
      <w:r>
        <w:t>اس سے چمٹ جاتا ہے اس طریقے سے جیسے کہ وہ</w:t>
      </w:r>
    </w:p>
    <w:p>
      <w:r>
        <w:rPr>
          <w:b/>
        </w:rPr>
        <w:t xml:space="preserve">[27:41] </w:t>
      </w:r>
      <w:r>
        <w:t>hazaron saal se janta hai is ko.</w:t>
      </w:r>
    </w:p>
    <w:p>
      <w:pPr>
        <w:jc w:val="right"/>
      </w:pPr>
      <w:r>
        <w:t>ہزاروں سال سے جانتا ہے اس کو۔</w:t>
      </w:r>
    </w:p>
    <w:p>
      <w:r>
        <w:rPr>
          <w:b/>
        </w:rPr>
        <w:t xml:space="preserve">[27:47] </w:t>
      </w:r>
      <w:r>
        <w:t>jo talluq insan ka apni maan se hota hai wahi talluq insan ko apne Khuda se matloob hai. matloob hai.</w:t>
      </w:r>
    </w:p>
    <w:p>
      <w:pPr>
        <w:jc w:val="right"/>
      </w:pPr>
      <w:r>
        <w:t>جو تعلق انسان کا اپنی ماں سے ہوتا ہے وہی تعلق انسان کو اپنے خدا سے مطلوب ہے۔ مطلوب ہے۔</w:t>
      </w:r>
    </w:p>
    <w:p>
      <w:r>
        <w:rPr>
          <w:b/>
        </w:rPr>
        <w:t xml:space="preserve">[28:02] </w:t>
      </w:r>
      <w:r>
        <w:t>main dua karta hoon ke Allah taala mujh ko aur aap ko is marifat ki tofeeq ata farmaye. Allah taala mujh ko aur aap ko is aala marifat ki tofeeq ata farmaye.</w:t>
      </w:r>
    </w:p>
    <w:p>
      <w:pPr>
        <w:jc w:val="right"/>
      </w:pPr>
      <w:r>
        <w:t>میں دعا کرتا ہوں کہ اللہ تعالیٰ مجھ کو اور آپ کو اس معرفت کی توفیق عطا فرمائے۔ اللہ تعالیٰ مجھ کو اور آپ کو اس اعلیٰ معرفت کی توفیق عطا فرمائے۔</w:t>
      </w:r>
    </w:p>
    <w:p>
      <w:r>
        <w:rPr>
          <w:b/>
        </w:rPr>
        <w:t xml:space="preserve">[28:20] </w:t>
      </w:r>
      <w:r>
        <w:t>assalam o alaikum wa rehmatullah.</w:t>
      </w:r>
    </w:p>
    <w:p>
      <w:pPr>
        <w:jc w:val="right"/>
      </w:pPr>
      <w:r>
        <w:t>السلام علیکم ورحمۃ اللہ۔</w:t>
      </w:r>
    </w:p>
    <w:p>
      <w:r>
        <w:rPr>
          <w:b/>
        </w:rPr>
        <w:t xml:space="preserve">[28:36] </w:t>
      </w:r>
      <w:r>
        <w:t>okay! we we'll start with the question answer session. ah! i request all the viewers who watching this program to please mention the location ah!</w:t>
      </w:r>
    </w:p>
    <w:p>
      <w:pPr>
        <w:jc w:val="right"/>
      </w:pPr>
      <w:r>
        <w:t>اوکے! وی ویل سٹارٹ ود دی کوئسچن انسر سیشن۔ آہ! آئی ریکویسٹ آل دی ویورز ہو واچنگ دس پروگرام ٹو پلیز مینشن دی لوکیشن آہ!</w:t>
      </w:r>
    </w:p>
    <w:p>
      <w:r>
        <w:rPr>
          <w:b/>
        </w:rPr>
        <w:t xml:space="preserve">[28:45] </w:t>
      </w:r>
      <w:r>
        <w:t>when they post their questions and comments.</w:t>
      </w:r>
    </w:p>
    <w:p>
      <w:pPr>
        <w:jc w:val="right"/>
      </w:pPr>
      <w:r>
        <w:t>وین دے پوسٹ دیر کوئسچنز اینڈ کمنٹس۔</w:t>
      </w:r>
    </w:p>
    <w:p>
      <w:r>
        <w:rPr>
          <w:b/>
        </w:rPr>
        <w:t xml:space="preserve">[28:49] </w:t>
      </w:r>
      <w:r>
        <w:t>maulana comment parhna chahenge sab se pehle. maulana iqbal umri ne chennai se likha hai.</w:t>
      </w:r>
    </w:p>
    <w:p>
      <w:pPr>
        <w:jc w:val="right"/>
      </w:pPr>
      <w:r>
        <w:t>مولانا کمنٹ پڑھنا چاہیں گے سب سے پہلے۔ مولانا اقبال عمری نے چنئی سے لکھا ہے۔</w:t>
      </w:r>
    </w:p>
    <w:p>
      <w:r>
        <w:rPr>
          <w:b/>
        </w:rPr>
        <w:t xml:space="preserve">[28:57] </w:t>
      </w:r>
      <w:r>
        <w:t>maulana! aap ki daryaft ne religion aur science ki wavelength barabar kar di. yahi usooli daryaft hi aap ki sab se bari daryaft hai.</w:t>
      </w:r>
    </w:p>
    <w:p>
      <w:pPr>
        <w:jc w:val="right"/>
      </w:pPr>
      <w:r>
        <w:t>مولانا! آپ کی دریافت نے ریلیجن اور سائنس کی ویو لینتھ برابر کر دی۔ یہی اصولی دریافت ہی آپ کی سب سے بڑی دریافت ہے۔</w:t>
      </w:r>
    </w:p>
    <w:p>
      <w:r>
        <w:rPr>
          <w:b/>
        </w:rPr>
        <w:t xml:space="preserve">[29:09] </w:t>
      </w:r>
      <w:r>
        <w:t>is is liye aage hum ko daryaft ke liye zyada koshish nahin karni hai balkeh dawat ke liye sari koshishen laga deni hain.</w:t>
      </w:r>
    </w:p>
    <w:p>
      <w:pPr>
        <w:jc w:val="right"/>
      </w:pPr>
      <w:r>
        <w:t>اس اس لیے آگے ہم کو دریافت کے لیے زیادہ کوشش نہیں کرنی ہے بلکہ دعوت کے لیے ساری کوششیں لگا دینی ہیں۔</w:t>
      </w:r>
    </w:p>
    <w:p>
      <w:r>
        <w:rPr>
          <w:b/>
        </w:rPr>
        <w:t xml:space="preserve">[29:19] </w:t>
      </w:r>
      <w:r>
        <w:t>jazak Allah maulana. masha Allah. ah! muhammad masood ansari sahib ne kolkata se likha hai.</w:t>
      </w:r>
    </w:p>
    <w:p>
      <w:pPr>
        <w:jc w:val="right"/>
      </w:pPr>
      <w:r>
        <w:t>جزاک اللہ مولانا۔ ماشاءاللہ۔ آہ! محمد مسعود انصاری صاحب نے کلکتہ سے لکھا ہے۔</w:t>
      </w:r>
    </w:p>
    <w:p>
      <w:r>
        <w:rPr>
          <w:b/>
        </w:rPr>
        <w:t xml:space="preserve">[29:29] </w:t>
      </w:r>
      <w:r>
        <w:t>maul</w:t>
      </w:r>
    </w:p>
    <w:p>
      <w:pPr>
        <w:jc w:val="right"/>
      </w:pPr>
      <w:r>
        <w:t>مول</w:t>
      </w:r>
    </w:p>
    <w:p>
      <w:r>
        <w:rPr>
          <w:b/>
        </w:rPr>
        <w:t xml:space="preserve">[29:30] </w:t>
      </w:r>
      <w:r>
        <w:t>ana! aap ki tehreeren aur lectures poori insaniyat ko makhlooq mein jeene ki bajaye Khaliq mein jeene ka saleeqa sikhati hain.</w:t>
      </w:r>
    </w:p>
    <w:p>
      <w:pPr>
        <w:jc w:val="right"/>
      </w:pPr>
      <w:r>
        <w:t>انا! آپ کی تحریریں اور لیکچرز پوری انسانیت کو مخلوق میں جینے کی بجائے خالق میں جینے کا سلیقہ سکھاتی ہیں۔</w:t>
      </w:r>
    </w:p>
    <w:p>
      <w:r>
        <w:rPr>
          <w:b/>
        </w:rPr>
        <w:t xml:space="preserve">[29:39] </w:t>
      </w:r>
      <w:r>
        <w:t>jazak Allah maulana.</w:t>
      </w:r>
    </w:p>
    <w:p>
      <w:pPr>
        <w:jc w:val="right"/>
      </w:pPr>
      <w:r>
        <w:t>جزاک اللہ مولانا۔</w:t>
      </w:r>
    </w:p>
    <w:p>
      <w:r>
        <w:rPr>
          <w:b/>
        </w:rPr>
        <w:t xml:space="preserve">[29:44] </w:t>
      </w:r>
      <w:r>
        <w:t>maulana! ab sawal lena chahenge. yeh sawal bheja hai ajmer se waseem sahib ne. unhon ne aap se poocha hai ke how can a person differentiate between aazmaish and azaab?</w:t>
      </w:r>
    </w:p>
    <w:p>
      <w:pPr>
        <w:jc w:val="right"/>
      </w:pPr>
      <w:r>
        <w:t>مولانا! اب سوال لینا چاہیں گے۔ یہ سوال بھیجا ہے اجمیر سے وسیم صاحب نے۔ انہوں نے آپ سے پوچھا ہے کہ ہاؤ کین ا پرسن ڈیفرنشیٹ بٹوین آزمائش اینڈ عذاب؟</w:t>
      </w:r>
    </w:p>
    <w:p>
      <w:r>
        <w:rPr>
          <w:b/>
        </w:rPr>
        <w:t xml:space="preserve">[29:59] </w:t>
      </w:r>
      <w:r>
        <w:t>is ko wazeh karen.</w:t>
      </w:r>
    </w:p>
    <w:p>
      <w:pPr>
        <w:jc w:val="right"/>
      </w:pPr>
      <w:r>
        <w:t>اس کو واضح کریں۔</w:t>
      </w:r>
    </w:p>
    <w:p>
      <w:r>
        <w:rPr>
          <w:b/>
        </w:rPr>
        <w:t xml:space="preserve">[30:02] </w:t>
      </w:r>
      <w:r>
        <w:t>dekhiye! azaab jo hai mere nazdeek koi negative word nahin hai. aazmaish aur azaab dono.</w:t>
      </w:r>
    </w:p>
    <w:p>
      <w:pPr>
        <w:jc w:val="right"/>
      </w:pPr>
      <w:r>
        <w:t>دیکھیے! عذاب جو ہے میرے نزدیک کوئی نیگیٹیو ورڈ نہیں ہے۔ آزمائش اور عذاب دونوں۔</w:t>
      </w:r>
    </w:p>
    <w:p>
      <w:r>
        <w:rPr>
          <w:b/>
        </w:rPr>
        <w:t xml:space="preserve">[30:12] </w:t>
      </w:r>
      <w:r>
        <w:t>yeh shock treatment hai.</w:t>
      </w:r>
    </w:p>
    <w:p>
      <w:pPr>
        <w:jc w:val="right"/>
      </w:pPr>
      <w:r>
        <w:t>یہ شاک ٹریٹمنٹ ہے۔</w:t>
      </w:r>
    </w:p>
    <w:p>
      <w:r>
        <w:rPr>
          <w:b/>
        </w:rPr>
        <w:t xml:space="preserve">[30:17] </w:t>
      </w:r>
      <w:r>
        <w:t>jis tareeqe se newton ko sir ke ooper se gir gaya tha to woh tha apple shock.</w:t>
      </w:r>
    </w:p>
    <w:p>
      <w:pPr>
        <w:jc w:val="right"/>
      </w:pPr>
      <w:r>
        <w:t>جس طریقے سے نیوٹن کو سر کے اوپر سیپ گیا تھا تو وہ تھا ایپل شاک۔</w:t>
      </w:r>
    </w:p>
    <w:p>
      <w:r>
        <w:rPr>
          <w:b/>
        </w:rPr>
        <w:t xml:space="preserve">[30:29] </w:t>
      </w:r>
      <w:r>
        <w:t>apple shock. to mere nazdeek</w:t>
      </w:r>
    </w:p>
    <w:p>
      <w:pPr>
        <w:jc w:val="right"/>
      </w:pPr>
      <w:r>
        <w:t>ایپل شاک۔ تو میرے نزدیک</w:t>
      </w:r>
    </w:p>
    <w:p>
      <w:r>
        <w:rPr>
          <w:b/>
        </w:rPr>
        <w:t xml:space="preserve">[30:34] </w:t>
      </w:r>
      <w:r>
        <w:t>Allah ki rehmat se baeed hai ke woh kisi insan ko azaab de.</w:t>
      </w:r>
    </w:p>
    <w:p>
      <w:pPr>
        <w:jc w:val="right"/>
      </w:pPr>
      <w:r>
        <w:t>اللہ کی رحمت سے بعید ہے کہ وہ کسی انسان کو عذاب دے۔</w:t>
      </w:r>
    </w:p>
    <w:p>
      <w:r>
        <w:rPr>
          <w:b/>
        </w:rPr>
        <w:t xml:space="preserve">[30:43] </w:t>
      </w:r>
      <w:r>
        <w:t>allah shak deta hai.</w:t>
      </w:r>
    </w:p>
    <w:p>
      <w:pPr>
        <w:jc w:val="right"/>
      </w:pPr>
      <w:r>
        <w:t>اللہ شاک دیتا ہے۔</w:t>
      </w:r>
    </w:p>
    <w:p>
      <w:r>
        <w:rPr>
          <w:b/>
        </w:rPr>
        <w:t xml:space="preserve">[30:47] </w:t>
      </w:r>
      <w:r>
        <w:t>kyun? kyunke insaan jo hai woh waqti makhlooq nahi hai. woh toh</w:t>
      </w:r>
    </w:p>
    <w:p>
      <w:pPr>
        <w:jc w:val="right"/>
      </w:pPr>
      <w:r>
        <w:t>کیوں؟ کیونکہ انسان جو ہے وہ وقتی مخلوق نہیں ہے۔ وہ تو</w:t>
      </w:r>
    </w:p>
    <w:p>
      <w:r>
        <w:rPr>
          <w:b/>
        </w:rPr>
        <w:t xml:space="preserve">[30:56] </w:t>
      </w:r>
      <w:r>
        <w:t>daim makhlooq hai. toh allah taala is ko shak yaani death shock ya kisi aur shakal mein jis tarah newton ko apple shock aya tha.</w:t>
      </w:r>
    </w:p>
    <w:p>
      <w:pPr>
        <w:jc w:val="right"/>
      </w:pPr>
      <w:r>
        <w:t>دائم مخلوق ہے۔ تو اللہ تعالیٰ اس کو شاک یعنی ڈیتھ شاک یا کسی اور شکل میں جس طرح نیوٹن کو ایپل شاک آیا تھا۔</w:t>
      </w:r>
    </w:p>
    <w:p>
      <w:r>
        <w:rPr>
          <w:b/>
        </w:rPr>
        <w:t xml:space="preserve">[31:12] </w:t>
      </w:r>
      <w:r>
        <w:t>har insaan ko koi na koi shock aata hai.</w:t>
      </w:r>
    </w:p>
    <w:p>
      <w:pPr>
        <w:jc w:val="right"/>
      </w:pPr>
      <w:r>
        <w:t>ہر انسان کو کوئی نہ کوئی شاک آتا ہے۔</w:t>
      </w:r>
    </w:p>
    <w:p>
      <w:r>
        <w:rPr>
          <w:b/>
        </w:rPr>
        <w:t xml:space="preserve">[31:16] </w:t>
      </w:r>
      <w:r>
        <w:t>toh newton ko jo shock tha apple shock woh azab nahi tha. woh tha ke allah ko.</w:t>
      </w:r>
    </w:p>
    <w:p>
      <w:pPr>
        <w:jc w:val="right"/>
      </w:pPr>
      <w:r>
        <w:t>تو نیوٹن کو جو شاک تھا ایپل شاک وہ عذاب نہیں تھا۔ وہ تھا کہ اللہ کو۔</w:t>
      </w:r>
    </w:p>
    <w:p>
      <w:r>
        <w:rPr>
          <w:b/>
        </w:rPr>
        <w:t xml:space="preserve">[31:26] </w:t>
      </w:r>
      <w:r>
        <w:t>woh noor tha ke insaan gravitation ko daryaft kare</w:t>
      </w:r>
    </w:p>
    <w:p>
      <w:pPr>
        <w:jc w:val="right"/>
      </w:pPr>
      <w:r>
        <w:t>وہ نور تھا کہ انسان گریویٹیشن کو دریافت کرے</w:t>
      </w:r>
    </w:p>
    <w:p>
      <w:r>
        <w:rPr>
          <w:b/>
        </w:rPr>
        <w:t xml:space="preserve">[31:35] </w:t>
      </w:r>
      <w:r>
        <w:t>jo allah ki bohat hi bari nemat hai. toh insaan shock insaan is ko daryaft nahi kar pata tha.</w:t>
      </w:r>
    </w:p>
    <w:p>
      <w:pPr>
        <w:jc w:val="right"/>
      </w:pPr>
      <w:r>
        <w:t>جو اللہ کی بہت ہی بڑی نعمت ہے۔ تو انسان شاک انسان اس کو دریافت نہیں کر پاتا تھا۔</w:t>
      </w:r>
    </w:p>
    <w:p>
      <w:r>
        <w:rPr>
          <w:b/>
        </w:rPr>
        <w:t xml:space="preserve">[31:47] </w:t>
      </w:r>
      <w:r>
        <w:t>toh is ko is ke sir par</w:t>
      </w:r>
    </w:p>
    <w:p>
      <w:pPr>
        <w:jc w:val="right"/>
      </w:pPr>
      <w:r>
        <w:t>تو اس کو اس کے سر پر</w:t>
      </w:r>
    </w:p>
    <w:p>
      <w:r>
        <w:rPr>
          <w:b/>
        </w:rPr>
        <w:t xml:space="preserve">[31:51] </w:t>
      </w:r>
      <w:r>
        <w:t>seep gaya. that was apple shock. mein samajhta hoon ke har insaan har insaan</w:t>
      </w:r>
    </w:p>
    <w:p>
      <w:pPr>
        <w:jc w:val="right"/>
      </w:pPr>
      <w:r>
        <w:t>سیپ گیا۔ دیٹ واز ایپل شاک۔ میں سمجھتا ہوں کہ ہر انسان ہر انسان</w:t>
      </w:r>
    </w:p>
    <w:p>
      <w:r>
        <w:rPr>
          <w:b/>
        </w:rPr>
        <w:t xml:space="preserve">[32:01] </w:t>
      </w:r>
      <w:r>
        <w:t>par shock aata hai. har insaan. yeh bas wohi hai ke</w:t>
      </w:r>
    </w:p>
    <w:p>
      <w:pPr>
        <w:jc w:val="right"/>
      </w:pPr>
      <w:r>
        <w:t>پر شاک آتا ہے۔ ہر انسان۔ یہ بس وہی ہے کہ</w:t>
      </w:r>
    </w:p>
    <w:p>
      <w:r>
        <w:rPr>
          <w:b/>
        </w:rPr>
        <w:t xml:space="preserve">[32:10] </w:t>
      </w:r>
      <w:r>
        <w:t>ke test ya azab koi ek ek do insaan ke liye hota hai. sab ke liye hota hai.</w:t>
      </w:r>
    </w:p>
    <w:p>
      <w:pPr>
        <w:jc w:val="right"/>
      </w:pPr>
      <w:r>
        <w:t>کہ ٹیسٹ یا عذاب کوئی ایک ایک دو انسان کے لیے ہوتا ہے۔ سب کے لیے ہوتا ہے۔</w:t>
      </w:r>
    </w:p>
    <w:p>
      <w:r>
        <w:rPr>
          <w:b/>
        </w:rPr>
        <w:t xml:space="preserve">[32:20] </w:t>
      </w:r>
      <w:r>
        <w:t>kahin na kahin is ko shock lagta hai.</w:t>
      </w:r>
    </w:p>
    <w:p>
      <w:pPr>
        <w:jc w:val="right"/>
      </w:pPr>
      <w:r>
        <w:t>کہیں نہ کہیں اس کو شاک لگتا ہے۔</w:t>
      </w:r>
    </w:p>
    <w:p>
      <w:r>
        <w:rPr>
          <w:b/>
        </w:rPr>
        <w:t xml:space="preserve">[32:26] </w:t>
      </w:r>
      <w:r>
        <w:t>is ko jaage. jaage.</w:t>
      </w:r>
    </w:p>
    <w:p>
      <w:pPr>
        <w:jc w:val="right"/>
      </w:pPr>
      <w:r>
        <w:t>اس کو جاگے۔ جاگے۔</w:t>
      </w:r>
    </w:p>
    <w:p>
      <w:r>
        <w:rPr>
          <w:b/>
        </w:rPr>
        <w:t xml:space="preserve">[32:40] </w:t>
      </w:r>
      <w:r>
        <w:t>misalan mein apne bare mein keh sakta hoon ke mein ek gaon mein paida hua. gaon ki satah par mein ne apna soch shuru ki.</w:t>
      </w:r>
    </w:p>
    <w:p>
      <w:pPr>
        <w:jc w:val="right"/>
      </w:pPr>
      <w:r>
        <w:t>مثلاً میں اپنے بارے میں کہہ سکتا ہوں کہ میں ایک گاؤں میں پیدا ہوا۔ گاؤں کی سطح پر میں نے اپنا سوچ شروع کی۔</w:t>
      </w:r>
    </w:p>
    <w:p>
      <w:r>
        <w:rPr>
          <w:b/>
        </w:rPr>
        <w:t xml:space="preserve">[32:51] </w:t>
      </w:r>
      <w:r>
        <w:t>soch. phir woh soch jo hai barhte barhte develop hui.</w:t>
      </w:r>
    </w:p>
    <w:p>
      <w:pPr>
        <w:jc w:val="right"/>
      </w:pPr>
      <w:r>
        <w:t>سوچ۔ پھر وہ سوچ جو ہے بڑھتے بڑھتے ڈیولپ ہوئی۔</w:t>
      </w:r>
    </w:p>
    <w:p>
      <w:r>
        <w:rPr>
          <w:b/>
        </w:rPr>
        <w:t xml:space="preserve">[32:58] </w:t>
      </w:r>
      <w:r>
        <w:t>aur wohi cheez bani jo is ko aaj kal kehte hain muslim empowerment. toh shuru mein mein muslim empowerment mein jeeta tha.</w:t>
      </w:r>
    </w:p>
    <w:p>
      <w:pPr>
        <w:jc w:val="right"/>
      </w:pPr>
      <w:r>
        <w:t>اور وہی چیز بنی جو اس کو آج کل کہتے ہیں مسلم ایمپاورمنٹ۔ تو شروع میں میں مسلم ایمپاورمنٹ میں جیتا تھا۔</w:t>
      </w:r>
    </w:p>
    <w:p>
      <w:r>
        <w:rPr>
          <w:b/>
        </w:rPr>
        <w:t xml:space="preserve">[33:13] </w:t>
      </w:r>
      <w:r>
        <w:t>meri sari soch</w:t>
      </w:r>
    </w:p>
    <w:p>
      <w:pPr>
        <w:jc w:val="right"/>
      </w:pPr>
      <w:r>
        <w:t>میری ساری سوچ</w:t>
      </w:r>
    </w:p>
    <w:p>
      <w:r>
        <w:rPr>
          <w:b/>
        </w:rPr>
        <w:t xml:space="preserve">[33:17] </w:t>
      </w:r>
      <w:r>
        <w:t>isi gard ghoomti thi. balkeh mein ne apna ek barkat banaya. ek dhancha banaya.</w:t>
      </w:r>
    </w:p>
    <w:p>
      <w:pPr>
        <w:jc w:val="right"/>
      </w:pPr>
      <w:r>
        <w:t>اسی گرد گھومتی تھی۔ بلکہ میں نے اپنا ایک برکت بنایا۔ ایک ڈھانچہ بنایا۔</w:t>
      </w:r>
    </w:p>
    <w:p>
      <w:r>
        <w:rPr>
          <w:b/>
        </w:rPr>
        <w:t xml:space="preserve">[33:28] </w:t>
      </w:r>
      <w:r>
        <w:t>ek dunya banai.</w:t>
      </w:r>
    </w:p>
    <w:p>
      <w:pPr>
        <w:jc w:val="right"/>
      </w:pPr>
      <w:r>
        <w:t>ایک دنیا بنائی۔</w:t>
      </w:r>
    </w:p>
    <w:p>
      <w:r>
        <w:rPr>
          <w:b/>
        </w:rPr>
        <w:t xml:space="preserve">[33:33] </w:t>
      </w:r>
      <w:r>
        <w:t>phir aisa hua ke mera sara dhancha toot kisi ne toot tod diya.</w:t>
      </w:r>
    </w:p>
    <w:p>
      <w:pPr>
        <w:jc w:val="right"/>
      </w:pPr>
      <w:r>
        <w:t>پھر ایسا ہوا کہ میرا سارا ڈھانچہ ٹوٹ کسی نے ٹوٹ توڑ دیا۔</w:t>
      </w:r>
    </w:p>
    <w:p>
      <w:r>
        <w:rPr>
          <w:b/>
        </w:rPr>
        <w:t xml:space="preserve">[33:41] </w:t>
      </w:r>
      <w:r>
        <w:t>aisa laga jaise mere dhanchay par koi eta bomb gira diya. mujhe ab tak yaad hai ke us daur mein mein raat ki tareekiyon mein rota tha ke ab mein kya karoon?</w:t>
      </w:r>
    </w:p>
    <w:p>
      <w:pPr>
        <w:jc w:val="right"/>
      </w:pPr>
      <w:r>
        <w:t>ایسا لگا جیسے میرے ڈھانچے پر کوئی ایٹا بم گرا دیا۔ مجھے اب تک یاد ہے کہ اس دور میں میں رات کی تاریکیوں میں روتا تھا کہ اب میں کیا کروں؟</w:t>
      </w:r>
    </w:p>
    <w:p>
      <w:r>
        <w:rPr>
          <w:b/>
        </w:rPr>
        <w:t xml:space="preserve">[33:55] </w:t>
      </w:r>
      <w:r>
        <w:t>mera toh dhancha toot gaya.</w:t>
      </w:r>
    </w:p>
    <w:p>
      <w:pPr>
        <w:jc w:val="right"/>
      </w:pPr>
      <w:r>
        <w:t>میرا تو ڈھانچہ ٹوٹ گیا۔</w:t>
      </w:r>
    </w:p>
    <w:p>
      <w:r>
        <w:rPr>
          <w:b/>
        </w:rPr>
        <w:t xml:space="preserve">[33:58] </w:t>
      </w:r>
      <w:r>
        <w:t>mera edifice kaisa hai? mera sara edifice toot phoot gaya.</w:t>
      </w:r>
    </w:p>
    <w:p>
      <w:pPr>
        <w:jc w:val="right"/>
      </w:pPr>
      <w:r>
        <w:t>میرا ایڈیفیس کیسا ہے؟ میرا سارا ایڈیفیس ٹوٹ پھوٹ گیا۔</w:t>
      </w:r>
    </w:p>
    <w:p>
      <w:r>
        <w:rPr>
          <w:b/>
        </w:rPr>
        <w:t xml:space="preserve">[34:07] </w:t>
      </w:r>
      <w:r>
        <w:t>meri apni zaati.</w:t>
      </w:r>
    </w:p>
    <w:p>
      <w:pPr>
        <w:jc w:val="right"/>
      </w:pPr>
      <w:r>
        <w:t>میری اپنی ذاتی۔</w:t>
      </w:r>
    </w:p>
    <w:p>
      <w:r>
        <w:rPr>
          <w:b/>
        </w:rPr>
        <w:t xml:space="preserve">[34:16] </w:t>
      </w:r>
      <w:r>
        <w:t>toh is daur mein mein bhagta tha idhar udhar.</w:t>
      </w:r>
    </w:p>
    <w:p>
      <w:pPr>
        <w:jc w:val="right"/>
      </w:pPr>
      <w:r>
        <w:t>تو اس دور میں میں بھاگتا تھا ادھر ادھر۔</w:t>
      </w:r>
    </w:p>
    <w:p>
      <w:r>
        <w:rPr>
          <w:b/>
        </w:rPr>
        <w:t xml:space="preserve">[34:22] </w:t>
      </w:r>
      <w:r>
        <w:t>to aaj is daur mein yeh lafz mere paas nahi tha. Muslim empowerment. Ab ab jis ko log kehte hain Muslim empowerment wahi mera edifice tha.</w:t>
      </w:r>
    </w:p>
    <w:p>
      <w:pPr>
        <w:jc w:val="right"/>
      </w:pPr>
      <w:r>
        <w:t>تو آج اس دور میں یہ لفظ میرے پاس نہیں تھا۔ مسلم ایمپاورمنٹ۔ اب اب جس کو لوگ کہتے ہیں مسلم ایمپاورمنٹ وہی میرا ایڈیفیس تھا۔</w:t>
      </w:r>
    </w:p>
    <w:p>
      <w:r>
        <w:rPr>
          <w:b/>
        </w:rPr>
        <w:t xml:space="preserve">[34:39] </w:t>
      </w:r>
      <w:r>
        <w:t>lekin aise halaat pade hue ke jis ne jaise jaise jaise jhonka laga diya ho. Aap ne kabhi dekha hoga ke bachche chhote bachche jo hote hain hote hain woh dhanchhe banate hain.</w:t>
      </w:r>
    </w:p>
    <w:p>
      <w:pPr>
        <w:jc w:val="right"/>
      </w:pPr>
      <w:r>
        <w:t>لیکن ایسے حالات پڑے ہوئے کہ جس نے جیسے جیسے جیسے جھوکا لگا دیا ہو۔ آپ نے کبھی دیکھا ہوگا کہ بچے چھوٹے بچے جو ہوتے ہیں ہوتے ہیں وہ ڈھانچے بناتے ہیں۔</w:t>
      </w:r>
    </w:p>
    <w:p>
      <w:r>
        <w:rPr>
          <w:b/>
        </w:rPr>
        <w:t xml:space="preserve">[34:56] </w:t>
      </w:r>
      <w:r>
        <w:t>lakri ya</w:t>
      </w:r>
    </w:p>
    <w:p>
      <w:pPr>
        <w:jc w:val="right"/>
      </w:pPr>
      <w:r>
        <w:t>لکڑی یا</w:t>
      </w:r>
    </w:p>
    <w:p>
      <w:r>
        <w:rPr>
          <w:b/>
        </w:rPr>
        <w:t xml:space="preserve">[34:57] </w:t>
      </w:r>
      <w:r>
        <w:t>kisi cheez ke tukron se. Phir koi us ko thokar maar deta hai. Sab uska edifice bikhar jata hai.</w:t>
      </w:r>
    </w:p>
    <w:p>
      <w:pPr>
        <w:jc w:val="right"/>
      </w:pPr>
      <w:r>
        <w:t>کسی چیز کے ٹکڑوں سے۔ پھر کوئی اس کو ٹھوکر مار دیتا ہے۔ سب اس کا ایڈیفیس بکھر جاتا ہے۔</w:t>
      </w:r>
    </w:p>
    <w:p>
      <w:r>
        <w:rPr>
          <w:b/>
        </w:rPr>
        <w:t xml:space="preserve">[35:11] </w:t>
      </w:r>
      <w:r>
        <w:t>to aisa hua. Mere edifice ko kisi ne thokar maar di.</w:t>
      </w:r>
    </w:p>
    <w:p>
      <w:pPr>
        <w:jc w:val="right"/>
      </w:pPr>
      <w:r>
        <w:t>تو ایسا ہوا۔ میرے ایڈیفیس کو کسی نے ٹھوکر مار دیا۔</w:t>
      </w:r>
    </w:p>
    <w:p>
      <w:r>
        <w:rPr>
          <w:b/>
        </w:rPr>
        <w:t xml:space="preserve">[35:19] </w:t>
      </w:r>
      <w:r>
        <w:t>lekin yeh jo</w:t>
      </w:r>
    </w:p>
    <w:p>
      <w:pPr>
        <w:jc w:val="right"/>
      </w:pPr>
      <w:r>
        <w:t>لیکن یہ جو</w:t>
      </w:r>
    </w:p>
    <w:p>
      <w:r>
        <w:rPr>
          <w:b/>
        </w:rPr>
        <w:t xml:space="preserve">[35:25] </w:t>
      </w:r>
      <w:r>
        <w:t>shock tha usi se ek naya insaan</w:t>
      </w:r>
    </w:p>
    <w:p>
      <w:pPr>
        <w:jc w:val="right"/>
      </w:pPr>
      <w:r>
        <w:t>شاک تھا اسی سے ایک نیا انسان</w:t>
      </w:r>
    </w:p>
    <w:p>
      <w:r>
        <w:rPr>
          <w:b/>
        </w:rPr>
        <w:t xml:space="preserve">[35:34] </w:t>
      </w:r>
      <w:r>
        <w:t>convergence hua.</w:t>
      </w:r>
    </w:p>
    <w:p>
      <w:pPr>
        <w:jc w:val="right"/>
      </w:pPr>
      <w:r>
        <w:t>کنورجنس ہوا۔</w:t>
      </w:r>
    </w:p>
    <w:p>
      <w:r>
        <w:rPr>
          <w:b/>
        </w:rPr>
        <w:t xml:space="preserve">[35:40] </w:t>
      </w:r>
      <w:r>
        <w:t>agar main apni khud abhi tak maine apni khud samajh nahi likhi hai. Agar main khud ko bhi likhoon</w:t>
      </w:r>
    </w:p>
    <w:p>
      <w:pPr>
        <w:jc w:val="right"/>
      </w:pPr>
      <w:r>
        <w:t>اگر میں اپنی خود ابھی تک میں نے اپنی خود سمجھ نہیں لکھی ہے۔ اگر میں خود کو بھی لکھوں</w:t>
      </w:r>
    </w:p>
    <w:p>
      <w:r>
        <w:rPr>
          <w:b/>
        </w:rPr>
        <w:t xml:space="preserve">[35:51] </w:t>
      </w:r>
      <w:r>
        <w:t>to yeh hogi. Emergence of</w:t>
      </w:r>
    </w:p>
    <w:p>
      <w:pPr>
        <w:jc w:val="right"/>
      </w:pPr>
      <w:r>
        <w:t>تو یہ ہوگی۔ ایورجنس آف</w:t>
      </w:r>
    </w:p>
    <w:p>
      <w:r>
        <w:rPr>
          <w:b/>
        </w:rPr>
        <w:t xml:space="preserve">[35:56] </w:t>
      </w:r>
      <w:r>
        <w:t>no man.</w:t>
      </w:r>
    </w:p>
    <w:p>
      <w:pPr>
        <w:jc w:val="right"/>
      </w:pPr>
      <w:r>
        <w:t>نو مین۔</w:t>
      </w:r>
    </w:p>
    <w:p>
      <w:r>
        <w:rPr>
          <w:b/>
        </w:rPr>
        <w:t xml:space="preserve">[36:02] </w:t>
      </w:r>
      <w:r>
        <w:t>to main samajhta hoon ke har insaan ke upar Newton ka apple shock guzarta hai.</w:t>
      </w:r>
    </w:p>
    <w:p>
      <w:pPr>
        <w:jc w:val="right"/>
      </w:pPr>
      <w:r>
        <w:t>تو میں سمجھتا ہوں کہ ہر انسان کے اوپر نیوٹن کا ایپل شاک گزرتا ہے۔</w:t>
      </w:r>
    </w:p>
    <w:p>
      <w:r>
        <w:rPr>
          <w:b/>
        </w:rPr>
        <w:t xml:space="preserve">[36:11] </w:t>
      </w:r>
      <w:r>
        <w:t>na woh azab hai na woh test hai. Woh thokar hai ke jaago apne potential ko discover karo.</w:t>
      </w:r>
    </w:p>
    <w:p>
      <w:pPr>
        <w:jc w:val="right"/>
      </w:pPr>
      <w:r>
        <w:t>نہ وہ عذاب ہے نہ وہ ٹیسٹ ہے۔ وہ ٹھوکر ہے کہ جاگو اپنے پوٹینشل کو ڈسکور کرو۔</w:t>
      </w:r>
    </w:p>
    <w:p>
      <w:r>
        <w:rPr>
          <w:b/>
        </w:rPr>
        <w:t xml:space="preserve">[36:24] </w:t>
      </w:r>
      <w:r>
        <w:t>ab koi</w:t>
      </w:r>
    </w:p>
    <w:p>
      <w:pPr>
        <w:jc w:val="right"/>
      </w:pPr>
      <w:r>
        <w:t>اب کوئی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