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11 Mar 2012 Maulana Wahiduddin Khan</w:t>
      </w:r>
    </w:p>
    <w:p>
      <w:r>
        <w:t>https://www.youtube.com/watch?v=8_-rLeTGm0o</w:t>
      </w:r>
    </w:p>
    <w:p>
      <w:r>
        <w:rPr>
          <w:b/>
        </w:rPr>
        <w:t xml:space="preserve">[00:13] </w:t>
      </w:r>
      <w:r>
        <w:t>Maulana, ek question aaya hai Rajat Malhotra se, from Singapore. Unhone likha hai, "Dear Maulana, I was with my sister in law at the hospital." Hmm, hmm.</w:t>
      </w:r>
    </w:p>
    <w:p>
      <w:pPr>
        <w:jc w:val="right"/>
      </w:pPr>
      <w:r>
        <w:t>मौलाना, एक क्वेश्चन आया है रजत मल्होत्रा से, फ्रॉम सिंगापुर। उन्होंने लिखा है, "डियर मौलाना, आई वाज़ विथ माय सिस्टर इन लॉ एट द हॉस्पिटल।" हम्म, हम्म।</w:t>
      </w:r>
    </w:p>
    <w:p>
      <w:r>
        <w:rPr>
          <w:b/>
        </w:rPr>
        <w:t xml:space="preserve">[00:25] </w:t>
      </w:r>
      <w:r>
        <w:t>"I was with my sister in law at the hospital as her child had undergone an open heart surgery. When the doctor came and told her that her child was doing fine, she thanked the doctor profusely. The doctor said to her not to thank him, but to thank the technology that saved the baby.</w:t>
      </w:r>
    </w:p>
    <w:p>
      <w:pPr>
        <w:jc w:val="right"/>
      </w:pPr>
      <w:r>
        <w:t>"आई वाज़ विथ माय सिस्टर इन लॉ एट द हॉस्पिटल एज़ हर चाइल्ड हैड अंडरगोन एन ओपन हार्ट सर्जरी। व्हेन द डॉक्टर केम एंड टोल्ड हर दैट हर चाइल्ड वाज़ डूइंग फाइन, शी थैंक्ड द डॉक्टर प्रोफ्यूज़ली। द डॉक्टर सेड टू हर नॉट टू थैंक हिम, बट टू थैंक द टेक्नोलॉजी दैट सेव द बेबी।</w:t>
      </w:r>
    </w:p>
    <w:p>
      <w:r>
        <w:rPr>
          <w:b/>
        </w:rPr>
        <w:t xml:space="preserve">[00:51] </w:t>
      </w:r>
      <w:r>
        <w:t>Maulana, I was thinking that it is the same technology that everyone uses, including Muslims. However, even though they use the technology for their and their family well being, still they hate the Westerns. Or Westerns,</w:t>
      </w:r>
    </w:p>
    <w:p>
      <w:pPr>
        <w:jc w:val="right"/>
      </w:pPr>
      <w:r>
        <w:t>मौलाना, आई वाज़ थिंकिंग दैट इट इज़ द सेम टेक्नोलॉजी दैट एवरीवन यूज़ेस, इंक्लूडिंग मुस्लिम्स। हाउ एवर, इवन दो दे यूज़ द टेक्नोलॉजी फॉर देयर एंड देयर फैमिली वेल बीइंग, स्टिल दे हेट द वेस्टर्न्स। और वेस्टर्न्स,</w:t>
      </w:r>
    </w:p>
    <w:p>
      <w:r>
        <w:rPr>
          <w:b/>
        </w:rPr>
        <w:t xml:space="preserve">[01:07] </w:t>
      </w:r>
      <w:r>
        <w:t>the Americans and Europeans, were instrumental in bringing this technology. So, Maulana, my question is that, are not Muslims risking them being called hypocrites on the day of judgment?</w:t>
      </w:r>
    </w:p>
    <w:p>
      <w:pPr>
        <w:jc w:val="right"/>
      </w:pPr>
      <w:r>
        <w:t>द अमेरिकंस एंड यूरोपियंस, वर इंस्ट्रूमेंटल इन ब्रिंगिंग दिस टेक्नोलॉजी। सो, मौलाना, माय क्वेश्चन इज़ दैट, आर नॉट मुस्लिम रिस्किंग देम बीइंग कॉल्ड हाइपोग्राइफ्स ऑन द डे ऑफ जजमेंट?</w:t>
      </w:r>
    </w:p>
    <w:p>
      <w:r>
        <w:rPr>
          <w:b/>
        </w:rPr>
        <w:t xml:space="preserve">[01:23] </w:t>
      </w:r>
      <w:r>
        <w:t>Hmm. Yeh bahut badi tragedy hai is zamane ke Musalmanon ki.</w:t>
      </w:r>
    </w:p>
    <w:p>
      <w:pPr>
        <w:jc w:val="right"/>
      </w:pPr>
      <w:r>
        <w:t>हम्म। यह बहुत बड़ी ट्रेजडी है इस जमाने के मुसलमानों की।</w:t>
      </w:r>
    </w:p>
    <w:p>
      <w:r>
        <w:rPr>
          <w:b/>
        </w:rPr>
        <w:t xml:space="preserve">[01:34] </w:t>
      </w:r>
      <w:r>
        <w:t>woh ek hadith ko bhool gaye hain, bilkul. Woh hadith hai, "Malm yashkur al-nas lam yashkur Allah." Iska matlab yeh hai ke jo insaan ko akra nahi karta, woh Allah ko bhi akra nahi karega.</w:t>
      </w:r>
    </w:p>
    <w:p>
      <w:pPr>
        <w:jc w:val="right"/>
      </w:pPr>
      <w:r>
        <w:t>वो एक हदीस को भूल गए हैं, बिल्कुल। वो हदीस है, "मा लम इश्कुर नास लम इश्कुर अल्लाह।" इसका मतलब यह है कि जो इंसान को अकरा नहीं करता, वह अल्लाह को भी अकरा नहीं करेगा।</w:t>
      </w:r>
    </w:p>
    <w:p>
      <w:r>
        <w:rPr>
          <w:b/>
        </w:rPr>
        <w:t xml:space="preserve">[01:51] </w:t>
      </w:r>
      <w:r>
        <w:t>Jo insaan ka shukr nahi karta, woh Allah ko bhi shukr karne wala nahi banega. To bahut bada risk hai. Yeh ek harkat hai ke is zamane mein jo technology aayi hai, jis se sab log faida utha rahe hain,</w:t>
      </w:r>
    </w:p>
    <w:p>
      <w:pPr>
        <w:jc w:val="right"/>
      </w:pPr>
      <w:r>
        <w:t>जो इंसान का शुक्र नहीं करता, वह अल्लाह को भी शुक्र करने वाला नहीं बनेगा। तो बहुत बड़ा रिस्क है। यह एक हरकत है कि इस जमाने में जो टेक्नोलॉजी आई है, जिससे सब लोग फायदा उठा रहे हैं,</w:t>
      </w:r>
    </w:p>
    <w:p>
      <w:r>
        <w:rPr>
          <w:b/>
        </w:rPr>
        <w:t xml:space="preserve">[02:07] </w:t>
      </w:r>
      <w:r>
        <w:t>sui, yani sui se lekar aeroplane tak</w:t>
      </w:r>
    </w:p>
    <w:p>
      <w:pPr>
        <w:jc w:val="right"/>
      </w:pPr>
      <w:r>
        <w:t>सुई, यानी सुई से लेकर एरोप्लेन तक</w:t>
      </w:r>
    </w:p>
    <w:p>
      <w:r>
        <w:rPr>
          <w:b/>
        </w:rPr>
        <w:t xml:space="preserve">[02:12] </w:t>
      </w:r>
      <w:r>
        <w:t>aur medical surgery tak, har cheez, har cheez, har cheez, woh sab Western nations ne lambi mehnat ke baad banayi hai. Phir bhi Musalman use hate karte hain. Unka shukr karna chahiye. Yani woh yeh mehsoos nahi karte ke use hate karke apne aap ko</w:t>
      </w:r>
    </w:p>
    <w:p>
      <w:pPr>
        <w:jc w:val="right"/>
      </w:pPr>
      <w:r>
        <w:t>और मेडिकल सर्जरी तक, हर चीज, हर चीज, हर चीज, वो सब वेस्टर्न नेशंस ने लंबी मेहनत के बाद बनाई है। फिर भी मुसलमान उसे हेट करते हैं। उनका शुक्र करना चाहिए। यानी वो यह महसूस नहीं करते कि उसे हेट करके अपने आप को</w:t>
      </w:r>
    </w:p>
    <w:p>
      <w:r>
        <w:rPr>
          <w:b/>
        </w:rPr>
        <w:t xml:space="preserve">[02:32] </w:t>
      </w:r>
      <w:r>
        <w:t>incompetent bana rahe hain ke Allah ka shukr karne wale bane woh. Kyunki dekhiye, nashukr aur shukr dono ek hi dil mein ikhatta nahi ho sakta hai. Agar aapne dil ko Western nations se</w:t>
      </w:r>
    </w:p>
    <w:p>
      <w:pPr>
        <w:jc w:val="right"/>
      </w:pPr>
      <w:r>
        <w:t>इनकंपटेंट बना रहे हैं कि अल्लाह का शुक्र करने वाले बने वो। क्योंकि देखिए, नाशुक्र और शुक्र दोनों एक ही दिल में इकट्ठा नहीं हो सकता है। अगर आपने दिल को वेस्टर्न नेशंस से</w:t>
      </w:r>
    </w:p>
    <w:p>
      <w:r>
        <w:rPr>
          <w:b/>
        </w:rPr>
        <w:t xml:space="preserve">[02:49] </w:t>
      </w:r>
      <w:r>
        <w:t>nashukri se bhar dein, to Khuda ke liye bhi shukr nahi hai, ki jagah nahi rahegi wahan par. Bahut hi bada risk hai jo usko Musalman le rahe hain. Faqa ka masla hai ke agar ek tap pani hai,</w:t>
      </w:r>
    </w:p>
    <w:p>
      <w:pPr>
        <w:jc w:val="right"/>
      </w:pPr>
      <w:r>
        <w:t>नाशुक्री से भर दें, तो खुदा के लिए भी शुक्र नहीं है, की जगह नहीं रहेगी वहां पर। बहुत ही बड़ा रिस्क है जो उसको मुसलमान ले रहे हैं। फका का मसला है कि अगर एक टप पानी है,</w:t>
      </w:r>
    </w:p>
    <w:p>
      <w:r>
        <w:rPr>
          <w:b/>
        </w:rPr>
        <w:t xml:space="preserve">[03:07] </w:t>
      </w:r>
      <w:r>
        <w:t>us mein aap ek budh dalen, pak pani, to woh pak nahin hoga.</w:t>
      </w:r>
    </w:p>
    <w:p>
      <w:pPr>
        <w:jc w:val="right"/>
      </w:pPr>
      <w:r>
        <w:t>उसमें आप एक बुध डालें, पाक पानी, तो वह पाक नहीं होगा।</w:t>
      </w:r>
    </w:p>
    <w:p>
      <w:r>
        <w:rPr>
          <w:b/>
        </w:rPr>
        <w:t xml:space="preserve">[03:17] </w:t>
      </w:r>
      <w:r>
        <w:t>aur uske barf, agar ek ek tap achha pani hai, saaf pani, usmein ek boond dal dein aap gandagi, to poora pani kharab ho jata hai.</w:t>
      </w:r>
    </w:p>
    <w:p>
      <w:pPr>
        <w:jc w:val="right"/>
      </w:pPr>
      <w:r>
        <w:t>और उसके बर्फ, अगर एक एक टप अच्छा पानी है, साफ पानी, उसमें एक बूंद डाल दें आप गंदगी, तो पूरा पानी खराब हो जाता है।</w:t>
      </w:r>
    </w:p>
    <w:p>
      <w:r>
        <w:rPr>
          <w:b/>
        </w:rPr>
        <w:t xml:space="preserve">[03:28] </w:t>
      </w:r>
      <w:r>
        <w:t>iska matlab apne dil mein agar aapne bhar liya hai nafrat, to do char qatre aap agar dalen khuda ke shukr ke, to wo phir bhi ganda hi ganda rahega. wo main samajhta hoon ki jab musalmanon ke liye farz ke darje mein zaroori hai ki wo re consider karen, phir se sochen</w:t>
      </w:r>
    </w:p>
    <w:p>
      <w:pPr>
        <w:jc w:val="right"/>
      </w:pPr>
      <w:r>
        <w:t>इसका मतलब अपने दिल में अगर आपने भर लिया है नफरत, तो दो चार कतरे आप अगर डालें खुदा के शुक्र के, तो वो फिर भी गंदा ही गंदा रहेगा। वो मैं समझता हूं कि जब मुसलमानों के लिए फर्ज के दर्जे में जरूरी है कि वो री कंसीडर करें, फिर से सोचें</w:t>
      </w:r>
    </w:p>
    <w:p>
      <w:r>
        <w:rPr>
          <w:b/>
        </w:rPr>
        <w:t xml:space="preserve">[03:49] </w:t>
      </w:r>
      <w:r>
        <w:t>ki yeh nafrat jo hate hai, yeh hate jo maghrib, aal maghrib se jo hai, western civilization se, wo kitna bada unko ke liye khatra hai ki akhirat mein wo uthaye jayen allah ke nafrat ke wajah se.</w:t>
      </w:r>
    </w:p>
    <w:p>
      <w:pPr>
        <w:jc w:val="right"/>
      </w:pPr>
      <w:r>
        <w:t>कि यह नफरत जो हेट है, यह हेट जो मगरिब, आल मगरिब से जो है, वेस्टर्न सिविलाइजेशन से, वो कितना बड़ा उनको के लिए खतरा है कि आखिरत में वो उठाए जाएं अल्लाह के नफरत के वजह से।</w:t>
      </w:r>
    </w:p>
    <w:p>
      <w:r>
        <w:rPr>
          <w:b/>
        </w:rPr>
        <w:t xml:space="preserve">[04:09] </w:t>
      </w:r>
      <w:r>
        <w:t>abhi ek sahab mere paas aaye the, chand din ki baat hai. wo ek multinational company mein, yaani achhe ohde par hain, wo musalman the. wo to maine yeh baat unki batai. to unhone kaha ki main apni company ke saath duniya bhar jana padta hai, mujhe har jagah,</w:t>
      </w:r>
    </w:p>
    <w:p>
      <w:pPr>
        <w:jc w:val="right"/>
      </w:pPr>
      <w:r>
        <w:t>अभी एक साहब मेरे पास आए थे, چند दिन की बात है। वो एक मल्टीनेशनल कंपनी में, यानी अच्छे ओहदे पर हैं, वो मुसलमान थे। वो तो मैंने यह बात उनकी बताई। तो उन्होंने कहा कि मैं अपनी कंपनी के साथ दुनिया भर जाना पड़ता है, मुझे हर जगह,</w:t>
      </w:r>
    </w:p>
    <w:p>
      <w:r>
        <w:rPr>
          <w:b/>
        </w:rPr>
        <w:t xml:space="preserve">[04:28] </w:t>
      </w:r>
      <w:r>
        <w:t>har jagah musalmanon ko maine paya ki america se hate karte hain. aap pehle shakhs bhi mile hain jinhone yeh kaha ki america se hate karna hamein jaayaz nahin hai, kyunki usne isai tarqiya di hain humko. aap jante hain ki</w:t>
      </w:r>
    </w:p>
    <w:p>
      <w:pPr>
        <w:jc w:val="right"/>
      </w:pPr>
      <w:r>
        <w:t>हर जगह मुसलमानों को मैंने पाया कि अमेरिका से हेट करते हैं। आप पहले शख्स भी मिले हैं जिन्होंने यह कहा कि अमेरिका से हेट करना हमें जायज नहीं है, क्योंकि उसने ईसाई तरकिया दी हैं हमको। आप जानते हैं कि</w:t>
      </w:r>
    </w:p>
    <w:p>
      <w:r>
        <w:rPr>
          <w:b/>
        </w:rPr>
        <w:t xml:space="preserve">[04:46] </w:t>
      </w:r>
      <w:r>
        <w:t>maine unse kaha ki america mein sari surgery hui. yeh jo cheezen hain, jo technology hai, ibdai research taqreeban sabke saath america mein hui. usi se phir yeh sab cheezen bani hain. chahe medical surgery ho ya communication ho ya koi bhi jo cheez hai, modern technology, wo uske research sabse zyada to america mein hui hai.</w:t>
      </w:r>
    </w:p>
    <w:p>
      <w:pPr>
        <w:jc w:val="right"/>
      </w:pPr>
      <w:r>
        <w:t>मैंने उनसे कहा कि अमेरिका में सारी सर्जरी हुई। यह जो चीजें हैं, जो टेक्नोलॉजी है, इब्दाई रिसर्च तकरीबन सबके साथ अमेरिका में हुई। उसी से फिर ये सब चीजें बनी हैं। चाहे मेडिकल सर्जरी हो या कम्युनिकेशन हो या कोई भी जो चीज है, मॉडर्न टेक्नोलॉजी, वो उसके रिसर्च सबसे ज्यादा तो अमेरिका में हुई है।</w:t>
      </w:r>
    </w:p>
    <w:p>
      <w:r>
        <w:rPr>
          <w:b/>
        </w:rPr>
        <w:t xml:space="preserve">[05:09] </w:t>
      </w:r>
      <w:r>
        <w:t>america, america ka hamein, yaani shukr guzar hona chahiye. to unhone kaha, "main duniya bhar mein ghoomta hoon, lekin kabhi koi musalman mujhe nahin mila jo america ke liye, yaani positive ho. sab ke sab negative hain. aap akele ek musalman hain."</w:t>
      </w:r>
    </w:p>
    <w:p>
      <w:pPr>
        <w:jc w:val="right"/>
      </w:pPr>
      <w:r>
        <w:t>अमेरिका, अमेरिका का हमें, यानी शुक्र गुजार होना चाहिए। तो उन्होंने कहा, "मैं दुनिया भर में घूमता हूं, लेकिन कभी कोई मुसलमान मुझे नहीं मिला जो अमेरिका के लिए, यानी पॉजिटिव हो। सब के सब नेगेटिव हैं। आप अकेले एक मुसलमान हैं।"</w:t>
      </w:r>
    </w:p>
    <w:p>
      <w:r>
        <w:rPr>
          <w:b/>
        </w:rPr>
        <w:t xml:space="preserve">[05:29] </w:t>
      </w:r>
      <w:r>
        <w:t>to maine kaha, "magar yeh aap dekhen ki yahi to islam hai, yahi to islam hai." to baharhal, is maamle mein musalmanon ko chahiye ki bahut zyada wo, yaani sochen. aur bila shubah, yeh sab jo nafrat ki jo</w:t>
      </w:r>
    </w:p>
    <w:p>
      <w:pPr>
        <w:jc w:val="right"/>
      </w:pPr>
      <w:r>
        <w:t>तो मैंने कहा, "मगर यह आप देखें कि यही तो इस्लाम है, यही तो इस्लाम है।" तो बहरहाल, इस मामले में मुसलमानों को चाहिए कि बहुत ज्यादा वो, यानी सोचें। और बिला शुभ, यह सब जो नफरत की जो</w:t>
      </w:r>
    </w:p>
    <w:p>
      <w:r>
        <w:rPr>
          <w:b/>
        </w:rPr>
        <w:t xml:space="preserve">[05:46] </w:t>
      </w:r>
      <w:r>
        <w:t>culture chala rakha musalmanon ne, muslim leaderon ne, musalmanon ke rahnumaon ne, musalmanon ke andar nafrat culture, yeh bila shubah haram hai. isse hamein bahar aana chahiye, warna akhirat mein sakht pakad hogi hamari.</w:t>
      </w:r>
    </w:p>
    <w:p>
      <w:pPr>
        <w:jc w:val="right"/>
      </w:pPr>
      <w:r>
        <w:t>कल्चर चला रखा मुसलमानों ने, मुस्लिम लीडरों ने, मुसलमानों के रहनुमाओं ने, मुसलमानों के अंदर नफरत कल्चर, यह बिला शुभ हराम है। इससे हमें बाहर आना चाहिए, वरना आखिरत में सख्त पकड़ होगी हमारी।</w:t>
      </w:r>
    </w:p>
    <w:p>
      <w:r>
        <w:rPr>
          <w:b/>
        </w:rPr>
        <w:t xml:space="preserve">[06:03] </w:t>
      </w:r>
      <w:r>
        <w:t>maulana, ek question aaya hai ayesha delhi se, "how should one develop right thinking?" dekhiye, yeh</w:t>
      </w:r>
    </w:p>
    <w:p>
      <w:pPr>
        <w:jc w:val="right"/>
      </w:pPr>
      <w:r>
        <w:t>मौलाना, एक क्वेश्चन आया है आयशा दिल्ली से, "हाउ शुड वन डेवलप राइट थिंकिंग?" देखिए, यह</w:t>
      </w:r>
    </w:p>
    <w:p>
      <w:r>
        <w:rPr>
          <w:b/>
        </w:rPr>
        <w:t xml:space="preserve">[06:13] </w:t>
      </w:r>
      <w:r>
        <w:t>right thinking ka bahut hi bada reward hai, wo jannat hai. is wajah se right thinking ke liye hamein kuch</w:t>
      </w:r>
    </w:p>
    <w:p>
      <w:pPr>
        <w:jc w:val="right"/>
      </w:pPr>
      <w:r>
        <w:t>राइट थिंकिंग का बहुत ही बड़ा रिवॉर्ड है, वो जन्नत है। इस वजह से राइट थिंकिंग के लिए हमें कुछ</w:t>
      </w:r>
    </w:p>
    <w:p>
      <w:r>
        <w:rPr>
          <w:b/>
        </w:rPr>
        <w:t xml:space="preserve">[06:22] </w:t>
      </w:r>
      <w:r>
        <w:t>usi ke barabar mehnat karni padegi. duniya mein hum jante hain ki bada ohda lene ke liye aadmi ko kya karna padta hai. bahut zyada mehnat karni padti hai. abhi election mein jo log jeete hain,</w:t>
      </w:r>
    </w:p>
    <w:p>
      <w:pPr>
        <w:jc w:val="right"/>
      </w:pPr>
      <w:r>
        <w:t>उसी के बराबर मेहनत करनी पड़ेगी। दुनिया में हम जानते हैं कि बड़ा ओहदा लेने के लिए आदमी को क्या करना पड़ता है। बहुत ज्यादा मेहनत करनी पड़ती है। अभी इलेक्शन में जो लोग जीते हैं,</w:t>
      </w:r>
    </w:p>
    <w:p>
      <w:r>
        <w:rPr>
          <w:b/>
        </w:rPr>
        <w:t xml:space="preserve">[06:35] </w:t>
      </w:r>
      <w:r>
        <w:t>maine padha ki unko</w:t>
      </w:r>
    </w:p>
    <w:p>
      <w:pPr>
        <w:jc w:val="right"/>
      </w:pPr>
      <w:r>
        <w:t>मैंने पढ़ा कि उनको</w:t>
      </w:r>
    </w:p>
    <w:p>
      <w:r>
        <w:rPr>
          <w:b/>
        </w:rPr>
        <w:t xml:space="preserve">[06:40] </w:t>
      </w:r>
      <w:r>
        <w:t>is tarah unke zindagi kai mahine guzre hain ki raat ka unhein pata nahin, khane ka waqt aaya to uska pata nahin, nashte ka, lunch ka, dinner ka, kisi ko yaad nahin. unko apne ko chhuke hue the usi mein. wo to</w:t>
      </w:r>
    </w:p>
    <w:p>
      <w:pPr>
        <w:jc w:val="right"/>
      </w:pPr>
      <w:r>
        <w:t>इस तरह उनके जिंदगी कई महीने गुजरे हैं कि रात का उन्हें पता नहीं, खाने का वक्त आया तो उसका पता नहीं, नाश्ते का, लंच का, डिनर का, किसी को याद नहीं। उनको अपने को छुके हुए थे उसी में। वो तो</w:t>
      </w:r>
    </w:p>
    <w:p>
      <w:r>
        <w:rPr>
          <w:b/>
        </w:rPr>
        <w:t xml:space="preserve">[06:56] </w:t>
      </w:r>
      <w:r>
        <w:t>jis aadmi ko jannat lena hai, to usko apne ko chhokna padega. sochna, sochna, sochna, mutala karna, mutala karna, mutala karna, aur phir bahut zyada sincere banna. yaad rahe ki aadmi ke dimagh mein sari cheezen</w:t>
      </w:r>
    </w:p>
    <w:p>
      <w:pPr>
        <w:jc w:val="right"/>
      </w:pPr>
      <w:r>
        <w:t>जिस आदमी को जन्नत लेना है, तो उसको अपने को छोकना पड़ेगा। सोचना, सोचना, सोचना, मुताल करना, मुताल करना, मुताल करना, और फिर बहुत ज्यादा सिंसियर बनना। याद रहे कि आदमी के दिमाग में सारी चीजें</w:t>
      </w:r>
    </w:p>
    <w:p>
      <w:r>
        <w:rPr>
          <w:b/>
        </w:rPr>
        <w:t xml:space="preserve">[07:13] </w:t>
      </w:r>
      <w:r>
        <w:t>bahut zyada capacity hai. agar aadmi apne dimagh ko sahi maayne mein istemal kare, to zaroor apne andar right thinking develop kar sakta hai. sabse badi cheez jo bachana hai, jis se aadmi ko, wo hai</w:t>
      </w:r>
    </w:p>
    <w:p>
      <w:pPr>
        <w:jc w:val="right"/>
      </w:pPr>
      <w:r>
        <w:t>बहुत ज्यादा कैपेसिटी है। अगर आदमी अपने दिमाग को सही मायने में इस्तेमाल करे, तो जरूर अपने अंदर राइट थिंकिंग डेवलप कर सकता है। सबसे बड़ी चीज जो बचाना है, जिससे आदमी को, वो है</w:t>
      </w:r>
    </w:p>
    <w:p>
      <w:r>
        <w:rPr>
          <w:b/>
        </w:rPr>
        <w:t xml:space="preserve">[07:30] </w:t>
      </w:r>
      <w:r>
        <w:t>bias, destruction, hate. in sab cheezon se, magar ise is cheez se bachaye hue aadmi right thinking tak pahunch nahin sakta hai.</w:t>
      </w:r>
    </w:p>
    <w:p>
      <w:pPr>
        <w:jc w:val="right"/>
      </w:pPr>
      <w:r>
        <w:t>बायस, डिस्ट्रक्शन, हेट। इन सब चीजों से, मगर इसे इस चीज से बचाए हुए आदमी राइट थिंकिंग तक पहुंच नहीं सकता है।</w:t>
      </w:r>
    </w:p>
    <w:p>
      <w:r>
        <w:rPr>
          <w:b/>
        </w:rPr>
        <w:t xml:space="preserve">[07:42] </w:t>
      </w:r>
      <w:r>
        <w:t>maulana, agla question hai abdul latif, karachi, pakistan se. unhone poocha hai ki marne ke baad jab insan jannat ya jahannum mein dakhil ho jata hai, to phir qayamat ke din hisab aur kitab ka matlab hai?</w:t>
      </w:r>
    </w:p>
    <w:p>
      <w:pPr>
        <w:jc w:val="right"/>
      </w:pPr>
      <w:r>
        <w:t>मौलाना, अगला क्वेश्चन है अब्दुल लतीफ, कराची, पाकिस्तान से। उन्होंने पूछा है कि मरने के बाद जब इंसान जन्नत या जहन्नम में दाखिल हो जाता है, तो फिर कयामत के दिन हिसाब और किताब का मतलब है?</w:t>
      </w:r>
    </w:p>
    <w:p>
      <w:r>
        <w:rPr>
          <w:b/>
        </w:rPr>
        <w:t xml:space="preserve">[07:59] </w:t>
      </w:r>
      <w:r>
        <w:t>dekhiye, maut se pehle hum, main jo duniya mein, wo hai space aur time ke andar hum jeete hain. yahan maut ke baad jo duniya hai, wo beyond space and time hai.</w:t>
      </w:r>
    </w:p>
    <w:p>
      <w:pPr>
        <w:jc w:val="right"/>
      </w:pPr>
      <w:r>
        <w:t>देखिए, मौत से पहले हम, मैं जो दुनिया में, वो है स्पेस और टाइम के अंदर हम जीते हैं। यहां मौत के बाद जो दुनिया है, वो बंड स्टेप स्पेस एंड टाइम है।</w:t>
      </w:r>
    </w:p>
    <w:p>
      <w:r>
        <w:rPr>
          <w:b/>
        </w:rPr>
        <w:t xml:space="preserve">[08:14] </w:t>
      </w:r>
      <w:r>
        <w:t>yeh is wajah se yahan jo jo jo hamare jaanchne ke paimane hain, usko wahan se wahan ko nahin ja sakte. aap space and time ke andar jo napne ke paimane hain, wo wahan nahin chalte jo beyond space and time jo duniya hai. to is tarike se aap usko nahin samajh sakte. bas usko mujmal taur par samjhiye ki</w:t>
      </w:r>
    </w:p>
    <w:p>
      <w:pPr>
        <w:jc w:val="right"/>
      </w:pPr>
      <w:r>
        <w:t>यह इस वजह से यहां जो जो जो हमारे जांचने के पैमाने हैं, उसको वहां से वहां को नहीं जा सकते। आप स्पेस एंड टाइम के अंदर जो नापने के पैमाने हैं, वो वहां नहीं चलते जो बंड स्पेस एंड टाइम जो दुनिया है। तो इस तरीके से आप उसको नहीं समझ सकते। बस उसको मुजमल तौर पर समझिए कि</w:t>
      </w:r>
    </w:p>
    <w:p>
      <w:r>
        <w:rPr>
          <w:b/>
        </w:rPr>
        <w:t xml:space="preserve">[08:40] </w:t>
      </w:r>
      <w:r>
        <w:t>maut aayi, to phir uske baad jannat, jahannum ka maamla saamne aa gaya. space and time ka jo soch hai, wo is duniya ke taur se hai. aur allah taala ne insan ko yeh dikha diya hai ki</w:t>
      </w:r>
    </w:p>
    <w:p>
      <w:pPr>
        <w:jc w:val="right"/>
      </w:pPr>
      <w:r>
        <w:t>मौत आई, तो फिर उसके बाद जन्नत, जहन्नम का मामला सामने आ गया। स्पेस एंड टाइम का जो सोच है, वो इस दुनिया के तौर से है। और अल्लाह ताला ने इंसान को यह दिखा दिया है कि</w:t>
      </w:r>
    </w:p>
    <w:p>
      <w:r>
        <w:rPr>
          <w:b/>
        </w:rPr>
        <w:t xml:space="preserve">[08:56] </w:t>
      </w:r>
      <w:r>
        <w:t>is beyond space and time ka maamla kya hai. wo hai khwab. har aadmi ko tajurba hota hai ki ek usko ek jhapki aati hai. us jhapki mein ek poore waqae ko dekh leta hai. wo bahut ajeeb tajarba hai. mujhe bar bar hota hai, aapko bhi hoga</w:t>
      </w:r>
    </w:p>
    <w:p>
      <w:pPr>
        <w:jc w:val="right"/>
      </w:pPr>
      <w:r>
        <w:t>इस बंड स्पेस एंड टाइम का मामला क्या है। वो है ख्वाब। हर आदमी को تجربा होता है कि एक उसको एक झपकी आती है। उस झपकी में एक पूरे वाकए को देख लेता है। वो बहुत अजीब तजुर्बा है। मुझे बार-बार होता है, आपको भी होगा</w:t>
      </w:r>
    </w:p>
    <w:p>
      <w:r>
        <w:rPr>
          <w:b/>
        </w:rPr>
        <w:t xml:space="preserve">[09:14] </w:t>
      </w:r>
      <w:r>
        <w:t>ki ek jhapki aati hai aur ek moment mein aap poori history ko dekh lete hain, ek poore waqae ko, ek poore event ko. iske maane hain ki jab aap neend mein jate hain, to us duniya ka tajarba aapko hota hai jo jo beyond space and time hai,</w:t>
      </w:r>
    </w:p>
    <w:p>
      <w:pPr>
        <w:jc w:val="right"/>
      </w:pPr>
      <w:r>
        <w:t>कि एक झपकी आती है और एक मोमेंट में आप पूरी हिस्ट्री को देख लेते हैं, एक पूरे वाकए को, एक पूरे इवेंट को। इसके माने हैं कि जब आप नींद में जाते हैं, तो उस दुनिया का तजुर्बा आपको होता है जो जो बंड स्टेप स्पेस एंड टाइम है,</w:t>
      </w:r>
    </w:p>
    <w:p>
      <w:r>
        <w:rPr>
          <w:b/>
        </w:rPr>
        <w:t xml:space="preserve">[09:31] </w:t>
      </w:r>
      <w:r>
        <w:t>zamana maka ke mawra. yeh yeh cheez hai, jisse aap samajh sakte hain akhirat aur maut ke maamle ko.</w:t>
      </w:r>
    </w:p>
    <w:p>
      <w:pPr>
        <w:jc w:val="right"/>
      </w:pPr>
      <w:r>
        <w:t>जमाना मका के मावरा। यह यह चीज है, जिससे आप समझ सकते हैं आखिरत और मौत के मामले को।</w:t>
      </w:r>
    </w:p>
    <w:p>
      <w:r>
        <w:rPr>
          <w:b/>
        </w:rPr>
        <w:t xml:space="preserve">[09:42] </w:t>
      </w:r>
      <w:r>
        <w:t>maulana, agla sawal hai navdeep kapoor ka, dilli se. "in surah baqarah, while narrating the incident of creation of prophet adam, god said, 'i know what you do not know.' maulana, iski wajahat karen."</w:t>
      </w:r>
    </w:p>
    <w:p>
      <w:pPr>
        <w:jc w:val="right"/>
      </w:pPr>
      <w:r>
        <w:t>मौलाना, अगला सवाल है नवदीप कपूर का, दिल्ली से। "इन सूर बकरा, वाइल नरेटिंग द इंसिडेंट ऑफ क्रिएशन ऑफ प्रोफेट आदम, गॉड सेड, 'आई नो व्हाट यू डू नॉट नो।' मौलाना, इसकी वजाहत करें।"</w:t>
      </w:r>
    </w:p>
    <w:p>
      <w:r>
        <w:rPr>
          <w:b/>
        </w:rPr>
        <w:t xml:space="preserve">[10:05] </w:t>
      </w:r>
      <w:r>
        <w:t>yeh ek bahut lamba sawal hai aur inni aala ma la taliboon jo lan farmata farishton se, is par main inshaallah agle sunday ko is par bolne wala hoon. ek lambi baat hai yeh, ismein chand thode se waqt mein wo uski wajahat nahi ho sakegi. to inshaallah main iske bare mein wajahat karunga agle sunday ko.</w:t>
      </w:r>
    </w:p>
    <w:p>
      <w:pPr>
        <w:jc w:val="right"/>
      </w:pPr>
      <w:r>
        <w:t>यह एक बहुत लंबा सवाल है और इन्नी आलमा माला तालिबून जो लान फरमा था फरिश्तों से, इस पर मैं इंशाल्लाह अगले संडे को इस पर बोलने वाला हूं। एक लंबी बात है यह, इसमें चंद थोड़े से वक्त में वो उसकी वजाहत नहीं हो सकेगी। तो इंशाल्लाह मैं इसके बारे में वजाहत करूंगा अगले संडे को।</w:t>
      </w:r>
    </w:p>
    <w:p>
      <w:r>
        <w:rPr>
          <w:b/>
        </w:rPr>
        <w:t xml:space="preserve">[10:32] </w:t>
      </w:r>
      <w:r>
        <w:t>maulana, agla sawal aaya hai sara lateef ka, karachi, pakistan se. unhone likha hai ki auratein kehti hain ki banao singar, destruction kaise banta hai. yeh to jaayaz kaam hai.</w:t>
      </w:r>
    </w:p>
    <w:p>
      <w:pPr>
        <w:jc w:val="right"/>
      </w:pPr>
      <w:r>
        <w:t>मौलाना, अगला सवाल आया है सारा लतीफ का, कराची, पाकिस्तान से। उन्होंने लिखा है कि औरतें कहती हैं कि बनाओ सिंगार, डिस्ट्रक्शन कैसे बनता है। यह तो जायज काम है।</w:t>
      </w:r>
    </w:p>
    <w:p>
      <w:r>
        <w:rPr>
          <w:b/>
        </w:rPr>
        <w:t xml:space="preserve">[10:44] </w:t>
      </w:r>
      <w:r>
        <w:t>yeh to jaayaz hai. haan, dekhiye,</w:t>
      </w:r>
    </w:p>
    <w:p>
      <w:pPr>
        <w:jc w:val="right"/>
      </w:pPr>
      <w:r>
        <w:t>यह तो जायज है। हां, देखिए,</w:t>
      </w:r>
    </w:p>
    <w:p>
      <w:r>
        <w:rPr>
          <w:b/>
        </w:rPr>
        <w:t xml:space="preserve">[10:51] </w:t>
      </w:r>
      <w:r>
        <w:t>ek hai haram aur halaal ka farq. ek hai haram aur halaal ka farq. ek khud quran, khud sabit hai quran hadees se ki iske sawab mein ek farq hota hai. wo ban mustahabaat ek hadees mein aata hai,</w:t>
      </w:r>
    </w:p>
    <w:p>
      <w:pPr>
        <w:jc w:val="right"/>
      </w:pPr>
      <w:r>
        <w:t>एक है हराम और हलाल का फर्क। एक है हराम और हलाल का फर्क। एक खुद कुरान, खुद साबित है कुरान हदीस से कि इसके सवाब में एक फर्क होता है। वो बान मुस्तबहात एक हदीस में आता है,</w:t>
      </w:r>
    </w:p>
    <w:p>
      <w:r>
        <w:rPr>
          <w:b/>
        </w:rPr>
        <w:t xml:space="preserve">[11:10] </w:t>
      </w:r>
      <w:r>
        <w:t>al haram ban mustahabaat. to wo kya hai?</w:t>
      </w:r>
    </w:p>
    <w:p>
      <w:pPr>
        <w:jc w:val="right"/>
      </w:pPr>
      <w:r>
        <w:t>अल हराम बान मुस्तबहात। तो वो क्या है?</w:t>
      </w:r>
    </w:p>
    <w:p>
      <w:r>
        <w:rPr>
          <w:b/>
        </w:rPr>
        <w:t xml:space="preserve">[11:19] </w:t>
      </w:r>
      <w:r>
        <w:t>wo usi usi mein log phas jaate hain. usi ko main kehta hoon destruction. usi ko main mustahabaat jo hadees mein aaya hai, usi ko main destruction kehta hoon. kyunki dekhiye, jo log banao singar karte hain, to aisa nahi ki jis par unhone jo hai wo latka liya.</w:t>
      </w:r>
    </w:p>
    <w:p>
      <w:pPr>
        <w:jc w:val="right"/>
      </w:pPr>
      <w:r>
        <w:t>वो उसी उसी में लोग फस जाते हैं। उसी को मैं कहता हूं डिस्ट्रक्शन। उसी को मैं मुस्तबहात जो हदीस में आया है, उसी को मैं डिस्ट्रक्शन कहता हूं। क्योंकि देखिए, जो लोग बनाओ सिंगार करते हैं, तो ऐसा नहीं कि जिस पर उन्होंने जो है वो लटका लिया।</w:t>
      </w:r>
    </w:p>
    <w:p>
      <w:r>
        <w:rPr>
          <w:b/>
        </w:rPr>
        <w:t xml:space="preserve">[11:37] </w:t>
      </w:r>
      <w:r>
        <w:t>se nahi hota. apna mind ki soch jo hai, uska focus badal jata hai. jab aap beauty parlor jaate hain, jab aap banao shikar karte hain,</w:t>
      </w:r>
    </w:p>
    <w:p>
      <w:pPr>
        <w:jc w:val="right"/>
      </w:pPr>
      <w:r>
        <w:t>स से नहीं होता। अपना माइंड की सोच जो है, उसका फोकस बदल जाता है। जब आप ब्यूटी पार्लर जाते हैं, जब आप बनाओ शिकार करते हैं,</w:t>
      </w:r>
    </w:p>
    <w:p>
      <w:r>
        <w:rPr>
          <w:b/>
        </w:rPr>
        <w:t xml:space="preserve">[11:50] </w:t>
      </w:r>
      <w:r>
        <w:t>jab in sab cheezon mein waqt lagate hain, to poora poora focus aapka usi par chala aata hai, fashion par. halanki focus karne ke liye doosri cheezein zyada zaroori hain.</w:t>
      </w:r>
    </w:p>
    <w:p>
      <w:pPr>
        <w:jc w:val="right"/>
      </w:pPr>
      <w:r>
        <w:t>जब इन सब चीजों में वक्त लगाते हैं, तो पूरा पूरा फोकस आपका उसी पर चला आता है, फैशन पर। हालांकि फोकस करने के लिए दूसरी चीजें ज्यादा जरूरी हैं।</w:t>
      </w:r>
    </w:p>
    <w:p>
      <w:r>
        <w:rPr>
          <w:b/>
        </w:rPr>
        <w:t xml:space="preserve">[12:03] </w:t>
      </w:r>
      <w:r>
        <w:t>aap quran aur allah ke bare mein sochein, aap rasoolullah ke bare mein sochein, zindagi ke bare mein sochein, maut ke bare mein sochein, jannat aur jahannum ke bare mein sochein. in sab cheezon se dhyan hat jata hai. koi bhi aadmi, jo koi bhi khatoon ya koi mard, jo in cheezon mein waqt guzarta hai, wo khud apne bare mein soche, kya destruction nahi hota?</w:t>
      </w:r>
    </w:p>
    <w:p>
      <w:pPr>
        <w:jc w:val="right"/>
      </w:pPr>
      <w:r>
        <w:t>आप कुरान और अल्लाह के बारे में सोचें, आप रसूलल्लाह के बारे में सोचें, जिंदगी के बारे में सोचें, मौत के बारे में सोचें, जन्नत और जहन्नम के बारे में सोचें। इन सब चीजों से ध्यान हट जाता है। कोई भी आदमी, जो कोई भी खातून या कोई मर्द, जो इन चीजों में वक्त गुजारता है, वो खुद अपने बारे में सोचे, क्या डिस्ट्रक्शन नहीं होता?</w:t>
      </w:r>
    </w:p>
    <w:p>
      <w:r>
        <w:rPr>
          <w:b/>
        </w:rPr>
        <w:t xml:space="preserve">[12:25] </w:t>
      </w:r>
      <w:r>
        <w:t>to haram halali nahi mana hai, balki destruction bhi mana hai.</w:t>
      </w:r>
    </w:p>
    <w:p>
      <w:pPr>
        <w:jc w:val="right"/>
      </w:pPr>
      <w:r>
        <w:t>तो हराम हलाली नहीं मना है, बल्कि डिस्ट्रक्शन भी मना है।</w:t>
      </w:r>
    </w:p>
    <w:p>
      <w:r>
        <w:rPr>
          <w:b/>
        </w:rPr>
        <w:t xml:space="preserve">[12:35] </w:t>
      </w:r>
      <w:r>
        <w:t>yaani jo aapke focus ko hataye, to focus to hat hi hatata hi hatata hai. aap ab jo ismein waqt lagate hain, use pooch lijiye, unse focus hatata hai ki nahi hatata. ek hadees mein aata hai, ek riwayat mein,</w:t>
      </w:r>
    </w:p>
    <w:p>
      <w:pPr>
        <w:jc w:val="right"/>
      </w:pPr>
      <w:r>
        <w:t>यानी जो आपके फोकस को हटाए, तो फोकस तो हट ही हटता ही हटता है। आप अब जो इसमें वक्त लगाते हैं, उसे पूछ लीजिए, उनसे फोकस हटता है कि नहीं हटता। एक हदीस में आता है, एक روایت में,</w:t>
      </w:r>
    </w:p>
    <w:p>
      <w:r>
        <w:rPr>
          <w:b/>
        </w:rPr>
        <w:t xml:space="preserve">[12:52] </w:t>
      </w:r>
      <w:r>
        <w:t>ek tabeen ne kaha baad ke zamane ke logon se ki jin cheezon ko tum log mamooli samajhte ho, mamooli, to hum rasoolullah ke zamane mein, ek ek sahabi ne kaha, tabeen ke daur mein ki jin cheezon ko tum mamooli samajhte ho,</w:t>
      </w:r>
    </w:p>
    <w:p>
      <w:pPr>
        <w:jc w:val="right"/>
      </w:pPr>
      <w:r>
        <w:t>एक ताबी ने कहा बाद के जमाने के लोगों से कि जिन चीजों को तुम लोग मामूली समझते हो, मामूली, तो हम रसूलल्लाह के जमाने में, एक एक صحابی ने कहा, ताबीन के दौर में कि जिन चीजों को तुम मामूली समझते हो,</w:t>
      </w:r>
    </w:p>
    <w:p>
      <w:r>
        <w:rPr>
          <w:b/>
        </w:rPr>
        <w:t xml:space="preserve">[13:11] </w:t>
      </w:r>
      <w:r>
        <w:t>una nau bakat yaad rasoolullah sallallahu alaihi wasallam. rasoolullah ke zamane mein usko hum samajhte the ki hum halak ho jayenge aisa karne se. to wo kya cheez thi?</w:t>
      </w:r>
    </w:p>
    <w:p>
      <w:pPr>
        <w:jc w:val="right"/>
      </w:pPr>
      <w:r>
        <w:t>उना नौ बकात याद रसूलल्लाह सल्लल्लाहु अलैहि वसल्लम। रसूलल्लाह के जमाने में उसको हम समझते थे कि हम हलाक हो जाएंगे ऐसा करने से। तो वो क्या चीज थी?</w:t>
      </w:r>
    </w:p>
    <w:p>
      <w:r>
        <w:rPr>
          <w:b/>
        </w:rPr>
        <w:t xml:space="preserve">[13:21] </w:t>
      </w:r>
      <w:r>
        <w:t>wo halak jo ho jayenge, wo destruction tha. wo sharab aur khajoor nahi tha. to yaad rakhiye, deen mein ek hai taqseem haram aur halaal ki, aur doosri taqseem hai ki aapka focus jo cheez hataye,</w:t>
      </w:r>
    </w:p>
    <w:p>
      <w:pPr>
        <w:jc w:val="right"/>
      </w:pPr>
      <w:r>
        <w:t>वो हलाक जो हो जाएंगे, वो डिस्ट्रक्शन था। वो शराब और खजूर नहीं था। तो याद रखिए, दीन में एक है तकसीम हराम और हलाल की, और दूसरी तकसीम है कि आपका फोकस जो चीज हटाए,</w:t>
      </w:r>
    </w:p>
    <w:p>
      <w:r>
        <w:rPr>
          <w:b/>
        </w:rPr>
        <w:t xml:space="preserve">[13:37] </w:t>
      </w:r>
      <w:r>
        <w:t>jis jo distract kare aapko, wo bhi utna hi maulik hai jitna ki haram cheezein.</w:t>
      </w:r>
    </w:p>
    <w:p>
      <w:pPr>
        <w:jc w:val="right"/>
      </w:pPr>
      <w:r>
        <w:t>जिस जो डिस्ट्रक्ट करे आपको, वो भी उतना ही मौलिक है जितना कि हराम चीजें।</w:t>
      </w:r>
    </w:p>
    <w:p>
      <w:r>
        <w:rPr>
          <w:b/>
        </w:rPr>
        <w:t xml:space="preserve">[13:47] </w:t>
      </w:r>
      <w:r>
        <w:t>yeh baatein sabit hain quran hadees se. aisa nahi ki main aisa kehta hoon.</w:t>
      </w:r>
    </w:p>
    <w:p>
      <w:pPr>
        <w:jc w:val="right"/>
      </w:pPr>
      <w:r>
        <w:t>यह बातें साबित हैं कुरान हदीस से। ऐसा नहीं कि मैं ऐसा कहता हूं।</w:t>
      </w:r>
    </w:p>
    <w:p>
      <w:r>
        <w:rPr>
          <w:b/>
        </w:rPr>
        <w:t xml:space="preserve">[13:53] </w:t>
      </w:r>
      <w:r>
        <w:t>maulana, ek sawal aaya hai zulfeqar hussain sahab ka, jammu and kashmir se. unhone poocha hai, "are inter religion marriages permitted in islam?</w:t>
      </w:r>
    </w:p>
    <w:p>
      <w:pPr>
        <w:jc w:val="right"/>
      </w:pPr>
      <w:r>
        <w:t>मौलाना, एक सवाल आया है ذوالफقار हुसैन साहब का, जम्मू एंड कश्मीर से। उन्होंने पूछा है, "आर इंटर रिलीजन मैरिजस परमिटेड इन इस्लाम?</w:t>
      </w:r>
    </w:p>
    <w:p>
      <w:r>
        <w:rPr>
          <w:b/>
        </w:rPr>
        <w:t xml:space="preserve">[14:02] </w:t>
      </w:r>
      <w:r>
        <w:t>if no, why?"</w:t>
      </w:r>
    </w:p>
    <w:p>
      <w:pPr>
        <w:jc w:val="right"/>
      </w:pPr>
      <w:r>
        <w:t>इफ नो, व्हाई?"</w:t>
      </w:r>
    </w:p>
    <w:p>
      <w:r>
        <w:rPr>
          <w:b/>
        </w:rPr>
        <w:t xml:space="preserve">[14:07] </w:t>
      </w:r>
      <w:r>
        <w:t>bhai, yeh to bahut hi koi naya masla nahi hai. ulama ne fatwe diye hain, wahi bhara bhi hai. main koi naya maslak nahi hai. inter religious marriages ka jo tareeqa hai,</w:t>
      </w:r>
    </w:p>
    <w:p>
      <w:pPr>
        <w:jc w:val="right"/>
      </w:pPr>
      <w:r>
        <w:t>भाई, यह तो बहुत ही कोई नया मसला नहीं है। علماء ने फतवे दिए हैं, वही भरा भी है। मैं कोई नया मसलक नहीं है। इंटर रिलीजस मैरिजस का जो तरीका है,</w:t>
      </w:r>
    </w:p>
    <w:p>
      <w:r>
        <w:rPr>
          <w:b/>
        </w:rPr>
        <w:t xml:space="preserve">[14:21] </w:t>
      </w:r>
      <w:r>
        <w:t>wo ulama ko jo fatawa hai, hum sab log jaante hain. usko to mera koi alag maslak nahi hai. aapko fatawa ko padh lijiye, wahi mera maslak bhi hai.</w:t>
      </w:r>
    </w:p>
    <w:p>
      <w:pPr>
        <w:jc w:val="right"/>
      </w:pPr>
      <w:r>
        <w:t>वो علماء को जो फतावा है, हम सब लोग जानते हैं। उसको तो मेरा कोई अलग मसलक नहीं है। आपको फतावा को पढ़ लीजिए, वही मेरा मसलक भी है।</w:t>
      </w:r>
    </w:p>
    <w:p>
      <w:r>
        <w:rPr>
          <w:b/>
        </w:rPr>
        <w:t xml:space="preserve">[14:34] </w:t>
      </w:r>
      <w:r>
        <w:t>maulana, agla sawal hai haafiz akbal umri sahab ka. unhone haafiz akbal sahab ka, haafiz akbal umri, unhone likha hai, "maulana, ki reading the quran in arabic is a must?" question hai unka. kya hai?</w:t>
      </w:r>
    </w:p>
    <w:p>
      <w:pPr>
        <w:jc w:val="right"/>
      </w:pPr>
      <w:r>
        <w:t>मौलाना, अगला सवाल है हाफिज अकबाल उमरी साहब का। उन्होंने हाफिज अकबाल साहब का, हाफिज अकबाल उमरी, उन्होंने लिखा है, "मौलाना, कि रीडिंग द कुरान इन अरबिक इज ए मस्ट?" क्वेश्चन है उनका। क्या है?</w:t>
      </w:r>
    </w:p>
    <w:p>
      <w:r>
        <w:rPr>
          <w:b/>
        </w:rPr>
        <w:t xml:space="preserve">[14:49] </w:t>
      </w:r>
      <w:r>
        <w:t>quran ko arabi mein padhna zaroori hai?</w:t>
      </w:r>
    </w:p>
    <w:p>
      <w:pPr>
        <w:jc w:val="right"/>
      </w:pPr>
      <w:r>
        <w:t>कुरान को अरबी में पढ़ना जरूरी है?</w:t>
      </w:r>
    </w:p>
    <w:p>
      <w:r>
        <w:rPr>
          <w:b/>
        </w:rPr>
        <w:t xml:space="preserve">[14:54] </w:t>
      </w:r>
      <w:r>
        <w:t>dekhiye,</w:t>
      </w:r>
    </w:p>
    <w:p>
      <w:pPr>
        <w:jc w:val="right"/>
      </w:pPr>
      <w:r>
        <w:t>देखिए,</w:t>
      </w:r>
    </w:p>
    <w:p>
      <w:r>
        <w:rPr>
          <w:b/>
        </w:rPr>
        <w:t xml:space="preserve">[14:58] </w:t>
      </w:r>
      <w:r>
        <w:t>yaani deen ko samajhne ke do level hain, do darje hain. ek hai ki aap bahut deep mein samjhein, bahut deep mein jaakar ke samjhein deen ko.</w:t>
      </w:r>
    </w:p>
    <w:p>
      <w:pPr>
        <w:jc w:val="right"/>
      </w:pPr>
      <w:r>
        <w:t>यानी दीन को समझने के दो लेवल हैं, दो दर्जे हैं। एक है कि आप बहुत डीप में समझें, बहुत डीप में जाकर के समझें दीन को।</w:t>
      </w:r>
    </w:p>
    <w:p>
      <w:r>
        <w:rPr>
          <w:b/>
        </w:rPr>
        <w:t xml:space="preserve">[15:15] </w:t>
      </w:r>
      <w:r>
        <w:t>ek hai ki ek aam jo darja hota hai, us darje mein samjhein. To ek aam darje mein. Kya moti baat hai, moti moti baat hai, kamal ho jaye, us par aap qaim ho jayen. To uske liye arbi zaroori nahi hai.</w:t>
      </w:r>
    </w:p>
    <w:p>
      <w:pPr>
        <w:jc w:val="right"/>
      </w:pPr>
      <w:r>
        <w:t>एक है कि एक आम जो दर्जा होता है, उस दर्जे में समझें। तो एक आम दर्जे में। क्या मोटी बात है, मोटी मोटी बात है, कमाल हो जाए, उस पर आप कायम हो जाएं। तो उसके लिए अरबी जरूरी नहीं है।</w:t>
      </w:r>
    </w:p>
    <w:p>
      <w:r>
        <w:rPr>
          <w:b/>
        </w:rPr>
        <w:t xml:space="preserve">[15:34] </w:t>
      </w:r>
      <w:r>
        <w:t>uske liye aapko tarjuma padh sakte hain. Aap lekin agar aap deep mein jana chahte hain, gehrai mein, to arbi padhni zaroori hai. Uske baghair aadmi uske jo deep par meaning hai, wo wahan tak pahunch nahi sakta hai. Lekin main yeh kahunga ki har ek ke liye mumkin nahi hai ki wo arbi zubaan mein,</w:t>
      </w:r>
    </w:p>
    <w:p>
      <w:pPr>
        <w:jc w:val="right"/>
      </w:pPr>
      <w:r>
        <w:t>उसके लिए आपको तरजुमा पढ़ सकते हैं। आप लेकिन अगर आप डीप में जाना चाहते हैं, गहराई में, तो अरबी पढ़नी जरूरी है। उसके बगैर आदमी उसके जो डीप पर मीनिंग है, वो वहां तक पहुंच नहीं सकता है। लेकिन मैं यह कहूंगा कि हर एक के लिए मुमकिन नहीं है कि वो अरबी زبان में,</w:t>
      </w:r>
    </w:p>
    <w:p>
      <w:r>
        <w:rPr>
          <w:b/>
        </w:rPr>
        <w:t xml:space="preserve">[15:53] </w:t>
      </w:r>
      <w:r>
        <w:t>yani expert bane. Har ek ke liye mumkin nahi hota hai. To sirf tarjuma kafi bhi nahi hai. Ab masla hai ki hal kya ho?</w:t>
      </w:r>
    </w:p>
    <w:p>
      <w:pPr>
        <w:jc w:val="right"/>
      </w:pPr>
      <w:r>
        <w:t>यानी एक्सपर्ट बने। हर एक के लिए मुमकिन नहीं होता है। तो सिर्फ तरजुमा काफी भी नहीं है। अब मसला है कि हल क्या हो?</w:t>
      </w:r>
    </w:p>
    <w:p>
      <w:r>
        <w:rPr>
          <w:b/>
        </w:rPr>
        <w:t xml:space="preserve">[16:03] </w:t>
      </w:r>
      <w:r>
        <w:t>Sirf tarjuma kafi nahi ho sakta hai. Jabki har shakhs arbi bhi nahi padh sakta, to kya hal uska ho?</w:t>
      </w:r>
    </w:p>
    <w:p>
      <w:pPr>
        <w:jc w:val="right"/>
      </w:pPr>
      <w:r>
        <w:t>सिर्फ तरजुमा काफी नहीं हो सकता है। जबकि हर शख्स अरबी भी नहीं पढ़ सकता, तो क्या हल उसका हो?</w:t>
      </w:r>
    </w:p>
    <w:p>
      <w:r>
        <w:rPr>
          <w:b/>
        </w:rPr>
        <w:t xml:space="preserve">[16:09] </w:t>
      </w:r>
      <w:r>
        <w:t>to main yeh kahunga ke aadmi ke liye do option hain: ya to woh bahut zyada waqt nikale</w:t>
      </w:r>
    </w:p>
    <w:p>
      <w:pPr>
        <w:jc w:val="right"/>
      </w:pPr>
      <w:r>
        <w:t>तो मैं यह कहूंगा कि आदमी के लिए दो ऑप्शन हैं: या तो वह बहुत ज्यादा वक्त निकाले</w:t>
      </w:r>
    </w:p>
    <w:p>
      <w:r>
        <w:rPr>
          <w:b/>
        </w:rPr>
        <w:t xml:space="preserve">[16:16] </w:t>
      </w:r>
      <w:r>
        <w:t>arabi zaban seekhne ke liye, aur phir deep study ke liye.</w:t>
      </w:r>
    </w:p>
    <w:p>
      <w:pPr>
        <w:jc w:val="right"/>
      </w:pPr>
      <w:r>
        <w:t>अरबी زبان सीखने के लिए, और फिर डीप स्टडी के लिए।</w:t>
      </w:r>
    </w:p>
    <w:p>
      <w:r>
        <w:rPr>
          <w:b/>
        </w:rPr>
        <w:t xml:space="preserve">[16:21] </w:t>
      </w:r>
      <w:r>
        <w:t>aur agar uske paas waqt nahi hai, to kisi aalim ko woh apna murshid bana le.</w:t>
      </w:r>
    </w:p>
    <w:p>
      <w:pPr>
        <w:jc w:val="right"/>
      </w:pPr>
      <w:r>
        <w:t>और अगर उसके पास वक्त नहीं है, तो किसी आलिम को वह अपना मुर्शिद बना ले।</w:t>
      </w:r>
    </w:p>
    <w:p>
      <w:r>
        <w:rPr>
          <w:b/>
        </w:rPr>
        <w:t xml:space="preserve">[16:27] </w:t>
      </w:r>
      <w:r>
        <w:t>urdu tarjume par ittefaq karne ke liye zaroori hai ke woh kisi aalim ko murshid banaye.</w:t>
      </w:r>
    </w:p>
    <w:p>
      <w:pPr>
        <w:jc w:val="right"/>
      </w:pPr>
      <w:r>
        <w:t>उर्दू तरजुमे पर इत्तेफाक करने के लिए जरूरी है कि वह किसी आलिम को मुर्शिद बनाए।</w:t>
      </w:r>
    </w:p>
    <w:p>
      <w:r>
        <w:rPr>
          <w:b/>
        </w:rPr>
        <w:t xml:space="preserve">[16:33] </w:t>
      </w:r>
      <w:r>
        <w:t>agar woh aalim ko murshid na banaye, sirf khud hi khud tarjuma padh le, to bas bataun, woh</w:t>
      </w:r>
    </w:p>
    <w:p>
      <w:pPr>
        <w:jc w:val="right"/>
      </w:pPr>
      <w:r>
        <w:t>अगर वह आलिम को मुर्शिद ना बनाए, सिर्फ खुद ही खुद तरजुमा पढ़ ले, तो बस बताऊं, वो</w:t>
      </w:r>
    </w:p>
    <w:p>
      <w:r>
        <w:rPr>
          <w:b/>
        </w:rPr>
        <w:t xml:space="preserve">[16:39] </w:t>
      </w:r>
      <w:r>
        <w:t>kafi nahi hoga.</w:t>
      </w:r>
    </w:p>
    <w:p>
      <w:pPr>
        <w:jc w:val="right"/>
      </w:pPr>
      <w:r>
        <w:t>काफी नहीं होगा।</w:t>
      </w:r>
    </w:p>
    <w:p>
      <w:r>
        <w:rPr>
          <w:b/>
        </w:rPr>
        <w:t xml:space="preserve">[16:41] </w:t>
      </w:r>
      <w:r>
        <w:t>to ya to arabi mein mein bahut zabardast, yani akhfiyat hasil kare aadmi, ya phir tarjuma se padhte</w:t>
      </w:r>
    </w:p>
    <w:p>
      <w:pPr>
        <w:jc w:val="right"/>
      </w:pPr>
      <w:r>
        <w:t>तो या तो अरबी में में बहुत जबरदस्त, यानी अखफियत हासिल करे आदमी, या फिर तरजुमा से पढ़ते</w:t>
      </w:r>
    </w:p>
    <w:p>
      <w:r>
        <w:rPr>
          <w:b/>
        </w:rPr>
        <w:t xml:space="preserve">[16:50] </w:t>
      </w:r>
      <w:r>
        <w:t>hue kisi aalim se madad leta rahe.</w:t>
      </w:r>
    </w:p>
    <w:p>
      <w:pPr>
        <w:jc w:val="right"/>
      </w:pPr>
      <w:r>
        <w:t>हुए किसी आलिम से मद लेता रहे।</w:t>
      </w:r>
    </w:p>
    <w:p>
      <w:r>
        <w:rPr>
          <w:b/>
        </w:rPr>
        <w:t xml:space="preserve">[16:53] </w:t>
      </w:r>
      <w:r>
        <w:t>yeh sahi tareeqa hai.</w:t>
      </w:r>
    </w:p>
    <w:p>
      <w:pPr>
        <w:jc w:val="right"/>
      </w:pPr>
      <w:r>
        <w:t>यह सही तरीका है।</w:t>
      </w:r>
    </w:p>
    <w:p>
      <w:r>
        <w:rPr>
          <w:b/>
        </w:rPr>
        <w:t xml:space="preserve">[16:58] </w:t>
      </w:r>
      <w:r>
        <w:t>Maulana, agla sawal hai Ishtiaq Ahmed Dar sahab ka, Kashmir se. Unhone likha hai, "How should a Muslim approach the discussion of a fellow Muslim when he always proves his debate on the baseless and non Qurani quotes?"</w:t>
      </w:r>
    </w:p>
    <w:p>
      <w:pPr>
        <w:jc w:val="right"/>
      </w:pPr>
      <w:r>
        <w:t>मौलाना, अगला सवाल है इश्तियाक अहमद दार साहब का, कश्मीर से। उन्होंने लिखा है, "हाउ शुड ए मुस्लिम अप्रोच द डिस्कशन ऑफ ए फेलो मुस्लिम व्हेन ही ऑलवेज प्रूव्स हिज डिबेट ऑन द बेसलेस एंड नॉन कुरानी कोट्स?</w:t>
      </w:r>
    </w:p>
    <w:p>
      <w:r>
        <w:rPr>
          <w:b/>
        </w:rPr>
        <w:t xml:space="preserve">[17:15] </w:t>
      </w:r>
      <w:r>
        <w:t>There is always a number of books and journals which they quote, which is in many way contradict the Quran and Hadith."</w:t>
      </w:r>
    </w:p>
    <w:p>
      <w:pPr>
        <w:jc w:val="right"/>
      </w:pPr>
      <w:r>
        <w:t>देयर इज ऑलवेज ए नंबर ऑफ बुक्स एंड जर्नल्स व्हिच दे कोट, व्हिच इज इन मेनी वे कंट्राडिक्ट द कुरान एंड हदीस।"</w:t>
      </w:r>
    </w:p>
    <w:p>
      <w:r>
        <w:rPr>
          <w:b/>
        </w:rPr>
        <w:t xml:space="preserve">[17:23] </w:t>
      </w:r>
      <w:r>
        <w:t>Bhai, zahir hai ki aap use kahiye ki agar aap yeh janna chahte hain ki Islam ki taleem kya hai, Islam ke takaz kya hain, to idhar udhar ki kitabon se faisla nahi hoga. Uska faisla hoga Quran Hadith ki buniyad par.</w:t>
      </w:r>
    </w:p>
    <w:p>
      <w:pPr>
        <w:jc w:val="right"/>
      </w:pPr>
      <w:r>
        <w:t>भाई, जाहिर है कि आप उसे कहिए कि अगर आप यह जानना चाहते हैं कि इस्लाम की तालीम क्या है, इस्लाम के तकाज क्या हैं, तो इधर-उधर की किताबों से फैसला नहीं होगा। उसका फैसला होगा कुरान हदीस की बुनियाद पर।</w:t>
      </w:r>
    </w:p>
    <w:p>
      <w:r>
        <w:rPr>
          <w:b/>
        </w:rPr>
        <w:t xml:space="preserve">[17:42] </w:t>
      </w:r>
      <w:r>
        <w:t>Kyunki Rasool ne farmaya ki "tarkat fikum aslan" do cheezein maine chhodi tumhare liye, do authentic source. Is Hadith ka matlab hai ki maine tumhare paas do authentic source chhode, Quran aur Sunnat.</w:t>
      </w:r>
    </w:p>
    <w:p>
      <w:pPr>
        <w:jc w:val="right"/>
      </w:pPr>
      <w:r>
        <w:t>क्योंकि रसूल ने फरमाया कि "तरकत फिकम असलन" दो चीजें मैंने छोड़ी तुम्हारे लिए, दो ऑथेंटिक सोर्स। इस हदीस का मतलब है कि मैंने तुम्हारे पास दो ऑथेंटिक सोर्स छोड़े, कुरान और सुन्नत।</w:t>
      </w:r>
    </w:p>
    <w:p>
      <w:r>
        <w:rPr>
          <w:b/>
        </w:rPr>
        <w:t xml:space="preserve">[17:59] </w:t>
      </w:r>
      <w:r>
        <w:t>To us aadmi ko agar wo Islam ke bare mein bol raha hai, to zahir hai ki usko Islam ke bare mein jab jo authentic source hai, uska hawala dena padega. Idhar udhar ek hawale se sabit ho jayega. Yeh to bahut hi common logic hai.</w:t>
      </w:r>
    </w:p>
    <w:p>
      <w:pPr>
        <w:jc w:val="right"/>
      </w:pPr>
      <w:r>
        <w:t>तो उस आदमी को अगर वह इस्लाम के बारे में बोल रहा है, तो जाहिर है कि उसको इस्लाम के बारे में जब जो ऑथेंटिक सोर्स है, उसका हवाला देना पड़ेगा। इधर-उधर एक हवाले से क साबित हो जाएगा। यह तो बहुत ही कॉमन लॉजिक है।</w:t>
      </w:r>
    </w:p>
    <w:p>
      <w:r>
        <w:rPr>
          <w:b/>
        </w:rPr>
        <w:t xml:space="preserve">[18:17] </w:t>
      </w:r>
      <w:r>
        <w:t>Maine nahi socha ki koi aadmi aisa bhi hoga jo usko na maane. To bahut common logic hai ye.</w:t>
      </w:r>
    </w:p>
    <w:p>
      <w:pPr>
        <w:jc w:val="right"/>
      </w:pPr>
      <w:r>
        <w:t>मैंने नहीं सोचा कि कोई आदमी ऐसा भी होगा जो उसको ना माने। तो बहुत कॉमन लॉजिक है ये।</w:t>
      </w:r>
    </w:p>
    <w:p>
      <w:r>
        <w:rPr>
          <w:b/>
        </w:rPr>
        <w:t xml:space="preserve">[18:24] </w:t>
      </w:r>
      <w:r>
        <w:t>Ya yeh agla sawal aaya hai Irfana Gulbarga se. Inhone likha hai, "Should we fight for justice?" Ladkar justice milti hi nahi. Ladenge kya aap?</w:t>
      </w:r>
    </w:p>
    <w:p>
      <w:pPr>
        <w:jc w:val="right"/>
      </w:pPr>
      <w:r>
        <w:t>या यह अगला सवाल आया है इरफाना गुलबर्गा से। इन्होंने लिखा है, "शुड वी फाइट फॉर जस्टिस?" लड़कर जस्टिस मिलती ही नहीं। लड़ेंगे क्या आप?</w:t>
      </w:r>
    </w:p>
    <w:p>
      <w:r>
        <w:rPr>
          <w:b/>
        </w:rPr>
        <w:t xml:space="preserve">[18:39] </w:t>
      </w:r>
      <w:r>
        <w:t>Aise hi jaise koi kahe ki "Should we fight for Everest?" Ladkar Everest par chadh jayenge aap?</w:t>
      </w:r>
    </w:p>
    <w:p>
      <w:pPr>
        <w:jc w:val="right"/>
      </w:pPr>
      <w:r>
        <w:t>ऐसे ही जैसे कोई कहे कि "शुड वी फाइट फॉर एवरेस्ट?" लड़कर एवरेस्ट पर चढ़ जाएंगे आप?</w:t>
      </w:r>
    </w:p>
    <w:p>
      <w:r>
        <w:rPr>
          <w:b/>
        </w:rPr>
        <w:t xml:space="preserve">[18:45] </w:t>
      </w:r>
      <w:r>
        <w:t>Everest chadhna ladne se nahi hota. Uske liye to training chahiye, aur wo mount ke mountaineering jo hai, uska ilm chahiye, waghera waghera. Tab aadmi Everest par pahunch jayega. To justice ka kuch bhi talluq ladai se nahi hai.</w:t>
      </w:r>
    </w:p>
    <w:p>
      <w:pPr>
        <w:jc w:val="right"/>
      </w:pPr>
      <w:r>
        <w:t>एवरेस्ट चढ़ना लड़ने से नहीं होता। उसके लिए तो ट्रेनिंग चाहिए, और वो माउंट के माउंटेनियरिंग जो है, उसका इल्म चाहिए, वगैरह वगैरह। तब आदमी एवरेस्ट पर पहुंच जाएगा। तो जस्टिस का कुछ भी तल्लु राई से नहीं है।</w:t>
      </w:r>
    </w:p>
    <w:p>
      <w:r>
        <w:rPr>
          <w:b/>
        </w:rPr>
        <w:t xml:space="preserve">[19:04] </w:t>
      </w:r>
      <w:r>
        <w:t>Ladne se justice mil jaye, yeh bilkul ek irrelevant baat hai. Justice milti hai ki peace qaim, peace ho, aur wo planning ho, aur bahut hi sincerely opportunity ko discover karke</w:t>
      </w:r>
    </w:p>
    <w:p>
      <w:pPr>
        <w:jc w:val="right"/>
      </w:pPr>
      <w:r>
        <w:t>लड़ने से जस्टिस मिल जाए, यह बिल्कुल एक इररेलीवेंट बात है। जस्टिस मिलती है कि पीस कायम, पीस हो, और वो प्लानिंग हो, और बहुत ही सिंसियरली अपॉर्चुनिटी को डिस्कवर करके</w:t>
      </w:r>
    </w:p>
    <w:p>
      <w:r>
        <w:rPr>
          <w:b/>
        </w:rPr>
        <w:t xml:space="preserve">[19:23] </w:t>
      </w:r>
      <w:r>
        <w:t>usko istemal kiya jaye. Lekin yeh bahut badi fallacy hai ki ladne se kabhi justice milti hai, na kabhi kisi ko mili, na mil sakti hai. Ye mazi hazaron saal ki tareekh aap is baat ka saboot hai ki ladkar kabhi kisi ko justice nahi mili.</w:t>
      </w:r>
    </w:p>
    <w:p>
      <w:pPr>
        <w:jc w:val="right"/>
      </w:pPr>
      <w:r>
        <w:t>उसको इस्तेमाल किया जाए। लेकिन यह बहुत बड़ी फुलेसी है कि लड़ने से कभी जस्टिस मिलती है, ना कभी किसी को मिली, ना मिल सकती है। ये माजी हजारों साल की तारीख आप इस बात का सबूत है कि लड़कर कभी किसी को जस्टिस नहीं मिली।</w:t>
      </w:r>
    </w:p>
    <w:p>
      <w:r>
        <w:rPr>
          <w:b/>
        </w:rPr>
        <w:t xml:space="preserve">[19:42] </w:t>
      </w:r>
      <w:r>
        <w:t>Justice agar aap chahte hain, to aap yani adjustment karke aap aman qaim kijiye, phir discoveries discover kijiye, opportunity ko opportunity ko avail kijiye,</w:t>
      </w:r>
    </w:p>
    <w:p>
      <w:pPr>
        <w:jc w:val="right"/>
      </w:pPr>
      <w:r>
        <w:t>जस्टिस अगर आप चाहते हैं, तो आप यानी एडजस्टमेंट करके आप अमन कायम कीजिए, फिर डिस्कवरीज डिस्कवर कीजिए, अपॉर्चुनिटी को अपॉर्चुनिटी को अवेल कीजिए,</w:t>
      </w:r>
    </w:p>
    <w:p>
      <w:r>
        <w:rPr>
          <w:b/>
        </w:rPr>
        <w:t xml:space="preserve">[19:57] </w:t>
      </w:r>
      <w:r>
        <w:t>uske mutabiq planning kijiye. Is tarah justice milegi.</w:t>
      </w:r>
    </w:p>
    <w:p>
      <w:pPr>
        <w:jc w:val="right"/>
      </w:pPr>
      <w:r>
        <w:t>उसके मुताबिक प्लानिंग कीजिए। इस तरह जस्टिस मिलेगी।</w:t>
      </w:r>
    </w:p>
    <w:p>
      <w:r>
        <w:rPr>
          <w:b/>
        </w:rPr>
        <w:t xml:space="preserve">[20:01] </w:t>
      </w:r>
      <w:r>
        <w:t>Ladai se justice koi matlab hi nahi hai. Kuch bhi 1 par bhi koi ladkar justice nahi hasil kar sakta hai. Ladai se to destruction hota hai. Ladai se khoon yani bah jate hain,</w:t>
      </w:r>
    </w:p>
    <w:p>
      <w:pPr>
        <w:jc w:val="right"/>
      </w:pPr>
      <w:r>
        <w:t>लड़ाई से जस्टिस कोई मतलब ही नहीं है। कुछ भी 1 पर भी कोई लड़कर जस्टिस नहीं हासिल कर सकता है। लड़ाई से तो डिस्ट्रक्शन होता है। लड़ाई से खून यानी बहा जाते हैं,</w:t>
      </w:r>
    </w:p>
    <w:p>
      <w:r>
        <w:rPr>
          <w:b/>
        </w:rPr>
        <w:t xml:space="preserve">[20:18] </w:t>
      </w:r>
      <w:r>
        <w:t>nuqsan hote hain. Ladai ek ek ek negative activities ka naam hai. Usse koi positive maqsad kaise hasil kar sakte hain?</w:t>
      </w:r>
    </w:p>
    <w:p>
      <w:pPr>
        <w:jc w:val="right"/>
      </w:pPr>
      <w:r>
        <w:t>नुकसान होते हैं। लड़ाई एक एक एक नेगेटिव एक्टिविटीज का नाम है। उससे कोई पॉजिटिव मकसद कैसे हासिल कर सकते हैं?</w:t>
      </w:r>
    </w:p>
    <w:p>
      <w:r>
        <w:rPr>
          <w:b/>
        </w:rPr>
        <w:t xml:space="preserve">[20:27] </w:t>
      </w:r>
      <w:r>
        <w:t>Aap</w:t>
      </w:r>
    </w:p>
    <w:p>
      <w:pPr>
        <w:jc w:val="right"/>
      </w:pPr>
      <w:r>
        <w:t>आप</w:t>
      </w:r>
    </w:p>
    <w:p>
      <w:r>
        <w:rPr>
          <w:b/>
        </w:rPr>
        <w:t xml:space="preserve">[20:31] </w:t>
      </w:r>
      <w:r>
        <w:t>Bilkul impossible hai. You cannot, you cannot achieve a positive end by negative means. It is impossible. Maulana, agla sawal hai Muaz Ikwan Nadvi sahab ka, Delhi se. Unhone likha hai ki Quran mein bataya gaya hai ki Ahle Iman sabse zyada Allah se mohabbat karne wale hain,</w:t>
      </w:r>
    </w:p>
    <w:p>
      <w:pPr>
        <w:jc w:val="right"/>
      </w:pPr>
      <w:r>
        <w:t>बिल्कुल इंपॉसिबल है। यू कैन नॉट, यू कैन नॉट अचीव अ पॉजिटिव एंड बाय नेगेटिव मींस। इट इज इंपॉसिबल। मौलाना, अगला सवाल है मुआज इकवान नदवी साहब का, दिल्ली से। उन्होंने लिखा है कि कुरान में बताया गया है कि अहले ईमान सबसे ज्यादा अल्लाह से मोहब्बत करने वाले हैं,</w:t>
      </w:r>
    </w:p>
    <w:p>
      <w:r>
        <w:rPr>
          <w:b/>
        </w:rPr>
        <w:t xml:space="preserve">[20:53] </w:t>
      </w:r>
      <w:r>
        <w:t>aur sari quwwat sirf Allah ke liye hai. To iska talluq Allah ki mohabbat se</w:t>
      </w:r>
    </w:p>
    <w:p>
      <w:pPr>
        <w:jc w:val="right"/>
      </w:pPr>
      <w:r>
        <w:t>और सारी कुवत सिर्फ अल्लाह के लिए है। तो इसका ताल्लुक अल्लाह की मोहब्बत से</w:t>
      </w:r>
    </w:p>
    <w:p>
      <w:r>
        <w:rPr>
          <w:b/>
        </w:rPr>
        <w:t xml:space="preserve">[20:59] </w:t>
      </w:r>
      <w:r>
        <w:t>kya hai? Yani sari quwwat Allah ke liye hai. Iski wazahat farmaye.</w:t>
      </w:r>
    </w:p>
    <w:p>
      <w:pPr>
        <w:jc w:val="right"/>
      </w:pPr>
      <w:r>
        <w:t>क्या है? यानी सारी कुवत अल्लाह के लिए है। इसकी वजाहत फरमाए।</w:t>
      </w:r>
    </w:p>
    <w:p>
      <w:r>
        <w:rPr>
          <w:b/>
        </w:rPr>
        <w:t xml:space="preserve">[21:06] </w:t>
      </w:r>
      <w:r>
        <w:t>dekhiye, quwwat se juda hua hai jazbe mohabbat,</w:t>
      </w:r>
    </w:p>
    <w:p>
      <w:pPr>
        <w:jc w:val="right"/>
      </w:pPr>
      <w:r>
        <w:t>देखिए, कुवत से जुड़ा हुआ है जज्बे मोहब्बत,</w:t>
      </w:r>
    </w:p>
    <w:p>
      <w:r>
        <w:rPr>
          <w:b/>
        </w:rPr>
        <w:t xml:space="preserve">[21:12] </w:t>
      </w:r>
      <w:r>
        <w:t>jisse aap jiske bare mein aap yakeen kar le ke iske paas power hai ginne ka, dene ka,</w:t>
      </w:r>
    </w:p>
    <w:p>
      <w:pPr>
        <w:jc w:val="right"/>
      </w:pPr>
      <w:r>
        <w:t>जिससे आप जिसके बारे में आप यकीन कर ले कि इसके पास पावर है गिनने का, देने का,</w:t>
      </w:r>
    </w:p>
    <w:p>
      <w:r>
        <w:rPr>
          <w:b/>
        </w:rPr>
        <w:t xml:space="preserve">[21:19] </w:t>
      </w:r>
      <w:r>
        <w:t>aur chhinne ka.</w:t>
      </w:r>
    </w:p>
    <w:p>
      <w:pPr>
        <w:jc w:val="right"/>
      </w:pPr>
      <w:r>
        <w:t>और छीनने का।</w:t>
      </w:r>
    </w:p>
    <w:p>
      <w:r>
        <w:rPr>
          <w:b/>
        </w:rPr>
        <w:t xml:space="preserve">[21:21] </w:t>
      </w:r>
      <w:r>
        <w:t>us se uski taraf</w:t>
      </w:r>
    </w:p>
    <w:p>
      <w:pPr>
        <w:jc w:val="right"/>
      </w:pPr>
      <w:r>
        <w:t>उससे उसकी तरफ</w:t>
      </w:r>
    </w:p>
    <w:p>
      <w:r>
        <w:rPr>
          <w:b/>
        </w:rPr>
        <w:t xml:space="preserve">[21:25] </w:t>
      </w:r>
      <w:r>
        <w:t>wo jazbai talluq paida ho jata hai ke woh de to mujhe milega, woh na de to main</w:t>
      </w:r>
    </w:p>
    <w:p>
      <w:pPr>
        <w:jc w:val="right"/>
      </w:pPr>
      <w:r>
        <w:t>वो जज्बाई ताल्लुक पैदा हो जाता है कि वो दे तो मुझे मिलेगा, वो ना दे तो मैं</w:t>
      </w:r>
    </w:p>
    <w:p>
      <w:r>
        <w:rPr>
          <w:b/>
        </w:rPr>
        <w:t xml:space="preserve">[21:30] </w:t>
      </w:r>
      <w:r>
        <w:t>mehroom reh jaunga.</w:t>
      </w:r>
    </w:p>
    <w:p>
      <w:pPr>
        <w:jc w:val="right"/>
      </w:pPr>
      <w:r>
        <w:t>महरूम रह जाऊंगा।</w:t>
      </w:r>
    </w:p>
    <w:p>
      <w:r>
        <w:rPr>
          <w:b/>
        </w:rPr>
        <w:t xml:space="preserve">[21:32] </w:t>
      </w:r>
      <w:r>
        <w:t>isi ka naam hai quwwat.</w:t>
      </w:r>
    </w:p>
    <w:p>
      <w:pPr>
        <w:jc w:val="right"/>
      </w:pPr>
      <w:r>
        <w:t>इसी का नाम है कुवत।</w:t>
      </w:r>
    </w:p>
    <w:p>
      <w:r>
        <w:rPr>
          <w:b/>
        </w:rPr>
        <w:t xml:space="preserve">[21:34] </w:t>
      </w:r>
      <w:r>
        <w:t>to allah taala ke bare mein jitna yakeen hota hai aadmi ko ke sab kuch usi ke dene</w:t>
      </w:r>
    </w:p>
    <w:p>
      <w:pPr>
        <w:jc w:val="right"/>
      </w:pPr>
      <w:r>
        <w:t>तो अल्लाह ताला के बारे में जता यकीन होता है आदमी को कि सब कुछ उसी के देने</w:t>
      </w:r>
    </w:p>
    <w:p>
      <w:r>
        <w:rPr>
          <w:b/>
        </w:rPr>
        <w:t xml:space="preserve">[21:39] </w:t>
      </w:r>
      <w:r>
        <w:t>se milta hai.</w:t>
      </w:r>
    </w:p>
    <w:p>
      <w:pPr>
        <w:jc w:val="right"/>
      </w:pPr>
      <w:r>
        <w:t>से मिलता है।</w:t>
      </w:r>
    </w:p>
    <w:p>
      <w:r>
        <w:rPr>
          <w:b/>
        </w:rPr>
        <w:t xml:space="preserve">[21:40] </w:t>
      </w:r>
      <w:r>
        <w:t>wo na de to kuch bhi nahi milne wala mujhe.</w:t>
      </w:r>
    </w:p>
    <w:p>
      <w:pPr>
        <w:jc w:val="right"/>
      </w:pPr>
      <w:r>
        <w:t>वो ना दे तो कुछ भी नहीं मिलने वाला मुझे।</w:t>
      </w:r>
    </w:p>
    <w:p>
      <w:r>
        <w:rPr>
          <w:b/>
        </w:rPr>
        <w:t xml:space="preserve">[21:43] </w:t>
      </w:r>
      <w:r>
        <w:t>isi se mohabbat ka ka chashma ubalta hai aadmi ke andar.</w:t>
      </w:r>
    </w:p>
    <w:p>
      <w:pPr>
        <w:jc w:val="right"/>
      </w:pPr>
      <w:r>
        <w:t>इसी से मोहब्बत का का चश्मा उबलता है आदमी के अंदर।</w:t>
      </w:r>
    </w:p>
    <w:p>
      <w:r>
        <w:rPr>
          <w:b/>
        </w:rPr>
        <w:t xml:space="preserve">[21:50] </w:t>
      </w:r>
      <w:r>
        <w:t>ye bilkul ek fitri baat hai.</w:t>
      </w:r>
    </w:p>
    <w:p>
      <w:pPr>
        <w:jc w:val="right"/>
      </w:pPr>
      <w:r>
        <w:t>ये बिल्कुल एक फितरी बात है।</w:t>
      </w:r>
    </w:p>
    <w:p>
      <w:r>
        <w:rPr>
          <w:b/>
        </w:rPr>
        <w:t xml:space="preserve">[21:51] </w:t>
      </w:r>
      <w:r>
        <w:t>isme</w:t>
      </w:r>
    </w:p>
    <w:p>
      <w:pPr>
        <w:jc w:val="right"/>
      </w:pPr>
      <w:r>
        <w:t>इसमें</w:t>
      </w:r>
    </w:p>
    <w:p>
      <w:r>
        <w:rPr>
          <w:b/>
        </w:rPr>
        <w:t xml:space="preserve">[21:51] </w:t>
      </w:r>
      <w:r>
        <w:t>koi dohra nahi ho sakti.</w:t>
      </w:r>
    </w:p>
    <w:p>
      <w:pPr>
        <w:jc w:val="right"/>
      </w:pPr>
      <w:r>
        <w:t>कोई दोरा नहीं हो सकती।</w:t>
      </w:r>
    </w:p>
    <w:p>
      <w:r>
        <w:rPr>
          <w:b/>
        </w:rPr>
        <w:t xml:space="preserve">[21:55] </w:t>
      </w:r>
      <w:r>
        <w:t>maulana, agla sawal hai doctor andaleeb tareekh sahab ka, roorkee se.</w:t>
      </w:r>
    </w:p>
    <w:p>
      <w:pPr>
        <w:jc w:val="right"/>
      </w:pPr>
      <w:r>
        <w:t>मौलाना, अगला सवाल है डॉक्टर अंदलीब तारीख साहब का, रुड़की से।</w:t>
      </w:r>
    </w:p>
    <w:p>
      <w:r>
        <w:rPr>
          <w:b/>
        </w:rPr>
        <w:t xml:space="preserve">[22:00] </w:t>
      </w:r>
      <w:r>
        <w:t>उन्होंने लिखा है, "My observation is that technological development needs a lot of dedication, effort, and consistent</w:t>
      </w:r>
    </w:p>
    <w:p>
      <w:pPr>
        <w:jc w:val="right"/>
      </w:pPr>
      <w:r>
        <w:t>उन्होंने लिखा है, "माय ऑब्जर्वेशन इज दैट दैट टेक्नोलॉजिकल डेवलपमेंट नीड्स अ लॉट ऑफ डेडिकेशन, एफर्ट, एंड कंसिस्टेंट</w:t>
      </w:r>
    </w:p>
    <w:p>
      <w:r>
        <w:rPr>
          <w:b/>
        </w:rPr>
        <w:t xml:space="preserve">[22:08] </w:t>
      </w:r>
      <w:r>
        <w:t>time involvement. Many of my PhD scholars, a dedicated Muslim in terms of salat, gives the excuse that</w:t>
      </w:r>
    </w:p>
    <w:p>
      <w:pPr>
        <w:jc w:val="right"/>
      </w:pPr>
      <w:r>
        <w:t>टाइम इवॉल्वमेंट। मेनी ऑफ माय पीएचडी स्कॉलर्स ए डेडिकेटेड मुस्लिम इन टर्म्स ऑफ सलात गिव्स द एक्सक्यूज दैट</w:t>
      </w:r>
    </w:p>
    <w:p>
      <w:r>
        <w:rPr>
          <w:b/>
        </w:rPr>
        <w:t xml:space="preserve">[22:16] </w:t>
      </w:r>
      <w:r>
        <w:t>along with namaz and other deeni involvement, they cannot put the same effort and dedication in terms</w:t>
      </w:r>
    </w:p>
    <w:p>
      <w:pPr>
        <w:jc w:val="right"/>
      </w:pPr>
      <w:r>
        <w:t>अलोंग विद नमाज एंड अदर दीनी इवॉल्वमेंट, दे कैन नॉट पुट द सेम एफर्ट एंड डेडिकेशन इन टर्म्स</w:t>
      </w:r>
    </w:p>
    <w:p>
      <w:r>
        <w:rPr>
          <w:b/>
        </w:rPr>
        <w:t xml:space="preserve">[22:23] </w:t>
      </w:r>
      <w:r>
        <w:t>of Western or non-Muslim scholars.</w:t>
      </w:r>
    </w:p>
    <w:p>
      <w:pPr>
        <w:jc w:val="right"/>
      </w:pPr>
      <w:r>
        <w:t>ऑफ वेस्टर्न और नॉन मुस्लिम स्कॉलर्स।</w:t>
      </w:r>
    </w:p>
    <w:p>
      <w:r>
        <w:rPr>
          <w:b/>
        </w:rPr>
        <w:t xml:space="preserve">[22:27] </w:t>
      </w:r>
      <w:r>
        <w:t>Then my question is that how we can compete with the non-Muslims and can contribute significantly to</w:t>
      </w:r>
    </w:p>
    <w:p>
      <w:pPr>
        <w:jc w:val="right"/>
      </w:pPr>
      <w:r>
        <w:t>देन माय क्वेश्चन इज दैट हाउ वी कैन कंपीट विद द नॉन मुस्लिम्स एंड कैन कंट्रीब्यूट सिग्निफिकेंट टू</w:t>
      </w:r>
    </w:p>
    <w:p>
      <w:r>
        <w:rPr>
          <w:b/>
        </w:rPr>
        <w:t xml:space="preserve">[22:34] </w:t>
      </w:r>
      <w:r>
        <w:t>aavar technological development for life and society."</w:t>
      </w:r>
    </w:p>
    <w:p>
      <w:pPr>
        <w:jc w:val="right"/>
      </w:pPr>
      <w:r>
        <w:t>आवर टेक्नोलॉजिकल डेवलपमेंट फॉर लाइफ एंड सोसाइटी।"</w:t>
      </w:r>
    </w:p>
    <w:p>
      <w:r>
        <w:rPr>
          <w:b/>
        </w:rPr>
        <w:t xml:space="preserve">[22:38] </w:t>
      </w:r>
      <w:r>
        <w:t>development ke liye deen ko logo ne samajh rakha hai. koi alag ek cheez hai, aur technology alag cheez hai.</w:t>
      </w:r>
    </w:p>
    <w:p>
      <w:pPr>
        <w:jc w:val="right"/>
      </w:pPr>
      <w:r>
        <w:t>डेवलपमेंट के लिए दीन को लोगों ने समझ रखा है। कोई अलग एक चीज है, और टेक्नोलॉजी अलग चीज है।</w:t>
      </w:r>
    </w:p>
    <w:p>
      <w:r>
        <w:rPr>
          <w:b/>
        </w:rPr>
        <w:t xml:space="preserve">[22:48] </w:t>
      </w:r>
      <w:r>
        <w:t>ye ye yahi phoolesi hai. deen naam hai ek way of thinking ka, ek approach ka. to har har waqt, har waqt wo uski milti rehti hai. yahi phoolesi hai. wo samajhte hain ki</w:t>
      </w:r>
    </w:p>
    <w:p>
      <w:pPr>
        <w:jc w:val="right"/>
      </w:pPr>
      <w:r>
        <w:t>य य यही फुलेसी है। दीन नाम है एक वे ऑफ थिंकिंग का, एक अप्रोच का। तो हर हर वक्त, हर वक्त वो उसकी मिलती रहती है। यही फुलेसी है। वो समझते हैं कि</w:t>
      </w:r>
    </w:p>
    <w:p>
      <w:r>
        <w:rPr>
          <w:b/>
        </w:rPr>
        <w:t xml:space="preserve">[23:06] </w:t>
      </w:r>
      <w:r>
        <w:t>masjid mein jaakar ke jab awaz ki gayi, to wo deen ho gaya. baqi deen nahi hai. to main apna ek tajurba batata hoon aapko. ek waqt main gaya, galib ahmedabad ka waqea hai. ye ye wahan gaya main,</w:t>
      </w:r>
    </w:p>
    <w:p>
      <w:pPr>
        <w:jc w:val="right"/>
      </w:pPr>
      <w:r>
        <w:t>मस्जिद में जाकर के जब आवाज की गई, तो वो दीन हो गया। बाकी दीन नहीं है। तो मैं अपना एक तजुर्बा बताता हूं आपको। एक वक्त मैं गया, गालिब अहमदाबाद का वाकया है। ये ये वहां गया मैं,</w:t>
      </w:r>
    </w:p>
    <w:p>
      <w:r>
        <w:rPr>
          <w:b/>
        </w:rPr>
        <w:t xml:space="preserve">[23:23] </w:t>
      </w:r>
      <w:r>
        <w:t>to kahin muthra tha kisi hotel mein. to ek sahab mujhe aakar apne yahan le gaye ki maine ek factory lagai hai, chaliye usmein dua kar dijiye. to khair, mujhe le gaye. maine dekha wahan to ek nai machine mangai thi unhone.</w:t>
      </w:r>
    </w:p>
    <w:p>
      <w:pPr>
        <w:jc w:val="right"/>
      </w:pPr>
      <w:r>
        <w:t>तो कहीं मुठरा था किसी होटल में। तो एक साहब मुझे आकर अपने यहां ले गए कि मैंने एक फैक्ट्री लगाई है, चलिए उसमें दुआ कर दीजिए। तो खैर, मुझे ले गए। मैंने देखा वहां तो एक नई मशीन मंगाई थी उन्होंने।</w:t>
      </w:r>
    </w:p>
    <w:p>
      <w:r>
        <w:rPr>
          <w:b/>
        </w:rPr>
        <w:t xml:space="preserve">[23:41] </w:t>
      </w:r>
      <w:r>
        <w:t>yeh qissa maine likha tha aljamiya mein. us us zamane mein aljamiya nikala karta tha. research se pehle ki baat hai ye. to</w:t>
      </w:r>
    </w:p>
    <w:p>
      <w:pPr>
        <w:jc w:val="right"/>
      </w:pPr>
      <w:r>
        <w:t>यह किस्सा मैंने लिखा था अल्जमिया में। उस उस जमाने में अल्जमिया निकाला करता था। रिसर्च से पहले की बात है ये। तो</w:t>
      </w:r>
    </w:p>
    <w:p>
      <w:r>
        <w:rPr>
          <w:b/>
        </w:rPr>
        <w:t xml:space="preserve">[23:53] </w:t>
      </w:r>
      <w:r>
        <w:t>research nikala hai humne 1976 mein. isse pehle ki baat hai ye. to unhone kaha ki dekhiye, hamari ek nai machine mangai hai. to usko unhone ek demonstrate diya. ek switch dabai unhone. to jo flying wheel hota hai, wo flying wheel tezi se chalne laga. within second usne moment le liya.</w:t>
      </w:r>
    </w:p>
    <w:p>
      <w:pPr>
        <w:jc w:val="right"/>
      </w:pPr>
      <w:r>
        <w:t>रिसर्च निकाला है हमने 1976 में। इससे पहले की बात है ये। तो उन्होंने कहा कि देखिए, हमारी एक नई मशीन मंगाई है। तो उसको उन्होंने एक डेमोंस्ट्रेट दिया। एक स्विच दबाई उन्होंने। तो जो फ्लाइंग व्हील होता है, वो फ्लाइंग व्हील तेजी से चलने लगा। विदिन सेकंड उसने मोमेंट ले लिया।</w:t>
      </w:r>
    </w:p>
    <w:p>
      <w:r>
        <w:rPr>
          <w:b/>
        </w:rPr>
        <w:t xml:space="preserve">[24:14] </w:t>
      </w:r>
      <w:r>
        <w:t>to phir unhone kaha ki dekhiye, ab main doosra switch dabata hoon. jo jo doosra switch dabaya unhone, within second direction badal diya. usne idhar idhar chalne laga. within second. to usko dekhkar maine kaha ki dekhiye,</w:t>
      </w:r>
    </w:p>
    <w:p>
      <w:pPr>
        <w:jc w:val="right"/>
      </w:pPr>
      <w:r>
        <w:t>तो फिर उन्होंने कहा कि देखिए, अब मैं दूसरा स्विच दबाता हूं। जो जो दूसरा स्विच दबाया उन्होंने, विदिन सेकंड डायरेक्शन बदल दिया। उसने इधर इधर चलने लगा। विदिन सेकंड। तो उसको देखकर मैंने कहा कि देखिए,</w:t>
      </w:r>
    </w:p>
    <w:p>
      <w:r>
        <w:rPr>
          <w:b/>
        </w:rPr>
        <w:t xml:space="preserve">[24:32] </w:t>
      </w:r>
      <w:r>
        <w:t>yaani ismein bahut badi imani gaza hai. ismein deen ki gaza hai. ismein wo kya hai ki allah se darne wala ya ya allah par faith rakhne wala jo hai, within second apne ko badalne par qadir hota hai.</w:t>
      </w:r>
    </w:p>
    <w:p>
      <w:pPr>
        <w:jc w:val="right"/>
      </w:pPr>
      <w:r>
        <w:t>यानी इसमें बहुत बड़ी ईमानी गजा है। इसमें दीन की गजा है। इसमें वो क्या है कि अल्लाह से डरने वाला या या अल्लाह पर फेथ रखने वाला जो है, विदिन सेकंड अपने को बदलने पर कादिर होता है।</w:t>
      </w:r>
    </w:p>
    <w:p>
      <w:r>
        <w:rPr>
          <w:b/>
        </w:rPr>
        <w:t xml:space="preserve">[24:49] </w:t>
      </w:r>
      <w:r>
        <w:t>jaise aapko gussa aa gaya, to usi waqt aapka gussa thanda kar deta hai. allah ki yaad aa jaye aapko. jaise misal ke taur par hazrat umar jab khalifa the,</w:t>
      </w:r>
    </w:p>
    <w:p>
      <w:pPr>
        <w:jc w:val="right"/>
      </w:pPr>
      <w:r>
        <w:t>जैसे आपको गुस्सा आ गया, तो उसी वक्त आपका गुस्सा ठंडा कर देता है। अल्लाह की याद आ जाए आपको। जैसे मिसाल के तौर पर हजरत उमर जब खलीफा थे,</w:t>
      </w:r>
    </w:p>
    <w:p>
      <w:r>
        <w:rPr>
          <w:b/>
        </w:rPr>
        <w:t xml:space="preserve">[25:03] </w:t>
      </w:r>
      <w:r>
        <w:t>to apne khalif khilafat ke usmein baithe hue the.</w:t>
      </w:r>
    </w:p>
    <w:p>
      <w:pPr>
        <w:jc w:val="right"/>
      </w:pPr>
      <w:r>
        <w:t>तो अपने खलीफ खिलाफत के उसमें बैठे हुए थे।</w:t>
      </w:r>
    </w:p>
    <w:p>
      <w:r>
        <w:rPr>
          <w:b/>
        </w:rPr>
        <w:t xml:space="preserve">[25:08] </w:t>
      </w:r>
      <w:r>
        <w:t>aur khilafat ki seat par ek aadmi aata hai. wo ek bahut hi gustakhi ki baat karta hai ki umar to humko kuch dete nahi hain, to insaaf bhi nahi karte, kuch dete bhi humko. zahir hai ki</w:t>
      </w:r>
    </w:p>
    <w:p>
      <w:pPr>
        <w:jc w:val="right"/>
      </w:pPr>
      <w:r>
        <w:t>और खिलाफत की सीट पर एक आदमी आता है। वह एक बहुत ही गुस्ताखी की बात करता है कि उमर तो हमको कुछ देते नहीं हैं, तो इंसाफ भी नहीं करते, कुछ देते भी हमको। जाहिर है कि</w:t>
      </w:r>
    </w:p>
    <w:p>
      <w:r>
        <w:rPr>
          <w:b/>
        </w:rPr>
        <w:t xml:space="preserve">[25:27] </w:t>
      </w:r>
      <w:r>
        <w:t>yaani khalifa jo apni seat par baitha hua ho, usse aap aisa kahein ki tumko tum na humko na to justice de rahe ho, na humein kuch maash faida tumse mil raha hai. humein to hazrat umar ko gussa aa gaya. uthe wo usko marne ke liye.</w:t>
      </w:r>
    </w:p>
    <w:p>
      <w:pPr>
        <w:jc w:val="right"/>
      </w:pPr>
      <w:r>
        <w:t>यानी खलीफा जो अपनी सीट पर बैठा हुआ हो, उससे आप ऐसा कहें कि तुमको तुम ना हमको ना तो जस्टिस दे रहे हो, ना हमें कुछ माश फायदा तुमसे मिल रहा है। हमें तो हजरत उमर को गुस्सा आ गया। उठे वो उसको मारने के लिए।</w:t>
      </w:r>
    </w:p>
    <w:p>
      <w:r>
        <w:rPr>
          <w:b/>
        </w:rPr>
        <w:t xml:space="preserve">[25:47] </w:t>
      </w:r>
      <w:r>
        <w:t>to wahan par ek ek sahabi baithe hue the, galib abdullah ibne abbas. to unhone</w:t>
      </w:r>
    </w:p>
    <w:p>
      <w:pPr>
        <w:jc w:val="right"/>
      </w:pPr>
      <w:r>
        <w:t>तो वहां पर एक एक सहाबी बैठे हुए थे, गालिब अब्दुल्ला इब्ने अब्बास। तो उन्होंने</w:t>
      </w:r>
    </w:p>
    <w:p>
      <w:r>
        <w:rPr>
          <w:b/>
        </w:rPr>
        <w:t xml:space="preserve">[25:56] </w:t>
      </w:r>
      <w:r>
        <w:t>ek ayat padh di.</w:t>
      </w:r>
    </w:p>
    <w:p>
      <w:pPr>
        <w:jc w:val="right"/>
      </w:pPr>
      <w:r>
        <w:t>एक आयत पढ़ दी।</w:t>
      </w:r>
    </w:p>
    <w:p>
      <w:r>
        <w:rPr>
          <w:b/>
        </w:rPr>
        <w:t xml:space="preserve">[26:01] </w:t>
      </w:r>
      <w:r>
        <w:t>ek ayat padh di unhone. warid al jahilin, nadan se avoid karo, nadan ki baat par avoid karo. to wo kehte hain ki within second unka gussa khatam ho gaya. phir wo kehte hain, "kaan wa kafir in the kitab allah." allah ki kitab par bahut achha jaane wale the. wo</w:t>
      </w:r>
    </w:p>
    <w:p>
      <w:pPr>
        <w:jc w:val="right"/>
      </w:pPr>
      <w:r>
        <w:t>एक आयत पढ़ दी उन्होंने। वारिद अल जाहिलिन, नादान से अवॉइड करो, नादान की बात पर अवॉइड करो। तो वह कहते हैं कि विदिन सेकंड उनका गुस्सा खत्म हो गया। फिर वह कहते हैं, "कान व काफर इन द किताब अल्लाह।" अल्लाह की किताब पर बहुत अच्छा जाने वाले थे। वो</w:t>
      </w:r>
    </w:p>
    <w:p>
      <w:r>
        <w:rPr>
          <w:b/>
        </w:rPr>
        <w:t xml:space="preserve">[26:23] </w:t>
      </w:r>
      <w:r>
        <w:t>kya, abhi gussa hua, abhi maafi ho gaya.</w:t>
      </w:r>
    </w:p>
    <w:p>
      <w:pPr>
        <w:jc w:val="right"/>
      </w:pPr>
      <w:r>
        <w:t>क्या, अभी गुस्सा हुआ, अभी माफी हो गया।</w:t>
      </w:r>
    </w:p>
    <w:p>
      <w:r>
        <w:rPr>
          <w:b/>
        </w:rPr>
        <w:t xml:space="preserve">[26:28] </w:t>
      </w:r>
      <w:r>
        <w:t>to maine kaha ki yeh jo yeh jo flying wheel jo aapne chalaye, ek switch se idhar chalne laga, doosri switch se idhar chalne laga. to momin woh hai jo apne direction ko within second change kar sake. allah se apna talluq uska ho, akhirat ka apna ehsaas uska ho, jannat uska ida concern bani hui ho</w:t>
      </w:r>
    </w:p>
    <w:p>
      <w:pPr>
        <w:jc w:val="right"/>
      </w:pPr>
      <w:r>
        <w:t>तो मैंने कहा कि यह जो यह जो फ्लाइंग व्हील जो आपने चलाए, एक स्विच से इधर चलने लगा, दूसरी स्विच से इधर चलने लगा। तो मोमिन वह है जो अपने डायरेक्शन को विदिन सेकंड चेंज कर सके। अल्लाह से अपना ताल्लुक उसका हो, आखिरत का अपना एहसास उसका हो, जन्नत उसका इदा कंसर्न बनी हुई हो</w:t>
      </w:r>
    </w:p>
    <w:p>
      <w:r>
        <w:rPr>
          <w:b/>
        </w:rPr>
        <w:t xml:space="preserve">[26:49] </w:t>
      </w:r>
      <w:r>
        <w:t>ki ek second mein wo agar uski soch agar derail ho rahi thi, to foran track par aa jaye. wo to wo wahan bhi dindari hai. to technology alag hai, deen alag hai. yeh koi yeh sahi soch nahi hai. wo</w:t>
      </w:r>
    </w:p>
    <w:p>
      <w:pPr>
        <w:jc w:val="right"/>
      </w:pPr>
      <w:r>
        <w:t>कि एक सेकंड में वो अगर उसकी सोच अगर डिरेल हो रही थी, तो फौरन ट्रैक पर आ जाए। वो तो वो वहां भी दीनदारी है। तो टेक्नोलॉजी अलग है, दीन अलग है। यह कोई यह सही सोच नहीं है। वो</w:t>
      </w:r>
    </w:p>
    <w:p>
      <w:r>
        <w:rPr>
          <w:b/>
        </w:rPr>
        <w:t xml:space="preserve">[27:07] </w:t>
      </w:r>
      <w:r>
        <w:t>asli cheez hai ki aap ab ek train mind aapko chahiye, prepared mind, jo har jagah food le sake. aisi cheez hai intellectual food lena, spiritual food lena. wo hai deen. deen koi aasani hai ki koi masjid mein jaye, to wo deen hai. bahar aaiye, deen nahi hai.</w:t>
      </w:r>
    </w:p>
    <w:p>
      <w:pPr>
        <w:jc w:val="right"/>
      </w:pPr>
      <w:r>
        <w:t>असली चीज है कि आप अब एक ट्रेन माइंड आपको चाहिए, प्रिपेयर्ड माइंड, जो हर जगह फूड ले सके। ऐसी चीज है इंटेलेक्चुअल फूड लेना, स्पिरिचुअल फूड लेना। वो है दीन। दीन कोई आसानी है कि कोई मस्जिद में जाए, तो वो दीन है। बाहर आइए, दीन नहीं है।</w:t>
      </w:r>
    </w:p>
    <w:p>
      <w:r>
        <w:rPr>
          <w:b/>
        </w:rPr>
        <w:t xml:space="preserve">[27:28] </w:t>
      </w:r>
      <w:r>
        <w:t>jaise main wahan ek baar rome gaya, to wo jo darwaze hote hain, jo jo apne aap khul jate hain, wahan pahunchne se pehli baar maine dekha tha. wahan rome ke airport par to wo wife bhi lounge mein le ja rahe the mujhko. to bar bar kai darwaze pade.</w:t>
      </w:r>
    </w:p>
    <w:p>
      <w:pPr>
        <w:jc w:val="right"/>
      </w:pPr>
      <w:r>
        <w:t>जैसे मैं वहां एक बार रोम गया, तो वो जो दरवाजे होते हैं, जो जो अपने आप खुल जाते हैं, वहां पहुंचने से पहली बार मैंने देखा था। वहां रोम के एयरपोर्ट पर तो वो वाइफ भी लाउंज में ले जा रहे थे मुझको। तो बार-बार कई दरवाजे पड़े।</w:t>
      </w:r>
    </w:p>
    <w:p>
      <w:r>
        <w:rPr>
          <w:b/>
        </w:rPr>
        <w:t xml:space="preserve">[27:47] </w:t>
      </w:r>
      <w:r>
        <w:t>to jaise wahan pahunchta tha, to apne aap khul jata tha. to achanak main usko dekhkar ajeeb meri qift hui ki khudaya, main jab akhirat mein pahunchunga, to mere paas koi kuch nahi hoga. wahan bhi aise hi ho ki mere liye darwaze khulte chale jayein</w:t>
      </w:r>
    </w:p>
    <w:p>
      <w:pPr>
        <w:jc w:val="right"/>
      </w:pPr>
      <w:r>
        <w:t>तो जैसे वहां पहुंचता था, तो अपने आप खुल जाता था। तो अचानक मैं उसको देखकर अजीब मेरी किफ्त हुई कि खुदाया, मैं जब आखिरत में पहुंचूंगा, तो मेरे पास कोई कुछ नहीं होगा। वहां भी ऐसे ही हो कि मेरे लिए दरवाजे खुलते चले जाएं</w:t>
      </w:r>
    </w:p>
    <w:p>
      <w:r>
        <w:rPr>
          <w:b/>
        </w:rPr>
        <w:t xml:space="preserve">[28:04] </w:t>
      </w:r>
      <w:r>
        <w:t>aur main pahunch jaoon jannat ke gate par. to wahan bhi ek wo bhi ek tajurba ban gaya. to mere liye mujhe to rozana har subah sham tajurba hote rehte hain. isi qadam ke to baharhal khulasa yeh hai ki</w:t>
      </w:r>
    </w:p>
    <w:p>
      <w:pPr>
        <w:jc w:val="right"/>
      </w:pPr>
      <w:r>
        <w:t>और मैं पहुंच जाऊं जन्नत के गेट पर। तो वहां भी एक वो भी एक तजुर्बा बन गया। तो मेरे लिए मुझे तो रोजाना हर सुबह शाम तजुर्बा होते रहते हैं। इसी कदम के तो बहरहाल खुलासा यह है कि</w:t>
      </w:r>
    </w:p>
    <w:p>
      <w:r>
        <w:rPr>
          <w:b/>
        </w:rPr>
        <w:t xml:space="preserve">[28:21] </w:t>
      </w:r>
      <w:r>
        <w:t>dindari naam hai ek way of thinking ka. wo of thinking aap develop karein aadmi. to chahe aap kahin bhi ho, wahan aapko food milega, reges food, spiritual food. yahi hai dindari.</w:t>
      </w:r>
    </w:p>
    <w:p>
      <w:pPr>
        <w:jc w:val="right"/>
      </w:pPr>
      <w:r>
        <w:t>दीनदारी नाम है एक वे ऑफ थिंकिंग का। वो ऑफ थिंकिंग आप डेवलप करें आदमी। तो चाहे आप कहीं भी हो, वहां आपको फूड मिलेगा, रेजस फूड, स्पिरिचुअल फूड। यही है दीनदारी।</w:t>
      </w:r>
    </w:p>
    <w:p>
      <w:r>
        <w:rPr>
          <w:b/>
        </w:rPr>
        <w:t xml:space="preserve">[28:40] </w:t>
      </w:r>
      <w:r>
        <w:t>maulana, agla sawal hai haafiz iqbal umri sahab ka. unhon ne likha hai ke mehfooz deen aur ghair mehfooz deen ka kya meyar hai?</w:t>
      </w:r>
    </w:p>
    <w:p>
      <w:pPr>
        <w:jc w:val="right"/>
      </w:pPr>
      <w:r>
        <w:t>मौलाना, अगला सवाल है हाफिज इकबाल उमरी साहब का। उन्होंने लिखा है कि महफूज दीन और غیر महफूज दीन का क्या मेयार है?</w:t>
      </w:r>
    </w:p>
    <w:p>
      <w:r>
        <w:rPr>
          <w:b/>
        </w:rPr>
        <w:t xml:space="preserve">[28:51] </w:t>
      </w:r>
      <w:r>
        <w:t>yeh to historical question hai. mera yeh hai ke jo jo kitaab utri thi ghamar ke zamane mein, wahi same kitaab aaj maujood ho, yeh hai.</w:t>
      </w:r>
    </w:p>
    <w:p>
      <w:pPr>
        <w:jc w:val="right"/>
      </w:pPr>
      <w:r>
        <w:t>यह तो हिस्टोरिकल क्वेश्चन है। मेरा यह है कि जो जो किताब उतरी थी गमर के जमाने में, वही सेम किताब आज मौजूद हो, यह है।</w:t>
      </w:r>
    </w:p>
    <w:p>
      <w:r>
        <w:rPr>
          <w:b/>
        </w:rPr>
        <w:t xml:space="preserve">[29:07] </w:t>
      </w:r>
      <w:r>
        <w:t>to doosri jo kitaab hai, to history se yeh baat prove nahi hoti ke woh jo utra tha ghabr par, jo saheefa, wahi same aaj maujood hai. sabka ek translation hai.</w:t>
      </w:r>
    </w:p>
    <w:p>
      <w:pPr>
        <w:jc w:val="right"/>
      </w:pPr>
      <w:r>
        <w:t>तो दूसरी जो किताब है, तो हिस्ट्री से यह बात प्रूव नहीं होती कि वो जो उतरा था गबर पर, जो सहीफा, वही सेम आज मौजूद है। सबका एक ट्रांसलेशन है।</w:t>
      </w:r>
    </w:p>
    <w:p>
      <w:r>
        <w:rPr>
          <w:b/>
        </w:rPr>
        <w:t xml:space="preserve">[29:23] </w:t>
      </w:r>
      <w:r>
        <w:t>woh woh woh language language bhi gayab hai. misaal ke taur par dekhiye, injeel ko lijiye. aap hazrat maseeh par jo kitaab utri thi, to aaj tak yeh bhi proof nahi hai, saabit establish nahi hai, saabit nahi hua</w:t>
      </w:r>
    </w:p>
    <w:p>
      <w:pPr>
        <w:jc w:val="right"/>
      </w:pPr>
      <w:r>
        <w:t>वो वो वो लैंग्वेज लैंग्वेज भी गायब है। मिसाल के तौर पर देखिए, इंजील को लीजिए। आप हजरत मसीह पर जो किताब उतरी थी, तो आज तक यह भी प्रूफ नहीं है, साबित एस्टेब्लिश नहीं है, साबित नहीं हुआ</w:t>
      </w:r>
    </w:p>
    <w:p>
      <w:r>
        <w:rPr>
          <w:b/>
        </w:rPr>
        <w:t xml:space="preserve">[29:39] </w:t>
      </w:r>
      <w:r>
        <w:t>ke hazrat maseeh kaun si zubaan bolte the. kyunke wahan par teen zubanein theen, yaani greec aur saraik aur woh hebrew. jaise hamare india mein kai zubanein hain, urdu bhi hai, english bhi hai, hindi bhi hai, bangla bhi hai, fala bhi hai. to wahan palestine mein us waqt teen zubanein theen.</w:t>
      </w:r>
    </w:p>
    <w:p>
      <w:pPr>
        <w:jc w:val="right"/>
      </w:pPr>
      <w:r>
        <w:t>कि हजरत मसीह कौन सी जुबान बोलते थे। क्योंकि वहां पर तीन जुबाने थीं, यानी ग्रीक और सराइक और वो हेब्रू। जैसे हमारे इंडिया में कई जुबाने हैं, उर्दू भी है, इंग्लिश भी है, हिंदी भी है, बंगला भी है, फला भी है। तो वहां पलेस्टाइन में उस वक्त तीन जुबाने थीं।</w:t>
      </w:r>
    </w:p>
    <w:p>
      <w:r>
        <w:rPr>
          <w:b/>
        </w:rPr>
        <w:t xml:space="preserve">[30:03] </w:t>
      </w:r>
      <w:r>
        <w:t>kyunke roman wahan par rule kar rahe the, roman governor hua karta tha. uski wajah se wahan par roman language aa gayi thi. to kyunke unke asar kalam mehfooz nahi, jo ab jo hai, woh translation hai. to</w:t>
      </w:r>
    </w:p>
    <w:p>
      <w:pPr>
        <w:jc w:val="right"/>
      </w:pPr>
      <w:r>
        <w:t>क्योंकि रोमन वहां पर रूल कर रहे थे, रोमन गवर्नर हुआ करता था। उसकी वजह से वहां पर रोमन लैंग्वेज आ गई थी। तो क्योंकि उनके असर कलाम महफूज नहीं, जो अब जो है, वो ट्रांसलेशन है। तो</w:t>
      </w:r>
    </w:p>
    <w:p>
      <w:r>
        <w:rPr>
          <w:b/>
        </w:rPr>
        <w:t xml:space="preserve">[30:21] </w:t>
      </w:r>
      <w:r>
        <w:t>historical jo criteria hai, usko judge karke dekha jayega ke woh woh kitaab jo ghabr ki zamane mein thi, kya same mehfooz hai ya nahi mehfooz hai. to yeh yeh to ek ek ek subject hai, baqayda isko kehte hain historical criticism.</w:t>
      </w:r>
    </w:p>
    <w:p>
      <w:pPr>
        <w:jc w:val="right"/>
      </w:pPr>
      <w:r>
        <w:t>हिस्टोरिकल जो क्राइटेरिया है, उसको जज करके देखा जाएगा कि वो वो किताब जो गबर की जमाने में थी, क्या सेम महफूज है या नहीं महफूज है। तो यह यह तो एक एक एक सब्जेक्ट है, बाकायदा इसको कहते हैं हिस्टोरिकल क्रिटिसिजम।</w:t>
      </w:r>
    </w:p>
    <w:p>
      <w:r>
        <w:rPr>
          <w:b/>
        </w:rPr>
        <w:t xml:space="preserve">[30:39] </w:t>
      </w:r>
      <w:r>
        <w:t>iska is subject ka naam hai historical criticism. usmein saari kitabon ki tehqeeq ki gayi hai, mazhabi kitabon ki. aur yeh khud secular musannif ne yeh maana hai ke other the other the quran, jitni kitabein hain, woh sab ki sab</w:t>
      </w:r>
    </w:p>
    <w:p>
      <w:pPr>
        <w:jc w:val="right"/>
      </w:pPr>
      <w:r>
        <w:t>इसका इस सब्जेक्ट का नाम है हिस्टोरिकल क्रिटिसिजम। उसमें सारी किताबों की तहकीक की गई है, मजहबी किताबों की। और यह खुद सेकुलर मुसन्निफ ने यह माना है कि अदर द अदर द कुरान, जितनी किताबें हैं, वो सब की सब</w:t>
      </w:r>
    </w:p>
    <w:p>
      <w:r>
        <w:rPr>
          <w:b/>
        </w:rPr>
        <w:t xml:space="preserve">[30:57] </w:t>
      </w:r>
      <w:r>
        <w:t>unmein alteration ho chuka hai, badlav aa chuka hai. sirf quran hi ek hai kitaab, jo saare scholar mante hain ke quran mein ek ek aayat ke barabar bhi kuch change nahi aaya. to yeh to ek historical subject hai. aur</w:t>
      </w:r>
    </w:p>
    <w:p>
      <w:pPr>
        <w:jc w:val="right"/>
      </w:pPr>
      <w:r>
        <w:t>उनमें अल्टरेशन हो चुका है, बदलाव आ चुका है। सिर्फ कुरान ही एक है किताब, जो सारे स्कॉलर मानते हैं कि कुरान में एक एक आयत के बराबर भी कुछ चेंज नहीं आया। तो यह तो एक हिस्टोरिकल सब्जेक्ट है। और</w:t>
      </w:r>
    </w:p>
    <w:p>
      <w:r>
        <w:rPr>
          <w:b/>
        </w:rPr>
        <w:t xml:space="preserve">[31:14] </w:t>
      </w:r>
      <w:r>
        <w:t>historical study ke zariye se yeh cheez saabit ho chuki hai ke quran mehfooz kitaab hai.</w:t>
      </w:r>
    </w:p>
    <w:p>
      <w:pPr>
        <w:jc w:val="right"/>
      </w:pPr>
      <w:r>
        <w:t>हिस्टोरिकल स्टडी के जरिए से यह चीज साबित हो चुकी है कि कुरान महफूज किताब है।</w:t>
      </w:r>
    </w:p>
    <w:p>
      <w:r>
        <w:rPr>
          <w:b/>
        </w:rPr>
        <w:t xml:space="preserve">[31:24] </w:t>
      </w:r>
      <w:r>
        <w:t>Maulana, agla sawal hai Naghma Siddiqui ka, Delhi se. Unhon ne likha hai, "How should we start human education in people</w:t>
      </w:r>
    </w:p>
    <w:p>
      <w:pPr>
        <w:jc w:val="right"/>
      </w:pPr>
      <w:r>
        <w:t>मौलाना, अगला सवाल है नगमा सिद्दीकी का, दिल्ली से। उन्होंने लिखा है, "हाउ शुड वी स्टार्ट ह्यूमन एजुकेशन इन पीपल</w:t>
      </w:r>
    </w:p>
    <w:p>
      <w:r>
        <w:rPr>
          <w:b/>
        </w:rPr>
        <w:t xml:space="preserve">[31:31] </w:t>
      </w:r>
      <w:r>
        <w:t>?" bahut achha question hai. human education yeh hai jo hum log kar rahe hain. yahi human education hai. literature ke zariye program jo karte hain hum log, uske zariye</w:t>
      </w:r>
    </w:p>
    <w:p>
      <w:pPr>
        <w:jc w:val="right"/>
      </w:pPr>
      <w:r>
        <w:t>?" बहुत अच्छा क्वेश्चन है। ह्यूमन एजुकेशन यह है जो हम लोग कर रहे हैं। यही ह्यूमन एजुकेशन है। लिटरेचर के जरिए प्रोग्राम जो करते हैं हम लोग, उसके जरिए</w:t>
      </w:r>
    </w:p>
    <w:p>
      <w:r>
        <w:rPr>
          <w:b/>
        </w:rPr>
        <w:t xml:space="preserve">[31:48] </w:t>
      </w:r>
      <w:r>
        <w:t>aur internet ke zariye, jo kam jo yaani print media, electronic media, isi ke zariye jo hum log kar rahe hain, yahi hai. isi ko intensify kijiye,</w:t>
      </w:r>
    </w:p>
    <w:p>
      <w:pPr>
        <w:jc w:val="right"/>
      </w:pPr>
      <w:r>
        <w:t>और इंटरनेट के जरिए, जो कम जो यानी प्रिंट मीडिया, इलेक्ट्रॉनिक मीडिया, इसी के जरिए जो हम लोग कर रहे हैं, यही है। इसी को इंटेंसिफाई कीजिए,</w:t>
      </w:r>
    </w:p>
    <w:p>
      <w:r>
        <w:rPr>
          <w:b/>
        </w:rPr>
        <w:t xml:space="preserve">[32:02] </w:t>
      </w:r>
      <w:r>
        <w:t>isi ko khoob badhaiye, khoob badhaiye.</w:t>
      </w:r>
    </w:p>
    <w:p>
      <w:pPr>
        <w:jc w:val="right"/>
      </w:pPr>
      <w:r>
        <w:t>इसी को खूब बढ़ाइए, खूब बढ़ाइए।</w:t>
      </w:r>
    </w:p>
    <w:p>
      <w:r>
        <w:rPr>
          <w:b/>
        </w:rPr>
        <w:t xml:space="preserve">[32:06] </w:t>
      </w:r>
      <w:r>
        <w:t>yaani har aadmi jo hai, khud soche, khud soch karke in jo ke zariye hain, usko istemal kare aur khoob usko apni taqat print laga de. us us har aadmi ko main chahta hoon ke har aadmi program maker ban jaye, khud program maker ban jaye, khud hi program banaye, khud hi usko implement kare, khud hi usko</w:t>
      </w:r>
    </w:p>
    <w:p>
      <w:pPr>
        <w:jc w:val="right"/>
      </w:pPr>
      <w:r>
        <w:t>यानी हर आदमी जो है, खुद सोचे, खुद सोच करके इन जो के जरिए हैं, उसको इस्तेमाल करे और खूब उसको अपनी ताकत प्रिंट लगा दे। उस उस हर आदमी को मैं चाहता हूं कि हर आदमी प्रोग्राम मेकर बन जाए, खुद प्रोग्राम मेकर बन जाए, खुद ही प्रोग्राम बनाए, खुद ही उसको इंप्लीमेंट करे, खुद ही उसको</w:t>
      </w:r>
    </w:p>
    <w:p>
      <w:r>
        <w:rPr>
          <w:b/>
        </w:rPr>
        <w:t xml:space="preserve">[32:31] </w:t>
      </w:r>
      <w:r>
        <w:t>jaanche. sab kuch khud karna hai. kyunke dekhiye, sawab lene ka mamla hai. yeh company ka mamla nahi hai ke companiyon mein to upar se aata hai, lekin yahan to har har aadmi khud sawab lena hai. yeh company ka mamla nahi hai. yahan par jis aadmi ko sawab lena hai, usko khud hi program maker hi banna hai.</w:t>
      </w:r>
    </w:p>
    <w:p>
      <w:pPr>
        <w:jc w:val="right"/>
      </w:pPr>
      <w:r>
        <w:t>जांचे। सब कुछ खुद करना है। क्योंकि देखिए, सवाब लेने का मामला है। यह कंपनी का मामला नहीं है कि कंपनियों में तो ऊपर से आता है, लेकिन यहां तो हर हर आदमी खुद सवाब लेना है। यह कंपनी का मामला नहीं है। यहां पर जिस आदमी को सवाब लेना है, उसको खुद ही प्रोग्राम मेकर ही बनना है।</w:t>
      </w:r>
    </w:p>
    <w:p>
      <w:r>
        <w:rPr>
          <w:b/>
        </w:rPr>
        <w:t xml:space="preserve">[32:53] </w:t>
      </w:r>
      <w:r>
        <w:t>to bahut fark hai mission mein aur company mein. company mein to upar se aata hai, wahi wahi wahi kar dete hain log. mission mein yeh hai ke har farad ko, har har individual ko khud sochna hai, khud planning karna hai, khud usko implement karna hai, khud program maker banna hai.</w:t>
      </w:r>
    </w:p>
    <w:p>
      <w:pPr>
        <w:jc w:val="right"/>
      </w:pPr>
      <w:r>
        <w:t>तो बहुत फर्क है मिशन में और कंपनी में। कंपनी में तो ऊपर से आता है, वही वही वही कर देते हैं लोग। मिशन में यह है कि हर फर्द को, हर हर इंडिविजुअल को खुद सोचना है, खुद प्लानिंग करना है, खुद उसको इंप्लीमेंट करना है, खुद प्रोग्राम मेकर बनना है।</w:t>
      </w:r>
    </w:p>
    <w:p>
      <w:r>
        <w:rPr>
          <w:b/>
        </w:rPr>
        <w:t xml:space="preserve">[33:12] </w:t>
      </w:r>
      <w:r>
        <w:t>subah, shaam, raat, din aap apne mind ko usm lagaye rakhenge, to yeh kaam hoga. to human education jo hai, self evolvement ka naam hai. sach poocho to jitna zyada self evolvement hoga, utni aap insaan ko educate kar sakenge.</w:t>
      </w:r>
    </w:p>
    <w:p>
      <w:pPr>
        <w:jc w:val="right"/>
      </w:pPr>
      <w:r>
        <w:t>सुबह, शाम, रात, दिन आप अपने माइंड को उसम लगाए रखेंगे, तो यह काम होगा। तो ह्यूमन एजुकेशन जो है, सेल्फ इवॉल्वमेंट का नाम है। सच पूछो तो जितना ज्यादा सेल्फ इवॉल्वमेंट होगा, उतनी आप इंसान को एजुकेट कर सकेंगे।</w:t>
      </w:r>
    </w:p>
    <w:p>
      <w:r>
        <w:rPr>
          <w:b/>
        </w:rPr>
        <w:t xml:space="preserve">[33:31] </w:t>
      </w:r>
      <w:r>
        <w:t>maulana, agla sawal hai aashiq hussain meer sahab ka. inhone apna place nahi likha hai. inhone likha hai, "all though west has given us so much technology for which we must be thankful. yet we see they are mostly anti islamic, like that of afghanistan attack, iraq attack, and now like for iran. we get double minded. what sort of feeling we must have for them?</w:t>
      </w:r>
    </w:p>
    <w:p>
      <w:pPr>
        <w:jc w:val="right"/>
      </w:pPr>
      <w:r>
        <w:t>मौलाना, अगला सवाल है आशिक हुसैन मीर साहब का। इन्होंने अपना प्लेस नहीं लिखा है। उन्होंने लिखा है, "ऑल दो वेस्ट हैज गिवन अस सो मच टेक्नोलॉजी फॉर व्हिच वी मस्ट बी थैंकफूल। यट वी सी दे आर मोस्टली एंटी इस्लामिक, लाइक दैट ऑफ अफगानिस्तान अटैक, इराक अटैक, एंड नाउ लाइक फॉर ईरान। वी गेट डबल माइंडेड। व्हाट सॉर्ट ऑफ फीलिंग वी मस्ट हैव फॉर देम?</w:t>
      </w:r>
    </w:p>
    <w:p>
      <w:r>
        <w:rPr>
          <w:b/>
        </w:rPr>
        <w:t xml:space="preserve">[33:58] </w:t>
      </w:r>
      <w:r>
        <w:t>thankfulness aur hatred?</w:t>
      </w:r>
    </w:p>
    <w:p>
      <w:pPr>
        <w:jc w:val="right"/>
      </w:pPr>
      <w:r>
        <w:t>थैंकफूलनेस और हेट्रे?"</w:t>
      </w:r>
    </w:p>
    <w:p>
      <w:r>
        <w:rPr>
          <w:b/>
        </w:rPr>
        <w:t xml:space="preserve">[34:02] </w:t>
      </w:r>
      <w:r>
        <w:t>yeh sab jhoothi baat hai. anti islam se koi taalluq nahi uska. afghanistan mein unka jo intervention hai, woh anti islam se, anti islam bhi nahi hai. islam se kya taalluq uska?</w:t>
      </w:r>
    </w:p>
    <w:p>
      <w:pPr>
        <w:jc w:val="right"/>
      </w:pPr>
      <w:r>
        <w:t>यह सब झूठी बात है। एंटी इस्लाम से कोई ताल्लुक नहीं उसका। अफगानिस्तान में उनका जो इंटरवेंशन है, वो एंटी इस्लाम से, एंटी इस्लाम भी नहीं है। इस्लाम से क्या ताल्लुक उसका?</w:t>
      </w:r>
    </w:p>
    <w:p>
      <w:r>
        <w:rPr>
          <w:b/>
        </w:rPr>
        <w:t xml:space="preserve">[34:13] </w:t>
      </w:r>
      <w:r>
        <w:t>yani musalmanon ke ek bahut bada, yani bahut bada jurm yeh kar rahe hain.</w:t>
      </w:r>
    </w:p>
    <w:p>
      <w:pPr>
        <w:jc w:val="right"/>
      </w:pPr>
      <w:r>
        <w:t>यानी मुसलमानों के एक बहुत बड़ा, यानी बहुत बड़ा जुर्म यह कर रहे हैं।</w:t>
      </w:r>
    </w:p>
    <w:p>
      <w:r>
        <w:rPr>
          <w:b/>
        </w:rPr>
        <w:t xml:space="preserve">[34:18] </w:t>
      </w:r>
      <w:r>
        <w:t>bahut bahut main isko crime samajhta hoon ki islam musalman ko ek kar diya unhone.</w:t>
      </w:r>
    </w:p>
    <w:p>
      <w:pPr>
        <w:jc w:val="right"/>
      </w:pPr>
      <w:r>
        <w:t>बहुत बहुत मैं इसको क्राइम समझता हूं कि इस्लाम मुसलमान को एक कर दिया उन्होंने।</w:t>
      </w:r>
    </w:p>
    <w:p>
      <w:r>
        <w:rPr>
          <w:b/>
        </w:rPr>
        <w:t xml:space="preserve">[34:25] </w:t>
      </w:r>
      <w:r>
        <w:t>yani crime se chhoti koi cheez nahi hai.</w:t>
      </w:r>
    </w:p>
    <w:p>
      <w:pPr>
        <w:jc w:val="right"/>
      </w:pPr>
      <w:r>
        <w:t>यानी क्राइम से छोटी कोई चीज नहीं है।</w:t>
      </w:r>
    </w:p>
    <w:p>
      <w:r>
        <w:rPr>
          <w:b/>
        </w:rPr>
        <w:t xml:space="preserve">[34:27] </w:t>
      </w:r>
      <w:r>
        <w:t>ye jiske mere paas alfaaz ki muslim musalman qaumi masle ko r se islami masla bana dete hain.</w:t>
      </w:r>
    </w:p>
    <w:p>
      <w:pPr>
        <w:jc w:val="right"/>
      </w:pPr>
      <w:r>
        <w:t>ये जिसके मेरे पास अल्फाज कि मुस्लिम मुसलमान कौमी मसले को र से इस्लामी मसला बना देते हैं।</w:t>
      </w:r>
    </w:p>
    <w:p>
      <w:r>
        <w:rPr>
          <w:b/>
        </w:rPr>
        <w:t xml:space="preserve">[34:34] </w:t>
      </w:r>
      <w:r>
        <w:t>wo wo to unke aapas ki ladai hai, qaumi ladai.</w:t>
      </w:r>
    </w:p>
    <w:p>
      <w:pPr>
        <w:jc w:val="right"/>
      </w:pPr>
      <w:r>
        <w:t>वो वो तो उनके आपस की लड़ाई है, कौमी लड़ाई।</w:t>
      </w:r>
    </w:p>
    <w:p>
      <w:r>
        <w:rPr>
          <w:b/>
        </w:rPr>
        <w:t xml:space="preserve">[34:37] </w:t>
      </w:r>
      <w:r>
        <w:t>wo bhi qaumi deen par hai, wahi qaumi deen par hai.</w:t>
      </w:r>
    </w:p>
    <w:p>
      <w:pPr>
        <w:jc w:val="right"/>
      </w:pPr>
      <w:r>
        <w:t>वो भी कौमी दीन पर है, वही कौमी दीन पर है।</w:t>
      </w:r>
    </w:p>
    <w:p>
      <w:r>
        <w:rPr>
          <w:b/>
        </w:rPr>
        <w:t xml:space="preserve">[34:41] </w:t>
      </w:r>
      <w:r>
        <w:t>yani america bhi qaumi deen par hai, afghanistan wali bhi qaumi deen par hai.</w:t>
      </w:r>
    </w:p>
    <w:p>
      <w:pPr>
        <w:jc w:val="right"/>
      </w:pPr>
      <w:r>
        <w:t>यानी अमेरिका भी कौमी दीन पर है, अफगानिस्तान वाली भी कौमी दीन पर है।</w:t>
      </w:r>
    </w:p>
    <w:p>
      <w:r>
        <w:rPr>
          <w:b/>
        </w:rPr>
        <w:t xml:space="preserve">[34:45] </w:t>
      </w:r>
      <w:r>
        <w:t>uska islami issue nahi hai.</w:t>
      </w:r>
    </w:p>
    <w:p>
      <w:pPr>
        <w:jc w:val="right"/>
      </w:pPr>
      <w:r>
        <w:t>उसका इस्लामी इशू नहीं है।</w:t>
      </w:r>
    </w:p>
    <w:p>
      <w:r>
        <w:rPr>
          <w:b/>
        </w:rPr>
        <w:t xml:space="preserve">[34:46] </w:t>
      </w:r>
      <w:r>
        <w:t>wo bila shubah ek crime hai ki aap musalman qaumi masle ko islam ka title dein.</w:t>
      </w:r>
    </w:p>
    <w:p>
      <w:pPr>
        <w:jc w:val="right"/>
      </w:pPr>
      <w:r>
        <w:t>वो बिला शुभ एक क्राइम है कि आप मुसलमान कौमी मसले को इस्लाम का टाइटल दें।</w:t>
      </w:r>
    </w:p>
    <w:p>
      <w:r>
        <w:rPr>
          <w:b/>
        </w:rPr>
        <w:t xml:space="preserve">[34:54] </w:t>
      </w:r>
      <w:r>
        <w:t>qaum ke paas dekhiye, usko unke qaumi interest</w:t>
      </w:r>
    </w:p>
    <w:p>
      <w:pPr>
        <w:jc w:val="right"/>
      </w:pPr>
      <w:r>
        <w:t>कौम के पास देखिए, उसको उनके कौमी इंटरेस्ट</w:t>
      </w:r>
    </w:p>
    <w:p>
      <w:r>
        <w:rPr>
          <w:b/>
        </w:rPr>
        <w:t xml:space="preserve">[34:57] </w:t>
      </w:r>
      <w:r>
        <w:t>hai, unke qaumi interest hai, dono ke qaumi interest hai. uska islam se kya taalluq hai?</w:t>
      </w:r>
    </w:p>
    <w:p>
      <w:pPr>
        <w:jc w:val="right"/>
      </w:pPr>
      <w:r>
        <w:t>है, उनके कौमी इंटरेस्ट है, दोनों के कौमी इंटरेस्ट है। उसका इस्लाम से क्या ताल्लुक है?</w:t>
      </w:r>
    </w:p>
    <w:p>
      <w:r>
        <w:rPr>
          <w:b/>
        </w:rPr>
        <w:t xml:space="preserve">[35:04] </w:t>
      </w:r>
      <w:r>
        <w:t>bila shubah haraam hai yeh politics jo musalman chala rahe hain ke apne qaumi issues ko islam ka title de dete hain aur phir usko nafrat karte hain. yeh keh kar ke enemy of islam hai. is par maine bahut likha. aap mere bazane padh lijiye. bahut likha. har parche mein kuch na kuch hota hai. abhi jo march ka par chapa, usko padh lijiye. aap uska subject bhi yahi hai.</w:t>
      </w:r>
    </w:p>
    <w:p>
      <w:pPr>
        <w:jc w:val="right"/>
      </w:pPr>
      <w:r>
        <w:t>बिला शुभ हराम है यह पॉलिटिक्स जो मुसलमान चला रहे हैं कि अपने कौमी इश्यूज को इस्लाम का टाइटल दे देते हैं और फिर उसको नफरत करते हैं। यह कह कर के एनिमी ऑफ इस्लाम है। इस पर मैंने बहुत लिखा। आप मेरे बजाने पढ़ लीजिए। बहुत लिखा। हर परचे में कुछ ना कुछ होता है। अभी जो मार्च का पर छपा, उसको पढ़ लीजिए। आप उसका सब्जेक्ट भी यही है।</w:t>
      </w:r>
    </w:p>
    <w:p>
      <w:r>
        <w:rPr>
          <w:b/>
        </w:rPr>
        <w:t xml:space="preserve">[35:33] </w:t>
      </w:r>
      <w:r>
        <w:t>agla question hai abdul rehman sahab ka. inhone bhi apni place nahi likhi hai. inka sawal hai, "please clarify the difference between mazhab and deen."</w:t>
      </w:r>
    </w:p>
    <w:p>
      <w:pPr>
        <w:jc w:val="right"/>
      </w:pPr>
      <w:r>
        <w:t>अगला क्वेश्चन है अब्दुल रहमान साहब का। इन्होंने भी अपनी प्लेस नहीं लिखी है। इनका सवाल है, "प्लीज क्लेरिफाई द डिफरेंस बिटवीन मजहब एंड दीन।"</w:t>
      </w:r>
    </w:p>
    <w:p>
      <w:r>
        <w:rPr>
          <w:b/>
        </w:rPr>
        <w:t xml:space="preserve">[35:46] </w:t>
      </w:r>
      <w:r>
        <w:t>dekhiye, mazhab ka lafz to</w:t>
      </w:r>
    </w:p>
    <w:p>
      <w:pPr>
        <w:jc w:val="right"/>
      </w:pPr>
      <w:r>
        <w:t>देखिए, मजहब का लफ्ज तो</w:t>
      </w:r>
    </w:p>
    <w:p>
      <w:r>
        <w:rPr>
          <w:b/>
        </w:rPr>
        <w:t xml:space="preserve">[35:50] </w:t>
      </w:r>
      <w:r>
        <w:t>samajhne ke bola jata hai.</w:t>
      </w:r>
    </w:p>
    <w:p>
      <w:pPr>
        <w:jc w:val="right"/>
      </w:pPr>
      <w:r>
        <w:t>समझने के बोला जाता है।</w:t>
      </w:r>
    </w:p>
    <w:p>
      <w:r>
        <w:rPr>
          <w:b/>
        </w:rPr>
        <w:t xml:space="preserve">[35:51] </w:t>
      </w:r>
      <w:r>
        <w:t>jab hum islam ka reference bole, to hum bolenge islam, bolenge ya deen, bolenge mazhab.</w:t>
      </w:r>
    </w:p>
    <w:p>
      <w:pPr>
        <w:jc w:val="right"/>
      </w:pPr>
      <w:r>
        <w:t>जब हम इस्लाम का रेफरेंस बोले, तो हम बोलेंगे इस्लाम, बोलेंगे या दीन, बोलेंगे मजहब।</w:t>
      </w:r>
    </w:p>
    <w:p>
      <w:r>
        <w:rPr>
          <w:b/>
        </w:rPr>
        <w:t xml:space="preserve">[35:57] </w:t>
      </w:r>
      <w:r>
        <w:t>koi quran hadith ka lafz to hai nahi.</w:t>
      </w:r>
    </w:p>
    <w:p>
      <w:pPr>
        <w:jc w:val="right"/>
      </w:pPr>
      <w:r>
        <w:t>कोई कुरान हदीस का लफ्ज तो है नहीं।</w:t>
      </w:r>
    </w:p>
    <w:p>
      <w:r>
        <w:rPr>
          <w:b/>
        </w:rPr>
        <w:t xml:space="preserve">[36:00] </w:t>
      </w:r>
      <w:r>
        <w:t>aur jo fukha lafz mazhab istemal karte hain, to wo fikhi school ke mane mein bolte hain.</w:t>
      </w:r>
    </w:p>
    <w:p>
      <w:pPr>
        <w:jc w:val="right"/>
      </w:pPr>
      <w:r>
        <w:t>और जो फुका लफ्ज मजहब इस्तेमाल करते हैं, तो वो फिक्ही स्कूल के माने में बोलते हैं।</w:t>
      </w:r>
    </w:p>
    <w:p>
      <w:r>
        <w:rPr>
          <w:b/>
        </w:rPr>
        <w:t xml:space="preserve">[36:06] </w:t>
      </w:r>
      <w:r>
        <w:t>hamare jo fukha ya ulma jo hain, wo mazhab ka lafz bolte hain, to wo fikhi school ke</w:t>
      </w:r>
    </w:p>
    <w:p>
      <w:pPr>
        <w:jc w:val="right"/>
      </w:pPr>
      <w:r>
        <w:t>हमारे जो फुका या उलमा जो हैं, वो मजहब का लफ्ज बोलते हैं, तो वो फिक्ही स्कूल के</w:t>
      </w:r>
    </w:p>
    <w:p>
      <w:r>
        <w:rPr>
          <w:b/>
        </w:rPr>
        <w:t xml:space="preserve">[36:12] </w:t>
      </w:r>
      <w:r>
        <w:t>mane mein. baqi jo sahi lafz hai, wo deen hai.</w:t>
      </w:r>
    </w:p>
    <w:p>
      <w:pPr>
        <w:jc w:val="right"/>
      </w:pPr>
      <w:r>
        <w:t>माने में। बाकी जो सही लफ्ज है, वो दीन है।</w:t>
      </w:r>
    </w:p>
    <w:p>
      <w:r>
        <w:rPr>
          <w:b/>
        </w:rPr>
        <w:t xml:space="preserve">[36:17] </w:t>
      </w:r>
      <w:r>
        <w:t>mere hadiq. aur jab aap yeh batana ho ki islam ko quran ne kya diya hai, to uske</w:t>
      </w:r>
    </w:p>
    <w:p>
      <w:pPr>
        <w:jc w:val="right"/>
      </w:pPr>
      <w:r>
        <w:t>मेरे हदीक। और जब आप यह बताना हो कि इस्लाम को कुरान ने क्या दिया है, तो उसके</w:t>
      </w:r>
    </w:p>
    <w:p>
      <w:r>
        <w:rPr>
          <w:b/>
        </w:rPr>
        <w:t xml:space="preserve">[36:24] </w:t>
      </w:r>
      <w:r>
        <w:t>liye deen hi sahi hoga.</w:t>
      </w:r>
    </w:p>
    <w:p>
      <w:pPr>
        <w:jc w:val="right"/>
      </w:pPr>
      <w:r>
        <w:t>लिए दीन ही सही होगा।</w:t>
      </w:r>
    </w:p>
    <w:p>
      <w:r>
        <w:rPr>
          <w:b/>
        </w:rPr>
        <w:t xml:space="preserve">[36:26] </w:t>
      </w:r>
      <w:r>
        <w:t>aam form banane ke liye mazhab bola jata hai,</w:t>
      </w:r>
    </w:p>
    <w:p>
      <w:pPr>
        <w:jc w:val="right"/>
      </w:pPr>
      <w:r>
        <w:t>आम फॉर्म बनाने के लिए मजहब बोला जाता है,</w:t>
      </w:r>
    </w:p>
    <w:p>
      <w:r>
        <w:rPr>
          <w:b/>
        </w:rPr>
        <w:t xml:space="preserve">[36:29] </w:t>
      </w:r>
      <w:r>
        <w:t>warna sahi lafz mazhab nahi hai, sahi lafz deen hai.</w:t>
      </w:r>
    </w:p>
    <w:p>
      <w:pPr>
        <w:jc w:val="right"/>
      </w:pPr>
      <w:r>
        <w:t>वरना सही लफ्ज मजहब नहीं है, सही लफ्ज दीन है।</w:t>
      </w:r>
    </w:p>
    <w:p>
      <w:r>
        <w:rPr>
          <w:b/>
        </w:rPr>
        <w:t xml:space="preserve">[36:35] </w:t>
      </w:r>
      <w:r>
        <w:t>maulana, agla sawal hai shabana idrees ka. unhone likha hai ke "five times of namaz compromise of compromise of farz to type of sunnat and nafl. please guide which of them are compulsory and which are optional." yeh sab fiqh masle hain. aap unki kitab padh lijiye, munaf qatula sahab ki "talibul islam." aap unki kitab padhiye, "talibul islam." usme sari baatein mil jayengi aapko.</w:t>
      </w:r>
    </w:p>
    <w:p>
      <w:pPr>
        <w:jc w:val="right"/>
      </w:pPr>
      <w:r>
        <w:t>मौलाना, अगला सवाल है शबाना इदरीस का। उन्होंने लिखा है कि "फाइव टाइम्स ऑफ नमाज कंप्रोमाइज ऑफ कंप्रोमाइज ऑफ फर्ज टू टाइप ऑफ सुन्नत एंड नफल। प्लीज गाइड च ऑफ देम आर कंपलसरी एंड च आर ऑप्शनल।" ये सब फिक मसले हैं। आप उनकी किताब पढ़ लीजिए, मुनाफ कातुला साहब की "तालिबुल इस्लाम।" आप उनकी किताब पढ़िए, "तालिबुल इस्लाम।" उसमें सारी बातें मिल जाएंगी आपको।</w:t>
      </w:r>
    </w:p>
    <w:p>
      <w:r>
        <w:rPr>
          <w:b/>
        </w:rPr>
        <w:t xml:space="preserve">[37:05] </w:t>
      </w:r>
      <w:r>
        <w:t>okay, now we will end the question session now.</w:t>
      </w:r>
    </w:p>
    <w:p>
      <w:pPr>
        <w:jc w:val="right"/>
      </w:pPr>
      <w:r>
        <w:t>ओके, नाउ वी विल एंड द क्वेश्चन से सेशन नाउ।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