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11 Jul 2010 Maulana Wahiduddin Khan</w:t>
      </w:r>
    </w:p>
    <w:p>
      <w:r>
        <w:t>https://www.youtube.com/watch?v=UHtdtzGGwFQ</w:t>
      </w:r>
    </w:p>
    <w:p>
      <w:r>
        <w:rPr>
          <w:b/>
        </w:rPr>
        <w:t xml:space="preserve">[00:12] </w:t>
      </w:r>
      <w:r>
        <w:t>anokha, madhya pradesh se. unhone likha hai ke, "agar maine quran ka translation logon ko dena shuru kar diya hai, to kya yeh dawa work ho gaya?</w:t>
      </w:r>
    </w:p>
    <w:p>
      <w:pPr>
        <w:jc w:val="right"/>
      </w:pPr>
      <w:r>
        <w:t>अनोखा, मध्य प्रदेश से। उन्होंने लिखा है कि, "अगर मैंने क़ुरान का ट्रांसलेशन लोगों को देना शुरू कर दिया है, तो क्या यह दावा वर्क हो गया?</w:t>
      </w:r>
    </w:p>
    <w:p>
      <w:r>
        <w:rPr>
          <w:b/>
        </w:rPr>
        <w:t xml:space="preserve">[00:25] </w:t>
      </w:r>
      <w:r>
        <w:t>mujhe log kehte hain ke jinhe tum quran de rahi ho, wo to use dekhenge bhi nahi. mujhe kya jawab dena chahiye, maulana?"</w:t>
      </w:r>
    </w:p>
    <w:p>
      <w:pPr>
        <w:jc w:val="right"/>
      </w:pPr>
      <w:r>
        <w:t>मुझे लोग कहते हैं कि जिन्हें तुम क़ुरान दे रही हो, वो तो उसे देखेंगे भी नहीं। मुझे क्या जवाब देना चाहिए, मौलाना?"</w:t>
      </w:r>
    </w:p>
    <w:p>
      <w:r>
        <w:rPr>
          <w:b/>
        </w:rPr>
        <w:t xml:space="preserve">[00:35] </w:t>
      </w:r>
      <w:r>
        <w:t>dekhiye, yeh pur hisse basa hua hai ke koi kaam na kare to khush rehte hain log. kaam kare to usme nukte nikalenge, discourage karenge. bilkul shaitani boli bol rahe hain yeh log, jo aisa kehte hain.</w:t>
      </w:r>
    </w:p>
    <w:p>
      <w:pPr>
        <w:jc w:val="right"/>
      </w:pPr>
      <w:r>
        <w:t>देखिए, ये पुर हिस्से बसा हुआ है कि कोई काम न करे तो खुश रहते हैं लोग। काम करे तो उसमें नुक्ते निकालेंगे, डिस्करेज करेंगे। बिल्कुल शैतानी बोली बोल रहे हैं ये लोग, जो ऐसा कहते हैं।</w:t>
      </w:r>
    </w:p>
    <w:p>
      <w:r>
        <w:rPr>
          <w:b/>
        </w:rPr>
        <w:t xml:space="preserve">[00:54] </w:t>
      </w:r>
      <w:r>
        <w:t>hazrat umar ne kehta hai, sahi kaha tha ke tum agar teer ki tarah seedhe ho jao, tab bhi log tumhare taraf tedhe nikal lenge. hazrat umar, jo khalifa the, unhone kaha tha ke agar teer ki tarah seedhe ho jao, arrow ki tarah, tab bhi tumhare log tedhe nikal lenge.</w:t>
      </w:r>
    </w:p>
    <w:p>
      <w:pPr>
        <w:jc w:val="right"/>
      </w:pPr>
      <w:r>
        <w:t>हज़रत उमर ने कहता है, सही कहा था कि तुम अगर तीर की तरह सीधे हो जाओ, तब भी लोग तुम्हारे तरफ टेढ़े निकाल लेंगे। हज़रत उमर, जो खलीफा थे, उन्होंने कहा था कि अगर तीर की तरह सीधे हो जाओ, एरो की तरह, तब भी तुम्हारे लोग टेढ़े निकाल लेंगे।</w:t>
      </w:r>
    </w:p>
    <w:p>
      <w:r>
        <w:rPr>
          <w:b/>
        </w:rPr>
        <w:t xml:space="preserve">[01:13] </w:t>
      </w:r>
      <w:r>
        <w:t>sahi, aap ek kaam kar rahi hain, usme usne nukte nikal diye.</w:t>
      </w:r>
    </w:p>
    <w:p>
      <w:pPr>
        <w:jc w:val="right"/>
      </w:pPr>
      <w:r>
        <w:t>सही, आप एक काम कर रही हैं, उसमें उसने नुक्ते निकाल दिए।</w:t>
      </w:r>
    </w:p>
    <w:p>
      <w:r>
        <w:rPr>
          <w:b/>
        </w:rPr>
        <w:t xml:space="preserve">[01:19] </w:t>
      </w:r>
      <w:r>
        <w:t>rasoolullah ne bahut se logon ko sunaya, aur kisi ne bahut kuch sunaya, kisi ne nahi mana. aur pichhle paigambar to kisi ne maane hi nahi. aap kitab de rahi hain, unhe baatein sunate the wo. to kya paigambar ne kaam band kar diya?</w:t>
      </w:r>
    </w:p>
    <w:p>
      <w:pPr>
        <w:jc w:val="right"/>
      </w:pPr>
      <w:r>
        <w:t>रसूलल्लाह ने बहुत से लोगों को सुनाया, और किसी ने बहुत कुछ सुनाया, किसी ने नहीं माना। और पिछले पैगंबर तो किसी ने माने ही नहीं। आप किताब दे रही हैं, उन्हें बातें सुनाते थे वो। तो क्या पैगंबर ने काम बंद कर दिया?</w:t>
      </w:r>
    </w:p>
    <w:p>
      <w:r>
        <w:rPr>
          <w:b/>
        </w:rPr>
        <w:t xml:space="preserve">[01:37] </w:t>
      </w:r>
      <w:r>
        <w:t>yeh daai yeh nahi sochta ke dusra aadmi kitna asar lega. daai ki nazar apni duty par hoti hai. baat yeh nahi hai ke dusra kitna asar lega, kitna asar liya usne. that is that is their problem, yeh not your problem.</w:t>
      </w:r>
    </w:p>
    <w:p>
      <w:pPr>
        <w:jc w:val="right"/>
      </w:pPr>
      <w:r>
        <w:t>यह दाई यह नहीं सोचता कि दूसरा आदमी कितना असर लेगा। दाई की नजर अपनी ड्यूटी पर होती है। बात यह नहीं है कि दूसरा कितना असर लेगा, कितना असर लिया उसने। دیٹ از دیٹ از دیر پرابلم، یہ ناٹ یور پرابلم۔</w:t>
      </w:r>
    </w:p>
    <w:p>
      <w:r>
        <w:rPr>
          <w:b/>
        </w:rPr>
        <w:t xml:space="preserve">[01:56] </w:t>
      </w:r>
      <w:r>
        <w:t>do baatein alag alag hain, dekhiye. aapka problem kya hai?</w:t>
      </w:r>
    </w:p>
    <w:p>
      <w:pPr>
        <w:jc w:val="right"/>
      </w:pPr>
      <w:r>
        <w:t>दो बातें अलग-अलग हैं, देखिए। आपका प्रॉब्लम क्या है?</w:t>
      </w:r>
    </w:p>
    <w:p>
      <w:r>
        <w:rPr>
          <w:b/>
        </w:rPr>
        <w:t xml:space="preserve">[02:01] </w:t>
      </w:r>
      <w:r>
        <w:t>allah ke yahan pakad hogi aapki, agar aap daati kaam na kare. usne mana, nahi mana, yeh uska kaam hai.</w:t>
      </w:r>
    </w:p>
    <w:p>
      <w:pPr>
        <w:jc w:val="right"/>
      </w:pPr>
      <w:r>
        <w:t>अल्लाह के यहां पकड़ होगी आपकी, अगर आप दावती काम ना करें। उसने माना, नहीं माना, यह उसका काम है।</w:t>
      </w:r>
    </w:p>
    <w:p>
      <w:r>
        <w:rPr>
          <w:b/>
        </w:rPr>
        <w:t xml:space="preserve">[02:11] </w:t>
      </w:r>
      <w:r>
        <w:t>dusri baat, dekhiye, kusool hai quran rajeed mein ke la yukallifullahu nafsan illa wusaha.</w:t>
      </w:r>
    </w:p>
    <w:p>
      <w:pPr>
        <w:jc w:val="right"/>
      </w:pPr>
      <w:r>
        <w:t>दूसरी बात, देखिए, कुसूल है क़ुरान रजीद में कि لا يكلف الله نفسا الا اسا اتقوا اللہ واستطاعتم۔</w:t>
      </w:r>
    </w:p>
    <w:p>
      <w:r>
        <w:rPr>
          <w:b/>
        </w:rPr>
        <w:t xml:space="preserve">[02:21] </w:t>
      </w:r>
      <w:r>
        <w:t>iska matlab hai ke har aadmi uske بقدر mukallaf hota hai. yani</w:t>
      </w:r>
    </w:p>
    <w:p>
      <w:pPr>
        <w:jc w:val="right"/>
      </w:pPr>
      <w:r>
        <w:t>اس کا مطلب ہے کہ ہر آدمی اس کے بقدر مکلف ہوتا ہے۔ یعنی</w:t>
      </w:r>
    </w:p>
    <w:p>
      <w:r>
        <w:rPr>
          <w:b/>
        </w:rPr>
        <w:t xml:space="preserve">[02:28] </w:t>
      </w:r>
      <w:r>
        <w:t>jitna bas mein hai, utna aapko duty dena hai. jo bas mein nahi hai, wo aapke upar uski duty bhi nahi hai. to aadmi ke paas jitna time hai, jitna uske bas mein hai, wo kar raha hai.</w:t>
      </w:r>
    </w:p>
    <w:p>
      <w:pPr>
        <w:jc w:val="right"/>
      </w:pPr>
      <w:r>
        <w:t>جتنا بس میں ہے، اتنا آپ کو ڈیوٹی دینا ہے۔ جو بس میں نہیں ہے، وہ آپ کے اوپر اس کی ڈیوٹی بھی نہیں ہے۔ تو آدمی کے پاس جتنا ٹائم ہے، جتنا اس کے بس میں ہے، وہ کر رہا ہے۔</w:t>
      </w:r>
    </w:p>
    <w:p>
      <w:r>
        <w:rPr>
          <w:b/>
        </w:rPr>
        <w:t xml:space="preserve">[02:43] </w:t>
      </w:r>
      <w:r>
        <w:t>usko</w:t>
      </w:r>
    </w:p>
    <w:p>
      <w:pPr>
        <w:jc w:val="right"/>
      </w:pPr>
      <w:r>
        <w:t>اس کو</w:t>
      </w:r>
    </w:p>
    <w:p>
      <w:r>
        <w:rPr>
          <w:b/>
        </w:rPr>
        <w:t xml:space="preserve">[02:45] </w:t>
      </w:r>
      <w:r>
        <w:t>farz kiya hai ke uske bas mein itna hai ke wo distribute kar de, to itna hi kare. uske bas mein hai ke university khol de, to university khol de. koi aapke paas ek ek billion dollar hai, to aapki university khol diye, quran university.</w:t>
      </w:r>
    </w:p>
    <w:p>
      <w:pPr>
        <w:jc w:val="right"/>
      </w:pPr>
      <w:r>
        <w:t>فرض کیا ہے کہ اس کے بس میں اتنا ہے کہ وہ ڈسٹریبیوٹ کر دے، تو اتنا ہی کرے۔ اس کے بس میں ہے کہ یونیورسٹی کھول دے، تو یونیورسٹی کھول دے۔ کوئی آپ کے پاس ایک ایک بلین ڈالر ہے، تو آپ کی یونیورسٹی کھول دیے، قرآن یونیورسٹی۔</w:t>
      </w:r>
    </w:p>
    <w:p>
      <w:r>
        <w:rPr>
          <w:b/>
        </w:rPr>
        <w:t xml:space="preserve">[02:59] </w:t>
      </w:r>
      <w:r>
        <w:t>aapke paas bahut paisa aata hai, hajat kharidiye, aur duniya bhar ghumiya, har aadmi ja ke miliye. yeh to bas ki baat hai.</w:t>
      </w:r>
    </w:p>
    <w:p>
      <w:pPr>
        <w:jc w:val="right"/>
      </w:pPr>
      <w:r>
        <w:t>آپ کے پاس بہت پیسہ آتا ہے، حاجات خریدیے، اور دنیا بھر گھومیا، ہر آدمی جا کے ملیے۔ یہ تو بس کی بات ہے۔</w:t>
      </w:r>
    </w:p>
    <w:p>
      <w:r>
        <w:rPr>
          <w:b/>
        </w:rPr>
        <w:t xml:space="preserve">[03:10] </w:t>
      </w:r>
      <w:r>
        <w:t>to aapka milna, mulakat karna bas mein hai, to wo kijiye. park mein ja kar ke agar aap logon ko de sakte hain, to wo dijiye.</w:t>
      </w:r>
    </w:p>
    <w:p>
      <w:pPr>
        <w:jc w:val="right"/>
      </w:pPr>
      <w:r>
        <w:t>تو آپ کا ملنا، ملاقات کرنا بس میں ہے، تو وہ کیجیے۔ پارک میں جا کر کے اگر آپ لوگوں کو دے سکتے ہیں، تو وہ دیجیے۔</w:t>
      </w:r>
    </w:p>
    <w:p>
      <w:r>
        <w:rPr>
          <w:b/>
        </w:rPr>
        <w:t xml:space="preserve">[03:21] </w:t>
      </w:r>
      <w:r>
        <w:t>har aadmi ko yeh dekhna chahiye ke mere bas mein kitna hai bas. aur dusri baat yeh hai ke mujhe apni duty ka</w:t>
      </w:r>
    </w:p>
    <w:p>
      <w:pPr>
        <w:jc w:val="right"/>
      </w:pPr>
      <w:r>
        <w:t>ہر آدمی کو یہ دیکھنا چاہیے کہ میرے بس میں کتنا ہے بس۔ اور دوسری بات یہ ہے کہ مجھے اپنی ڈیوٹی کا</w:t>
      </w:r>
    </w:p>
    <w:p>
      <w:r>
        <w:rPr>
          <w:b/>
        </w:rPr>
        <w:t xml:space="preserve">[03:30] </w:t>
      </w:r>
      <w:r>
        <w:t>mein responsible hoon. dusra kya karega? nahi ke uska responsible mein nahi hoon. bahut baar kaha gaya hai paigambaron ke bare mein ke lasta alaihim bimastair ke tumhari zimmedari kya hai?</w:t>
      </w:r>
    </w:p>
    <w:p>
      <w:pPr>
        <w:jc w:val="right"/>
      </w:pPr>
      <w:r>
        <w:t>میں رسپانسفل ہوں۔ دوسرا کیا کرے گا؟ نہیں کہ اس کا رسپانسفل میں نہیں ہوں۔ بہت بار کہا گیا ہے پیغمبروں کے بارے میں کہ لست علیہم بمست کہ تمہاری ذمہ داری کیا ہے؟</w:t>
      </w:r>
    </w:p>
    <w:p>
      <w:r>
        <w:rPr>
          <w:b/>
        </w:rPr>
        <w:t xml:space="preserve">[03:47] </w:t>
      </w:r>
      <w:r>
        <w:t>pehancha do. baqi uska kaam hai.</w:t>
      </w:r>
    </w:p>
    <w:p>
      <w:pPr>
        <w:jc w:val="right"/>
      </w:pPr>
      <w:r>
        <w:t>پہنچا دو۔ باقی اس کا کام ہے۔</w:t>
      </w:r>
    </w:p>
    <w:p>
      <w:r>
        <w:rPr>
          <w:b/>
        </w:rPr>
        <w:t xml:space="preserve">[03:50] </w:t>
      </w:r>
      <w:r>
        <w:t>jaise balagh ka lafz hai, balagh. jo log aisa kehte hain, wo shaitan ki boli bolte hain. yaad rakhiye, unhe insaan ki humdardi nahi hai, unhe zimmedari ka koi ehsaas nahi hai, dawat ka koi dard nahi hai.</w:t>
      </w:r>
    </w:p>
    <w:p>
      <w:pPr>
        <w:jc w:val="right"/>
      </w:pPr>
      <w:r>
        <w:t>جیسے بلاغ کا لفظ ہے، بلاغ۔ جو لوگ ایسا کہتے ہیں، وہ شیطان کی بولی بولتے ہیں۔ یاد رکھیے، انہیں انسان کی ہمدردی نہیں ہے، انہیں ذمہ داری کا کوئی احساس نہیں ہے، دعوت کا کوئی درد نہیں ہے۔</w:t>
      </w:r>
    </w:p>
    <w:p>
      <w:r>
        <w:rPr>
          <w:b/>
        </w:rPr>
        <w:t xml:space="preserve">[04:05] </w:t>
      </w:r>
      <w:r>
        <w:t>aisi boli bolenge to pakde jayenge allah taala ke haan. main aapko ek hadees batata hoon</w:t>
      </w:r>
    </w:p>
    <w:p>
      <w:pPr>
        <w:jc w:val="right"/>
      </w:pPr>
      <w:r>
        <w:t>ایسی بولی بولیں گے تو پکڑے جائیں گے اللہ تعالی کے ہاں۔ میں آپ کو ایک حدیث بتاتا ہوں</w:t>
      </w:r>
    </w:p>
    <w:p>
      <w:r>
        <w:rPr>
          <w:b/>
        </w:rPr>
        <w:t xml:space="preserve">[04:11] </w:t>
      </w:r>
      <w:r>
        <w:t>keh rasool Allah sal Allah alaihi wasallam ne ek sahabi ki zuban par ishara kiya keh is se bacho, is zuban se bacho,</w:t>
      </w:r>
    </w:p>
    <w:p>
      <w:pPr>
        <w:jc w:val="right"/>
      </w:pPr>
      <w:r>
        <w:t>کہ رسول اللہ صلی اللہ علیہ وسلم نے ایک صحابی کی زبان پر اشارہ کیا کہ اس سے بچو، اس زبان سے بچو،</w:t>
      </w:r>
    </w:p>
    <w:p>
      <w:r>
        <w:rPr>
          <w:b/>
        </w:rPr>
        <w:t xml:space="preserve">[04:22] </w:t>
      </w:r>
      <w:r>
        <w:t>zuban se bacho. to unhon ne poocha, kya hum zuban ki pakar ho gayi? unhon ne kaha keh haan, zuban insan ko jahannum mein le jayegi.</w:t>
      </w:r>
    </w:p>
    <w:p>
      <w:pPr>
        <w:jc w:val="right"/>
      </w:pPr>
      <w:r>
        <w:t>زبان سے بچو۔ تو انہوں نے پوچھا، کیا ہم زبان کی پکڑ ہو گئی؟ انہوں نے کہا کہ ہاں، زبان انسان کو جہنم میں لے جائے گی۔</w:t>
      </w:r>
    </w:p>
    <w:p>
      <w:r>
        <w:rPr>
          <w:b/>
        </w:rPr>
        <w:t xml:space="preserve">[04:31] </w:t>
      </w:r>
      <w:r>
        <w:t>jahannum mein yeh zuban se boli bolay ga aur jahannum mein chala jayega. to kya hua? sahaba bohat kam bolne wale ban gaye,</w:t>
      </w:r>
    </w:p>
    <w:p>
      <w:pPr>
        <w:jc w:val="right"/>
      </w:pPr>
      <w:r>
        <w:t>جہنم میں یہ زبان سے بولی بولے گا اور جہنم میں چلا جائے گا۔ تو کیا ہوا؟ صحابہ بہت کم بولنے والے بن گئے،</w:t>
      </w:r>
    </w:p>
    <w:p>
      <w:r>
        <w:rPr>
          <w:b/>
        </w:rPr>
        <w:t xml:space="preserve">[04:40] </w:t>
      </w:r>
      <w:r>
        <w:t>bohat kam bolne wale ban gaye. aaj kal ke musalman jo hain, be dard hain, be hiss hain. koi unhein insaniyat ka, koi kisi ko yeh dilchaspi nahi keh insan jahannum mein jaye, mare, apna beta, beti ke liye khoob daurenge.</w:t>
      </w:r>
    </w:p>
    <w:p>
      <w:pPr>
        <w:jc w:val="right"/>
      </w:pPr>
      <w:r>
        <w:t>بہت کم بولنے والے بن گئے۔ آج کل کے مسلمان جو ہیں، بے درد ہیں، بے حس ہیں۔ کوئی انہیں انسانیت کا، کوئی کسی کو یہ دلچسپی نہیں کہ انسان جہنم میں جائے، مرے، اپنا بیٹا، بیٹی کے لیے خوب دوڑیں گے۔</w:t>
      </w:r>
    </w:p>
    <w:p>
      <w:r>
        <w:rPr>
          <w:b/>
        </w:rPr>
        <w:t xml:space="preserve">[04:54] </w:t>
      </w:r>
      <w:r>
        <w:t>khoob!</w:t>
      </w:r>
    </w:p>
    <w:p>
      <w:pPr>
        <w:jc w:val="right"/>
      </w:pPr>
      <w:r>
        <w:t>خوب!</w:t>
      </w:r>
    </w:p>
    <w:p>
      <w:r>
        <w:rPr>
          <w:b/>
        </w:rPr>
        <w:t xml:space="preserve">[04:55] </w:t>
      </w:r>
      <w:r>
        <w:t>wohi aadmi aap se kehta hai na keh apne bete ke liye kya kar raha hai? woh khoob dil laga kar kar raha hoga apne bete ke liye, aur ghair muslimon ke liye is ke paas kuch nahi, kuch nahi.</w:t>
      </w:r>
    </w:p>
    <w:p>
      <w:pPr>
        <w:jc w:val="right"/>
      </w:pPr>
      <w:r>
        <w:t>وہی آدمی آپ سے کہتا ہے نا کہ اپنے بیٹے کے لیے کیا کر رہا ہے؟ وہ خوب دل لگا کر کر رہا ہوگا اپنے بیٹے کے لیے، اور غیر مسلموں کے لیے اس کے پاس کچھ نہیں، کچھ نہیں۔</w:t>
      </w:r>
    </w:p>
    <w:p>
      <w:r>
        <w:rPr>
          <w:b/>
        </w:rPr>
        <w:t xml:space="preserve">[05:08] </w:t>
      </w:r>
      <w:r>
        <w:t>beh-haal, main yeh kahunga keh jo dawat ki field mein hain, bas ko dekhen, jitna bas mein hai, utna karen. is ke aage jo hai, woh Allah taala se dua karen.</w:t>
      </w:r>
    </w:p>
    <w:p>
      <w:pPr>
        <w:jc w:val="right"/>
      </w:pPr>
      <w:r>
        <w:t>بہرحال، میں یہ کہوں گا کہ جو دعوت کی فیلڈ میں ہیں، بس کو دیکھیں، جتنا بس میں ہے، اتنا کریں۔ اس کے آگے جو ہے، وہ اللہ تعالی سے دعا کریں۔</w:t>
      </w:r>
    </w:p>
    <w:p>
      <w:r>
        <w:rPr>
          <w:b/>
        </w:rPr>
        <w:t xml:space="preserve">[05:22] </w:t>
      </w:r>
      <w:r>
        <w:t>maulana, agla sawal hai mister nafi sheikh ka, dilli se. woh yeh poochna chahte hain keh kya koi non muslim ladka kisi muslim ladki se shadi kar sakta hai ya nahi?</w:t>
      </w:r>
    </w:p>
    <w:p>
      <w:pPr>
        <w:jc w:val="right"/>
      </w:pPr>
      <w:r>
        <w:t>مولانا، اگلا سوال ہے مسٹر نفی شیراز کا، دلی سے۔ وہ یہ پوچھنا چاہتے ہیں کہ کیا کوئی نان مسلم لڑکا کسی مسلم لڑکی سے شادی کر سکتا ہے یا نہیں؟</w:t>
      </w:r>
    </w:p>
    <w:p>
      <w:r>
        <w:rPr>
          <w:b/>
        </w:rPr>
        <w:t xml:space="preserve">[05:34] </w:t>
      </w:r>
      <w:r>
        <w:t>yadi nahi to reason bhi batayen.</w:t>
      </w:r>
    </w:p>
    <w:p>
      <w:pPr>
        <w:jc w:val="right"/>
      </w:pPr>
      <w:r>
        <w:t>یदि نہیں تو ریزن بھی بتائیں۔</w:t>
      </w:r>
    </w:p>
    <w:p>
      <w:r>
        <w:rPr>
          <w:b/>
        </w:rPr>
        <w:t xml:space="preserve">[05:37] </w:t>
      </w:r>
      <w:r>
        <w:t>dekhen, yeh sab masle yahan poochne ke nahi hain. is ko apna aapas mein aaye to bataunga. main yahan is qism ke masle mat poochhiye hum se, yeh ghair zaroori masle hain.</w:t>
      </w:r>
    </w:p>
    <w:p>
      <w:pPr>
        <w:jc w:val="right"/>
      </w:pPr>
      <w:r>
        <w:t>دیکھیں، یہ سب مسئلے یہاں پوچھنے کے نہیں ہیں۔ اس کو اپنا آپس میں آئے تو بتاؤں گا۔ میں یہاں اس قسم کے مسئلے مت پوچھیے ہم سے، یہ غیر ضروری مسئلے ہیں۔</w:t>
      </w:r>
    </w:p>
    <w:p>
      <w:r>
        <w:rPr>
          <w:b/>
        </w:rPr>
        <w:t xml:space="preserve">[05:51] </w:t>
      </w:r>
      <w:r>
        <w:t>main bata sakta hoon, lekin jab mere office mein koi aaye to bataunga. bas dekhen,</w:t>
      </w:r>
    </w:p>
    <w:p>
      <w:pPr>
        <w:jc w:val="right"/>
      </w:pPr>
      <w:r>
        <w:t>میں بتا سکتا ہوں، لیکن جب میرے آفس میں کوئی آئے تو بتاؤں گا۔ بس دیکھیں،</w:t>
      </w:r>
    </w:p>
    <w:p>
      <w:r>
        <w:rPr>
          <w:b/>
        </w:rPr>
        <w:t xml:space="preserve">[05:57] </w:t>
      </w:r>
      <w:r>
        <w:t>ek real mamla ho. baat mere paas aksar aise telephone aate the, main ne kaha keh main aise jawab nahi deta aap ko. ladka ladki mere paas bhejiye, main janunga, poochunga un se, un ka un se poora un</w:t>
      </w:r>
    </w:p>
    <w:p>
      <w:pPr>
        <w:jc w:val="right"/>
      </w:pPr>
      <w:r>
        <w:t>ایک ریئل معاملہ ہو۔ بات میرے پاس اکثر ایسے ٹیلی فون آتے تھے، میں نے کہا کہ میں ایسے جواب نہیں دیتا آپ کو۔ لڑکا لڑکی میرے پاس بھیجیے، میں جانوں گا، پوچھوں گا ان سے، ان کا ان سے پورا ان</w:t>
      </w:r>
    </w:p>
    <w:p>
      <w:r>
        <w:rPr>
          <w:b/>
        </w:rPr>
        <w:t xml:space="preserve">[06:13] </w:t>
      </w:r>
      <w:r>
        <w:t>ki un ki jankari lunga, tab main bataunga kya theek hai, kya nahi theek hai. aise bohat hi, yani bohat hi galat baat hai keh is tarah sirf dharra dharr log fatwa diya karte hain, baghair jaane bojhe.</w:t>
      </w:r>
    </w:p>
    <w:p>
      <w:pPr>
        <w:jc w:val="right"/>
      </w:pPr>
      <w:r>
        <w:t>کی ان کی جانکاری لوں گا، تب میں بتاؤں گا کیا ٹھیک ہے، کیا نہیں ٹھیک ہے۔ ایسے بہت ہی، یعنی بہت ہی غلط بات ہے کہ اس طرح صرف دھڑا دھڑ لوگ فتح دیا کرتے ہیں، بغیر جانے بوجھے۔</w:t>
      </w:r>
    </w:p>
    <w:p>
      <w:r>
        <w:rPr>
          <w:b/>
        </w:rPr>
        <w:t xml:space="preserve">[06:28] </w:t>
      </w:r>
      <w:r>
        <w:t>is tarah jo log yahan aate hain, unhein itna janna chahiye keh yeh yeh yeh jo class hai, yeh sab question ke liye nahi hai.</w:t>
      </w:r>
    </w:p>
    <w:p>
      <w:pPr>
        <w:jc w:val="right"/>
      </w:pPr>
      <w:r>
        <w:t>اس طرح جو لوگ یہاں آتے ہیں، انہیں اتنا جاننا چاہیے کہ یہ یہ یہ جو کلاس ہے، یہ سب کوئسچن کے لیے نہیں ہے۔</w:t>
      </w:r>
    </w:p>
    <w:p>
      <w:r>
        <w:rPr>
          <w:b/>
        </w:rPr>
        <w:t xml:space="preserve">[06:35] </w:t>
      </w:r>
      <w:r>
        <w:t>yeh sab question jo hain, woh hamare office mein aayen, koi hum batayenge is ko.</w:t>
      </w:r>
    </w:p>
    <w:p>
      <w:pPr>
        <w:jc w:val="right"/>
      </w:pPr>
      <w:r>
        <w:t>یہ سب کوئسچن جو ہیں، وہ ہمارے آفس میں آئیں، کوئی ہم بتائیں گے اس کو۔</w:t>
      </w:r>
    </w:p>
    <w:p>
      <w:r>
        <w:rPr>
          <w:b/>
        </w:rPr>
        <w:t xml:space="preserve">[06:42] </w:t>
      </w:r>
      <w:r>
        <w:t>maulana, agla sawal kya hai? mister salman ahmed ne, dilli se. unhon ne likha hai keh "If someone visualizes God, please tell me, is it right or wrong?"</w:t>
      </w:r>
    </w:p>
    <w:p>
      <w:pPr>
        <w:jc w:val="right"/>
      </w:pPr>
      <w:r>
        <w:t>مولانا، اگلا سوال کیا ہے؟ مسٹر سلمان احمد نے، دلی سے۔ انہوں نے لکھا ہے کہ "If someone visualizes God, please tell me, is itright or wrong?"</w:t>
      </w:r>
    </w:p>
    <w:p>
      <w:r>
        <w:rPr>
          <w:b/>
        </w:rPr>
        <w:t xml:space="preserve">[06:54] </w:t>
      </w:r>
      <w:r>
        <w:t>bilkul jhoot hai. yeh sufia ne ek bid'at nikali hai keh woh muraqba karte the, un ko jhalliyan dikhayi thin, unhon ne kaha tha, unhon ne Khuda ko dekha.</w:t>
      </w:r>
    </w:p>
    <w:p>
      <w:pPr>
        <w:jc w:val="right"/>
      </w:pPr>
      <w:r>
        <w:t>بالکل جھوٹ ہے۔ یہ صوفیاء نے ایک بدعت نکالی ہے کہ وہ مراقبہ کرتے تھے، ان کو جھلیاں دکھائی تھیں، انہوں نے کہا تھا، انہوں نے خدا کو دیکھا۔</w:t>
      </w:r>
    </w:p>
    <w:p>
      <w:r>
        <w:rPr>
          <w:b/>
        </w:rPr>
        <w:t xml:space="preserve">[07:03] </w:t>
      </w:r>
      <w:r>
        <w:t>sab phir jhooti baaten hain. hadith ne kaha hai keh jis ne kaha keh rasool Allah ne Khuda ko dekha, to jhoot kaha. waqt kazib.</w:t>
      </w:r>
    </w:p>
    <w:p>
      <w:pPr>
        <w:jc w:val="right"/>
      </w:pPr>
      <w:r>
        <w:t>سب پھر جھوٹی باتیں ہیں۔ ہداشہ نے کہا ہے کہ جس نے کہا کہ رسول اللہ نے خدا کو دیکھا، تو جھوٹ کہا۔ وقت کذب۔</w:t>
      </w:r>
    </w:p>
    <w:p>
      <w:r>
        <w:rPr>
          <w:b/>
        </w:rPr>
        <w:t xml:space="preserve">[07:13] </w:t>
      </w:r>
      <w:r>
        <w:t>tujhe rasool Allah ne nahi dekha, to doosra kaun dekh sakta hai? sab shaitani baaten hain. is se toba karna chahiye. aap Khuda ko dekh nahi sakte is duniya mein.</w:t>
      </w:r>
    </w:p>
    <w:p>
      <w:pPr>
        <w:jc w:val="right"/>
      </w:pPr>
      <w:r>
        <w:t>تجھے رسول اللہ نے نہیں دیکھا، تو دوسرا کون دیکھ سکتا ہے؟ سب شیطانی باتیں ہیں۔ اس سے توبہ کرنا چاہیے۔ آپ خدا کو دیکھ نہیں سکتے اس دنیا میں۔</w:t>
      </w:r>
    </w:p>
    <w:p>
      <w:r>
        <w:rPr>
          <w:b/>
        </w:rPr>
        <w:t xml:space="preserve">[07:23] </w:t>
      </w:r>
      <w:r>
        <w:t>aakhirat mein dekhenge, inshallah. yahan nahi dekh sakte. yahan to aap ko Khuda ko yaad karna hai, Khuda ki kitab ko padhna hai,</w:t>
      </w:r>
    </w:p>
    <w:p>
      <w:pPr>
        <w:jc w:val="right"/>
      </w:pPr>
      <w:r>
        <w:t>آخرت میں دیکھیں گے، انشاءاللہ۔ یہاں نہیں دیکھ سکتے۔ یہاں تو آپ کو خدا کو یاد کرنا ہے، خدا کی کتاب کو پڑھنا ہے،</w:t>
      </w:r>
    </w:p>
    <w:p>
      <w:r>
        <w:rPr>
          <w:b/>
        </w:rPr>
        <w:t xml:space="preserve">[07:30] </w:t>
      </w:r>
      <w:r>
        <w:t>Khuda par ghor o fikr karna hai, aur Khuda ki sifat mein, us ke attribute mein Khuda ko pana hai. yaad rakhiye, Khuda ki zaat mein aap nahi pa sakte Khuda ko.</w:t>
      </w:r>
    </w:p>
    <w:p>
      <w:pPr>
        <w:jc w:val="right"/>
      </w:pPr>
      <w:r>
        <w:t>خدا پر غور و فکر کرنا ہے، اور خدا کی صفات میں، اس کے ایٹریبیوٹ میں خدا کو پانا ہے۔ یاد رکھیے، خدا کی ذات میں آپ نہیں پا سکتے خدا کو۔</w:t>
      </w:r>
    </w:p>
    <w:p>
      <w:r>
        <w:rPr>
          <w:b/>
        </w:rPr>
        <w:t xml:space="preserve">[07:41] </w:t>
      </w:r>
      <w:r>
        <w:t>koi koi aap Khuda ki zaat ko. haan, us ki us ka creation samne hai hamare.</w:t>
      </w:r>
    </w:p>
    <w:p>
      <w:pPr>
        <w:jc w:val="right"/>
      </w:pPr>
      <w:r>
        <w:t>کوئی کوئی آپ خدا کی ذات کو۔ ہاں، اس کی اس کا کریشن سامنے ہے ہمارے۔</w:t>
      </w:r>
    </w:p>
    <w:p>
      <w:r>
        <w:rPr>
          <w:b/>
        </w:rPr>
        <w:t xml:space="preserve">[07:48] </w:t>
      </w:r>
      <w:r>
        <w:t>us ka har cheez jo hai, har cheez mein Khuda ka kamalat dikhayi de rahe hain.</w:t>
      </w:r>
    </w:p>
    <w:p>
      <w:pPr>
        <w:jc w:val="right"/>
      </w:pPr>
      <w:r>
        <w:t>اس کا ہر چیز جو ہے، ہر چیز میں خدا کا کمالات دکھائی دے رہے ہیں۔</w:t>
      </w:r>
    </w:p>
    <w:p>
      <w:r>
        <w:rPr>
          <w:b/>
        </w:rPr>
        <w:t xml:space="preserve">[07:56] </w:t>
      </w:r>
      <w:r>
        <w:t>wahan Khuda ko discover kijiye.</w:t>
      </w:r>
    </w:p>
    <w:p>
      <w:pPr>
        <w:jc w:val="right"/>
      </w:pPr>
      <w:r>
        <w:t>وہاں خدا کو ڈسکور کیجیے۔</w:t>
      </w:r>
    </w:p>
    <w:p>
      <w:r>
        <w:rPr>
          <w:b/>
        </w:rPr>
        <w:t xml:space="preserve">[08:01] </w:t>
      </w:r>
      <w:r>
        <w:t>maulana, agla sawal maulana zakariya nadvi ne kiya hai, nai dilli se.</w:t>
      </w:r>
    </w:p>
    <w:p>
      <w:pPr>
        <w:jc w:val="right"/>
      </w:pPr>
      <w:r>
        <w:t>مولانا، اگلا سوال مولانا زکریا ندوی نے کیا ہے، نئی دلی سے۔</w:t>
      </w:r>
    </w:p>
    <w:p>
      <w:r>
        <w:rPr>
          <w:b/>
        </w:rPr>
        <w:t xml:space="preserve">[08:08] </w:t>
      </w:r>
      <w:r>
        <w:t>In Bukhari, Muslim, Abu Dawood and Ibn Majah has collected a hadith where it is mentioned: "Do not</w:t>
      </w:r>
    </w:p>
    <w:p>
      <w:pPr>
        <w:jc w:val="right"/>
      </w:pPr>
      <w:r>
        <w:t>ان البخاری مسلم ابو داؤد اینڈ ابن مجاہ ہیز کلیکٹڈ ا حدیث ویر اٹ از مینشنڈ: "ڈو ناٹ</w:t>
      </w:r>
    </w:p>
    <w:p>
      <w:r>
        <w:rPr>
          <w:b/>
        </w:rPr>
        <w:t xml:space="preserve">[08:18] </w:t>
      </w:r>
      <w:r>
        <w:t>pray for your friend, allah knows best about him.</w:t>
      </w:r>
    </w:p>
    <w:p>
      <w:pPr>
        <w:jc w:val="right"/>
      </w:pPr>
      <w:r>
        <w:t>پریز یور فرینڈ، اللہ نوز بیسٹ اباؤٹ ہم۔"</w:t>
      </w:r>
    </w:p>
    <w:p>
      <w:r>
        <w:rPr>
          <w:b/>
        </w:rPr>
        <w:t xml:space="preserve">[08:23] </w:t>
      </w:r>
      <w:r>
        <w:t>مولانا، he wants you to explain this hadith.</w:t>
      </w:r>
    </w:p>
    <w:p>
      <w:pPr>
        <w:jc w:val="right"/>
      </w:pPr>
      <w:r>
        <w:t>مولانا، ہی وانٹس یو ٹو ایکسپلین دس حدیث۔</w:t>
      </w:r>
    </w:p>
    <w:p>
      <w:r>
        <w:rPr>
          <w:b/>
        </w:rPr>
        <w:t xml:space="preserve">[08:31] </w:t>
      </w:r>
      <w:r>
        <w:t>dekhen, ek hai preiz yaani tareef karna, ek hai qadrdaani. to qadrdaani ka talluq hai etraaf se, acknowledge karne se.</w:t>
      </w:r>
    </w:p>
    <w:p>
      <w:pPr>
        <w:jc w:val="right"/>
      </w:pPr>
      <w:r>
        <w:t>دیکھیں، ایک ہے پریز یعنی تعریف کرنا، ایک ہے قدردانی۔ تو قدردانی کا تعلق ہے اعتراف سے، ایکنالج کرنے سے۔</w:t>
      </w:r>
    </w:p>
    <w:p>
      <w:r>
        <w:rPr>
          <w:b/>
        </w:rPr>
        <w:t xml:space="preserve">[08:41] </w:t>
      </w:r>
      <w:r>
        <w:t>agar kisi mein koi khoobi hai to us ko acknowledge kijiye. jo acknowledge na kare, woh bakheel hai. lekin preiz to na beta beedi karna chahiye, na kisi karna chahiye.</w:t>
      </w:r>
    </w:p>
    <w:p>
      <w:pPr>
        <w:jc w:val="right"/>
      </w:pPr>
      <w:r>
        <w:t>اگر کسی میں کوئی خوبی ہے تو اس کو ایکنالج کیجیے۔ جو ایکنالج نہ کرے، وہ بخیل ہے۔ لیکن پریز تو نہ بیٹا بیڑی کرنا چاہیے، نہ کسی کرنا چاہیے۔</w:t>
      </w:r>
    </w:p>
    <w:p>
      <w:r>
        <w:rPr>
          <w:b/>
        </w:rPr>
        <w:t xml:space="preserve">[08:52] </w:t>
      </w:r>
      <w:r>
        <w:t>preiz to koi achhi cheez nahin hai. matlab, woh to koi achhi cheez nahin hai. lekin acknowledge zaroor karna chahiye aadmi ko.</w:t>
      </w:r>
    </w:p>
    <w:p>
      <w:pPr>
        <w:jc w:val="right"/>
      </w:pPr>
      <w:r>
        <w:t>پریز تو کوئی اچھی چیز نہیں ہے۔ مطلب، وہ تو کوئی اچھی چیز نہیں ہے۔ لیکن ایکنالج ضرور کرنا چاہیے آدمی کو۔</w:t>
      </w:r>
    </w:p>
    <w:p>
      <w:r>
        <w:rPr>
          <w:b/>
        </w:rPr>
        <w:t xml:space="preserve">[09:02] </w:t>
      </w:r>
      <w:r>
        <w:t>kisi mein aap koi koi khoobi paayen, koi waaqai, to us ko etraaf kijiye, us ko acknowledge kijiye, us ko due respect dijiye.</w:t>
      </w:r>
    </w:p>
    <w:p>
      <w:pPr>
        <w:jc w:val="right"/>
      </w:pPr>
      <w:r>
        <w:t>کسی میں آپ کوئی کوئی خوبی پائیں، کوئی واقعی، تو اس کو اعتراف کیجیے، اس کو ایکنالج کیجیے، اس کو ڈیو ریسپیکٹ دیجیے۔</w:t>
      </w:r>
    </w:p>
    <w:p>
      <w:r>
        <w:rPr>
          <w:b/>
        </w:rPr>
        <w:t xml:space="preserve">[09:12] </w:t>
      </w:r>
      <w:r>
        <w:t>yeh karna hai.</w:t>
      </w:r>
    </w:p>
    <w:p>
      <w:pPr>
        <w:jc w:val="right"/>
      </w:pPr>
      <w:r>
        <w:t>یہ کرنا ہے۔</w:t>
      </w:r>
    </w:p>
    <w:p>
      <w:r>
        <w:rPr>
          <w:b/>
        </w:rPr>
        <w:t xml:space="preserve">[09:16] </w:t>
      </w:r>
      <w:r>
        <w:t>is nothing.</w:t>
      </w:r>
    </w:p>
    <w:p>
      <w:pPr>
        <w:jc w:val="right"/>
      </w:pPr>
      <w:r>
        <w:t>از نتھنگ۔</w:t>
      </w:r>
    </w:p>
    <w:p>
      <w:r>
        <w:rPr>
          <w:b/>
        </w:rPr>
        <w:t xml:space="preserve">[09:22] </w:t>
      </w:r>
      <w:r>
        <w:t>maulana, agla sawal kya hai? stuti malhotra ne, delhi se. she has written: "maulana, you always say that one should save oneself from the cheap test.</w:t>
      </w:r>
    </w:p>
    <w:p>
      <w:pPr>
        <w:jc w:val="right"/>
      </w:pPr>
      <w:r>
        <w:t>مولانا، اگلا سوال کیا ہے؟ ستوتی ملحوترا نے، دلی سے۔ شی ہیز رٹن: "مولانا، یو الویز سے دیٹ ون شوڈ سیو ون سیلف فرام دا چیپ ٹیسٹ۔</w:t>
      </w:r>
    </w:p>
    <w:p>
      <w:r>
        <w:rPr>
          <w:b/>
        </w:rPr>
        <w:t xml:space="preserve">[09:33] </w:t>
      </w:r>
      <w:r>
        <w:t>kindly tell us what is your definition of cheap test and how one knows if he or she has developed the cheap test.</w:t>
      </w:r>
    </w:p>
    <w:p>
      <w:pPr>
        <w:jc w:val="right"/>
      </w:pPr>
      <w:r>
        <w:t>کائنڈلی ٹیل اس واٹ از یور ڈیفینیشن اف چیپ ٹیسٹ اینڈ ہاؤ ون نو اف ہی اور شی ہیز ڈیویلپڈ دا چیپ ٹیسٹ۔</w:t>
      </w:r>
    </w:p>
    <w:p>
      <w:r>
        <w:rPr>
          <w:b/>
        </w:rPr>
        <w:t xml:space="preserve">[09:43] </w:t>
      </w:r>
      <w:r>
        <w:t>also tell us how one can come out of it."</w:t>
      </w:r>
    </w:p>
    <w:p>
      <w:pPr>
        <w:jc w:val="right"/>
      </w:pPr>
      <w:r>
        <w:t>السو ٹیل اس ہاؤ ون کین کم آؤٹ اف اٹ۔"</w:t>
      </w:r>
    </w:p>
    <w:p>
      <w:r>
        <w:rPr>
          <w:b/>
        </w:rPr>
        <w:t xml:space="preserve">[09:47] </w:t>
      </w:r>
      <w:r>
        <w:t>dekhen, cheap test ka koi technical definition available nahin hai. koi bhi started plato aap ko cheap test ka koi technical definition nahin de sakte.</w:t>
      </w:r>
    </w:p>
    <w:p>
      <w:pPr>
        <w:jc w:val="right"/>
      </w:pPr>
      <w:r>
        <w:t>دیکھیں، چیپ ٹیسٹ کا کوئی ٹیکنیکل ڈیفینیشن اویلیبل نہیں ہے۔ کوئی بھی سٹارٹڈ پلیٹو آپ کو چیپ ٹیسٹ کا کوئی ٹیکنیکل ڈیفینیشن نہیں دے سکتے۔</w:t>
      </w:r>
    </w:p>
    <w:p>
      <w:r>
        <w:rPr>
          <w:b/>
        </w:rPr>
        <w:t xml:space="preserve">[10:00] </w:t>
      </w:r>
      <w:r>
        <w:t>yeh aap ko jaanna padega ke what is cheap test. main misaal de sakta hoon aap ko. misaal de sakta hoon ke cheap test kya hai.</w:t>
      </w:r>
    </w:p>
    <w:p>
      <w:pPr>
        <w:jc w:val="right"/>
      </w:pPr>
      <w:r>
        <w:t>یہ آپ کو جاننا پڑے گا کہ واٹ از چیپ ٹیسٹ۔ میں مثال دے سکتا ہوں آپ کو۔ مثال دے سکتا ہوں کہ چیپ ٹیسٹ کیا ہے۔</w:t>
      </w:r>
    </w:p>
    <w:p>
      <w:r>
        <w:rPr>
          <w:b/>
        </w:rPr>
        <w:t xml:space="preserve">[10:11] </w:t>
      </w:r>
      <w:r>
        <w:t>lekin main yeh definition define nahin kar sakta aap ko technical shabdon mein. yaani koi aap se pooche ke bhai tumhari salary kya hai?</w:t>
      </w:r>
    </w:p>
    <w:p>
      <w:pPr>
        <w:jc w:val="right"/>
      </w:pPr>
      <w:r>
        <w:t>لیکن میں یہ ڈیفینیشن ڈیفائن نہیں کر سکتا آپ کو ٹیکنیکل शब्दوں میں۔ یعنی کوئی آپ سے پوچھے کہ بھئی تمہاری سیلری کیا ہے؟</w:t>
      </w:r>
    </w:p>
    <w:p>
      <w:r>
        <w:rPr>
          <w:b/>
        </w:rPr>
        <w:t xml:space="preserve">[10:22] </w:t>
      </w:r>
      <w:r>
        <w:t>there is a cheap test. koi kahe us waqt to breakfast kha liya? there is a cheap test.</w:t>
      </w:r>
    </w:p>
    <w:p>
      <w:pPr>
        <w:jc w:val="right"/>
      </w:pPr>
      <w:r>
        <w:t>دیر از چیپ ٹیسٹ۔ کوئی کہے اس وقت تو بریک فاسٹ کھا لیا؟ دیر از چیپ ٹیسٹ۔</w:t>
      </w:r>
    </w:p>
    <w:p>
      <w:r>
        <w:rPr>
          <w:b/>
        </w:rPr>
        <w:t xml:space="preserve">[10:29] </w:t>
      </w:r>
      <w:r>
        <w:t>koi kahe tumhare bachche kitne hain? there is a cheap test.</w:t>
      </w:r>
    </w:p>
    <w:p>
      <w:pPr>
        <w:jc w:val="right"/>
      </w:pPr>
      <w:r>
        <w:t>کوئی کہے تمہارے بچے کتنے ہیں؟ دیر از چیپ ٹیسٹ۔</w:t>
      </w:r>
    </w:p>
    <w:p>
      <w:r>
        <w:rPr>
          <w:b/>
        </w:rPr>
        <w:t xml:space="preserve">[10:35] </w:t>
      </w:r>
      <w:r>
        <w:t>haan, koi yeh pooche ke bhai tumhara intelligence development kaise hua hai? There is high test.</w:t>
      </w:r>
    </w:p>
    <w:p>
      <w:pPr>
        <w:jc w:val="right"/>
      </w:pPr>
      <w:r>
        <w:t>ہاں، کوئی یہ پوچھے کہ بھئی تمہارا انٹیلیجنس ڈیویلپمنٹ کیسے ہوا ہے؟ دیر از ہائی ٹیسٹ۔</w:t>
      </w:r>
    </w:p>
    <w:p>
      <w:r>
        <w:rPr>
          <w:b/>
        </w:rPr>
        <w:t xml:space="preserve">[10:44] </w:t>
      </w:r>
      <w:r>
        <w:t>to chip test ki koi definition available nahin hai. na main kar sakta, na koi koi kar sakta. albattah aap ke andar khud agar</w:t>
      </w:r>
    </w:p>
    <w:p>
      <w:pPr>
        <w:jc w:val="right"/>
      </w:pPr>
      <w:r>
        <w:t>تو چیپ ٹیسٹ کی کوئی ڈیفینیشن اویلیبل نہیں ہے۔ نہ میں کر سکتا، نہ کوئی کوئی کر سکتا۔ البتہ آپ کے اندر خود اگر</w:t>
      </w:r>
    </w:p>
    <w:p>
      <w:r>
        <w:rPr>
          <w:b/>
        </w:rPr>
        <w:t xml:space="preserve">[10:58] </w:t>
      </w:r>
      <w:r>
        <w:t>woh quality hai to aap samajh sakte hain ke kya cheap test hai aur kya high test hai. main by nature cheap test se bohat hi allergic hoon, bohat allergic hoon.</w:t>
      </w:r>
    </w:p>
    <w:p>
      <w:pPr>
        <w:jc w:val="right"/>
      </w:pPr>
      <w:r>
        <w:t>وہ کوالٹی ہے تو آپ سمجھ سکتے ہیں کہ کیا چیپ ٹیسٹ ہے اور کیا ہائی ٹیسٹ ہے۔ میں بائی نیچر چیپ ٹیسٹ سے بہت ہی الرجک ہوں، بہت الرجک ہوں۔</w:t>
      </w:r>
    </w:p>
    <w:p>
      <w:r>
        <w:rPr>
          <w:b/>
        </w:rPr>
        <w:t xml:space="preserve">[11:11] </w:t>
      </w:r>
      <w:r>
        <w:t>aur high test ko bohat pasand karta hoon,</w:t>
      </w:r>
    </w:p>
    <w:p>
      <w:pPr>
        <w:jc w:val="right"/>
      </w:pPr>
      <w:r>
        <w:t>اور ہائی ٹیسٹ کو بہت پسند کرتا ہوں،</w:t>
      </w:r>
    </w:p>
    <w:p>
      <w:r>
        <w:rPr>
          <w:b/>
        </w:rPr>
        <w:t xml:space="preserve">[11:14] </w:t>
      </w:r>
      <w:r>
        <w:t>bohat ziyada.</w:t>
      </w:r>
    </w:p>
    <w:p>
      <w:pPr>
        <w:jc w:val="right"/>
      </w:pPr>
      <w:r>
        <w:t>بہت زیادہ۔</w:t>
      </w:r>
    </w:p>
    <w:p>
      <w:r>
        <w:rPr>
          <w:b/>
        </w:rPr>
        <w:t xml:space="preserve">[11:18] </w:t>
      </w:r>
      <w:r>
        <w:t>maulana, agar koi apne aap ko cheap test mein paata hai to is mein se kaise bahar nikal sakta hai?</w:t>
      </w:r>
    </w:p>
    <w:p>
      <w:pPr>
        <w:jc w:val="right"/>
      </w:pPr>
      <w:r>
        <w:t>مولانا، اگر کوئی اپنے آپ کو چیپ ٹیسٹ میں پاتا ہے تو اس میں سے کیسے باہر نکل سکتا ہے؟</w:t>
      </w:r>
    </w:p>
    <w:p>
      <w:r>
        <w:rPr>
          <w:b/>
        </w:rPr>
        <w:t xml:space="preserve">[11:24] </w:t>
      </w:r>
      <w:r>
        <w:t>pa jaate hi bahar nikalna hai. bechaini to paate nahin log. paane ke baad to bilkul aasaan hai. log cheap test rehte hain aur samajhte hain ke hum cheap test nahin hain.</w:t>
      </w:r>
    </w:p>
    <w:p>
      <w:pPr>
        <w:jc w:val="right"/>
      </w:pPr>
      <w:r>
        <w:t>پا جاتے ہی باہر نکلنا ہے۔ بے چینی تو پاتے نہیں لوگ۔ پانے کے بعد تو بالکل آسان ہے۔ لوگ چیپ ٹیسٹ رہتے ہیں اور سمجھتے ہیں کہ ہم چیپ ٹیسٹ نہیں ہیں۔</w:t>
      </w:r>
    </w:p>
    <w:p>
      <w:r>
        <w:rPr>
          <w:b/>
        </w:rPr>
        <w:t xml:space="preserve">[11:34] </w:t>
      </w:r>
      <w:r>
        <w:t>asal problem yahan hai. sab se bada problem yeh hai ke apne problem ko aadmi jaanta nahin. apne andar jo coming hai, jo weakness hai,</w:t>
      </w:r>
    </w:p>
    <w:p>
      <w:pPr>
        <w:jc w:val="right"/>
      </w:pPr>
      <w:r>
        <w:t>اصل پرابلم یہاں ہے۔ سب سے بڑا پرابلم یہ ہے کہ اپنے پرابلم کو آدمی جانتا نہیں۔ اپنے اندر جو کمنگ ہے، جو ویکنس ہے،</w:t>
      </w:r>
    </w:p>
    <w:p>
      <w:r>
        <w:rPr>
          <w:b/>
        </w:rPr>
        <w:t xml:space="preserve">[11:47] </w:t>
      </w:r>
      <w:r>
        <w:t>us weakness se woh unaware rehta hai. problem yahan hai. agar aap jaan len to phir to phir bilkul aasaan hai. jab aap jaan len ke yeh switch hai, is ko dabane se light ho jayegi to phir kya mushkil kya hai?</w:t>
      </w:r>
    </w:p>
    <w:p>
      <w:pPr>
        <w:jc w:val="right"/>
      </w:pPr>
      <w:r>
        <w:t>اس ویکنس سے وہ ان اویر رہتا ہے۔ پرابلم یہاں ہے۔ اگر آپ جان لیں تو پھر تو پھر بالکل آسان ہے۔ جب آپ جان لیں کہ یہ سوئچ ہے، اس کو دبانے سے لائٹ ہو جائے گی تو پھر کیا مشکل کیا ہے؟</w:t>
      </w:r>
    </w:p>
    <w:p>
      <w:r>
        <w:rPr>
          <w:b/>
        </w:rPr>
        <w:t xml:space="preserve">[12:00] </w:t>
      </w:r>
      <w:r>
        <w:t>bhai daba dijiye is ko.</w:t>
      </w:r>
    </w:p>
    <w:p>
      <w:pPr>
        <w:jc w:val="right"/>
      </w:pPr>
      <w:r>
        <w:t>بھئی دبا دیجیے اس کو۔</w:t>
      </w:r>
    </w:p>
    <w:p>
      <w:r>
        <w:rPr>
          <w:b/>
        </w:rPr>
        <w:t xml:space="preserve">[12:04] </w:t>
      </w:r>
      <w:r>
        <w:t>awareness to yaani ho jaye. agar sach poochhen to aap is ki key per pahunch gaye.</w:t>
      </w:r>
    </w:p>
    <w:p>
      <w:pPr>
        <w:jc w:val="right"/>
      </w:pPr>
      <w:r>
        <w:t>اویرنس تو یعنی ہو جائے۔ اگر سچ پوچھیں تو آپ اس کی کی پر پہنچ گئے۔</w:t>
      </w:r>
    </w:p>
    <w:p>
      <w:r>
        <w:rPr>
          <w:b/>
        </w:rPr>
        <w:t xml:space="preserve">[12:16] </w:t>
      </w:r>
      <w:r>
        <w:t>maulana, agla sawal kya hai? sadia khan ne, new delhi se. unhon ne likha hai ke "What are the parameters by which one can recognize or identify the true ideology of life?"</w:t>
      </w:r>
    </w:p>
    <w:p>
      <w:pPr>
        <w:jc w:val="right"/>
      </w:pPr>
      <w:r>
        <w:t>مولانا، اگلا سوال کیا ہے؟ سعدیہ خان نے، نیو دہلی سے۔ انہوں نے لکھا ہے کہ "What are the parameters by which one can recognize or identify the true ideology of life?"</w:t>
      </w:r>
    </w:p>
    <w:p>
      <w:r>
        <w:rPr>
          <w:b/>
        </w:rPr>
        <w:t xml:space="preserve">[12:38] </w:t>
      </w:r>
      <w:r>
        <w:t>dekhen, yeh koi technical subject nahi hai, koi mathematical subject nahi hai. ya main kahoon ke mathematical criteria possible nahi hai. kyunke yeh test ka mamla hai.</w:t>
      </w:r>
    </w:p>
    <w:p>
      <w:pPr>
        <w:jc w:val="right"/>
      </w:pPr>
      <w:r>
        <w:t>دیکھیں، یہ کوئی ٹیکنیکل سبجیکٹ نہیں ہے، کوئی میتھمیٹیکل سبجیکٹ نہیں ہے۔ یا میں کہوں کہ میتھمیٹیکل کرائٹیریا پاسیبل نہیں ہے۔ کیونکہ یہ ٹیسٹ کا معاملہ ہے۔</w:t>
      </w:r>
    </w:p>
    <w:p>
      <w:r>
        <w:rPr>
          <w:b/>
        </w:rPr>
        <w:t xml:space="preserve">[12:47] </w:t>
      </w:r>
      <w:r>
        <w:t>khuda test le raha hai. agar mathematical criteria possible hota to test hi khatam ho jata. to is liye ek element of doubt to baqi rahe ga.</w:t>
      </w:r>
    </w:p>
    <w:p>
      <w:pPr>
        <w:jc w:val="right"/>
      </w:pPr>
      <w:r>
        <w:t>خدا ٹیسٹ لے رہا ہے۔ اگر میتھمیٹیکل کرائٹیریا پاسیبل ہوتا تو ٹیسٹ ہی ختم ہو جاتا۔ تو اس لیے ایک ایلیمنٹ اف ڈاؤٹ تو باقی رہے گا۔</w:t>
      </w:r>
    </w:p>
    <w:p>
      <w:r>
        <w:rPr>
          <w:b/>
        </w:rPr>
        <w:t xml:space="preserve">[12:56] </w:t>
      </w:r>
      <w:r>
        <w:t>yaad rakhiye,</w:t>
      </w:r>
    </w:p>
    <w:p>
      <w:pPr>
        <w:jc w:val="right"/>
      </w:pPr>
      <w:r>
        <w:t>یاد رکھیے،</w:t>
      </w:r>
    </w:p>
    <w:p>
      <w:r>
        <w:rPr>
          <w:b/>
        </w:rPr>
        <w:t xml:space="preserve">[13:00] </w:t>
      </w:r>
      <w:r>
        <w:t>agar do do char ki tarah baaten clear ho jayen to test kahan raha? phir test khatam.</w:t>
      </w:r>
    </w:p>
    <w:p>
      <w:pPr>
        <w:jc w:val="right"/>
      </w:pPr>
      <w:r>
        <w:t>اگر دو دو چار کی طرح باتیں کلیئر ہو جائیں تو ٹیسٹ کہاں رہا؟ پھر ٹیسٹ ختم۔</w:t>
      </w:r>
    </w:p>
    <w:p>
      <w:r>
        <w:rPr>
          <w:b/>
        </w:rPr>
        <w:t xml:space="preserve">[13:09] </w:t>
      </w:r>
      <w:r>
        <w:t>to tareeqa sirf kya? main method batata hoon. method aur aur kuch nahi. method kya hai? aap quran ki study karen.</w:t>
      </w:r>
    </w:p>
    <w:p>
      <w:pPr>
        <w:jc w:val="right"/>
      </w:pPr>
      <w:r>
        <w:t>تو طریقہ صرف کیا؟ میں میتھڈ بتاتا ہوں۔ میتھڈ اور اور کچھ نہیں۔ میتھڈ کیا ہے؟ آپ قرآن کی سٹڈی کریں۔</w:t>
      </w:r>
    </w:p>
    <w:p>
      <w:r>
        <w:rPr>
          <w:b/>
        </w:rPr>
        <w:t xml:space="preserve">[13:19] </w:t>
      </w:r>
      <w:r>
        <w:t>aap khuda ki jo jo takhleeq hai, nature, us ko</w:t>
      </w:r>
    </w:p>
    <w:p>
      <w:pPr>
        <w:jc w:val="right"/>
      </w:pPr>
      <w:r>
        <w:t>آپ خدا کی جو جو تخلیق ہے، نیچر، اس کو</w:t>
      </w:r>
    </w:p>
    <w:p>
      <w:r>
        <w:rPr>
          <w:b/>
        </w:rPr>
        <w:t xml:space="preserve">[13:27] </w:t>
      </w:r>
      <w:r>
        <w:t>observe karen. universe mein jo khuda ke jalwe hain, us ko us ki study karen.</w:t>
      </w:r>
    </w:p>
    <w:p>
      <w:pPr>
        <w:jc w:val="right"/>
      </w:pPr>
      <w:r>
        <w:t>ابزرو کریں۔ یونیورس میں جو خدا کے جلوے ہیں، اس کو اس کی سٹڈی کریں۔</w:t>
      </w:r>
    </w:p>
    <w:p>
      <w:r>
        <w:rPr>
          <w:b/>
        </w:rPr>
        <w:t xml:space="preserve">[13:40] </w:t>
      </w:r>
      <w:r>
        <w:t>through study aap puhanch sakte hain wahan par. through study.</w:t>
      </w:r>
    </w:p>
    <w:p>
      <w:pPr>
        <w:jc w:val="right"/>
      </w:pPr>
      <w:r>
        <w:t>تھرو سٹڈی آپ پہنچ سکتے ہیں وہاں پر۔ تھرو سٹڈی۔</w:t>
      </w:r>
    </w:p>
    <w:p>
      <w:r>
        <w:rPr>
          <w:b/>
        </w:rPr>
        <w:t xml:space="preserve">[13:45] </w:t>
      </w:r>
      <w:r>
        <w:t>study karte karte aap ke andar ek development development hota hai. aap ke mind mein ek mind mein ek skill paida hoti hai cheezon ko recognize karne ki.</w:t>
      </w:r>
    </w:p>
    <w:p>
      <w:pPr>
        <w:jc w:val="right"/>
      </w:pPr>
      <w:r>
        <w:t>سٹڈی کرتے کرتے آپ کے اندر ایک ڈیویلپ ڈیویلپمنٹ ہوتا ہے۔ آپ کے مائنڈ میں ایک مائنڈ میں ایک سکل پیدا ہوتی ہے چیزوں کو ریکگنائز کرنے کی۔</w:t>
      </w:r>
    </w:p>
    <w:p>
      <w:r>
        <w:rPr>
          <w:b/>
        </w:rPr>
        <w:t xml:space="preserve">[13:57] </w:t>
      </w:r>
      <w:r>
        <w:t>jab bohat hi study karte hain aap to objectivity aati hai</w:t>
      </w:r>
    </w:p>
    <w:p>
      <w:pPr>
        <w:jc w:val="right"/>
      </w:pPr>
      <w:r>
        <w:t>جب بہت ہی سٹڈی کرتے ہیں آپ تو ابجیکٹوٹی آتی ہے</w:t>
      </w:r>
    </w:p>
    <w:p>
      <w:r>
        <w:rPr>
          <w:b/>
        </w:rPr>
        <w:t xml:space="preserve">[14:02] </w:t>
      </w:r>
      <w:r>
        <w:t>aur recognition ki salahiyat paida hoti hai. to yeh ek process hai. aisa nahi ke achaanak ho jaye. ajab nahi ho sakta hai.</w:t>
      </w:r>
    </w:p>
    <w:p>
      <w:pPr>
        <w:jc w:val="right"/>
      </w:pPr>
      <w:r>
        <w:t>اور ریکگنیشن کی صلاحیت پیدا ہوتی ہے۔ تو یہ ایک پروسیس ہے۔ ایسا نہیں کہ اچانک ہو جائے۔ عجب نہیں ہو سکتا ہے۔</w:t>
      </w:r>
    </w:p>
    <w:p>
      <w:r>
        <w:rPr>
          <w:b/>
        </w:rPr>
        <w:t xml:space="preserve">[14:13] </w:t>
      </w:r>
      <w:r>
        <w:t>history behraal hoti hai. yani history jo hai woh starting point hai is mamle ka.</w:t>
      </w:r>
    </w:p>
    <w:p>
      <w:pPr>
        <w:jc w:val="right"/>
      </w:pPr>
      <w:r>
        <w:t>ہسٹری بہرحال ہوتی ہے۔ یعنی ہسٹری جو ہے وہ سٹارٹنگ پوائنٹ ہے اس معاملے کا۔</w:t>
      </w:r>
    </w:p>
    <w:p>
      <w:r>
        <w:rPr>
          <w:b/>
        </w:rPr>
        <w:t xml:space="preserve">[14:19] </w:t>
      </w:r>
      <w:r>
        <w:t>aur is se agar aadmi sincere hai, sincere hai to phir kya hota hai ke 50 percent aadmi khud karta hai. 50 percent allah ki madad aati hai. agar koi aadmi sincere ho to zaroor madad allah ki aye gi.</w:t>
      </w:r>
    </w:p>
    <w:p>
      <w:pPr>
        <w:jc w:val="right"/>
      </w:pPr>
      <w:r>
        <w:t>اور اس سے اگر آدمی سنسیئر ہے، سنسیئر ہے تو پھر کیا ہوتا ہے کہ 50 پرسنٹ آدمی خود کرتا ہے۔ 50 پرسنٹ اللہ کی مدد آتی ہے۔ اگر کوئی آدمی سنسیئر ہو تو ضرور مدد اللہ کی آئے گی۔</w:t>
      </w:r>
    </w:p>
    <w:p>
      <w:r>
        <w:rPr>
          <w:b/>
        </w:rPr>
        <w:t xml:space="preserve">[14:34] </w:t>
      </w:r>
      <w:r>
        <w:t>zaroor aye gi. aur phir woh khuda ki madad se woh puhanch jaye ga jahan puhanchna hai us ko. phir us ke andar ek ek cheez develop hogi. andar ek roshni, ek pehchan, ek farq karne wali.</w:t>
      </w:r>
    </w:p>
    <w:p>
      <w:pPr>
        <w:jc w:val="right"/>
      </w:pPr>
      <w:r>
        <w:t>ضرور آئے گی۔ اور پھر وہ خدا کی مدد سے وہ پہنچ جائے گا جہاں پہنچنا ہے اس کو۔ پھر اس کے اندر ایک ایک چیز ڈیویلپ ہوگی۔ اندر ایک روشنی، ایک پہچان، ایک فرق کرنے والی۔</w:t>
      </w:r>
    </w:p>
    <w:p>
      <w:r>
        <w:rPr>
          <w:b/>
        </w:rPr>
        <w:t xml:space="preserve">[14:47] </w:t>
      </w:r>
      <w:r>
        <w:t>quran hai ke furqan tumhare paida kare ga.</w:t>
      </w:r>
    </w:p>
    <w:p>
      <w:pPr>
        <w:jc w:val="right"/>
      </w:pPr>
      <w:r>
        <w:t>قرآن ہے کہ فرقان تمہارے پیدا کرے گا۔</w:t>
      </w:r>
    </w:p>
    <w:p>
      <w:r>
        <w:rPr>
          <w:b/>
        </w:rPr>
        <w:t xml:space="preserve">[14:52] </w:t>
      </w:r>
      <w:r>
        <w:t>agar tum sachay ho, sincere ho to tumhare andar furqan. furqan matlab yeh hai ke yani differentiate, differentiate karne ki quality.</w:t>
      </w:r>
    </w:p>
    <w:p>
      <w:pPr>
        <w:jc w:val="right"/>
      </w:pPr>
      <w:r>
        <w:t>اگر تم سچے ہو، سنسیئر ہو تو تمہارے اندر فرقان۔ فرقان مطلب یہ ہے کہ یعنی ڈیفرینش، ڈیفرنشیٹ کرنے کی کوالٹی۔</w:t>
      </w:r>
    </w:p>
    <w:p>
      <w:r>
        <w:rPr>
          <w:b/>
        </w:rPr>
        <w:t xml:space="preserve">[15:03] </w:t>
      </w:r>
      <w:r>
        <w:t>black ko white se, sachai ko false foot se differentiate karne ki salahiyat paida hogi.</w:t>
      </w:r>
    </w:p>
    <w:p>
      <w:pPr>
        <w:jc w:val="right"/>
      </w:pPr>
      <w:r>
        <w:t>بلیک کو وائٹ سے، سچائی کو فالس فوٹ سے ڈیفرنشیٹ کرنے کی صلاحیت پیدا ہوگی۔</w:t>
      </w:r>
    </w:p>
    <w:p>
      <w:r>
        <w:rPr>
          <w:b/>
        </w:rPr>
        <w:t xml:space="preserve">[15:11] </w:t>
      </w:r>
      <w:r>
        <w:t>to phir aap khud hi jaan len ge. it required sincerity, it required seriousness, it required study, it required observation,</w:t>
      </w:r>
    </w:p>
    <w:p>
      <w:pPr>
        <w:jc w:val="right"/>
      </w:pPr>
      <w:r>
        <w:t>تو پھر آپ خود ہی جان لیں گے۔ اٹ ریکوائرڈ سنسیرٹی، اٹ ریکوائرڈ سیریسنس، اٹ ریکوائرڈ سٹڈی، اٹ ریکوائرڈ ابزرویشن،</w:t>
      </w:r>
    </w:p>
    <w:p>
      <w:r>
        <w:rPr>
          <w:b/>
        </w:rPr>
        <w:t xml:space="preserve">[15:25] </w:t>
      </w:r>
      <w:r>
        <w:t>it required contemplation. agar yeh yeh aap condition poori kar den,</w:t>
      </w:r>
    </w:p>
    <w:p>
      <w:pPr>
        <w:jc w:val="right"/>
      </w:pPr>
      <w:r>
        <w:t>اٹ ریکوائرڈ کنٹمپلیشن۔ اگر یہ یہ آپ کنڈیشن پوری کر دیں،</w:t>
      </w:r>
    </w:p>
    <w:p>
      <w:r>
        <w:rPr>
          <w:b/>
        </w:rPr>
        <w:t xml:space="preserve">[15:31] </w:t>
      </w:r>
      <w:r>
        <w:t>then you can see, you can reach the the truth.</w:t>
      </w:r>
    </w:p>
    <w:p>
      <w:pPr>
        <w:jc w:val="right"/>
      </w:pPr>
      <w:r>
        <w:t>دین یو کین سی، یو کین ریچ دا دا ٹروتھ۔</w:t>
      </w:r>
    </w:p>
    <w:p>
      <w:r>
        <w:rPr>
          <w:b/>
        </w:rPr>
        <w:t xml:space="preserve">[15:40] </w:t>
      </w:r>
      <w:r>
        <w:t>maulana, un ka ek aur sawal hai. unhon ne likha hai ke what caused diversion towards politics during the abbasid period?</w:t>
      </w:r>
    </w:p>
    <w:p>
      <w:pPr>
        <w:jc w:val="right"/>
      </w:pPr>
      <w:r>
        <w:t>مولانا، ان کا ایک اور سوال ہے۔ انہوں نے لکھا ہے کہ واٹ کازڈ ڈائیورژن ٹورڈز پولیٹکس ڈیورنگ دی عباسد پیریڈ؟</w:t>
      </w:r>
    </w:p>
    <w:p>
      <w:r>
        <w:rPr>
          <w:b/>
        </w:rPr>
        <w:t xml:space="preserve">[15:50] </w:t>
      </w:r>
      <w:r>
        <w:t>to main ne arz kiya ke jab environment, jab rasool allah ke zamane mein, sahaba ke zamane mein tha, woh woh political power ka nahi tha.</w:t>
      </w:r>
    </w:p>
    <w:p>
      <w:pPr>
        <w:jc w:val="right"/>
      </w:pPr>
      <w:r>
        <w:t>تو میں نے عرض کیا کہ جب انوائرمنٹ، جب رسول اللہ کے زمانے میں، صحابہ کے زمانے میں تھا، وہ وہ پولیٹیکل پاور کا نہیں تھا۔</w:t>
      </w:r>
    </w:p>
    <w:p>
      <w:r>
        <w:rPr>
          <w:b/>
        </w:rPr>
        <w:t xml:space="preserve">[16:01] </w:t>
      </w:r>
      <w:r>
        <w:t>wahan koi political power nahi thi. to lord acton ne kaha tha ke power corrupts and absolute power corrupts absolutely.</w:t>
      </w:r>
    </w:p>
    <w:p>
      <w:pPr>
        <w:jc w:val="right"/>
      </w:pPr>
      <w:r>
        <w:t>وہاں کوئی پولیٹیکل پاور نہیں تھی۔ تو لارڈ ایکٹن نے کہا تھا کہ پاور کرپٹس اینڈ ایبسولیوٹ پاور کرپٹس ایبسولیوٹ تھی۔</w:t>
      </w:r>
    </w:p>
    <w:p>
      <w:r>
        <w:rPr>
          <w:b/>
        </w:rPr>
        <w:t xml:space="preserve">[16:12] </w:t>
      </w:r>
      <w:r>
        <w:t>yahan power ka matlab hai political power. to power corrupts and absolute power corrupts absolutely. jaise power aya to corruption shuru ho gaya.</w:t>
      </w:r>
    </w:p>
    <w:p>
      <w:pPr>
        <w:jc w:val="right"/>
      </w:pPr>
      <w:r>
        <w:t>یہاں پاور کا مطلب ہے پولیٹیکل پاور۔ تو پاور کرپٹس اینڈ ایبسولیوٹ پاور کرپٹس ایبسولیوٹلی۔ جیسے پاور آیا تو کرپشن شروع ہو گیا۔</w:t>
      </w:r>
    </w:p>
    <w:p>
      <w:r>
        <w:rPr>
          <w:b/>
        </w:rPr>
        <w:t xml:space="preserve">[16:23] </w:t>
      </w:r>
      <w:r>
        <w:t>empire ban gaya to corruption apne peak par pahunch gaya. yeh to sab har ek ke sath hota hai. jahan bhi power aaya, corruption aaya. yeh to sab aaj yeh to universal phenomena hai.</w:t>
      </w:r>
    </w:p>
    <w:p>
      <w:pPr>
        <w:jc w:val="right"/>
      </w:pPr>
      <w:r>
        <w:t>ایمپائر بن گیا تو کرپشن اپنے پیک پر پہنچ گیا۔ یہ تو سب ہر ایک کے ساتھ ہوتا ہے۔ جہاں بھی پاور آیا، کرپشن آیا۔ یہ تو سب آج یہ تو یونیورسل فیناومینا ہے۔</w:t>
      </w:r>
    </w:p>
    <w:p>
      <w:r>
        <w:rPr>
          <w:b/>
        </w:rPr>
        <w:t xml:space="preserve">[16:39] </w:t>
      </w:r>
      <w:r>
        <w:t>maulana, agla sawal kya hai? mister muhammad asif riyaz ne patna se. unhon ne likha hai ke maulana sahab tell us about taqwa.</w:t>
      </w:r>
    </w:p>
    <w:p>
      <w:pPr>
        <w:jc w:val="right"/>
      </w:pPr>
      <w:r>
        <w:t>مولانا، اگلا سوال کیا ہے؟ مسٹر محمد اصف ریاض نے پٹنہ سے۔ انہوں نے لکھا ہے کہ مولانا صاحب ٹیل اس اباؤٹ تقویٰ۔</w:t>
      </w:r>
    </w:p>
    <w:p>
      <w:r>
        <w:rPr>
          <w:b/>
        </w:rPr>
        <w:t xml:space="preserve">[16:51] </w:t>
      </w:r>
      <w:r>
        <w:t>dekhen, taqwa ka jo literal meaning hai, woh to bachna. bachna. baqaya kehte hain dhal ko.</w:t>
      </w:r>
    </w:p>
    <w:p>
      <w:pPr>
        <w:jc w:val="right"/>
      </w:pPr>
      <w:r>
        <w:t>دیکھیں، تقویٰ کا جو لٹرل میننگ ہے، وہ تو بچنا۔ بچنا۔ بقایہ کہتے ہیں ڈھال کو۔</w:t>
      </w:r>
    </w:p>
    <w:p>
      <w:r>
        <w:rPr>
          <w:b/>
        </w:rPr>
        <w:t xml:space="preserve">[17:02] </w:t>
      </w:r>
      <w:r>
        <w:t>to jab aap ke andar yeh yeh thinking develop kare ke mujhe bach kar chalna hai, burai ko chhodna hai, achhai ko lena hai, jis mein khuda ki marzi na ho, us se door jao, bhagna hai, marzi ho to us ko aage chalna hai is raste mein.</w:t>
      </w:r>
    </w:p>
    <w:p>
      <w:pPr>
        <w:jc w:val="right"/>
      </w:pPr>
      <w:r>
        <w:t>تو جب آپ کے اندر یہ یہ تھنکنگ ڈیویلپ کرے کہ مجھے بچ کر چلنا ہے، برائی کو چھوڑنا ہے، اچھائی کو لینا ہے، جس میں خدا کی مرضی نہ ہو، اس سے دور جاؤ، بھاگنا ہے، مرضی ہو تو اس کو آگے چلنا ہے اس راستے میں۔</w:t>
      </w:r>
    </w:p>
    <w:p>
      <w:r>
        <w:rPr>
          <w:b/>
        </w:rPr>
        <w:t xml:space="preserve">[17:18] </w:t>
      </w:r>
      <w:r>
        <w:t>yeh hai bachna.</w:t>
      </w:r>
    </w:p>
    <w:p>
      <w:pPr>
        <w:jc w:val="right"/>
      </w:pPr>
      <w:r>
        <w:t>یہ ہے بچنا۔</w:t>
      </w:r>
    </w:p>
    <w:p>
      <w:r>
        <w:rPr>
          <w:b/>
        </w:rPr>
        <w:t xml:space="preserve">[17:20] </w:t>
      </w:r>
      <w:r>
        <w:t>to jab aap study karte hain, sochte hain, aur aap allah ke raste par aate hain to it is but natural ke aap ke andar ek test develop hota hai, bachne wala test ke bhai is se bacho, yeh khuda ko narazi is mein hai, yeh is mein to yeh aage badho, is mein khuda ki khushnudi milegi.</w:t>
      </w:r>
    </w:p>
    <w:p>
      <w:pPr>
        <w:jc w:val="right"/>
      </w:pPr>
      <w:r>
        <w:t>تو جب آپ سٹڈی کرتے ہیں، سوچتے ہیں، اور آپ اللہ کے راستے پر آتے ہیں تو اٹ از بٹ نیچرل کہ آپ کے اندر ایک ٹیسٹ ڈیویلپ ہوتا ہے، بچنے والا ٹیسٹ کہ بھئی اس سے بچو، یہ خدا کو ناراضی اس میں ہے، یہ اس میں تو یہ آگے بڑھو، اس میں خدا کی خوشنودی ملے گی۔</w:t>
      </w:r>
    </w:p>
    <w:p>
      <w:r>
        <w:rPr>
          <w:b/>
        </w:rPr>
        <w:t xml:space="preserve">[17:41] </w:t>
      </w:r>
      <w:r>
        <w:t>yani taqwa. to taqwa bhi dekhiye, ek process hai, develop karta hai. woh beginning hoti hai yahan se.</w:t>
      </w:r>
    </w:p>
    <w:p>
      <w:pPr>
        <w:jc w:val="right"/>
      </w:pPr>
      <w:r>
        <w:t>یعنی تقویٰ۔ تو تقویٰ بھی دیکھیے، ایک پروسیس ہے، ڈیویلپ کرتا ہے۔ وہ بگننگ ہوتی ہے یہاں سے۔</w:t>
      </w:r>
    </w:p>
    <w:p>
      <w:r>
        <w:rPr>
          <w:b/>
        </w:rPr>
        <w:t xml:space="preserve">[17:54] </w:t>
      </w:r>
      <w:r>
        <w:t>phir badhte badhte badhte woh bohat aage ja tak pahunch jata hai. to jab aadmi ke andar woh test develop ho jaye ke allah wali zindagi guzarna hai,</w:t>
      </w:r>
    </w:p>
    <w:p>
      <w:pPr>
        <w:jc w:val="right"/>
      </w:pPr>
      <w:r>
        <w:t>پھر بڑھتے بڑھتے بڑھتے وہ بہت آگے جا تک پہنچ جاتا ہے۔ تو جب آدمی کے اندر وہ ٹیسٹ ڈیویلپ ہو جائے کہ اللہ والی زندگی گزارنا ہے،</w:t>
      </w:r>
    </w:p>
    <w:p>
      <w:r>
        <w:rPr>
          <w:b/>
        </w:rPr>
        <w:t xml:space="preserve">[18:10] </w:t>
      </w:r>
      <w:r>
        <w:t>jis mein allah ki narazi ko us se bachna hai, to phir woh allah ki madad aane lagti hai us ko. to dheere dheere woh sahi maene mein muttaqi insan ban jata hai.</w:t>
      </w:r>
    </w:p>
    <w:p>
      <w:pPr>
        <w:jc w:val="right"/>
      </w:pPr>
      <w:r>
        <w:t>جس میں اللہ کی ناراضی کو اس سے بچنا ہے، تو پھر وہ اللہ کی مدد آنے لگتی ہے اس کو۔ تو دھیرے دھیرے وہ صحیح معنی میں متقی انسان بن جاتا ہے۔</w:t>
      </w:r>
    </w:p>
    <w:p>
      <w:r>
        <w:rPr>
          <w:b/>
        </w:rPr>
        <w:t xml:space="preserve">[18:22] </w:t>
      </w:r>
      <w:r>
        <w:t>yeh sari cheezen yaad rakhiye, process taluq hoti hai. process hai, achhanak nahi hoti kabhi bhi.</w:t>
      </w:r>
    </w:p>
    <w:p>
      <w:pPr>
        <w:jc w:val="right"/>
      </w:pPr>
      <w:r>
        <w:t>یہ ساری چیزیں یاد رکھیے، پروسیس تعلق ہوتی ہے۔ پروسیس ہے، اچانک نہیں ہوتی کبھی بھی۔</w:t>
      </w:r>
    </w:p>
    <w:p>
      <w:r>
        <w:rPr>
          <w:b/>
        </w:rPr>
        <w:t xml:space="preserve">[18:28] </w:t>
      </w:r>
      <w:r>
        <w:t>ek intellectual process hota hai yeh.</w:t>
      </w:r>
    </w:p>
    <w:p>
      <w:pPr>
        <w:jc w:val="right"/>
      </w:pPr>
      <w:r>
        <w:t>ایک انٹلیکچول پروسیس ہوتا ہے یہ۔</w:t>
      </w:r>
    </w:p>
    <w:p>
      <w:r>
        <w:rPr>
          <w:b/>
        </w:rPr>
        <w:t xml:space="preserve">[18:33] </w:t>
      </w:r>
      <w:r>
        <w:t>maulana, yeh sawal aaya hai sialkot pakistan se. shaukat ali sahab ne poocha hai. unhon ne likha hai ke "I read an ayat from Holy Quran which says allah har roz kisi na kisi kaam mein masroof hotay hain.</w:t>
      </w:r>
    </w:p>
    <w:p>
      <w:pPr>
        <w:jc w:val="right"/>
      </w:pPr>
      <w:r>
        <w:t>مولانا، یہ سوال آیا ہے سیالکوٹ پاکستان سے۔ شوکت علی صاحب نے پوچھا ہے۔ انہوں نے لکھا ہے کہ "I read an ayat from Holy Quran which says اللہ ہر روز کسی نہ کسی کام میں مصروف ہوتے ہیں۔</w:t>
      </w:r>
    </w:p>
    <w:p>
      <w:r>
        <w:rPr>
          <w:b/>
        </w:rPr>
        <w:t xml:space="preserve">[18:52] </w:t>
      </w:r>
      <w:r>
        <w:t>maulana, please explain what is the message for humans in this ayat?"</w:t>
      </w:r>
    </w:p>
    <w:p>
      <w:pPr>
        <w:jc w:val="right"/>
      </w:pPr>
      <w:r>
        <w:t>مولانا، please explain what is the message for humans in this ayat؟"</w:t>
      </w:r>
    </w:p>
    <w:p>
      <w:r>
        <w:rPr>
          <w:b/>
        </w:rPr>
        <w:t xml:space="preserve">[18:59] </w:t>
      </w:r>
      <w:r>
        <w:t>yeh masroof ka lafz to is mein nahi hai. "إن كل يوم هو في شان"</w:t>
      </w:r>
    </w:p>
    <w:p>
      <w:pPr>
        <w:jc w:val="right"/>
      </w:pPr>
      <w:r>
        <w:t>یہ مصروف کا لفظ تو اس میں نہیں ہے۔ "إن كل يوم هو في شان"</w:t>
      </w:r>
    </w:p>
    <w:p>
      <w:r>
        <w:rPr>
          <w:b/>
        </w:rPr>
        <w:t xml:space="preserve">[19:06] </w:t>
      </w:r>
      <w:r>
        <w:t>. "kul yaum huwa fi shan". ab yeh is ki koi bohat hi yani mathematical language mein is ki tafsir nahi keh sakti. har din allah ek halat mein hota hai.</w:t>
      </w:r>
    </w:p>
    <w:p>
      <w:pPr>
        <w:jc w:val="right"/>
      </w:pPr>
      <w:r>
        <w:t>۔ "کل يوم هو في شان"۔ اب یہ اس کی کوئی بہت ہی یعنی میتھمیٹیکل لینگویج میں اس کی تفسیر نہیں کہہ سکتی۔ ہر دن اللہ ایک حالت میں ہوتا ہے۔</w:t>
      </w:r>
    </w:p>
    <w:p>
      <w:r>
        <w:rPr>
          <w:b/>
        </w:rPr>
        <w:t xml:space="preserve">[19:19] </w:t>
      </w:r>
      <w:r>
        <w:t>mein samajhta hoon ke is ka matlab ghaliban yeh hai ke khuda jo chala raha hai poore universe ko, to har waqt us ki nigrani kar raha hai, har waqt dekh raha hai.</w:t>
      </w:r>
    </w:p>
    <w:p>
      <w:pPr>
        <w:jc w:val="right"/>
      </w:pPr>
      <w:r>
        <w:t>میں سمجھتا ہوں کہ اس کا مطلب غالباً یہ ہے کہ خدا جو چلا رہا ہے پورے یونیورس کو، تو ہر وقت اس کی نگرانی کر رہا ہے، ہر وقت دیکھ رہا ہے۔</w:t>
      </w:r>
    </w:p>
    <w:p>
      <w:r>
        <w:rPr>
          <w:b/>
        </w:rPr>
        <w:t xml:space="preserve">[19:30] </w:t>
      </w:r>
      <w:r>
        <w:t>itna bara universe, itna bara universe. to har din ka ho to har har moment wahan par khuda ko yani dekhna hota hoga.</w:t>
      </w:r>
    </w:p>
    <w:p>
      <w:pPr>
        <w:jc w:val="right"/>
      </w:pPr>
      <w:r>
        <w:t>اتنا بڑا یونیورس، اتنا بڑا یونیورس۔ تو ہر دن کا ہو تو ہر ہر مومنٹ وہاں پر خدا کو یعنی دیکھنا ہوتا ہوگا۔</w:t>
      </w:r>
    </w:p>
    <w:p>
      <w:r>
        <w:rPr>
          <w:b/>
        </w:rPr>
        <w:t xml:space="preserve">[19:42] </w:t>
      </w:r>
      <w:r>
        <w:t>kaise aati hai? bhai, chal dijiye. mein to daily sochta hoon ke jaise kai bar abhi subah mein ne uthaya, aise hi mere mera mug tha, us par dhakkan tha. dhakkan se fajar gir pada.</w:t>
      </w:r>
    </w:p>
    <w:p>
      <w:pPr>
        <w:jc w:val="right"/>
      </w:pPr>
      <w:r>
        <w:t>کیسے آتی ہے؟ بھئی، چل دیجیے۔ میں تو ڈیلی سوچتا ہوں کہ جیسے کئی بار ابھی صبح میں نے اٹھایا، ایسے ہی میرے میرا مگ تھا، اس پر ڈھکن تھا۔ ڈھکن سے فجر گر پڑا۔</w:t>
      </w:r>
    </w:p>
    <w:p>
      <w:r>
        <w:rPr>
          <w:b/>
        </w:rPr>
        <w:t xml:space="preserve">[19:52] </w:t>
      </w:r>
      <w:r>
        <w:t>abhi subah ki baat hai. mein socha ke mein mug ka dhakkan nahi sambhal sakta.</w:t>
      </w:r>
    </w:p>
    <w:p>
      <w:pPr>
        <w:jc w:val="right"/>
      </w:pPr>
      <w:r>
        <w:t>ابھی صبح کی بات ہے۔ میں سوچا کہ میں مگ کا ڈھکن نہیں سنبھال سکتا۔</w:t>
      </w:r>
    </w:p>
    <w:p>
      <w:r>
        <w:rPr>
          <w:b/>
        </w:rPr>
        <w:t xml:space="preserve">[19:58] </w:t>
      </w:r>
      <w:r>
        <w:t>khuda aisi poori universe ko sambhale hue hai. koi planet idhar gir jaye, koi star idhar gir jaye, aisa nahi hota. to khuda ke is grip ko bataiye.</w:t>
      </w:r>
    </w:p>
    <w:p>
      <w:pPr>
        <w:jc w:val="right"/>
      </w:pPr>
      <w:r>
        <w:t>خدا ایسی پوری یونیورس کو سنبھالے ہوئے ہے۔ کوئی پلینٹ ادھر گر جائے، کوئی سٹار ادھر گر جائے، ایسا نہیں ہوتا۔ تو خدا کے اس گرپ کو بتائیے۔</w:t>
      </w:r>
    </w:p>
    <w:p>
      <w:r>
        <w:rPr>
          <w:b/>
        </w:rPr>
        <w:t xml:space="preserve">[20:08] </w:t>
      </w:r>
      <w:r>
        <w:t>khuda har waqt poori grip mein liye hue hain poori universe ko. bohat control qaim kar rakha hai apna khuda ne universe ke upar.</w:t>
      </w:r>
    </w:p>
    <w:p>
      <w:pPr>
        <w:jc w:val="right"/>
      </w:pPr>
      <w:r>
        <w:t>خدا ہر وقت پوری گرپ میں لیے ہوئے ہیں پوری یونیورس کو۔ بہت کنٹرول قائم کر رکھا ہے اپنا خدا نے یونیورس کے اوپر۔</w:t>
      </w:r>
    </w:p>
    <w:p>
      <w:r>
        <w:rPr>
          <w:b/>
        </w:rPr>
        <w:t xml:space="preserve">[20:18] </w:t>
      </w:r>
      <w:r>
        <w:t>to khuda ki greatness, khuda ki azmat, khuda ke power ko batane ke liye ayat aayi hai. yahan tak mein samajhta hoon.</w:t>
      </w:r>
    </w:p>
    <w:p>
      <w:pPr>
        <w:jc w:val="right"/>
      </w:pPr>
      <w:r>
        <w:t>تو خدا کی گریٹنس، خدا کی عظمت، خدا کے پاور کو بتانے کے لیے آیت آئی ہے۔ یہاں تک میں سمجھتا ہوں۔</w:t>
      </w:r>
    </w:p>
    <w:p>
      <w:r>
        <w:rPr>
          <w:b/>
        </w:rPr>
        <w:t xml:space="preserve">[20:29] </w:t>
      </w:r>
      <w:r>
        <w:t>maulana, agla sawal aaya hai miss gul zeeba ahmed ka maryland, usa se. she has written: "maulana, first i would like to thank you for your great advice at teleconference meeting early morning today.</w:t>
      </w:r>
    </w:p>
    <w:p>
      <w:pPr>
        <w:jc w:val="right"/>
      </w:pPr>
      <w:r>
        <w:t>مولانا، اگلا سوال آیا ہے مس گل زیبہ احمد کا میری لینڈ، یو ایس اے سے۔ شی ہیز ریٹن: "مولانا، فرسٹ آئی وڈ لائک ٹو تھینک یو فار یور گریٹ ایڈوائس ایٹ ٹیلی کانفرنس میٹنگ ارلی مارننگ ٹوڈے۔</w:t>
      </w:r>
    </w:p>
    <w:p>
      <w:r>
        <w:rPr>
          <w:b/>
        </w:rPr>
        <w:t xml:space="preserve">[20:44] </w:t>
      </w:r>
      <w:r>
        <w:t>my question is: when prophet muhammad went on meraj, he was shown jannah there. he was also shown the path to jannah, which he found to be full of difficulties.</w:t>
      </w:r>
    </w:p>
    <w:p>
      <w:pPr>
        <w:jc w:val="right"/>
      </w:pPr>
      <w:r>
        <w:t>مائی کوئسچن از: وین پرافٹ محمد وینٹ ان معراج، ہی واز شون جنہ دیر۔ ہی واز السو شون دا پاتھ ٹو جنہ، وچ ہی فاؤنڈ ٹو بی فل اف ڈیفیکلٹیز۔</w:t>
      </w:r>
    </w:p>
    <w:p>
      <w:r>
        <w:rPr>
          <w:b/>
        </w:rPr>
        <w:t xml:space="preserve">[20:58] </w:t>
      </w:r>
      <w:r>
        <w:t>after seeing this path, the prophet said: 'very few people of my ummah will enter into jannah because the path is very difficult.' maulana sahib, my question to you is: when the path is so difficult, then how come some moulvis advise us to recite some surahs and duas every day to get to jannah?"</w:t>
      </w:r>
    </w:p>
    <w:p>
      <w:pPr>
        <w:jc w:val="right"/>
      </w:pPr>
      <w:r>
        <w:t>افٹر سینگ دس پاتھ، دا پرافٹ سیڈ: 'ویری فیو پیپل اف مائی امہ ویل انٹر انٹو جنہ بیکاز دا پاتھ از ویری ڈیفیکلٹ۔' مولانا صاحب، مائی کوئسچن ٹو یو از: وین دا پاتھ از سو ڈیفیکلٹ، دین ہاؤ کم سم مولویز ایڈوائز اس ٹو ریسائیڈ سم سوراز اینڈ دعاز ایوری ڈے ٹو گیٹ ٹو جنہ؟"</w:t>
      </w:r>
    </w:p>
    <w:p>
      <w:r>
        <w:rPr>
          <w:b/>
        </w:rPr>
        <w:t xml:space="preserve">[21:24] </w:t>
      </w:r>
      <w:r>
        <w:t>to to main ne abhi aap ne kaha hai, aap ne is mein ke is waqt jo islam hai, woh to islam ka reduced form hai. yani main to khud se ek islam ka form bana liya hai.</w:t>
      </w:r>
    </w:p>
    <w:p>
      <w:pPr>
        <w:jc w:val="right"/>
      </w:pPr>
      <w:r>
        <w:t>تو تو میں نے ابھی آپ نے کہا ہے، آپ نے اس میں کہ اس وقت جو اسلام ہے، وہ تو اسلام کا ریڈیوسڈ فارم ہے۔ یعنی میں تو خود سے ایک اسلام کا فارم بنا لیا ہے۔</w:t>
      </w:r>
    </w:p>
    <w:p>
      <w:r>
        <w:rPr>
          <w:b/>
        </w:rPr>
        <w:t xml:space="preserve">[21:37] </w:t>
      </w:r>
      <w:r>
        <w:t>reduced bhi nahi, invited form hai woh.</w:t>
      </w:r>
    </w:p>
    <w:p>
      <w:pPr>
        <w:jc w:val="right"/>
      </w:pPr>
      <w:r>
        <w:t>ریڈیوسڈ بھی نہیں، انویٹڈ فارم ہے وہ۔</w:t>
      </w:r>
    </w:p>
    <w:p>
      <w:r>
        <w:rPr>
          <w:b/>
        </w:rPr>
        <w:t xml:space="preserve">[21:42] </w:t>
      </w:r>
      <w:r>
        <w:t>yeh to bilkul yeh yani 100 percent yeh baseless hai. yeh sab cheezein, yeh bohat jannat, woh bohat jannat, yeh sab bilkul baseless hai. 100 percent baseless hai ke is surah ko parh lene se yeh falan waqt do rakat namaz parh lo, falan yeh falan jagah chale jao, falan jagah chale jao, is se jannat mil jayegi.</w:t>
      </w:r>
    </w:p>
    <w:p>
      <w:pPr>
        <w:jc w:val="right"/>
      </w:pPr>
      <w:r>
        <w:t>یہ تو بالکل یہ یعنی 100 پرسنٹ یہ بیسلیس ہے۔ یہ سب چیزیں، یہ بہت جنت، وہ بہت جنت، یہ سب بالکل بیسلیس ہے۔ 100 پرسنٹ بیسلیس ہے کہ اس سورہ کو پڑھ لینے سے یہ فلاں وقت دو رکعت نماز پڑھ لو، فلاں یہ فلاں جگہ چلے جاؤ، فلاں جگہ چلے جاؤ، اس سے جنت مل جائے گی۔</w:t>
      </w:r>
    </w:p>
    <w:p>
      <w:r>
        <w:rPr>
          <w:b/>
        </w:rPr>
        <w:t xml:space="preserve">[22:00] </w:t>
      </w:r>
      <w:r>
        <w:t>yeh sab bilkul baseless baatein hain.</w:t>
      </w:r>
    </w:p>
    <w:p>
      <w:pPr>
        <w:jc w:val="right"/>
      </w:pPr>
      <w:r>
        <w:t>یہ سب بالکل بیسلیس باتیں ہیں۔</w:t>
      </w:r>
    </w:p>
    <w:p>
      <w:r>
        <w:rPr>
          <w:b/>
        </w:rPr>
        <w:t xml:space="preserve">[22:04] </w:t>
      </w:r>
      <w:r>
        <w:t>yaad rakhiye, jannat ke liye jo formula quran mein bataya gaya hai, woh yeh hai: zalik jaza wa man tazakka yani jannat us ke liye jis ne apna tazkiya kiya.</w:t>
      </w:r>
    </w:p>
    <w:p>
      <w:pPr>
        <w:jc w:val="right"/>
      </w:pPr>
      <w:r>
        <w:t>یاد رکھیے، جنت کے لیے جو فارمولا قرآن میں بتایا گیا ہے، وہ یہ ہے: ذالک جزا ومن تزکا یعنی جنت اس کے لیے جس نے اپنا تزکیہ کیا۔</w:t>
      </w:r>
    </w:p>
    <w:p>
      <w:r>
        <w:rPr>
          <w:b/>
        </w:rPr>
        <w:t xml:space="preserve">[22:19] </w:t>
      </w:r>
      <w:r>
        <w:t>tazkiya kiya, yeh nahi ke subah koi ayat parh li, sham ko ayat parh li to bas jannat chala gaya. yeh to bilkul hi</w:t>
      </w:r>
    </w:p>
    <w:p>
      <w:pPr>
        <w:jc w:val="right"/>
      </w:pPr>
      <w:r>
        <w:t>تزکیہ کیا، یہ نہیں کہ صبح کوئی آیت پڑھ لی، شام کو آیت پڑھ لی تو بس جنت چلا گیا۔ یہ تو بالکل ہی</w:t>
      </w:r>
    </w:p>
    <w:p>
      <w:r>
        <w:rPr>
          <w:b/>
        </w:rPr>
        <w:t xml:space="preserve">[22:25] </w:t>
      </w:r>
      <w:r>
        <w:t>ridiculous hai, ridiculous. tazkiya kiya yani apne aap ko purify kiya. zalik jaza wa man tazka jannat us ke liye jis ne apne aap ko, this soul ko purify kiya.</w:t>
      </w:r>
    </w:p>
    <w:p>
      <w:pPr>
        <w:jc w:val="right"/>
      </w:pPr>
      <w:r>
        <w:t>ریڈیکولس ہے، ریڈیکولس۔ تزکیہ کیا یعنی اپنے آپ کو پیوریفائی کیا۔ ذالک جزا ومن تزکا جنت اس کے لیے جس نے اپنے آپ کو، اس سول کو پیوریفائی کیا۔</w:t>
      </w:r>
    </w:p>
    <w:p>
      <w:r>
        <w:rPr>
          <w:b/>
        </w:rPr>
        <w:t xml:space="preserve">[22:40] </w:t>
      </w:r>
      <w:r>
        <w:t>purify karna kya hai? har waqt hamare andar negative thought aate hain, us ko nikalna. har waqt hamare andar kuch galat khwahishein paida hoti hain, us se ladna.</w:t>
      </w:r>
    </w:p>
    <w:p>
      <w:pPr>
        <w:jc w:val="right"/>
      </w:pPr>
      <w:r>
        <w:t>پیوریفائی کرنا کیا ہے؟ ہر وقت ہمارے اندر نیگیٹیو تھاٹ آتے ہیں، اس کو نکالنا۔ ہر وقت ہمارے اندر کچھ غلط خواہشیں پیدا ہوتی ہیں، اس سے لڑنا۔</w:t>
      </w:r>
    </w:p>
    <w:p>
      <w:r>
        <w:rPr>
          <w:b/>
        </w:rPr>
        <w:t xml:space="preserve">[22:52] </w:t>
      </w:r>
      <w:r>
        <w:t>har waqt hamare samne aise koi aata hai ke hum debate karne lagte hain idhar, us se apne ko idhar right path pe lagana, lana. har waqt koi temptation hai, aulad ka hai, bachon ka hai, family ka hai,</w:t>
      </w:r>
    </w:p>
    <w:p>
      <w:pPr>
        <w:jc w:val="right"/>
      </w:pPr>
      <w:r>
        <w:t>ہر وقت ہمارے سامنے ایسے کوئی آتا ہے کہ ہم ڈیبیٹ کرنے لگتے ہیں ادھر، اس سے اپنے کو ادھر رائٹ پاتھ پہ لگانا، لانا۔ ہر وقت کوئی ٹیمپریٹیشن ہے، اولاد کا ہے، بچوں کا ہے، فیملی کا ہے،</w:t>
      </w:r>
    </w:p>
    <w:p>
      <w:r>
        <w:rPr>
          <w:b/>
        </w:rPr>
        <w:t xml:space="preserve">[23:06] </w:t>
      </w:r>
      <w:r>
        <w:t>kisi bhi cheez ka. is temptation se apne ko bachana,</w:t>
      </w:r>
    </w:p>
    <w:p>
      <w:pPr>
        <w:jc w:val="right"/>
      </w:pPr>
      <w:r>
        <w:t>کسی بھی چیز کا۔ اس ٹیمپریشن سے اپنے کو بچانا،</w:t>
      </w:r>
    </w:p>
    <w:p>
      <w:r>
        <w:rPr>
          <w:b/>
        </w:rPr>
        <w:t xml:space="preserve">[23:09] </w:t>
      </w:r>
      <w:r>
        <w:t>tab woh tazkiya hota hai, tab woh purified soul banta hai.</w:t>
      </w:r>
    </w:p>
    <w:p>
      <w:pPr>
        <w:jc w:val="right"/>
      </w:pPr>
      <w:r>
        <w:t>تب وہ تزکیہ ہوتا ہے، تب وہ پیوریفائیڈ سول بنتا ہے۔</w:t>
      </w:r>
    </w:p>
    <w:p>
      <w:r>
        <w:rPr>
          <w:b/>
        </w:rPr>
        <w:t xml:space="preserve">[23:16] </w:t>
      </w:r>
      <w:r>
        <w:t>log to phanse rehte hain isi mein, apne ko yani pollute karte hain aur samajhte hain ke kuch kuch, yeh kuch dane pe tasbeeh parh do, kuch suratein parh do to jannat pahunch jaoge.</w:t>
      </w:r>
    </w:p>
    <w:p>
      <w:pPr>
        <w:jc w:val="right"/>
      </w:pPr>
      <w:r>
        <w:t>لوگ تو پھنسے رہتے ہیں اسی میں، اپنے کو یعنی پلوٹ کرتے ہیں اور سمجھتے ہیں کہ کچھ کچھ، یہ کچھ دانے پہ تسبیح پڑھ دو، کچھ سورتیں پڑھ دو تو جنت پہنچ جاؤ گے۔</w:t>
      </w:r>
    </w:p>
    <w:p>
      <w:r>
        <w:rPr>
          <w:b/>
        </w:rPr>
        <w:t xml:space="preserve">[23:30] </w:t>
      </w:r>
      <w:r>
        <w:t>to ridiculous, ridiculous.</w:t>
      </w:r>
    </w:p>
    <w:p>
      <w:pPr>
        <w:jc w:val="right"/>
      </w:pPr>
      <w:r>
        <w:t>تو ریڈیکولس، ریڈیکولس۔</w:t>
      </w:r>
    </w:p>
    <w:p>
      <w:r>
        <w:rPr>
          <w:b/>
        </w:rPr>
        <w:t xml:space="preserve">[23:37] </w:t>
      </w:r>
      <w:r>
        <w:t>to behal is ayat ko yaad rakhiye: zalik jaza mantazka aisi aayatein bohat sari hain. ek hadith mein hai, ek aadmi jab ek gunah karta hai, us ke dil pe ek dhabba pad jata hai.</w:t>
      </w:r>
    </w:p>
    <w:p>
      <w:pPr>
        <w:jc w:val="right"/>
      </w:pPr>
      <w:r>
        <w:t>تو بہرحال اس آیت کو یاد رکھیے: ذالک جزا منتزک ایسی آیتیں بہت ساری ہیں۔ ایک حدیث میں ہے، ایک آدمی جب ایک گناہ کرتا ہے، اس کے دل پہ ایک دھبہ پڑ جاتا ہے۔</w:t>
      </w:r>
    </w:p>
    <w:p>
      <w:r>
        <w:rPr>
          <w:b/>
        </w:rPr>
        <w:t xml:space="preserve">[23:51] </w:t>
      </w:r>
      <w:r>
        <w:t>phir karta hai, phir parhta hai, phir karta hai, phir parhta hai. yahan tak ke poora dil kala ho jata hai.</w:t>
      </w:r>
    </w:p>
    <w:p>
      <w:pPr>
        <w:jc w:val="right"/>
      </w:pPr>
      <w:r>
        <w:t>پھر کرتا ہے، پھر پڑھتا ہے، پھر کرتا ہے، پھر پڑھتا ہے۔ یہاں تک کہ پورا دل کالا ہو جاتا ہے۔</w:t>
      </w:r>
    </w:p>
    <w:p>
      <w:r>
        <w:rPr>
          <w:b/>
        </w:rPr>
        <w:t xml:space="preserve">[23:56] </w:t>
      </w:r>
      <w:r>
        <w:t>yeh kala matlab yeh nahi ke sach much color, color ke sense mein kala hota hai. nahi, is ka matlab hai besht ho jata hai.</w:t>
      </w:r>
    </w:p>
    <w:p>
      <w:pPr>
        <w:jc w:val="right"/>
      </w:pPr>
      <w:r>
        <w:t>یہ کالا مطلب یہ نہیں کہ سچ مچ کلر، کلر کے سینس میں کالا ہوتا ہے۔ نہیں، اس کا مطلب ہے بہشت ہو جاتا ہے۔</w:t>
      </w:r>
    </w:p>
    <w:p>
      <w:r>
        <w:rPr>
          <w:b/>
        </w:rPr>
        <w:t xml:space="preserve">[24:09] </w:t>
      </w:r>
      <w:r>
        <w:t>to is mein hadith mein kya bataya gaya hai ke jaise hi tum ko mehsoos ho ke ek dhabba pada, jaldi se mitao us ko. mitane ka tareeqa kya bataya hai?</w:t>
      </w:r>
    </w:p>
    <w:p>
      <w:pPr>
        <w:jc w:val="right"/>
      </w:pPr>
      <w:r>
        <w:t>تو اس میں حدیث میں کیا بتایا گیا ہے کہ جیسے ہی تم کو محسوس ہو کہ ایک دھبہ پڑا، جلدی سے مٹاؤ اس کو۔ مٹانے کا طریقہ کیا بتایا ہے؟</w:t>
      </w:r>
    </w:p>
    <w:p>
      <w:r>
        <w:rPr>
          <w:b/>
        </w:rPr>
        <w:t xml:space="preserve">[24:19] </w:t>
      </w:r>
      <w:r>
        <w:t>kasrat zikr al maut wa tilawat al quran khoob zyada yaad karo maut ko aur khoob zyada parho, khoob zyada study karo quran ki.</w:t>
      </w:r>
    </w:p>
    <w:p>
      <w:pPr>
        <w:jc w:val="right"/>
      </w:pPr>
      <w:r>
        <w:t>کثرت ذکر الموت و تلاوت القرآن خوب زیادہ یاد کرو موت کو اور خوب زیادہ پڑھو، خوب زیادہ سٹڈی کرو قرآن کی۔</w:t>
      </w:r>
    </w:p>
    <w:p>
      <w:r>
        <w:rPr>
          <w:b/>
        </w:rPr>
        <w:t xml:space="preserve">[24:30] </w:t>
      </w:r>
      <w:r>
        <w:t>parho nahi, study karo quran ki.</w:t>
      </w:r>
    </w:p>
    <w:p>
      <w:pPr>
        <w:jc w:val="right"/>
      </w:pPr>
      <w:r>
        <w:t>پڑھو نہیں، سٹڈی کرو قرآن کی۔</w:t>
      </w:r>
    </w:p>
    <w:p>
      <w:r>
        <w:rPr>
          <w:b/>
        </w:rPr>
        <w:t xml:space="preserve">[24:33] </w:t>
      </w:r>
      <w:r>
        <w:t>to yeh ek course hai, ek process hai, chalta hai. yani zindagi mein chalta rehta hai, yahan tak ke maut tak chalta hai.</w:t>
      </w:r>
    </w:p>
    <w:p>
      <w:pPr>
        <w:jc w:val="right"/>
      </w:pPr>
      <w:r>
        <w:t>تو یہ ایک کورس ہے، ایک پروسیس ہے، چلتا ہے۔ یعنی زندگی میں چلتا رہتا ہے، یہاں تک کہ موت تک چلتا ہے۔</w:t>
      </w:r>
    </w:p>
    <w:p>
      <w:r>
        <w:rPr>
          <w:b/>
        </w:rPr>
        <w:t xml:space="preserve">[24:42] </w:t>
      </w:r>
      <w:r>
        <w:t>woh har waqt apne ko purify karna, har waqt apne ko deviation se bachana, har waqt apne ko temptation se bachana.</w:t>
      </w:r>
    </w:p>
    <w:p>
      <w:pPr>
        <w:jc w:val="right"/>
      </w:pPr>
      <w:r>
        <w:t>وہ ہر وقت اپنے کو پیوریفائی کرنا، ہر وقت اپنے کو ڈیویشن سے بچانا، ہر وقت اپنے کو ٹیمپریشن سے بچانا۔</w:t>
      </w:r>
    </w:p>
    <w:p>
      <w:r>
        <w:rPr>
          <w:b/>
        </w:rPr>
        <w:t xml:space="preserve">[24:52] </w:t>
      </w:r>
      <w:r>
        <w:t>har waqt jab aap ka focus hate, phir us ko focus ko dobara right path par lana. yeh hai course tazkiya ka.</w:t>
      </w:r>
    </w:p>
    <w:p>
      <w:pPr>
        <w:jc w:val="right"/>
      </w:pPr>
      <w:r>
        <w:t>ہر وقت جب آپ کا فوکس ہٹے، پھر اس کو فوکس کو دوبارہ رائٹ پاتھ پر لانا۔ یہ ہے کورس تزکیہ کا۔</w:t>
      </w:r>
    </w:p>
    <w:p>
      <w:r>
        <w:rPr>
          <w:b/>
        </w:rPr>
        <w:t xml:space="preserve">[25:01] </w:t>
      </w:r>
      <w:r>
        <w:t>baqi sab to bilkul baseless baatein hain.</w:t>
      </w:r>
    </w:p>
    <w:p>
      <w:pPr>
        <w:jc w:val="right"/>
      </w:pPr>
      <w:r>
        <w:t>باقی سب تو بالکل بیسلیس باتیں ہیں۔</w:t>
      </w:r>
    </w:p>
    <w:p>
      <w:r>
        <w:rPr>
          <w:b/>
        </w:rPr>
        <w:t xml:space="preserve">[25:05] </w:t>
      </w:r>
      <w:r>
        <w:t>molana, un ka ek aur sawal hai. unhon ne likha hai: "molana, here in the west, many muslims want that children memorize quran at the very young age." "i personally make my son to recite three ruku with english translation of the quran every day.</w:t>
      </w:r>
    </w:p>
    <w:p>
      <w:pPr>
        <w:jc w:val="right"/>
      </w:pPr>
      <w:r>
        <w:t>مولانا، ان کا ایک اور سوال ہے۔ انہوں نے لکھا ہے: "مولانا، ہیئر ان دا ویسٹ، مینی مسلمز وانٹ دیٹ چلڈرن میمورائز قرآن ایٹ دا ویریینگ ایج۔" "I personally make my son to recite three رکوع with English translation of the Quran every day.</w:t>
      </w:r>
    </w:p>
    <w:p>
      <w:r>
        <w:rPr>
          <w:b/>
        </w:rPr>
        <w:t xml:space="preserve">[25:25] </w:t>
      </w:r>
      <w:r>
        <w:t>i have noticed that it has very good effect on him." molana sahib, my question to you is that is it better for a child to do hifz at the age of 12 or to do what i am doing with my son?</w:t>
      </w:r>
    </w:p>
    <w:p>
      <w:pPr>
        <w:jc w:val="right"/>
      </w:pPr>
      <w:r>
        <w:t>I have noticed that it has very good effect on him." مولانا صاحب، my question to you is that is it better for a child to do حفظ at the age of 12 or to do what I am doing with my son?</w:t>
      </w:r>
    </w:p>
    <w:p>
      <w:r>
        <w:rPr>
          <w:b/>
        </w:rPr>
        <w:t xml:space="preserve">[25:40] </w:t>
      </w:r>
      <w:r>
        <w:t>aap theek kar rahi hain, yeh karna chahiye. hifz to mein samajhta hoon ke puranay zamanay ki baat hai. ab to hifz kuch logon ko karna chahiye taake taraweeh parhanay ke liye.</w:t>
      </w:r>
    </w:p>
    <w:p>
      <w:pPr>
        <w:jc w:val="right"/>
      </w:pPr>
      <w:r>
        <w:t>آپ ٹھیک کر رہی ہیں، یہ کرنا چاہیے۔ حفظ تو میں سمجھتا ہوں کہ پرانے زمانے کی بات ہے۔ اب تو حفظ کچھ لوگوں کو کرنا چاہیے تاکہ تراویح پڑھانے کے لیے۔</w:t>
      </w:r>
    </w:p>
    <w:p>
      <w:r>
        <w:rPr>
          <w:b/>
        </w:rPr>
        <w:t xml:space="preserve">[25:52] </w:t>
      </w:r>
      <w:r>
        <w:t>bas. aur jo hai woh den dead index maujood hai. mere paas quran ka index hai. jab chahoon ayat nikaal leta hoon.</w:t>
      </w:r>
    </w:p>
    <w:p>
      <w:pPr>
        <w:jc w:val="right"/>
      </w:pPr>
      <w:r>
        <w:t>بس۔ اور جو ہے وہ ڈین ڈیڈ انڈیکس موجود ہے۔ میرے پاس قرآن کا انڈیکس ہے۔ جب چاہوں آیت نکال لیتا ہوں۔</w:t>
      </w:r>
    </w:p>
    <w:p>
      <w:r>
        <w:rPr>
          <w:b/>
        </w:rPr>
        <w:t xml:space="preserve">[26:00] </w:t>
      </w:r>
      <w:r>
        <w:t>bas. printing press jab nayi aaya tha, quran jab mehfooz honay mein shakk hota tha, kahin mehfooz na rahay.</w:t>
      </w:r>
    </w:p>
    <w:p>
      <w:pPr>
        <w:jc w:val="right"/>
      </w:pPr>
      <w:r>
        <w:t>بس۔ پرنٹنگ پریس جب نئی آیا تھا، قرآن جب محفوظ ہونے میں شک ہوتا تھا، کہیں محفوظ نہ رہے۔</w:t>
      </w:r>
    </w:p>
    <w:p>
      <w:r>
        <w:rPr>
          <w:b/>
        </w:rPr>
        <w:t xml:space="preserve">[26:10] </w:t>
      </w:r>
      <w:r>
        <w:t>ab kya, ab to kuch bhi nahi, quran mehfooz ho gaya. ab yeh nahi ke har aadmi hifz kare, har aadmi hifz kare.</w:t>
      </w:r>
    </w:p>
    <w:p>
      <w:pPr>
        <w:jc w:val="right"/>
      </w:pPr>
      <w:r>
        <w:t>اب کیا، اب تو کچھ بھی نہیں، قرآن محفوظ ہو گیا۔ اب یہ نہیں کہ ہر آدمی حفظ کرے، ہر آدمی حفظ کرے۔</w:t>
      </w:r>
    </w:p>
    <w:p>
      <w:r>
        <w:rPr>
          <w:b/>
        </w:rPr>
        <w:t xml:space="preserve">[26:16] </w:t>
      </w:r>
      <w:r>
        <w:t>ek ek bohat hi ghalat aqeedah baitha hai logon ko ke ek haafiz jo hai poori family ko bakhshwayega. yeh bilkul baseless baat hai ke ek family mein agar ek haafiz ban jaye to poori family ko bakhshwayega.</w:t>
      </w:r>
    </w:p>
    <w:p>
      <w:pPr>
        <w:jc w:val="right"/>
      </w:pPr>
      <w:r>
        <w:t>ایک ایک بہت ہی غلط عقیدہ بیٹھا ہے لوگوں کو کہ ایک حافظ جو ہے پوری فیملی کو بخشوائے گا۔ یہ بالکل بیسلیس بات ہے کہ ایک فیملی میں اگر ایک حافظ بن جائے تو پوری فیملی کو بخشوائے گا۔</w:t>
      </w:r>
    </w:p>
    <w:p>
      <w:r>
        <w:rPr>
          <w:b/>
        </w:rPr>
        <w:t xml:space="preserve">[26:30] </w:t>
      </w:r>
      <w:r>
        <w:t>woh khud hi is ki bakhshish doubt ful hai, woh doosron ke paas bakhshwayega.</w:t>
      </w:r>
    </w:p>
    <w:p>
      <w:pPr>
        <w:jc w:val="right"/>
      </w:pPr>
      <w:r>
        <w:t>وہ خود ہی اس کی بخشش ڈاؤٹ فل ہے، وہ دوسروں کے پاس بخشوائے گا۔</w:t>
      </w:r>
    </w:p>
    <w:p>
      <w:r>
        <w:rPr>
          <w:b/>
        </w:rPr>
        <w:t xml:space="preserve">[26:35] </w:t>
      </w:r>
      <w:r>
        <w:t>to yeh sab bilkul ghalat baatein hain. aap jo kar rahi hain, woh theek kar rahi hain. quran ki study karna hai, hifz karna nahi hai.</w:t>
      </w:r>
    </w:p>
    <w:p>
      <w:pPr>
        <w:jc w:val="right"/>
      </w:pPr>
      <w:r>
        <w:t>تو یہ سب بالکل غلط باتیں ہیں۔ آپ جو کر رہی ہیں، وہ ٹھیک کر رہی ہیں۔ قرآن کی اسٹڈی کرنا ہے، حفظ کرنا نہیں ہے۔</w:t>
      </w:r>
    </w:p>
    <w:p>
      <w:r>
        <w:rPr>
          <w:b/>
        </w:rPr>
        <w:t xml:space="preserve">[26:45] </w:t>
      </w:r>
      <w:r>
        <w:t>yeh to musalmanon ne ek ek bid'at nikaal rakhi hai. pehle jab ke quran mehfooz nahi tha, printing press se pehle, to bohat zaroori tha ke bohat saare logon ka quran yaad rahay.</w:t>
      </w:r>
    </w:p>
    <w:p>
      <w:pPr>
        <w:jc w:val="right"/>
      </w:pPr>
      <w:r>
        <w:t>یہ تو مسلمانوں نے ایک ایک بدعت نکال رکھی ہے۔ پہلے جب کہ قرآن محفوظ نہیں تھا، پرنٹنگ پریس سے پہلے، تو بہت ضروری تھا کہ بہت سارے لوگوں کا قرآن یاد رہے۔</w:t>
      </w:r>
    </w:p>
    <w:p>
      <w:r>
        <w:rPr>
          <w:b/>
        </w:rPr>
        <w:t xml:space="preserve">[26:59] </w:t>
      </w:r>
      <w:r>
        <w:t>ab to printing press ke zamanay mein quran mehfooz ho chuka hai, bilkul hi mehfooz hai. dekhein, farq kya hai? pehle har quran ka ek copy alag se banani parti thi.</w:t>
      </w:r>
    </w:p>
    <w:p>
      <w:pPr>
        <w:jc w:val="right"/>
      </w:pPr>
      <w:r>
        <w:t>اب تو پرنٹنگ پریس کے زمانے میں قرآن محفوظ ہو چکا ہے، بالکل ہی محفوظ ہے۔ دیکھیں، فرق کیا ہے؟ پہلے ہر قرآن کا ایک کاپی الگ سے بنانی پڑتی تھی۔</w:t>
      </w:r>
    </w:p>
    <w:p>
      <w:r>
        <w:rPr>
          <w:b/>
        </w:rPr>
        <w:t xml:space="preserve">[27:13] </w:t>
      </w:r>
      <w:r>
        <w:t>yaani ek copy bananay mein aap ko poora time lagta tha, woh ek hi copy aap bana paate thay. woh bas. ab woh chahe is mein mahina lagay, aaye saal bhar lagay.</w:t>
      </w:r>
    </w:p>
    <w:p>
      <w:pPr>
        <w:jc w:val="right"/>
      </w:pPr>
      <w:r>
        <w:t>یعنی ایک کاپی بنانے میں آپ کو پورا ٹائم لگتا تھا، وہ ایک ہی کاپی آپ بنا پاتے تھے۔ وہ بس۔ اب وہ چاہے اس میں مہینہ لگے، آئے سال بھر لگے۔</w:t>
      </w:r>
    </w:p>
    <w:p>
      <w:r>
        <w:rPr>
          <w:b/>
        </w:rPr>
        <w:t xml:space="preserve">[27:23] </w:t>
      </w:r>
      <w:r>
        <w:t>ab kya hai?</w:t>
      </w:r>
    </w:p>
    <w:p>
      <w:pPr>
        <w:jc w:val="right"/>
      </w:pPr>
      <w:r>
        <w:t>اب کیا ہے؟</w:t>
      </w:r>
    </w:p>
    <w:p>
      <w:r>
        <w:rPr>
          <w:b/>
        </w:rPr>
        <w:t xml:space="preserve">[27:25] </w:t>
      </w:r>
      <w:r>
        <w:t>ek copy tayyar kar lijiye, aap is ki verify kar lijiye, khoob khoob aalimoon ko dikha kar, dikha kar ke. jab pata chala ke is ka farishta sab theek hai, ek dam durust hai, us ko daal diye press mein, aap ko billion copy nikal aayegi is ki.</w:t>
      </w:r>
    </w:p>
    <w:p>
      <w:pPr>
        <w:jc w:val="right"/>
      </w:pPr>
      <w:r>
        <w:t>ایک کاپی تیار کر لیجئے، آپ اس کی ویریفائی کر لیجئے، خوب خوب عالموں کو دکھا کر، دکھا کر کے۔ جب پتہ چلا کہ اس کا فرشتہ سب ٹھیک ہے، ایک دم درست ہے، اس کو ڈال دیے پریس میں، آپ کو بلین کاپی نکل آئے گی اس کی۔</w:t>
      </w:r>
    </w:p>
    <w:p>
      <w:r>
        <w:rPr>
          <w:b/>
        </w:rPr>
        <w:t xml:space="preserve">[27:41] </w:t>
      </w:r>
      <w:r>
        <w:t>yaani ek</w:t>
      </w:r>
    </w:p>
    <w:p>
      <w:pPr>
        <w:jc w:val="right"/>
      </w:pPr>
      <w:r>
        <w:t>یعنی ایک</w:t>
      </w:r>
    </w:p>
    <w:p>
      <w:r>
        <w:rPr>
          <w:b/>
        </w:rPr>
        <w:t xml:space="preserve">[27:43] </w:t>
      </w:r>
      <w:r>
        <w:t>corrected copy ki billion copy nikal aayegi. to quran mehfooz ho gaya. ab to sirf taraweeh ke liye ya quran ki tarah namaz parhanay ke liye zaroorat hai.</w:t>
      </w:r>
    </w:p>
    <w:p>
      <w:pPr>
        <w:jc w:val="right"/>
      </w:pPr>
      <w:r>
        <w:t>کریکٹڈ کاپی کی بلین کاپی نکل آئے گی۔ تو قرآن محفوظ ہو گیا۔ اب تو صرف تراویح کے لیے یا قرآن کی طرح نماز پڑھانے کے لیے ضرورت ہے۔</w:t>
      </w:r>
    </w:p>
    <w:p>
      <w:r>
        <w:rPr>
          <w:b/>
        </w:rPr>
        <w:t xml:space="preserve">[27:55] </w:t>
      </w:r>
      <w:r>
        <w:t>to individual level par aadmi kuch suratein is ko yaad hon. yeh jo mujhe mein ne para panch para aakhir ka mein yaad kiya tha, mein ne</w:t>
      </w:r>
    </w:p>
    <w:p>
      <w:pPr>
        <w:jc w:val="right"/>
      </w:pPr>
      <w:r>
        <w:t>تو انڈیویجول لیول پر آدمی کچھ سورتیں اس کو یاد ہوں۔ یہ جو مجھے میں نے پارہ پانچ پارہ آخر کا میں یاد کیا تھا، میں نے</w:t>
      </w:r>
    </w:p>
    <w:p>
      <w:r>
        <w:rPr>
          <w:b/>
        </w:rPr>
        <w:t xml:space="preserve">[28:04] </w:t>
      </w:r>
      <w:r>
        <w:t>namaz parhnay ke liye. namaz parhnay ke liye bas. mein ne jahan tak quran ke aayaton ko dhoondnay ki baat hai, to ab index maujood hai. warna aap jo kar rahi hain, bilkul sahi kar rahi hain.</w:t>
      </w:r>
    </w:p>
    <w:p>
      <w:pPr>
        <w:jc w:val="right"/>
      </w:pPr>
      <w:r>
        <w:t>نماز پڑھنے کے لیے۔ نماز پڑھنے کے لیے بس۔ میں نے جہاں تک قرآن کے آیتوں کو ڈھونڈنے کی بات ہے، تو اب انڈیکس موجود ہے۔ ورنہ آپ جو کر رہے ہیں، بالکل صحیح کر رہی ہیں۔</w:t>
      </w:r>
    </w:p>
    <w:p>
      <w:r>
        <w:rPr>
          <w:b/>
        </w:rPr>
        <w:t xml:space="preserve">[28:16] </w:t>
      </w:r>
      <w:r>
        <w:t>aur doosray log jo ek rasam bana rakhi hai hifz karwanay ki, bilkul baseless hai.</w:t>
      </w:r>
    </w:p>
    <w:p>
      <w:pPr>
        <w:jc w:val="right"/>
      </w:pPr>
      <w:r>
        <w:t>اور دوسرے لوگ جو ایک رسم بنا رکھی ہے حفظ کروانے کی، بالکل بیسلیس ہے۔</w:t>
      </w:r>
    </w:p>
    <w:p>
      <w:r>
        <w:rPr>
          <w:b/>
        </w:rPr>
        <w:t xml:space="preserve">[28:24] </w:t>
      </w:r>
      <w:r>
        <w:t>maulana, agla sawal kya hai? mister dilraj singh ne dilli se sawal hai ke "Why is majority of humanity following secular ideology?"</w:t>
      </w:r>
    </w:p>
    <w:p>
      <w:pPr>
        <w:jc w:val="right"/>
      </w:pPr>
      <w:r>
        <w:t>مولانا، اگلا سوال کیا ہے؟ مسٹر دلراج سنگھ نے دلی سے سوال ہے کہ "Why is majority of humanity following secular ideology?"</w:t>
      </w:r>
    </w:p>
    <w:p>
      <w:r>
        <w:rPr>
          <w:b/>
        </w:rPr>
        <w:t xml:space="preserve">[28:38] </w:t>
      </w:r>
      <w:r>
        <w:t>aasan hai bas, aur kuch nahi. khao, kamao, hawa karo, yeh bohat aasan hai. lekin mein ne seerat banna hai na, koi sensitivity dikhana hai.</w:t>
      </w:r>
    </w:p>
    <w:p>
      <w:pPr>
        <w:jc w:val="right"/>
      </w:pPr>
      <w:r>
        <w:t>آسان ہے بس، اور کچھ نہیں۔ کھاؤ، کماؤ، ہوا کرو، یہ بہت آسان ہے۔ لیکن میں نے سیرت بننا ہے نا، کوئی سنسٹیوٹی دکھانا ہے۔</w:t>
      </w:r>
    </w:p>
    <w:p>
      <w:r>
        <w:rPr>
          <w:b/>
        </w:rPr>
        <w:t xml:space="preserve">[28:47] </w:t>
      </w:r>
      <w:r>
        <w:t>na honesty ki zaroorat hai. aur agar aap jo doosra life style hai, is mein aap ko sincere banna hai, honest banna hai, responsibility lena hai, duty poora karna hai.</w:t>
      </w:r>
    </w:p>
    <w:p>
      <w:pPr>
        <w:jc w:val="right"/>
      </w:pPr>
      <w:r>
        <w:t>نہ آنستی کی ضرورت ہے۔ اور اگر آپ جو دوسرا لائف اسٹائل ہے، اس میں آپ کو سنسٹر بننا ہے، آنست بننا ہے، رسپانسبیلٹی لینا ہے، ڈیوٹی پورا کرنا ہے۔</w:t>
      </w:r>
    </w:p>
    <w:p>
      <w:r>
        <w:rPr>
          <w:b/>
        </w:rPr>
        <w:t xml:space="preserve">[29:00] </w:t>
      </w:r>
      <w:r>
        <w:t>to zahir hai ke woh mushkil lagta hai. yeh insaan jo hai, bas easy goer hai. aasani ki taraf bhagta hai.</w:t>
      </w:r>
    </w:p>
    <w:p>
      <w:pPr>
        <w:jc w:val="right"/>
      </w:pPr>
      <w:r>
        <w:t>تو ظاہر ہے کہ وہ مشکل لگتا ہے۔ یہ انسان جو ہے، بس ایزی گوئر ہے۔ آسانی کی طرف بھاگتا ہے۔</w:t>
      </w:r>
    </w:p>
    <w:p>
      <w:r>
        <w:rPr>
          <w:b/>
        </w:rPr>
        <w:t xml:space="preserve">[29:09] </w:t>
      </w:r>
      <w:r>
        <w:t>aur mushkil se is ko ghabrahat hoti hai. aur to koi khaas wajah nahi hai. inhi se poochein agar to andar se.</w:t>
      </w:r>
    </w:p>
    <w:p>
      <w:pPr>
        <w:jc w:val="right"/>
      </w:pPr>
      <w:r>
        <w:t>اور مشکل سے اس کو گھبراہٹ ہوتی ہے۔ اور تو کوئی خاص وجہ نہیں ہے۔ انہی سے پوچھیں اگر تو آپ اندر سے۔</w:t>
      </w:r>
    </w:p>
    <w:p>
      <w:r>
        <w:rPr>
          <w:b/>
        </w:rPr>
        <w:t xml:space="preserve">[29:17] </w:t>
      </w:r>
      <w:r>
        <w:t>discontentment rehta hai in ko.</w:t>
      </w:r>
    </w:p>
    <w:p>
      <w:pPr>
        <w:jc w:val="right"/>
      </w:pPr>
      <w:r>
        <w:t>ڈس کنٹینٹمنٹ رہتا ہے ان کو۔</w:t>
      </w:r>
    </w:p>
    <w:p>
      <w:r>
        <w:rPr>
          <w:b/>
        </w:rPr>
        <w:t xml:space="preserve">[29:20] </w:t>
      </w:r>
      <w:r>
        <w:t>contentment nahi rehta. lekin aasan hai woh. keh raha tha na, kuch nahi. ek ek system chala ja raha hai. isi mein hum bhi jo apne ko ek purza ban gaye.</w:t>
      </w:r>
    </w:p>
    <w:p>
      <w:pPr>
        <w:jc w:val="right"/>
      </w:pPr>
      <w:r>
        <w:t>کنٹینٹمنٹ نہیں رہتا۔ لیکن آسان ہے وہ۔ کہہ رہا تھا نا، کچھ نہیں۔ ایک ایک سسٹم چلا جا رہا ہے۔ اسی میں ہم بھی جو اپنے کو ایک پرزہ بن گئے۔</w:t>
      </w:r>
    </w:p>
    <w:p>
      <w:r>
        <w:rPr>
          <w:b/>
        </w:rPr>
        <w:t xml:space="preserve">[29:31] </w:t>
      </w:r>
      <w:r>
        <w:t>humein paisa aa raha hai. hamara bhi ghar ban raha hai. aur agar woh hai to aap ko</w:t>
      </w:r>
    </w:p>
    <w:p>
      <w:pPr>
        <w:jc w:val="right"/>
      </w:pPr>
      <w:r>
        <w:t>ہمیں پیسہ آ رہا ہے۔ ہمارا بھی گھر بن رہا ہے۔ اور اگر وہ ہے تو آپ کو</w:t>
      </w:r>
    </w:p>
    <w:p>
      <w:r>
        <w:rPr>
          <w:b/>
        </w:rPr>
        <w:t xml:space="preserve">[29:37] </w:t>
      </w:r>
      <w:r>
        <w:t>independently ek life banani padti hai. to is mein soch na aaye. is mein sensitivity hai, is mein seriousness hai, is mein duty hai, responsibility hai, accountability hai.</w:t>
      </w:r>
    </w:p>
    <w:p>
      <w:pPr>
        <w:jc w:val="right"/>
      </w:pPr>
      <w:r>
        <w:t>انڈیپینڈنٹلی ایک لائف بنانی پڑتی ہے۔ تو اس میں سوچ نہ آئے۔ اس میں سنسٹیوٹی ہے، اس میں سیریسنس ہے، اس میں ڈیوٹی ہے، رسپانسبیلٹی ہے، اکاؤنٹیبلٹی ہے۔</w:t>
      </w:r>
    </w:p>
    <w:p>
      <w:r>
        <w:rPr>
          <w:b/>
        </w:rPr>
        <w:t xml:space="preserve">[29:47] </w:t>
      </w:r>
      <w:r>
        <w:t>to aadmi ghabrata hai hamesha is se.</w:t>
      </w:r>
    </w:p>
    <w:p>
      <w:pPr>
        <w:jc w:val="right"/>
      </w:pPr>
      <w:r>
        <w:t>تو آدمی گھبراتا ہے ہمیشہ اس سے۔</w:t>
      </w:r>
    </w:p>
    <w:p>
      <w:r>
        <w:rPr>
          <w:b/>
        </w:rPr>
        <w:t xml:space="preserve">[29:52] </w:t>
      </w:r>
      <w:r>
        <w:t>abhi aaj kal mein radio sunta hoon daily. minister log poster dete hain stage par. rozana suggestion dete hain. aisa hona chahiye, waisa hona chahiye.</w:t>
      </w:r>
    </w:p>
    <w:p>
      <w:pPr>
        <w:jc w:val="right"/>
      </w:pPr>
      <w:r>
        <w:t>ابھی آج کل میں ریڈیو سنتا ہوں ڈیلی۔ منسٹر لوگ پوسٹر دیتے ہیں اسٹیج پر۔ روزانہ سجیشن دیتے ہیں۔ ایسا ہونا چاہیے، ویسا ہونا چاہیے۔</w:t>
      </w:r>
    </w:p>
    <w:p>
      <w:r>
        <w:rPr>
          <w:b/>
        </w:rPr>
        <w:t xml:space="preserve">[30:02] </w:t>
      </w:r>
      <w:r>
        <w:t>mein sochta hoon ke ministry ki zaroorat kya hai in ko? yeh to hum bhi kar sakte hain aisa. minister to implement karne ke liye hota hai.</w:t>
      </w:r>
    </w:p>
    <w:p>
      <w:pPr>
        <w:jc w:val="right"/>
      </w:pPr>
      <w:r>
        <w:t>میں سوچتا ہوں کہ منسٹری کی ضرورت کیا ہے ان کو؟ یہ تو ہم بھی کر سکتے ہیں ایسا۔ منسٹر تو امپلیمنٹ کرنے کے لیے ہوتا ہے۔</w:t>
      </w:r>
    </w:p>
    <w:p>
      <w:r>
        <w:rPr>
          <w:b/>
        </w:rPr>
        <w:t xml:space="preserve">[30:10] </w:t>
      </w:r>
      <w:r>
        <w:t>magar agar desh mein corruption hai to aap is se ab taqreer kar rahe hain. stage par speech dena corruption ke khilaaf yeh minister ka kaam nahi hai.</w:t>
      </w:r>
    </w:p>
    <w:p>
      <w:pPr>
        <w:jc w:val="right"/>
      </w:pPr>
      <w:r>
        <w:t>مگر اگر دیش میں کرپشن ہے تو آپ اس سے اب تقریر کر رہے ہیں۔ اسٹیج پر اسپیچ دینا کرپشن کے خلاف یہ منسٹر کا کام نہیں ہے۔</w:t>
      </w:r>
    </w:p>
    <w:p>
      <w:r>
        <w:rPr>
          <w:b/>
        </w:rPr>
        <w:t xml:space="preserve">[30:23] </w:t>
      </w:r>
      <w:r>
        <w:t>minister ka kaam hai is mein action karna. ja kar is ko mitaayein is ko. yaani matlab yeh ke jaise misaal ke taur par woh surprise visit kare.</w:t>
      </w:r>
    </w:p>
    <w:p>
      <w:pPr>
        <w:jc w:val="right"/>
      </w:pPr>
      <w:r>
        <w:t>منسٹر کا کام ہے اس میں ایکشن کرنا۔ جا کر اس کو مٹائیں اس کو۔ یعنی مطلب یہ کہ جیسے مثال کے طور پر وہ سرپرائز وزٹ کرے۔</w:t>
      </w:r>
    </w:p>
    <w:p>
      <w:r>
        <w:rPr>
          <w:b/>
        </w:rPr>
        <w:t xml:space="preserve">[30:32] </w:t>
      </w:r>
      <w:r>
        <w:t>visit badal kar ke. jahan paayein ek ek afsar aisa kar raha hai, usi waqt is ko dismiss kar dein.</w:t>
      </w:r>
    </w:p>
    <w:p>
      <w:pPr>
        <w:jc w:val="right"/>
      </w:pPr>
      <w:r>
        <w:t>وزٹ بدل کر کے۔ جہاں پاؤں ایک ایک افسر ایسا کر رہا ہے، اسی وقت اس کو ڈسمس کر دیں۔</w:t>
      </w:r>
    </w:p>
    <w:p>
      <w:r>
        <w:rPr>
          <w:b/>
        </w:rPr>
        <w:t xml:space="preserve">[30:39] </w:t>
      </w:r>
      <w:r>
        <w:t>usi waqt dismiss kar dein.</w:t>
      </w:r>
    </w:p>
    <w:p>
      <w:pPr>
        <w:jc w:val="right"/>
      </w:pPr>
      <w:r>
        <w:t>اسی وقت ڈسمس کر دیں۔</w:t>
      </w:r>
    </w:p>
    <w:p>
      <w:r>
        <w:rPr>
          <w:b/>
        </w:rPr>
        <w:t xml:space="preserve">[30:43] </w:t>
      </w:r>
      <w:r>
        <w:t>aaj kal kya hota hai? suspend karte hain. suspend hi nahi thi. aaj kal yeh hai ke suspend kar dijiye. woh tankhwah khaayi milti rehti hai is ko baithe baithe. aur jeet jaata hai case trial kar ke.</w:t>
      </w:r>
    </w:p>
    <w:p>
      <w:pPr>
        <w:jc w:val="right"/>
      </w:pPr>
      <w:r>
        <w:t>آج کل کیا ہوتا ہے؟ سسپینڈ کرتے ہیں۔ سسپینڈ ہی نہیں تھی۔ آج کل یہ ہے کہ سسپینڈ کر دیجیے۔ وہ تنخواہ کھائی ملتی رہتی ہے اس کو بیٹھے بیٹھے۔ اور جیت جاتا ہے کیس ٹرائل کر کے۔</w:t>
      </w:r>
    </w:p>
    <w:p>
      <w:r>
        <w:rPr>
          <w:b/>
        </w:rPr>
        <w:t xml:space="preserve">[30:55] </w:t>
      </w:r>
      <w:r>
        <w:t>minister ko hota hai ikhtiyar hota hai woh suspend kar sakta hai. nahi, dismiss kar sakta hai. to jaayein.</w:t>
      </w:r>
    </w:p>
    <w:p>
      <w:pPr>
        <w:jc w:val="right"/>
      </w:pPr>
      <w:r>
        <w:t>منسٹر کو ہوتا ہے اختیار ہوتا ہے وہ سسپینڈ کر سکتا ہے۔ نہیں، ڈسمس کر سکتا ہے۔ تو جائیں۔</w:t>
      </w:r>
    </w:p>
    <w:p>
      <w:r>
        <w:rPr>
          <w:b/>
        </w:rPr>
        <w:t xml:space="preserve">[31:01] </w:t>
      </w:r>
      <w:r>
        <w:t>har office mein. India mein sirf ek hi minister mein jaanta hoon jis ne aisa kiya, urfiya badqadmai. jis department mein hota tha woh sab darte the is se.</w:t>
      </w:r>
    </w:p>
    <w:p>
      <w:pPr>
        <w:jc w:val="right"/>
      </w:pPr>
      <w:r>
        <w:t>ہر آفس میں۔ انڈیا میں صرف ایک ہی منسٹر میں جانتا ہوں جس نے ایسا کیا، عرفیہ بدقدمائی۔ جس ڈیپارٹمنٹ میں ہوتا تھا وہ سب ڈرتے تھے اس سے۔</w:t>
      </w:r>
    </w:p>
    <w:p>
      <w:r>
        <w:rPr>
          <w:b/>
        </w:rPr>
        <w:t xml:space="preserve">[31:12] </w:t>
      </w:r>
      <w:r>
        <w:t>kyun ke achaanak pahunch jaata tha. surprise visit leta tha woh. usi waqt dismiss karta tha woh.</w:t>
      </w:r>
    </w:p>
    <w:p>
      <w:pPr>
        <w:jc w:val="right"/>
      </w:pPr>
      <w:r>
        <w:t>کیونکہ اچانک پہنچ جاتا تھا۔ سرپرائز وزٹ لیتا تھا وہ۔ اسی وقت ڈسمس کرتا تھا وہ۔</w:t>
      </w:r>
    </w:p>
    <w:p>
      <w:r>
        <w:rPr>
          <w:b/>
        </w:rPr>
        <w:t xml:space="preserve">[31:18] </w:t>
      </w:r>
      <w:r>
        <w:t>to corruption free ho gaya tha is ka department. to minister log jo hai bhagte the ke woh aasaan hai woh. jo bhagte the dete hain achhe achhe bhagte the to bahut aasaan hai woh.</w:t>
      </w:r>
    </w:p>
    <w:p>
      <w:pPr>
        <w:jc w:val="right"/>
      </w:pPr>
      <w:r>
        <w:t>تو کرپشن فری ہو گیا تھا اس کا ڈیپارٹمنٹ۔ تو منسٹر لوگ جو ہے بھاگتے تھے کہ وہ آسان ہے وہ۔ جو بھاگتے تھے دیتے ہیں اچھے اچھے بھاگتے تھے تو بہت آسان ہے وہ۔</w:t>
      </w:r>
    </w:p>
    <w:p>
      <w:r>
        <w:rPr>
          <w:b/>
        </w:rPr>
        <w:t xml:space="preserve">[31:30] </w:t>
      </w:r>
      <w:r>
        <w:t>jis stage par dekhein wahan minister log dikhai dete hain. achhe achhe bhagte the dete hue ke</w:t>
      </w:r>
    </w:p>
    <w:p>
      <w:pPr>
        <w:jc w:val="right"/>
      </w:pPr>
      <w:r>
        <w:t>جس اسٹیج پر دیکھیں وہاں منسٹر لوگ دکھائی دیتے ہیں۔ اچھے اچھے بھاگتے تھے دیتے ہوئے کہ</w:t>
      </w:r>
    </w:p>
    <w:p>
      <w:r>
        <w:rPr>
          <w:b/>
        </w:rPr>
        <w:t xml:space="preserve">[31:35] </w:t>
      </w:r>
      <w:r>
        <w:t>tum tum woh karo. logon ko. tumhare paas power hai to authority ho. to is ko implement karo is ko.</w:t>
      </w:r>
    </w:p>
    <w:p>
      <w:pPr>
        <w:jc w:val="right"/>
      </w:pPr>
      <w:r>
        <w:t>تم تم وہ کرو۔ لوگوں کو۔ تمہارے پاس پاور ہے تو اتھارٹی ہو۔ تو اس کو امپلیمنٹ کرو اس کو۔</w:t>
      </w:r>
    </w:p>
    <w:p>
      <w:r>
        <w:rPr>
          <w:b/>
        </w:rPr>
        <w:t xml:space="preserve">[31:45] </w:t>
      </w:r>
      <w:r>
        <w:t>in ko punishment do, in ko dismiss karo in ko. kya dete ho? to har aadmi to easy goer hai.</w:t>
      </w:r>
    </w:p>
    <w:p>
      <w:pPr>
        <w:jc w:val="right"/>
      </w:pPr>
      <w:r>
        <w:t>ان کو پنشمنٹ دو، ان کو ڈسمس کرو ان کو۔ کیا دیتے ہو؟ تو ہر آدمی تو ایزی گوئر ہے۔</w:t>
      </w:r>
    </w:p>
    <w:p>
      <w:r>
        <w:rPr>
          <w:b/>
        </w:rPr>
        <w:t xml:space="preserve">[31:53] </w:t>
      </w:r>
      <w:r>
        <w:t>aasaan ka option le rakha hai is ne. woh yahan bhi hai.</w:t>
      </w:r>
    </w:p>
    <w:p>
      <w:pPr>
        <w:jc w:val="right"/>
      </w:pPr>
      <w:r>
        <w:t>آسان کا آپشن لے رکھا ہے اس نے۔ وہ یہاں بھی ہے۔</w:t>
      </w:r>
    </w:p>
    <w:p>
      <w:r>
        <w:rPr>
          <w:b/>
        </w:rPr>
        <w:t xml:space="preserve">[32:00] </w:t>
      </w:r>
      <w:r>
        <w:t>maulana, agla sawal kya hai? aah, mister dhiraj bakshi ne Delhi se. unhone likha hai ke "What is Shariat?</w:t>
      </w:r>
    </w:p>
    <w:p>
      <w:pPr>
        <w:jc w:val="right"/>
      </w:pPr>
      <w:r>
        <w:t>مولانا، اگلا سوال کیا ہے؟ آہ، مسٹر دھیرج بخشی نے دلی سے۔ انہوں نے لکھا ہے کہ "What is Shariat?</w:t>
      </w:r>
    </w:p>
    <w:p>
      <w:r>
        <w:rPr>
          <w:b/>
        </w:rPr>
        <w:t xml:space="preserve">[32:10] </w:t>
      </w:r>
      <w:r>
        <w:t>How did it come into being? Is it considered as sacred as the Hadith and Quran Sharif</w:t>
      </w:r>
    </w:p>
    <w:p>
      <w:pPr>
        <w:jc w:val="right"/>
      </w:pPr>
      <w:r>
        <w:t>How did it come into being? Is it considered as sacred as the Hadith and Quran Sharif</w:t>
      </w:r>
    </w:p>
    <w:p>
      <w:r>
        <w:rPr>
          <w:b/>
        </w:rPr>
        <w:t xml:space="preserve">[32:19] </w:t>
      </w:r>
      <w:r>
        <w:t>?" yeh shariat ka woh taweez is ko Allah kehte hain, Allah. qanoon. ek hai deen, ek hai shariat. deen ka matlab hai fundamentals.</w:t>
      </w:r>
    </w:p>
    <w:p>
      <w:pPr>
        <w:jc w:val="right"/>
      </w:pPr>
      <w:r>
        <w:t>?" یہ شریعت کا وہ تعویذ اس کو اللہ کہتے ہیں، اللہ۔ قانون۔ ایک ہے دین، ایک ہے شریعت۔ دین کا مطلب ہے فنڈامینٹلز۔</w:t>
      </w:r>
    </w:p>
    <w:p>
      <w:r>
        <w:rPr>
          <w:b/>
        </w:rPr>
        <w:t xml:space="preserve">[32:30] </w:t>
      </w:r>
      <w:r>
        <w:t>principles. to fundamental principles jo hain woh deen hain. aur jo law bante hain, law. is ko kehte hain shariat.</w:t>
      </w:r>
    </w:p>
    <w:p>
      <w:pPr>
        <w:jc w:val="right"/>
      </w:pPr>
      <w:r>
        <w:t>پرنسپلز۔ تو فنڈامینٹل پرنسپلز جو ہیں وہ دین ہیں۔ اور جو لا بنتے ہیں، لا۔ اس کو کہتے ہیں شریعت۔</w:t>
      </w:r>
    </w:p>
    <w:p>
      <w:r>
        <w:rPr>
          <w:b/>
        </w:rPr>
        <w:t xml:space="preserve">[32:41] </w:t>
      </w:r>
      <w:r>
        <w:t>It's not something you do with customs which have become law. haan? aisa to nahi hai ke customs which have become</w:t>
      </w:r>
    </w:p>
    <w:p>
      <w:pPr>
        <w:jc w:val="right"/>
      </w:pPr>
      <w:r>
        <w:t>It's not something you do with customs which have become law. ہاں؟ ایسا تو نہیں ہے کہ customs which have become</w:t>
      </w:r>
    </w:p>
    <w:p>
      <w:r>
        <w:rPr>
          <w:b/>
        </w:rPr>
        <w:t xml:space="preserve">[32:47] </w:t>
      </w:r>
      <w:r>
        <w:t>law . Maulana, jo customs hain woh keh rahe hain ke aah, jo customs hain woh wahi usi ko to nahi۔۔۔۔۔</w:t>
      </w:r>
    </w:p>
    <w:p>
      <w:pPr>
        <w:jc w:val="right"/>
      </w:pPr>
      <w:r>
        <w:t>law ۔ مولانا، جو customs ہیں وہ کہہ رہے ہیں کہ آہ، جو customs ہیں وہ وہی اسی کو تو نہیں۔۔۔۔۔</w:t>
      </w:r>
    </w:p>
    <w:p>
      <w:r>
        <w:rPr>
          <w:b/>
        </w:rPr>
        <w:t xml:space="preserve">[32:53] </w:t>
      </w:r>
      <w:r>
        <w:t>۔۔۔۔۔؟ nahi, nahi. Customs is nothing. Islam mein customs is nothing. Customs to musalmanon ne pakad rakha hai. yeh sab musalmanon ki tareeqe hain. yeh sab jitna aap dekhte hain woh sab customs hain musalmanon ka.</w:t>
      </w:r>
    </w:p>
    <w:p>
      <w:pPr>
        <w:jc w:val="right"/>
      </w:pPr>
      <w:r>
        <w:t>۔۔۔۔۔؟ نہیں، نہیں۔ Customs is nothing. اسلام میں customs is nothing۔ Customs تو مسلمانوں نے پکڑ رکھا ہے۔ یہ سب مسلمانوں کی طریقے ہیں۔ یہ سب جتنا آپ دیکھتے ہیں وہ سب customs ہیں مسلمانوں کا۔</w:t>
      </w:r>
    </w:p>
    <w:p>
      <w:r>
        <w:rPr>
          <w:b/>
        </w:rPr>
        <w:t xml:space="preserve">[33:05] </w:t>
      </w:r>
      <w:r>
        <w:t>apna banaya hua. woh shariat se koi taalluq is ka nahi hai.</w:t>
      </w:r>
    </w:p>
    <w:p>
      <w:pPr>
        <w:jc w:val="right"/>
      </w:pPr>
      <w:r>
        <w:t>اپنا بنایا ہوا۔ وہ شریعت سے کوئی تعلق اس کا نہیں ہے۔</w:t>
      </w:r>
    </w:p>
    <w:p>
      <w:r>
        <w:rPr>
          <w:b/>
        </w:rPr>
        <w:t xml:space="preserve">[33:12] </w:t>
      </w:r>
      <w:r>
        <w:t>to shariat to woh hai jo quran mein bhi shariat hai, hadith mein bhi shariat hai. woh la. yaani la wala part jo hai us ko shariat kahenge.</w:t>
      </w:r>
    </w:p>
    <w:p>
      <w:pPr>
        <w:jc w:val="right"/>
      </w:pPr>
      <w:r>
        <w:t>تو شریعت تو وہ ہے جو قرآن میں بھی شریعت ہے، حدیث میں بھی شریعت ہے۔ وہ لا۔ یعنی لا والا پارٹ جو ہے اس کو شریعت کہیں گے۔</w:t>
      </w:r>
    </w:p>
    <w:p>
      <w:r>
        <w:rPr>
          <w:b/>
        </w:rPr>
        <w:t xml:space="preserve">[33:22] </w:t>
      </w:r>
      <w:r>
        <w:t>aur jo part hai principles wala us ko deen kahenge. bas. aur customs, rituals to musalmanon ka apna banaya hua hai.</w:t>
      </w:r>
    </w:p>
    <w:p>
      <w:pPr>
        <w:jc w:val="right"/>
      </w:pPr>
      <w:r>
        <w:t>اور جو پارٹ ہے پرنسپلز والا اس کو دین کہیں گے۔ بس۔ اور customs، rituals تو مسلمانوں کا اپنا بنایا ہوا ہے۔</w:t>
      </w:r>
    </w:p>
    <w:p>
      <w:r>
        <w:rPr>
          <w:b/>
        </w:rPr>
        <w:t xml:space="preserve">[33:31] </w:t>
      </w:r>
      <w:r>
        <w:t>is ka islam se koi taalluq nahi hai. jaise misaal ke taur par burqa hai. burqa koi shariat thori hai. burqa to customs hai.</w:t>
      </w:r>
    </w:p>
    <w:p>
      <w:pPr>
        <w:jc w:val="right"/>
      </w:pPr>
      <w:r>
        <w:t>اس کا اسلام سے کوئی تعلق نہیں ہے۔ جیسے مثال کے طور پر برقعہ ہے۔ برقعہ کوئی شریعت تھوڑی ہے۔ برقعہ تو customs ہے۔</w:t>
      </w:r>
    </w:p>
    <w:p>
      <w:r>
        <w:rPr>
          <w:b/>
        </w:rPr>
        <w:t xml:space="preserve">[33:41] </w:t>
      </w:r>
      <w:r>
        <w:t>rasool allah ke jab tak zamaney mein auratein theen koi burqa nahi padhta tha koi. musalmanon ka customs hai yeh.</w:t>
      </w:r>
    </w:p>
    <w:p>
      <w:pPr>
        <w:jc w:val="right"/>
      </w:pPr>
      <w:r>
        <w:t>رسول اللہ کے جب تک زمانے میں عورتیں تھیں کوئی برقعہ نہیں پڑھتا تھا کوئی۔ مسلمانوں کا customs ہے یہ۔</w:t>
      </w:r>
    </w:p>
    <w:p>
      <w:r>
        <w:rPr>
          <w:b/>
        </w:rPr>
        <w:t xml:space="preserve">[33:48] </w:t>
      </w:r>
      <w:r>
        <w:t>woh sahi o galat mein nahi kehta. sahi o galat ek alag cheez hai. lekin behal woh rasool allah ke zamaney mein nahi tha. baat ko as a customs yeh raaij hua.</w:t>
      </w:r>
    </w:p>
    <w:p>
      <w:pPr>
        <w:jc w:val="right"/>
      </w:pPr>
      <w:r>
        <w:t>وہ صحیح و غلط میں نہیں کہتا۔ صحیح و غلط ایک الگ چیز ہے۔ لیکن بہرحال وہ رسول اللہ کے زمانے میں نہیں تھا۔ بات کو as a customs یہ رائج ہوا۔</w:t>
      </w:r>
    </w:p>
    <w:p>
      <w:r>
        <w:rPr>
          <w:b/>
        </w:rPr>
        <w:t xml:space="preserve">[33:59] </w:t>
      </w:r>
      <w:r>
        <w:t>mein yeh nahi keh raha hoon ke sahi o galat woh alag cheez hai.</w:t>
      </w:r>
    </w:p>
    <w:p>
      <w:pPr>
        <w:jc w:val="right"/>
      </w:pPr>
      <w:r>
        <w:t>میں یہ نہیں کہہ رہا ہوں کہ صحیح و غلط وہ الگ چیز ہے۔</w:t>
      </w:r>
    </w:p>
    <w:p>
      <w:r>
        <w:rPr>
          <w:b/>
        </w:rPr>
        <w:t xml:space="preserve">[34:02] </w:t>
      </w:r>
      <w:r>
        <w:t>maulana, agla sawal kya hai? maulana abdul basit omri ne doha, qatar se. unhon ne likha hai ke maulana, hamare ek saathi ne mujh se kaha ke tafakkur shairana bhi hota hai aur rabbani bhi.</w:t>
      </w:r>
    </w:p>
    <w:p>
      <w:pPr>
        <w:jc w:val="right"/>
      </w:pPr>
      <w:r>
        <w:t>مولانا، اگلا سوال کیا ہے؟ مولانا عبدالباسط عمری نے دوحہ، قطر سے۔ انہوں نے لکھا ہے کہ مولانا، ہمارے ایک ساتھی نے مجھ سے کہا کہ تفکر شاعرانہ بھی ہوتا ہے اور ربانی بھی۔</w:t>
      </w:r>
    </w:p>
    <w:p>
      <w:r>
        <w:rPr>
          <w:b/>
        </w:rPr>
        <w:t xml:space="preserve">[34:19] </w:t>
      </w:r>
      <w:r>
        <w:t>shair bhi waqeaat se koi sabak nikalta hai. hamein dono mein farq ko jaanna chahiye. maulana, is barey mein wajahaat kijiye.</w:t>
      </w:r>
    </w:p>
    <w:p>
      <w:pPr>
        <w:jc w:val="right"/>
      </w:pPr>
      <w:r>
        <w:t>شاعر بھی واقعات سے کوئی سبق نکالتا ہے۔ ہمیں دونوں میں فرق کو جاننا چاہیے۔ مولانا، اس بارے میں وجاہت کیجیے۔</w:t>
      </w:r>
    </w:p>
    <w:p>
      <w:r>
        <w:rPr>
          <w:b/>
        </w:rPr>
        <w:t xml:space="preserve">[34:31] </w:t>
      </w:r>
      <w:r>
        <w:t>shair jo karta hai is ka naam hai takhayyul. tafakkur nahi hai woh. takhayyul. jaise iqbal ne kaha: "nahi tera nashamund qasr-e-salmani gumbad par." to tu shahi hai basera kar pahadon ki chatanon mein.</w:t>
      </w:r>
    </w:p>
    <w:p>
      <w:pPr>
        <w:jc w:val="right"/>
      </w:pPr>
      <w:r>
        <w:t>شاعر جو کرتا ہے اس کا نام ہے تخیل۔ تفکر نہیں ہے وہ۔ تخیل۔ جیسے اقبال نے کہا: "نہیں تیرا نشہ مند قصر سلطانی گنبد پر۔" تو تو شاہی ہے بسیرا کر پہاڑوں کی چٹانوں میں۔</w:t>
      </w:r>
    </w:p>
    <w:p>
      <w:r>
        <w:rPr>
          <w:b/>
        </w:rPr>
        <w:t xml:space="preserve">[34:50] </w:t>
      </w:r>
      <w:r>
        <w:t>yeh kya hai? yeh shairi hai. takhayyuli. yeh tafakkur nahi hai yeh.</w:t>
      </w:r>
    </w:p>
    <w:p>
      <w:pPr>
        <w:jc w:val="right"/>
      </w:pPr>
      <w:r>
        <w:t>یہ کیا ہے؟ یہ شاعری ہے۔ تخیلی۔ یہ تفکر نہیں ہے یہ۔</w:t>
      </w:r>
    </w:p>
    <w:p>
      <w:r>
        <w:rPr>
          <w:b/>
        </w:rPr>
        <w:t xml:space="preserve">[34:55] </w:t>
      </w:r>
      <w:r>
        <w:t>kaun hai jo ja ke pahadon ki chatanon mein rahega aur basti chhod dega? iqbal ne bhi aisa nahi kiya. khud iqbal ne bhi aisa nahi kiya.</w:t>
      </w:r>
    </w:p>
    <w:p>
      <w:pPr>
        <w:jc w:val="right"/>
      </w:pPr>
      <w:r>
        <w:t>کون ہے جو جا کے پہاڑوں کی چٹانوں میں رہے گا اور بستی چھوڑ دے گا؟ اقبال نے بھی ایسا نہیں کیا۔ خود اقبال نے بھی ایسا نہیں کیا۔</w:t>
      </w:r>
    </w:p>
    <w:p>
      <w:r>
        <w:rPr>
          <w:b/>
        </w:rPr>
        <w:t xml:space="preserve">[35:04] </w:t>
      </w:r>
      <w:r>
        <w:t>unhon ne apna ghar banaya lahore mein. mein ne khud un ke ghar ko dekha hai. to shair jo hai us jo karta hai is ka naam hai takhayyul.</w:t>
      </w:r>
    </w:p>
    <w:p>
      <w:pPr>
        <w:jc w:val="right"/>
      </w:pPr>
      <w:r>
        <w:t>انہوں نے اپنا گھر بنایا لاہور میں۔ میں نے خود ان کے گھر کو دیکھا ہے۔ تو شاعر جو ہے اس جو کرتا ہے اس کا نام ہے تخیل۔</w:t>
      </w:r>
    </w:p>
    <w:p>
      <w:r>
        <w:rPr>
          <w:b/>
        </w:rPr>
        <w:t xml:space="preserve">[35:14] </w:t>
      </w:r>
      <w:r>
        <w:t>takhayyul.</w:t>
      </w:r>
    </w:p>
    <w:p>
      <w:pPr>
        <w:jc w:val="right"/>
      </w:pPr>
      <w:r>
        <w:t>تخیل۔</w:t>
      </w:r>
    </w:p>
    <w:p>
      <w:r>
        <w:rPr>
          <w:b/>
        </w:rPr>
        <w:t xml:space="preserve">[35:17] </w:t>
      </w:r>
      <w:r>
        <w:t>aur doosri cheez jo hai is ka naam hai tafakkur, tadabbur, tadabbur. woh ek alag bilkul alag cheez hai. mein shairi ko bilkul bekaar samajhta hoon.</w:t>
      </w:r>
    </w:p>
    <w:p>
      <w:pPr>
        <w:jc w:val="right"/>
      </w:pPr>
      <w:r>
        <w:t>اور دوسری چیز جو ہے اس کا نام ہے تفکر، تدبر، تدبر۔ وہ ایک الگ بالکل الگ چیز ہے۔ میں شاعری کو بالکل بیکار سمجھتا ہوں۔</w:t>
      </w:r>
    </w:p>
    <w:p>
      <w:r>
        <w:rPr>
          <w:b/>
        </w:rPr>
        <w:t xml:space="preserve">[35:27] </w:t>
      </w:r>
      <w:r>
        <w:t>quran mein, hadith mein is kahin shairi ko pasand nahi kiya gaya hai. tamam sahaba jo thay pehle shairi kiya karte thay. islam aaya to sab ki shairi khatm ho gayi.</w:t>
      </w:r>
    </w:p>
    <w:p>
      <w:pPr>
        <w:jc w:val="right"/>
      </w:pPr>
      <w:r>
        <w:t>قرآن میں، حدیث میں اس کہیں شاعری کو پسند نہیں کیا گیا ہے۔ تمام صحابہ جو تھے پہلے شاعری کیا کرتے تھے۔ اسلام آیا تو سب کی شاعری ختم ہو گئی۔</w:t>
      </w:r>
    </w:p>
    <w:p>
      <w:r>
        <w:rPr>
          <w:b/>
        </w:rPr>
        <w:t xml:space="preserve">[35:38] </w:t>
      </w:r>
      <w:r>
        <w:t>to jo log shairi karte hain unhein shairi chhod dena chahiye. yeh sab bol kar ke is ko justify karen. yeh galat hai yeh.</w:t>
      </w:r>
    </w:p>
    <w:p>
      <w:pPr>
        <w:jc w:val="right"/>
      </w:pPr>
      <w:r>
        <w:t>تو جو لوگ شاعری کرتے ہیں انہیں شاعری چھوڑ دینا چاہیے۔ یہ سب بول کر کے اس کو justify کریں۔ یہ غلط ہے یہ۔</w:t>
      </w:r>
    </w:p>
    <w:p>
      <w:r>
        <w:rPr>
          <w:b/>
        </w:rPr>
        <w:t xml:space="preserve">[35:46] </w:t>
      </w:r>
      <w:r>
        <w:t>maulana, un ka ek aur sawal hai. unhon ne likha hai ke logon se be niyazi kaise ikhtiyar ki jayegi? is ka simple formula kya hai?</w:t>
      </w:r>
    </w:p>
    <w:p>
      <w:pPr>
        <w:jc w:val="right"/>
      </w:pPr>
      <w:r>
        <w:t>مولانا، ان کا ایک اور سوال ہے۔ انہوں نے لکھا ہے کہ لوگوں سے بے نیازی کیسے اختیار کی جائے گی؟ اس کا simple فارمولا کیا ہے؟</w:t>
      </w:r>
    </w:p>
    <w:p>
      <w:r>
        <w:rPr>
          <w:b/>
        </w:rPr>
        <w:t xml:space="preserve">[35:57] </w:t>
      </w:r>
      <w:r>
        <w:t>mujhe dekh lijiye, mein hoon. sari zindagi mein aise hi raha bas. be niyazi ki zindagi. kahin se lena na dena.</w:t>
      </w:r>
    </w:p>
    <w:p>
      <w:pPr>
        <w:jc w:val="right"/>
      </w:pPr>
      <w:r>
        <w:t>مجھے دیکھ لیجیے، میں ہوں۔ ساری زندگی میں ایسے ہی رہا بس۔ بے نیازی کی زندگی۔ کہیں سے لینا نہ لینا۔</w:t>
      </w:r>
    </w:p>
    <w:p>
      <w:r>
        <w:rPr>
          <w:b/>
        </w:rPr>
        <w:t xml:space="preserve">[36:12] </w:t>
      </w:r>
      <w:r>
        <w:t>is ki ek price deni padti hai. abhi dekhein mein gaya tha ek bohat bade ek idare mein. ek bohat bada institution taleem</w:t>
      </w:r>
    </w:p>
    <w:p>
      <w:pPr>
        <w:jc w:val="right"/>
      </w:pPr>
      <w:r>
        <w:t>اس کی ایک price دینی پڑتی ہے۔ ابھی دیکھیں میں گیا تھا ایک بہت بڑے ایک ادارے میں۔ ایک بہت بڑا institution تعلیم</w:t>
      </w:r>
    </w:p>
    <w:p>
      <w:r>
        <w:rPr>
          <w:b/>
        </w:rPr>
        <w:t xml:space="preserve">[36:25] </w:t>
      </w:r>
      <w:r>
        <w:t>ka bohat bada institution. wahan gaya tha mein.</w:t>
      </w:r>
    </w:p>
    <w:p>
      <w:pPr>
        <w:jc w:val="right"/>
      </w:pPr>
      <w:r>
        <w:t>کا بہت بڑا institution۔ وہاں گیا تھا میں۔</w:t>
      </w:r>
    </w:p>
    <w:p>
      <w:r>
        <w:rPr>
          <w:b/>
        </w:rPr>
        <w:t xml:space="preserve">[36:29] </w:t>
      </w:r>
      <w:r>
        <w:t>to wahan par kya tha un ka ek farm house hai. to mere theherne ke intezam farm house kiya tha unhon ne. aur mere khane ke intezam ek bohat bade paise wale aadmi ka kiya gaya tha.</w:t>
      </w:r>
    </w:p>
    <w:p>
      <w:pPr>
        <w:jc w:val="right"/>
      </w:pPr>
      <w:r>
        <w:t>تو وہاں پر کیا تھا ان کا ایک farm house ہے۔ تو میرے ٹھہرنے کے انتظام farm house کیا تھا انہوں نے۔ اور میرے کھانے کے انتظام ایک بہت بڑے پیسے والے آدمی کا کیا گیا تھا۔</w:t>
      </w:r>
    </w:p>
    <w:p>
      <w:r>
        <w:rPr>
          <w:b/>
        </w:rPr>
        <w:t xml:space="preserve">[36:42] </w:t>
      </w:r>
      <w:r>
        <w:t>yaani un ke haan daawti khana khao aur farm house pe raho. aur phir chale aao.</w:t>
      </w:r>
    </w:p>
    <w:p>
      <w:pPr>
        <w:jc w:val="right"/>
      </w:pPr>
      <w:r>
        <w:t>یعنی ان کے ہاں دعوتی کھانا کھاؤ اور farm house پہ رہو۔ اور پھر چلے آؤ۔</w:t>
      </w:r>
    </w:p>
    <w:p>
      <w:r>
        <w:rPr>
          <w:b/>
        </w:rPr>
        <w:t xml:space="preserve">[36:48] </w:t>
      </w:r>
      <w:r>
        <w:t>jaate hi mein ne kaha ke yeh mein nahi kar sakta. mein ne farm house nahi rehna hai. woh khana bhi nahi khana hai mujhe. to mein ne kaha yahan jo kitchen hota hai talaba ka, student ka isi mein mujhe khana khana hai.</w:t>
      </w:r>
    </w:p>
    <w:p>
      <w:pPr>
        <w:jc w:val="right"/>
      </w:pPr>
      <w:r>
        <w:t>جاتے ہی میں نے کہا کہ یہ میں نہیں کر سکتا۔ میں نے farm house نہیں رہنا ہے۔ وہ کھانا بھی نہیں کھانا ہے مجھے۔ تو میں نے کہا یہاں جو kitchen ہوتا ہے طلباء کا، student کا اسی میں مجھے کھانا کھانا ہے۔</w:t>
      </w:r>
    </w:p>
    <w:p>
      <w:r>
        <w:rPr>
          <w:b/>
        </w:rPr>
        <w:t xml:space="preserve">[37:03] </w:t>
      </w:r>
      <w:r>
        <w:t>yeh baat hai south india ki. wahan par log chawal khate hain.</w:t>
      </w:r>
    </w:p>
    <w:p>
      <w:pPr>
        <w:jc w:val="right"/>
      </w:pPr>
      <w:r>
        <w:t>یہ بات ہے ساؤتھ انڈیا کی۔ وہاں پر لوگ چاول کھاتے ہیں۔</w:t>
      </w:r>
    </w:p>
    <w:p>
      <w:r>
        <w:rPr>
          <w:b/>
        </w:rPr>
        <w:t xml:space="preserve">[37:06] </w:t>
      </w:r>
      <w:r>
        <w:t>to wahan un ka khana kya tha? chawal aur daal. chawal aur daal bas. to wahan mein chaar din raha. mein breakfast, lunch aur dinner teeno mein kya karta tha?</w:t>
      </w:r>
    </w:p>
    <w:p>
      <w:pPr>
        <w:jc w:val="right"/>
      </w:pPr>
      <w:r>
        <w:t>تو وہاں ان کا کھانا کیا تھا؟ چاول اور دال۔ چاول اور دال بس۔ تو وہاں میں چار دن رہا۔ میں breakfast، lunch اور dinner تینوں میں کیا کرتا تھا؟</w:t>
      </w:r>
    </w:p>
    <w:p>
      <w:r>
        <w:rPr>
          <w:b/>
        </w:rPr>
        <w:t xml:space="preserve">[37:16] </w:t>
      </w:r>
      <w:r>
        <w:t>chawal, daal. bas. woh khana jo tha wahan par biryani aur paratha aur</w:t>
      </w:r>
    </w:p>
    <w:p>
      <w:pPr>
        <w:jc w:val="right"/>
      </w:pPr>
      <w:r>
        <w:t>چاول، دال۔ بس۔ وہ کھانا جو تھا وہاں پر بریانی اور پراٹھا اور</w:t>
      </w:r>
    </w:p>
    <w:p>
      <w:r>
        <w:rPr>
          <w:b/>
        </w:rPr>
        <w:t xml:space="preserve">[37:24] </w:t>
      </w:r>
      <w:r>
        <w:t>tarah tarah ki sweet aur yeh woh sab se pehle chhod diya. aur farm house bhi nahi gaya mein. to be nayazi aisi thodi hoti hai. mehnat ki price deni padti hai.</w:t>
      </w:r>
    </w:p>
    <w:p>
      <w:pPr>
        <w:jc w:val="right"/>
      </w:pPr>
      <w:r>
        <w:t>طرح طرح کی sweet اور یہ وہ سب سے پہلے چھوڑ دیا۔ اور farm house بھی نہیں گیا میں۔ تو بے نیازی ایسی تھوڑی ہوتی ہے۔ محنت کی price دینی پڑتی ہے۔</w:t>
      </w:r>
    </w:p>
    <w:p>
      <w:r>
        <w:rPr>
          <w:b/>
        </w:rPr>
        <w:t xml:space="preserve">[37:36] </w:t>
      </w:r>
      <w:r>
        <w:t>be nayazi kya cheez hai? aap ko distraction se bachati hai. tab aala marifat milti hai.</w:t>
      </w:r>
    </w:p>
    <w:p>
      <w:pPr>
        <w:jc w:val="right"/>
      </w:pPr>
      <w:r>
        <w:t>بے نیازی کیا چیز ہے؟ آپ کو distraction سے بچاتی ہے۔ تب اعلیٰ معرفت ملتی ہے۔</w:t>
      </w:r>
    </w:p>
    <w:p>
      <w:r>
        <w:rPr>
          <w:b/>
        </w:rPr>
        <w:t xml:space="preserve">[37:46] </w:t>
      </w:r>
      <w:r>
        <w:t>distraction ki ek hazar ek qism hai. yaad rakhiye ke distraction koi ek cheez ka naam hai. bahut si cheezein jo aap ko distract kiye rehti hain.</w:t>
      </w:r>
    </w:p>
    <w:p>
      <w:pPr>
        <w:jc w:val="right"/>
      </w:pPr>
      <w:r>
        <w:t>Distraction کی ایک ہزار ایک قسم ہے۔ یاد رکھیے کہ distraction کوئی ایک چیز کا نام ہے۔ بہت سی چیزیں جو آپ کو distract کیے رہتی ہیں۔</w:t>
      </w:r>
    </w:p>
    <w:p>
      <w:r>
        <w:rPr>
          <w:b/>
        </w:rPr>
        <w:t xml:space="preserve">[37:54] </w:t>
      </w:r>
      <w:r>
        <w:t>ego bhi distraction hai. ego bhi ek distraction hai. apne ko bachaye rakhna. mein kisi tareeqe se mere par harf na lagne paaye.</w:t>
      </w:r>
    </w:p>
    <w:p>
      <w:pPr>
        <w:jc w:val="right"/>
      </w:pPr>
      <w:r>
        <w:t>Ego بھی distraction ہے۔ Ego بھی ایک distraction ہے۔ اپنے کو بچائے رکھنا۔ میں کسی طریقے سے میرے پر حرف نہ لگنے پائے۔</w:t>
      </w:r>
    </w:p>
    <w:p>
      <w:r>
        <w:rPr>
          <w:b/>
        </w:rPr>
        <w:t xml:space="preserve">[38:05] </w:t>
      </w:r>
      <w:r>
        <w:t>mein is shakhsiyat bani hi rahoon. woh bhi distraction hai. mujhe ek himmat hai kehne ki ke mein jaaun pahad mein.</w:t>
      </w:r>
    </w:p>
    <w:p>
      <w:pPr>
        <w:jc w:val="right"/>
      </w:pPr>
      <w:r>
        <w:t>میں اس شخصیت بن ہی رہے۔ وہ بھی distraction ہے۔ مجھے ایک ہمت ہے کہنے کی کہ میں جاؤں پہاڑ میں۔</w:t>
      </w:r>
    </w:p>
    <w:p>
      <w:r>
        <w:rPr>
          <w:b/>
        </w:rPr>
        <w:t xml:space="preserve">[38:14] </w:t>
      </w:r>
      <w:r>
        <w:t>khuda ke fazl mujhe himmat hai kehne ki ke mein jaaun pahad mein. sachai baqi rahe.</w:t>
      </w:r>
    </w:p>
    <w:p>
      <w:pPr>
        <w:jc w:val="right"/>
      </w:pPr>
      <w:r>
        <w:t>خدا کے فضل مجھے ہمت ہے کہنے کی کہ میں جاؤں پہاڑ میں۔ سچائی باقی رہے۔</w:t>
      </w:r>
    </w:p>
    <w:p>
      <w:r>
        <w:rPr>
          <w:b/>
        </w:rPr>
        <w:t xml:space="preserve">[38:21] </w:t>
      </w:r>
      <w:r>
        <w:t>Allah ne mujhe himmat di hai ke mein keh sakta hoon ke mein jaaun pahad mein. sachai jo hai prevail kare. yeh hai be nayazi.</w:t>
      </w:r>
    </w:p>
    <w:p>
      <w:pPr>
        <w:jc w:val="right"/>
      </w:pPr>
      <w:r>
        <w:t>اللہ نے مجھے ہمت دی ہے کہ میں کہہ سکتا ہوں کہ میں جاؤں پہاڑ میں۔ سچائی جو ہے prevail کرے۔ یہ ہے بے نیازی۔</w:t>
      </w:r>
    </w:p>
    <w:p>
      <w:r>
        <w:rPr>
          <w:b/>
        </w:rPr>
        <w:t xml:space="preserve">[38:30] </w:t>
      </w:r>
      <w:r>
        <w:t>be nayazi ka matlab aap yeh keh sakein ke mein jaaun pahad mein. sachai ko prevail karna chahiye.</w:t>
      </w:r>
    </w:p>
    <w:p>
      <w:pPr>
        <w:jc w:val="right"/>
      </w:pPr>
      <w:r>
        <w:t>بے نیازی کا معنی آپ یہ کہہ سکیں کہ میں جاؤں پہاڑ میں۔ سچائی کو prevail کرنا چاہیے۔</w:t>
      </w:r>
    </w:p>
    <w:p>
      <w:r>
        <w:rPr>
          <w:b/>
        </w:rPr>
        <w:t xml:space="preserve">[38:39] </w:t>
      </w:r>
      <w:r>
        <w:t>to be nayazi bahut badi cheez hai. lekin be nayazi ki price hai. jab tak price na dein aap ko woh be nayazi milne wali nahi hai.</w:t>
      </w:r>
    </w:p>
    <w:p>
      <w:pPr>
        <w:jc w:val="right"/>
      </w:pPr>
      <w:r>
        <w:t>تو بے نیازی بہت بڑی چیز ہے۔ لیکن بے نیازی کی price ہے۔ جب تک price نہ دیں آپ کو وہ بے نیازی ملنے والی نہیں ہے۔</w:t>
      </w:r>
    </w:p>
    <w:p>
      <w:r>
        <w:rPr>
          <w:b/>
        </w:rPr>
        <w:t xml:space="preserve">[38:50] </w:t>
      </w:r>
      <w:r>
        <w:t>maulana, yeh sawal aaya hai mr khwaja kaleemuddin ka from Pennsylvania. unhone likha hai ke "Is it appropriate to invite Christians or people of other religions to come to our mosque and deliver lectures on their religion as they ask us to do?"</w:t>
      </w:r>
    </w:p>
    <w:p>
      <w:pPr>
        <w:jc w:val="right"/>
      </w:pPr>
      <w:r>
        <w:t>مولانا، یہ سوال آیا ہے مسٹر خواجہ کلیم الدین کا from Pennsylvania۔ انہوں نے لکھا ہے کہ "Is it appropriate to invite Christians or people of other religions to come to our mosque and deliver lectures on their religion as they ask us to do?"</w:t>
      </w:r>
    </w:p>
    <w:p>
      <w:r>
        <w:rPr>
          <w:b/>
        </w:rPr>
        <w:t xml:space="preserve">[39:10] </w:t>
      </w:r>
      <w:r>
        <w:t>haan bilkul. mein koi harj nahi hai is mein.</w:t>
      </w:r>
    </w:p>
    <w:p>
      <w:pPr>
        <w:jc w:val="right"/>
      </w:pPr>
      <w:r>
        <w:t>ہاں بالکل۔ میں کوئی حرج نہیں ہے اس میں۔</w:t>
      </w:r>
    </w:p>
    <w:p>
      <w:r>
        <w:rPr>
          <w:b/>
        </w:rPr>
        <w:t xml:space="preserve">[39:16] </w:t>
      </w:r>
      <w:r>
        <w:t>mujh se discussion kijiye, mujh se dialogue kijiye. rasool Allah ke zamane mein ek aisi ho chuki hai conference.</w:t>
      </w:r>
    </w:p>
    <w:p>
      <w:pPr>
        <w:jc w:val="right"/>
      </w:pPr>
      <w:r>
        <w:t>مجھ سے discussion کیجیے، مجھ سے dialogue کیجیے۔ رسول اللہ کے زمانے میں ایک ایسی ہو چکی ہے conference۔</w:t>
      </w:r>
    </w:p>
    <w:p>
      <w:r>
        <w:rPr>
          <w:b/>
        </w:rPr>
        <w:t xml:space="preserve">[39:25] </w:t>
      </w:r>
      <w:r>
        <w:t>woh trial aaya is ko. woh dialogue nahi tha woh ek trial aaya tha. teen mazhab. mere paas kitaab maujood hai ek arab sheikh ki likhi hui.</w:t>
      </w:r>
    </w:p>
    <w:p>
      <w:pPr>
        <w:jc w:val="right"/>
      </w:pPr>
      <w:r>
        <w:t>وہ trial آیا اس کو۔ وہ dialogue نہیں تھا وہ ایک trial آیا تھا۔ تین مذہب۔ میرے پاس کتاب موجود ہے ایک عرب شیخ کی لکھی ہوئی۔</w:t>
      </w:r>
    </w:p>
    <w:p>
      <w:r>
        <w:rPr>
          <w:b/>
        </w:rPr>
        <w:t xml:space="preserve">[39:35] </w:t>
      </w:r>
      <w:r>
        <w:t>iska naam hai</w:t>
      </w:r>
    </w:p>
    <w:p>
      <w:pPr>
        <w:jc w:val="right"/>
      </w:pPr>
      <w:r>
        <w:t>اس کا نام ہے</w:t>
      </w:r>
    </w:p>
    <w:p>
      <w:r>
        <w:rPr>
          <w:b/>
        </w:rPr>
        <w:t xml:space="preserve">[39:36] </w:t>
      </w:r>
      <w:r>
        <w:t>"mu'tabar al adyaan al thalatha". mu'tabar ma'ne hote hain conference, seminar. yaani teen mazhabon ki mu'tabar.</w:t>
      </w:r>
    </w:p>
    <w:p>
      <w:pPr>
        <w:jc w:val="right"/>
      </w:pPr>
      <w:r>
        <w:t>"معتبر الادیان الثلاثہ"۔ معتبر معنی ہوتے ہیں conference، seminar۔ یعنی تین مذہبوں کی معتبر۔</w:t>
      </w:r>
    </w:p>
    <w:p>
      <w:r>
        <w:rPr>
          <w:b/>
        </w:rPr>
        <w:t xml:space="preserve">[39:45] </w:t>
      </w:r>
      <w:r>
        <w:t>teen mazhabon ka seminar. arab ne yahi iska title banaya hai. "mu'tabar al adyaan al thalatha".</w:t>
      </w:r>
    </w:p>
    <w:p>
      <w:pPr>
        <w:jc w:val="right"/>
      </w:pPr>
      <w:r>
        <w:t>تین مذہبوں کا seminar۔ عرب نے یہی اس کا title بنایا ہے۔ "معتبر الادیان الثلاثہ"۔</w:t>
      </w:r>
    </w:p>
    <w:p>
      <w:r>
        <w:rPr>
          <w:b/>
        </w:rPr>
        <w:t xml:space="preserve">[39:54] </w:t>
      </w:r>
      <w:r>
        <w:t>is mein kya hota hai? madine ki masjid jo hum masjid nabwi kehte hain. uske andar aaye teen mazhab ke log. Christian aur Muslim.</w:t>
      </w:r>
    </w:p>
    <w:p>
      <w:pPr>
        <w:jc w:val="right"/>
      </w:pPr>
      <w:r>
        <w:t>اس میں کیا ہوتا ہے؟ مدینے کی مسجد جو ہم مسجد نبوی کہتے ہیں۔ اس کے اندر آئے تین مذہب کے لوگ۔ Christian اور مسلم۔</w:t>
      </w:r>
    </w:p>
    <w:p>
      <w:r>
        <w:rPr>
          <w:b/>
        </w:rPr>
        <w:t xml:space="preserve">[40:04] </w:t>
      </w:r>
      <w:r>
        <w:t>aur teesra jaate kaun tha? yahudi. jisko aap samajhte hain ke iska hazar mil door rehna chahiye inko hamari masjid se.</w:t>
      </w:r>
    </w:p>
    <w:p>
      <w:pPr>
        <w:jc w:val="right"/>
      </w:pPr>
      <w:r>
        <w:t>اور تیسرا جاتے کون تھا؟ یہودی۔ جس کو آپ سمجھتے ہیں کہ اس کا ہزار میل دور رہنا چاہیے ان کو ہماری مسجد سے۔</w:t>
      </w:r>
    </w:p>
    <w:p>
      <w:r>
        <w:rPr>
          <w:b/>
        </w:rPr>
        <w:t xml:space="preserve">[40:16] </w:t>
      </w:r>
      <w:r>
        <w:t>mein samajhta hoon ke yeh musalmanon ki apni bid'at hai. apna innovation hai. ke unhone masjidon ko tamasha bana rakha hai. masjid kholi hai jaise jaise rasool Allah ne khola tha.</w:t>
      </w:r>
    </w:p>
    <w:p>
      <w:pPr>
        <w:jc w:val="right"/>
      </w:pPr>
      <w:r>
        <w:t>میں سمجھتا ہوں کہ یہ مسلمانوں کی اپنی بدعت ہے۔ اپنا innovation ہے۔ کہ انہوں نے مسجدوں کو تماشہ بنا رکھا ہے۔ مسجد کھولی ہے جیسے جیسے رسول اللہ نے کھولا تھا۔</w:t>
      </w:r>
    </w:p>
    <w:p>
      <w:r>
        <w:rPr>
          <w:b/>
        </w:rPr>
        <w:t xml:space="preserve">[40:28] </w:t>
      </w:r>
      <w:r>
        <w:t>ab kholi hai waise hi.</w:t>
      </w:r>
    </w:p>
    <w:p>
      <w:pPr>
        <w:jc w:val="right"/>
      </w:pPr>
      <w:r>
        <w:t>اب کھولی ہے ویسے ہی۔</w:t>
      </w:r>
    </w:p>
    <w:p>
      <w:r>
        <w:rPr>
          <w:b/>
        </w:rPr>
        <w:t xml:space="preserve">[40:35] </w:t>
      </w:r>
      <w:r>
        <w:t>maulana, yeh sawal kiya hai ms aditi sharma ne New Delhi se. unhone likha hai ke "Whenever we pray to God, is it alright if we repeat the prayer request each time we pray?</w:t>
      </w:r>
    </w:p>
    <w:p>
      <w:pPr>
        <w:jc w:val="right"/>
      </w:pPr>
      <w:r>
        <w:t>مولانا، یہ سوال کیا ہے مس ادیتی شرما نے New Delhi سے۔ انہوں نے لکھا ہے کہ "Whenever we pray to God, is it alright if we repeat the prayer request each time we pray?</w:t>
      </w:r>
    </w:p>
    <w:p>
      <w:r>
        <w:rPr>
          <w:b/>
        </w:rPr>
        <w:t xml:space="preserve">[40:51] </w:t>
      </w:r>
      <w:r>
        <w:t>Like we consider some prayer points to be prayed upon repeatedly over a long period of time, say few months or years maybe?"</w:t>
      </w:r>
    </w:p>
    <w:p>
      <w:pPr>
        <w:jc w:val="right"/>
      </w:pPr>
      <w:r>
        <w:t>Like we consider some prayer points to be prayed upon repeatedly over a long period of time, say few months or years maybe?"</w:t>
      </w:r>
    </w:p>
    <w:p>
      <w:r>
        <w:rPr>
          <w:b/>
        </w:rPr>
        <w:t xml:space="preserve">[41:01] </w:t>
      </w:r>
      <w:r>
        <w:t>repeat karna bahut achhi baat hai. lekin yeh nahi samajhna ke aap ne das baar repeat kar diya to yeh ho jayega, bees baar repeat ho jayega. yeh ginti based jo repeat hai woh galat hai.</w:t>
      </w:r>
    </w:p>
    <w:p>
      <w:pPr>
        <w:jc w:val="right"/>
      </w:pPr>
      <w:r>
        <w:t>Repeat کرنا بہت اچھی بات ہے۔ لیکن یہ نہیں سمجھنا کہ آپ نے دس بار repeat کر دیا تو یہ ہو جائے گا، بیس بار repeat ہو جائے گا۔ یہ گنتی based جو repeat ہے وہ غلط ہے۔</w:t>
      </w:r>
    </w:p>
    <w:p>
      <w:r>
        <w:rPr>
          <w:b/>
        </w:rPr>
        <w:t xml:space="preserve">[41:11] </w:t>
      </w:r>
      <w:r>
        <w:t>yaani ginti mein koi aap samajh lein ke is mein koi mysterious koi cheez hai woh galat hai. baqi aap ne apna jo feeling hai usko aap baar baar dohraein to badi achhi baat hai.</w:t>
      </w:r>
    </w:p>
    <w:p>
      <w:pPr>
        <w:jc w:val="right"/>
      </w:pPr>
      <w:r>
        <w:t>یعنی گنتی میں کوئی آپ سمجھ لیں کہ اس میں کوئی mysterious کوئی چیز ہے وہ غلط ہے۔ باقی آپ نے اپنا جو feeling ہے اس کو آپ بار بار دہرائیں تو بڑی اچھی بات ہے۔</w:t>
      </w:r>
    </w:p>
    <w:p>
      <w:r>
        <w:rPr>
          <w:b/>
        </w:rPr>
        <w:t xml:space="preserve">[41:24] </w:t>
      </w:r>
      <w:r>
        <w:t>yani repeated is not wrong. it is good. lekin gintiyon ko samajh lein aap agar das baar dohranya to yeh ho jayega, so baar dohranya to woh ho jayega.</w:t>
      </w:r>
    </w:p>
    <w:p>
      <w:pPr>
        <w:jc w:val="right"/>
      </w:pPr>
      <w:r>
        <w:t>یعنی Repeated is not wrong. It is good. لیکن گنتیوں کو سمجھ لیں آپ اگر دس بار دہرایا تو یہ ہو جائے گا، سو بار دہرایا تو وہ ہو جائے گا۔</w:t>
      </w:r>
    </w:p>
    <w:p>
      <w:r>
        <w:rPr>
          <w:b/>
        </w:rPr>
        <w:t xml:space="preserve">[41:36] </w:t>
      </w:r>
      <w:r>
        <w:t>yeh bilkul galat hai. is ki koi baseless hai yeh.</w:t>
      </w:r>
    </w:p>
    <w:p>
      <w:pPr>
        <w:jc w:val="right"/>
      </w:pPr>
      <w:r>
        <w:t>یہ بالکل غلط ہے۔ اس کی کوئی baseless ہے یہ۔</w:t>
      </w:r>
    </w:p>
    <w:p>
      <w:r>
        <w:rPr>
          <w:b/>
        </w:rPr>
        <w:t xml:space="preserve">[41:44] </w:t>
      </w:r>
      <w:r>
        <w:t>maulana, yeh sawal aya hai mr. shaukat ali ka sialkot pakistan se. unhon ne likha hai ke kya momin ka maqsad sirf achhe kaam kar ke jannat mein jana hai?</w:t>
      </w:r>
    </w:p>
    <w:p>
      <w:pPr>
        <w:jc w:val="right"/>
      </w:pPr>
      <w:r>
        <w:t>مولانا، یہ سوال آیا ہے مسٹر شوکت علی کا سیالکوٹ پاکستان سے۔ انہوں نے لکھا ہے کہ کیا مومن کا مقصد صرف اچھے کام کر کے جنت میں جانا ہے؟</w:t>
      </w:r>
    </w:p>
    <w:p>
      <w:r>
        <w:rPr>
          <w:b/>
        </w:rPr>
        <w:t xml:space="preserve">[41:57] </w:t>
      </w:r>
      <w:r>
        <w:t>agar yahi maqsad hai to is ka matlab sirf yahi hai ke ek mazdoor ko us ki mazdoori ka milna.</w:t>
      </w:r>
    </w:p>
    <w:p>
      <w:pPr>
        <w:jc w:val="right"/>
      </w:pPr>
      <w:r>
        <w:t>اگر یہی مقصد ہے تو اس کا مطلب صرف یہی ہے کہ ایک مزدور کو اس کی مزدوری کا ملنا۔</w:t>
      </w:r>
    </w:p>
    <w:p>
      <w:r>
        <w:rPr>
          <w:b/>
        </w:rPr>
        <w:t xml:space="preserve">[42:06] </w:t>
      </w:r>
      <w:r>
        <w:t>maulana, is ko explain kijiye.</w:t>
      </w:r>
    </w:p>
    <w:p>
      <w:pPr>
        <w:jc w:val="right"/>
      </w:pPr>
      <w:r>
        <w:t>مولانا، اس کو explain کیجیے۔</w:t>
      </w:r>
    </w:p>
    <w:p>
      <w:r>
        <w:rPr>
          <w:b/>
        </w:rPr>
        <w:t xml:space="preserve">[42:08] </w:t>
      </w:r>
      <w:r>
        <w:t>nahi, main ne abhi kaha hai ke dekhiye ke asal cheez hai tazkiya. self-purification. yeh mazdoori aur price ki baat nahi hai.</w:t>
      </w:r>
    </w:p>
    <w:p>
      <w:pPr>
        <w:jc w:val="right"/>
      </w:pPr>
      <w:r>
        <w:t>نہیں، میں نے ابھی کہا ہے کہ دیکھیے کہ اصل چیز ہے تزکیہ۔ Self-purification۔ یہ مزدوری اور price کی بات نہیں ہے۔</w:t>
      </w:r>
    </w:p>
    <w:p>
      <w:r>
        <w:rPr>
          <w:b/>
        </w:rPr>
        <w:t xml:space="preserve">[42:19] </w:t>
      </w:r>
      <w:r>
        <w:t>price ki baat nahi hai. yani purified soul hi jayega paradise mein. purified soul ka matlab kya hai? jis ke andar negativity na ho.</w:t>
      </w:r>
    </w:p>
    <w:p>
      <w:pPr>
        <w:jc w:val="right"/>
      </w:pPr>
      <w:r>
        <w:t>Price کی بات نہیں ہے۔ یعنی purified soul ہی جائے گا paradise میں۔ Purified soul کا مطلب کیا ہے؟ جس کے اندر negativity نہ ہو۔</w:t>
      </w:r>
    </w:p>
    <w:p>
      <w:r>
        <w:rPr>
          <w:b/>
        </w:rPr>
        <w:t xml:space="preserve">[42:30] </w:t>
      </w:r>
      <w:r>
        <w:t>jis ke andar intolerance na ho. jis ke andar violence na ho. jo enmity na ho. jis ke andar Allah ka khauf ho, Allah se mohabbat ho.</w:t>
      </w:r>
    </w:p>
    <w:p>
      <w:pPr>
        <w:jc w:val="right"/>
      </w:pPr>
      <w:r>
        <w:t>جس کے اندر intolerance نہ ہو۔ جس کے اندر violence نہ ہو۔ جو enmity نہ ہو۔ جس کے اندر اللہ کا خوف ہو، اللہ سے محبت ہو۔</w:t>
      </w:r>
    </w:p>
    <w:p>
      <w:r>
        <w:rPr>
          <w:b/>
        </w:rPr>
        <w:t xml:space="preserve">[42:43] </w:t>
      </w:r>
      <w:r>
        <w:t>to yeh purified soul us ko kaha gaya hai. to purified soul paradise mein jayega. aur koi is ki price nahi hai.</w:t>
      </w:r>
    </w:p>
    <w:p>
      <w:pPr>
        <w:jc w:val="right"/>
      </w:pPr>
      <w:r>
        <w:t>تو یہ purified soul اس کو کہا گیا ہے۔ تو purified soul paradise میں جائے گا۔ اور کوئی اس کی price نہیں ہے۔</w:t>
      </w:r>
    </w:p>
    <w:p>
      <w:r>
        <w:rPr>
          <w:b/>
        </w:rPr>
        <w:t xml:space="preserve">[42:54] </w:t>
      </w:r>
      <w:r>
        <w:t>maulana, yeh sawal kiya hai mr. idrees ne raipur se. unhon ne likha hai ke "if one gets only few minutes of opportunity to do dawah work with a stranger, how and what part should be communicated to him?"</w:t>
      </w:r>
    </w:p>
    <w:p>
      <w:pPr>
        <w:jc w:val="right"/>
      </w:pPr>
      <w:r>
        <w:t>مولانا، یہ سوال کیا ہے مسٹر ادریس نے رائے پور سے۔ انہوں نے لکھا ہے کہ "If one gets only few minutes of opportunity to do دعویٰ work with a stranger, how and what part should be communicated to him?"</w:t>
      </w:r>
    </w:p>
    <w:p>
      <w:r>
        <w:rPr>
          <w:b/>
        </w:rPr>
        <w:t xml:space="preserve">[43:11] </w:t>
      </w:r>
      <w:r>
        <w:t>part nahi, aap ke paas pamphlet reh jaye. hamare paas pamphlet hai. chhote chhote pamphlet bahut bade. aap ne pocket mein rakhe hain ya mauqa ho us ko de diye.</w:t>
      </w:r>
    </w:p>
    <w:p>
      <w:pPr>
        <w:jc w:val="right"/>
      </w:pPr>
      <w:r>
        <w:t>Part نہیں، آپ کے پاس پمفلٹ رہ جائے۔ ہمارے پاس پمفلٹ ہے۔ چھوٹے چھوٹے پمفلٹ بہت بڑے۔ آپ نے pocket میں رکھے ہیں یا موقع ہو اس کو دے دیے۔</w:t>
      </w:r>
    </w:p>
    <w:p>
      <w:r>
        <w:rPr>
          <w:b/>
        </w:rPr>
        <w:t xml:space="preserve">[43:23] </w:t>
      </w:r>
      <w:r>
        <w:t>sab se best yahi hai. ke har waqt aap ki pocket mein yeh pamphlet jo hai dawah pamphlet hai woh rehna chahiye. jahan mauqa ho use de diye.</w:t>
      </w:r>
    </w:p>
    <w:p>
      <w:pPr>
        <w:jc w:val="right"/>
      </w:pPr>
      <w:r>
        <w:t>سب سے best یہی ہے۔ کہ ہر وقت آپ کی pocket میں یہ پمفلٹ جو ہے دعویٰ پمفلٹ ہے وہ رہنا چاہیے۔ جہاں موقع ہو اسے دے دیے۔</w:t>
      </w:r>
    </w:p>
    <w:p>
      <w:r>
        <w:rPr>
          <w:b/>
        </w:rPr>
        <w:t xml:space="preserve">[43:36] </w:t>
      </w:r>
      <w:r>
        <w:t>jaise main ne ek qissa bataya tha ke hamare ek saathi hua jahaz ja rahe the dilli se bombay. jab woh enter hue to wahan par ek bada leader baitha hua tha. ek bada leader.</w:t>
      </w:r>
    </w:p>
    <w:p>
      <w:pPr>
        <w:jc w:val="right"/>
      </w:pPr>
      <w:r>
        <w:t>جیسے میں نے ایک قصہ بتایا تھا کہ ہمارے ایک ساتھی ہوا جہاز جا رہے تھے دلی سے بمبے۔ جب وہ enter ہوئے تو وہاں پر ایک بڑا leader بیٹھا ہوا تھا۔ ایک بڑا leader.</w:t>
      </w:r>
    </w:p>
    <w:p>
      <w:r>
        <w:rPr>
          <w:b/>
        </w:rPr>
        <w:t xml:space="preserve">[43:45] </w:t>
      </w:r>
      <w:r>
        <w:t>ek well-known leader. to jab enter hue to dekha ke woh yahan baitha hua hai. to foran unhon ne ek pamphlet nikala. reality of life.</w:t>
      </w:r>
    </w:p>
    <w:p>
      <w:pPr>
        <w:jc w:val="right"/>
      </w:pPr>
      <w:r>
        <w:t>ایک well-known leader. تو جب enter ہوئے تو دیکھا کہ وہ یہاں بیٹھا ہوا ہے۔ تو فوراً انہوں نے ایک پمفلٹ نکالا۔ Reality of life۔</w:t>
      </w:r>
    </w:p>
    <w:p>
      <w:r>
        <w:rPr>
          <w:b/>
        </w:rPr>
        <w:t xml:space="preserve">[43:56] </w:t>
      </w:r>
      <w:r>
        <w:t>us ne kaha ke sir this for your inflight reading. de diya. aur sahib us ko padhta raha, padhta raha, padhta raha.</w:t>
      </w:r>
    </w:p>
    <w:p>
      <w:pPr>
        <w:jc w:val="right"/>
      </w:pPr>
      <w:r>
        <w:t>اس نے کہا کہ سر this for your inflight reading ۔ دے دیا۔ اور صاحب اس کو پڑھتا رہا، پڑھتا رہا، پڑھتا رہا۔</w:t>
      </w:r>
    </w:p>
    <w:p>
      <w:r>
        <w:rPr>
          <w:b/>
        </w:rPr>
        <w:t xml:space="preserve">[44:05] </w:t>
      </w:r>
      <w:r>
        <w:t>to best tareeqa yeh hai ke aap ki pocket mein yeh sab cheezein rehain. aap ke bag mein cheezein rehain. jahan us ko payein wahan dete rahein aap us ko.</w:t>
      </w:r>
    </w:p>
    <w:p>
      <w:pPr>
        <w:jc w:val="right"/>
      </w:pPr>
      <w:r>
        <w:t>تو best طریقہ یہ ہے کہ آپ کی pocket میں یہ سب چیزیں رہیں۔ آپ کے bag میں چیزیں رہیں۔ جہاں اس کو پائیں وہاں دیتے رہیں آپ اس کو۔</w:t>
      </w:r>
    </w:p>
    <w:p>
      <w:r>
        <w:rPr>
          <w:b/>
        </w:rPr>
        <w:t xml:space="preserve">[44:18] </w:t>
      </w:r>
      <w:r>
        <w:t>maulana, un ka ek aur sawal hai. unhon ne poocha hai ke "what is shab-e-meraj? what should one do on this occasion?"</w:t>
      </w:r>
    </w:p>
    <w:p>
      <w:pPr>
        <w:jc w:val="right"/>
      </w:pPr>
      <w:r>
        <w:t>مولانا، ان کا ایک اور سوال ہے۔ انہوں نے پوچھا ہے کہ "What is شب معراج? What should one do on this occasion?"</w:t>
      </w:r>
    </w:p>
    <w:p>
      <w:r>
        <w:rPr>
          <w:b/>
        </w:rPr>
        <w:t xml:space="preserve">[44:28] </w:t>
      </w:r>
      <w:r>
        <w:t>kuch nahi, aaj kal jo musalman karte hain woh sab riwaj hai un ka. is ka mazhab islam se koi ta'alluq nahi. shab-e-meraj yeh bhi pata nahi kis kis din hui thi.</w:t>
      </w:r>
    </w:p>
    <w:p>
      <w:pPr>
        <w:jc w:val="right"/>
      </w:pPr>
      <w:r>
        <w:t>کچھ نہیں، آج کل جو مسلمان کرتے ہیں وہ سب رواج ہے ان کا۔ اس کا مذہب اسلام سے کوئی تعلق نہیں۔ شب معراج یہ بھی پتہ نہیں کس کس دن ہوئی تھی۔</w:t>
      </w:r>
    </w:p>
    <w:p>
      <w:r>
        <w:rPr>
          <w:b/>
        </w:rPr>
        <w:t xml:space="preserve">[44:37] </w:t>
      </w:r>
      <w:r>
        <w:t>koi sabit thori hai is ka tareekh. koi date koi sabit nahi hai. yeh to musalman ne bana rakha hai ek falan date.</w:t>
      </w:r>
    </w:p>
    <w:p>
      <w:pPr>
        <w:jc w:val="right"/>
      </w:pPr>
      <w:r>
        <w:t>کوئی ثابت تھوڑی ہے اس کا تاریخ۔ کوئی date کوئی ثابت نہیں ہے۔ یہ تو مسلمان نے بنا رکھا ہے ایک فلاں date۔</w:t>
      </w:r>
    </w:p>
    <w:p>
      <w:r>
        <w:rPr>
          <w:b/>
        </w:rPr>
        <w:t xml:space="preserve">[44:48] </w:t>
      </w:r>
      <w:r>
        <w:t>beh-haal yeh sab baatein jo hain yeh superstition hain. superstition. is ka islam se koi ta'alluq nahi hai. to us din agar ibadat kar lo to phir jannat mil jayegi?</w:t>
      </w:r>
    </w:p>
    <w:p>
      <w:pPr>
        <w:jc w:val="right"/>
      </w:pPr>
      <w:r>
        <w:t>بہرحال یہ سب باتیں جو ہیں یہ superstition ہیں۔ Superstition۔ اس کا اسلام سے کوئی تعلق نہیں ہے۔ تو اس دن اگر عبادت کر لو تو پھر جنت مل جائے گی؟</w:t>
      </w:r>
    </w:p>
    <w:p>
      <w:r>
        <w:rPr>
          <w:b/>
        </w:rPr>
        <w:t xml:space="preserve">[45:00] </w:t>
      </w:r>
      <w:r>
        <w:t>aisa kuch bhi nahi hai. shab-e-meraj ke bare mein aap ek hi kaam karna hai ke woh aap woh hadith padhein jis mein ke aap ne apne tajrubaat bataye hain.</w:t>
      </w:r>
    </w:p>
    <w:p>
      <w:pPr>
        <w:jc w:val="right"/>
      </w:pPr>
      <w:r>
        <w:t>ایسا کچھ بھی نہیں ہے۔ شب معراج کے بارے میں آپ ایک ہی کام کرنا ہے کہ وہ آپ وہ حدیثیں پڑھیں جس میں کہ آپ نے اپنے تجربات بتائے ہیں۔</w:t>
      </w:r>
    </w:p>
    <w:p>
      <w:r>
        <w:rPr>
          <w:b/>
        </w:rPr>
        <w:t xml:space="preserve">[45:10] </w:t>
      </w:r>
      <w:r>
        <w:t>ke aap ne jahannum ko dekha to wahan yeh anjam ho raha tha. bure karne walon ka. jannat ko dekha to wahan un ko yeh inaam mil raha tha. is ko padhein, is se sabak lein.</w:t>
      </w:r>
    </w:p>
    <w:p>
      <w:pPr>
        <w:jc w:val="right"/>
      </w:pPr>
      <w:r>
        <w:t>کہ آپ نے جہنم کو دیکھا تو وہاں یہ انجام ہو رہا تھا۔ برے کرنے والوں کا۔ جنت کو دیکھا تو وہاں ان کو یہ انعام مل رہا تھا۔ اس کو پڑھیں، اس سے سبق لیں۔</w:t>
      </w:r>
    </w:p>
    <w:p>
      <w:r>
        <w:rPr>
          <w:b/>
        </w:rPr>
        <w:t xml:space="preserve">[45:21] </w:t>
      </w:r>
      <w:r>
        <w:t>to meraj ka waqt sabak lene ke liye day manane ke liye nahi hai. meraj day manana yeh koi islam nahi hai.</w:t>
      </w:r>
    </w:p>
    <w:p>
      <w:pPr>
        <w:jc w:val="right"/>
      </w:pPr>
      <w:r>
        <w:t>تو معراج کا وقت سبق لینے کے لیے day منانے کے لیے نہیں ہے۔ معراج day منانا یہ کوئی اسلام نہیں ہے۔</w:t>
      </w:r>
    </w:p>
    <w:p>
      <w:r>
        <w:rPr>
          <w:b/>
        </w:rPr>
        <w:t xml:space="preserve">[45:29] </w:t>
      </w:r>
      <w:r>
        <w:t>yeh shab-e-meraj jo hoti hai nahi to meraj day manate hain. to meraj day islam mein harghiz nahi hai. sabak leejiyye, is hadith ko padhiye jis mein rasool Allah sal-lal-lahu alaihi wa-sallam apne tajrubaat bataye hain.</w:t>
      </w:r>
    </w:p>
    <w:p>
      <w:pPr>
        <w:jc w:val="right"/>
      </w:pPr>
      <w:r>
        <w:t>یہ شب معراج جو ہوتی ہے نہیں تو معراج day مناتے ہیں۔ تو معراج day اسلام میں ہرگز نہیں ہے۔ سبق لیجیے، اس حدیث کو پڑھیے جس میں رسول اللہ صلی اللہ علیہ وسلم اپنے تجربات بتائے ہیں۔</w:t>
      </w:r>
    </w:p>
    <w:p>
      <w:r>
        <w:rPr>
          <w:b/>
        </w:rPr>
        <w:t xml:space="preserve">[45:42] </w:t>
      </w:r>
      <w:r>
        <w:t>to sabak lena asal hai na ke meraj day manana.</w:t>
      </w:r>
    </w:p>
    <w:p>
      <w:pPr>
        <w:jc w:val="right"/>
      </w:pPr>
      <w:r>
        <w:t>تو سبق لینا اصل ہے نہ کہ معراج day منانا۔</w:t>
      </w:r>
    </w:p>
    <w:p>
      <w:r>
        <w:rPr>
          <w:b/>
        </w:rPr>
        <w:t xml:space="preserve">[45:48] </w:t>
      </w:r>
      <w:r>
        <w:t>sajid ahmed lucknow se pooch rahe hain maulana ke "While reading Quran, is it necessary to recite Arabic script or only the translation will be enough?"</w:t>
      </w:r>
    </w:p>
    <w:p>
      <w:pPr>
        <w:jc w:val="right"/>
      </w:pPr>
      <w:r>
        <w:t>ساجد احمد لکھنو سے پوچھ رہے ہیں مولانا کہ "While reading Quran, is it necessary to recite Arabic script or only the translation will be enough?"</w:t>
      </w:r>
    </w:p>
    <w:p>
      <w:r>
        <w:rPr>
          <w:b/>
        </w:rPr>
        <w:t xml:space="preserve">[46:02] </w:t>
      </w:r>
      <w:r>
        <w:t>nahi to yeh to aap ke halaat par hai. agar kisi ke paas itna kam time ho to tarjuma padhe. nahi to arabi padhe aur arabi padh kar ke us pe zyada ghor o fikr kare, zyada soch sakta hai woh.</w:t>
      </w:r>
    </w:p>
    <w:p>
      <w:pPr>
        <w:jc w:val="right"/>
      </w:pPr>
      <w:r>
        <w:t>نہیں تو یہ تو آپ کے حالات پر ہے۔ اگر کسی کے پاس اتنا کم ٹائم ہو تو ترجمہ پڑھے۔ نہیں تو عربی پڑھے اور عربی پڑھ کر کے اس پہ زیادہ غور و فکر کرے، زیادہ سوچ سکتا ہے وہ۔</w:t>
      </w:r>
    </w:p>
    <w:p>
      <w:r>
        <w:rPr>
          <w:b/>
        </w:rPr>
        <w:t xml:space="preserve">[46:14] </w:t>
      </w:r>
      <w:r>
        <w:t>arabi janne wala zyada soch sakta hai, zyada samajh sakta hai. lekin is ka matlab nahi ke arabi padhna farz hai kisi ke upar. jis ke bas mein jitna hai itna woh karna chahiye.</w:t>
      </w:r>
    </w:p>
    <w:p>
      <w:pPr>
        <w:jc w:val="right"/>
      </w:pPr>
      <w:r>
        <w:t>عربی جاننے والا زیادہ سوچ سکتا ہے، زیادہ سمجھ سکتا ہے۔ لیکن اس کا مطلب نہیں کہ عربی پڑھنا فرض ہے کسی کے اوپر۔ جس کے بس میں جتنا ہے اتنا وہ کرنا چاہیے۔</w:t>
      </w:r>
    </w:p>
    <w:p>
      <w:r>
        <w:rPr>
          <w:b/>
        </w:rPr>
        <w:t xml:space="preserve">[46:23] </w:t>
      </w:r>
      <w:r>
        <w:t>atqoo allah mustataqam</w:t>
      </w:r>
    </w:p>
    <w:p>
      <w:pPr>
        <w:jc w:val="right"/>
      </w:pPr>
      <w:r>
        <w:t>اتقوا الله مستطاعكم</w:t>
      </w:r>
    </w:p>
    <w:p>
      <w:r>
        <w:rPr>
          <w:b/>
        </w:rPr>
        <w:t xml:space="preserve">[46:28] </w:t>
      </w:r>
      <w:r>
        <w:t>maulana, yeh sawal kiya hai mr arshad jamal ne new delhi se. unhon ne likha hai ke "What is the meaning of verse number 6, chapter number 49 of Quran which says:</w:t>
      </w:r>
    </w:p>
    <w:p>
      <w:pPr>
        <w:jc w:val="right"/>
      </w:pPr>
      <w:r>
        <w:t>مولانا، یہ سوال کیا ہے مسٹر ارشد جمال نے نئی دلی سے۔ انہوں نے لکھا ہے کہ "What is the meaning of verse number 6, chapter number 49 of Quran which says:</w:t>
      </w:r>
    </w:p>
    <w:p>
      <w:r>
        <w:rPr>
          <w:b/>
        </w:rPr>
        <w:t xml:space="preserve">[46:42] </w:t>
      </w:r>
      <w:r>
        <w:t>'Believers, if an evildoer brings you news, ascertain the correctness of the report fully, lest you unwittingly harm others and then regret what you have done'?</w:t>
      </w:r>
    </w:p>
    <w:p>
      <w:pPr>
        <w:jc w:val="right"/>
      </w:pPr>
      <w:r>
        <w:t>'Believers, if an evildoer brings you news, ascertain the correctness of the report fully, lest you unwittingly harm others and then regret what you have done'?"</w:t>
      </w:r>
    </w:p>
    <w:p>
      <w:r>
        <w:rPr>
          <w:b/>
        </w:rPr>
        <w:t xml:space="preserve">[46:56] </w:t>
      </w:r>
      <w:r>
        <w:t>haan, yeh bohat ahem ayat hai. ke aadmi jo hai, yani misunderstanding ki wajah se rai qaim kar le to yeh islam mein bohat bara, is ko bohat mana kiya gaya hai.</w:t>
      </w:r>
    </w:p>
    <w:p>
      <w:pPr>
        <w:jc w:val="right"/>
      </w:pPr>
      <w:r>
        <w:t>ہاں، یہ بہت اہم آیت ہے۔ کہ آدمی جو ہے، یعنی misunderstanding کی وجہ سے رائے قائم کر لے تو یہ اسلام میں بہت بڑا، اس کو بہت منع کیا گیا ہے۔</w:t>
      </w:r>
    </w:p>
    <w:p>
      <w:r>
        <w:rPr>
          <w:b/>
        </w:rPr>
        <w:t xml:space="preserve">[47:11] </w:t>
      </w:r>
      <w:r>
        <w:t>jab tak aap ko pakki knowledge na ho, aap ko rai nahi banana chahiye aap ko. pakki knowledge hona chahiye aap ko. tab rai banaiye.</w:t>
      </w:r>
    </w:p>
    <w:p>
      <w:pPr>
        <w:jc w:val="right"/>
      </w:pPr>
      <w:r>
        <w:t>جب تک آپ کو پکی knowledge نہ ہو، آپ کو رائے نہیں بنانا چاہیے آپ کو۔ پکی knowledge ہونا چاہیے آپ کو۔ تب رائے بنائیے۔</w:t>
      </w:r>
    </w:p>
    <w:p>
      <w:r>
        <w:rPr>
          <w:b/>
        </w:rPr>
        <w:t xml:space="preserve">[47:20] </w:t>
      </w:r>
      <w:r>
        <w:t>to pakki knowledge kaise hogi? aap ko tehqeeq karenge, sochenge, mamle ko jajchenge. lekin is mein ek aur</w:t>
      </w:r>
    </w:p>
    <w:p>
      <w:pPr>
        <w:jc w:val="right"/>
      </w:pPr>
      <w:r>
        <w:t>تو پکی knowledge کیسے ہوگی؟ آپ کو تحقیق کریں گے، سوچیں گے، معاملے کو جانچیں گے۔ لیکن اس میں ایک اور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