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09 Mar 2008 Maulana Wahiduddin Khan</w:t>
      </w:r>
    </w:p>
    <w:p>
      <w:r>
        <w:t>https://www.youtube.com/watch?v=qE__fts05yw</w:t>
      </w:r>
    </w:p>
    <w:p>
      <w:r>
        <w:rPr>
          <w:b/>
        </w:rPr>
        <w:t xml:space="preserve">[00:13] </w:t>
      </w:r>
      <w:r>
        <w:t>das question is from shabnam. what do you think about punishment in arabic countries?</w:t>
      </w:r>
    </w:p>
    <w:p>
      <w:pPr>
        <w:jc w:val="right"/>
      </w:pPr>
      <w:r>
        <w:t>دس کوئسچن از فرام شبنم۔ واٹ ڈو یو تھنک اباؤٹ پنشمنٹ ان عربک کنٹریز؟</w:t>
      </w:r>
    </w:p>
    <w:p>
      <w:r>
        <w:rPr>
          <w:b/>
        </w:rPr>
        <w:t xml:space="preserve">[00:21] </w:t>
      </w:r>
      <w:r>
        <w:t>that is kill person, kill a person, who live, who lives islam for another religion. according to my study,</w:t>
      </w:r>
    </w:p>
    <w:p>
      <w:pPr>
        <w:jc w:val="right"/>
      </w:pPr>
      <w:r>
        <w:t>دیٹ از کل پرسن، کل ا پرسن، ہو لیو، ہو لیوز اسلام فار انادر ریلیجن۔ اکارڈنگ ٹو مائی سٹڈی،</w:t>
      </w:r>
    </w:p>
    <w:p>
      <w:r>
        <w:rPr>
          <w:b/>
        </w:rPr>
        <w:t xml:space="preserve">[00:36] </w:t>
      </w:r>
      <w:r>
        <w:t>i don't think that it is an islamic punishment. maybe it is a political punishment.</w:t>
      </w:r>
    </w:p>
    <w:p>
      <w:pPr>
        <w:jc w:val="right"/>
      </w:pPr>
      <w:r>
        <w:t>ائی ڈونٹ تھنک دیٹ اٹ از این اسلامک پنشمنٹ۔ می بی اٹ از ا پولیٹیکل پنشمنٹ۔</w:t>
      </w:r>
    </w:p>
    <w:p>
      <w:r>
        <w:rPr>
          <w:b/>
        </w:rPr>
        <w:t xml:space="preserve">[00:46] </w:t>
      </w:r>
      <w:r>
        <w:t>one who abuses,</w:t>
      </w:r>
    </w:p>
    <w:p>
      <w:pPr>
        <w:jc w:val="right"/>
      </w:pPr>
      <w:r>
        <w:t>ون ہو ابوزز،</w:t>
      </w:r>
    </w:p>
    <w:p>
      <w:r>
        <w:rPr>
          <w:b/>
        </w:rPr>
        <w:t xml:space="preserve">[00:52] </w:t>
      </w:r>
      <w:r>
        <w:t>his these people, according to this law, people think that one who abuses, he is liable to, to, to be killed.</w:t>
      </w:r>
    </w:p>
    <w:p>
      <w:pPr>
        <w:jc w:val="right"/>
      </w:pPr>
      <w:r>
        <w:t>ہیز دیز پیپل، اکارڈنگ ٹو دس لا، پیپل تھنک دیٹ ون ہو ابوزز، ہی از لیبل ٹو، ٹو، ٹو بی کلڈ۔</w:t>
      </w:r>
    </w:p>
    <w:p>
      <w:r>
        <w:rPr>
          <w:b/>
        </w:rPr>
        <w:t xml:space="preserve">[01:03] </w:t>
      </w:r>
      <w:r>
        <w:t>i don't think, i don't think so. if one, if someone publishes a book, you can also, you can also publish a counter book.</w:t>
      </w:r>
    </w:p>
    <w:p>
      <w:pPr>
        <w:jc w:val="right"/>
      </w:pPr>
      <w:r>
        <w:t>ائی ڈونٹ تھنک، ائی ڈونٹ تھنک سو۔ اف ون، اف سم ون پبلشز ا بک، یو کین السو، یو کین السو پبلش ا کاؤنٹر بک۔</w:t>
      </w:r>
    </w:p>
    <w:p>
      <w:r>
        <w:rPr>
          <w:b/>
        </w:rPr>
        <w:t xml:space="preserve">[01:14] </w:t>
      </w:r>
      <w:r>
        <w:t>so you have to counter ideology with another ideology. sword is not the answer. sword are gun is not the answer.</w:t>
      </w:r>
    </w:p>
    <w:p>
      <w:pPr>
        <w:jc w:val="right"/>
      </w:pPr>
      <w:r>
        <w:t>سو یو ہیو ٹو کاؤنٹر ائیڈیالوجی ود انادر ائیڈیالوجی۔ سوڈ از ناٹ دا انسر۔ سوڈ ار گن از ناٹ دا انسر۔</w:t>
      </w:r>
    </w:p>
    <w:p>
      <w:r>
        <w:rPr>
          <w:b/>
        </w:rPr>
        <w:t xml:space="preserve">[01:24] </w:t>
      </w:r>
      <w:r>
        <w:t>in early islam, you cannot find such instance.</w:t>
      </w:r>
    </w:p>
    <w:p>
      <w:pPr>
        <w:jc w:val="right"/>
      </w:pPr>
      <w:r>
        <w:t>ان ارلی اسلام، یو کین ناٹ فائنڈ سچ انسٹنٹ۔</w:t>
      </w:r>
    </w:p>
    <w:p>
      <w:r>
        <w:rPr>
          <w:b/>
        </w:rPr>
        <w:t xml:space="preserve">[01:29] </w:t>
      </w:r>
      <w:r>
        <w:t>there were so many people who against islam, and they were</w:t>
      </w:r>
    </w:p>
    <w:p>
      <w:pPr>
        <w:jc w:val="right"/>
      </w:pPr>
      <w:r>
        <w:t>دیر وار سو مینی پیپل ہو اگینسٹ اسلام، اینڈ دے وار</w:t>
      </w:r>
    </w:p>
    <w:p>
      <w:r>
        <w:rPr>
          <w:b/>
        </w:rPr>
        <w:t xml:space="preserve">[01:37] </w:t>
      </w:r>
      <w:r>
        <w:t>engaged abuse, but prophet never gave them this kind of punishment</w:t>
      </w:r>
    </w:p>
    <w:p>
      <w:pPr>
        <w:jc w:val="right"/>
      </w:pPr>
      <w:r>
        <w:t>انگیج ابوزمنٹ، بٹ پرافٹ نیور گیو دیم دس کائنڈ اف پنشمنٹ</w:t>
      </w:r>
    </w:p>
    <w:p>
      <w:r>
        <w:rPr>
          <w:b/>
        </w:rPr>
        <w:t xml:space="preserve">[01:46] </w:t>
      </w:r>
      <w:r>
        <w:t>. so i don't think that this punishment is islamic. maybe it is political punishment, but you cannot find any verse in the quran or in hadith in which this law is mentioned.</w:t>
      </w:r>
    </w:p>
    <w:p>
      <w:pPr>
        <w:jc w:val="right"/>
      </w:pPr>
      <w:r>
        <w:t>۔ سو ائی ڈونٹ تھنک دیٹ دس پنشمنٹ از اسلامک۔ می بی اٹ از پولیٹیکل پنشمنٹ، بٹ یو کین ناٹ فائنڈ اینی ورس ان دا قران اور ان حدیث ان وچ دس لا از مینشن۔</w:t>
      </w:r>
    </w:p>
    <w:p>
      <w:r>
        <w:rPr>
          <w:b/>
        </w:rPr>
        <w:t xml:space="preserve">[02:04] </w:t>
      </w:r>
      <w:r>
        <w:t>so this is my answer. she has another question. what is freedom of expression in islam?</w:t>
      </w:r>
    </w:p>
    <w:p>
      <w:pPr>
        <w:jc w:val="right"/>
      </w:pPr>
      <w:r>
        <w:t>سو دس از مائی انسر۔ شی ہیز انادر کوئسچن۔ واٹ از فریڈم اف ایکسپریشن ان اسلام؟</w:t>
      </w:r>
    </w:p>
    <w:p>
      <w:r>
        <w:rPr>
          <w:b/>
        </w:rPr>
        <w:t xml:space="preserve">[02:16] </w:t>
      </w:r>
      <w:r>
        <w:t>according to my knowledge, islam completely allowed freedom of speech without any restriction.</w:t>
      </w:r>
    </w:p>
    <w:p>
      <w:pPr>
        <w:jc w:val="right"/>
      </w:pPr>
      <w:r>
        <w:t>اکارڈنگ ٹو مائی نالج، اسلام کمپلیٹلی الاؤڈ فریڈم اف سپیچ وداؤٹ اینی ریسٹرکشن۔</w:t>
      </w:r>
    </w:p>
    <w:p>
      <w:r>
        <w:rPr>
          <w:b/>
        </w:rPr>
        <w:t xml:space="preserve">[02:31] </w:t>
      </w:r>
      <w:r>
        <w:t>without any restriction. what is, what is not allowed? that is violence.</w:t>
      </w:r>
    </w:p>
    <w:p>
      <w:pPr>
        <w:jc w:val="right"/>
      </w:pPr>
      <w:r>
        <w:t>وداؤٹ اینی ریسٹرکشن۔ واٹ از، واٹ از ناٹ الاؤڈ؟ دیٹ از وائلنس۔</w:t>
      </w:r>
    </w:p>
    <w:p>
      <w:r>
        <w:rPr>
          <w:b/>
        </w:rPr>
        <w:t xml:space="preserve">[02:38] </w:t>
      </w:r>
      <w:r>
        <w:t>if you are peaceful, then you are free. but if you are use arm, then you are not free.</w:t>
      </w:r>
    </w:p>
    <w:p>
      <w:pPr>
        <w:jc w:val="right"/>
      </w:pPr>
      <w:r>
        <w:t>اف یو ار پیس فل، دین یو ار فری۔ بٹ اف یو ار یوز ارم، دین یو ار ناٹ فری۔</w:t>
      </w:r>
    </w:p>
    <w:p>
      <w:r>
        <w:rPr>
          <w:b/>
        </w:rPr>
        <w:t xml:space="preserve">[02:48] </w:t>
      </w:r>
      <w:r>
        <w:t>to according to islam, freedom of expression is, is, is, is right, absolute right.</w:t>
      </w:r>
    </w:p>
    <w:p>
      <w:pPr>
        <w:jc w:val="right"/>
      </w:pPr>
      <w:r>
        <w:t>تو اکارڈنگ ٹو اسلام، فریڈم اف ایکسپریشن از، از، از، از رائٹ، ایبسولیوٹ رائٹ۔</w:t>
      </w:r>
    </w:p>
    <w:p>
      <w:r>
        <w:rPr>
          <w:b/>
        </w:rPr>
        <w:t xml:space="preserve">[03:03] </w:t>
      </w:r>
      <w:r>
        <w:t>if you differ, if you don't agree, you can advise him, you can discuss him, you can initiate a dialogue to that person.</w:t>
      </w:r>
    </w:p>
    <w:p>
      <w:pPr>
        <w:jc w:val="right"/>
      </w:pPr>
      <w:r>
        <w:t>اف یو ڈیفر، اف یو ڈونٹ ایگری، یو کین ایڈوائس ہم، یو کین ڈسکس ہم، یو کین انیشیٹ ا ڈائیلاگ ٹو دیٹ پرسن۔</w:t>
      </w:r>
    </w:p>
    <w:p>
      <w:r>
        <w:rPr>
          <w:b/>
        </w:rPr>
        <w:t xml:space="preserve">[03:17] </w:t>
      </w:r>
      <w:r>
        <w:t>but you can not stop his, his freedom. you can not say that you have no free freedom. everyone has freedom of speech, freedom of expression.</w:t>
      </w:r>
    </w:p>
    <w:p>
      <w:pPr>
        <w:jc w:val="right"/>
      </w:pPr>
      <w:r>
        <w:t>بٹ یو کین ناٹ اسٹاپ ہز، ہز فریڈم۔ یو کین ناٹ سی دیٹ یو ہیو نو فری فریڈم۔ ایوری ون ہیز فریڈم اف سپیچ، فریڈم اف ایکسپریشن۔</w:t>
      </w:r>
    </w:p>
    <w:p>
      <w:r>
        <w:rPr>
          <w:b/>
        </w:rPr>
        <w:t xml:space="preserve">[03:29] </w:t>
      </w:r>
      <w:r>
        <w:t>so you either you have to tolerate his ideas or counter with ideas with other another ideas.</w:t>
      </w:r>
    </w:p>
    <w:p>
      <w:pPr>
        <w:jc w:val="right"/>
      </w:pPr>
      <w:r>
        <w:t>سو یو ایدر یو ہیو ٹو ٹولریٹ ہز ائیڈیاز اور کاؤنٹر ود ائیڈیاز ود ادر انادر ائیڈیاز۔</w:t>
      </w:r>
    </w:p>
    <w:p>
      <w:r>
        <w:rPr>
          <w:b/>
        </w:rPr>
        <w:t xml:space="preserve">[03:39] </w:t>
      </w:r>
      <w:r>
        <w:t>you can publish articles, you can publish book, you can initiate dialogue. this is the islamic position on this regard.</w:t>
      </w:r>
    </w:p>
    <w:p>
      <w:pPr>
        <w:jc w:val="right"/>
      </w:pPr>
      <w:r>
        <w:t>یو کین پبلش ارٹیکلز، یو کین پبلش بک، یو کین انیشیٹ ڈائیلاگ۔ دس از دا اسلامک پوزیشن ان دس ریگارڈ۔</w:t>
      </w:r>
    </w:p>
    <w:p>
      <w:r>
        <w:rPr>
          <w:b/>
        </w:rPr>
        <w:t xml:space="preserve">[03:53] </w:t>
      </w:r>
      <w:r>
        <w:t>this question is from maximah. maulana, i am doing research about islam. i want to know what is wahabi islam and what are the differences between shia and sunni islam.</w:t>
      </w:r>
    </w:p>
    <w:p>
      <w:pPr>
        <w:jc w:val="right"/>
      </w:pPr>
      <w:r>
        <w:t>دس کوئسچن از فرام میکسیمہ۔ مولانا، ائی ایم ڈوئنگ ریسرچ اباؤٹ اسلام۔ ائی وانٹ ٹو نو واٹ از وہابی اسلام اینڈ واٹ ار دا ڈیفرنسز بٹوین شیعہ اینڈ سنی اسلام۔</w:t>
      </w:r>
    </w:p>
    <w:p>
      <w:r>
        <w:rPr>
          <w:b/>
        </w:rPr>
        <w:t xml:space="preserve">[04:14] </w:t>
      </w:r>
      <w:r>
        <w:t>i want to know what is wahabi islam. wahabi islam, i don't think there is any kind of wahabi islam.</w:t>
      </w:r>
    </w:p>
    <w:p>
      <w:pPr>
        <w:jc w:val="right"/>
      </w:pPr>
      <w:r>
        <w:t>ائی وانٹ ٹو نو واٹ از وہابی اسلام۔ وہابی اسلام، ائی ڈونٹ تھنک دیر از اینی کائنڈ اف وہابی اسلام۔</w:t>
      </w:r>
    </w:p>
    <w:p>
      <w:r>
        <w:rPr>
          <w:b/>
        </w:rPr>
        <w:t xml:space="preserve">[04:25] </w:t>
      </w:r>
      <w:r>
        <w:t>there was a reformer, his name was muhammad abdul wahab najdi. so he never spoke this word wahabiyat.</w:t>
      </w:r>
    </w:p>
    <w:p>
      <w:pPr>
        <w:jc w:val="right"/>
      </w:pPr>
      <w:r>
        <w:t>دیر واز ا ریفارمر، ہز نیم واز محمد عبدالوہاب نجدی۔ سو ہی نیور اسپوک دس ورڈ وہابیت۔</w:t>
      </w:r>
    </w:p>
    <w:p>
      <w:r>
        <w:rPr>
          <w:b/>
        </w:rPr>
        <w:t xml:space="preserve">[04:35] </w:t>
      </w:r>
      <w:r>
        <w:t>it was given to him by european people. so his islam was, you can say, puritan islam.</w:t>
      </w:r>
    </w:p>
    <w:p>
      <w:pPr>
        <w:jc w:val="right"/>
      </w:pPr>
      <w:r>
        <w:t>اٹ واز گیون ٹو ہم بائی یورپین پیپل۔ سو ہز اسلام واز، یو کین سے، پیورٹن اسلام۔</w:t>
      </w:r>
    </w:p>
    <w:p>
      <w:r>
        <w:rPr>
          <w:b/>
        </w:rPr>
        <w:t xml:space="preserve">[04:44] </w:t>
      </w:r>
      <w:r>
        <w:t>that means he wanted to, he wanted to, he wanted to eliminate all those bid'ah. that is innovation.</w:t>
      </w:r>
    </w:p>
    <w:p>
      <w:pPr>
        <w:jc w:val="right"/>
      </w:pPr>
      <w:r>
        <w:t>دیٹ مینز ہی وانٹڈ ٹو، ہی وانٹڈ ٹو، ہی وانٹڈ ٹو ایلیمینیٹ ال دوز بدعا۔ دیٹ از انویشن۔</w:t>
      </w:r>
    </w:p>
    <w:p>
      <w:r>
        <w:rPr>
          <w:b/>
        </w:rPr>
        <w:t xml:space="preserve">[04:55] </w:t>
      </w:r>
      <w:r>
        <w:t>he was against all those bid'ah. so he wanted to establish that kind of islam, which we call sunnah.</w:t>
      </w:r>
    </w:p>
    <w:p>
      <w:pPr>
        <w:jc w:val="right"/>
      </w:pPr>
      <w:r>
        <w:t>ہی واز اگینسٹ ال دوز بدعا۔ سو ہی وانٹڈ ٹو اسٹیبلش دیٹ کائنڈ اف اسلام، وچ وی کال سنہ۔</w:t>
      </w:r>
    </w:p>
    <w:p>
      <w:r>
        <w:rPr>
          <w:b/>
        </w:rPr>
        <w:t xml:space="preserve">[05:06] </w:t>
      </w:r>
      <w:r>
        <w:t>and he wanted to eliminate all those islamic, islamic practices. that is not islamic, but they call it, it, it islam.</w:t>
      </w:r>
    </w:p>
    <w:p>
      <w:pPr>
        <w:jc w:val="right"/>
      </w:pPr>
      <w:r>
        <w:t>اینڈ ہی وانٹڈ ٹو ایلیمینیٹ ال دوز اسلامک، اسلامک پریکٹسز۔ دیٹ از ناٹ اسلامک، بٹ دے کال اٹ، اٹ، اٹ اسلام۔</w:t>
      </w:r>
    </w:p>
    <w:p>
      <w:r>
        <w:rPr>
          <w:b/>
        </w:rPr>
        <w:t xml:space="preserve">[05:20] </w:t>
      </w:r>
      <w:r>
        <w:t>we say bid'ah. so basically he was, basically his movement was against bid'ah, bid'ah and in shirk and in all these things.</w:t>
      </w:r>
    </w:p>
    <w:p>
      <w:pPr>
        <w:jc w:val="right"/>
      </w:pPr>
      <w:r>
        <w:t>وی سے بدعا۔ سو بیسیکلی ہی واز، بیسیکلی ہز موومنٹ واز اگینسٹ بدعا، بدعا اینڈ ان شرک اینڈ ان ال دیز تھنگز۔</w:t>
      </w:r>
    </w:p>
    <w:p>
      <w:r>
        <w:rPr>
          <w:b/>
        </w:rPr>
        <w:t xml:space="preserve">[05:33] </w:t>
      </w:r>
      <w:r>
        <w:t>so european people gave this name wahabi, and wahabi is a nick name.</w:t>
      </w:r>
    </w:p>
    <w:p>
      <w:pPr>
        <w:jc w:val="right"/>
      </w:pPr>
      <w:r>
        <w:t>سو یورپین پیپل گیو دس نیم وہابی، اینڈ وہابی از ا نک نیم۔</w:t>
      </w:r>
    </w:p>
    <w:p>
      <w:r>
        <w:rPr>
          <w:b/>
        </w:rPr>
        <w:t xml:space="preserve">[05:43] </w:t>
      </w:r>
      <w:r>
        <w:t>but i don't think that it was, it was right to say him wahabi. they were pro sunnah and, and, and against bid'ah.</w:t>
      </w:r>
    </w:p>
    <w:p>
      <w:pPr>
        <w:jc w:val="right"/>
      </w:pPr>
      <w:r>
        <w:t>بٹ ائی ڈونٹ تھنک دیٹ اٹ واز، اٹ واز رائٹ ٹو سے ہم وہابی۔ دے ویر پرو سنہ اینڈ، اینڈ، اینڈ اگینسٹ بدعا۔</w:t>
      </w:r>
    </w:p>
    <w:p>
      <w:r>
        <w:rPr>
          <w:b/>
        </w:rPr>
        <w:t xml:space="preserve">[05:58] </w:t>
      </w:r>
      <w:r>
        <w:t>so they eliminated, eliminated all those signs of bid'ah in saudi arabia. this is the true picture of abdul wahab najdi.</w:t>
      </w:r>
    </w:p>
    <w:p>
      <w:pPr>
        <w:jc w:val="right"/>
      </w:pPr>
      <w:r>
        <w:t>سو دے ایلیمینیٹڈ، ایلیمینیٹڈ ال دوز سائنز اف بدعا ان سعودی عربیہ۔ دس از دا ٹرو پکچر اف عبدالوہاب نجدی۔</w:t>
      </w:r>
    </w:p>
    <w:p>
      <w:r>
        <w:rPr>
          <w:b/>
        </w:rPr>
        <w:t xml:space="preserve">[06:10] </w:t>
      </w:r>
      <w:r>
        <w:t>he was not wahabi, he was a islamic person</w:t>
      </w:r>
    </w:p>
    <w:p>
      <w:pPr>
        <w:jc w:val="right"/>
      </w:pPr>
      <w:r>
        <w:t>ہی واز ناٹ وہابی، ہی واز ا اسلامک پرسن</w:t>
      </w:r>
    </w:p>
    <w:p>
      <w:r>
        <w:rPr>
          <w:b/>
        </w:rPr>
        <w:t xml:space="preserve">[06:16] </w:t>
      </w:r>
      <w:r>
        <w:t>. you can see that his movement was islamic movement in this sense. that they wanted to eliminate all those bid'ah, innovations.</w:t>
      </w:r>
    </w:p>
    <w:p>
      <w:pPr>
        <w:jc w:val="right"/>
      </w:pPr>
      <w:r>
        <w:t>۔ یو کین سی دیٹ ہز موومنٹ واز اسلامک موومنٹ ان دس سینس۔ دیٹ دے وانٹڈ ٹو ایلیمینیٹ ال دوز بدعا، انویشنز۔</w:t>
      </w:r>
    </w:p>
    <w:p>
      <w:r>
        <w:rPr>
          <w:b/>
        </w:rPr>
        <w:t xml:space="preserve">[06:28] </w:t>
      </w:r>
      <w:r>
        <w:t>that's all.</w:t>
      </w:r>
    </w:p>
    <w:p>
      <w:pPr>
        <w:jc w:val="right"/>
      </w:pPr>
      <w:r>
        <w:t>دیٹس ال۔</w:t>
      </w:r>
    </w:p>
    <w:p>
      <w:r>
        <w:rPr>
          <w:b/>
        </w:rPr>
        <w:t xml:space="preserve">[06:32] </w:t>
      </w:r>
      <w:r>
        <w:t>her second question was: what are the differences between shia and sunni islam?</w:t>
      </w:r>
    </w:p>
    <w:p>
      <w:pPr>
        <w:jc w:val="right"/>
      </w:pPr>
      <w:r>
        <w:t>ہر سیکنڈ کوئسچن واز: واٹ ار دا ڈیفرنسز بٹوین شیعہ اینڈ سنی اسلام؟</w:t>
      </w:r>
    </w:p>
    <w:p>
      <w:r>
        <w:rPr>
          <w:b/>
        </w:rPr>
        <w:t xml:space="preserve">[06:40] </w:t>
      </w:r>
      <w:r>
        <w:t>i think that shia</w:t>
      </w:r>
    </w:p>
    <w:p>
      <w:pPr>
        <w:jc w:val="right"/>
      </w:pPr>
      <w:r>
        <w:t>ائی تھنک دیٹ شیعہ</w:t>
      </w:r>
    </w:p>
    <w:p>
      <w:r>
        <w:rPr>
          <w:b/>
        </w:rPr>
        <w:t xml:space="preserve">[06:44] </w:t>
      </w:r>
      <w:r>
        <w:t>sect began as a political sect. basically there was a political difference among shia people and other people.</w:t>
      </w:r>
    </w:p>
    <w:p>
      <w:pPr>
        <w:jc w:val="right"/>
      </w:pPr>
      <w:r>
        <w:t>سیکٹ بیگن ایز ا پولیٹیکل سیکٹ۔ بیسیکلی دیر واز ا پولیٹیکل ڈیفرنس امنگ شیعہ پیپل اینڈ ادر پیپل۔</w:t>
      </w:r>
    </w:p>
    <w:p>
      <w:r>
        <w:rPr>
          <w:b/>
        </w:rPr>
        <w:t xml:space="preserve">[06:54] </w:t>
      </w:r>
      <w:r>
        <w:t>now they are, they have establish</w:t>
      </w:r>
    </w:p>
    <w:p>
      <w:pPr>
        <w:jc w:val="right"/>
      </w:pPr>
      <w:r>
        <w:t>ناؤ دے ار، دے ہیو اسٹیبلش</w:t>
      </w:r>
    </w:p>
    <w:p>
      <w:r>
        <w:rPr>
          <w:b/>
        </w:rPr>
        <w:t xml:space="preserve">[07:00] </w:t>
      </w:r>
      <w:r>
        <w:t>them as a different group. but initially they were a political sect. and what was that political difference</w:t>
      </w:r>
    </w:p>
    <w:p>
      <w:pPr>
        <w:jc w:val="right"/>
      </w:pPr>
      <w:r>
        <w:t>دیم ایز ا ڈیفرنٹ گروپ۔ بٹ انیشلی دے ویر ا پولیٹیکل سیکٹ۔ اینڈ واٹ واز دیٹ پولیٹیکل ڈیفرنس</w:t>
      </w:r>
    </w:p>
    <w:p>
      <w:r>
        <w:rPr>
          <w:b/>
        </w:rPr>
        <w:t xml:space="preserve">[07:10] </w:t>
      </w:r>
      <w:r>
        <w:t>? that was that after the death of the prophet. there was a question: who will succeed</w:t>
      </w:r>
    </w:p>
    <w:p>
      <w:pPr>
        <w:jc w:val="right"/>
      </w:pPr>
      <w:r>
        <w:t>؟ دیٹ واز دیٹ افٹر دی ڈیتھ اف دا پرافٹ۔ دیر واز ا کوئسچن: ہو ویل سکسیڈ</w:t>
      </w:r>
    </w:p>
    <w:p>
      <w:r>
        <w:rPr>
          <w:b/>
        </w:rPr>
        <w:t xml:space="preserve">[07:18] </w:t>
      </w:r>
      <w:r>
        <w:t>? so according to the kingship tradition, they wanted to, to appoint as a successor ali.</w:t>
      </w:r>
    </w:p>
    <w:p>
      <w:pPr>
        <w:jc w:val="right"/>
      </w:pPr>
      <w:r>
        <w:t>؟ سو اکارڈنگ ٹو دا کنگشپ ٹریڈیشن، دے وانٹڈ ٹو، ٹو اپوائنٹ ایز ا سکسیسر علی۔</w:t>
      </w:r>
    </w:p>
    <w:p>
      <w:r>
        <w:rPr>
          <w:b/>
        </w:rPr>
        <w:t xml:space="preserve">[07:29] </w:t>
      </w:r>
      <w:r>
        <w:t>Although he was not his son, but he was his son-in-law.</w:t>
      </w:r>
    </w:p>
    <w:p>
      <w:pPr>
        <w:jc w:val="right"/>
      </w:pPr>
      <w:r>
        <w:t>الدو ہی واز ناٹ ہز سن، بٹ ہی واز ہز سن ان لاء۔</w:t>
      </w:r>
    </w:p>
    <w:p>
      <w:r>
        <w:rPr>
          <w:b/>
        </w:rPr>
        <w:t xml:space="preserve">[07:35] </w:t>
      </w:r>
      <w:r>
        <w:t>so shia people wanted to appoint ali as a successor of prophet, becaus hi waz sun in law.</w:t>
      </w:r>
    </w:p>
    <w:p>
      <w:pPr>
        <w:jc w:val="right"/>
      </w:pPr>
      <w:r>
        <w:t>سو شیعہ پیپل وانٹڈ ٹو اپوائنٹ علی ایز ا سکسیسر اف پرافٹ، بیکاز ہی واز سن ان لاء۔</w:t>
      </w:r>
    </w:p>
    <w:p>
      <w:r>
        <w:rPr>
          <w:b/>
        </w:rPr>
        <w:t xml:space="preserve">[07:44] </w:t>
      </w:r>
      <w:r>
        <w:t>so according to their thinking, political office is</w:t>
      </w:r>
    </w:p>
    <w:p>
      <w:pPr>
        <w:jc w:val="right"/>
      </w:pPr>
      <w:r>
        <w:t>سو اکارڈنگ ٹو دیر تھنکنگ، پولیٹیکل افس از</w:t>
      </w:r>
    </w:p>
    <w:p>
      <w:r>
        <w:rPr>
          <w:b/>
        </w:rPr>
        <w:t xml:space="preserve">[07:52] </w:t>
      </w:r>
      <w:r>
        <w:t>a hereditary. but other people, umar and abubakar, said: no, it is not hereditary.</w:t>
      </w:r>
    </w:p>
    <w:p>
      <w:pPr>
        <w:jc w:val="right"/>
      </w:pPr>
      <w:r>
        <w:t>ا ہیریڈیٹری۔ بٹ ادر پیپل، عمر اینڈ ابوبکر، سیڈ: نو، اٹ از ناٹ ہیریڈیٹری۔</w:t>
      </w:r>
    </w:p>
    <w:p>
      <w:r>
        <w:rPr>
          <w:b/>
        </w:rPr>
        <w:t xml:space="preserve">[08:02] </w:t>
      </w:r>
      <w:r>
        <w:t>it is a democratic. we will decide according to the democracy.</w:t>
      </w:r>
    </w:p>
    <w:p>
      <w:pPr>
        <w:jc w:val="right"/>
      </w:pPr>
      <w:r>
        <w:t>اٹ از ا ڈیموکریٹک۔ وی ویل ڈیسائیڈ اکارڈنگ ٹو دا ڈیموکریسی۔</w:t>
      </w:r>
    </w:p>
    <w:p>
      <w:r>
        <w:rPr>
          <w:b/>
        </w:rPr>
        <w:t xml:space="preserve">[08:09] </w:t>
      </w:r>
      <w:r>
        <w:t>so other people were believing in democracy, and shia people were believing in hereditary.</w:t>
      </w:r>
    </w:p>
    <w:p>
      <w:pPr>
        <w:jc w:val="right"/>
      </w:pPr>
      <w:r>
        <w:t>سو ادر پیپل ویر بیلیونگ ان ڈیموکریسی، اینڈ شیعہ پیپل ویر بیلیونگ ان ہیریڈیٹری۔</w:t>
      </w:r>
    </w:p>
    <w:p>
      <w:r>
        <w:rPr>
          <w:b/>
        </w:rPr>
        <w:t xml:space="preserve">[08:19] </w:t>
      </w:r>
      <w:r>
        <w:t>so this was the basic difference.</w:t>
      </w:r>
    </w:p>
    <w:p>
      <w:pPr>
        <w:jc w:val="right"/>
      </w:pPr>
      <w:r>
        <w:t>سو دس واز دا بیسک ڈیفرنس۔</w:t>
      </w:r>
    </w:p>
    <w:p>
      <w:r>
        <w:rPr>
          <w:b/>
        </w:rPr>
        <w:t xml:space="preserve">[08:22] </w:t>
      </w:r>
      <w:r>
        <w:t>but now there was some other differences. but basically it was a, it was a political difference.</w:t>
      </w:r>
    </w:p>
    <w:p>
      <w:pPr>
        <w:jc w:val="right"/>
      </w:pPr>
      <w:r>
        <w:t>بٹ ناؤ دیر واز سم ادر ڈیفرنسز۔ بٹ بیسیکلی اٹ واز ا، اٹ واز ا پولیٹیکل ڈیفرنس۔</w:t>
      </w:r>
    </w:p>
    <w:p>
      <w:r>
        <w:rPr>
          <w:b/>
        </w:rPr>
        <w:t xml:space="preserve">[08:32] </w:t>
      </w:r>
      <w:r>
        <w:t>all other differences are irrelevant. so i believe that, my self believe that islam, islam, islamic system is a democratic system.</w:t>
      </w:r>
    </w:p>
    <w:p>
      <w:pPr>
        <w:jc w:val="right"/>
      </w:pPr>
      <w:r>
        <w:t>ال ادر ڈیفرنسز ار ایریلیونٹ۔ سو ائی بیلیو دیٹ، مائی سیلف بیلیو دیٹ اسلام، اسلام، اسلامک سسٹم از ا ڈیموکریٹک سسٹم۔</w:t>
      </w:r>
    </w:p>
    <w:p>
      <w:r>
        <w:rPr>
          <w:b/>
        </w:rPr>
        <w:t xml:space="preserve">[08:50] </w:t>
      </w:r>
      <w:r>
        <w:t>islam believes in democracy. so but shia people don't believe. they, their, they, they think that the institution of khilafat is an hereditary institution.</w:t>
      </w:r>
    </w:p>
    <w:p>
      <w:pPr>
        <w:jc w:val="right"/>
      </w:pPr>
      <w:r>
        <w:t>اسلام بیلیوز ان ڈیموکریسی۔ سو بٹ شیعہ پیپل ڈونٹ بیلیو۔ دے، دیر، دے، دے تھنک دیٹ دا انسٹیٹیوشن اف خلافت از ان ہیریٹری انسٹیٹیوشن۔</w:t>
      </w:r>
    </w:p>
    <w:p>
      <w:r>
        <w:rPr>
          <w:b/>
        </w:rPr>
        <w:t xml:space="preserve">[09:12] </w:t>
      </w:r>
      <w:r>
        <w:t>this is the basic difference.</w:t>
      </w:r>
    </w:p>
    <w:p>
      <w:pPr>
        <w:jc w:val="right"/>
      </w:pPr>
      <w:r>
        <w:t>دس از دا بیسک ڈیفرنس۔</w:t>
      </w:r>
    </w:p>
    <w:p>
      <w:r>
        <w:rPr>
          <w:b/>
        </w:rPr>
        <w:t xml:space="preserve">[09:16] </w:t>
      </w:r>
      <w:r>
        <w:t>otherwise, both believe in the same quran. it is wrong to say that shia have another quran, and sunni have another quran.</w:t>
      </w:r>
    </w:p>
    <w:p>
      <w:pPr>
        <w:jc w:val="right"/>
      </w:pPr>
      <w:r>
        <w:t>ادروائز، بوتھ بیلیو ان دا سیم قران۔ اٹ از رونگ ٹو سی دیٹ شیعہ ہیو انادر قران، اینڈ سنی ہیو انادر قران۔</w:t>
      </w:r>
    </w:p>
    <w:p>
      <w:r>
        <w:rPr>
          <w:b/>
        </w:rPr>
        <w:t xml:space="preserve">[09:26] </w:t>
      </w:r>
      <w:r>
        <w:t>no, there is no difference. both believe that quran is one, and both believe that rasool is one, both believe that hadith is one.</w:t>
      </w:r>
    </w:p>
    <w:p>
      <w:pPr>
        <w:jc w:val="right"/>
      </w:pPr>
      <w:r>
        <w:t>نو، دیر از نو ڈفرنس۔ بوتھ بیلیو دیٹ قران از ون، اینڈ بوتھ بیلیو دیٹ رسول از ون، بوتھ بیلیو دیٹ حدیث از ون۔</w:t>
      </w:r>
    </w:p>
    <w:p>
      <w:r>
        <w:rPr>
          <w:b/>
        </w:rPr>
        <w:t xml:space="preserve">[09:40] </w:t>
      </w:r>
      <w:r>
        <w:t>so there is no difference in quran and hadith.</w:t>
      </w:r>
    </w:p>
    <w:p>
      <w:pPr>
        <w:jc w:val="right"/>
      </w:pPr>
      <w:r>
        <w:t>سو دیر از نو ڈیفرنس ان قران اینڈ حدیث۔</w:t>
      </w:r>
    </w:p>
    <w:p>
      <w:r>
        <w:rPr>
          <w:b/>
        </w:rPr>
        <w:t xml:space="preserve">[09:43] </w:t>
      </w:r>
      <w:r>
        <w:t>the only difference is in political, um, in political sense.</w:t>
      </w:r>
    </w:p>
    <w:p>
      <w:pPr>
        <w:jc w:val="right"/>
      </w:pPr>
      <w:r>
        <w:t>دا اونلی ڈیفرنس از ان پولیٹیکل، ام، ان پولیٹیکل سینس۔</w:t>
      </w:r>
    </w:p>
    <w:p>
      <w:r>
        <w:rPr>
          <w:b/>
        </w:rPr>
        <w:t xml:space="preserve">[09:53] </w:t>
      </w:r>
      <w:r>
        <w:t>she has another question, which is: what is sufism? sufism is a, you can say it is a spiritual expression of islam.</w:t>
      </w:r>
    </w:p>
    <w:p>
      <w:pPr>
        <w:jc w:val="right"/>
      </w:pPr>
      <w:r>
        <w:t>شی ہیز انادر کوئسچن، وچ از: واٹ از صوفیزم؟ صوفیزم از ا، یو کین سی اٹ از ا سپریچول ایکسپریشن اف اسلام۔</w:t>
      </w:r>
    </w:p>
    <w:p>
      <w:r>
        <w:rPr>
          <w:b/>
        </w:rPr>
        <w:t xml:space="preserve">[10:11] </w:t>
      </w:r>
      <w:r>
        <w:t>although there is no such word in the quran. sufi is a, is an arabic word, and tasawwuf is also an arabic word.</w:t>
      </w:r>
    </w:p>
    <w:p>
      <w:pPr>
        <w:jc w:val="right"/>
      </w:pPr>
      <w:r>
        <w:t>الدو دیر از نو سچ ورڈ ان دا قران۔ صوفی از ا، از ان عربک ورڈ، اینڈ تصوف از السو ان عربک ورڈ۔</w:t>
      </w:r>
    </w:p>
    <w:p>
      <w:r>
        <w:rPr>
          <w:b/>
        </w:rPr>
        <w:t xml:space="preserve">[10:20] </w:t>
      </w:r>
      <w:r>
        <w:t>but in quran and hadith, there is no, you can not find this word: sufi or tasawwuf. but there is a, there is a quran has used another word:</w:t>
      </w:r>
    </w:p>
    <w:p>
      <w:pPr>
        <w:jc w:val="right"/>
      </w:pPr>
      <w:r>
        <w:t>بٹ ان قران اینڈ حدیث، دیر از نو، یو کین ناٹ فائنڈ دس ورڈ: صوفی اور تصوف۔ بٹ دیر از ا، دیر از ا قران ہیز یوز انادر ورڈ:</w:t>
      </w:r>
    </w:p>
    <w:p>
      <w:r>
        <w:rPr>
          <w:b/>
        </w:rPr>
        <w:t xml:space="preserve">[10:35] </w:t>
      </w:r>
      <w:r>
        <w:t>there is al-rabbaniyah, rabbani. i think that al-rabbaniyah is the equivalent of sufism. so sufism is the spiritual expression of islam.</w:t>
      </w:r>
    </w:p>
    <w:p>
      <w:pPr>
        <w:jc w:val="right"/>
      </w:pPr>
      <w:r>
        <w:t>دیر از الربانیہ، ربانی۔ ائی تھنک دیٹ الربانیہ از دا ایکولنٹ اف صوفیزم۔ سو صوفیزم از دا سپریچول ایکسپریشن اف اسلام۔</w:t>
      </w:r>
    </w:p>
    <w:p>
      <w:r>
        <w:rPr>
          <w:b/>
        </w:rPr>
        <w:t xml:space="preserve">[10:48] </w:t>
      </w:r>
      <w:r>
        <w:t>although present sufism is quite different. initially it was expression of spirituality. that was spiritual islam.</w:t>
      </w:r>
    </w:p>
    <w:p>
      <w:pPr>
        <w:jc w:val="right"/>
      </w:pPr>
      <w:r>
        <w:t>الدو پریزنٹ صوفیزم از کوائٹ ڈفرنٹ۔ انیشلی اٹ واز ایکسپریشن اف سپریچولٹی۔ دیٹ واز سپریچول اسلام۔</w:t>
      </w:r>
    </w:p>
    <w:p>
      <w:r>
        <w:rPr>
          <w:b/>
        </w:rPr>
        <w:t xml:space="preserve">[10:58] </w:t>
      </w:r>
      <w:r>
        <w:t>in the early period, sufism was</w:t>
      </w:r>
    </w:p>
    <w:p>
      <w:pPr>
        <w:jc w:val="right"/>
      </w:pPr>
      <w:r>
        <w:t>ان دا ارلی پیریڈ، صوفیزم واز</w:t>
      </w:r>
    </w:p>
    <w:p>
      <w:r>
        <w:rPr>
          <w:b/>
        </w:rPr>
        <w:t xml:space="preserve">[11:03] </w:t>
      </w:r>
      <w:r>
        <w:t>spiritual islam.</w:t>
      </w:r>
    </w:p>
    <w:p>
      <w:pPr>
        <w:jc w:val="right"/>
      </w:pPr>
      <w:r>
        <w:t>سپریچول اسلام۔</w:t>
      </w:r>
    </w:p>
    <w:p>
      <w:r>
        <w:rPr>
          <w:b/>
        </w:rPr>
        <w:t xml:space="preserve">[11:05] </w:t>
      </w:r>
      <w:r>
        <w:t>but now there are some more additions. so i, i am not in favor of present sufism. there were so many additions, so many innovations.</w:t>
      </w:r>
    </w:p>
    <w:p>
      <w:pPr>
        <w:jc w:val="right"/>
      </w:pPr>
      <w:r>
        <w:t>بٹ ناؤ دیر ار سم مور ایڈیشنز۔ تو ائی، ائی ایم ناٹ ان فیور اف پریزنٹ صوفیزم۔ دیر وار سو مینی ایڈیشنز، سو مینی انوشنز۔</w:t>
      </w:r>
    </w:p>
    <w:p>
      <w:r>
        <w:rPr>
          <w:b/>
        </w:rPr>
        <w:t xml:space="preserve">[11:16] </w:t>
      </w:r>
      <w:r>
        <w:t>but early, earlier it was a spiritual branch of islam.</w:t>
      </w:r>
    </w:p>
    <w:p>
      <w:pPr>
        <w:jc w:val="right"/>
      </w:pPr>
      <w:r>
        <w:t>بٹ ارلی، ارلیئر اٹ واز ا سپریچول برانچ اف اسلام۔</w:t>
      </w:r>
    </w:p>
    <w:p>
      <w:r>
        <w:rPr>
          <w:b/>
        </w:rPr>
        <w:t xml:space="preserve">[11:26] </w:t>
      </w:r>
      <w:r>
        <w:t>in that sense, i believe in sufism. my self is also sufi.</w:t>
      </w:r>
    </w:p>
    <w:p>
      <w:pPr>
        <w:jc w:val="right"/>
      </w:pPr>
      <w:r>
        <w:t>ان دیٹ سینس، ائی بیلیو ان صوفیزم۔ مائی سیلف از السو صوفی۔</w:t>
      </w:r>
    </w:p>
    <w:p>
      <w:r>
        <w:rPr>
          <w:b/>
        </w:rPr>
        <w:t xml:space="preserve">[11:34] </w:t>
      </w:r>
      <w:r>
        <w:t>This question is from Abdul Rehman: When we tell someone that Islam is the only religion historically verified and protected in its original form, what institutions we can refer to as having established this fact?</w:t>
      </w:r>
    </w:p>
    <w:p>
      <w:pPr>
        <w:jc w:val="right"/>
      </w:pPr>
      <w:r>
        <w:t>دس کوئسچن از فرام عبدالرحمن: وین وی ٹیل سم ون دیٹ اسلام از دی اونلی ریلیجن ہسٹوریکلی ویریفائیڈ اینڈ پروٹیکٹڈ ان اٹس اوریجنل فارم، واٹ انسٹیٹیوشنز وی کین ریفر ٹو ایز ہیونگ اسٹیبلش دس فیکٹ؟</w:t>
      </w:r>
    </w:p>
    <w:p>
      <w:r>
        <w:rPr>
          <w:b/>
        </w:rPr>
        <w:t xml:space="preserve">[11:56] </w:t>
      </w:r>
      <w:r>
        <w:t>It is proof by history. It is proof by history. If you read other religions, you will find that there is no such history behind all those, all the other religions.</w:t>
      </w:r>
    </w:p>
    <w:p>
      <w:pPr>
        <w:jc w:val="right"/>
      </w:pPr>
      <w:r>
        <w:t>اٹ از پروف بائے ہسٹری۔ اٹ از پروف بائے ہسٹری۔ اف یو ریڈ ادر ریلیجنز، یو ویل فائنڈ دیٹ دیر از نو سچ ہسٹری بیہائنڈ ال دوز، ال دی ادر ریلیجنز۔</w:t>
      </w:r>
    </w:p>
    <w:p>
      <w:r>
        <w:rPr>
          <w:b/>
        </w:rPr>
        <w:t xml:space="preserve">[12:12] </w:t>
      </w:r>
      <w:r>
        <w:t>it is Islam only which has its history. It is, it is established fact. One orientalist has said that Muhammad was born within the full light of history.</w:t>
      </w:r>
    </w:p>
    <w:p>
      <w:pPr>
        <w:jc w:val="right"/>
      </w:pPr>
      <w:r>
        <w:t>اٹ از اسلام اونلی وچ ہیز اٹس ہسٹری۔ اٹ از، اٹ از اسٹیبلش فیکٹ۔ ون اورینٹسٹ ہیز سیڈ دیٹ محمد واز born within دا فل لائٹ اف ہسٹری۔</w:t>
      </w:r>
    </w:p>
    <w:p>
      <w:r>
        <w:rPr>
          <w:b/>
        </w:rPr>
        <w:t xml:space="preserve">[12:29] </w:t>
      </w:r>
      <w:r>
        <w:t>Among all the prophets, Muhammad was the only prophet who was born in the full light of history. About Jesus Christ, some British scholar has said that historically it is quite doubtful whether Christ ever existed at all.</w:t>
      </w:r>
    </w:p>
    <w:p>
      <w:pPr>
        <w:jc w:val="right"/>
      </w:pPr>
      <w:r>
        <w:t>امنگ ال دا پرافٹس، محمد واز اونلی پرافٹ ہو واز born in the full light of history. اباؤٹ جیس کرائسٹ، سم برٹش سکالر ہیز سیڈ دیٹ ہسٹوریکلی اٹ از کوائٹ ڈاؤٹ فل ویدر کرائسٹ ایور ایگزسٹڈ ایٹ ال۔</w:t>
      </w:r>
    </w:p>
    <w:p>
      <w:r>
        <w:rPr>
          <w:b/>
        </w:rPr>
        <w:t xml:space="preserve">[12:45] </w:t>
      </w:r>
      <w:r>
        <w:t>it is a fact of history. Muhammad was the only historical prophet. All other prophets are a matter of belief and not matter of history.</w:t>
      </w:r>
    </w:p>
    <w:p>
      <w:pPr>
        <w:jc w:val="right"/>
      </w:pPr>
      <w:r>
        <w:t>اٹ از ا فیکٹ اف ہسٹری۔ محمد واز دا اونلی ہسٹوریکل پرافٹ۔ ال ادر پرافٹس ار ا میٹر اف بیلیف اینڈ ناٹ میٹر اف ہسٹری۔</w:t>
      </w:r>
    </w:p>
    <w:p>
      <w:r>
        <w:rPr>
          <w:b/>
        </w:rPr>
        <w:t xml:space="preserve">[12:57] </w:t>
      </w:r>
      <w:r>
        <w:t>so it is a fact proof by history. what kind other proof you want? I think history is enough to prove this fact.</w:t>
      </w:r>
    </w:p>
    <w:p>
      <w:pPr>
        <w:jc w:val="right"/>
      </w:pPr>
      <w:r>
        <w:t>سو اٹ از ا فیکٹ پروف بائے ہسٹری۔ واٹ کائنڈ ادر پروف یو وانٹ؟ ائی تھنک ہسٹری از انف ٹو پروف دس فیکٹ۔</w:t>
      </w:r>
    </w:p>
    <w:p>
      <w:r>
        <w:rPr>
          <w:b/>
        </w:rPr>
        <w:t xml:space="preserve">[13:11] </w:t>
      </w:r>
      <w:r>
        <w:t>This question is from Girish Johl: Kya karan hai ki vibhinn panthon mein is aadhunik yug mein bhi samvad nahin ban paaya tatha vah ek dusron ke vicharon tatha sahitya ka adhyayan bhi nahin kar pa rahe hain?</w:t>
      </w:r>
    </w:p>
    <w:p>
      <w:pPr>
        <w:jc w:val="right"/>
      </w:pPr>
      <w:r>
        <w:t>دس کوئسچن از فرام گریش جوہل: کیا कारण ہے کہ विभिन्न पंथों में इस आधुनिक युग में भी संवाद नहीं बन पाया तथा वह एक दूसरों के विचारों तथा साहित्य का अध्ययन भी नहीं कर पा रहे हैं؟</w:t>
      </w:r>
    </w:p>
    <w:p>
      <w:r>
        <w:rPr>
          <w:b/>
        </w:rPr>
        <w:t xml:space="preserve">[13:29] </w:t>
      </w:r>
      <w:r>
        <w:t>yah bahut achha kweschan hai</w:t>
      </w:r>
    </w:p>
    <w:p>
      <w:pPr>
        <w:jc w:val="right"/>
      </w:pPr>
      <w:r>
        <w:t>یہ بہت اچھا کوئسچن ہے</w:t>
      </w:r>
    </w:p>
    <w:p>
      <w:r>
        <w:rPr>
          <w:b/>
        </w:rPr>
        <w:t xml:space="preserve">[13:35] </w:t>
      </w:r>
      <w:r>
        <w:t>aur musalmanon mein bhi iski bahut kami hai.</w:t>
      </w:r>
    </w:p>
    <w:p>
      <w:pPr>
        <w:jc w:val="right"/>
      </w:pPr>
      <w:r>
        <w:t>اور مسلمانوں میں بھی اس کی بہت کمی ہے۔</w:t>
      </w:r>
    </w:p>
    <w:p>
      <w:r>
        <w:rPr>
          <w:b/>
        </w:rPr>
        <w:t xml:space="preserve">[13:41] </w:t>
      </w:r>
      <w:r>
        <w:t>aur</w:t>
      </w:r>
    </w:p>
    <w:p>
      <w:pPr>
        <w:jc w:val="right"/>
      </w:pPr>
      <w:r>
        <w:t>اور</w:t>
      </w:r>
    </w:p>
    <w:p>
      <w:r>
        <w:rPr>
          <w:b/>
        </w:rPr>
        <w:t xml:space="preserve">[13:44] </w:t>
      </w:r>
      <w:r>
        <w:t>hamara jo</w:t>
      </w:r>
    </w:p>
    <w:p>
      <w:pPr>
        <w:jc w:val="right"/>
      </w:pPr>
      <w:r>
        <w:t>ہمارا جو</w:t>
      </w:r>
    </w:p>
    <w:p>
      <w:r>
        <w:rPr>
          <w:b/>
        </w:rPr>
        <w:t xml:space="preserve">[13:47] </w:t>
      </w:r>
      <w:r>
        <w:t>jis age mein ham hain, yah age of dialogue hai. aur age is, aur age is age of dialogue.</w:t>
      </w:r>
    </w:p>
    <w:p>
      <w:pPr>
        <w:jc w:val="right"/>
      </w:pPr>
      <w:r>
        <w:t>جس ایج میں ہم ہیں، یہ ایج اف ڈائیلاگ ہے۔ اور ایج از، اور ایج از ایج اف ڈائیلاگ۔</w:t>
      </w:r>
    </w:p>
    <w:p>
      <w:r>
        <w:rPr>
          <w:b/>
        </w:rPr>
        <w:t xml:space="preserve">[14:01] </w:t>
      </w:r>
      <w:r>
        <w:t>aur main samajhta hoon ki</w:t>
      </w:r>
    </w:p>
    <w:p>
      <w:pPr>
        <w:jc w:val="right"/>
      </w:pPr>
      <w:r>
        <w:t>اور میں سمجھتا ہوں کہ</w:t>
      </w:r>
    </w:p>
    <w:p>
      <w:r>
        <w:rPr>
          <w:b/>
        </w:rPr>
        <w:t xml:space="preserve">[14:05] </w:t>
      </w:r>
      <w:r>
        <w:t>bahut achha hai har mazhab ke liye. dialogue jo hai, to yah traditionally log jis jo traditionally log jo jante hain, vah debate hai.</w:t>
      </w:r>
    </w:p>
    <w:p>
      <w:pPr>
        <w:jc w:val="right"/>
      </w:pPr>
      <w:r>
        <w:t>بہت اچھا ہے ہر مذہب کے لیے۔ ڈائیلاگ جو ہے، تو یہ ٹریڈیشنلی لوگ جس جو ٹریڈیشنلی لوگ جو جانتے ہیں، وہ ڈیبیٹ ہے۔</w:t>
      </w:r>
    </w:p>
    <w:p>
      <w:r>
        <w:rPr>
          <w:b/>
        </w:rPr>
        <w:t xml:space="preserve">[14:22] </w:t>
      </w:r>
      <w:r>
        <w:t>debate khoob hai har mazhab mein. dialogue nahin hai. dekhen, dialogue debate mein kya difference hai?</w:t>
      </w:r>
    </w:p>
    <w:p>
      <w:pPr>
        <w:jc w:val="right"/>
      </w:pPr>
      <w:r>
        <w:t>ڈیبیٹ خوب ہے ہر مذہب میں۔ ڈائیلاگ نہیں ہے۔ دیکھیں، ڈائیلاگ ڈیبیٹ میں کیا ڈیفرنس ہے؟</w:t>
      </w:r>
    </w:p>
    <w:p>
      <w:r>
        <w:rPr>
          <w:b/>
        </w:rPr>
        <w:t xml:space="preserve">[14:34] </w:t>
      </w:r>
      <w:r>
        <w:t>da</w:t>
      </w:r>
    </w:p>
    <w:p>
      <w:pPr>
        <w:jc w:val="right"/>
      </w:pPr>
      <w:r>
        <w:t>ڈ</w:t>
      </w:r>
    </w:p>
    <w:p>
      <w:r>
        <w:rPr>
          <w:b/>
        </w:rPr>
        <w:t xml:space="preserve">[14:35] </w:t>
      </w:r>
      <w:r>
        <w:t>aye. debate mein aap apni hi superiority ko establish karna chahte hain.</w:t>
      </w:r>
    </w:p>
    <w:p>
      <w:pPr>
        <w:jc w:val="right"/>
      </w:pPr>
      <w:r>
        <w:t>ائے۔ ڈیبیٹ میں آپ اپنی ہی سپیریٹی کو اسٹیبلش کرنا چاہتے ہیں۔</w:t>
      </w:r>
    </w:p>
    <w:p>
      <w:r>
        <w:rPr>
          <w:b/>
        </w:rPr>
        <w:t xml:space="preserve">[14:43] </w:t>
      </w:r>
      <w:r>
        <w:t>jab hoga debate do do mein, to har ek chahega ki main apni superiority ko establish karoon.</w:t>
      </w:r>
    </w:p>
    <w:p>
      <w:pPr>
        <w:jc w:val="right"/>
      </w:pPr>
      <w:r>
        <w:t>جب ہوگا ڈیبیٹ دو دو میں، تو ہر ایک چاہے گا کہ میں اپنی سپیریٹی کو اسٹیبلش کروں۔</w:t>
      </w:r>
    </w:p>
    <w:p>
      <w:r>
        <w:rPr>
          <w:b/>
        </w:rPr>
        <w:t xml:space="preserve">[14:54] </w:t>
      </w:r>
      <w:r>
        <w:t>that is debate. jaise hamare bachpan mein</w:t>
      </w:r>
    </w:p>
    <w:p>
      <w:pPr>
        <w:jc w:val="right"/>
      </w:pPr>
      <w:r>
        <w:t>دیٹ از ڈیبیٹ۔ جیسے ہمارے بچپن میں</w:t>
      </w:r>
    </w:p>
    <w:p>
      <w:r>
        <w:rPr>
          <w:b/>
        </w:rPr>
        <w:t xml:space="preserve">[15:01] </w:t>
      </w:r>
      <w:r>
        <w:t>ek hindu musalman mein bahut hota tha, shastra arth jo kahte hain, debate. to ek ne kitab chhapi: kafar tod.</w:t>
      </w:r>
    </w:p>
    <w:p>
      <w:pPr>
        <w:jc w:val="right"/>
      </w:pPr>
      <w:r>
        <w:t>ایک ہندو مسلم میں بہت ہوتا تھا، شاسترا ارتھ جو کہتے ہیں، ڈیبیٹ۔ تو ایک نے کتاب چھاپی: کفر توڑ۔</w:t>
      </w:r>
    </w:p>
    <w:p>
      <w:r>
        <w:rPr>
          <w:b/>
        </w:rPr>
        <w:t xml:space="preserve">[15:12] </w:t>
      </w:r>
      <w:r>
        <w:t>to doosre ne chhapi: kafar tod ka bhanda phod. dekhen, yah hai debate.</w:t>
      </w:r>
    </w:p>
    <w:p>
      <w:pPr>
        <w:jc w:val="right"/>
      </w:pPr>
      <w:r>
        <w:t>تو دوسرے نے چھاپی: کفر توڑ کا بھانڈا پھوڑ۔ دیکھیں، یہ ہے ڈیبیٹ۔</w:t>
      </w:r>
    </w:p>
    <w:p>
      <w:r>
        <w:rPr>
          <w:b/>
        </w:rPr>
        <w:t xml:space="preserve">[15:18] </w:t>
      </w:r>
      <w:r>
        <w:t>debate mein aap ka concern yah nahin hota ki hum doosre ke dil ko jeeten, usko convince karen.</w:t>
      </w:r>
    </w:p>
    <w:p>
      <w:pPr>
        <w:jc w:val="right"/>
      </w:pPr>
      <w:r>
        <w:t>ڈیبیٹ میں آپ کا کنسرن یہ نہیں ہوتا کہ ہم دوسرے کے دل کو جیتیں، اس کو کنونس کریں۔</w:t>
      </w:r>
    </w:p>
    <w:p>
      <w:r>
        <w:rPr>
          <w:b/>
        </w:rPr>
        <w:t xml:space="preserve">[15:28] </w:t>
      </w:r>
      <w:r>
        <w:t>ya concern nahin hota aap ka. aap ka hota hai ki main kisi tarike se apni superiority ko establish karoon.</w:t>
      </w:r>
    </w:p>
    <w:p>
      <w:pPr>
        <w:jc w:val="right"/>
      </w:pPr>
      <w:r>
        <w:t>یا کنسرن نہیں ہوتا آپ کا۔ آپ کا ہوتا ہے کہ میں کسی طریقے سے اپنی سپیریٹی کو اسٹیبلش کروں۔</w:t>
      </w:r>
    </w:p>
    <w:p>
      <w:r>
        <w:rPr>
          <w:b/>
        </w:rPr>
        <w:t xml:space="preserve">[15:36] </w:t>
      </w:r>
      <w:r>
        <w:t>yah debate hai. dialogue mein aisa nahin hai. dialogue to aap seekhte hain. yah hai mutual learning. dialogue means mutual learning.</w:t>
      </w:r>
    </w:p>
    <w:p>
      <w:pPr>
        <w:jc w:val="right"/>
      </w:pPr>
      <w:r>
        <w:t>یہ ڈیبیٹ ہے۔ ڈائیلاگ میں ایسا نہیں ہے۔ ڈائیلاگ تو آپ سیکھتے ہیں۔ یہ ہے میوچول لرننگ۔ ڈائیلاگ مینز میوچول لرننگ۔</w:t>
      </w:r>
    </w:p>
    <w:p>
      <w:r>
        <w:rPr>
          <w:b/>
        </w:rPr>
        <w:t xml:space="preserve">[15:48] </w:t>
      </w:r>
      <w:r>
        <w:t>aur main kah sakta hoon ki kam az kam main musalmanon mein to aise log mein nahin pata</w:t>
      </w:r>
    </w:p>
    <w:p>
      <w:pPr>
        <w:jc w:val="right"/>
      </w:pPr>
      <w:r>
        <w:t>اور میں کہہ سکتا ہوں کہ کم از کم میں مسلمانوں میں تو ایسے لوگ میں نہیں پاتا</w:t>
      </w:r>
    </w:p>
    <w:p>
      <w:r>
        <w:rPr>
          <w:b/>
        </w:rPr>
        <w:t xml:space="preserve">[15:54] </w:t>
      </w:r>
      <w:r>
        <w:t>jo jo in ke andar spirit of dialogue ho. main apne bare mein keh sakta hoon ke mere andar hundred percent spirit of dialogue hai. main empty mind ho kar ke doosre mazhab ko parhta hoon.</w:t>
      </w:r>
    </w:p>
    <w:p>
      <w:pPr>
        <w:jc w:val="right"/>
      </w:pPr>
      <w:r>
        <w:t>جو جو ان کے اندر سپرٹ اف ڈائیلاگ ہو۔ میں اپنے بارے میں کہہ سکتا ہوں کہ میرے اندر ہنڈرڈ پرسنٹ سپرٹ اف ڈائیلاگ ہے۔ میں ایمپٹی مائنڈ ہو کر کے دوسرے مذہب کو پڑھتا ہوں۔</w:t>
      </w:r>
    </w:p>
    <w:p>
      <w:r>
        <w:rPr>
          <w:b/>
        </w:rPr>
        <w:t xml:space="preserve">[16:06] </w:t>
      </w:r>
      <w:r>
        <w:t>empty mind ho ke doosre mazhab se dialogue karta hoon.</w:t>
      </w:r>
    </w:p>
    <w:p>
      <w:pPr>
        <w:jc w:val="right"/>
      </w:pPr>
      <w:r>
        <w:t>ایمپٹی مائنڈ ہو کے دوسرے مذہب سے ڈائیلاگ کرتا ہوں۔</w:t>
      </w:r>
    </w:p>
    <w:p>
      <w:r>
        <w:rPr>
          <w:b/>
        </w:rPr>
        <w:t xml:space="preserve">[16:11] </w:t>
      </w:r>
      <w:r>
        <w:t>to bias ko hata kar, pre-subvision ko hata kar, aur sense of spiritual, sense of superiority ko hata kar, jab aap doosre se baat karte hain to that is dialogue.</w:t>
      </w:r>
    </w:p>
    <w:p>
      <w:pPr>
        <w:jc w:val="right"/>
      </w:pPr>
      <w:r>
        <w:t>تو بائس کو ہٹا کر، پری سبویژن کو ہٹا کر، اور سینس اف سپریچول، سینس اف سپیریٹی کو ہٹا کر، جب آپ دوسرے سے بات کرتے ہیں تو دیٹ از ڈائیلاگ۔</w:t>
      </w:r>
    </w:p>
    <w:p>
      <w:r>
        <w:rPr>
          <w:b/>
        </w:rPr>
        <w:t xml:space="preserve">[16:30] </w:t>
      </w:r>
      <w:r>
        <w:t>to mushkil yeh hai ke yeh saare scientific branches mein sab mein aa chuki hai yeh baat. jitne bhi scientific branches hain, sab mein dialogue hota hai, dialogue hota hai.</w:t>
      </w:r>
    </w:p>
    <w:p>
      <w:pPr>
        <w:jc w:val="right"/>
      </w:pPr>
      <w:r>
        <w:t>تو مشکل یہ ہے کہ یہ سارے سائن سائنٹیفک برانچز میں سب میں آ چکی ہے یہ بات۔ جتنے بھی سائنٹیفک برانچز ہیں، سب میں ڈائیلاگ ہوتا ہے، ڈائیلاگ ہوتا ہے۔</w:t>
      </w:r>
    </w:p>
    <w:p>
      <w:r>
        <w:rPr>
          <w:b/>
        </w:rPr>
        <w:t xml:space="preserve">[16:40] </w:t>
      </w:r>
      <w:r>
        <w:t>lekin mazhab mein nahi aaya. to main to khud se apne ko aisa banaya hai. badkismati yeh hai ke mazhab mein jo barhe barhe log the,</w:t>
      </w:r>
    </w:p>
    <w:p>
      <w:pPr>
        <w:jc w:val="right"/>
      </w:pPr>
      <w:r>
        <w:t>لیکن مذہب میں نہیں آیا۔ تو میں تو خود سے اپنے کو ایسا بنایا ہے۔ بدقسمتی یہ ہے کہ مذہب میں جو بڑے بڑے لوگ تھے،</w:t>
      </w:r>
    </w:p>
    <w:p>
      <w:r>
        <w:rPr>
          <w:b/>
        </w:rPr>
        <w:t xml:space="preserve">[16:51] </w:t>
      </w:r>
      <w:r>
        <w:t>unhon ne dialogue ko promote nahi kiya.</w:t>
      </w:r>
    </w:p>
    <w:p>
      <w:pPr>
        <w:jc w:val="right"/>
      </w:pPr>
      <w:r>
        <w:t>انہوں نے ڈائیلاگ کو پروموٹ نہیں کیا۔</w:t>
      </w:r>
    </w:p>
    <w:p>
      <w:r>
        <w:rPr>
          <w:b/>
        </w:rPr>
        <w:t xml:space="preserve">[16:57] </w:t>
      </w:r>
      <w:r>
        <w:t>dialogue ko promote nahi kiya. jaise musalmanon mein ek sahib the, bohat hi well known aadmi the. to woh kya</w:t>
      </w:r>
    </w:p>
    <w:p>
      <w:pPr>
        <w:jc w:val="right"/>
      </w:pPr>
      <w:r>
        <w:t>ڈائیلاگ کو پروموٹ نہیں کیا۔ جیسے مسلمانوں میں ایک صاحب تھے، بہت ہی ویل نون آدمی تھے۔ تو وہ کیا</w:t>
      </w:r>
    </w:p>
    <w:p>
      <w:r>
        <w:rPr>
          <w:b/>
        </w:rPr>
        <w:t xml:space="preserve">[17:05] </w:t>
      </w:r>
      <w:r>
        <w:t>kehte the? bulldoze them dialogue. woh bulldoze them all. bulldoze them all. Iqbal ne kaha ke sho'la ban kar phoonk de khwahishat-e-ghairullah ko.</w:t>
      </w:r>
    </w:p>
    <w:p>
      <w:pPr>
        <w:jc w:val="right"/>
      </w:pPr>
      <w:r>
        <w:t>کہتے تھے؟ بلڈوز دیم ڈائیلاگ۔ وہ بلڈوز دیم ال۔ بلڈوز دیم ال۔ اقبال نے کہا کہ شعلہ بن کر پھونک دے خواہشات غیر اللہ کو۔</w:t>
      </w:r>
    </w:p>
    <w:p>
      <w:r>
        <w:rPr>
          <w:b/>
        </w:rPr>
        <w:t xml:space="preserve">[17:17] </w:t>
      </w:r>
      <w:r>
        <w:t>khauf-e-batil kaha ke aye gharaat-gare-batil bhi tu. yeh sab, yeh sab spirit of dialogue nahi hai is ke andar. yeh sab mein hai yeh.</w:t>
      </w:r>
    </w:p>
    <w:p>
      <w:pPr>
        <w:jc w:val="right"/>
      </w:pPr>
      <w:r>
        <w:t>خوف باطل کہا کہ اے غارت گرے باطل بھی تو۔ یہ سب، یہ سب اسپیٹ اف ڈائیلاگ نہیں ہے اس کے اندر۔ یہ سب میں ہے یہ۔</w:t>
      </w:r>
    </w:p>
    <w:p>
      <w:r>
        <w:rPr>
          <w:b/>
        </w:rPr>
        <w:t xml:space="preserve">[17:26] </w:t>
      </w:r>
      <w:r>
        <w:t>to mazhabon ke jo barhe the, unhon ne dialogue ke spirit ko promote hi nahi kiya. hamein bhi apne madrasay mein ya apne institutions mein nahi milai hai.</w:t>
      </w:r>
    </w:p>
    <w:p>
      <w:pPr>
        <w:jc w:val="right"/>
      </w:pPr>
      <w:r>
        <w:t>تو مذہبوں کے جو بڑے تھے، انہوں نے ڈائیلاگ کے اسپیٹ کو پروموٹ ہی نہیں کیا۔ ہمیں بھی اپنے مدرسے میں یا اپنے انسٹیٹیوشنز میں نہیں ملائی ہے۔</w:t>
      </w:r>
    </w:p>
    <w:p>
      <w:r>
        <w:rPr>
          <w:b/>
        </w:rPr>
        <w:t xml:space="preserve">[17:38] </w:t>
      </w:r>
      <w:r>
        <w:t>alag se maine apne andar yeh paida kiya hai: spirit of dialogue.</w:t>
      </w:r>
    </w:p>
    <w:p>
      <w:pPr>
        <w:jc w:val="right"/>
      </w:pPr>
      <w:r>
        <w:t>الگ سے میں نے اپنے اندر یہ پیدا کیا ہے: اسپیٹ اف ڈائیلاگ۔</w:t>
      </w:r>
    </w:p>
    <w:p>
      <w:r>
        <w:rPr>
          <w:b/>
        </w:rPr>
        <w:t xml:space="preserve">[17:44] </w:t>
      </w:r>
      <w:r>
        <w:t>jab tak dekhein, barhe log is ko nahi shuru karte, tab tak is ki phailti nahi hai. to behr-haal, main to I am a great believer in the method of dialogue.</w:t>
      </w:r>
    </w:p>
    <w:p>
      <w:pPr>
        <w:jc w:val="right"/>
      </w:pPr>
      <w:r>
        <w:t>جب تک دیکھیں، بڑے لوگ اس کو نہیں شروع کرتے، تب تک اس کی پھیلتی نہیں ہے۔ تو بہرحال، میں تو ایم ا گریٹ بلیور ان دا میتھڈ اف ڈائیلاگ۔</w:t>
      </w:r>
    </w:p>
    <w:p>
      <w:r>
        <w:rPr>
          <w:b/>
        </w:rPr>
        <w:t xml:space="preserve">[17:59] </w:t>
      </w:r>
      <w:r>
        <w:t>apne bare mein to main yahi keh sakta hoon. baqi doosron ke bare mein mujhe abhi is bohat zyada shikayat hai, including Muslims, ke in mein spirit of dialogue nahi hai.</w:t>
      </w:r>
    </w:p>
    <w:p>
      <w:pPr>
        <w:jc w:val="right"/>
      </w:pPr>
      <w:r>
        <w:t>اپنے بارے میں تو میں یہی کہہ سکتا ہوں۔ باقی دوسروں کے بارے میں مجھے ابھی اس بہت زیادہ شکایت ہے، انکلوڈنگ مسلمز، کہ ان میں اسپیٹ اف ڈائیلاگ نہیں ہے۔</w:t>
      </w:r>
    </w:p>
    <w:p>
      <w:r>
        <w:rPr>
          <w:b/>
        </w:rPr>
        <w:t xml:space="preserve">[18:10] </w:t>
      </w:r>
      <w:r>
        <w:t>un ka doosra sawal hai: sanvaad heenata hi kya bigaad ka kaaran nahi hai? kya hamein sandesh milne wale vyakti ki bhasha mein nahi dena chahiye?</w:t>
      </w:r>
    </w:p>
    <w:p>
      <w:pPr>
        <w:jc w:val="right"/>
      </w:pPr>
      <w:r>
        <w:t>ان کا دوسرا سوال ہے: संवाद ہینता ہی کیا بگاڑ کا कारण نہیں ہے؟ کیا ہمیں سنदेश ملنے والے व्यक्ति کی भाषा میں نہیں دینا چاہیے؟</w:t>
      </w:r>
    </w:p>
    <w:p>
      <w:r>
        <w:rPr>
          <w:b/>
        </w:rPr>
        <w:t xml:space="preserve">[18:21] </w:t>
      </w:r>
      <w:r>
        <w:t>agar hamare saamne ka vyakti meri bhasha nahi jaanta to aisi sthiti mein Ishwar ke saamne main kya jawab doonga?</w:t>
      </w:r>
    </w:p>
    <w:p>
      <w:pPr>
        <w:jc w:val="right"/>
      </w:pPr>
      <w:r>
        <w:t>اگر ہمارے سامنے کا व्यक्ति میری भाषा نہیں جانتا تو ایسی स्थिति میں ایشور کے سامنے میں کیا جواب دوں گا؟</w:t>
      </w:r>
    </w:p>
    <w:p>
      <w:r>
        <w:rPr>
          <w:b/>
        </w:rPr>
        <w:t xml:space="preserve">[18:32] </w:t>
      </w:r>
      <w:r>
        <w:t>tatha sanvaad ko badhane ke liye bhi hamein kya karna chahiye? is ke baare mein bhi bataiye. dekhein, jad mein jo hai woh kya hai?</w:t>
      </w:r>
    </w:p>
    <w:p>
      <w:pPr>
        <w:jc w:val="right"/>
      </w:pPr>
      <w:r>
        <w:t>तथा संवाद کو بڑھانے کے لیے بھی ہمیں کیا کرنا چاہیے؟ اس کے بارے میں بھی بتائیے۔ دیکھیں، جڑ میں جو ہے وہ کیا ہے؟</w:t>
      </w:r>
    </w:p>
    <w:p>
      <w:r>
        <w:rPr>
          <w:b/>
        </w:rPr>
        <w:t xml:space="preserve">[18:40] </w:t>
      </w:r>
      <w:r>
        <w:t>jad mein yeh hai ke hum ko, hum ek aise age mein jee rahe hain ke material interest hi sab kuch ban gaya hai, soul concern ban gaya hai.</w:t>
      </w:r>
    </w:p>
    <w:p>
      <w:pPr>
        <w:jc w:val="right"/>
      </w:pPr>
      <w:r>
        <w:t>جڑ میں یہ ہے کہ ہم کو، ہم ایک ایسے ایج میں جی رہے ہیں کہ مٹیریل انٹرسٹ ہی سب کچھ بن گیا ہے، سول کنسرن بن گیا ہے۔</w:t>
      </w:r>
    </w:p>
    <w:p>
      <w:r>
        <w:rPr>
          <w:b/>
        </w:rPr>
        <w:t xml:space="preserve">[18:52] </w:t>
      </w:r>
      <w:r>
        <w:t>hum doosre se sympathy kho diya hai hum ne. hamare bachpan mein</w:t>
      </w:r>
    </w:p>
    <w:p>
      <w:pPr>
        <w:jc w:val="right"/>
      </w:pPr>
      <w:r>
        <w:t>ہم دوسرے سے سمپتھی کھو دیا ہے ہم نے۔ ہمارے بچپن میں</w:t>
      </w:r>
    </w:p>
    <w:p>
      <w:r>
        <w:rPr>
          <w:b/>
        </w:rPr>
        <w:t xml:space="preserve">[18:57] </w:t>
      </w:r>
      <w:r>
        <w:t>yeh tha ke doosre se sympathetic hua karte the hum. main apne bachpan mein gaon mein rehta tha, UP mein. to abhi tak mujhe yaad hai ke wahan par agar ek ghar mein ek aadmi aa jaye, guest, to poore gaon guest hota tha woh.</w:t>
      </w:r>
    </w:p>
    <w:p>
      <w:pPr>
        <w:jc w:val="right"/>
      </w:pPr>
      <w:r>
        <w:t>یہ تھا کہ دوسرے سے سمپتھیٹک ہوا کرتے تھے ہم۔ میں اپنے بچپن میں گاؤں میں رہتا تھا، یو پی میں۔ تو ابھی تک مجھے یاد ہے کہ وہاں پر اگر ایک گھر میں ایک آدمی آ جائے، گیسٹ، تو پورے گاؤں گیسٹ ہوتا تھا وہ۔</w:t>
      </w:r>
    </w:p>
    <w:p>
      <w:r>
        <w:rPr>
          <w:b/>
        </w:rPr>
        <w:t xml:space="preserve">[19:18] </w:t>
      </w:r>
      <w:r>
        <w:t>jaise ke mere ghar mein aa gaya, mere paas doodh nahi hai, jahan jaunga woh free woh doodh de dega. mere paas shakar le, jahan jaunga woh free woh shakar de dega.</w:t>
      </w:r>
    </w:p>
    <w:p>
      <w:pPr>
        <w:jc w:val="right"/>
      </w:pPr>
      <w:r>
        <w:t>جیسے کہ میرے گھر میں آ گیا، میرے پاس دودھ نہیں ہے، جہاں جاؤں گا وہ فری وہ دودھ دے دے گا۔ میرے پاس شکر لے، جہاں جاؤں گا وہ فری وہ شکر دے گا۔</w:t>
      </w:r>
    </w:p>
    <w:p>
      <w:r>
        <w:rPr>
          <w:b/>
        </w:rPr>
        <w:t xml:space="preserve">[19:28] </w:t>
      </w:r>
      <w:r>
        <w:t>bari khushi se. to ek ghar ka guest sab ke ghar ka guest mana jata tha. yeh sympathy thi.</w:t>
      </w:r>
    </w:p>
    <w:p>
      <w:pPr>
        <w:jc w:val="right"/>
      </w:pPr>
      <w:r>
        <w:t>بڑی خوشی سے۔ تو ایک گھر کا گیسٹ سب کے گھر کا گیسٹ مانا جاتا تھا۔ یہ سمپتھی تھی۔</w:t>
      </w:r>
    </w:p>
    <w:p>
      <w:r>
        <w:rPr>
          <w:b/>
        </w:rPr>
        <w:t xml:space="preserve">[19:37] </w:t>
      </w:r>
      <w:r>
        <w:t>mujhe ab tak aankhon mein saamne woh naqsha hai ke ek sahib ka khaliyan jal gaya. saal bhar ka jo anaaj tha, us ko khaliyan jo kaha jata hai, bohat barhe barhe sab the khaliyan un ke.</w:t>
      </w:r>
    </w:p>
    <w:p>
      <w:pPr>
        <w:jc w:val="right"/>
      </w:pPr>
      <w:r>
        <w:t>مجھے اب تک آنکھوں میں سامنے وہ نقشہ ہے کہ ایک صاحب کا کھلیان جل گیا۔ سال بھر کا جو اناج تھا، اس کو کھلیان جو کہا جاتا ہے، بہت بڑے بڑے سب تھے کھلیان ان کے۔</w:t>
      </w:r>
    </w:p>
    <w:p>
      <w:r>
        <w:rPr>
          <w:b/>
        </w:rPr>
        <w:t xml:space="preserve">[19:53] </w:t>
      </w:r>
      <w:r>
        <w:t>aag lagi, sab ka sab jal gaya.</w:t>
      </w:r>
    </w:p>
    <w:p>
      <w:pPr>
        <w:jc w:val="right"/>
      </w:pPr>
      <w:r>
        <w:t>آگ لگی، سب کا سب جل گیا۔</w:t>
      </w:r>
    </w:p>
    <w:p>
      <w:r>
        <w:rPr>
          <w:b/>
        </w:rPr>
        <w:t xml:space="preserve">[19:56] </w:t>
      </w:r>
      <w:r>
        <w:t>to un ke jo relative the, itna bheja, itna bheja free mein. Allah ke jitna un ko paida hua tha, us se bhi zyada ghar mein un ke aa gaya. ab kaun free bhi deta hai, bataiye?</w:t>
      </w:r>
    </w:p>
    <w:p>
      <w:pPr>
        <w:jc w:val="right"/>
      </w:pPr>
      <w:r>
        <w:t>تو ان کے جو ریلیٹو تھے، اتنا بھیجا، اتنا بھیجا فری میں۔ اللہ کے جتنا ان کو پیدا ہوا تھا، اس سے بھی زیادہ گھر میں ان کے آ گیا۔ اب کون فری بھی دیتا ہے، بتائیے؟</w:t>
      </w:r>
    </w:p>
    <w:p>
      <w:r>
        <w:rPr>
          <w:b/>
        </w:rPr>
        <w:t xml:space="preserve">[20:08] </w:t>
      </w:r>
      <w:r>
        <w:t>to yeh hai insaan se sympathy hum ne kho di hai.</w:t>
      </w:r>
    </w:p>
    <w:p>
      <w:pPr>
        <w:jc w:val="right"/>
      </w:pPr>
      <w:r>
        <w:t>تو یہ ہے انسان سے سمپتھی ہم نے کھو دی ہے۔</w:t>
      </w:r>
    </w:p>
    <w:p>
      <w:r>
        <w:rPr>
          <w:b/>
        </w:rPr>
        <w:t xml:space="preserve">[20:12] </w:t>
      </w:r>
      <w:r>
        <w:t>ab sirf self interest mein jeete hain hum log. self interest hi ki wajah se yeh sab isi ka phenomena hai. yeh basic jo kami hai, woh hai ke hum insaan se sympathy hum ne kho diya hai.</w:t>
      </w:r>
    </w:p>
    <w:p>
      <w:pPr>
        <w:jc w:val="right"/>
      </w:pPr>
      <w:r>
        <w:t>اب صرف سیلف انٹرسٹ میں جیتے ہیں ہم لوگ۔ سیلف انٹرسٹ ہی کی وجہ سے یہ سب اسی کا فیناومینا ہے۔ یہ بیسک جو کمی ہے، وہ ہے کہ ہم انسان سے سمپتھی ہم نے کھو دیا ہے۔</w:t>
      </w:r>
    </w:p>
    <w:p>
      <w:r>
        <w:rPr>
          <w:b/>
        </w:rPr>
        <w:t xml:space="preserve">[20:27] </w:t>
      </w:r>
      <w:r>
        <w:t>ab self interest hi reh gaya hai sab kuch.</w:t>
      </w:r>
    </w:p>
    <w:p>
      <w:pPr>
        <w:jc w:val="right"/>
      </w:pPr>
      <w:r>
        <w:t>اب سیلف انٹرسٹ ہی رہ گیا ہے سب کچھ۔</w:t>
      </w:r>
    </w:p>
    <w:p>
      <w:r>
        <w:rPr>
          <w:b/>
        </w:rPr>
        <w:t xml:space="preserve">[20:30] </w:t>
      </w:r>
      <w:r>
        <w:t>bas mujhe ab, ab mujhe apni, apne bank balance ko barhana hai. apne bachon ko mein america bhej kar parhwana hai.</w:t>
      </w:r>
    </w:p>
    <w:p>
      <w:pPr>
        <w:jc w:val="right"/>
      </w:pPr>
      <w:r>
        <w:t>بس مجھے اب، اب مجھے اپنی، اپنے بیلنس، اپنے بینک بیلنس کو بڑھانا ہے۔ اپنے بچوں کو میں امریکہ بھیج کر پڑھوانا ہے۔</w:t>
      </w:r>
    </w:p>
    <w:p>
      <w:r>
        <w:rPr>
          <w:b/>
        </w:rPr>
        <w:t xml:space="preserve">[20:43] </w:t>
      </w:r>
      <w:r>
        <w:t>apne ghar mein kai kai car mujhe rakhna hai.</w:t>
      </w:r>
    </w:p>
    <w:p>
      <w:pPr>
        <w:jc w:val="right"/>
      </w:pPr>
      <w:r>
        <w:t>اپنے گھر میں کئی کئی کار مجھے رکھنا ہے۔</w:t>
      </w:r>
    </w:p>
    <w:p>
      <w:r>
        <w:rPr>
          <w:b/>
        </w:rPr>
        <w:t xml:space="preserve">[20:46] </w:t>
      </w:r>
      <w:r>
        <w:t>apni building ko sab se ooncha banana hai. to aaj ka jo culture hai, woh self interest par base karta hai. isi se sab cheezein nikalti hain. sari buraiyan.</w:t>
      </w:r>
    </w:p>
    <w:p>
      <w:pPr>
        <w:jc w:val="right"/>
      </w:pPr>
      <w:r>
        <w:t>اپنی بلڈنگ کو سب سے اونچا بنانا ہے۔ تو آج کا جو کلچر ہے، وہ سیلف انٹرسٹ پر بیس کرتا ہے۔ اسی سے سب چیزیں نکلتی ہیں۔ ساری برائیاں۔</w:t>
      </w:r>
    </w:p>
    <w:p>
      <w:r>
        <w:rPr>
          <w:b/>
        </w:rPr>
        <w:t xml:space="preserve">[20:56] </w:t>
      </w:r>
      <w:r>
        <w:t>to corruption hai, woh kyun</w:t>
      </w:r>
    </w:p>
    <w:p>
      <w:pPr>
        <w:jc w:val="right"/>
      </w:pPr>
      <w:r>
        <w:t>تو کرپشن ہے، وہ کیوں</w:t>
      </w:r>
    </w:p>
    <w:p>
      <w:r>
        <w:rPr>
          <w:b/>
        </w:rPr>
        <w:t xml:space="preserve">[20:57] </w:t>
      </w:r>
      <w:r>
        <w:t>hai? isi liye. dialogue kyun nahi mante log? isi liye. sab self interest ka yeh mamla hai.</w:t>
      </w:r>
    </w:p>
    <w:p>
      <w:pPr>
        <w:jc w:val="right"/>
      </w:pPr>
      <w:r>
        <w:t>ہے؟ اسی لیے۔ ڈائیلاگ کیوں نہیں مانتے لوگ؟ اسی لیے۔ سب سیلف انٹرسٹ کا یہ معاملہ ہے۔</w:t>
      </w:r>
    </w:p>
    <w:p>
      <w:r>
        <w:rPr>
          <w:b/>
        </w:rPr>
        <w:t xml:space="preserve">[21:06] </w:t>
      </w:r>
      <w:r>
        <w:t>is self interest ko kill karna hai. hamara jo mission hai, is mission ka ek aspect yeh bhi hai ke hum self interest ko khatam karna chahte hain.</w:t>
      </w:r>
    </w:p>
    <w:p>
      <w:pPr>
        <w:jc w:val="right"/>
      </w:pPr>
      <w:r>
        <w:t>اس سیلف انٹرسٹ کو کل کرنا ہے۔ ہمارا جو مشن ہے، اس مشن کا ایک اسپیکٹ یہ بھی ہے کہ ہم سیلف انٹرسٹ کو ختم کرنا چاہتے ہیں۔</w:t>
      </w:r>
    </w:p>
    <w:p>
      <w:r>
        <w:rPr>
          <w:b/>
        </w:rPr>
        <w:t xml:space="preserve">[21:16] </w:t>
      </w:r>
      <w:r>
        <w:t>isi liye hum kehte hain ke god oriented life. hamara jo samajh hai, woh yeh hai ke ek hai self oriented life.</w:t>
      </w:r>
    </w:p>
    <w:p>
      <w:pPr>
        <w:jc w:val="right"/>
      </w:pPr>
      <w:r>
        <w:t>اسی لیے ہم کہتے ہیں کہ گاڈ اورینٹڈ لائف۔ ہمارا جو سمجھ ہے، وہ یہ ہے کہ ایک ہے سیلف اورینٹڈ لائف۔</w:t>
      </w:r>
    </w:p>
    <w:p>
      <w:r>
        <w:rPr>
          <w:b/>
        </w:rPr>
        <w:t xml:space="preserve">[21:29] </w:t>
      </w:r>
      <w:r>
        <w:t>ek hai god oriented life. aaj kal log jo hain, woh</w:t>
      </w:r>
    </w:p>
    <w:p>
      <w:pPr>
        <w:jc w:val="right"/>
      </w:pPr>
      <w:r>
        <w:t>ایک ہے گاڈ اورینٹڈ لائف۔ آج کل لوگ جو ہیں، وہ</w:t>
      </w:r>
    </w:p>
    <w:p>
      <w:r>
        <w:rPr>
          <w:b/>
        </w:rPr>
        <w:t xml:space="preserve">[21:33] </w:t>
      </w:r>
      <w:r>
        <w:t>self oriented life mein jee rahe hain. hum is ko badal kar ke chahte hain ke log god oriented life mein jeene lagen.</w:t>
      </w:r>
    </w:p>
    <w:p>
      <w:pPr>
        <w:jc w:val="right"/>
      </w:pPr>
      <w:r>
        <w:t>سیلف اورینٹڈ لائف میں جی رہے ہیں۔ ہم اس کو بدل کر کے چاہتے ہیں کہ لوگ گاڈ اورینٹڈ لائف میں جینے لگیں۔</w:t>
      </w:r>
    </w:p>
    <w:p>
      <w:r>
        <w:rPr>
          <w:b/>
        </w:rPr>
        <w:t xml:space="preserve">[21:44] </w:t>
      </w:r>
      <w:r>
        <w:t>bas bataun ke jadd ki baat yeh hai. baqi sab isi isi ke branches hain. isi ke phenomena hain.</w:t>
      </w:r>
    </w:p>
    <w:p>
      <w:pPr>
        <w:jc w:val="right"/>
      </w:pPr>
      <w:r>
        <w:t>بس بتاؤں کہ جڑ کی بات یہ ہے۔ باقی سب اسی اسی کے برانچز ہیں۔ اسی کے فیناومینا ہیں۔</w:t>
      </w:r>
    </w:p>
    <w:p>
      <w:r>
        <w:rPr>
          <w:b/>
        </w:rPr>
        <w:t xml:space="preserve">[21:55] </w:t>
      </w:r>
      <w:r>
        <w:t>das question is from doctor abdul rehman: keeping in view the hostility of west towards muslims, how is dawah work possible?</w:t>
      </w:r>
    </w:p>
    <w:p>
      <w:pPr>
        <w:jc w:val="right"/>
      </w:pPr>
      <w:r>
        <w:t>دس کوئسچن از فرام ڈاکٹر عبدالرحمن: کیپنگ ان ویو دی ہوسٹیلٹی اف ویسٹ ٹورڈز مسلمز، ہاؤ از داوا ورک پوسیبل؟</w:t>
      </w:r>
    </w:p>
    <w:p>
      <w:r>
        <w:rPr>
          <w:b/>
        </w:rPr>
        <w:t xml:space="preserve">[22:07] </w:t>
      </w:r>
      <w:r>
        <w:t>dekhein, yeh mein is ko bilkul base less samajhta hoon. koi hostile nahi hai. is se bara jhoot kabhi nahi jo aaj bola gaya is zamane mein.</w:t>
      </w:r>
    </w:p>
    <w:p>
      <w:pPr>
        <w:jc w:val="right"/>
      </w:pPr>
      <w:r>
        <w:t>دیکھیں، یہ میں اس کو بالکل بیس لیس سمجھتا ہوں۔ کوئی ہوسٹائل نہیں ہے۔ اس سے بڑا جھوٹ کبھی نہیں جو آج بولا گیا اس زمانے میں۔</w:t>
      </w:r>
    </w:p>
    <w:p>
      <w:r>
        <w:rPr>
          <w:b/>
        </w:rPr>
        <w:t xml:space="preserve">[22:17] </w:t>
      </w:r>
      <w:r>
        <w:t>to apne bachon ko aap kahin bhejte hain?</w:t>
      </w:r>
    </w:p>
    <w:p>
      <w:pPr>
        <w:jc w:val="right"/>
      </w:pPr>
      <w:r>
        <w:t>تو اپنے بچوں کو آپ کویں بھیجتے ہیں؟</w:t>
      </w:r>
    </w:p>
    <w:p>
      <w:r>
        <w:rPr>
          <w:b/>
        </w:rPr>
        <w:t xml:space="preserve">[22:21] </w:t>
      </w:r>
      <w:r>
        <w:t>sare log apne bachon ko wahin bhejte hain, isi west mein. aur un ko kehte hain ke woh dushman hain. mein hairaan hoon ke yeh yeh kya kaise log hain?</w:t>
      </w:r>
    </w:p>
    <w:p>
      <w:pPr>
        <w:jc w:val="right"/>
      </w:pPr>
      <w:r>
        <w:t>سارے لوگ اپنے بچوں کو وہیں بھیجتے ہیں، اسی ویسٹ میں۔ اور ان کو کہتے ہیں کہ وہ دشمن ہیں۔ میں حیران ہوں کہ یہ یہ کیا کیسے لوگ ہیں؟</w:t>
      </w:r>
    </w:p>
    <w:p>
      <w:r>
        <w:rPr>
          <w:b/>
        </w:rPr>
        <w:t xml:space="preserve">[22:30] </w:t>
      </w:r>
      <w:r>
        <w:t>yeh mein ne aaj tak kisi ek ko nahi paya jo apne bachon ko wahin bhejne ke liye khwab na dekhta ho.</w:t>
      </w:r>
    </w:p>
    <w:p>
      <w:pPr>
        <w:jc w:val="right"/>
      </w:pPr>
      <w:r>
        <w:t>یہ میں نے آج تک کسی ایک کو نہیں پایا جو اپنے بچوں کو وہیں بھیجنے کے لیے خواب نہ دیکھتا ہو۔</w:t>
      </w:r>
    </w:p>
    <w:p>
      <w:r>
        <w:rPr>
          <w:b/>
        </w:rPr>
        <w:t xml:space="preserve">[22:40] </w:t>
      </w:r>
      <w:r>
        <w:t>europe mein, america mein.</w:t>
      </w:r>
    </w:p>
    <w:p>
      <w:pPr>
        <w:jc w:val="right"/>
      </w:pPr>
      <w:r>
        <w:t>یورپ میں، امریکہ میں۔</w:t>
      </w:r>
    </w:p>
    <w:p>
      <w:r>
        <w:rPr>
          <w:b/>
        </w:rPr>
        <w:t xml:space="preserve">[22:44] </w:t>
      </w:r>
      <w:r>
        <w:t>to yeh to yeh yeh apne dushmanon ke bhejte hain apne bachon ko. aap is mani ke dil se aadmi nahi samajhta ke woh dushman hai. munh se bolta hai ke woh dushman hai.</w:t>
      </w:r>
    </w:p>
    <w:p>
      <w:pPr>
        <w:jc w:val="right"/>
      </w:pPr>
      <w:r>
        <w:t>تو یہ تو یہ یہ اپنے دشمنوں کے بھیجتے ہیں اپنے بچوں کو۔ آپ اس معنی کہ دل سے آدمی نہیں سمجھتا کہ وہ دشمن ہے۔ منہ سے بولتا ہے کہ وہ دشمن ہے۔</w:t>
      </w:r>
    </w:p>
    <w:p>
      <w:r>
        <w:rPr>
          <w:b/>
        </w:rPr>
        <w:t xml:space="preserve">[22:55] </w:t>
      </w:r>
      <w:r>
        <w:t>agar dil se aap samajhte to aap bhej nahi sakte the un ko. sab jhooti baatein hain, bilkul base less baatein hain.</w:t>
      </w:r>
    </w:p>
    <w:p>
      <w:pPr>
        <w:jc w:val="right"/>
      </w:pPr>
      <w:r>
        <w:t>اگر دل سے آپ سمجھتے تو آپ بھیج نہیں سکتے تھے ان کو۔ سب جھوٹی باتیں ہیں، بالکل بیس لیس باتیں ہیں۔</w:t>
      </w:r>
    </w:p>
    <w:p>
      <w:r>
        <w:rPr>
          <w:b/>
        </w:rPr>
        <w:t xml:space="preserve">[23:04] </w:t>
      </w:r>
      <w:r>
        <w:t>aap apne interest pe chal rahe hain, woh apne interest pe chal rahe hain. baat satti hui hai, woh apne interest pe chalen to aap kehte hain ke dushman hain. to aap bhi to apne interest pe chal rahe hain.</w:t>
      </w:r>
    </w:p>
    <w:p>
      <w:pPr>
        <w:jc w:val="right"/>
      </w:pPr>
      <w:r>
        <w:t>آپ اپنے انٹرسٹ پہ چل رہے ہیں، وہ اپنے انٹرسٹ پہ چل رہے ہیں۔ بات ستی ہوئی ہے، وہ اپنے انٹرسٹ پہ چلیں تو آپ کہتے ہیں کہ دشمن ہیں۔ تو آپ بھی تو اپنے انٹرسٹ پہ چل رہے ہیں۔</w:t>
      </w:r>
    </w:p>
    <w:p>
      <w:r>
        <w:rPr>
          <w:b/>
        </w:rPr>
        <w:t xml:space="preserve">[23:16] </w:t>
      </w:r>
      <w:r>
        <w:t>yeh sab mein is ko base less samajhta hoon.</w:t>
      </w:r>
    </w:p>
    <w:p>
      <w:pPr>
        <w:jc w:val="right"/>
      </w:pPr>
      <w:r>
        <w:t>یہ سب میں اس کو بیس لیس سمجھتا ہوں۔</w:t>
      </w:r>
    </w:p>
    <w:p>
      <w:r>
        <w:rPr>
          <w:b/>
        </w:rPr>
        <w:t xml:space="preserve">[23:21] </w:t>
      </w:r>
      <w:r>
        <w:t>koi hamare enemy nahi hai, na na west hai, na america hai, na europe hai.</w:t>
      </w:r>
    </w:p>
    <w:p>
      <w:pPr>
        <w:jc w:val="right"/>
      </w:pPr>
      <w:r>
        <w:t>کوئی ہمارے اینمی نہیں ہے، نہ نہ ویسٹ ہے، نہ امریکہ ہے، نہ یورپ ہے۔</w:t>
      </w:r>
    </w:p>
    <w:p>
      <w:r>
        <w:rPr>
          <w:b/>
        </w:rPr>
        <w:t xml:space="preserve">[23:28] </w:t>
      </w:r>
      <w:r>
        <w:t>yeh bilkul be intehai base less baat hai. is se zyada base less baat ab koi nahi hai. is ka proof yahi hai ke har aadmi apne bete ko wahin bhejta hai.</w:t>
      </w:r>
    </w:p>
    <w:p>
      <w:pPr>
        <w:jc w:val="right"/>
      </w:pPr>
      <w:r>
        <w:t>یہ بالکل بے انتہائی بیس لیس بات ہے۔ اس سے زیادہ بیس لیس بات اب کوئی نہیں ہے۔ اس کا پروف یہی ہے کہ ہر آدمی اپنے بیٹے کو وہیں بھیجتا ہے۔</w:t>
      </w:r>
    </w:p>
    <w:p>
      <w:r>
        <w:rPr>
          <w:b/>
        </w:rPr>
        <w:t xml:space="preserve">[23:38] </w:t>
      </w:r>
      <w:r>
        <w:t>kyun bhejte ho bhai?</w:t>
      </w:r>
    </w:p>
    <w:p>
      <w:pPr>
        <w:jc w:val="right"/>
      </w:pPr>
      <w:r>
        <w:t>کیوں بھیجتے ہو بھئی؟</w:t>
      </w:r>
    </w:p>
    <w:p>
      <w:r>
        <w:rPr>
          <w:b/>
        </w:rPr>
        <w:t xml:space="preserve">[23:42] </w:t>
      </w:r>
      <w:r>
        <w:t>aaj tak mujhe ek bhi nahin mile koi sahib jo aisa yahi dream mein dekhta hoon ke amreeka bhejna hai apne bachche ko. amreeka enemy number one hai.</w:t>
      </w:r>
    </w:p>
    <w:p>
      <w:pPr>
        <w:jc w:val="right"/>
      </w:pPr>
      <w:r>
        <w:t>آج تک مجھے ایک بھی نہیں ملے کوئی صاحب جو ایسا یہی ڈریم میں دیکھتا ہوں کہ امریکہ بھیجنا ہے اپنے بچے کو۔ امریکہ اینمی نمبر ون ہے۔</w:t>
      </w:r>
    </w:p>
    <w:p>
      <w:r>
        <w:rPr>
          <w:b/>
        </w:rPr>
        <w:t xml:space="preserve">[23:55] </w:t>
      </w:r>
      <w:r>
        <w:t>yeh sab bilkul bogus baatein hain. dekhiye, ek baat samajh lijiye</w:t>
      </w:r>
    </w:p>
    <w:p>
      <w:pPr>
        <w:jc w:val="right"/>
      </w:pPr>
      <w:r>
        <w:t>یہ سب بالکل بوگس باتیں ہیں۔ دیکھیں، ایک بات سمجھ لیجئے</w:t>
      </w:r>
    </w:p>
    <w:p>
      <w:r>
        <w:rPr>
          <w:b/>
        </w:rPr>
        <w:t xml:space="preserve">[24:04] </w:t>
      </w:r>
      <w:r>
        <w:t>ke woh yeh hai</w:t>
      </w:r>
    </w:p>
    <w:p>
      <w:pPr>
        <w:jc w:val="right"/>
      </w:pPr>
      <w:r>
        <w:t>کہ وہ یہ ہے</w:t>
      </w:r>
    </w:p>
    <w:p>
      <w:r>
        <w:rPr>
          <w:b/>
        </w:rPr>
        <w:t xml:space="preserve">[24:11] </w:t>
      </w:r>
      <w:r>
        <w:t>ke jab hum dawa work karte hain to hamara madعو kaun hai?</w:t>
      </w:r>
    </w:p>
    <w:p>
      <w:pPr>
        <w:jc w:val="right"/>
      </w:pPr>
      <w:r>
        <w:t>کہ جب ہم داوا ورک کرتے ہیں تو ہمارا مدعو کون ہے؟</w:t>
      </w:r>
    </w:p>
    <w:p>
      <w:r>
        <w:rPr>
          <w:b/>
        </w:rPr>
        <w:t xml:space="preserve">[24:18] </w:t>
      </w:r>
      <w:r>
        <w:t>who is our madعو? when we do the work, then who is our madعو? our madعو is nature, not a british or american.</w:t>
      </w:r>
    </w:p>
    <w:p>
      <w:pPr>
        <w:jc w:val="right"/>
      </w:pPr>
      <w:r>
        <w:t>ہو از اور مدعو؟ وین وی ڈو دا ورک، دین ہو از اور مدعو؟ اور مدعو از نیچر، ناٹ ا برٹش اور امریکن۔</w:t>
      </w:r>
    </w:p>
    <w:p>
      <w:r>
        <w:rPr>
          <w:b/>
        </w:rPr>
        <w:t xml:space="preserve">[24:33] </w:t>
      </w:r>
      <w:r>
        <w:t>yeh samajh lijiye. when we do the work, our madعو is not madعو is nature, mr nature.</w:t>
      </w:r>
    </w:p>
    <w:p>
      <w:pPr>
        <w:jc w:val="right"/>
      </w:pPr>
      <w:r>
        <w:t>یہ سمجھ لیجئے۔ وین وی ڈو دا ورک، اور مدعو از ناٹ مدعو از نیچر، مسٹر نیچر۔</w:t>
      </w:r>
    </w:p>
    <w:p>
      <w:r>
        <w:rPr>
          <w:b/>
        </w:rPr>
        <w:t xml:space="preserve">[24:44] </w:t>
      </w:r>
      <w:r>
        <w:t>our madعو is mr nature, our not mr american, or mr british.</w:t>
      </w:r>
    </w:p>
    <w:p>
      <w:pPr>
        <w:jc w:val="right"/>
      </w:pPr>
      <w:r>
        <w:t>اور مدعو از مسٹر نیچر، اور ناٹ مسٹر امریکن، اور مسٹر برٹش۔</w:t>
      </w:r>
    </w:p>
    <w:p>
      <w:r>
        <w:rPr>
          <w:b/>
        </w:rPr>
        <w:t xml:space="preserve">[24:49] </w:t>
      </w:r>
      <w:r>
        <w:t>our mr nature sab ke sab ek hain.</w:t>
      </w:r>
    </w:p>
    <w:p>
      <w:pPr>
        <w:jc w:val="right"/>
      </w:pPr>
      <w:r>
        <w:t>اور مسٹر نیچر سب کے سب ایک ہیں۔</w:t>
      </w:r>
    </w:p>
    <w:p>
      <w:r>
        <w:rPr>
          <w:b/>
        </w:rPr>
        <w:t xml:space="preserve">[24:54] </w:t>
      </w:r>
      <w:r>
        <w:t>every human being was born in the same nature. whether he is an american, whether he is british, whether he is european.</w:t>
      </w:r>
    </w:p>
    <w:p>
      <w:pPr>
        <w:jc w:val="right"/>
      </w:pPr>
      <w:r>
        <w:t>ایوری ہیومن بینگ واز بورن ان دا سیم نیچر۔ ویدر ہی از ان امریکن، ویدر ہی از برٹش، ویدر ہی از یورپین۔</w:t>
      </w:r>
    </w:p>
    <w:p>
      <w:r>
        <w:rPr>
          <w:b/>
        </w:rPr>
        <w:t xml:space="preserve">[25:06] </w:t>
      </w:r>
      <w:r>
        <w:t>every man or every woman was born in the same nature. so initially everyone is mr nature. it is his second title that you call him american or brit</w:t>
      </w:r>
    </w:p>
    <w:p>
      <w:pPr>
        <w:jc w:val="right"/>
      </w:pPr>
      <w:r>
        <w:t>ایوری مین اور ایوری وومن واز بورن ان دا سیم نیچر۔ سو انیشلی ایوری ون از مسٹر نیچر۔ اٹ از ہز سیکنڈ ٹائٹل دیٹ یو کال ہم امریکن اور برٹ</w:t>
      </w:r>
    </w:p>
    <w:p>
      <w:r>
        <w:rPr>
          <w:b/>
        </w:rPr>
        <w:t xml:space="preserve">[25:19] </w:t>
      </w:r>
      <w:r>
        <w:t>sh. it is second title, it is second. the first title is that he is and a mr nature. so we address mr nature.</w:t>
      </w:r>
    </w:p>
    <w:p>
      <w:pPr>
        <w:jc w:val="right"/>
      </w:pPr>
      <w:r>
        <w:t>ش۔ اٹ از سیکنڈ ٹائٹل، اٹ از سیکنڈ۔ دا فرسٹ ٹائٹل از دیٹ ہی از اینڈ ا مسٹر نیچر۔ سو وی ایڈریس مسٹر نیچر۔</w:t>
      </w:r>
    </w:p>
    <w:p>
      <w:r>
        <w:rPr>
          <w:b/>
        </w:rPr>
        <w:t xml:space="preserve">[25:30] </w:t>
      </w:r>
      <w:r>
        <w:t>when we do the work, we try to address mr nature, our not mr american.</w:t>
      </w:r>
    </w:p>
    <w:p>
      <w:pPr>
        <w:jc w:val="right"/>
      </w:pPr>
      <w:r>
        <w:t>وین وی ڈو دا ورک، وی ٹرائی ٹو ایڈریس مسٹر نیچر، اور ناٹ مسٹر امریکن۔</w:t>
      </w:r>
    </w:p>
    <w:p>
      <w:r>
        <w:rPr>
          <w:b/>
        </w:rPr>
        <w:t xml:space="preserve">[25:42] </w:t>
      </w:r>
      <w:r>
        <w:t>and and and the end and the history and the history confirm this this this formula.</w:t>
      </w:r>
    </w:p>
    <w:p>
      <w:pPr>
        <w:jc w:val="right"/>
      </w:pPr>
      <w:r>
        <w:t>اینڈ اینڈ اینڈ دا اینڈ اینڈ دا ہسٹری اینڈ دا ہسٹری کنفرم دس دس دس فارمولا۔</w:t>
      </w:r>
    </w:p>
    <w:p>
      <w:r>
        <w:rPr>
          <w:b/>
        </w:rPr>
        <w:t xml:space="preserve">[25:54] </w:t>
      </w:r>
      <w:r>
        <w:t>because every country, there are people who are accepting the truth, accepting the divine truth</w:t>
      </w:r>
    </w:p>
    <w:p>
      <w:pPr>
        <w:jc w:val="right"/>
      </w:pPr>
      <w:r>
        <w:t>بیکاز ایوری کنٹری، دیر ار پیپل ہو ار ایکسیپٹنگ دا ٹروتھ، ایکسیپٹنگ دا ڈیوائن ٹروتھ</w:t>
      </w:r>
    </w:p>
    <w:p>
      <w:r>
        <w:rPr>
          <w:b/>
        </w:rPr>
        <w:t xml:space="preserve">[26:07] </w:t>
      </w:r>
      <w:r>
        <w:t>. because when their nature was addressed, they surrender before the truth.</w:t>
      </w:r>
    </w:p>
    <w:p>
      <w:pPr>
        <w:jc w:val="right"/>
      </w:pPr>
      <w:r>
        <w:t>۔ بیکاز وین دیر نیچر واز ایڈریسڈ، دے سرینڈر بیفور دا ٹروتھ۔</w:t>
      </w:r>
    </w:p>
    <w:p>
      <w:r>
        <w:rPr>
          <w:b/>
        </w:rPr>
        <w:t xml:space="preserve">[26:16] </w:t>
      </w:r>
      <w:r>
        <w:t>to we have to believe that when we do the work, we are not addressing mr american, we are not addressing mr british.</w:t>
      </w:r>
    </w:p>
    <w:p>
      <w:pPr>
        <w:jc w:val="right"/>
      </w:pPr>
      <w:r>
        <w:t>تو وی ہیو ٹو بیلیو دیٹ وین وی ڈو دا ورک، وی ار ناٹ ایڈریسنگ مسٹر امریکن، وی ار ناٹ ایڈریسنگ مسٹر برٹش۔</w:t>
      </w:r>
    </w:p>
    <w:p>
      <w:r>
        <w:rPr>
          <w:b/>
        </w:rPr>
        <w:t xml:space="preserve">[26:25] </w:t>
      </w:r>
      <w:r>
        <w:t>we are addressing mr nature. everyone is mr nature. so everyone has the same same acceptability.</w:t>
      </w:r>
    </w:p>
    <w:p>
      <w:pPr>
        <w:jc w:val="right"/>
      </w:pPr>
      <w:r>
        <w:t>وی ار ایڈریسنگ مسٹر نیچر۔ ایوری ون از مسٹر نیچر۔ سو ایوری ون ہیز دا سیم سیم ایکسیپٹیبلٹی۔</w:t>
      </w:r>
    </w:p>
    <w:p>
      <w:r>
        <w:rPr>
          <w:b/>
        </w:rPr>
        <w:t xml:space="preserve">[26:38] </w:t>
      </w:r>
      <w:r>
        <w:t>there is no difference at at all.</w:t>
      </w:r>
    </w:p>
    <w:p>
      <w:pPr>
        <w:jc w:val="right"/>
      </w:pPr>
      <w:r>
        <w:t>دیر از نو ڈیفرنس ایٹ ایٹ ال۔</w:t>
      </w:r>
    </w:p>
    <w:p>
      <w:r>
        <w:rPr>
          <w:b/>
        </w:rPr>
        <w:t xml:space="preserve">[26:44] </w:t>
      </w:r>
      <w:r>
        <w:t>this question is from abdul razzaq: paying visit to the shrine of awliya has taken a different shape today.</w:t>
      </w:r>
    </w:p>
    <w:p>
      <w:pPr>
        <w:jc w:val="right"/>
      </w:pPr>
      <w:r>
        <w:t>دس کوئسچن از فرام عبدالرزاق: پینگ وزٹ ٹو دا شرائن اف اولیاءز ہیز ٹیکن ا ڈفرنٹ شیپ ٹوڈے۔</w:t>
      </w:r>
    </w:p>
    <w:p>
      <w:r>
        <w:rPr>
          <w:b/>
        </w:rPr>
        <w:t xml:space="preserve">[26:54] </w:t>
      </w:r>
      <w:r>
        <w:t>please throw some light on the rightest way of being in the company of awliya. this concept itself is baseless.</w:t>
      </w:r>
    </w:p>
    <w:p>
      <w:pPr>
        <w:jc w:val="right"/>
      </w:pPr>
      <w:r>
        <w:t>پلیز تھرو سم لائٹ ان دی رائٹیسٹ وے اف بینگ ان دا کمپنی اف اولیاءز۔ دس کانسپٹ اٹ سیلف از بیس لیس۔</w:t>
      </w:r>
    </w:p>
    <w:p>
      <w:r>
        <w:rPr>
          <w:b/>
        </w:rPr>
        <w:t xml:space="preserve">[27:04] </w:t>
      </w:r>
      <w:r>
        <w:t>there is no awliya, there is no institution of awliya in islam.</w:t>
      </w:r>
    </w:p>
    <w:p>
      <w:pPr>
        <w:jc w:val="right"/>
      </w:pPr>
      <w:r>
        <w:t>دیر از نو اولیاء، دیر از نو انسٹیٹیوشن اف اولیاء ان اسلام۔</w:t>
      </w:r>
    </w:p>
    <w:p>
      <w:r>
        <w:rPr>
          <w:b/>
        </w:rPr>
        <w:t xml:space="preserve">[27:08] </w:t>
      </w:r>
      <w:r>
        <w:t>completely baseless concept.</w:t>
      </w:r>
    </w:p>
    <w:p>
      <w:pPr>
        <w:jc w:val="right"/>
      </w:pPr>
      <w:r>
        <w:t>کمپلیٹلی بیس لیس کانسپٹ۔</w:t>
      </w:r>
    </w:p>
    <w:p>
      <w:r>
        <w:rPr>
          <w:b/>
        </w:rPr>
        <w:t xml:space="preserve">[27:17] </w:t>
      </w:r>
      <w:r>
        <w:t>who have appointed them as awliya. this kind of this kind of concept you can find in quran and in hadith.</w:t>
      </w:r>
    </w:p>
    <w:p>
      <w:pPr>
        <w:jc w:val="right"/>
      </w:pPr>
      <w:r>
        <w:t>ہو ہیو اپوائنٹڈ دیم ایز اولیاء۔ دس کائنڈ اف دس کائنڈ اف کانسپٹ یو کین فائنڈ ان قران اینڈ ان حدیث۔</w:t>
      </w:r>
    </w:p>
    <w:p>
      <w:r>
        <w:rPr>
          <w:b/>
        </w:rPr>
        <w:t xml:space="preserve">[27:29] </w:t>
      </w:r>
      <w:r>
        <w:t>people themself have declared that mr a is awliya or mr b is awliya. there is no this kind of institution is not found in the quran and hadith.</w:t>
      </w:r>
    </w:p>
    <w:p>
      <w:pPr>
        <w:jc w:val="right"/>
      </w:pPr>
      <w:r>
        <w:t>پیپل دیم سیلف ہیو ڈیکلیئرڈ دیٹ مسٹر اے از اولیاء اور مسٹر بی از اولیاء۔ دیر از نو دس کائنڈ اف انسٹیٹیوشن از ناٹ فاؤنڈ ان دا قران اینڈ حدیث۔</w:t>
      </w:r>
    </w:p>
    <w:p>
      <w:r>
        <w:rPr>
          <w:b/>
        </w:rPr>
        <w:t xml:space="preserve">[27:43] </w:t>
      </w:r>
      <w:r>
        <w:t>according to the quran, there is a verse in the quran: everyone who believes in god, everyone who follows god's commandment by heart and mind, he is wali, he is awliya.</w:t>
      </w:r>
    </w:p>
    <w:p>
      <w:pPr>
        <w:jc w:val="right"/>
      </w:pPr>
      <w:r>
        <w:t>اکارڈنگ ٹو دا قران، دیر از ا ورس ان دا قران: ایوری ون ہو بیلیوز ان گاڈ، ایوری ون ہو فالوز گاڈز کمانڈمنٹ بائی ہارٹ اینڈ مائنڈ، ہی از ولی، ہی از اولیاء۔</w:t>
      </w:r>
    </w:p>
    <w:p>
      <w:r>
        <w:rPr>
          <w:b/>
        </w:rPr>
        <w:t xml:space="preserve">[28:05] </w:t>
      </w:r>
      <w:r>
        <w:t>to every one is aulia, provided he follows the commandment of God.</w:t>
      </w:r>
    </w:p>
    <w:p>
      <w:pPr>
        <w:jc w:val="right"/>
      </w:pPr>
      <w:r>
        <w:t>تو ایوری ون از اولیاء، پرووائیڈ ہی فالوز دا کمانڈمنٹ اف گاڈ۔</w:t>
      </w:r>
    </w:p>
    <w:p>
      <w:r>
        <w:rPr>
          <w:b/>
        </w:rPr>
        <w:t xml:space="preserve">[28:10] </w:t>
      </w:r>
      <w:r>
        <w:t>There is no special institution in Islam of aulia.</w:t>
      </w:r>
    </w:p>
    <w:p>
      <w:pPr>
        <w:jc w:val="right"/>
      </w:pPr>
      <w:r>
        <w:t>دیر از نو اسپیشل انسٹیٹیوشن ان اسلام اف اولیاء۔</w:t>
      </w:r>
    </w:p>
    <w:p>
      <w:r>
        <w:rPr>
          <w:b/>
        </w:rPr>
        <w:t xml:space="preserve">[28:17] </w:t>
      </w:r>
      <w:r>
        <w:t>So this this belief itself is baseless. It is bid'ah, bid'ah, innovation.</w:t>
      </w:r>
    </w:p>
    <w:p>
      <w:pPr>
        <w:jc w:val="right"/>
      </w:pPr>
      <w:r>
        <w:t>سو دس دس بیلیف اٹ سیلف از بیس لیس۔ اٹ از بدعا، بدعا، انویشن۔</w:t>
      </w:r>
    </w:p>
    <w:p>
      <w:r>
        <w:rPr>
          <w:b/>
        </w:rPr>
        <w:t xml:space="preserve">[28:28] </w:t>
      </w:r>
      <w:r>
        <w:t>This question is from Mahbub</w:t>
      </w:r>
    </w:p>
    <w:p>
      <w:pPr>
        <w:jc w:val="right"/>
      </w:pPr>
      <w:r>
        <w:t>دس کوئسچن از فرام محبوب</w:t>
      </w:r>
    </w:p>
    <w:p>
      <w:r>
        <w:rPr>
          <w:b/>
        </w:rPr>
        <w:t xml:space="preserve">[28:32] </w:t>
      </w:r>
      <w:r>
        <w:t>: Maulana, in one of your books Simple Wisdom, you have mentioned that family life is fitnah. Kindly clarify.</w:t>
      </w:r>
    </w:p>
    <w:p>
      <w:pPr>
        <w:jc w:val="right"/>
      </w:pPr>
      <w:r>
        <w:t>: مولانا، ان ون اف یور بک سمپل وزڈم، یو ہیو مینشن دیٹ فیملی لائف از فتنہ۔ کائنڈلی کلیریفائی۔</w:t>
      </w:r>
    </w:p>
    <w:p>
      <w:r>
        <w:rPr>
          <w:b/>
        </w:rPr>
        <w:t xml:space="preserve">[28:42] </w:t>
      </w:r>
      <w:r>
        <w:t>No, no,</w:t>
      </w:r>
    </w:p>
    <w:p>
      <w:pPr>
        <w:jc w:val="right"/>
      </w:pPr>
      <w:r>
        <w:t>نو، نو،</w:t>
      </w:r>
    </w:p>
    <w:p>
      <w:r>
        <w:rPr>
          <w:b/>
        </w:rPr>
        <w:t xml:space="preserve">[28:44] </w:t>
      </w:r>
      <w:r>
        <w:t>yeh wrong hai. I don't think I have wrong this kind of the family is fitnah. No, no, there is misunderstanding.</w:t>
      </w:r>
    </w:p>
    <w:p>
      <w:pPr>
        <w:jc w:val="right"/>
      </w:pPr>
      <w:r>
        <w:t>یہ رونگ ہے۔ ائی ڈونٹ تھنک ائی ہیو رونگ دس کائنڈ اف دی فیملی از فتنہ۔ نو، نو، دیر از مس انڈرسٹینڈنگ۔</w:t>
      </w:r>
    </w:p>
    <w:p>
      <w:r>
        <w:rPr>
          <w:b/>
        </w:rPr>
        <w:t xml:space="preserve">[29:01] </w:t>
      </w:r>
      <w:r>
        <w:t>What is my exact wording?</w:t>
      </w:r>
    </w:p>
    <w:p>
      <w:pPr>
        <w:jc w:val="right"/>
      </w:pPr>
      <w:r>
        <w:t>واٹ از مائی ایگزیکٹ ورڈنگ؟</w:t>
      </w:r>
    </w:p>
    <w:p>
      <w:r>
        <w:rPr>
          <w:b/>
        </w:rPr>
        <w:t xml:space="preserve">[29:05] </w:t>
      </w:r>
      <w:r>
        <w:t>Family life itself is fitnah. It is not correct. Azmaish hoga. Hain? Azmaish. Azmaish. Azmaish. Accha, fitnah, fitnah.</w:t>
      </w:r>
    </w:p>
    <w:p>
      <w:pPr>
        <w:jc w:val="right"/>
      </w:pPr>
      <w:r>
        <w:t>فیملی لائف اٹ سیلف از فتنہ۔ اٹ از ناٹ کریکٹ۔ ازمائش ہوگا۔ ہیں؟ ازمائش۔ ازمائش۔ ازمائش۔ اچھا، فتنہ، فتنہ۔</w:t>
      </w:r>
    </w:p>
    <w:p>
      <w:r>
        <w:rPr>
          <w:b/>
        </w:rPr>
        <w:t xml:space="preserve">[29:14] </w:t>
      </w:r>
      <w:r>
        <w:t>Accha, azmaish. Test. Fitnah means test. You have to write here: test.</w:t>
      </w:r>
    </w:p>
    <w:p>
      <w:pPr>
        <w:jc w:val="right"/>
      </w:pPr>
      <w:r>
        <w:t>اچھا، ازمائش۔ ٹیسٹ۔ فتنہ مینز ٹیسٹ۔ یو ہیو ٹو رائٹ ہیر: ٹیسٹ۔</w:t>
      </w:r>
    </w:p>
    <w:p>
      <w:r>
        <w:rPr>
          <w:b/>
        </w:rPr>
        <w:t xml:space="preserve">[29:21] </w:t>
      </w:r>
      <w:r>
        <w:t>Haan, test, not fitnah.</w:t>
      </w:r>
    </w:p>
    <w:p>
      <w:pPr>
        <w:jc w:val="right"/>
      </w:pPr>
      <w:r>
        <w:t>ہاں، ٹیسٹ، ناٹ فتنہ۔</w:t>
      </w:r>
    </w:p>
    <w:p>
      <w:r>
        <w:rPr>
          <w:b/>
        </w:rPr>
        <w:t xml:space="preserve">[29:30] </w:t>
      </w:r>
      <w:r>
        <w:t>According to Islamic concept,</w:t>
      </w:r>
    </w:p>
    <w:p>
      <w:pPr>
        <w:jc w:val="right"/>
      </w:pPr>
      <w:r>
        <w:t>اکارڈنگ ٹو اسلامک کانسپٹ،</w:t>
      </w:r>
    </w:p>
    <w:p>
      <w:r>
        <w:rPr>
          <w:b/>
        </w:rPr>
        <w:t xml:space="preserve">[29:37] </w:t>
      </w:r>
      <w:r>
        <w:t>everything is test paper. Nothing is blessing. If you have money, if you have family, if you have job, if you have political power,</w:t>
      </w:r>
    </w:p>
    <w:p>
      <w:pPr>
        <w:jc w:val="right"/>
      </w:pPr>
      <w:r>
        <w:t>ایوری تھنگ از ٹیسٹ پیپر۔ نتھنگ از بلسنگ۔ اف یو ہیو منی، اف یو ہیو فیملی، اف یو ہیو جاب، اف یو ہیو پولیٹیکل پاور،</w:t>
      </w:r>
    </w:p>
    <w:p>
      <w:r>
        <w:rPr>
          <w:b/>
        </w:rPr>
        <w:t xml:space="preserve">[29:54] </w:t>
      </w:r>
      <w:r>
        <w:t>these things are not blessing. All these things are test papers. From political power up to your son, everything is test papers.</w:t>
      </w:r>
    </w:p>
    <w:p>
      <w:pPr>
        <w:jc w:val="right"/>
      </w:pPr>
      <w:r>
        <w:t>دیز تھنگز ار ناٹ بلسنگ۔ ال دیز تھنگز ار ٹیسٹ پیپرز۔ فرام پولیٹیکل پاور اپ ٹو یور سن، ایوری تھنگ از ٹیسٹ پیپرز۔</w:t>
      </w:r>
    </w:p>
    <w:p>
      <w:r>
        <w:rPr>
          <w:b/>
        </w:rPr>
        <w:t xml:space="preserve">[30:09] </w:t>
      </w:r>
      <w:r>
        <w:t>No blessing.</w:t>
      </w:r>
    </w:p>
    <w:p>
      <w:pPr>
        <w:jc w:val="right"/>
      </w:pPr>
      <w:r>
        <w:t>نو بلسنگ۔</w:t>
      </w:r>
    </w:p>
    <w:p>
      <w:r>
        <w:rPr>
          <w:b/>
        </w:rPr>
        <w:t xml:space="preserve">[30:15] </w:t>
      </w:r>
      <w:r>
        <w:t>So this is the very, this is the very important concept given in the Quran: that God created this world as a test, as a testing ground.</w:t>
      </w:r>
    </w:p>
    <w:p>
      <w:pPr>
        <w:jc w:val="right"/>
      </w:pPr>
      <w:r>
        <w:t>سو دس از دا ویری، دس از دا ویری امپورٹنٹ کانسپٹ گیون ان دا قران: دیٹ گاڈ کریٹڈ دس ورلڈ ایز ا ٹیسٹ، ایز ا ٹیسٹنگ گراؤنڈ۔</w:t>
      </w:r>
    </w:p>
    <w:p>
      <w:r>
        <w:rPr>
          <w:b/>
        </w:rPr>
        <w:t xml:space="preserve">[30:30] </w:t>
      </w:r>
      <w:r>
        <w:t>Testing ground.</w:t>
      </w:r>
    </w:p>
    <w:p>
      <w:pPr>
        <w:jc w:val="right"/>
      </w:pPr>
      <w:r>
        <w:t>ٹیسٹنگ گراؤنڈ۔</w:t>
      </w:r>
    </w:p>
    <w:p>
      <w:r>
        <w:rPr>
          <w:b/>
        </w:rPr>
        <w:t xml:space="preserve">[30:35] </w:t>
      </w:r>
      <w:r>
        <w:t>So everything is provided by God Him self. If you have some money, if you have a son, if you have a job, is also provided by God Him self as test paper.</w:t>
      </w:r>
    </w:p>
    <w:p>
      <w:pPr>
        <w:jc w:val="right"/>
      </w:pPr>
      <w:r>
        <w:t>سو ایوری تھنگ از پرووائیڈ بائی گاڈ ہم سیلف۔ اف یو ہیو سم منی، اف یو ہیو ا سن، اف یو ہیو ا جاب، از السو پرووائیڈ بائی گاڈ ہم سیلف ایز ٹیسٹ پیپر۔</w:t>
      </w:r>
    </w:p>
    <w:p>
      <w:r>
        <w:rPr>
          <w:b/>
        </w:rPr>
        <w:t xml:space="preserve">[30:51] </w:t>
      </w:r>
      <w:r>
        <w:t>Even political power is a test paper. So you have to, you have to follow the commandment of God.</w:t>
      </w:r>
    </w:p>
    <w:p>
      <w:pPr>
        <w:jc w:val="right"/>
      </w:pPr>
      <w:r>
        <w:t>ایون پولیٹیکل پاور از ا ٹیسٹ پیپر۔ سو یو ہیو ٹو، یو ہیو ٹو فالو دا کمانڈمنٹ اف گاڈ۔</w:t>
      </w:r>
    </w:p>
    <w:p>
      <w:r>
        <w:rPr>
          <w:b/>
        </w:rPr>
        <w:t xml:space="preserve">[31:05] </w:t>
      </w:r>
      <w:r>
        <w:t>If you want to prove yourself, if you want to, if you, if you want to,</w:t>
      </w:r>
    </w:p>
    <w:p>
      <w:pPr>
        <w:jc w:val="right"/>
      </w:pPr>
      <w:r>
        <w:t>اف یو وانٹ ٹو پروف یور سیلف، اف یو وانٹ ٹو، اف یو، اف یو وانٹ ٹو،</w:t>
      </w:r>
    </w:p>
    <w:p>
      <w:r>
        <w:rPr>
          <w:b/>
        </w:rPr>
        <w:t xml:space="preserve">[31:17] </w:t>
      </w:r>
      <w:r>
        <w:t>yani agar aap,</w:t>
      </w:r>
    </w:p>
    <w:p>
      <w:pPr>
        <w:jc w:val="right"/>
      </w:pPr>
      <w:r>
        <w:t>یعنی اگر اپ،</w:t>
      </w:r>
    </w:p>
    <w:p>
      <w:r>
        <w:rPr>
          <w:b/>
        </w:rPr>
        <w:t xml:space="preserve">[31:21] </w:t>
      </w:r>
      <w:r>
        <w:t>yani agar aap test mein poora utarna chahte hain to aap ko Khuda ka,</w:t>
      </w:r>
    </w:p>
    <w:p>
      <w:pPr>
        <w:jc w:val="right"/>
      </w:pPr>
      <w:r>
        <w:t>یعنی اگر اپ ٹیسٹ میں پورا اترنا چاہتے ہیں تو اپ کو خدا کا،</w:t>
      </w:r>
    </w:p>
    <w:p>
      <w:r>
        <w:rPr>
          <w:b/>
        </w:rPr>
        <w:t xml:space="preserve">[31:35] </w:t>
      </w:r>
      <w:r>
        <w:t>Khuda ka jo hukm hai, us ko, us ko follow karna hoga.</w:t>
      </w:r>
    </w:p>
    <w:p>
      <w:pPr>
        <w:jc w:val="right"/>
      </w:pPr>
      <w:r>
        <w:t>خدا کا جو حکم ہے، اس کو، اس کو فالو کرنا ہوگا۔</w:t>
      </w:r>
    </w:p>
    <w:p>
      <w:r>
        <w:rPr>
          <w:b/>
        </w:rPr>
        <w:t xml:space="preserve">[31:41] </w:t>
      </w:r>
      <w:r>
        <w:t>So the important is that whether you are following the commandment of God or not.</w:t>
      </w:r>
    </w:p>
    <w:p>
      <w:pPr>
        <w:jc w:val="right"/>
      </w:pPr>
      <w:r>
        <w:t>سو دا امپورٹنٹ از دیٹ ویدر یو ار فالونگ دا کمانڈمنٹ اف گاڈ اور ناٹ۔</w:t>
      </w:r>
    </w:p>
    <w:p>
      <w:r>
        <w:rPr>
          <w:b/>
        </w:rPr>
        <w:t xml:space="preserve">[31:50] </w:t>
      </w:r>
      <w:r>
        <w:t>If you are following the commandment of God, then you are success, and you are, if you are not following the commandment of God, then you are, you are failure.</w:t>
      </w:r>
    </w:p>
    <w:p>
      <w:pPr>
        <w:jc w:val="right"/>
      </w:pPr>
      <w:r>
        <w:t>اف یو ار فالونگ دی کمانڈمنٹ اف گاڈ، دین یو ار سکسیس، اینڈ یو ار، اف یو ار ناٹ فالونگ دی کمانڈمنٹ اف گاڈ، دین یو ار، یو ار فیلیر۔</w:t>
      </w:r>
    </w:p>
    <w:p>
      <w:r>
        <w:rPr>
          <w:b/>
        </w:rPr>
        <w:t xml:space="preserve">[32:01] </w:t>
      </w:r>
      <w:r>
        <w:t>in this sense, I have wrong that is fitna. Fitna means test. So everything is test.</w:t>
      </w:r>
    </w:p>
    <w:p>
      <w:pPr>
        <w:jc w:val="right"/>
      </w:pPr>
      <w:r>
        <w:t>ان دس سینس، ائی ہیو رونگ دیٹ از فتنہ۔ فتنہ مینز ٹیسٹ۔ سو ایوری تھنگ از ٹیسٹ۔</w:t>
      </w:r>
    </w:p>
    <w:p>
      <w:r>
        <w:rPr>
          <w:b/>
        </w:rPr>
        <w:t xml:space="preserve">[32:10] </w:t>
      </w:r>
      <w:r>
        <w:t>nothing is a reward or blessing. reward or blessing will be given in the world hereafter, according to present record.</w:t>
      </w:r>
    </w:p>
    <w:p>
      <w:pPr>
        <w:jc w:val="right"/>
      </w:pPr>
      <w:r>
        <w:t>نتھنگ از ا ریوارڈ اور بلیسنگ۔ ریوارڈ اور بلیسنگ ول بی گیون ان دا ورڈ ہیر افٹر، اکارڈنگ ٹو پریزنٹ ریکارڈ۔</w:t>
      </w:r>
    </w:p>
    <w:p>
      <w:r>
        <w:rPr>
          <w:b/>
        </w:rPr>
        <w:t xml:space="preserve">[32:26] </w:t>
      </w:r>
      <w:r>
        <w:t>this the qurani concept. this question is from stuti: kindly give reference from the quran that indicates the necessity of doing dawa work.</w:t>
      </w:r>
    </w:p>
    <w:p>
      <w:pPr>
        <w:jc w:val="right"/>
      </w:pPr>
      <w:r>
        <w:t>دس دا قرانی کانسپٹ۔ دس کوئسچن از فرام ستوتی: کائنڈلی گیو ریفرنس فرام دی قران دیٹ انڈیکیٹ دا نیسیسٹی اف ڈوئنگ داوا ورک۔</w:t>
      </w:r>
    </w:p>
    <w:p>
      <w:r>
        <w:rPr>
          <w:b/>
        </w:rPr>
        <w:t xml:space="preserve">[32:41] </w:t>
      </w:r>
      <w:r>
        <w:t>The Holy Quran is the book of Dawah.</w:t>
      </w:r>
    </w:p>
    <w:p>
      <w:pPr>
        <w:jc w:val="right"/>
      </w:pPr>
      <w:r>
        <w:t>دا ہول قران از دا بک اف داوا۔</w:t>
      </w:r>
    </w:p>
    <w:p>
      <w:r>
        <w:rPr>
          <w:b/>
        </w:rPr>
        <w:t xml:space="preserve">[32:47] </w:t>
      </w:r>
      <w:r>
        <w:t>The Holy Quran is the book of Dawah.</w:t>
      </w:r>
    </w:p>
    <w:p>
      <w:pPr>
        <w:jc w:val="right"/>
      </w:pPr>
      <w:r>
        <w:t>دا ہول قران از دا بک اف داوا۔</w:t>
      </w:r>
    </w:p>
    <w:p>
      <w:r>
        <w:rPr>
          <w:b/>
        </w:rPr>
        <w:t xml:space="preserve">[32:52] </w:t>
      </w:r>
      <w:r>
        <w:t>ya</w:t>
      </w:r>
    </w:p>
    <w:p>
      <w:pPr>
        <w:jc w:val="right"/>
      </w:pPr>
      <w:r>
        <w:t>یا</w:t>
      </w:r>
    </w:p>
    <w:p>
      <w:r>
        <w:rPr>
          <w:b/>
        </w:rPr>
        <w:t xml:space="preserve">[32:57] </w:t>
      </w:r>
      <w:r>
        <w:t>when quran addresses the prophet, it includes the all those people who are follower the prophet.</w:t>
      </w:r>
    </w:p>
    <w:p>
      <w:pPr>
        <w:jc w:val="right"/>
      </w:pPr>
      <w:r>
        <w:t>وین قران ایڈریسز دا پرافٹ، اٹ انکلوڈ دا ال دوز پیپل ہو ار فالوور دا پرافٹ۔</w:t>
      </w:r>
    </w:p>
    <w:p>
      <w:r>
        <w:rPr>
          <w:b/>
        </w:rPr>
        <w:t xml:space="preserve">[33:08] </w:t>
      </w:r>
      <w:r>
        <w:t>ya</w:t>
      </w:r>
    </w:p>
    <w:p>
      <w:pPr>
        <w:jc w:val="right"/>
      </w:pPr>
      <w:r>
        <w:t>یا</w:t>
      </w:r>
    </w:p>
    <w:p>
      <w:r>
        <w:rPr>
          <w:b/>
        </w:rPr>
        <w:t xml:space="preserve">[33:11] </w:t>
      </w:r>
      <w:r>
        <w:t>ae rasool</w:t>
      </w:r>
    </w:p>
    <w:p>
      <w:pPr>
        <w:jc w:val="right"/>
      </w:pPr>
      <w:r>
        <w:t>اے رسول</w:t>
      </w:r>
    </w:p>
    <w:p>
      <w:r>
        <w:rPr>
          <w:b/>
        </w:rPr>
        <w:t xml:space="preserve">[33:12] </w:t>
      </w:r>
      <w:r>
        <w:t>, pahunchao jo tum ko mila hai khuda ki taraf se. it includes all the prophet, all the followers.</w:t>
      </w:r>
    </w:p>
    <w:p>
      <w:pPr>
        <w:jc w:val="right"/>
      </w:pPr>
      <w:r>
        <w:t>، پہنچاؤ جو تم کو ملا ہے خدا کی طرف سے۔ اٹ انکلوڈز ال دا پرافٹ، ال دا فالوورز۔</w:t>
      </w:r>
    </w:p>
    <w:p>
      <w:r>
        <w:rPr>
          <w:b/>
        </w:rPr>
        <w:t xml:space="preserve">[33:23] </w:t>
      </w:r>
      <w:r>
        <w:t>isi liye quran mein dekhen: ya ae rasool, aza aza aza talqat un nisa. ye jo log language jante hain, woh samjhenge</w:t>
      </w:r>
    </w:p>
    <w:p>
      <w:pPr>
        <w:jc w:val="right"/>
      </w:pPr>
      <w:r>
        <w:t>اسی لیے قران میں دیکھیں: یا اے رسول، اذا اذا اذا تلقت النساء۔ یہ جو لوگ لینگویج جانتے ہیں، وہ سمجھیں گے</w:t>
      </w:r>
    </w:p>
    <w:p>
      <w:r>
        <w:rPr>
          <w:b/>
        </w:rPr>
        <w:t xml:space="preserve">[33:38] </w:t>
      </w:r>
      <w:r>
        <w:t>: ae rasool, jab tum log talaq do. ya ae rasool, aza talqat un nisa, yani shuru kiya wahid se aur phir jama agaya, yani singular se plural agaya.</w:t>
      </w:r>
    </w:p>
    <w:p>
      <w:pPr>
        <w:jc w:val="right"/>
      </w:pPr>
      <w:r>
        <w:t>: اے رسول، جب تم لوگ طلاق دو۔ یا اے رسول، اذا تلقت النساء، یعنی شروع کیا واحد سے اور پھر جمع اگیا، یعنی سنگولر سے پلورل اگیا۔</w:t>
      </w:r>
    </w:p>
    <w:p>
      <w:r>
        <w:rPr>
          <w:b/>
        </w:rPr>
        <w:t xml:space="preserve">[33:54] </w:t>
      </w:r>
      <w:r>
        <w:t>kyun? when quran addresses to the prophet, it includes all the followers.</w:t>
      </w:r>
    </w:p>
    <w:p>
      <w:pPr>
        <w:jc w:val="right"/>
      </w:pPr>
      <w:r>
        <w:t>کیوں؟ وین قران ایڈریسز ٹو دا پرافٹ، اٹ انکلوڈز ال دا فالوورز۔</w:t>
      </w:r>
    </w:p>
    <w:p>
      <w:r>
        <w:rPr>
          <w:b/>
        </w:rPr>
        <w:t xml:space="preserve">[34:06] </w:t>
      </w:r>
      <w:r>
        <w:t>aur quran se agar direct lena chahein, aap musalmanon ke liye to woh hai: liya rasool shaheed aleikum, batkun shuhada un nas.</w:t>
      </w:r>
    </w:p>
    <w:p>
      <w:pPr>
        <w:jc w:val="right"/>
      </w:pPr>
      <w:r>
        <w:t>اور قران سے اگر ڈائریکٹ لینا چاہیں، اپ مسلمانوں کے لیے تو وہ ہے: لیا رسول شہید علیکم، بتکون شہداء الناس۔</w:t>
      </w:r>
    </w:p>
    <w:p>
      <w:r>
        <w:rPr>
          <w:b/>
        </w:rPr>
        <w:t xml:space="preserve">[34:16] </w:t>
      </w:r>
      <w:r>
        <w:t>ke sare woh log jo apne ko musalman kehte hain, un ko shahed banna hai, gawah banna hai. gawah means daai.</w:t>
      </w:r>
    </w:p>
    <w:p>
      <w:pPr>
        <w:jc w:val="right"/>
      </w:pPr>
      <w:r>
        <w:t>کہ سارے وہ لوگ جو اپنے کو مسلمان کہتے ہیں، ان کو شاہد بننا ہے، گواہ بننا ہے۔ گواہ مینز داعی۔</w:t>
      </w:r>
    </w:p>
    <w:p>
      <w:r>
        <w:rPr>
          <w:b/>
        </w:rPr>
        <w:t xml:space="preserve">[34:27] </w:t>
      </w:r>
      <w:r>
        <w:t>so dawa work is compulsory as namaz.</w:t>
      </w:r>
    </w:p>
    <w:p>
      <w:pPr>
        <w:jc w:val="right"/>
      </w:pPr>
      <w:r>
        <w:t>سو داوا ورک از کمپلسری ایز نماز۔</w:t>
      </w:r>
    </w:p>
    <w:p>
      <w:r>
        <w:rPr>
          <w:b/>
        </w:rPr>
        <w:t xml:space="preserve">[34:36] </w:t>
      </w:r>
      <w:r>
        <w:t>this question is from maulana zakwan: what is the importance of istighfar? istighfar.</w:t>
      </w:r>
    </w:p>
    <w:p>
      <w:pPr>
        <w:jc w:val="right"/>
      </w:pPr>
      <w:r>
        <w:t>دس کوئسچن از فرام مولانا زکوان: واٹ از دی امپورٹنس اف استغفار؟ استغفار۔</w:t>
      </w:r>
    </w:p>
    <w:p>
      <w:r>
        <w:rPr>
          <w:b/>
        </w:rPr>
        <w:t xml:space="preserve">[34:47] </w:t>
      </w:r>
      <w:r>
        <w:t>dekhen, istighfar ka matlab hai khuda se forgiveness chahna. o god, forgive me, yeh kehna.</w:t>
      </w:r>
    </w:p>
    <w:p>
      <w:pPr>
        <w:jc w:val="right"/>
      </w:pPr>
      <w:r>
        <w:t>دیکھیں، استغفار کا مطلب ہے خدا سے فارگیونس چاہنا۔ او گاڈ، فارگیو می، یہ کہنا۔</w:t>
      </w:r>
    </w:p>
    <w:p>
      <w:r>
        <w:rPr>
          <w:b/>
        </w:rPr>
        <w:t xml:space="preserve">[34:59] </w:t>
      </w:r>
      <w:r>
        <w:t>to is ke dekhen, do woh hain. ek to yeh ke aap koi, yani bada gunah hum se ho jaye, yeh sab jhoot bol dein.</w:t>
      </w:r>
    </w:p>
    <w:p>
      <w:pPr>
        <w:jc w:val="right"/>
      </w:pPr>
      <w:r>
        <w:t>تو اس کے دیکھیں، دو وہ ہیں۔ ایک تو یہ کہ اپ کوئی، یعنی بڑا گناہ ہم سے ہو جائے، یہ سب جھوٹ بول دیں۔</w:t>
      </w:r>
    </w:p>
    <w:p>
      <w:r>
        <w:rPr>
          <w:b/>
        </w:rPr>
        <w:t xml:space="preserve">[35:11] </w:t>
      </w:r>
      <w:r>
        <w:t>hum koi dishonesty kaam karein to koi bada gunah ho jaye to wahan par hum khuda se kahenge: khudaya hum ko maaf kar.</w:t>
      </w:r>
    </w:p>
    <w:p>
      <w:pPr>
        <w:jc w:val="right"/>
      </w:pPr>
      <w:r>
        <w:t>ہم کوئی ڈس اونسٹی کام کریں تو کوئی بڑا گناہ ہو جائے تو وہاں پر ہم خدا سے کہیں گے: خدایا ہم کو معاف کر۔</w:t>
      </w:r>
    </w:p>
    <w:p>
      <w:r>
        <w:rPr>
          <w:b/>
        </w:rPr>
        <w:t xml:space="preserve">[35:22] </w:t>
      </w:r>
      <w:r>
        <w:t>lekin main samajhta hoon ke agar aap ko khuda ki barai ka ehsas aap ke dil mein baitha hua hai to har cheez lagegi aap ko ke pata nahi yahi, yeh maine gunah to nahi kar diya</w:t>
      </w:r>
    </w:p>
    <w:p>
      <w:pPr>
        <w:jc w:val="right"/>
      </w:pPr>
      <w:r>
        <w:t>لیکن میں سمجھتا ہوں کہ اگر اپ کو خدا کی بڑائی کا احساس اپ کے دل میں بیٹھا ہوا ہے تو ہر چیز لگے گی اپ کو کہ پتہ نہیں یہی، یہ میں نے گناہ تو نہیں کر دیا</w:t>
      </w:r>
    </w:p>
    <w:p>
      <w:r>
        <w:rPr>
          <w:b/>
        </w:rPr>
        <w:t xml:space="preserve">[35:42] </w:t>
      </w:r>
      <w:r>
        <w:t>ke main aise baitha hoon to shayad main sahi nahi baitha hoon. adab is mein shamil nahi hai. yeh be adabi ka tareeqa hai baithne ka.</w:t>
      </w:r>
    </w:p>
    <w:p>
      <w:pPr>
        <w:jc w:val="right"/>
      </w:pPr>
      <w:r>
        <w:t>کہ میں ایسے بیٹھا ہوں تو شاید میں صحیح نہیں بیٹھا ہوں۔ ادب اس میں شامل نہیں ہے۔ یہ بے ادبی کا طریقہ ہے بیٹھنے کا۔</w:t>
      </w:r>
    </w:p>
    <w:p>
      <w:r>
        <w:rPr>
          <w:b/>
        </w:rPr>
        <w:t xml:space="preserve">[35:50] </w:t>
      </w:r>
      <w:r>
        <w:t>is par bhi ehsas hoga ke bhai khuda se maafi mango. kisi bhi cheez mein ehsas jaagta rehta hai. isi liye hadith mein aata hai ke rasool allah ne farmaya ke main</w:t>
      </w:r>
    </w:p>
    <w:p>
      <w:pPr>
        <w:jc w:val="right"/>
      </w:pPr>
      <w:r>
        <w:t>اس پر بھی احساس ہوگا کہ بھئی خدا سے معافی مانگو۔ کسی بھی چیز میں احساس جاگتا رہتا ہے۔ اسی لیے حدیث میں آتا ہے کہ رسول اللہ نے فرمایا کہ میں</w:t>
      </w:r>
    </w:p>
    <w:p>
      <w:r>
        <w:rPr>
          <w:b/>
        </w:rPr>
        <w:t xml:space="preserve">[36:00] </w:t>
      </w:r>
      <w:r>
        <w:t>rozana 70 bar maghfirat istighfar karta hoon, yani khuda se forgiveness mangta hoon. to is ka matlab nahi ke 70 gunah karte the, nauzubillah.</w:t>
      </w:r>
    </w:p>
    <w:p>
      <w:pPr>
        <w:jc w:val="right"/>
      </w:pPr>
      <w:r>
        <w:t>روزانہ 70 بار مغفرت استغفار کرتا ہوں، یعنی خدا سے فارگیونس مانگتا ہوں۔ تو اس کا مطلب نہیں کہ 70 گناہ کرتے تھے، نعوذ باللہ۔</w:t>
      </w:r>
    </w:p>
    <w:p>
      <w:r>
        <w:rPr>
          <w:b/>
        </w:rPr>
        <w:t xml:space="preserve">[36:11] </w:t>
      </w:r>
      <w:r>
        <w:t>yeh matlab nahi hai is ka. balkeh yeh baat ke hum khuda ko, khuda ke bande hain, khuda ne hamein banaya hai,</w:t>
      </w:r>
    </w:p>
    <w:p>
      <w:pPr>
        <w:jc w:val="right"/>
      </w:pPr>
      <w:r>
        <w:t>یہ مطلب نہیں ہے اس کا۔ بلکہ یہ بات کہ ہم خدا کو، خدا کے بندے ہیں، خدا نے ہمیں بنایا ہے،</w:t>
      </w:r>
    </w:p>
    <w:p>
      <w:r>
        <w:rPr>
          <w:b/>
        </w:rPr>
        <w:t xml:space="preserve">[36:21] </w:t>
      </w:r>
      <w:r>
        <w:t>khuda ke diye hue par hum jeete hain is duniya mein to hamesha yeh ehsas jagta rehta hai ke pata nahi hum ne is ka jo hamare upar jo khuda ka haq banta hai, woh ada hua ke nahi ada hua.</w:t>
      </w:r>
    </w:p>
    <w:p>
      <w:pPr>
        <w:jc w:val="right"/>
      </w:pPr>
      <w:r>
        <w:t>خدا کے دیے ہوئے پر ہم جیتے ہیں اس دنیا میں تو ہمیشہ یہ احساس جاگتا رہتا ہے کہ پتہ نہیں ہم نے اس کا جو ہمارے اوپر جو خدا کا حق بنتا ہے، وہ ادا ہوا کہ نہیں ادا ہوا۔</w:t>
      </w:r>
    </w:p>
    <w:p>
      <w:r>
        <w:rPr>
          <w:b/>
        </w:rPr>
        <w:t xml:space="preserve">[36:38] </w:t>
      </w:r>
      <w:r>
        <w:t>jaise kisi ne kaha hai ke haq to yeh hai ke haq ada na hua.</w:t>
      </w:r>
    </w:p>
    <w:p>
      <w:pPr>
        <w:jc w:val="right"/>
      </w:pPr>
      <w:r>
        <w:t>جیسے کسی نے کہا ہے کہ حق تو یہ ہے کہ حق ادا نہ ہوا۔</w:t>
      </w:r>
    </w:p>
    <w:p>
      <w:r>
        <w:rPr>
          <w:b/>
        </w:rPr>
        <w:t xml:space="preserve">[36:44] </w:t>
      </w:r>
      <w:r>
        <w:t>haq to yeh hai ke haq ada na hua. yani haq ada kar ke bhi lagta hai ke hum ne ada nahi kiya. to ek hai ke ap khuda se koi well known koi koi sun ho jaye, us ke liye khuda se ap maafii mangen.</w:t>
      </w:r>
    </w:p>
    <w:p>
      <w:pPr>
        <w:jc w:val="right"/>
      </w:pPr>
      <w:r>
        <w:t>حق تو یہ ہے کہ حق ادا نہ ہوا۔ یعنی حق ادا کر کے بھی لگتا ہے کہ ہم نے ادا نہیں کیا۔ تو ایک ہے کہ اپ خدا سے کوئی ویل نون کوئی کوئی سن ہو جائے، اس کے لیے خدا سے اپ معافی مانگیں۔</w:t>
      </w:r>
    </w:p>
    <w:p>
      <w:r>
        <w:rPr>
          <w:b/>
        </w:rPr>
        <w:t xml:space="preserve">[37:02] </w:t>
      </w:r>
      <w:r>
        <w:t>aur yeh ke koi well known sun nahi hai, lekin ap ka ehsas ke main khuda ka banda hoon, yeh ehsas bhi ap ko bar bar kahe ga ke khuda se maafii mangne ke liye ap istighfar karte rahen ge.</w:t>
      </w:r>
    </w:p>
    <w:p>
      <w:pPr>
        <w:jc w:val="right"/>
      </w:pPr>
      <w:r>
        <w:t>اور یہ کہ کوئی ویل نون سن نہیں ہے، لیکن اپ کا احساس کہ میں خدا کا بندہ ہوں، یہ احساس بھی اپ کو بار بار کہے گا کہ خدا سے معافی مانگنے کے لیے اپ استغفار کرتے رہیں گے۔</w:t>
      </w:r>
    </w:p>
    <w:p>
      <w:r>
        <w:rPr>
          <w:b/>
        </w:rPr>
        <w:t xml:space="preserve">[37:17] </w:t>
      </w:r>
      <w:r>
        <w:t>yeh main samjha hoon is ka matlab.</w:t>
      </w:r>
    </w:p>
    <w:p>
      <w:pPr>
        <w:jc w:val="right"/>
      </w:pPr>
      <w:r>
        <w:t>یہ میں سمجھا ہوں اس کا مطلب۔</w:t>
      </w:r>
    </w:p>
    <w:p>
      <w:r>
        <w:rPr>
          <w:b/>
        </w:rPr>
        <w:t xml:space="preserve">[37:22] </w:t>
      </w:r>
      <w:r>
        <w:t>das question is from aisha: muslims generally prioritize their belief over patriotism.</w:t>
      </w:r>
    </w:p>
    <w:p>
      <w:pPr>
        <w:jc w:val="right"/>
      </w:pPr>
      <w:r>
        <w:t>دس کوئسچن از فرام عائشہ: مسلمز جنرلی پرائیورٹائز دیر بیلیف اوور پیٹریوٹزم۔</w:t>
      </w:r>
    </w:p>
    <w:p>
      <w:r>
        <w:rPr>
          <w:b/>
        </w:rPr>
        <w:t xml:space="preserve">[37:30] </w:t>
      </w:r>
      <w:r>
        <w:t>kindly comment.</w:t>
      </w:r>
    </w:p>
    <w:p>
      <w:pPr>
        <w:jc w:val="right"/>
      </w:pPr>
      <w:r>
        <w:t>کائنڈلی کمنٹ۔</w:t>
      </w:r>
    </w:p>
    <w:p>
      <w:r>
        <w:rPr>
          <w:b/>
        </w:rPr>
        <w:t xml:space="preserve">[37:35] </w:t>
      </w:r>
      <w:r>
        <w:t>dekhen, yeh question jo hai aksar kiya jata hai. main samjha hoon ke yeh question relevant nahi hai.</w:t>
      </w:r>
    </w:p>
    <w:p>
      <w:pPr>
        <w:jc w:val="right"/>
      </w:pPr>
      <w:r>
        <w:t>دیکھیں، یہ کوئسچن جو ہے اکثر کیا جاتا ہے۔ میں سمجھتا ہوں کہ یہ کوئسچن ریلیونٹ نہیں ہے۔</w:t>
      </w:r>
    </w:p>
    <w:p>
      <w:r>
        <w:rPr>
          <w:b/>
        </w:rPr>
        <w:t xml:space="preserve">[37:49] </w:t>
      </w:r>
      <w:r>
        <w:t>kuch log ek is tarah ka kehte hain ke sahib, ap agar mazhab ko zyada, ap ko mazhab se zyada ap ko lagav hai to ap ko vatan se lagav nahi hoga.</w:t>
      </w:r>
    </w:p>
    <w:p>
      <w:pPr>
        <w:jc w:val="right"/>
      </w:pPr>
      <w:r>
        <w:t>کچھ لوگ ایک اس طرح کا کہتے ہیں کہ صاحب، اپ اگر مذہب کو زیادہ، اپ کو مذہب سے زیادہ اپ کو لگاؤ ہے تو اپ کو وطن سے لگاؤ نہیں ہوگا۔</w:t>
      </w:r>
    </w:p>
    <w:p>
      <w:r>
        <w:rPr>
          <w:b/>
        </w:rPr>
        <w:t xml:space="preserve">[38:02] </w:t>
      </w:r>
      <w:r>
        <w:t>to ap vatan ko ap ne secretary bana diya.</w:t>
      </w:r>
    </w:p>
    <w:p>
      <w:pPr>
        <w:jc w:val="right"/>
      </w:pPr>
      <w:r>
        <w:t>تو اپ وطن کو اپ نے سیکرٹری بنا دیا۔</w:t>
      </w:r>
    </w:p>
    <w:p>
      <w:r>
        <w:rPr>
          <w:b/>
        </w:rPr>
        <w:t xml:space="preserve">[38:06] </w:t>
      </w:r>
      <w:r>
        <w:t>yeh baat sahi nahi hai. is se pehle main ne ghaliban yeh baat batai hai ke dilli mein ek bar yahan par ek seminar tha.</w:t>
      </w:r>
    </w:p>
    <w:p>
      <w:pPr>
        <w:jc w:val="right"/>
      </w:pPr>
      <w:r>
        <w:t>یہ بات صحیح نہیں ہے۔ اس سے پہلے میں نے غالباً یہ بات بتائی ہے کہ دلی میں ایک بار یہاں پر ایک سیمینار تھا۔</w:t>
      </w:r>
    </w:p>
    <w:p>
      <w:r>
        <w:rPr>
          <w:b/>
        </w:rPr>
        <w:t xml:space="preserve">[38:16] </w:t>
      </w:r>
      <w:r>
        <w:t>yahi sawal uthaya kisi ne, yahi sawal ke jin logon ko</w:t>
      </w:r>
    </w:p>
    <w:p>
      <w:pPr>
        <w:jc w:val="right"/>
      </w:pPr>
      <w:r>
        <w:t>یہی سوال اٹھایا کسی نے، یہی سوال کہ جن لوگوں کو</w:t>
      </w:r>
    </w:p>
    <w:p>
      <w:r>
        <w:rPr>
          <w:b/>
        </w:rPr>
        <w:t xml:space="preserve">[38:22] </w:t>
      </w:r>
      <w:r>
        <w:t>ke loyalty out of the country hai, woh country ke loyal nahi hain.</w:t>
      </w:r>
    </w:p>
    <w:p>
      <w:pPr>
        <w:jc w:val="right"/>
      </w:pPr>
      <w:r>
        <w:t>کہ لائلٹی اؤٹ اف دا کنٹری ہے، وہ کنٹری کے لائل نہیں ہیں۔</w:t>
      </w:r>
    </w:p>
    <w:p>
      <w:r>
        <w:rPr>
          <w:b/>
        </w:rPr>
        <w:t xml:space="preserve">[38:30] </w:t>
      </w:r>
      <w:r>
        <w:t>yeh hajj karna chahte hain makkah madinah, ab in ko wahan par bohat zyada lagav hai to in ko is mani ki, unhon ne un ke patriotism ki spirit kam hai.</w:t>
      </w:r>
    </w:p>
    <w:p>
      <w:pPr>
        <w:jc w:val="right"/>
      </w:pPr>
      <w:r>
        <w:t>یہ حج کرنا چاہتے ہیں مکہ مدینہ، اب ان کو وہاں پر بہت زیادہ لگاؤ ہے تو ان کو اس معنی کی، انہوں نے ان کے پیٹریوٹزم کی سپرٹ کم ہے۔</w:t>
      </w:r>
    </w:p>
    <w:p>
      <w:r>
        <w:rPr>
          <w:b/>
        </w:rPr>
        <w:t xml:space="preserve">[38:42] </w:t>
      </w:r>
      <w:r>
        <w:t>aisa kisi ne kaha wahan to wahan par stage par the dilip padgaonkar, well known journalist hain, ap log jante honge un ko, dilip padgaonkar.</w:t>
      </w:r>
    </w:p>
    <w:p>
      <w:pPr>
        <w:jc w:val="right"/>
      </w:pPr>
      <w:r>
        <w:t>ایسا کسی نے کہا وہاں تو وہاں پر اسٹیج پر تھے دلیپ پیدگاؤ کر، ویل نون جرنلسٹ ہیں، اپ لوگ جانتے ہوں گے ان کو، دلیپ پیدگاؤ کر۔</w:t>
      </w:r>
    </w:p>
    <w:p>
      <w:r>
        <w:rPr>
          <w:b/>
        </w:rPr>
        <w:t xml:space="preserve">[38:56] </w:t>
      </w:r>
      <w:r>
        <w:t>to unhon ne is ka bara acha jawab diya tha.</w:t>
      </w:r>
    </w:p>
    <w:p>
      <w:pPr>
        <w:jc w:val="right"/>
      </w:pPr>
      <w:r>
        <w:t>تو انہوں نے اس کا بڑا اچھا جواب دیا تھا۔</w:t>
      </w:r>
    </w:p>
    <w:p>
      <w:r>
        <w:rPr>
          <w:b/>
        </w:rPr>
        <w:t xml:space="preserve">[39:00] </w:t>
      </w:r>
      <w:r>
        <w:t>unhon ne kaha ke yeh ap insan ko underestimate kar rahe hain. to main samjha hoon ke ek insan ko agar makkah madinah se pyar hai to itna hi pyar us ko apne des se bhi ho sakta hai.</w:t>
      </w:r>
    </w:p>
    <w:p>
      <w:pPr>
        <w:jc w:val="right"/>
      </w:pPr>
      <w:r>
        <w:t>انہوں نے کہا کہ یہ اپ انسان کو انڈرسٹیمیٹ کر رہے ہیں۔ تو میں سمجھتا ہوں کہ ایک انسان کو اگر مکہ مدینہ سے پیار ہے تو اتنا ہی پیار اس کو اپنے دیس سے بھی ہو سکتا ہے۔</w:t>
      </w:r>
    </w:p>
    <w:p>
      <w:r>
        <w:rPr>
          <w:b/>
        </w:rPr>
        <w:t xml:space="preserve">[39:14] </w:t>
      </w:r>
      <w:r>
        <w:t>is ka matlab yeh hai ke des se kam pyar rahe ga.</w:t>
      </w:r>
    </w:p>
    <w:p>
      <w:pPr>
        <w:jc w:val="right"/>
      </w:pPr>
      <w:r>
        <w:t>اس کا مطلب یہ ہے کہ دیس سے کم پیار رہے گا۔</w:t>
      </w:r>
    </w:p>
    <w:p>
      <w:r>
        <w:rPr>
          <w:b/>
        </w:rPr>
        <w:t xml:space="preserve">[39:18] </w:t>
      </w:r>
      <w:r>
        <w:t>yeh insan ko underestimate karna hai.</w:t>
      </w:r>
    </w:p>
    <w:p>
      <w:pPr>
        <w:jc w:val="right"/>
      </w:pPr>
      <w:r>
        <w:t>یہ انسان کو انڈرسٹیمیٹ کرنا ہے۔</w:t>
      </w:r>
    </w:p>
    <w:p>
      <w:r>
        <w:rPr>
          <w:b/>
        </w:rPr>
        <w:t xml:space="preserve">[39:24] </w:t>
      </w:r>
      <w:r>
        <w:t>main apne bare mein bataoon ap ko ke zahir hai ke main ek practicing muslim hoon. main saudi arab gaya, makkah madinah jahan hai to wahan par by chance aisa hua ke mujhe</w:t>
      </w:r>
    </w:p>
    <w:p>
      <w:pPr>
        <w:jc w:val="right"/>
      </w:pPr>
      <w:r>
        <w:t>میں اپنے بارے میں بتاؤں اپ کو کہ ظاہر ہے کہ میں ایک پریکٹسنگ مسلم ہوں۔ میں سعودی عرب گیا، مکہ مدینہ جہاں ہے تو وہاں پر بائی چانس ایسا ہوا کہ مجھے</w:t>
      </w:r>
    </w:p>
    <w:p>
      <w:r>
        <w:rPr>
          <w:b/>
        </w:rPr>
        <w:t xml:space="preserve">[39:40] </w:t>
      </w:r>
      <w:r>
        <w:t>kuch zyada thehrna pada. shayad ek adh mahina raha main to government ka main wahan par guest tha.</w:t>
      </w:r>
    </w:p>
    <w:p>
      <w:pPr>
        <w:jc w:val="right"/>
      </w:pPr>
      <w:r>
        <w:t>کچھ زیادہ ٹھہرنا پڑا۔ شاید ایک ادھ مہینہ رہا میں تو گورنمنٹ کا میں وہاں پر گیسٹ تھا۔</w:t>
      </w:r>
    </w:p>
    <w:p>
      <w:r>
        <w:rPr>
          <w:b/>
        </w:rPr>
        <w:t xml:space="preserve">[39:50] </w:t>
      </w:r>
      <w:r>
        <w:t>first class ka ticket tha mere pas, hawai jahaz ka five star hotel thehra tha wahan par. har qism ka wahan par aram tha mujh ko, lekin har waqt mujhe apna des yaad ata tha.</w:t>
      </w:r>
    </w:p>
    <w:p>
      <w:pPr>
        <w:jc w:val="right"/>
      </w:pPr>
      <w:r>
        <w:t>فرسٹ کلاس کا ٹکٹ تھا میرے پاس، ہوائی جہاز کا فائیو سٹار ہوٹل ٹھہرا تھا وہاں پر۔ ہر قسم کا وہاں پر آرام تھا مجھ کو، لیکن ہر وقت مجھے اپنا دیس یاد آتا تھا۔</w:t>
      </w:r>
    </w:p>
    <w:p>
      <w:r>
        <w:rPr>
          <w:b/>
        </w:rPr>
        <w:t xml:space="preserve">[40:03] </w:t>
      </w:r>
      <w:r>
        <w:t>aur jitni der tak woh mujhe thehrana chahte the, us se kam muddat mein bhaga wahan se. main aise hi morocco gaya to main king ka mehman tha, jo wahan ka jo king hai morocco ka,</w:t>
      </w:r>
    </w:p>
    <w:p>
      <w:pPr>
        <w:jc w:val="right"/>
      </w:pPr>
      <w:r>
        <w:t>اور جتنی دیر تک وہ مجھے ٹھہرانا چاہتے تھے، اس سے کم مدت میں بھاگا وہاں سے۔ میں ایسے ہی مراکش گیا تو میں کنگ کا مہمان تھا، جو وہاں کا جو کنگ ہے مراکش کا،</w:t>
      </w:r>
    </w:p>
    <w:p>
      <w:r>
        <w:rPr>
          <w:b/>
        </w:rPr>
        <w:t xml:space="preserve">[40:18] </w:t>
      </w:r>
      <w:r>
        <w:t>aur bohat zabardast wahan intizam tha wahan ane ka.</w:t>
      </w:r>
    </w:p>
    <w:p>
      <w:pPr>
        <w:jc w:val="right"/>
      </w:pPr>
      <w:r>
        <w:t>اور بہت زبردست وہاں انتظام تھا وہاں آنے کا۔</w:t>
      </w:r>
    </w:p>
    <w:p>
      <w:r>
        <w:rPr>
          <w:b/>
        </w:rPr>
        <w:t xml:space="preserve">[40:22] </w:t>
      </w:r>
      <w:r>
        <w:t>to first class ka ticket aur aur bohat unche darje ka hotel is mein thehrate hain, lekin wahan bhi main kuch pehle hi bhaga. pure ramadan ke baghair the unhon ne.</w:t>
      </w:r>
    </w:p>
    <w:p>
      <w:pPr>
        <w:jc w:val="right"/>
      </w:pPr>
      <w:r>
        <w:t>تو فرسٹ کلاس کا ٹکٹ اور اور بہت اونچے درجے کا ہوٹل اس میں ٹھہراتے ہیں، لیکن وہاں بھی میں کچھ پہلے ہی بھاگا۔ پورے رمضان کے بغیر تھے انہوں نے۔</w:t>
      </w:r>
    </w:p>
    <w:p>
      <w:r>
        <w:rPr>
          <w:b/>
        </w:rPr>
        <w:t xml:space="preserve">[40:33] </w:t>
      </w:r>
      <w:r>
        <w:t>mein mein shayad das pandrah din bhaga wahan se. kyon? apne dais ki yaad barabar rehti thi mujh ko.</w:t>
      </w:r>
    </w:p>
    <w:p>
      <w:pPr>
        <w:jc w:val="right"/>
      </w:pPr>
      <w:r>
        <w:t>میں میں شاید دس پندرہ دن بھاگا وہاں سے۔ کیوں؟ اپنے دیس کی یاد برابر رہتی تھی مجھ کو۔</w:t>
      </w:r>
    </w:p>
    <w:p>
      <w:r>
        <w:rPr>
          <w:b/>
        </w:rPr>
        <w:t xml:space="preserve">[40:40] </w:t>
      </w:r>
      <w:r>
        <w:t>yahan tak ke jab mera jahaz aaya to dili ke air space mein jab tha woh to aisi tadap andar thi ke lagta tha ke bas kood parun, apne dais ki zameen par pahunch jao jaldi se.</w:t>
      </w:r>
    </w:p>
    <w:p>
      <w:pPr>
        <w:jc w:val="right"/>
      </w:pPr>
      <w:r>
        <w:t>یہاں تک کہ جب میرا جہاز آیا تو دلی کے ایئر سپیس میں جب تھا وہ تو ایسی تڑپ اندر تھی کہ لگتا تھا کہ بس کود پڑوں، اپنے دیس کی زمین پر پہنچ جاؤ جلدی سے۔</w:t>
      </w:r>
    </w:p>
    <w:p>
      <w:r>
        <w:rPr>
          <w:b/>
        </w:rPr>
        <w:t xml:space="preserve">[40:54] </w:t>
      </w:r>
      <w:r>
        <w:t>to yeh insaan ko ap underestimate karte hain.</w:t>
      </w:r>
    </w:p>
    <w:p>
      <w:pPr>
        <w:jc w:val="right"/>
      </w:pPr>
      <w:r>
        <w:t>تو یہ انسان کو اپ انڈرسٹیمیٹ کرتے ہیں۔</w:t>
      </w:r>
    </w:p>
    <w:p>
      <w:r>
        <w:rPr>
          <w:b/>
        </w:rPr>
        <w:t xml:space="preserve">[41:02] </w:t>
      </w:r>
      <w:r>
        <w:t>mein ne ek ek bar to ajeeb khwab dekha tha, pura mein tha us waqt ek hotel mein. to din mein wahan par jo kuch program hue the to kisi ne is tarah ki baat keh di ke ap log jo hain to makkah madinah mein jeete hain, ap ki wafadari jo hai doubt full hai</w:t>
      </w:r>
    </w:p>
    <w:p>
      <w:pPr>
        <w:jc w:val="right"/>
      </w:pPr>
      <w:r>
        <w:t>میں نے ایک ایک بار تو عجیب خواب دیکھا تھا، پورا میں تھا اس وقت ایک ہوٹل میں۔ تو دن میں وہاں پر جو کچھ پروگرام ہوئے تھے تو کسی نے اس طرح کی بات کہہ دی کہ اپ لوگ جو ہیں تو مکہ مدینہ میں جیتے ہیں، اپ کی وفاداری جو ہے ڈاؤٹ فل ہے</w:t>
      </w:r>
    </w:p>
    <w:p>
      <w:r>
        <w:rPr>
          <w:b/>
        </w:rPr>
        <w:t xml:space="preserve">[41:19] </w:t>
      </w:r>
      <w:r>
        <w:t>india ke liye. doubt wafadari doubt full hai. to mujhe bahut is mein mera dil tadap raha tha. to raat ko mein ne khwab dekha ke mahatma gandhi aaye hain.</w:t>
      </w:r>
    </w:p>
    <w:p>
      <w:pPr>
        <w:jc w:val="right"/>
      </w:pPr>
      <w:r>
        <w:t>انڈیا کے لیے۔ ڈاؤٹ وفاداری ڈاؤٹ فل ہے۔ تو مجھے بہت اس میں میرا دل تڑپ رہا تھا۔ تو رات کو میں نے خواب دیکھا کہ مہاتما گاندھی آئے ہیں۔</w:t>
      </w:r>
    </w:p>
    <w:p>
      <w:r>
        <w:rPr>
          <w:b/>
        </w:rPr>
        <w:t xml:space="preserve">[41:30] </w:t>
      </w:r>
      <w:r>
        <w:t>yeh pura ka waqia hai. mahatma gandhi keh rahe hain ke maulana tumhari tumhari tumhari loyalty</w:t>
      </w:r>
    </w:p>
    <w:p>
      <w:pPr>
        <w:jc w:val="right"/>
      </w:pPr>
      <w:r>
        <w:t>یہ پورا کا واقعہ ہے۔ مہاتما گاندھی کہہ رہے ہیں کہ مولانا تمہاری تمہاری تمہاری لائلٹی</w:t>
      </w:r>
    </w:p>
    <w:p>
      <w:r>
        <w:rPr>
          <w:b/>
        </w:rPr>
        <w:t xml:space="preserve">[41:37] </w:t>
      </w:r>
      <w:r>
        <w:t>mein koi doubt nahi, india ke bare mein tumhare father mein koi doubt nahi. mein kehta hoon ke gandhi ji, mein ap ko bahut respect karta hoon, lekin mujhe is mamle mein ap ke certificate ki zaroorat nahi hai.</w:t>
      </w:r>
    </w:p>
    <w:p>
      <w:pPr>
        <w:jc w:val="right"/>
      </w:pPr>
      <w:r>
        <w:t>میں کوئی ڈاؤٹ نہیں، انڈیا کے بارے میں تمہارے فادر میں کوئی ڈاؤٹ نہیں۔ میں کہتا ہوں کہ گاندھی جی، میں اپ کو بہت ریسپیکٹ کرتا ہوں، لیکن مجھے اس معاملے میں اپ کے سرٹیفیکیٹ کی ضرورت نہیں ہے۔</w:t>
      </w:r>
    </w:p>
    <w:p>
      <w:r>
        <w:rPr>
          <w:b/>
        </w:rPr>
        <w:t xml:space="preserve">[41:55] </w:t>
      </w:r>
      <w:r>
        <w:t>mera jo mind jo tha, itna active tha ke woh dream aaya mujh ko. dream. gandhi ji keh rahe hain ke maulana tumhari loyalty, tumhari wafadari jo hai, woh bend doubt hai bharat ke liye.</w:t>
      </w:r>
    </w:p>
    <w:p>
      <w:pPr>
        <w:jc w:val="right"/>
      </w:pPr>
      <w:r>
        <w:t>میرا جو مائنڈ جو تھا، اتنا ایکٹیو تھا کہ وہ ڈریم آیا مجھ کو۔ ڈریم۔ گاندھی جی کہہ رہے ہیں کہ مولانا تمہاری لائلٹی، تمہاری وفاداری جو ہے، وہ بینڈ ڈاؤٹ ہے بھارت کے لیے۔</w:t>
      </w:r>
    </w:p>
    <w:p>
      <w:r>
        <w:rPr>
          <w:b/>
        </w:rPr>
        <w:t xml:space="preserve">[42:11] </w:t>
      </w:r>
      <w:r>
        <w:t>mein kehta hoon gandhi ji, mein ap ko respect deta hoon,</w:t>
      </w:r>
    </w:p>
    <w:p>
      <w:pPr>
        <w:jc w:val="right"/>
      </w:pPr>
      <w:r>
        <w:t>میں کہتا ہوں گاندھی جی، میں اپ کو ریسپیکٹ دیتا ہوں،</w:t>
      </w:r>
    </w:p>
    <w:p>
      <w:r>
        <w:rPr>
          <w:b/>
        </w:rPr>
        <w:t xml:space="preserve">[42:15] </w:t>
      </w:r>
      <w:r>
        <w:t>ap ki izzat karta hoon, lekin mujhe ap ke certificate ki zaroorat nahi hai.</w:t>
      </w:r>
    </w:p>
    <w:p>
      <w:pPr>
        <w:jc w:val="right"/>
      </w:pPr>
      <w:r>
        <w:t>اپ کی عزت کرتا ہوں، لیکن مجھے اپ کے سرٹیفیکیٹ کی ضرورت نہیں ہے۔</w:t>
      </w:r>
    </w:p>
    <w:p>
      <w:r>
        <w:rPr>
          <w:b/>
        </w:rPr>
        <w:t xml:space="preserve">[42:21] </w:t>
      </w:r>
      <w:r>
        <w:t>ap ap ke certificate ke baghair hi mein india se pyar karta hoon.</w:t>
      </w:r>
    </w:p>
    <w:p>
      <w:pPr>
        <w:jc w:val="right"/>
      </w:pPr>
      <w:r>
        <w:t>اپ اپ کے سرٹیفیکیٹ کے بغیر ہی میں انڈیا سے پیار کرتا ہوں۔</w:t>
      </w:r>
    </w:p>
    <w:p>
      <w:r>
        <w:rPr>
          <w:b/>
        </w:rPr>
        <w:t xml:space="preserve">[42:28] </w:t>
      </w:r>
      <w:r>
        <w:t>mujhe taajjub hai ke log insaan ko itna underestimate kyon karte hain, halanki har ghar mein woh khud bhi dekh rahe hain ke apne maa se bhi un ko pyar hai, aur baap se bhi pyar hai, aur bete se bhi pyar hai.</w:t>
      </w:r>
    </w:p>
    <w:p>
      <w:pPr>
        <w:jc w:val="right"/>
      </w:pPr>
      <w:r>
        <w:t>مجھے تعجب ہے کہ لوگ انسان کو اتنا انڈرسٹیمیٹ کیوں کرتے ہیں، حالانکہ ہر گھر میں وہ خود بھی دیکھ رہے ہیں کہ اپنے ماں سے بھی ان کو پیار ہے، اور باپ سے بھی پیار ہے، اور بیٹے سے بھی پیار ہے۔</w:t>
      </w:r>
    </w:p>
    <w:p>
      <w:r>
        <w:rPr>
          <w:b/>
        </w:rPr>
        <w:t xml:space="preserve">[42:39] </w:t>
      </w:r>
      <w:r>
        <w:t>to kya pyar ko khurd kar diya unhon ne? har aadmi ka apna experience hai, yeh</w:t>
      </w:r>
    </w:p>
    <w:p>
      <w:pPr>
        <w:jc w:val="right"/>
      </w:pPr>
      <w:r>
        <w:t>تو کیا پیار کو خرد کر دیا انہوں نے؟ ہر آدمی کا اپنا ایکسپیرینس ہے، یہ</w:t>
      </w:r>
    </w:p>
    <w:p>
      <w:r>
        <w:rPr>
          <w:b/>
        </w:rPr>
        <w:t xml:space="preserve">[42:46] </w:t>
      </w:r>
      <w:r>
        <w:t>isi ko ap yahan bhi isi se samajh lijie.</w:t>
      </w:r>
    </w:p>
    <w:p>
      <w:pPr>
        <w:jc w:val="right"/>
      </w:pPr>
      <w:r>
        <w:t>اسی کو اپ یہاں بھی اسی سے سمجھ لیجئے۔</w:t>
      </w:r>
    </w:p>
    <w:p>
      <w:r>
        <w:rPr>
          <w:b/>
        </w:rPr>
        <w:t xml:space="preserve">[42:52] </w:t>
      </w:r>
      <w:r>
        <w:t>agar mujhe makkah madinah se pyar hai to itna hi pyar mujhe india se bhi hai. to mein ne gandhi ji ka certificate accept nahi kiya.</w:t>
      </w:r>
    </w:p>
    <w:p>
      <w:pPr>
        <w:jc w:val="right"/>
      </w:pPr>
      <w:r>
        <w:t>اگر مجھے مکہ مدینہ سے پیار ہے تو اتنا ہی پیار مجھے انڈیا سے بھی ہے۔ تو میں نے گاندھی جی کا سرٹیفیکیٹ ایکسیپٹ نہیں کیا۔</w:t>
      </w:r>
    </w:p>
    <w:p>
      <w:r>
        <w:rPr>
          <w:b/>
        </w:rPr>
        <w:t xml:space="preserve">[43:02] </w:t>
      </w:r>
      <w:r>
        <w:t>ap ke certificate ke baghair hi mein india ko apna mehboob mulk samajhta hoon.</w:t>
      </w:r>
    </w:p>
    <w:p>
      <w:pPr>
        <w:jc w:val="right"/>
      </w:pPr>
      <w:r>
        <w:t>اپ کے سرٹیفیکیٹ کے بغیر ہی میں انڈیا کو اپنا محبوب ملک سمجھتا ہوں۔</w:t>
      </w:r>
    </w:p>
    <w:p>
      <w:r>
        <w:rPr>
          <w:b/>
        </w:rPr>
        <w:t xml:space="preserve">[43:13] </w:t>
      </w:r>
      <w:r>
        <w:t>is tarah ki jo baat jo log kehte hain, un ke bare mein mera yahi kehna hai ke woh insaan ko underestimate kar rahe hain.</w:t>
      </w:r>
    </w:p>
    <w:p>
      <w:pPr>
        <w:jc w:val="right"/>
      </w:pPr>
      <w:r>
        <w:t>اس طرح کی جو بات جو لوگ کہتے ہیں، ان کے بارے میں میرا یہی کہنا ہے کہ وہ انسان کو انڈرسٹیمیٹ کر رہے ہیں۔</w:t>
      </w:r>
    </w:p>
    <w:p>
      <w:r>
        <w:rPr>
          <w:b/>
        </w:rPr>
        <w:t xml:space="preserve">[43:25] </w:t>
      </w:r>
      <w:r>
        <w:t>das question is from adam shafi: there is ignorance about islam among muslims. how should we address this?</w:t>
      </w:r>
    </w:p>
    <w:p>
      <w:pPr>
        <w:jc w:val="right"/>
      </w:pPr>
      <w:r>
        <w:t>دس کوئسچن از فرام آدم شفیع: دیر از اگنورنس اباؤٹ اسلام امنگ مسلمز۔ ہاؤ شوڈ وی ایڈریس دس؟</w:t>
      </w:r>
    </w:p>
    <w:p>
      <w:r>
        <w:rPr>
          <w:b/>
        </w:rPr>
        <w:t xml:space="preserve">[43:37] </w:t>
      </w:r>
      <w:r>
        <w:t>bas bataie un ko</w:t>
      </w:r>
    </w:p>
    <w:p>
      <w:pPr>
        <w:jc w:val="right"/>
      </w:pPr>
      <w:r>
        <w:t>بس بتائیے ان کو</w:t>
      </w:r>
    </w:p>
    <w:p>
      <w:r>
        <w:rPr>
          <w:b/>
        </w:rPr>
        <w:t xml:space="preserve">[43:42] </w:t>
      </w:r>
      <w:r>
        <w:t>ke bataie aur kya hai. literature failayen, hum isi ke liye sara literature hum ne chhap rakha hai. kai sau literature hain, bachchon ke liye bhi hain, baron ke liye bhi hain.</w:t>
      </w:r>
    </w:p>
    <w:p>
      <w:pPr>
        <w:jc w:val="right"/>
      </w:pPr>
      <w:r>
        <w:t>کہ بتائیے اور کیا ہے۔ لٹریچر پھیلائیں، ہم اسی کے لیے سارا لٹریچر ہم نے چھاپ رکھا ہے۔ کئی سو لٹریچر ہیں، بچوں کے لیے بھی ہیں، بڑوں کے لیے بھی ہیں۔</w:t>
      </w:r>
    </w:p>
    <w:p>
      <w:r>
        <w:rPr>
          <w:b/>
        </w:rPr>
        <w:t xml:space="preserve">[43:56] </w:t>
      </w:r>
      <w:r>
        <w:t>hamare jo kitaben chhapi hain, woh bachchon ke liye bhi hain, baron ke bhi hain. chhoti kitab hai, badi kitab hai, har language mein hai. is ko failayen, is ko failayen.</w:t>
      </w:r>
    </w:p>
    <w:p>
      <w:pPr>
        <w:jc w:val="right"/>
      </w:pPr>
      <w:r>
        <w:t>ہمارے جو کتابیں چھپی ہیں، وہ بچوں کے لیے بھی ہیں، بڑوں کے بھی ہیں۔ چھوٹی کتاب ہے، بڑی کتاب ہے، ہر لینگویج میں ہے۔ اس کو پھیلائیے، اس کو پھیلائیے۔</w:t>
      </w:r>
    </w:p>
    <w:p>
      <w:r>
        <w:rPr>
          <w:b/>
        </w:rPr>
        <w:t xml:space="preserve">[44:04] </w:t>
      </w:r>
      <w:r>
        <w:t>yahi yahi hai is ka solution. allama bil qalam par amal kijiye ap.</w:t>
      </w:r>
    </w:p>
    <w:p>
      <w:pPr>
        <w:jc w:val="right"/>
      </w:pPr>
      <w:r>
        <w:t>یہی یہی ہے اس کا سلویوشن۔ علامہ بالقلم پر عمل کیجئے اپ۔</w:t>
      </w:r>
    </w:p>
    <w:p>
      <w:r>
        <w:rPr>
          <w:b/>
        </w:rPr>
        <w:t xml:space="preserve">[44:16] </w:t>
      </w:r>
      <w:r>
        <w:t>das question is from idrees</w:t>
      </w:r>
    </w:p>
    <w:p>
      <w:pPr>
        <w:jc w:val="right"/>
      </w:pPr>
      <w:r>
        <w:t>دس کوئسچن از فرام ادریس</w:t>
      </w:r>
    </w:p>
    <w:p>
      <w:r>
        <w:rPr>
          <w:b/>
        </w:rPr>
        <w:t xml:space="preserve">[44:19] </w:t>
      </w:r>
      <w:r>
        <w:t>: will dajjal misguide people because he himself is misguided or he deliberately misguides peop</w:t>
      </w:r>
    </w:p>
    <w:p>
      <w:pPr>
        <w:jc w:val="right"/>
      </w:pPr>
      <w:r>
        <w:t>: ول دجال مس گائیڈ پیپل بیکاز ہی ہم سیلف از مس گائیڈڈ اور ہی ڈیلیبریٹلی مس گائیڈز پیپ</w:t>
      </w:r>
    </w:p>
    <w:p>
      <w:r>
        <w:rPr>
          <w:b/>
        </w:rPr>
        <w:t xml:space="preserve">[44:28] </w:t>
      </w:r>
      <w:r>
        <w:t>l? dekhen, log samajhte hain dajjal koi yani mountain jaisa aadmi hoga, bahut bada sa, aur badi seeng hogi. yeh sab bilkul baseless baaten hain.</w:t>
      </w:r>
    </w:p>
    <w:p>
      <w:pPr>
        <w:jc w:val="right"/>
      </w:pPr>
      <w:r>
        <w:t>ل؟ دیکھیں، لوگ سمجھتے ہیں دجال کوئی یعنی ماؤنٹین جیسا آدمی ہوگا، بہت بڑا سا، اور بڑی سینگ ہوگی۔ یہ سب بالکل بیسلیس باتیں ہیں۔</w:t>
      </w:r>
    </w:p>
    <w:p>
      <w:r>
        <w:rPr>
          <w:b/>
        </w:rPr>
        <w:t xml:space="preserve">[44:39] </w:t>
      </w:r>
      <w:r>
        <w:t>hum hi aap mein se koi jaisa hoga. dajjal, dajjal kya hai? dajjal koi nai baat nahi hai. dajjal se murad wahi hai jo</w:t>
      </w:r>
    </w:p>
    <w:p>
      <w:pPr>
        <w:jc w:val="right"/>
      </w:pPr>
      <w:r>
        <w:t>ہم ہی اپ میں سے کوئی جیسا ہوگا۔ دجال، دجال کیا ہے؟ دجال کوئی نئی بات نہیں ہے۔ دجال سے مراد وہی ہے جو</w:t>
      </w:r>
    </w:p>
    <w:p>
      <w:r>
        <w:rPr>
          <w:b/>
        </w:rPr>
        <w:t xml:space="preserve">[44:48] </w:t>
      </w:r>
      <w:r>
        <w:t>jo khuda ke mazhab ko exploitation ke liye istemal kare. pehle bhi thay, aaj bhi hain. pehle chote dajjal hotay thay, ab bara dajjal.</w:t>
      </w:r>
    </w:p>
    <w:p>
      <w:pPr>
        <w:jc w:val="right"/>
      </w:pPr>
      <w:r>
        <w:t>جو خدا کے مذہب کو ایکسپلائٹیشن کے لیے استعمال کرے۔ پہلے بھی تھے، آج بھی ہیں۔ پہلے چھوٹے دجال ہوتے تھے، اب بڑا دجال۔</w:t>
      </w:r>
    </w:p>
    <w:p>
      <w:r>
        <w:rPr>
          <w:b/>
        </w:rPr>
        <w:t xml:space="preserve">[44:58] </w:t>
      </w:r>
      <w:r>
        <w:t>yani religion ko apne interest ke liye exploit karna yahi dajali hai.</w:t>
      </w:r>
    </w:p>
    <w:p>
      <w:pPr>
        <w:jc w:val="right"/>
      </w:pPr>
      <w:r>
        <w:t>یعنی ریلیجن کو اپنے انٹرسٹ کے لیے ایکسپلائٹ کرنا یہی دجالی ہے۔</w:t>
      </w:r>
    </w:p>
    <w:p>
      <w:r>
        <w:rPr>
          <w:b/>
        </w:rPr>
        <w:t xml:space="preserve">[45:04] </w:t>
      </w:r>
      <w:r>
        <w:t>pehlay bhi hotay thay, baad ke zamanay mein is ki opportunity zyada barh gayi hai. aaj kal jo media hai aur communication hai, paisa hai, zara zara fame milti hai logon ko.</w:t>
      </w:r>
    </w:p>
    <w:p>
      <w:pPr>
        <w:jc w:val="right"/>
      </w:pPr>
      <w:r>
        <w:t>پہلے بھی ہوتے تھے، بعد کے زمانے میں اس کی اپرچونیٹی زیادہ بڑھ گئی ہے۔ آج کل جو میڈیا ہے اور کمیونیکیشن ہے، پیسہ ہے، ذرا ذرا فیم ملتی ہے لوگوں کو۔</w:t>
      </w:r>
    </w:p>
    <w:p>
      <w:r>
        <w:rPr>
          <w:b/>
        </w:rPr>
        <w:t xml:space="preserve">[45:18] </w:t>
      </w:r>
      <w:r>
        <w:t>akhbaron mein photo chaptay hain.</w:t>
      </w:r>
    </w:p>
    <w:p>
      <w:pPr>
        <w:jc w:val="right"/>
      </w:pPr>
      <w:r>
        <w:t>اخباروں میں فوٹو چھپتے ہیں۔</w:t>
      </w:r>
    </w:p>
    <w:p>
      <w:r>
        <w:rPr>
          <w:b/>
        </w:rPr>
        <w:t xml:space="preserve">[45:20] </w:t>
      </w:r>
      <w:r>
        <w:t>to aaj ka jo hoga, exploit karne wala aadmi dajjal se murad exploiter. pehle bhi hotay thay, ab bhi hotay hain. pehle ke exploiter jo thay, itna baray pemanay par exploit nahi kar paatay thay.</w:t>
      </w:r>
    </w:p>
    <w:p>
      <w:pPr>
        <w:jc w:val="right"/>
      </w:pPr>
      <w:r>
        <w:t>تو آج کا جو ہوگا، ایکسپلائٹ کرنے والا آدمی دجال سے مراد ایکسپلائٹر۔ پہلے بھی ہوتے تھے، اب بھی ہوتے ہیں۔ پہلے کے ایکسپلائٹر جو تھے، اتنا بڑے پیمانے پر ایکسپلائٹ نہیں کر پاتے تھے۔</w:t>
      </w:r>
    </w:p>
    <w:p>
      <w:r>
        <w:rPr>
          <w:b/>
        </w:rPr>
        <w:t xml:space="preserve">[45:36] </w:t>
      </w:r>
      <w:r>
        <w:t>ab jo hai, ab dahanay khulay hain exploitation ke.</w:t>
      </w:r>
    </w:p>
    <w:p>
      <w:pPr>
        <w:jc w:val="right"/>
      </w:pPr>
      <w:r>
        <w:t>اب جو ہے، اب دہانے کھلے ہیں ایکسپلائٹیشن کے۔</w:t>
      </w:r>
    </w:p>
    <w:p>
      <w:r>
        <w:rPr>
          <w:b/>
        </w:rPr>
        <w:t xml:space="preserve">[45:41] </w:t>
      </w:r>
      <w:r>
        <w:t>to dajjal koi anokhi personality nahi hogi. hum hi aap jaisay log jo mazhab ko exploitation ke liye istemal karein gay, wahi dajjal hain.</w:t>
      </w:r>
    </w:p>
    <w:p>
      <w:pPr>
        <w:jc w:val="right"/>
      </w:pPr>
      <w:r>
        <w:t>تو دجال کوئی انوکھی پرسنیلٹی نہیں ہوگی۔ ہم ہی اپ جیسے لوگ جو مذہب کو ایکسپلائٹیشن کے لیے استعمال کریں گے، وہی دجال ہیں۔</w:t>
      </w:r>
    </w:p>
    <w:p>
      <w:r>
        <w:rPr>
          <w:b/>
        </w:rPr>
        <w:t xml:space="preserve">[45:56] </w:t>
      </w:r>
      <w:r>
        <w:t>he has another question: since dajjal and mahdi both would appear to be learned people, teaching people about interpretation of religion.</w:t>
      </w:r>
    </w:p>
    <w:p>
      <w:pPr>
        <w:jc w:val="right"/>
      </w:pPr>
      <w:r>
        <w:t>ہی ہیز انادر کوئسچن: سنس دجال اینڈ مہدی بوتھ وڈ اپیئر ٹو بی لرنڈ پیپل، ٹیچنگ پیپل اباؤٹ انٹرپریٹیشن اف ریلیجن۔</w:t>
      </w:r>
    </w:p>
    <w:p>
      <w:r>
        <w:rPr>
          <w:b/>
        </w:rPr>
        <w:t xml:space="preserve">[46:09] </w:t>
      </w:r>
      <w:r>
        <w:t>how will everybody be able to identify who is right and who is wrong among them?</w:t>
      </w:r>
    </w:p>
    <w:p>
      <w:pPr>
        <w:jc w:val="right"/>
      </w:pPr>
      <w:r>
        <w:t>ہاؤ ویل ایوری بڈی بی ایبل ٹو ائیڈینٹیفائی ہو از رائٹ اینڈ ہو از رونگ امنگ دیم؟</w:t>
      </w:r>
    </w:p>
    <w:p>
      <w:r>
        <w:rPr>
          <w:b/>
        </w:rPr>
        <w:t xml:space="preserve">[46:23] </w:t>
      </w:r>
      <w:r>
        <w:t>dekhen, main samajhta hoon ke</w:t>
      </w:r>
    </w:p>
    <w:p>
      <w:pPr>
        <w:jc w:val="right"/>
      </w:pPr>
      <w:r>
        <w:t>دیکھیں، میں سمجھتا ہوں کہ</w:t>
      </w:r>
    </w:p>
    <w:p>
      <w:r>
        <w:rPr>
          <w:b/>
        </w:rPr>
        <w:t xml:space="preserve">[46:29] </w:t>
      </w:r>
      <w:r>
        <w:t>ke this question is not very qualified question. why?</w:t>
      </w:r>
    </w:p>
    <w:p>
      <w:pPr>
        <w:jc w:val="right"/>
      </w:pPr>
      <w:r>
        <w:t>کہ دس کوئسچن از ناٹ ویری کوالیفائیڈ کوئسچن۔ وائی؟</w:t>
      </w:r>
    </w:p>
    <w:p>
      <w:r>
        <w:rPr>
          <w:b/>
        </w:rPr>
        <w:t xml:space="preserve">[46:37] </w:t>
      </w:r>
      <w:r>
        <w:t>it is everyone's</w:t>
      </w:r>
    </w:p>
    <w:p>
      <w:pPr>
        <w:jc w:val="right"/>
      </w:pPr>
      <w:r>
        <w:t>اٹ از ایوری ونز</w:t>
      </w:r>
    </w:p>
    <w:p>
      <w:r>
        <w:rPr>
          <w:b/>
        </w:rPr>
        <w:t xml:space="preserve">[46:42] </w:t>
      </w:r>
      <w:r>
        <w:t>need to find a doctor, to find a lawyer, and he finds.</w:t>
      </w:r>
    </w:p>
    <w:p>
      <w:pPr>
        <w:jc w:val="right"/>
      </w:pPr>
      <w:r>
        <w:t>نیڈ ٹو فائنڈ ا ڈاکٹر، ٹو فائنڈ ا لائر، اینڈ ہی فائنڈز۔</w:t>
      </w:r>
    </w:p>
    <w:p>
      <w:r>
        <w:rPr>
          <w:b/>
        </w:rPr>
        <w:t xml:space="preserve">[46:51] </w:t>
      </w:r>
      <w:r>
        <w:t>you know, in every city, there are thousands and thousands doctors, but you identify that doctor which suits to you.</w:t>
      </w:r>
    </w:p>
    <w:p>
      <w:pPr>
        <w:jc w:val="right"/>
      </w:pPr>
      <w:r>
        <w:t>یو نو، ان ایوری سٹی، دیر ار تھاؤزنڈ اینڈ تھاؤزنڈ ڈاکٹرز، بٹ یو ائیڈینٹیفائی دیٹ ڈاکٹر وچ سوٹس ٹو یو۔</w:t>
      </w:r>
    </w:p>
    <w:p>
      <w:r>
        <w:rPr>
          <w:b/>
        </w:rPr>
        <w:t xml:space="preserve">[47:06] </w:t>
      </w:r>
      <w:r>
        <w:t>there are thousands and thousands shopkeepers, doctors, lawyers, but you can identify that shopkeeper, or that doctor, or that lawyer, who is suitable for you.</w:t>
      </w:r>
    </w:p>
    <w:p>
      <w:pPr>
        <w:jc w:val="right"/>
      </w:pPr>
      <w:r>
        <w:t>دیر ار تھاؤزنڈ اینڈ تھاؤزنڈ شاپ کیپرز، ڈاکٹرز، لائرز، بٹ یو کین ائیڈینٹیفائی دیٹ شاپ کیپر، اور دیٹ ڈاکٹر، اور دیٹ لائر، ہو از سوٹیبل فار یو۔</w:t>
      </w:r>
    </w:p>
    <w:p>
      <w:r>
        <w:rPr>
          <w:b/>
        </w:rPr>
        <w:t xml:space="preserve">[47:22] </w:t>
      </w:r>
      <w:r>
        <w:t>so why you are? why you fail to understand, to identify</w:t>
      </w:r>
    </w:p>
    <w:p>
      <w:pPr>
        <w:jc w:val="right"/>
      </w:pPr>
      <w:r>
        <w:t>سو وائی یو ار؟ وائی یو فیل ٹو انڈرسٹینڈ، ٹو ائیڈینٹیفائی</w:t>
      </w:r>
    </w:p>
    <w:p>
      <w:r>
        <w:rPr>
          <w:b/>
        </w:rPr>
        <w:t xml:space="preserve">[47:29] </w:t>
      </w:r>
      <w:r>
        <w:t>that human being, which is playing the role of mahdi, role of role of of a dajjal</w:t>
      </w:r>
    </w:p>
    <w:p>
      <w:pPr>
        <w:jc w:val="right"/>
      </w:pPr>
      <w:r>
        <w:t>دیٹ ہیومن بینگ، وچ از پلینگ دا رول اف مہدی، رول اف رول اف اف ا دائی</w:t>
      </w:r>
    </w:p>
    <w:p>
      <w:r>
        <w:rPr>
          <w:b/>
        </w:rPr>
        <w:t xml:space="preserve">[47:45] </w:t>
      </w:r>
      <w:r>
        <w:t>? why you fail here? so i don't think that any any one has excuse.</w:t>
      </w:r>
    </w:p>
    <w:p>
      <w:pPr>
        <w:jc w:val="right"/>
      </w:pPr>
      <w:r>
        <w:t>؟ وائی یو فیل ہیر؟ سو ائی ڈونٹ تھنک دیٹ اینی اینی ون ہیز ایکسکیوز۔</w:t>
      </w:r>
    </w:p>
    <w:p>
      <w:r>
        <w:rPr>
          <w:b/>
        </w:rPr>
        <w:t xml:space="preserve">[47:56] </w:t>
      </w:r>
      <w:r>
        <w:t>excuse is in this regard, is not acceptable, not acceptable. everyone has the same mind,</w:t>
      </w:r>
    </w:p>
    <w:p>
      <w:pPr>
        <w:jc w:val="right"/>
      </w:pPr>
      <w:r>
        <w:t>ایکسکیوز از ان دس ریگارڈ، از ناٹ ایکسیپٹیبل، ناٹ ایکسیپٹیبل۔ ایوری ون ہیز دا سیم مائنڈ،</w:t>
      </w:r>
    </w:p>
    <w:p>
      <w:r>
        <w:rPr>
          <w:b/>
        </w:rPr>
        <w:t xml:space="preserve">[48:06] </w:t>
      </w:r>
      <w:r>
        <w:t>everyone has the same same sexity, same quality,</w:t>
      </w:r>
    </w:p>
    <w:p>
      <w:pPr>
        <w:jc w:val="right"/>
      </w:pPr>
      <w:r>
        <w:t>ایوری ون ہیز دا سیم سیم سیکسٹی، سیم کوالٹی،</w:t>
      </w:r>
    </w:p>
    <w:p>
      <w:r>
        <w:rPr>
          <w:b/>
        </w:rPr>
        <w:t xml:space="preserve">[48:15] </w:t>
      </w:r>
      <w:r>
        <w:t>whether he is degree holder or not.</w:t>
      </w:r>
    </w:p>
    <w:p>
      <w:pPr>
        <w:jc w:val="right"/>
      </w:pPr>
      <w:r>
        <w:t>ویدر ہی از ڈگری ہولڈر اور ناٹ۔</w:t>
      </w:r>
    </w:p>
    <w:p>
      <w:r>
        <w:rPr>
          <w:b/>
        </w:rPr>
        <w:t xml:space="preserve">[48:21] </w:t>
      </w:r>
      <w:r>
        <w:t>so i don't think that this kind of excuse is acceptable.</w:t>
      </w:r>
    </w:p>
    <w:p>
      <w:pPr>
        <w:jc w:val="right"/>
      </w:pPr>
      <w:r>
        <w:t>سو ائی ڈونٹ تھنک دیٹ دس کائنڈ اف ایکسکیوز از ایکسیپٹیبل۔</w:t>
      </w:r>
    </w:p>
    <w:p>
      <w:r>
        <w:rPr>
          <w:b/>
        </w:rPr>
        <w:t xml:space="preserve">[48:28] </w:t>
      </w:r>
      <w:r>
        <w:t>this question is from momin: maulana, i have found that feelings of patriotism and nationalism creates hatred towards people of other countries.</w:t>
      </w:r>
    </w:p>
    <w:p>
      <w:pPr>
        <w:jc w:val="right"/>
      </w:pPr>
      <w:r>
        <w:t>دس کوئسچن از فرام مومن: مولانا، ائی ہیو فاؤنڈ دیٹ فیلنگز اف پیٹریوٹزم اینڈ نیشنلزم کریٹس ہیٹریڈ ٹورڈز پیپل اف ادر کنٹریز۔</w:t>
      </w:r>
    </w:p>
    <w:p>
      <w:r>
        <w:rPr>
          <w:b/>
        </w:rPr>
        <w:t xml:space="preserve">[48:41] </w:t>
      </w:r>
      <w:r>
        <w:t>for example, while watching a cricket match, i have found people of India ridiculing players of Australia.</w:t>
      </w:r>
    </w:p>
    <w:p>
      <w:pPr>
        <w:jc w:val="right"/>
      </w:pPr>
      <w:r>
        <w:t>فار ایگزیمپل، وائل واچنگ ا کرکٹ میچ، ائی ہیو فاؤنڈ پیپل اف انڈیا ریڈیکولنگ پلیئرز اف اسٹریلیا۔</w:t>
      </w:r>
    </w:p>
    <w:p>
      <w:r>
        <w:rPr>
          <w:b/>
        </w:rPr>
        <w:t xml:space="preserve">[48:50] </w:t>
      </w:r>
      <w:r>
        <w:t>please comment.</w:t>
      </w:r>
    </w:p>
    <w:p>
      <w:pPr>
        <w:jc w:val="right"/>
      </w:pPr>
      <w:r>
        <w:t>پلیز کمنٹ۔</w:t>
      </w:r>
    </w:p>
    <w:p>
      <w:r>
        <w:rPr>
          <w:b/>
        </w:rPr>
        <w:t xml:space="preserve">[48:52] </w:t>
      </w:r>
      <w:r>
        <w:t>dekhen, heat jo hai, woh patriotism se nahin, is ka taluq hai ke agar main patriotic hoon, apne dais ko ke liye mere andar desh bhakti ka jazba hai, to main doosre dais se heat karoon.</w:t>
      </w:r>
    </w:p>
    <w:p>
      <w:pPr>
        <w:jc w:val="right"/>
      </w:pPr>
      <w:r>
        <w:t>دیکھیں، ہیٹ جو ہے، وہ پیٹریوٹزم سے نہیں، اس کا تعلق ہے کہ اگر میں پیٹریوٹک ہوں، اپنے دیس کو کے لیے میرے اندر دیش بھکتی کا جذبہ ہے، تو میں دوسرے دیس سے ہیٹ کروں۔</w:t>
      </w:r>
    </w:p>
    <w:p>
      <w:r>
        <w:rPr>
          <w:b/>
        </w:rPr>
        <w:t xml:space="preserve">[49:09] </w:t>
      </w:r>
      <w:r>
        <w:t>yeh to</w:t>
      </w:r>
    </w:p>
    <w:p>
      <w:pPr>
        <w:jc w:val="right"/>
      </w:pPr>
      <w:r>
        <w:t>یہ تو</w:t>
      </w:r>
    </w:p>
    <w:p>
      <w:r>
        <w:rPr>
          <w:b/>
        </w:rPr>
        <w:t xml:space="preserve">[49:11] </w:t>
      </w:r>
      <w:r>
        <w:t>madness hai. log madness jee rahe hain, to hum kya karein is ko? saare log madness jee rahe hain aaj kal.</w:t>
      </w:r>
    </w:p>
    <w:p>
      <w:pPr>
        <w:jc w:val="right"/>
      </w:pPr>
      <w:r>
        <w:t>میڈنس ہے۔ لوگ میڈنس جی رہے ہیں، تو ہم کیا کریں اس کو؟ سارے لوگ میڈنس جی رہے ہیں آج کل۔</w:t>
      </w:r>
    </w:p>
    <w:p>
      <w:r>
        <w:rPr>
          <w:b/>
        </w:rPr>
        <w:t xml:space="preserve">[49:21] </w:t>
      </w:r>
      <w:r>
        <w:t>yani sab se bara madness yeh nahin hai, sab se bara madness distraction hai. har aadmi distraction mein jee raha hai.</w:t>
      </w:r>
    </w:p>
    <w:p>
      <w:pPr>
        <w:jc w:val="right"/>
      </w:pPr>
      <w:r>
        <w:t>یعنی سب سے بڑا میڈنس یہ نہیں ہے، سب سے بڑا میڈنس ڈسٹریکشن ہے۔ ہر آدمی ڈسٹریکشن میں جی رہا ہے۔</w:t>
      </w:r>
    </w:p>
    <w:p>
      <w:r>
        <w:rPr>
          <w:b/>
        </w:rPr>
        <w:t xml:space="preserve">[49:32] </w:t>
      </w:r>
      <w:r>
        <w:t>everyone is living distraction.</w:t>
      </w:r>
    </w:p>
    <w:p>
      <w:pPr>
        <w:jc w:val="right"/>
      </w:pPr>
      <w:r>
        <w:t>ایوری ون از لیونگ ڈسٹریکشن۔</w:t>
      </w:r>
    </w:p>
    <w:p>
      <w:r>
        <w:rPr>
          <w:b/>
        </w:rPr>
        <w:t xml:space="preserve">[49:37] </w:t>
      </w:r>
      <w:r>
        <w:t>yani apne apne mind ko under use karna, under utilize karna. under under utilizing your mind is also a distraction.</w:t>
      </w:r>
    </w:p>
    <w:p>
      <w:pPr>
        <w:jc w:val="right"/>
      </w:pPr>
      <w:r>
        <w:t>یعنی اپنے اپنے مائنڈ کو انڈر یوز کرنا، انڈر یوٹیلائز کرنا۔ انڈر انڈر یوٹیلائزنگ یور مائنڈ از السو ا ڈسٹریکشن۔</w:t>
      </w:r>
    </w:p>
    <w:p>
      <w:r>
        <w:rPr>
          <w:b/>
        </w:rPr>
        <w:t xml:space="preserve">[49:53] </w:t>
      </w:r>
      <w:r>
        <w:t>ap ka jo time hai, ap ke paas jo money hai, ap ke paas jo mind hai,</w:t>
      </w:r>
    </w:p>
    <w:p>
      <w:pPr>
        <w:jc w:val="right"/>
      </w:pPr>
      <w:r>
        <w:t>اپ کا جو ٹائم ہے، اپ کے پاس جو منی ہے، اپ کے پاس جو مائنڈ ہے،</w:t>
      </w:r>
    </w:p>
    <w:p>
      <w:r>
        <w:rPr>
          <w:b/>
        </w:rPr>
        <w:t xml:space="preserve">[49:57] </w:t>
      </w:r>
      <w:r>
        <w:t>is ko ap aise kaam mein lagayein jis ko main kehta hoon under utilization. yani ek bara, ek ek bare kaam ke liye ap apne ko istemal kar sakte the, lekin ap chhote kaam istemal kar rahe hain,</w:t>
      </w:r>
    </w:p>
    <w:p>
      <w:pPr>
        <w:jc w:val="right"/>
      </w:pPr>
      <w:r>
        <w:t>اس کو اپ ایسے کام میں لگائیں جس کو میں کہتا ہوں انڈر یوٹیلائزیشن۔ یعنی ایک بڑا، ایک ایک بڑے کام کے لیے اپ اپنے کو استعمال کر سکتے تھے، لیکن اپ چھوٹے کام استعمال کر رہے ہیں،</w:t>
      </w:r>
    </w:p>
    <w:p>
      <w:r>
        <w:rPr>
          <w:b/>
        </w:rPr>
        <w:t xml:space="preserve">[50:17] </w:t>
      </w:r>
      <w:r>
        <w:t>jaise hawa culture hota hai, drink karte hain, party jana, outing karna, khwah makhwah TV dekhte rehna, movie dekhte rehna.</w:t>
      </w:r>
    </w:p>
    <w:p>
      <w:pPr>
        <w:jc w:val="right"/>
      </w:pPr>
      <w:r>
        <w:t>جیسے ہوا کلچر ہوتا ہے، ڈرنک کرتے ہیں، پارٹی جانا، اؤٹنگ کرنا، خوامخواہ ٹی وی دیکھتے رہنا، مووی دیکھتے رہنا۔</w:t>
      </w:r>
    </w:p>
    <w:p>
      <w:r>
        <w:rPr>
          <w:b/>
        </w:rPr>
        <w:t xml:space="preserve">[50:27] </w:t>
      </w:r>
      <w:r>
        <w:t>yeh sab distraction hai. yeh sab madness hai. madness di ap ka jo time hai, ap ke paas jo energy hai,</w:t>
      </w:r>
    </w:p>
    <w:p>
      <w:pPr>
        <w:jc w:val="right"/>
      </w:pPr>
      <w:r>
        <w:t>یہ سب ڈسٹریکشن ہے۔ یہ سب میڈنس ہے۔ میڈنس دی اپ کا جو ٹائم ہے، اپ کے پاس جو انرجی ہے،</w:t>
      </w:r>
    </w:p>
    <w:p>
      <w:r>
        <w:rPr>
          <w:b/>
        </w:rPr>
        <w:t xml:space="preserve">[50:35] </w:t>
      </w:r>
      <w:r>
        <w:t>is ka is se bara istemal jab maujood hai, to ap chhota istemal kyun kar rahe hain?</w:t>
      </w:r>
    </w:p>
    <w:p>
      <w:pPr>
        <w:jc w:val="right"/>
      </w:pPr>
      <w:r>
        <w:t>اس کا اس سے بڑا استعمال جب موجود ہے، تو اپ چھوٹا استعمال کیوں کر رہے ہیں؟</w:t>
      </w:r>
    </w:p>
    <w:p>
      <w:r>
        <w:rPr>
          <w:b/>
        </w:rPr>
        <w:t xml:space="preserve">[50:43] </w:t>
      </w:r>
      <w:r>
        <w:t>misalan scientific study kijiye ap, ap invention kijiye, ap koi bahut sari field abhi tak untouch padi hui hain, is mein ap kaam kijiye.</w:t>
      </w:r>
    </w:p>
    <w:p>
      <w:pPr>
        <w:jc w:val="right"/>
      </w:pPr>
      <w:r>
        <w:t>مثلاً سائنٹیفک اسٹڈی کیجئے اپ، اپ انوینشن کیجئے، اپ کوئی بہت ساری فیلڈ ابھی تک ان ٹچ پڑی ہوئی ہیں، اس میں اپ کام کیجئے۔</w:t>
      </w:r>
    </w:p>
    <w:p>
      <w:r>
        <w:rPr>
          <w:b/>
        </w:rPr>
        <w:t xml:space="preserve">[50:57] </w:t>
      </w:r>
      <w:r>
        <w:t>lekin ap hawa culture mein time bitate hain, entertainment culture mein time bitate hain,</w:t>
      </w:r>
    </w:p>
    <w:p>
      <w:pPr>
        <w:jc w:val="right"/>
      </w:pPr>
      <w:r>
        <w:t>لیکن اپ ہوا کلچر میں ٹائم بتاتے ہیں، انٹرٹینمنٹ کلچر میں ٹائم بتاتے ہیں،</w:t>
      </w:r>
    </w:p>
    <w:p>
      <w:r>
        <w:rPr>
          <w:b/>
        </w:rPr>
        <w:t xml:space="preserve">[51:05] </w:t>
      </w:r>
      <w:r>
        <w:t>cheap cheap type ke woh jo enjoy hai is mein lage rehte hain. yeh sab distraction hai. main samajhta hoon ke jo heat jo ap bataya ap ne, is heat se bara gunah hai, woh hai distraction.</w:t>
      </w:r>
    </w:p>
    <w:p>
      <w:pPr>
        <w:jc w:val="right"/>
      </w:pPr>
      <w:r>
        <w:t>چیپ چیپ ٹائپ کے وہ جو انجوائے ہے اس میں لگے رہتے ہیں۔ یہ سب ڈسٹریکشن ہے۔ میں سمجھتا ہوں کہ جو ہیٹ جو اپ بتایا اپ نے، اس ہیٹ سے بڑا سن جو ہے، وہ ہے ڈسٹریکشن۔</w:t>
      </w:r>
    </w:p>
    <w:p>
      <w:r>
        <w:rPr>
          <w:b/>
        </w:rPr>
        <w:t xml:space="preserve">[51:24] </w:t>
      </w:r>
      <w:r>
        <w:t>distraction ka matlab yeh hai ke do option mere paas hain. ek option yeh hai ke main koi bara kaam karoon, ek option hai ke main koi cheap qism ki interest mein apne aap ko sara time bata doon,</w:t>
      </w:r>
    </w:p>
    <w:p>
      <w:pPr>
        <w:jc w:val="right"/>
      </w:pPr>
      <w:r>
        <w:t>ڈسٹریکشن کا مطلب یہ ہے کہ دو اپشن میرے پاس ہیں۔ ایک اپشن یہ ہے کہ میں کوئی بڑا کام کروں، ایک اپشن ہے کہ میں کوئی چیپ قسم کی انٹرسٹ میں اپنے اپ کو سارا ٹائم بتا دوں،</w:t>
      </w:r>
    </w:p>
    <w:p>
      <w:r>
        <w:rPr>
          <w:b/>
        </w:rPr>
        <w:t xml:space="preserve">[51:41] </w:t>
      </w:r>
      <w:r>
        <w:t>jaise aaj kal hai, yani friendship jaise misal ke taur par, boy friend, girl friend. kya yeh sab distraction hai?</w:t>
      </w:r>
    </w:p>
    <w:p>
      <w:pPr>
        <w:jc w:val="right"/>
      </w:pPr>
      <w:r>
        <w:t>جیسے آج کل ہے، یعنی فرینڈشپ جیسے مثال کے طور پر، بوائے فرینڈ، گرل فرینڈ۔ کیا یہ سب ڈسٹریکشن ہے؟</w:t>
      </w:r>
    </w:p>
    <w:p>
      <w:r>
        <w:rPr>
          <w:b/>
        </w:rPr>
        <w:t xml:space="preserve">[51:50] </w:t>
      </w:r>
      <w:r>
        <w:t>sab distraction hai.</w:t>
      </w:r>
    </w:p>
    <w:p>
      <w:pPr>
        <w:jc w:val="right"/>
      </w:pPr>
      <w:r>
        <w:t>سب ڈسٹریکشن ہے۔</w:t>
      </w:r>
    </w:p>
    <w:p>
      <w:r>
        <w:rPr>
          <w:b/>
        </w:rPr>
        <w:t xml:space="preserve">[51:57] </w:t>
      </w:r>
      <w:r>
        <w:t>to main samajhta hoon ke zyada jo bara, yani zyada zyada bara jo bigad logon ke andar aaya hai, woh yeh hai ke chunke item bahut badh gaye hain,</w:t>
      </w:r>
    </w:p>
    <w:p>
      <w:pPr>
        <w:jc w:val="right"/>
      </w:pPr>
      <w:r>
        <w:t>تو میں سمجھتا ہوں کہ زیادہ جو بڑا، یعنی زیادہ زیادہ بڑا جو بگاڑ لوگوں کے اندر آیا ہے، وہ یہ ہے کہ چونکہ آئٹم بہت بڑھ گئے ہیں،</w:t>
      </w:r>
    </w:p>
    <w:p>
      <w:r>
        <w:rPr>
          <w:b/>
        </w:rPr>
        <w:t xml:space="preserve">[52:13] </w:t>
      </w:r>
      <w:r>
        <w:t>ab shopping pehle kahan se hoti thi? outing pehle aise kahan hoti thi? partiyan aise pehle kahan hoti thin?</w:t>
      </w:r>
    </w:p>
    <w:p>
      <w:pPr>
        <w:jc w:val="right"/>
      </w:pPr>
      <w:r>
        <w:t>اب شاپنگ پہلے کہاں سے ہوتی تھی؟ اؤٹنگ پہلے ایسے کہاں ہوتی تھی؟ پارٹیاں ایسے پہلے کہاں ہوتی تھیں؟</w:t>
      </w:r>
    </w:p>
    <w:p>
      <w:r>
        <w:rPr>
          <w:b/>
        </w:rPr>
        <w:t xml:space="preserve">[52:20] </w:t>
      </w:r>
      <w:r>
        <w:t>pehle kahan TV tha? to distraction nahin karte karte the log. log kehte hain ke yeh woh hai progress hai.</w:t>
      </w:r>
    </w:p>
    <w:p>
      <w:pPr>
        <w:jc w:val="right"/>
      </w:pPr>
      <w:r>
        <w:t>پہلے کہاں ٹی وی تھا؟ تو ڈسٹریکشن نہیں کرتے کرتے تھے لوگ۔ لوگ کہتے ہیں کہ یہ وہ ہے پروگریس ہے۔</w:t>
      </w:r>
    </w:p>
    <w:p>
      <w:r>
        <w:rPr>
          <w:b/>
        </w:rPr>
        <w:t xml:space="preserve">[52:30] </w:t>
      </w:r>
      <w:r>
        <w:t>main kehta hoon ke jab yeh sab kuch nahin tha, tabhi to paida hua hai Newton. jaise log jitne bare bare mind hain, us waqt paida hue jab yeh sab yeh sab kise the hi nahin.</w:t>
      </w:r>
    </w:p>
    <w:p>
      <w:pPr>
        <w:jc w:val="right"/>
      </w:pPr>
      <w:r>
        <w:t>میں کہتا ہوں کہ جب یہ سب کچھ نہیں تھا، تبھی تو پیدا ہوا ہے نیوٹن۔ جیسے لوگ جتنے بڑے بڑے مائنڈ ہیں، اس وقت پیدا ہوئے جب یہ سب یہ سب کسے تھے ہی نہیں۔</w:t>
      </w:r>
    </w:p>
    <w:p>
      <w:r>
        <w:rPr>
          <w:b/>
        </w:rPr>
        <w:t xml:space="preserve">[52:41] </w:t>
      </w:r>
      <w:r>
        <w:t>yeh sab jo entertainment culture hai, aaj jab nahin tha to top ke brain paida hue, sare science inhi logon ne nikali. ap dekhiye ke science mein jitne bare bare naam hain, woh sab is se pehle ke hain.</w:t>
      </w:r>
    </w:p>
    <w:p>
      <w:pPr>
        <w:jc w:val="right"/>
      </w:pPr>
      <w:r>
        <w:t>یہ سب جو انٹرٹینمنٹ کلچر ہے، آج جب نہیں تھا تو ٹاپ کے برین پیدا ہوئے، سارے سائنس انہی لوگوں نے نکالیے۔ اپ دیکھیے کہ سائنس میں جتنے بڑے بڑے نام ہیں، وہ سب اس سے پہلے کے ہیں۔</w:t>
      </w:r>
    </w:p>
    <w:p>
      <w:r>
        <w:rPr>
          <w:b/>
        </w:rPr>
        <w:t xml:space="preserve">[52:55] </w:t>
      </w:r>
      <w:r>
        <w:t>aaj kal kaun bara bara scientist paida ho raha hai?</w:t>
      </w:r>
    </w:p>
    <w:p>
      <w:pPr>
        <w:jc w:val="right"/>
      </w:pPr>
      <w:r>
        <w:t>آج کل کون بڑا بڑا سائنٹسٹ پیدا ہو رہا ہے؟</w:t>
      </w:r>
    </w:p>
    <w:p>
      <w:r>
        <w:rPr>
          <w:b/>
        </w:rPr>
        <w:t xml:space="preserve">[52:59] </w:t>
      </w:r>
      <w:r>
        <w:t>to main samajhta hoon ke sab se bara jo hai, woh ek distraction pehle nahin tha. to log apne ko dedicate kar sakte the kisi ek kaam mein.</w:t>
      </w:r>
    </w:p>
    <w:p>
      <w:pPr>
        <w:jc w:val="right"/>
      </w:pPr>
      <w:r>
        <w:t>تو میں سمجھتا ہوں کہ سب سے بڑا جو ہے، وہ ایک ڈسٹریکشن پہلے نہیں تھا۔ تو لوگ اپنے کو ڈیڈیکیٹ کر سکتے تھے کسی ایک کام میں۔</w:t>
      </w:r>
    </w:p>
    <w:p>
      <w:r>
        <w:rPr>
          <w:b/>
        </w:rPr>
        <w:t xml:space="preserve">[53:10] </w:t>
      </w:r>
      <w:r>
        <w:t>newton ke zamane mein koi distraction hi nahin thi. aur aaj jo ke tamashe nikle hue hain dunya bhar ke, har waqt, har waqt party, har waqt</w:t>
      </w:r>
    </w:p>
    <w:p>
      <w:pPr>
        <w:jc w:val="right"/>
      </w:pPr>
      <w:r>
        <w:t>نیوٹن کے زمانے میں کوئی ڈسٹریکشن ہی نہیں تھا۔ اور آج جو کہ تماشے نکلے ہوئے ہیں دنیا بھر کے، ہر وقت، ہر وقت پارٹی، ہر وقت</w:t>
      </w:r>
    </w:p>
    <w:p>
      <w:r>
        <w:rPr>
          <w:b/>
        </w:rPr>
        <w:t xml:space="preserve">[53:19] </w:t>
      </w:r>
      <w:r>
        <w:t>outing, har waqt shopping, har waqt hawa culture, isi mein log phanse rehte hain, apne time ko waste karte rehte hain.</w:t>
      </w:r>
    </w:p>
    <w:p>
      <w:pPr>
        <w:jc w:val="right"/>
      </w:pPr>
      <w:r>
        <w:t>اؤٹنگ، ہر وقت شاپنگ، ہر وقت ہوا کلچر، اسی میں لوگ پھنسے رہتے ہیں، اپنے ٹائم کو ویسٹ کرتے رہتے ہیں۔</w:t>
      </w:r>
    </w:p>
    <w:p>
      <w:r>
        <w:rPr>
          <w:b/>
        </w:rPr>
        <w:t xml:space="preserve">[53:31] </w:t>
      </w:r>
      <w:r>
        <w:t>to jab aadmi yeh sab karta hai, time ko waste karta hai, tabhi yeh yeh sab cheezein paida hoti hain. doosre se aap hate karne lagte hain.</w:t>
      </w:r>
    </w:p>
    <w:p>
      <w:pPr>
        <w:jc w:val="right"/>
      </w:pPr>
      <w:r>
        <w:t>تو جب آدمی یہ سب کرتا ہے، ٹائم کو ویسٹ کرتا ہے، تبھی یہ یہ سب چیزیں پیدا ہوتی ہیں۔ دوسرے سے اپ ہیٹ کرنے لگتے ہیں۔</w:t>
      </w:r>
    </w:p>
    <w:p>
      <w:r>
        <w:rPr>
          <w:b/>
        </w:rPr>
        <w:t xml:space="preserve">[53:41] </w:t>
      </w:r>
      <w:r>
        <w:t>unhein hate kyun? aap in ko insaan samjhiye. yeh sportsmanship spirit ke khilaaf hai. jo aaj kal jo dekh rahe hain aap</w:t>
      </w:r>
    </w:p>
    <w:p>
      <w:pPr>
        <w:jc w:val="right"/>
      </w:pPr>
      <w:r>
        <w:t>انہیں ہیٹ کیوں؟ اپ ان کو انسان سمجھئے۔ یہ سپورٹس بن اسپیٹ کے خلاف ہے۔ جو آج کل جو دیکھ رہے ہیں اپ</w:t>
      </w:r>
    </w:p>
    <w:p>
      <w:r>
        <w:rPr>
          <w:b/>
        </w:rPr>
        <w:t xml:space="preserve">[53:49] </w:t>
      </w:r>
      <w:r>
        <w:t>ke jeetne haarne par nafrat kar dete hain, yeh there is against the sportsmanship spirit. jeetne haarne par agar aap nafrat karein kisi se aur us ne koi khushi manaye,</w:t>
      </w:r>
    </w:p>
    <w:p>
      <w:pPr>
        <w:jc w:val="right"/>
      </w:pPr>
      <w:r>
        <w:t>کہ جیتنے ہارنے پر نفرت کر دیتے ہیں، یہ دیر از اگینسٹ دی سپورٹس بن اسپیٹ۔ جیتنے ہارنے پر اگر اپ نفرت کریں کسی سے اور اس نے کوئی خوشی منائے،</w:t>
      </w:r>
    </w:p>
    <w:p>
      <w:r>
        <w:rPr>
          <w:b/>
        </w:rPr>
        <w:t xml:space="preserve">[54:02] </w:t>
      </w:r>
      <w:r>
        <w:t>there is against the sportsmanship spirit.</w:t>
      </w:r>
    </w:p>
    <w:p>
      <w:pPr>
        <w:jc w:val="right"/>
      </w:pPr>
      <w:r>
        <w:t>دیر از اگینسٹ دی سپورٹس بن اسپیٹ۔</w:t>
      </w:r>
    </w:p>
    <w:p>
      <w:r>
        <w:rPr>
          <w:b/>
        </w:rPr>
        <w:t xml:space="preserve">[54:07] </w:t>
      </w:r>
      <w:r>
        <w:t>yeh to bilkul third class ki baatein hain. ab</w:t>
      </w:r>
    </w:p>
    <w:p>
      <w:pPr>
        <w:jc w:val="right"/>
      </w:pPr>
      <w:r>
        <w:t>یہ تو بالکل تھرڈ کلاس کی باتیں ہیں۔ اب</w:t>
      </w:r>
    </w:p>
    <w:p>
      <w:r>
        <w:rPr>
          <w:b/>
        </w:rPr>
        <w:t xml:space="preserve">[54:12] </w:t>
      </w:r>
      <w:r>
        <w:t>yeh bilkul third class ki baatein hain. yeh sportsmanship spirit paida kijiye.</w:t>
      </w:r>
    </w:p>
    <w:p>
      <w:pPr>
        <w:jc w:val="right"/>
      </w:pPr>
      <w:r>
        <w:t>یہ بالکل تھرڈ کلاس کی باتیں ہیں۔ یہ سپورٹس بن اسپیٹ پیدا کیجئے۔</w:t>
      </w:r>
    </w:p>
    <w:p>
      <w:r>
        <w:rPr>
          <w:b/>
        </w:rPr>
        <w:t xml:space="preserve">[54:20] </w:t>
      </w:r>
      <w:r>
        <w:t>pehlay zamane mein aisa nahin hota tha. pehlay zamane mein maine ek qissa parha tha jab wrestling hua karti thi. wrestling ab to wrestling itni zyada nahin hoti.</w:t>
      </w:r>
    </w:p>
    <w:p>
      <w:pPr>
        <w:jc w:val="right"/>
      </w:pPr>
      <w:r>
        <w:t>پہلے زمانے میں ایسا نہیں ہوتا تھا۔ پہلے زمانے میں میں نے ایک قصہ پڑھا تھا جب ریسلنگ ہوا کرتی تھی۔ ریسلنگ اب تو ریسلنگ اتنی زیادہ نہیں ہوتی۔</w:t>
      </w:r>
    </w:p>
    <w:p>
      <w:r>
        <w:rPr>
          <w:b/>
        </w:rPr>
        <w:t xml:space="preserve">[54:29] </w:t>
      </w:r>
      <w:r>
        <w:t>ab doosre doosre khel barh gaye hain. to do pehelwan aaye, us mein ek ne doosre ko hara diya. to</w:t>
      </w:r>
    </w:p>
    <w:p>
      <w:pPr>
        <w:jc w:val="right"/>
      </w:pPr>
      <w:r>
        <w:t>اب دوسرے دوسرے کھیل بڑھ گئے ہیں۔ تو دو پہلوان آئے، اس میں ایک نے دوسرے کو ہرا دیا۔ تو</w:t>
      </w:r>
    </w:p>
    <w:p>
      <w:r>
        <w:rPr>
          <w:b/>
        </w:rPr>
        <w:t xml:space="preserve">[54:38] </w:t>
      </w:r>
      <w:r>
        <w:t>haarne wale ne us ko embrace kiya, nafrat nafrat to nahin ki. to us ne kaha ke bhai, maine tum ko hara diya to us ko embrace kar rahe ho? kaha maine tum ko nahin kar raha hoon, tumhare art ko kar raha hoon.</w:t>
      </w:r>
    </w:p>
    <w:p>
      <w:pPr>
        <w:jc w:val="right"/>
      </w:pPr>
      <w:r>
        <w:t>ہارنے والے نے اس کو ایمبریس کیا، نفرت نفرت تو نہیں کی۔ تو اس نے کہا کہ بھئی، میں تم کو ہرا دیا تو اس کو ایمبریس کر رہے ہو؟ کہا میں تم کو نہیں کر رہا ہوں، تمہارے آرٹ کو کر رہا ہوں۔</w:t>
      </w:r>
    </w:p>
    <w:p>
      <w:r>
        <w:rPr>
          <w:b/>
        </w:rPr>
        <w:t xml:space="preserve">[54:49] </w:t>
      </w:r>
      <w:r>
        <w:t>tumhara art jo hai, anokha art, tumhara to ne dikhaya. aaj main samajhta tha ke mujhe koi hara nahin sakta, koi ke tum ne ek naya art pata nahin kaun se istemal kiya, us se mujhe hara diya.</w:t>
      </w:r>
    </w:p>
    <w:p>
      <w:pPr>
        <w:jc w:val="right"/>
      </w:pPr>
      <w:r>
        <w:t>تمہارا آرٹ جو ہے، انوکھا آرٹ، تمہارا تو نے دکھایا۔ آج میں سمجھتا تھا کہ مجھے کوئی ہرا نہیں سکتا، کوئی کہ تم نے ایک نیا آرٹ پتہ نہیں کون سے استعمال کیا، اس سے مجھے ہرا دیا۔</w:t>
      </w:r>
    </w:p>
    <w:p>
      <w:r>
        <w:rPr>
          <w:b/>
        </w:rPr>
        <w:t xml:space="preserve">[55:01] </w:t>
      </w:r>
      <w:r>
        <w:t>to tumhare art ko main salute karta hoon. that was sportsmanship spirit. ab jo cheez nahin hai, aaj kal sportsmanship spirit khatam ho gayi hai.</w:t>
      </w:r>
    </w:p>
    <w:p>
      <w:pPr>
        <w:jc w:val="right"/>
      </w:pPr>
      <w:r>
        <w:t>تو تمہارے آرٹ کو میں سلوٹ کرتا ہوں۔ دیٹ واز سپورٹس مین اسپیٹ۔ اب جو چیز نہیں ہے، آج کل سپورٹس مین اسپیٹ ختم ہو گئی ہے۔</w:t>
      </w:r>
    </w:p>
    <w:p>
      <w:r>
        <w:rPr>
          <w:b/>
        </w:rPr>
        <w:t xml:space="preserve">[55:12] </w:t>
      </w:r>
      <w:r>
        <w:t>bas khali log hua karte hain. hawa culture ne yeh sab tabah kar diya logon ko. hawa culture</w:t>
      </w:r>
    </w:p>
    <w:p>
      <w:pPr>
        <w:jc w:val="right"/>
      </w:pPr>
      <w:r>
        <w:t>بس خالی لوگ ہوا کرتے ہیں۔ ہوا کلچر نے یہ سب تباہ کر دیا لوگوں کو۔ ہوا کلچر</w:t>
      </w:r>
    </w:p>
    <w:p>
      <w:r>
        <w:rPr>
          <w:b/>
        </w:rPr>
        <w:t xml:space="preserve">[55:20] </w:t>
      </w:r>
      <w:r>
        <w:t>warna agar hawa culture se jab tak nahin tha, tab tak yeh sports sportsmanship spirit pai jaati thi.</w:t>
      </w:r>
    </w:p>
    <w:p>
      <w:pPr>
        <w:jc w:val="right"/>
      </w:pPr>
      <w:r>
        <w:t>ورنہ اگر ہوا کلچر سے جب تک نہیں تھا، تب تک یہ سپورٹس سپورٹس مین اسپیٹ پائی جاتی تھی۔</w:t>
      </w:r>
    </w:p>
    <w:p>
      <w:r>
        <w:rPr>
          <w:b/>
        </w:rPr>
        <w:t xml:space="preserve">[55:31] </w:t>
      </w:r>
      <w:r>
        <w:t>this question is from doctor farida khanum: we are distributing literature on a large scale, but the result is not very encouraging.</w:t>
      </w:r>
    </w:p>
    <w:p>
      <w:pPr>
        <w:jc w:val="right"/>
      </w:pPr>
      <w:r>
        <w:t>دس کوئسچن از فرام ڈاکٹر فریدہ خانم: وی آر ڈسٹریبیوٹنگ لٹریچر ان ا لارج سکیل، بٹ دا رزلٹ از ناٹ ویری انکریجنگ۔</w:t>
      </w:r>
    </w:p>
    <w:p>
      <w:r>
        <w:rPr>
          <w:b/>
        </w:rPr>
        <w:t xml:space="preserve">[55:42] </w:t>
      </w:r>
      <w:r>
        <w:t>in such case, what should be done?</w:t>
      </w:r>
    </w:p>
    <w:p>
      <w:pPr>
        <w:jc w:val="right"/>
      </w:pPr>
      <w:r>
        <w:t>ان سچ کیس، واٹ شوڈ بی ڈن؟</w:t>
      </w:r>
    </w:p>
    <w:p>
      <w:r>
        <w:rPr>
          <w:b/>
        </w:rPr>
        <w:t xml:space="preserve">[55:45] </w:t>
      </w:r>
      <w:r>
        <w:t>should we continue to work irrespective of the result? haan, dekhiye, yeh bohat zyada important question hai.</w:t>
      </w:r>
    </w:p>
    <w:p>
      <w:pPr>
        <w:jc w:val="right"/>
      </w:pPr>
      <w:r>
        <w:t>شوڈ وی کنٹینیو ٹو ورک اررسپیکٹو اف دا رزلٹ؟ ہاں، دیکھیے، یہ بہت زیادہ امپورٹنٹ کوئسچن ہے۔</w:t>
      </w:r>
    </w:p>
    <w:p>
      <w:r>
        <w:rPr>
          <w:b/>
        </w:rPr>
        <w:t xml:space="preserve">[55:58] </w:t>
      </w:r>
      <w:r>
        <w:t>pichhle hafte hamare kuch saathi'on ne</w:t>
      </w:r>
    </w:p>
    <w:p>
      <w:pPr>
        <w:jc w:val="right"/>
      </w:pPr>
      <w:r>
        <w:t>پچھلے ہفتے ہمارے کچھ ساتھیوں نے</w:t>
      </w:r>
    </w:p>
    <w:p>
      <w:r>
        <w:rPr>
          <w:b/>
        </w:rPr>
        <w:t xml:space="preserve">[56:03] </w:t>
      </w:r>
      <w:r>
        <w:t>one thousand brochure jo hai, akhbar mein daal kar ke</w:t>
      </w:r>
    </w:p>
    <w:p>
      <w:pPr>
        <w:jc w:val="right"/>
      </w:pPr>
      <w:r>
        <w:t>ون تھاؤزنڈ بروشر جو ہے، اخبار میں ڈال کر کے</w:t>
      </w:r>
    </w:p>
    <w:p>
      <w:r>
        <w:rPr>
          <w:b/>
        </w:rPr>
        <w:t xml:space="preserve">[56:10] </w:t>
      </w:r>
      <w:r>
        <w:t>ek ghar, ek hazar gharon mein pouncha diya. yani rozana jo akhbar, yeh newspaper distribute hote hain, to ek hazar mein unhon ne dala.</w:t>
      </w:r>
    </w:p>
    <w:p>
      <w:pPr>
        <w:jc w:val="right"/>
      </w:pPr>
      <w:r>
        <w:t>ایک گھر، ایک ہزار گھروں میں پہنچا دیا۔ یعنی روزانہ جو اخبار، یہ نیوز پیپر ڈسٹریبیوٹ ہوتے ہیں، تو ایک ہزار میں انہوں نے ڈالا۔</w:t>
      </w:r>
    </w:p>
    <w:p>
      <w:r>
        <w:rPr>
          <w:b/>
        </w:rPr>
        <w:t xml:space="preserve">[56:19] </w:t>
      </w:r>
      <w:r>
        <w:t>aur aap dekhein ke minute'on mein woh ek hazar gharon mein pounch gaya. ek saal mein mujh se kaha ke</w:t>
      </w:r>
    </w:p>
    <w:p>
      <w:pPr>
        <w:jc w:val="right"/>
      </w:pPr>
      <w:r>
        <w:t>اور اپ دیکھیں کہ منٹوں میں وہ ایک ہزار گھروں میں پہنچ گیا۔ ایک سال میں مجھ سے کہا کہ</w:t>
      </w:r>
    </w:p>
    <w:p>
      <w:r>
        <w:rPr>
          <w:b/>
        </w:rPr>
        <w:t xml:space="preserve">[56:27] </w:t>
      </w:r>
      <w:r>
        <w:t>kya is ka faida hai? ab dekhein ke kya sab log sachai par aa gaye? dekhiye, that is wrong criterion. yeh wrong criterion se judge karna hai.</w:t>
      </w:r>
    </w:p>
    <w:p>
      <w:pPr>
        <w:jc w:val="right"/>
      </w:pPr>
      <w:r>
        <w:t>کیا اس کا فائدہ ہے؟ اب دیکھیں کہ کیا سب لوگ سچائی پر آگئے؟ دیکھیں، دیٹ از رونگ کرائٹیرین۔ یہ رونگ کرائٹیرین سے جج کرنا ہے۔</w:t>
      </w:r>
    </w:p>
    <w:p>
      <w:r>
        <w:rPr>
          <w:b/>
        </w:rPr>
        <w:t xml:space="preserve">[56:40] </w:t>
      </w:r>
      <w:r>
        <w:t>lekin sachai ka jo jo woh hai,</w:t>
      </w:r>
    </w:p>
    <w:p>
      <w:pPr>
        <w:jc w:val="right"/>
      </w:pPr>
      <w:r>
        <w:t>لیکن سچائی کا جو جو وہ ہے،</w:t>
      </w:r>
    </w:p>
    <w:p>
      <w:r>
        <w:rPr>
          <w:b/>
        </w:rPr>
        <w:t xml:space="preserve">[56:46] </w:t>
      </w:r>
      <w:r>
        <w:t>jo dai hai, jo messenger hai, jo sachai ko phailana chahta hai, woh is ka kya hai? yeh nahin ke kitne logon ne maan liya, kitne logon tak mein pouncha paya.</w:t>
      </w:r>
    </w:p>
    <w:p>
      <w:pPr>
        <w:jc w:val="right"/>
      </w:pPr>
      <w:r>
        <w:t>جو دائی ہے، جو میسنجر ہے، جو سچائی کو پھیلانا چاہتا ہے، وہ اس کا کیا ہے؟ یہ نہیں کہ کتنے لوگوں نے مان لیا، کتنے لوگوں تک میں پہنچا پایا۔</w:t>
      </w:r>
    </w:p>
    <w:p>
      <w:r>
        <w:rPr>
          <w:b/>
        </w:rPr>
        <w:t xml:space="preserve">[57:02] </w:t>
      </w:r>
      <w:r>
        <w:t>ek hai</w:t>
      </w:r>
    </w:p>
    <w:p>
      <w:pPr>
        <w:jc w:val="right"/>
      </w:pPr>
      <w:r>
        <w:t>ایک ہے</w:t>
      </w:r>
    </w:p>
    <w:p>
      <w:r>
        <w:rPr>
          <w:b/>
        </w:rPr>
        <w:t xml:space="preserve">[57:04] </w:t>
      </w:r>
      <w:r>
        <w:t>ke log maan lein, ek hai ke aap pahuncha dein. to da work mein pahunchana asal cheez hai. log maan liye, yeh asal cheez nahin hai.</w:t>
      </w:r>
    </w:p>
    <w:p>
      <w:pPr>
        <w:jc w:val="right"/>
      </w:pPr>
      <w:r>
        <w:t>کہ لوگ مان لیں، ایک ہے کہ اپ پہنچا پائیں۔ تو دا ورک میں پہنچانا اصل چیز ہے۔ لوگ مان لیے، یہ اصل چیز نہیں ہے۔</w:t>
      </w:r>
    </w:p>
    <w:p>
      <w:r>
        <w:rPr>
          <w:b/>
        </w:rPr>
        <w:t xml:space="preserve">[57:14] </w:t>
      </w:r>
      <w:r>
        <w:t>yeh koi business nahin hai. business mein aap jante hain ke business mein hota hai ke income se toalte hain.</w:t>
      </w:r>
    </w:p>
    <w:p>
      <w:pPr>
        <w:jc w:val="right"/>
      </w:pPr>
      <w:r>
        <w:t>یہ کوئی بزنس نہیں ہے۔ بزنس میں اپ جانتے ہیں کہ بزنس میں ہوتا ہے کہ انکم سے تولتے ہیں۔</w:t>
      </w:r>
    </w:p>
    <w:p>
      <w:r>
        <w:rPr>
          <w:b/>
        </w:rPr>
        <w:t xml:space="preserve">[57:22] </w:t>
      </w:r>
      <w:r>
        <w:t>woh</w:t>
      </w:r>
    </w:p>
    <w:p>
      <w:pPr>
        <w:jc w:val="right"/>
      </w:pPr>
      <w:r>
        <w:t>وہ</w:t>
      </w:r>
    </w:p>
    <w:p>
      <w:r>
        <w:rPr>
          <w:b/>
        </w:rPr>
        <w:t xml:space="preserve">[57:23] </w:t>
      </w:r>
      <w:r>
        <w:t>jis business mein income ho rahi ho, us ko rakhenge, nahin income ho to us ko khatam kar denge. to so in business the criteria is is income.</w:t>
      </w:r>
    </w:p>
    <w:p>
      <w:pPr>
        <w:jc w:val="right"/>
      </w:pPr>
      <w:r>
        <w:t>جس بزنس میں انکم میں ہو رہی ہو، اس کو رکھیں گے، نہیں انکم ہو تو اس کو ختم کر دیں گے۔ تو سو ان بزنس تک دا کرائٹیریا از از انکم۔</w:t>
      </w:r>
    </w:p>
    <w:p>
      <w:r>
        <w:rPr>
          <w:b/>
        </w:rPr>
        <w:t xml:space="preserve">[57:37] </w:t>
      </w:r>
      <w:r>
        <w:t>lekin yeh da work mein yeh criteria nahin hai.</w:t>
      </w:r>
    </w:p>
    <w:p>
      <w:pPr>
        <w:jc w:val="right"/>
      </w:pPr>
      <w:r>
        <w:t>لیکن یہ دا ورک میں یہ کرائٹیریا نہیں ہے۔</w:t>
      </w:r>
    </w:p>
    <w:p>
      <w:r>
        <w:rPr>
          <w:b/>
        </w:rPr>
        <w:t xml:space="preserve">[57:43] </w:t>
      </w:r>
      <w:r>
        <w:t>quran mein hai ke wa alaina illal balagh.</w:t>
      </w:r>
    </w:p>
    <w:p>
      <w:pPr>
        <w:jc w:val="right"/>
      </w:pPr>
      <w:r>
        <w:t>قرآن میں ہے کہ وما علینا الا البلاغ۔</w:t>
      </w:r>
    </w:p>
    <w:p>
      <w:r>
        <w:rPr>
          <w:b/>
        </w:rPr>
        <w:t xml:space="preserve">[57:49] </w:t>
      </w:r>
      <w:r>
        <w:t>yeh sahib, yeh ayat hai quran ki: wa alaina illal balagh. pahuncha dena yeh hai criteria.</w:t>
      </w:r>
    </w:p>
    <w:p>
      <w:pPr>
        <w:jc w:val="right"/>
      </w:pPr>
      <w:r>
        <w:t>یہ صاحب، یہ آیت ہے قرآن کی: وما علینا الا البلاغ۔ پہنچا دینا یہ ہے کرائٹیرین۔</w:t>
      </w:r>
    </w:p>
    <w:p>
      <w:r>
        <w:rPr>
          <w:b/>
        </w:rPr>
        <w:t xml:space="preserve">[58:00] </w:t>
      </w:r>
      <w:r>
        <w:t>woh maane ya na maane, yeh un ka kaam hai.</w:t>
      </w:r>
    </w:p>
    <w:p>
      <w:pPr>
        <w:jc w:val="right"/>
      </w:pPr>
      <w:r>
        <w:t>وہ مانے یا نہ مانے، یہ ان کا کام ہے۔</w:t>
      </w:r>
    </w:p>
    <w:p>
      <w:r>
        <w:rPr>
          <w:b/>
        </w:rPr>
        <w:t xml:space="preserve">[58:05] </w:t>
      </w:r>
      <w:r>
        <w:t>to jitna zyada hum pahuncha sakein, utne hamein pahunchana chahiye. aur yeh condition nahin rakhni chahiye ke log accept karein hamari baaton ko, to hum pahunchayenge nahin, to nahin pahunchayenge.</w:t>
      </w:r>
    </w:p>
    <w:p>
      <w:pPr>
        <w:jc w:val="right"/>
      </w:pPr>
      <w:r>
        <w:t>تو جتنا زیادہ ہم پہنچا سکیں، اتنے ہمیں پہنچانا چاہیے۔ اور یہ کنڈیشن نہیں رکھنی چاہیے کہ لوگ ایکسیپٹ کریں ہماری باتوں کو، تو ہم پہنچائیں گے نہیں، تو نہیں پہنچائیں گے۔</w:t>
      </w:r>
    </w:p>
    <w:p>
      <w:r>
        <w:rPr>
          <w:b/>
        </w:rPr>
        <w:t xml:space="preserve">[58:19] </w:t>
      </w:r>
      <w:r>
        <w:t>that is wrong criteria. khuda kabhi bhi aap ko is criteria ko accept nahin karega. aap ke is is aap ke is excuse ko accept nahin karega.</w:t>
      </w:r>
    </w:p>
    <w:p>
      <w:pPr>
        <w:jc w:val="right"/>
      </w:pPr>
      <w:r>
        <w:t>دیٹ از رونگ کرائٹیرین۔ خدا کبھی بھی اپ کو اس کرائٹیرین کو ایکسیپٹ نہیں کرے گا۔ اپ کے اس اس اپ کے اس ایکسکیوز کو ایکسیپٹ نہیں کرے گا۔</w:t>
      </w:r>
    </w:p>
    <w:p>
      <w:r>
        <w:rPr>
          <w:b/>
        </w:rPr>
        <w:t xml:space="preserve">[58:32] </w:t>
      </w:r>
      <w:r>
        <w:t>kabhi bhi accept nahin karega.</w:t>
      </w:r>
    </w:p>
    <w:p>
      <w:pPr>
        <w:jc w:val="right"/>
      </w:pPr>
      <w:r>
        <w:t>کبھی بھی ایکسیپٹ نہیں کرے گا۔</w:t>
      </w:r>
    </w:p>
    <w:p>
      <w:r>
        <w:rPr>
          <w:b/>
        </w:rPr>
        <w:t xml:space="preserve">[58:38] </w:t>
      </w:r>
      <w:r>
        <w:t>quran mein bohat baar yeh baat aayi hai: innama anta muzakkar alaihim bimustair.</w:t>
      </w:r>
    </w:p>
    <w:p>
      <w:pPr>
        <w:jc w:val="right"/>
      </w:pPr>
      <w:r>
        <w:t>قرآن میں بہت بار یہ بات آئی ہے: انما انت مذکر علیہم بمسطر۔</w:t>
      </w:r>
    </w:p>
    <w:p>
      <w:r>
        <w:rPr>
          <w:b/>
        </w:rPr>
        <w:t xml:space="preserve">[58:47] </w:t>
      </w:r>
      <w:r>
        <w:t>bohat baar aayi hai ke tumhara kaam pahuncha dena hai. baqi woh maante na maante hain, to yeh hamara, yeh hamara muamla hai. hum un ko poocheinge un se ke tum ne kyun nahin maana?</w:t>
      </w:r>
    </w:p>
    <w:p>
      <w:pPr>
        <w:jc w:val="right"/>
      </w:pPr>
      <w:r>
        <w:t>بہت بار آئی ہے کہ تمہارا کام پہنچا دینا ہے۔ باقی وہ مانتے نہ مانتے ہیں، تو یہ ہمارا، یہ ہمارا معاملہ ہے۔ ہم ان کو پوچھیں گے ان سے کہ تم نے کیوں نہیں مانا؟</w:t>
      </w:r>
    </w:p>
    <w:p>
      <w:r>
        <w:rPr>
          <w:b/>
        </w:rPr>
        <w:t xml:space="preserve">[59:03] </w:t>
      </w:r>
      <w:r>
        <w:t>to beharhaal, jis jis kisi ke dil mein agar yeh baat aati ho ke result ko le kar ke woh da work karna hai, to woh samajh rahe hain ke yeh yeh bilkul satanic baat hai.</w:t>
      </w:r>
    </w:p>
    <w:p>
      <w:pPr>
        <w:jc w:val="right"/>
      </w:pPr>
      <w:r>
        <w:t>تو بہرحال، جس جس کسی کے دل میں اگر یہ بات آتی ہو کہ رزلٹ کو لے کر کے وہ دا ورک کرنا ہے، تو وہ سمجھ رہے ہیں کہ یہ یہ بالکل سیٹنک بات ہے۔</w:t>
      </w:r>
    </w:p>
    <w:p>
      <w:r>
        <w:rPr>
          <w:b/>
        </w:rPr>
        <w:t xml:space="preserve">[59:14] </w:t>
      </w:r>
      <w:r>
        <w:t>yeh yeh khuda ki baat nahin hai. result ko le kar da work nahin kiya jata. da work to ek responsibility hai ke har insan jo is zameen par chal phir raha hai,</w:t>
      </w:r>
    </w:p>
    <w:p>
      <w:pPr>
        <w:jc w:val="right"/>
      </w:pPr>
      <w:r>
        <w:t>یہ یہ خدا کی بات نہیں ہے۔ رزلٹ کو لے کر دا ورک نہیں کیا جاتا۔ دا ورک تو ایک رسپانسبیلٹی ہے کہ ہر انسان جو اس زمین پر چل پھر رہا ہے،</w:t>
      </w:r>
    </w:p>
    <w:p>
      <w:r>
        <w:rPr>
          <w:b/>
        </w:rPr>
        <w:t xml:space="preserve">[59:28] </w:t>
      </w:r>
      <w:r>
        <w:t>us ko aap sachai pahuncha dein. bas.</w:t>
      </w:r>
    </w:p>
    <w:p>
      <w:pPr>
        <w:jc w:val="right"/>
      </w:pPr>
      <w:r>
        <w:t>اس کو اپ سچائی پہنچا دیں۔ بس۔</w:t>
      </w:r>
    </w:p>
    <w:p>
      <w:r>
        <w:rPr>
          <w:b/>
        </w:rPr>
        <w:t xml:space="preserve">[59:34] </w:t>
      </w:r>
      <w:r>
        <w:t>this question is from molana zakwan: what is the art of questioning and what is the definition of a healthy question?</w:t>
      </w:r>
    </w:p>
    <w:p>
      <w:pPr>
        <w:jc w:val="right"/>
      </w:pPr>
      <w:r>
        <w:t>دس کوئسچن از فرام مولانا زکوان: واٹ از دی آرٹ اف کوئسچننگ اینڈ واٹ از دا ڈیفینیشن اف ا ہیلدی کوئسچن؟</w:t>
      </w:r>
    </w:p>
    <w:p>
      <w:r>
        <w:rPr>
          <w:b/>
        </w:rPr>
        <w:t xml:space="preserve">[59:44] </w:t>
      </w:r>
      <w:r>
        <w:t>kindly comment. very difficult question.</w:t>
      </w:r>
    </w:p>
    <w:p>
      <w:pPr>
        <w:jc w:val="right"/>
      </w:pPr>
      <w:r>
        <w:t>کائنڈلی کمنٹ۔ ویری ڈیفیکلٹ کوئسچن۔</w:t>
      </w:r>
    </w:p>
    <w:p>
      <w:r>
        <w:rPr>
          <w:b/>
        </w:rPr>
        <w:t xml:space="preserve">[59:51] </w:t>
      </w:r>
      <w:r>
        <w:t>mera apna experience yeh hai ke log question karna nahin jante. people don't know how to question, how to question.</w:t>
      </w:r>
    </w:p>
    <w:p>
      <w:pPr>
        <w:jc w:val="right"/>
      </w:pPr>
      <w:r>
        <w:t>میرا اپنا ایکسپیرینس یہ ہے کہ لوگ کوئسچن کرنا نہیں جانتے۔ پیپل ڈونٹ نو ہاؤ ٹو کوئسچن، ہاؤ ٹو کوئسچن۔</w:t>
      </w:r>
    </w:p>
    <w:p>
      <w:r>
        <w:rPr>
          <w:b/>
        </w:rPr>
        <w:t xml:space="preserve">[1:00:05] </w:t>
      </w:r>
      <w:r>
        <w:t>main is ko agar kahoon to yeh kahunga ke sacha question woh hai jis ko sab se pehle aap apne se kiya ho.</w:t>
      </w:r>
    </w:p>
    <w:p>
      <w:pPr>
        <w:jc w:val="right"/>
      </w:pPr>
      <w:r>
        <w:t>میں اس کو اگر کہوں تو یہ کہوں گا کہ سچا کوئسچن وہ ہے جس کو سب سے پہلے اپ اپنے سے کیا ہو۔</w:t>
      </w:r>
    </w:p>
    <w:p>
      <w:r>
        <w:rPr>
          <w:b/>
        </w:rPr>
        <w:t xml:space="preserve">[1:00:16] </w:t>
      </w:r>
      <w:r>
        <w:t>apne se kiya ho.</w:t>
      </w:r>
    </w:p>
    <w:p>
      <w:pPr>
        <w:jc w:val="right"/>
      </w:pPr>
      <w:r>
        <w:t>اپنے سے کیا ہو۔</w:t>
      </w:r>
    </w:p>
    <w:p>
      <w:r>
        <w:rPr>
          <w:b/>
        </w:rPr>
        <w:t xml:space="preserve">[1:00:22] </w:t>
      </w:r>
      <w:r>
        <w:t>matlab is woh question jo aap ka aap mind mein aaya, us par aap ne socha, soch kar us ko analysis kiya aur relevant jo facts hain, us ko jaan</w:t>
      </w:r>
    </w:p>
    <w:p>
      <w:pPr>
        <w:jc w:val="right"/>
      </w:pPr>
      <w:r>
        <w:t>مطلب اس وہ کوئسچن جو اپ کا اپ مائنڈ میں آیا، اس پر اپ نے سوچا، سوچ کر اس کو انالیسز کیا اور ریلیونٹ جو فیکٹس ہیں، اس کو جان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