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09 Dec 2007 Maulana Wahiduddin Khan</w:t>
      </w:r>
    </w:p>
    <w:p>
      <w:r>
        <w:t>https://www.youtube.com/watch?v=Ks8odTgyfgc</w:t>
      </w:r>
    </w:p>
    <w:p>
      <w:r>
        <w:rPr>
          <w:b/>
        </w:rPr>
        <w:t xml:space="preserve">[00:13] </w:t>
      </w:r>
      <w:r>
        <w:t>rana, this question is from faimuddin. what is the criteria to distinguish things as islamic and unislamic?</w:t>
      </w:r>
    </w:p>
    <w:p>
      <w:pPr>
        <w:jc w:val="right"/>
      </w:pPr>
      <w:r>
        <w:t>राना, दिस क्वेश्चन इज फ्रॉम फैमुद्दीन। व्हाट इज द क्राइटेरिया टू डिस्टिंग्विश थिंग्स एज इस्लामिक एंड अनइस्लामिक?</w:t>
      </w:r>
    </w:p>
    <w:p>
      <w:r>
        <w:rPr>
          <w:b/>
        </w:rPr>
        <w:t xml:space="preserve">[00:24] </w:t>
      </w:r>
      <w:r>
        <w:t>when did this concept evolved?</w:t>
      </w:r>
    </w:p>
    <w:p>
      <w:pPr>
        <w:jc w:val="right"/>
      </w:pPr>
      <w:r>
        <w:t>व्हेन डिड दिस कांसेप्ट इवॉल्वड?</w:t>
      </w:r>
    </w:p>
    <w:p>
      <w:r>
        <w:rPr>
          <w:b/>
        </w:rPr>
        <w:t xml:space="preserve">[00:27] </w:t>
      </w:r>
      <w:r>
        <w:t>dekhiye, hadis mein iska answer milta hai humko</w:t>
      </w:r>
    </w:p>
    <w:p>
      <w:pPr>
        <w:jc w:val="right"/>
      </w:pPr>
      <w:r>
        <w:t>देखिए, हदीस में इसका आंसर मिलता है हमको</w:t>
      </w:r>
    </w:p>
    <w:p>
      <w:r>
        <w:rPr>
          <w:b/>
        </w:rPr>
        <w:t xml:space="preserve">[00:36] </w:t>
      </w:r>
      <w:r>
        <w:t>ki rasoolallah sallallahu alaihi wasallam ne vafat se pehle, vafat se kuch din pehle, ye farmaya tha ki "tark to fikam sakalan." tark fikam sakalan. main tumhare darmiyan do bhari cheez chhod raha hoon. jab tak tum pakde rahoge,</w:t>
      </w:r>
    </w:p>
    <w:p>
      <w:pPr>
        <w:jc w:val="right"/>
      </w:pPr>
      <w:r>
        <w:t>कि रसूलल्लाह सल्लल्लाहु अलैहि वसल्लम ने वफात से पहले, वफात से कुछ दिन पहले, ये फरमाया था कि "तरक तो फिकम सकलन।" तरक फिकम सकलन। मैं तुम्हारे दरमियान दो भारी चीज छोड़ रहा हूं। जब तक तुम पकड़े रहोगे,</w:t>
      </w:r>
    </w:p>
    <w:p>
      <w:r>
        <w:rPr>
          <w:b/>
        </w:rPr>
        <w:t xml:space="preserve">[01:02] </w:t>
      </w:r>
      <w:r>
        <w:t>tum gumrah nahi hoge.</w:t>
      </w:r>
    </w:p>
    <w:p>
      <w:pPr>
        <w:jc w:val="right"/>
      </w:pPr>
      <w:r>
        <w:t>तुम गुमराह नहीं होगे।</w:t>
      </w:r>
    </w:p>
    <w:p>
      <w:r>
        <w:rPr>
          <w:b/>
        </w:rPr>
        <w:t xml:space="preserve">[01:05] </w:t>
      </w:r>
      <w:r>
        <w:t>wo kya hai? kitabullah wa sunnati. khuda ki kitab aur paigambar ki sunnat. to bilkul saada baat hai ki agar koi bhi mamle mein aap janna chahte ho, to aap quran ko dekhiye aur rasoolallah ki sunnat ko dekhiye.</w:t>
      </w:r>
    </w:p>
    <w:p>
      <w:pPr>
        <w:jc w:val="right"/>
      </w:pPr>
      <w:r>
        <w:t>वो क्या है? किताबुल्लाह व सुन्नती। खुदा की किताब और पैगंबर की सुन्नत। तो बिल्कुल सादा बात है कि अगर कोई भी मामले में आप जानना चाहते हो, तो आप कुरान को देखिए और रसूलल्लाह की सुन्नत को देखिए।</w:t>
      </w:r>
    </w:p>
    <w:p>
      <w:r>
        <w:rPr>
          <w:b/>
        </w:rPr>
        <w:t xml:space="preserve">[01:24] </w:t>
      </w:r>
      <w:r>
        <w:t>aur ismein aap sahaba ko mila sakte hain. to quran ko dekhiye, rasoolallah ki sunnat aur sahaba ka jo amal hai, usko dekhiye. yahi hai hamare yahan model. isi par jaanchiye aap.</w:t>
      </w:r>
    </w:p>
    <w:p>
      <w:pPr>
        <w:jc w:val="right"/>
      </w:pPr>
      <w:r>
        <w:t>और इसमें आप सहाबा को मिला सकते हैं। तो कुरान को देखिए, रसूलल्लाह की सुन्नत और सहाबा का जो अमल है, उसको देखिए। यही है हमारे यहां मॉडल। इसी पर जांचिए आप।</w:t>
      </w:r>
    </w:p>
    <w:p>
      <w:r>
        <w:rPr>
          <w:b/>
        </w:rPr>
        <w:t xml:space="preserve">[01:41] </w:t>
      </w:r>
      <w:r>
        <w:t>galti yahan hoti hai ki hum apne mind se ek soch banate hain, ek criteria banate hain, us par chal padte hain.</w:t>
      </w:r>
    </w:p>
    <w:p>
      <w:pPr>
        <w:jc w:val="right"/>
      </w:pPr>
      <w:r>
        <w:t>गलती यहां होती है कि हम अपने माइंड से एक सोच बनाते हैं, एक क्राइटेरिया बनाते हैं, उस पर चल पड़ते हैं।</w:t>
      </w:r>
    </w:p>
    <w:p>
      <w:r>
        <w:rPr>
          <w:b/>
        </w:rPr>
        <w:t xml:space="preserve">[01:54] </w:t>
      </w:r>
      <w:r>
        <w:t>yeh nahi sochne ki koshish karte ki yeh jo hum le rahe hain step, yeh quran ke mutabiq hai ya mutabiq hai. jaise ki maine kaha ki debate lijiye. ab debate mein yeh criteria nahi hai ki log taliyan bajayein to bada achha hai, wo</w:t>
      </w:r>
    </w:p>
    <w:p>
      <w:pPr>
        <w:jc w:val="right"/>
      </w:pPr>
      <w:r>
        <w:t>यह नहीं सोचने की कोशिश करते कि यह जो हम ले रहे हैं स्टेप, यह कुरान के मुताबिक है या मुताबिक है। जैसे कि मैंने कहा कि डिबेट लीजिए। अब डिबेट में यह क्राइटेरिया नहीं है कि लोग तालियां बजाएं तो बड़ा अच्छा है, वो</w:t>
      </w:r>
    </w:p>
    <w:p>
      <w:r>
        <w:rPr>
          <w:b/>
        </w:rPr>
        <w:t xml:space="preserve">[02:14] </w:t>
      </w:r>
      <w:r>
        <w:t>log khush ho sunkar ke bada achha hai. yeh to koi criteria nahi hai.</w:t>
      </w:r>
    </w:p>
    <w:p>
      <w:pPr>
        <w:jc w:val="right"/>
      </w:pPr>
      <w:r>
        <w:t>लोग खुश हो सुनकर के बड़ा अच्छा है। यह तो कोई क्राइटेरिया नहीं है।</w:t>
      </w:r>
    </w:p>
    <w:p>
      <w:r>
        <w:rPr>
          <w:b/>
        </w:rPr>
        <w:t xml:space="preserve">[02:20] </w:t>
      </w:r>
      <w:r>
        <w:t>criteria to yeh hai ki rasoolallah ke zamane mein 20 speeches hoti thin, to kya wahan taliyan bajti thin?</w:t>
      </w:r>
    </w:p>
    <w:p>
      <w:pPr>
        <w:jc w:val="right"/>
      </w:pPr>
      <w:r>
        <w:t>क्राइटेरिया तो यह है कि रसूलल्लाह के जमाने में 20 स्पीचेज होती थीं, तो क्या वहां तालियां बजती थीं?</w:t>
      </w:r>
    </w:p>
    <w:p>
      <w:r>
        <w:rPr>
          <w:b/>
        </w:rPr>
        <w:t xml:space="preserve">[02:28] </w:t>
      </w:r>
      <w:r>
        <w:t>kya wahan sun-sun log khush hote the, khud magan hote the? logon ke andar jo pride ka chhupa hua ehsas, usko nahi, nahi milta tha. food milta tha, usko aisa nahi hai. to wahan par aap dekhenge, jab padhenge aap, to wahan kya tha?</w:t>
      </w:r>
    </w:p>
    <w:p>
      <w:pPr>
        <w:jc w:val="right"/>
      </w:pPr>
      <w:r>
        <w:t>क्या वहां सुन-सुन लोग खुश होते थे, खुद मगन होते थे? लोगों के अंदर जो प्राइड का छुपा हुआ एहसास, उसको नहीं, नहीं मिलता था। फूड मिलता था, उसको ऐसा नहीं है। तो वहां पर आप देखेंगे, जब पढ़ेंगे आप, तो वहां पर क्या था?</w:t>
      </w:r>
    </w:p>
    <w:p>
      <w:r>
        <w:rPr>
          <w:b/>
        </w:rPr>
        <w:t xml:space="preserve">[02:52] </w:t>
      </w:r>
      <w:r>
        <w:t>rasoolallah ki speech sunkar log chup ho jate the, yani introspection mein chale jate the. wo</w:t>
      </w:r>
    </w:p>
    <w:p>
      <w:pPr>
        <w:jc w:val="right"/>
      </w:pPr>
      <w:r>
        <w:t>रसूलल्लाह की स्पीच सुनकर लोग चुप हो जाते थे, यानी इंट्रोस्पेक्शन में चले जाते थे। वो</w:t>
      </w:r>
    </w:p>
    <w:p>
      <w:r>
        <w:rPr>
          <w:b/>
        </w:rPr>
        <w:t xml:space="preserve">[03:00] </w:t>
      </w:r>
      <w:r>
        <w:t>to main samajhta hoon ki jo criteria hai, wo yeh hai ki speech islami speech hai, usko sunkar ke log introspection mein chale jayein, sochne lage, sochne lage, sochne lage. aur jahan taliyan bajayein, to wo to yani gumrahi hai, wo kyunki rasoolallah ke miyar se hata hua hai. jo rasoolallah ka miyar hai, usse hata hua hai. yeh har mamle mein hai,</w:t>
      </w:r>
    </w:p>
    <w:p>
      <w:pPr>
        <w:jc w:val="right"/>
      </w:pPr>
      <w:r>
        <w:t>तो मैं समझता हूं कि जो क्राइटेरिया है, वो यह है कि स्पीच इस्लामी स्पीच है, उसको सुनकर के लोग इंट्रोस्पेक्शन में चले जाएं, सोचने लगे, सोचने लगे, सोचने लगे। और जहां तालियां बजाएं, तो वो तो यानी गुमराही है, वो क्योंकि रसूलल्लाह के मियार से हटा हुआ है। जो रसूलल्लाह का मियार है, उससे हटा हुआ है। ये हर मामले में है,</w:t>
      </w:r>
    </w:p>
    <w:p>
      <w:r>
        <w:rPr>
          <w:b/>
        </w:rPr>
        <w:t xml:space="preserve">[03:29] </w:t>
      </w:r>
      <w:r>
        <w:t>chahe wo aqida ho ya ibadat ho, akhlaq ho, jalsa, juloos ho, koi bhi cheez ho. mujhe juloos hazir nikalta hai. dekhiye, aap dekhiye, rasoolallah ke zamane mein kabhi juloos nikla makka ya madina mein?</w:t>
      </w:r>
    </w:p>
    <w:p>
      <w:pPr>
        <w:jc w:val="right"/>
      </w:pPr>
      <w:r>
        <w:t>चाहे वो अकीदा हो या इबादत हो, अखलाक हो, जलसा, जुलूस हो, कोई भी चीज हो। मुझे जुलूस हाजिर निकालता है। देखिए, आप देखिए, रसूलल्लाह के जमाने में कभी जुलूस निकला मक्का या मदीना में?</w:t>
      </w:r>
    </w:p>
    <w:p>
      <w:r>
        <w:rPr>
          <w:b/>
        </w:rPr>
        <w:t xml:space="preserve">[03:44] </w:t>
      </w:r>
      <w:r>
        <w:t>wahan bhi sare problem the. problem ke naam par juloos nikalte hain log. procession kehte hain. juloos matlab procession. is zamane mein aap dekhiye, jab koi problem aata hai, to fauran juloos nikalte hain,</w:t>
      </w:r>
    </w:p>
    <w:p>
      <w:pPr>
        <w:jc w:val="right"/>
      </w:pPr>
      <w:r>
        <w:t>वहां भी सारे प्रॉब्लम थे। प्रॉब्लम के नाम पर जुलूस निकालते हैं लोग। प्रोसेशन कहते हैं। जुलूस मतलब प्रोसेशन। इस जमाने में आप देखिए, जब कोई प्रॉब्लम आता है, तो फौरन जुलूस निकालते हैं,</w:t>
      </w:r>
    </w:p>
    <w:p>
      <w:r>
        <w:rPr>
          <w:b/>
        </w:rPr>
        <w:t xml:space="preserve">[03:59] </w:t>
      </w:r>
      <w:r>
        <w:t>naare lagate hain. to wahan bhi problem the. kya rasoolallah ne kabhi juloos nikala? sahaba ne nikala?</w:t>
      </w:r>
    </w:p>
    <w:p>
      <w:pPr>
        <w:jc w:val="right"/>
      </w:pPr>
      <w:r>
        <w:t>नारे लगाते हैं। तो वहां भी प्रॉब्लम थे। क्या रसूलल्लाह ने कभी जुलूस निकाला? सहाबा ने निकाला?</w:t>
      </w:r>
    </w:p>
    <w:p>
      <w:r>
        <w:rPr>
          <w:b/>
        </w:rPr>
        <w:t xml:space="preserve">[04:07] </w:t>
      </w:r>
      <w:r>
        <w:t>yeh sab bilkul unislamic activities hain. bidat hai. bidat. to asal baat yeh hoti hai ki log yeh bhool jate hain ki criteria hamari apni soch to hai nahi. koi dusra kar raha ho, wo to hai nahi.</w:t>
      </w:r>
    </w:p>
    <w:p>
      <w:pPr>
        <w:jc w:val="right"/>
      </w:pPr>
      <w:r>
        <w:t>ये सब बिल्कुल अनइस्लामिक एक्टिविटीज हैं। बिदत है। बिदत। तो असल बात यह होती है कि लोग यह भूल जाते हैं कि क्राइटेरिया हमारी अपनी सोच तो है नहीं। कोई दूसरा कर रहा हो, वो तो है नहीं।</w:t>
      </w:r>
    </w:p>
    <w:p>
      <w:r>
        <w:rPr>
          <w:b/>
        </w:rPr>
        <w:t xml:space="preserve">[04:26] </w:t>
      </w:r>
      <w:r>
        <w:t>quran se nikaliye, rasoolallah ke se nikaliye, sahaba se nikaliye. wahan na mile, to phir wo dekhiye, hadis kitne clear hain is mamle mein. man ahdasa fi amrina haza ma laisa minhu fahuwa radd.</w:t>
      </w:r>
    </w:p>
    <w:p>
      <w:pPr>
        <w:jc w:val="right"/>
      </w:pPr>
      <w:r>
        <w:t>कुरान से निकालिए, रसूलल्लाह के से निकालिए, सहाबा से निकालिए। वहां ना मिले, तो फिर वो देखिए, हदीस कितने क्लियर हैं इस मामले में। मन अहदसा फी अमना हाज माला समीन फ रद।</w:t>
      </w:r>
    </w:p>
    <w:p>
      <w:r>
        <w:rPr>
          <w:b/>
        </w:rPr>
        <w:t xml:space="preserve">[04:43] </w:t>
      </w:r>
      <w:r>
        <w:t>jo aadmi hamare deen mein achhi baat nikale, jo deen mein maujood na ho, yani quran mein na ho, rasoolallah ki sunnat mein na ho, to wo radd, yani wo rejected hai.</w:t>
      </w:r>
    </w:p>
    <w:p>
      <w:pPr>
        <w:jc w:val="right"/>
      </w:pPr>
      <w:r>
        <w:t>जो आदमी हमारे दीन में अच्छी बात निकालें, जो दीन में मौजूद ना हो, यानी कुरान में ना हो, रसूलल्लाह की सुन्नत में ना हो, तो वो रद्द, यानी वो रिजेक्टेड है।</w:t>
      </w:r>
    </w:p>
    <w:p>
      <w:r>
        <w:rPr>
          <w:b/>
        </w:rPr>
        <w:t xml:space="preserve">[05:00] </w:t>
      </w:r>
      <w:r>
        <w:t>to jo rejected hai, us par log taliyan bajate hain. aap zara gaur kijiye.</w:t>
      </w:r>
    </w:p>
    <w:p>
      <w:pPr>
        <w:jc w:val="right"/>
      </w:pPr>
      <w:r>
        <w:t>तो जो रिजेक्टेड है, उस पर लोग तालियां बजाते हैं। आप जरा गौर कीजिए।</w:t>
      </w:r>
    </w:p>
    <w:p>
      <w:r>
        <w:rPr>
          <w:b/>
        </w:rPr>
        <w:t xml:space="preserve">[05:08] </w:t>
      </w:r>
      <w:r>
        <w:t>to khuda ke yahan qabul nahi ki jayegi. yeh khuda ke yahan kabhi bhi isko liya nahi jata. to kisi bhi cheez ko aap jaanchiye is nazar se ki quran ke mutabiq khaya nahi, rasoolallah ki sunnat ke mutabiq khaya nahi, sahaba ne aisa kiya tha ya nahi kiya tha.</w:t>
      </w:r>
    </w:p>
    <w:p>
      <w:pPr>
        <w:jc w:val="right"/>
      </w:pPr>
      <w:r>
        <w:t>तो खुदा के यहां कबूल नहीं की जाएगी। ये खुदा के यहां कभी भी इसको लिया नहीं जाता। तो किसी भी चीज को आप जांचिए इस नजर से कि कुरान के मुताबिक खया नहीं, रसूलल्लाह की सुन्नत के मुताबिक खया नहीं, सहाबा ने ऐसा किया था या नहीं किया था।</w:t>
      </w:r>
    </w:p>
    <w:p>
      <w:r>
        <w:rPr>
          <w:b/>
        </w:rPr>
        <w:t xml:space="preserve">[05:25] </w:t>
      </w:r>
      <w:r>
        <w:t>agar wo us par nat, uske criteria purana hota hai, to that is rejected.</w:t>
      </w:r>
    </w:p>
    <w:p>
      <w:pPr>
        <w:jc w:val="right"/>
      </w:pPr>
      <w:r>
        <w:t>अगर वो उस पर नट, उसके क्राइटेरिया पुराना होता है, तो दैट इज रिजेक्टेड।</w:t>
      </w:r>
    </w:p>
    <w:p>
      <w:r>
        <w:rPr>
          <w:b/>
        </w:rPr>
        <w:t xml:space="preserve">[05:34] </w:t>
      </w:r>
      <w:r>
        <w:t>khaya hua criteria yahi hai islam mein.</w:t>
      </w:r>
    </w:p>
    <w:p>
      <w:pPr>
        <w:jc w:val="right"/>
      </w:pPr>
      <w:r>
        <w:t>खया हुआ क्राइटेरिया यही है इस्लाम में।</w:t>
      </w:r>
    </w:p>
    <w:p>
      <w:r>
        <w:rPr>
          <w:b/>
        </w:rPr>
        <w:t xml:space="preserve">[05:38] </w:t>
      </w:r>
      <w:r>
        <w:t>rana, this question is from saif al hadi. how do you reconcile the quranic narratives of debates between prophet ibrahim and nimrod?</w:t>
      </w:r>
    </w:p>
    <w:p>
      <w:pPr>
        <w:jc w:val="right"/>
      </w:pPr>
      <w:r>
        <w:t>राना, दिस क्वेश्चन इज फ्रॉम सैफ अल हदी। हाउ डू यू रिकॉन्सिल द कुरानिक नरेटिव्स ऑफ डिबेट्स बिटवीन प्रोफेट इब्राहिम एंड निमरूद?</w:t>
      </w:r>
    </w:p>
    <w:p>
      <w:r>
        <w:rPr>
          <w:b/>
        </w:rPr>
        <w:t xml:space="preserve">[05:50] </w:t>
      </w:r>
      <w:r>
        <w:t>ibrahim and his father and the community with your claim that islam discourages debate culture.</w:t>
      </w:r>
    </w:p>
    <w:p>
      <w:pPr>
        <w:jc w:val="right"/>
      </w:pPr>
      <w:r>
        <w:t>इब्राहिम एंड हिज फादर एंड द कम्युनिटी विद योर क्लेम दैट इस्लाम डिस्करेजेस डिबेट कल्चर।</w:t>
      </w:r>
    </w:p>
    <w:p>
      <w:r>
        <w:rPr>
          <w:b/>
        </w:rPr>
        <w:t xml:space="preserve">[05:58] </w:t>
      </w:r>
      <w:r>
        <w:t>hazrat ibrahim ki jo baat hui thi, wo debate tha hi nahi. wo debate tha hi nahi. aap to gaye the usko islam ki dawat pesh karne ke liye. usne ek question kiya, uska aapne jawab de diya. to debate thodi kaha jayega usko. debate nahi hai,</w:t>
      </w:r>
    </w:p>
    <w:p>
      <w:pPr>
        <w:jc w:val="right"/>
      </w:pPr>
      <w:r>
        <w:t>हजरत इब्राहिम की जो बात हुई थी, वो डिबेट था ही नहीं। वो डिबेट था ही नहीं। आप तो गए थे उसको इस्लाम की दावत पेश करने के लिए। उसने एक क्वेश्चन किया, उसका आपने जवाब दे दिया। तो डिबेट थोड़ी कहा जाएगा उसको। डिबेट नहीं है,</w:t>
      </w:r>
    </w:p>
    <w:p>
      <w:r>
        <w:rPr>
          <w:b/>
        </w:rPr>
        <w:t xml:space="preserve">[06:17] </w:t>
      </w:r>
      <w:r>
        <w:t>balki aapne debate ko avoid kiya. aap quran majeed mein parhiye ke hazrat ibrahim ne dawat pesh ki. to usne kya kaha?</w:t>
      </w:r>
    </w:p>
    <w:p>
      <w:pPr>
        <w:jc w:val="right"/>
      </w:pPr>
      <w:r>
        <w:t>बल्कि आपने डिबेट को अवॉइड किया। आप कुरान मजीद में पढ़िए कि हजरत इब्राहिम ने दावत पेश की। तो उसने क्या कहा?</w:t>
      </w:r>
    </w:p>
    <w:p>
      <w:r>
        <w:rPr>
          <w:b/>
        </w:rPr>
        <w:t xml:space="preserve">[06:29] </w:t>
      </w:r>
      <w:r>
        <w:t>ke</w:t>
      </w:r>
    </w:p>
    <w:p>
      <w:pPr>
        <w:jc w:val="right"/>
      </w:pPr>
      <w:r>
        <w:t>कि</w:t>
      </w:r>
    </w:p>
    <w:p>
      <w:r>
        <w:rPr>
          <w:b/>
        </w:rPr>
        <w:t xml:space="preserve">[06:32] </w:t>
      </w:r>
      <w:r>
        <w:t>hazrat ibrahim ne kaha tha ke khuda jo hai, wo jiske haath mein zindagi hai, uske haath mein maut hai. us khuda ko maano, jiske haath mein zindagi hai, uske haath mein maut hai. yeh aapne farmaya tha. to namrood ne kya</w:t>
      </w:r>
    </w:p>
    <w:p>
      <w:pPr>
        <w:jc w:val="right"/>
      </w:pPr>
      <w:r>
        <w:t>हजरत इब्राहिम ने कहा था कि खुदा जो है, वो जिसके हाथ में जिंदगी है, उसके हाथ में मौत है। उस खुदा को मानो, जिसके हाथ में जिंदगी है, उसके हाथ में मौत है। यह आपने फरमाया था। तो नमरूद ने क्या</w:t>
      </w:r>
    </w:p>
    <w:p>
      <w:r>
        <w:rPr>
          <w:b/>
        </w:rPr>
        <w:t xml:space="preserve">[06:45] </w:t>
      </w:r>
      <w:r>
        <w:t>kaha? wo to mere hath mein bhi hai.</w:t>
      </w:r>
    </w:p>
    <w:p>
      <w:pPr>
        <w:jc w:val="right"/>
      </w:pPr>
      <w:r>
        <w:t>कहा? वो तो मेरे हाथ में भी है।</w:t>
      </w:r>
    </w:p>
    <w:p>
      <w:r>
        <w:rPr>
          <w:b/>
        </w:rPr>
        <w:t xml:space="preserve">[06:47] </w:t>
      </w:r>
      <w:r>
        <w:t>jisko chaho maar lo, jisko chaho zinda rakho.</w:t>
      </w:r>
    </w:p>
    <w:p>
      <w:pPr>
        <w:jc w:val="right"/>
      </w:pPr>
      <w:r>
        <w:t>जिसको चाहो मार लो, जिसको चाहो जिंदा रखो।</w:t>
      </w:r>
    </w:p>
    <w:p>
      <w:r>
        <w:rPr>
          <w:b/>
        </w:rPr>
        <w:t xml:space="preserve">[06:50] </w:t>
      </w:r>
      <w:r>
        <w:t>to debating point aa gaya tha.</w:t>
      </w:r>
    </w:p>
    <w:p>
      <w:pPr>
        <w:jc w:val="right"/>
      </w:pPr>
      <w:r>
        <w:t>तो डिबेटिंग पॉइंट आ गया था।</w:t>
      </w:r>
    </w:p>
    <w:p>
      <w:r>
        <w:rPr>
          <w:b/>
        </w:rPr>
        <w:t xml:space="preserve">[06:52] </w:t>
      </w:r>
      <w:r>
        <w:t>ab hat gaye wahan se.</w:t>
      </w:r>
    </w:p>
    <w:p>
      <w:pPr>
        <w:jc w:val="right"/>
      </w:pPr>
      <w:r>
        <w:t>अब हट गए वहां से।</w:t>
      </w:r>
    </w:p>
    <w:p>
      <w:r>
        <w:rPr>
          <w:b/>
        </w:rPr>
        <w:t xml:space="preserve">[06:53] </w:t>
      </w:r>
      <w:r>
        <w:t>us par bolay nahi aap.</w:t>
      </w:r>
    </w:p>
    <w:p>
      <w:pPr>
        <w:jc w:val="right"/>
      </w:pPr>
      <w:r>
        <w:t>उस पर बोले नहीं आप।</w:t>
      </w:r>
    </w:p>
    <w:p>
      <w:r>
        <w:rPr>
          <w:b/>
        </w:rPr>
        <w:t xml:space="preserve">[06:55] </w:t>
      </w:r>
      <w:r>
        <w:t>aap ne kaha ke khuda suraj ko nikalta hai mashriq se, to maghrib se nikalo.</w:t>
      </w:r>
    </w:p>
    <w:p>
      <w:pPr>
        <w:jc w:val="right"/>
      </w:pPr>
      <w:r>
        <w:t>आपने कहा कि खुदा सूरज को निकालता है मशरिक से, तो मक से निकालो।</w:t>
      </w:r>
    </w:p>
    <w:p>
      <w:r>
        <w:rPr>
          <w:b/>
        </w:rPr>
        <w:t xml:space="preserve">[07:01] </w:t>
      </w:r>
      <w:r>
        <w:t>debating point hai, to hat gaye wahan par.</w:t>
      </w:r>
    </w:p>
    <w:p>
      <w:pPr>
        <w:jc w:val="right"/>
      </w:pPr>
      <w:r>
        <w:t>डिबेटिंग पॉइंट है, तो हट गए वहां पर।</w:t>
      </w:r>
    </w:p>
    <w:p>
      <w:r>
        <w:rPr>
          <w:b/>
        </w:rPr>
        <w:t xml:space="preserve">[07:02] </w:t>
      </w:r>
      <w:r>
        <w:t>wo hazrat ibrahim ko jo waqia aaya hai quran mein, wo dawat ka waqia, wo debate ka waqia</w:t>
      </w:r>
    </w:p>
    <w:p>
      <w:pPr>
        <w:jc w:val="right"/>
      </w:pPr>
      <w:r>
        <w:t>वो हजरत इब्राहिम को जो वाकया आया है कुरान में, वो दावत का वाकया, वो डिबेट का वाकया</w:t>
      </w:r>
    </w:p>
    <w:p>
      <w:r>
        <w:rPr>
          <w:b/>
        </w:rPr>
        <w:t xml:space="preserve">[07:09] </w:t>
      </w:r>
      <w:r>
        <w:t>nahi hai. hargiz debate ka waqia nahi hai.</w:t>
      </w:r>
    </w:p>
    <w:p>
      <w:pPr>
        <w:jc w:val="right"/>
      </w:pPr>
      <w:r>
        <w:t>नहीं है। हरगिज डिबेट का वाकया नहीं है।</w:t>
      </w:r>
    </w:p>
    <w:p>
      <w:r>
        <w:rPr>
          <w:b/>
        </w:rPr>
        <w:t xml:space="preserve">[07:12] </w:t>
      </w:r>
      <w:r>
        <w:t>yeh bohat bari ek aur gumrahi hogi ke usko debate banayein aap.</w:t>
      </w:r>
    </w:p>
    <w:p>
      <w:pPr>
        <w:jc w:val="right"/>
      </w:pPr>
      <w:r>
        <w:t>यह बहुत बड़ी एक और गुमराही होगी कि उसको डिबेट बनाएं आप।</w:t>
      </w:r>
    </w:p>
    <w:p>
      <w:r>
        <w:rPr>
          <w:b/>
        </w:rPr>
        <w:t xml:space="preserve">[07:19] </w:t>
      </w:r>
      <w:r>
        <w:t>ji haan, dawat.</w:t>
      </w:r>
    </w:p>
    <w:p>
      <w:pPr>
        <w:jc w:val="right"/>
      </w:pPr>
      <w:r>
        <w:t>जी हां, दावत।</w:t>
      </w:r>
    </w:p>
    <w:p>
      <w:r>
        <w:rPr>
          <w:b/>
        </w:rPr>
        <w:t xml:space="preserve">[07:20] </w:t>
      </w:r>
      <w:r>
        <w:t>dekhiye, maine arz kiya</w:t>
      </w:r>
    </w:p>
    <w:p>
      <w:pPr>
        <w:jc w:val="right"/>
      </w:pPr>
      <w:r>
        <w:t>देखिए, मैंने अर्ज किया</w:t>
      </w:r>
    </w:p>
    <w:p>
      <w:r>
        <w:rPr>
          <w:b/>
        </w:rPr>
        <w:t xml:space="preserve">[07:23] </w:t>
      </w:r>
      <w:r>
        <w:t>ke dawat jo hai, wo chalti hai khairkhwahi</w:t>
      </w:r>
    </w:p>
    <w:p>
      <w:pPr>
        <w:jc w:val="right"/>
      </w:pPr>
      <w:r>
        <w:t>कि दावत जो है, वो चलती है खैरखवाई</w:t>
      </w:r>
    </w:p>
    <w:p>
      <w:r>
        <w:rPr>
          <w:b/>
        </w:rPr>
        <w:t xml:space="preserve">[07:28] </w:t>
      </w:r>
      <w:r>
        <w:t>par, yaani well wishing par. daai well wisher hota hai, yaani wo chahta hai ke wo aadmi islam ko sachchai ko maan le. us aadmi ke dil mein sachchai utar jaye. to yeh hai khairkhwahi, well wishing. aur debate</w:t>
      </w:r>
    </w:p>
    <w:p>
      <w:pPr>
        <w:jc w:val="right"/>
      </w:pPr>
      <w:r>
        <w:t>पर, यानी वेल विशिंग पर। दाई वेल विशर होता है, यानी वो चाहता है कि वो आदमी इस्लाम को सच्चाई को मान ले। उस आदमी के दिल में सच्चाई उतर जाए। तो यह है खैरखवाई, वेल विशिंग। और डिबेट</w:t>
      </w:r>
    </w:p>
    <w:p>
      <w:r>
        <w:rPr>
          <w:b/>
        </w:rPr>
        <w:t xml:space="preserve">[07:44] </w:t>
      </w:r>
      <w:r>
        <w:t>ka kya hai?</w:t>
      </w:r>
    </w:p>
    <w:p>
      <w:pPr>
        <w:jc w:val="right"/>
      </w:pPr>
      <w:r>
        <w:t>का क्या है?</w:t>
      </w:r>
    </w:p>
    <w:p>
      <w:r>
        <w:rPr>
          <w:b/>
        </w:rPr>
        <w:t xml:space="preserve">[07:44] </w:t>
      </w:r>
      <w:r>
        <w:t>debater ka kya hai?</w:t>
      </w:r>
    </w:p>
    <w:p>
      <w:pPr>
        <w:jc w:val="right"/>
      </w:pPr>
      <w:r>
        <w:t>डिबेटर का क्या है?</w:t>
      </w:r>
    </w:p>
    <w:p>
      <w:r>
        <w:rPr>
          <w:b/>
        </w:rPr>
        <w:t xml:space="preserve">[07:45] </w:t>
      </w:r>
      <w:r>
        <w:t>usko neecha dikhana.</w:t>
      </w:r>
    </w:p>
    <w:p>
      <w:pPr>
        <w:jc w:val="right"/>
      </w:pPr>
      <w:r>
        <w:t>उसको नीचा दिखाना।</w:t>
      </w:r>
    </w:p>
    <w:p>
      <w:r>
        <w:rPr>
          <w:b/>
        </w:rPr>
        <w:t xml:space="preserve">[07:48] </w:t>
      </w:r>
      <w:r>
        <w:t>dai aur debater mein farq hai ke wo usko neecha dikhane ke liye karta hai.</w:t>
      </w:r>
    </w:p>
    <w:p>
      <w:pPr>
        <w:jc w:val="right"/>
      </w:pPr>
      <w:r>
        <w:t>दाई और डिबेटर में फर्क है कि वो उसको नीचा दिखाने के लिए करता है।</w:t>
      </w:r>
    </w:p>
    <w:p>
      <w:r>
        <w:rPr>
          <w:b/>
        </w:rPr>
        <w:t xml:space="preserve">[07:52] </w:t>
      </w:r>
      <w:r>
        <w:t>wo ab wo usko sachai ki taraf lane ke liye, jannat mein dakhil karne ke liye karta hai.</w:t>
      </w:r>
    </w:p>
    <w:p>
      <w:pPr>
        <w:jc w:val="right"/>
      </w:pPr>
      <w:r>
        <w:t>वो अब वो उसको सच्चाई की तरफ लाने के लिए, जन्नत में दाखिल करने के लिए करता है।</w:t>
      </w:r>
    </w:p>
    <w:p>
      <w:r>
        <w:rPr>
          <w:b/>
        </w:rPr>
        <w:t xml:space="preserve">[07:57] </w:t>
      </w:r>
      <w:r>
        <w:t>wo to iska jo incentive hai, wo khairkhwahi hai.</w:t>
      </w:r>
    </w:p>
    <w:p>
      <w:pPr>
        <w:jc w:val="right"/>
      </w:pPr>
      <w:r>
        <w:t>वो तो इसका जो इंसेंटिव है, वो खैरखवाई है।</w:t>
      </w:r>
    </w:p>
    <w:p>
      <w:r>
        <w:rPr>
          <w:b/>
        </w:rPr>
        <w:t xml:space="preserve">[08:01] </w:t>
      </w:r>
      <w:r>
        <w:t>uska incentive yeh hai ke usko neecha dikhana, apni apne pride ko establish karna.</w:t>
      </w:r>
    </w:p>
    <w:p>
      <w:pPr>
        <w:jc w:val="right"/>
      </w:pPr>
      <w:r>
        <w:t>उसका इंसेंटिव यह है कि उसको नीचा दिखाना, अपनी अपने प्राइड को एस्टेब्लिश करना।</w:t>
      </w:r>
    </w:p>
    <w:p>
      <w:r>
        <w:rPr>
          <w:b/>
        </w:rPr>
        <w:t xml:space="preserve">[08:08] </w:t>
      </w:r>
      <w:r>
        <w:t>yani dawat apne pride ko establish karne ke liye hoti hi nahi.</w:t>
      </w:r>
    </w:p>
    <w:p>
      <w:pPr>
        <w:jc w:val="right"/>
      </w:pPr>
      <w:r>
        <w:t>यानी दावत अपने प्राइड को एस्टेब्लिश करने के लिए होती ही नहीं।</w:t>
      </w:r>
    </w:p>
    <w:p>
      <w:r>
        <w:rPr>
          <w:b/>
        </w:rPr>
        <w:t xml:space="preserve">[08:11] </w:t>
      </w:r>
      <w:r>
        <w:t>kisi paighambar ne aisa kiya nahi.</w:t>
      </w:r>
    </w:p>
    <w:p>
      <w:pPr>
        <w:jc w:val="right"/>
      </w:pPr>
      <w:r>
        <w:t>किसी पैगंबर ने ऐसा किया नहीं।</w:t>
      </w:r>
    </w:p>
    <w:p>
      <w:r>
        <w:rPr>
          <w:b/>
        </w:rPr>
        <w:t xml:space="preserve">[08:13] </w:t>
      </w:r>
      <w:r>
        <w:t>aur sare debater yahi chahte hain ke apne pride ko establish kar de.</w:t>
      </w:r>
    </w:p>
    <w:p>
      <w:pPr>
        <w:jc w:val="right"/>
      </w:pPr>
      <w:r>
        <w:t>और सारे डिबेटर यही चाहते हैं कि अपने प्राइड को एस्टेब्लिश कर दे।</w:t>
      </w:r>
    </w:p>
    <w:p>
      <w:r>
        <w:rPr>
          <w:b/>
        </w:rPr>
        <w:t xml:space="preserve">[08:17] </w:t>
      </w:r>
      <w:r>
        <w:t>tabhi to taliyan bajti hain wahan par.</w:t>
      </w:r>
    </w:p>
    <w:p>
      <w:pPr>
        <w:jc w:val="right"/>
      </w:pPr>
      <w:r>
        <w:t>तभी तो तालियां बजती हैं वहां पर।</w:t>
      </w:r>
    </w:p>
    <w:p>
      <w:r>
        <w:rPr>
          <w:b/>
        </w:rPr>
        <w:t xml:space="preserve">[08:23] </w:t>
      </w:r>
      <w:r>
        <w:t>all the debaters try to establish muslim pride. yeh islam hai hi nahi. dawat hai hi nahi. islam jo hai, pride ka maamla nahi hai. islam jo hai, wo khuda ki hukm hai. usko hum follow karna hai. pride ki kya baat hai?</w:t>
      </w:r>
    </w:p>
    <w:p>
      <w:pPr>
        <w:jc w:val="right"/>
      </w:pPr>
      <w:r>
        <w:t>ऑल द डिबेटर्स ट्राई टू एस्टेब्लिश मुस्लिम प्राइड। यह इस्लाम है ही नहीं। दावत है ही नहीं। इस्लाम जो है, प्राइड का मामला नहीं है। इस्लाम जो है, वो खुदा की हुक्म है। उसको हम फॉलो करना है। प्राइड की क्या बात है?</w:t>
      </w:r>
    </w:p>
    <w:p>
      <w:r>
        <w:rPr>
          <w:b/>
        </w:rPr>
        <w:t xml:space="preserve">[08:41] </w:t>
      </w:r>
      <w:r>
        <w:t>rana, he has another question. doesnt dawa with its emphasis on islamic exclusivism contradict notions of multiple truths and to some extent even pluralism?</w:t>
      </w:r>
    </w:p>
    <w:p>
      <w:pPr>
        <w:jc w:val="right"/>
      </w:pPr>
      <w:r>
        <w:t>राना, ही हैज अनदर क्वेश्चन। डजंट दावा विद इट्स एमफसिस ऑन इस्लामिक एक्सक्लूसिविज्म कांट्रडिक्ट नोशंस ऑफ मल्टीपल ट्रुथ्स एंड टू सम एक्सटेंट इवन प्लूरलिज्म?</w:t>
      </w:r>
    </w:p>
    <w:p>
      <w:r>
        <w:rPr>
          <w:b/>
        </w:rPr>
        <w:t xml:space="preserve">[08:55] </w:t>
      </w:r>
      <w:r>
        <w:t>multiple truth to islam ka to nazariya hai hi nahi. yeh to kuch logon ka khayal hai, kuch philosophers ka khayal hai. kisi bhi religion ka nahi hai. kisi bhi jo religion hai, unka nazariya nahi hai multiple truth ka. kuch philosophers ka aisa kehna hai. ji haan, multiple truth to ek aisi term hai jo bilkul contradictory hai. yeh sachchai agar ek na ho, to sachchai nahi hai. wo cai</w:t>
      </w:r>
    </w:p>
    <w:p>
      <w:pPr>
        <w:jc w:val="right"/>
      </w:pPr>
      <w:r>
        <w:t>मल्टीपल ट्रुथ तो इस्लाम का तो नजरिया है ही नहीं। यह तो कुछ लोगों का ख्याल है, कुछ फिलॉसफर्स का ख्याल है। किसी भी रिलीजन का नहीं है। किसी भी जो रिलीजन है, उनका नजरिया नहीं है मल्टीपल ट्रुथ का। कुछ फिलॉसफर्स का ऐसा कहना है। जी हां, मल्टीपल ट्रुथ तो एक ऐसी टर्म है जो बिल्कुल कांट्रडिक्टरी है। ये सच्चाई अगर एक ना हो, तो सच्चाई नहीं है। वो कै</w:t>
      </w:r>
    </w:p>
    <w:p>
      <w:r>
        <w:rPr>
          <w:b/>
        </w:rPr>
        <w:t xml:space="preserve">[09:23] </w:t>
      </w:r>
      <w:r>
        <w:t>see ajeeb baat? sachchai kai ho sakti hai. sachchai kai ho, to wo sachchai hi nahi hui. sachchai apni nature mein ek hai. sachchai apni nature mein ek hai. jab ek ek na ho, to sachchai nahi kahi jayegi. wo yaani duniya mein har badi cheez jo hai, ek hoti hai. everest ek hai,</w:t>
      </w:r>
    </w:p>
    <w:p>
      <w:pPr>
        <w:jc w:val="right"/>
      </w:pPr>
      <w:r>
        <w:t>सी अजीब बात? सच्चाई कई हो सकती है। सच्चाई कई हो, तो वो सच्चाई ही नहीं हुई। सच्चाई अपनी नेचर में एक है। सच्चाई अपनी नेचर में एक है। जब एक एक ना हो, तो सच्चाई नहीं कही जाएगी। वो यानी दुनिया में हर बड़ी चीज जो है, एक होती है। एवरेस्ट एक है,</w:t>
      </w:r>
    </w:p>
    <w:p>
      <w:r>
        <w:rPr>
          <w:b/>
        </w:rPr>
        <w:t xml:space="preserve">[09:46] </w:t>
      </w:r>
      <w:r>
        <w:t>america ek hai, aur atlantic ocean ek hai. aur sachchai aisi kai hai. is sachchai ko bas matlab ke degrade karna hai. dekhiye, ek baat samajh lijiye ke sachchai jo hai,</w:t>
      </w:r>
    </w:p>
    <w:p>
      <w:pPr>
        <w:jc w:val="right"/>
      </w:pPr>
      <w:r>
        <w:t>अमेरिका एक है, और अटलांटिक ओशन एक है। और सच्चाई ऐसी कई है। इस सच्चाई को बस मतलब कि डिग्रेड करना है। देखिए, एक बात समझ लीजिए कि सच्चाई जो है,</w:t>
      </w:r>
    </w:p>
    <w:p>
      <w:r>
        <w:rPr>
          <w:b/>
        </w:rPr>
        <w:t xml:space="preserve">[10:03] </w:t>
      </w:r>
      <w:r>
        <w:t>insaan ke nature ki talash hai. har aadmi seeker hai. wo chahta hai sachchai ko paaye.</w:t>
      </w:r>
    </w:p>
    <w:p>
      <w:pPr>
        <w:jc w:val="right"/>
      </w:pPr>
      <w:r>
        <w:t>इंसान के नेचर की तलाश है। हर आदमी सीकर है। वो चाहता है सच्चाई को पाए।</w:t>
      </w:r>
    </w:p>
    <w:p>
      <w:r>
        <w:rPr>
          <w:b/>
        </w:rPr>
        <w:t xml:space="preserve">[10:13] </w:t>
      </w:r>
      <w:r>
        <w:t>kyun? is duniya mein usko ek ek ek ultimate truth chahiye, jiske upar wo jee sake. wo jiske upar trust kar sake. uske liye source of conviction ho. to kai agar ho, to source of conviction cai</w:t>
      </w:r>
    </w:p>
    <w:p>
      <w:pPr>
        <w:jc w:val="right"/>
      </w:pPr>
      <w:r>
        <w:t>क्यों? इस दुनिया में उसको एक एक एक अल्टीमेट ट्रुथ चाहिए, जिसके ऊपर वो जी सके। वो जिसके ऊपर ट्रस्ट कर सके। उसके लिए सोर्स ऑफ कन्विक्शन हो। तो कई अगर हो, तो सोर्स ऑफ कन्विक्शन कै</w:t>
      </w:r>
    </w:p>
    <w:p>
      <w:r>
        <w:rPr>
          <w:b/>
        </w:rPr>
        <w:t xml:space="preserve">[10:28] </w:t>
      </w:r>
      <w:r>
        <w:t>se banega? wo</w:t>
      </w:r>
    </w:p>
    <w:p>
      <w:pPr>
        <w:jc w:val="right"/>
      </w:pPr>
      <w:r>
        <w:t>से बनेगा? वो</w:t>
      </w:r>
    </w:p>
    <w:p>
      <w:r>
        <w:rPr>
          <w:b/>
        </w:rPr>
        <w:t xml:space="preserve">[10:30] </w:t>
      </w:r>
      <w:r>
        <w:t>truth aisa truth truth nahi hai jo aapke liye source of conviction na ho.</w:t>
      </w:r>
    </w:p>
    <w:p>
      <w:pPr>
        <w:jc w:val="right"/>
      </w:pPr>
      <w:r>
        <w:t>ट्रुथ ऐसा ट्रुथ ट्रुथ नहीं है जो आपके लिए सोर्स ऑफ कन्विक्शन ना हो।</w:t>
      </w:r>
    </w:p>
    <w:p>
      <w:r>
        <w:rPr>
          <w:b/>
        </w:rPr>
        <w:t xml:space="preserve">[10:37] </w:t>
      </w:r>
      <w:r>
        <w:t>to multiple truth mein hota hi nahi hai.</w:t>
      </w:r>
    </w:p>
    <w:p>
      <w:pPr>
        <w:jc w:val="right"/>
      </w:pPr>
      <w:r>
        <w:t>तो मल्टीपल ट्रुथ में होता ही नहीं है।</w:t>
      </w:r>
    </w:p>
    <w:p>
      <w:r>
        <w:rPr>
          <w:b/>
        </w:rPr>
        <w:t xml:space="preserve">[10:40] </w:t>
      </w:r>
      <w:r>
        <w:t>इसीलिए देखिए, आप जो लोग multiple truth को मानते हैं, उनके लिए वो सिर्फ एक एक एक एक</w:t>
      </w:r>
    </w:p>
    <w:p>
      <w:pPr>
        <w:jc w:val="right"/>
      </w:pPr>
      <w:r>
        <w:t>इसीलिए देखिए, आप जो लोग मल्टीपल ट्रुथ को मानते हैं, उनके लिए वो सिर्फ एक एक एक एक</w:t>
      </w:r>
    </w:p>
    <w:p>
      <w:r>
        <w:rPr>
          <w:b/>
        </w:rPr>
        <w:t xml:space="preserve">[10:46] </w:t>
      </w:r>
      <w:r>
        <w:t>philosophical concept hota hai.</w:t>
      </w:r>
    </w:p>
    <w:p>
      <w:pPr>
        <w:jc w:val="right"/>
      </w:pPr>
      <w:r>
        <w:t>फिलॉसफिकल कांसेप्ट होता है।</w:t>
      </w:r>
    </w:p>
    <w:p>
      <w:r>
        <w:rPr>
          <w:b/>
        </w:rPr>
        <w:t xml:space="preserve">[10:49] </w:t>
      </w:r>
      <w:r>
        <w:t>unki zindagi se koi talluq aisa nahi hota.</w:t>
      </w:r>
    </w:p>
    <w:p>
      <w:pPr>
        <w:jc w:val="right"/>
      </w:pPr>
      <w:r>
        <w:t>उनकी जिंदगी से कोई ताल्लुक ऐसा नहीं होता।</w:t>
      </w:r>
    </w:p>
    <w:p>
      <w:r>
        <w:rPr>
          <w:b/>
        </w:rPr>
        <w:t xml:space="preserve">[10:52] </w:t>
      </w:r>
      <w:r>
        <w:t>aap unki study kijiye, to unki zindagi se uska koi gehra talluq nahi hota hai.</w:t>
      </w:r>
    </w:p>
    <w:p>
      <w:pPr>
        <w:jc w:val="right"/>
      </w:pPr>
      <w:r>
        <w:t>आप उनकी स्टडी कीजिए, तो उनकी जिंदगी से उसका कोई गहरा ताल्लुक नहीं होता है।</w:t>
      </w:r>
    </w:p>
    <w:p>
      <w:r>
        <w:rPr>
          <w:b/>
        </w:rPr>
        <w:t xml:space="preserve">[10:56] </w:t>
      </w:r>
      <w:r>
        <w:t>bas ek philosophical concept hai.</w:t>
      </w:r>
    </w:p>
    <w:p>
      <w:pPr>
        <w:jc w:val="right"/>
      </w:pPr>
      <w:r>
        <w:t>बस एक फिलॉसफिकल कांसेप्ट है।</w:t>
      </w:r>
    </w:p>
    <w:p>
      <w:r>
        <w:rPr>
          <w:b/>
        </w:rPr>
        <w:t xml:space="preserve">[10:59] </w:t>
      </w:r>
      <w:r>
        <w:t>ji haan,</w:t>
      </w:r>
    </w:p>
    <w:p>
      <w:pPr>
        <w:jc w:val="right"/>
      </w:pPr>
      <w:r>
        <w:t>जी हां,</w:t>
      </w:r>
    </w:p>
    <w:p>
      <w:r>
        <w:rPr>
          <w:b/>
        </w:rPr>
        <w:t xml:space="preserve">[11:01] </w:t>
      </w:r>
      <w:r>
        <w:t>to baharhaal main isko nahi manta ke multiple truth ka nazariya sahi hai. bila shubah wo sahi nahi hai. sachchai ek hai. agar sachchai ek na ho, to jo wo sachchai nahi hogi, wo philosophical concept hoga. wo.</w:t>
      </w:r>
    </w:p>
    <w:p>
      <w:pPr>
        <w:jc w:val="right"/>
      </w:pPr>
      <w:r>
        <w:t>तो बहरहाल मैं इसको नहीं मानता कि मल्टीपल ट्रुथ का नजरिया सही है। बिला शुबह वो सही नहीं है। सच्चाई एक है। अगर सच्चाई एक ना हो, तो जो वो सच्चाई नहीं होगी, वो फिलॉसफिकल कांसेप्ट होगा। वो।</w:t>
      </w:r>
    </w:p>
    <w:p>
      <w:r>
        <w:rPr>
          <w:b/>
        </w:rPr>
        <w:t xml:space="preserve">[11:18] </w:t>
      </w:r>
      <w:r>
        <w:t>this question is from maulana zakiwan. what is jidal? is it debate? nahi, jidal ka matlab discussion. discussion to har waqt karte hain hum. dekhiye, debate kya cheez hai aur aur discussion kya cheez, usko samjhiye.</w:t>
      </w:r>
    </w:p>
    <w:p>
      <w:pPr>
        <w:jc w:val="right"/>
      </w:pPr>
      <w:r>
        <w:t>दिस क्वेश्चन इज फ्रॉम मौलाना जकवान। व्हाट इज जिदाल? इज इट डिबेट? नहीं, जिदाल का मतलब डिस्कशन। डिस्कशन तो हर वक्त करते हैं हम। देखिए, डिबेट क्या चीज है और और डिस्कशन क्या चीज, उसको समझिए।</w:t>
      </w:r>
    </w:p>
    <w:p>
      <w:r>
        <w:rPr>
          <w:b/>
        </w:rPr>
        <w:t xml:space="preserve">[11:36] </w:t>
      </w:r>
      <w:r>
        <w:t>discussion mein aap kisi kisi sachchai tak pahunchna chahte hain, uske liye discussion karte hain. aap sachchai kya hai aur baat karein, baat kar pahunche wahan tak jo sachchai hai. debate ka maqsad yeh nahi hota. debate to ek one sided hota hai. yaani ek aadmi apne ko samajhta hai ke mujhe apni pride ko establish karna hai doosre ke upar.</w:t>
      </w:r>
    </w:p>
    <w:p>
      <w:pPr>
        <w:jc w:val="right"/>
      </w:pPr>
      <w:r>
        <w:t>डिस्कशन में आप किसी किसी सच्चाई तक पहुंचना चाहते हैं, उसके लिए डिस्कशन करते हैं। आप सच्चाई क्या है और बात करें, बात कर पहुंचे वहां तक जो सच्चाई है। डिबेट का मकसद यह नहीं होता। डिबेट तो एक वन साइडेड होता है। यानी एक आदमी अपने को समझता है कि मुझे अपनी प्राइड को एस्टेब्लिश करना है दूसरे के ऊपर।</w:t>
      </w:r>
    </w:p>
    <w:p>
      <w:r>
        <w:rPr>
          <w:b/>
        </w:rPr>
        <w:t xml:space="preserve">[11:58] </w:t>
      </w:r>
      <w:r>
        <w:t>basically debate ka maqsad hota hai apne pride ko doosre par establish karna.</w:t>
      </w:r>
    </w:p>
    <w:p>
      <w:pPr>
        <w:jc w:val="right"/>
      </w:pPr>
      <w:r>
        <w:t>बेसिकली डिबेट का मकसद होता है अपने प्राइड को दूसरे पर एस्टेब्लिश करना।</w:t>
      </w:r>
    </w:p>
    <w:p>
      <w:r>
        <w:rPr>
          <w:b/>
        </w:rPr>
        <w:t xml:space="preserve">[12:06] </w:t>
      </w:r>
      <w:r>
        <w:t>aur discussion jo hai, wo sachchai ki talash ke liye aapas mein baat cheet karne ka naam hai. jaise ek debater se ek ek non muslim ne poocha, "kya aap wo kafir kyun kehte hain?</w:t>
      </w:r>
    </w:p>
    <w:p>
      <w:pPr>
        <w:jc w:val="right"/>
      </w:pPr>
      <w:r>
        <w:t>और डिस्कशन जो है, वो सच्चाई की तलाश के लिए आपस में बातचीत करने का नाम है। जैसे एक डिबेटर से एक एक नॉन मुस्लिम ने पूछा, "क्या आप वो काफिर क्यों कहते हैं?</w:t>
      </w:r>
    </w:p>
    <w:p>
      <w:r>
        <w:rPr>
          <w:b/>
        </w:rPr>
        <w:t xml:space="preserve">[12:25] </w:t>
      </w:r>
      <w:r>
        <w:t>" to unhone kaha ke "hamare dekh to ya to musalman hain ya kafir hain. aap musalman ho jaiye, to hum kafir nahi kahenge." aap ek kitni is clesstus hai. iske dekhiye, aap aap yeh kahiye ke aap insaan hain, aap kafir nahi hain. ek daai ka jo dil hai, wo chahega ke usko insaan kahe.</w:t>
      </w:r>
    </w:p>
    <w:p>
      <w:pPr>
        <w:jc w:val="right"/>
      </w:pPr>
      <w:r>
        <w:t>" तो उन्होंने कहा कि "हमारे देख तो या तो मुसलमान हैं या काफिर हैं। आप मुसलमान हो जाइए, तो हम काफिर नहीं कहेंगे।" आप एक कितनी इस कलेस्टस है। इसके देखिए, आप आप यह कहिए कि आप इंसान हैं, आप काफिर नहीं हैं। एक दाई का जो दिल है, वह चाहेगा कि उसको इंसान कहे।</w:t>
      </w:r>
    </w:p>
    <w:p>
      <w:r>
        <w:rPr>
          <w:b/>
        </w:rPr>
        <w:t xml:space="preserve">[12:47] </w:t>
      </w:r>
      <w:r>
        <w:t>uske baad ek potential ko discover karein. usko kafir ki category mein daal kar ke door karna apne aap se. yeh sirf debated kaam hai, daai kaam nahi hai. hamare dekhiye, yeh kehna galat hai ke hum musalman hain, wo baaki saare log kafir hain. yeh bilkul galat hai. yeh baat hum musalman hain, wo insaan hain. balki hum sab insaan hi insaan hain.</w:t>
      </w:r>
    </w:p>
    <w:p>
      <w:pPr>
        <w:jc w:val="right"/>
      </w:pPr>
      <w:r>
        <w:t>उसके बाद एक पोटेंशियल को डिस्कवर करें। उसको काफिर की कैटेगरी में डाल कर के दूर करना अपने आप से। यह सिर्फ डिबेटेड काम है, दाई काम नहीं है। हमारे देखिए, यह कहना गलत है कि हम मुस्लिम हैं, वो बाकी सारे लोग काफिर हैं। यह बिल्कुल गलत है। यह बात हम मुस्लिम हैं, वो इंसान हैं। बल्कि हम सब इंसान ही इंसान हैं।</w:t>
      </w:r>
    </w:p>
    <w:p>
      <w:r>
        <w:rPr>
          <w:b/>
        </w:rPr>
        <w:t xml:space="preserve">[13:08] </w:t>
      </w:r>
      <w:r>
        <w:t>sach poochhe to hum sab insaan hain. aur allah taala ke yahan faisla hoga ke kaun sahi maano mein true true momin tha. aisa nahi ke hum sab log sab ke sab bas musalman hain aur sab jannat mein hain. hum but certificate aayega hamare paas. hum sach poochhe to hum candidate hain.</w:t>
      </w:r>
    </w:p>
    <w:p>
      <w:pPr>
        <w:jc w:val="right"/>
      </w:pPr>
      <w:r>
        <w:t>सच पूछे तो हम सब इंसान हैं। और अल्लाह ताला के यहां फैसला होगा कि कौन सही मानों में ट्रू ट्रू मोमिन था। ऐसा नहीं कि हम सब लोग सब के सब बस मुसलमान हैं और सब जन्नत में हैं। हम बट सर्टिफिकेट आएगा हमारे पास। हम सच पूछे तो हम कैंडिडेट हैं।</w:t>
      </w:r>
    </w:p>
    <w:p>
      <w:r>
        <w:rPr>
          <w:b/>
        </w:rPr>
        <w:t xml:space="preserve">[13:29] </w:t>
      </w:r>
      <w:r>
        <w:t>candidate hain hum. aisa nahi ke hamare ko certificate aaya hua hai hamare paas. allah taala ke yahan jo day of judgement hoga, us waqt faisla hoga ke kaun tha true believer, true momin. abhi abhi koi faisla nahi kar sakta hai. abhi to sab insaan hi insaan hain. hum bhi insaan, aap bhi insaan.</w:t>
      </w:r>
    </w:p>
    <w:p>
      <w:pPr>
        <w:jc w:val="right"/>
      </w:pPr>
      <w:r>
        <w:t>कैंडिडेट हैं हम। ऐसा नहीं कि हमारे को सर्टिफिकेट आया हुआ है हमारे पास। अल्लाह ताला के यहां जो डे ऑफ जजमेंट होगा, उस वक्त फैसला होगा कि कौन था ट्रू बिलीवर, ट्रू मोमिन। अभी अभी कोई फैसला नहीं कर सकता है। अभी तो सब इंसान ही इंसान हैं। हम भी इंसान, आप भी इंसान।</w:t>
      </w:r>
    </w:p>
    <w:p>
      <w:r>
        <w:rPr>
          <w:b/>
        </w:rPr>
        <w:t xml:space="preserve">[13:46] </w:t>
      </w:r>
      <w:r>
        <w:t>main samajhta hoon ke categorization sahi nahi hai. hum hum sab apne aap ko insaan samjhein aur aur insaniyat yaani ko ek barabar ki nazar se dekhein.</w:t>
      </w:r>
    </w:p>
    <w:p>
      <w:pPr>
        <w:jc w:val="right"/>
      </w:pPr>
      <w:r>
        <w:t>मैं समझता हूं कि कैटेगराइजेशन सही नहीं है। हम हम सब अपने आप को इंसान समझें और और इंसानियत यानी को एक बराबर की नजर से देखें।</w:t>
      </w:r>
    </w:p>
    <w:p>
      <w:r>
        <w:rPr>
          <w:b/>
        </w:rPr>
        <w:t xml:space="preserve">[14:03] </w:t>
      </w:r>
      <w:r>
        <w:t>this question is from mohammad zubair. maulana, what will you say about a man who is doing dawa work whenever he gets opportunity, but is not reading namaz regularly?</w:t>
      </w:r>
    </w:p>
    <w:p>
      <w:pPr>
        <w:jc w:val="right"/>
      </w:pPr>
      <w:r>
        <w:t>दिस क्वेश्चन इज फ्रॉम मोहम्मद जुबेर। मौलाना, व्हाट विल यू से अबाउट अ मैन हु इज डूइंग दावा वर्क व्हेन एवर ही गेट्स अपॉर्चुनिटी, बट इज नॉट रीडिंग नमाज रेगुलरली?</w:t>
      </w:r>
    </w:p>
    <w:p>
      <w:r>
        <w:rPr>
          <w:b/>
        </w:rPr>
        <w:t xml:space="preserve">[14:16] </w:t>
      </w:r>
      <w:r>
        <w:t>nahi, nahi. dekhiye, namaz to farz hai.</w:t>
      </w:r>
    </w:p>
    <w:p>
      <w:pPr>
        <w:jc w:val="right"/>
      </w:pPr>
      <w:r>
        <w:t>नहीं, नहीं। देखिए, नमाज तो फर्ज है।</w:t>
      </w:r>
    </w:p>
    <w:p>
      <w:r>
        <w:rPr>
          <w:b/>
        </w:rPr>
        <w:t xml:space="preserve">[14:17] </w:t>
      </w:r>
      <w:r>
        <w:t>dawat bhi farz hai.</w:t>
      </w:r>
    </w:p>
    <w:p>
      <w:pPr>
        <w:jc w:val="right"/>
      </w:pPr>
      <w:r>
        <w:t>दावत भी फर्ज है।</w:t>
      </w:r>
    </w:p>
    <w:p>
      <w:r>
        <w:rPr>
          <w:b/>
        </w:rPr>
        <w:t xml:space="preserve">[14:18] </w:t>
      </w:r>
      <w:r>
        <w:t>namaz bhi farz hai.</w:t>
      </w:r>
    </w:p>
    <w:p>
      <w:pPr>
        <w:jc w:val="right"/>
      </w:pPr>
      <w:r>
        <w:t>नमाज भी फर्ज है।</w:t>
      </w:r>
    </w:p>
    <w:p>
      <w:r>
        <w:rPr>
          <w:b/>
        </w:rPr>
        <w:t xml:space="preserve">[14:20] </w:t>
      </w:r>
      <w:r>
        <w:t>aap ye kahein ki "ab main pani to piunga, khana nahi khaunga," ye to koi baat nahi hui</w:t>
      </w:r>
    </w:p>
    <w:p>
      <w:pPr>
        <w:jc w:val="right"/>
      </w:pPr>
      <w:r>
        <w:t>आप ये कहें कि "अब मैं पानी तो पिऊंगा, खाना नहीं खाऊंगा," ये तो कोई बात नहीं हुई</w:t>
      </w:r>
    </w:p>
    <w:p>
      <w:r>
        <w:rPr>
          <w:b/>
        </w:rPr>
        <w:t xml:space="preserve">[14:25] </w:t>
      </w:r>
      <w:r>
        <w:t>na. main khana khaunga, pani nahi piunga, ye bhi koi baat nahi hui.</w:t>
      </w:r>
    </w:p>
    <w:p>
      <w:pPr>
        <w:jc w:val="right"/>
      </w:pPr>
      <w:r>
        <w:t>ना। मैं खाना खाऊंगा, पानी नहीं पिऊंगा, ये भी कोई बात नहीं हुई।</w:t>
      </w:r>
    </w:p>
    <w:p>
      <w:r>
        <w:rPr>
          <w:b/>
        </w:rPr>
        <w:t xml:space="preserve">[14:32] </w:t>
      </w:r>
      <w:r>
        <w:t>aapko dawat karna hai, aapko namaz bhi padhna hai.</w:t>
      </w:r>
    </w:p>
    <w:p>
      <w:pPr>
        <w:jc w:val="right"/>
      </w:pPr>
      <w:r>
        <w:t>आपको दावत करना है, आपको नमाज भी पढ़ना है।</w:t>
      </w:r>
    </w:p>
    <w:p>
      <w:r>
        <w:rPr>
          <w:b/>
        </w:rPr>
        <w:t xml:space="preserve">[14:36] </w:t>
      </w:r>
      <w:r>
        <w:t>ji, aap kahein ki "main to bahar jaunga, main sounga nahi."</w:t>
      </w:r>
    </w:p>
    <w:p>
      <w:pPr>
        <w:jc w:val="right"/>
      </w:pPr>
      <w:r>
        <w:t>जी, आप कहें कि "मैं तो बाहर जाऊंगा, मैं सोऊंगा नहीं।"</w:t>
      </w:r>
    </w:p>
    <w:p>
      <w:r>
        <w:rPr>
          <w:b/>
        </w:rPr>
        <w:t xml:space="preserve">[14:40] </w:t>
      </w:r>
      <w:r>
        <w:t>bhai, nature mein sona bhi hai, jaagna bhi hai, pani bhi hai, food bhi hai.</w:t>
      </w:r>
    </w:p>
    <w:p>
      <w:pPr>
        <w:jc w:val="right"/>
      </w:pPr>
      <w:r>
        <w:t>भाई, नेचर में सोना भी है, जागना भी है, पानी भी है, फूड भी है।</w:t>
      </w:r>
    </w:p>
    <w:p>
      <w:r>
        <w:rPr>
          <w:b/>
        </w:rPr>
        <w:t xml:space="preserve">[14:44] </w:t>
      </w:r>
      <w:r>
        <w:t>aisi Islam mein dawat bhi hai, namaz bhi hai.</w:t>
      </w:r>
    </w:p>
    <w:p>
      <w:pPr>
        <w:jc w:val="right"/>
      </w:pPr>
      <w:r>
        <w:t>ऐसी इस्लाम में दावत भी है, नमाज भी है।</w:t>
      </w:r>
    </w:p>
    <w:p>
      <w:r>
        <w:rPr>
          <w:b/>
        </w:rPr>
        <w:t xml:space="preserve">[14:48] </w:t>
      </w:r>
      <w:r>
        <w:t>to aap namaz bhi padhna hai, aapko dawat bhi karna hai.</w:t>
      </w:r>
    </w:p>
    <w:p>
      <w:pPr>
        <w:jc w:val="right"/>
      </w:pPr>
      <w:r>
        <w:t>तो आप नमाज भी पढ़ना है, आपको दावत भी करना है।</w:t>
      </w:r>
    </w:p>
    <w:p>
      <w:r>
        <w:rPr>
          <w:b/>
        </w:rPr>
        <w:t xml:space="preserve">[14:52] </w:t>
      </w:r>
      <w:r>
        <w:t>This question is from Maulana Jakwan. What is the difference between hikmat and musalahat? Haan, dekhiye, hikmat ka literal meaning to hai wisdom. Wisdom musalahat ka matlab hota hai compromise.</w:t>
      </w:r>
    </w:p>
    <w:p>
      <w:pPr>
        <w:jc w:val="right"/>
      </w:pPr>
      <w:r>
        <w:t>दिस क्वेश्चन इज फ्रॉम मौलाना जकवान। व्हाट इज द डिफरेंस बिटवीन हिकमत एंड मुसालत? हां, देखिए, हिकमत का लिटरल मीनिंग तो है विजडम। विजडम मुसालत का मतलब होता है कंप्रोमाइज।</w:t>
      </w:r>
    </w:p>
    <w:p>
      <w:r>
        <w:rPr>
          <w:b/>
        </w:rPr>
        <w:t xml:space="preserve">[15:13] </w:t>
      </w:r>
      <w:r>
        <w:t>To compromise jo hota hai, practical solution ke liye hota hai. Wisdom to ek ek mamlaat me jab aap sochte hain zyada gehrai ke sath,</w:t>
      </w:r>
    </w:p>
    <w:p>
      <w:pPr>
        <w:jc w:val="right"/>
      </w:pPr>
      <w:r>
        <w:t>तो कंप्रोमाइज जो होता है, प्रैक्टिकल सलूशन के लिए होता है। विजडम तो एक एक मामलात में जब आप सोचते हैं ज्यादा गहराई के साथ,</w:t>
      </w:r>
    </w:p>
    <w:p>
      <w:r>
        <w:rPr>
          <w:b/>
        </w:rPr>
        <w:t xml:space="preserve">[15:30] </w:t>
      </w:r>
      <w:r>
        <w:t>to aap wisdom ko daryaft karte hain. Wisdom me ek hamesha sochkar aap pahunchte hain wisdom tak. Aur musalahat jo hai, wo mai samajhta hu ki Islam me bilkul jaiz hai, yani compromise. Lekin musalahat ka maqsad hona chahiye sachchai, dawat. Agar aap</w:t>
      </w:r>
    </w:p>
    <w:p>
      <w:pPr>
        <w:jc w:val="right"/>
      </w:pPr>
      <w:r>
        <w:t>तो आप विजडम को दरयाफ्त करते हैं। विजडम में एक हमेशा सोचकर आप पहुंचते हैं विजडम तक। और मुसालत जो है, वो मैं समझता हूं कि इस्लाम में बिल्कुल जायज है, यानी कंप्रोमाइज। लेकिन मुसालत का मकसद होना चाहिए सच्चाई, दावत। अगर आप</w:t>
      </w:r>
    </w:p>
    <w:p>
      <w:r>
        <w:rPr>
          <w:b/>
        </w:rPr>
        <w:t xml:space="preserve">[15:52] </w:t>
      </w:r>
      <w:r>
        <w:t>personal interest ke liye musalahat kare, to wo sahi nahi hoga. Matlab ek hai musalahat ya compromise, wo jo aapne apne personal gain ke liye kiya ho,</w:t>
      </w:r>
    </w:p>
    <w:p>
      <w:pPr>
        <w:jc w:val="right"/>
      </w:pPr>
      <w:r>
        <w:t>पर्सनल इंटरेस्ट के लिए मुसालत करें, तो वो सही नहीं होगा। मतलब एक है मुसालत या कंप्रोमाइज, वो जो आपने अपने पर्सनल गेन के लिए किया हो,</w:t>
      </w:r>
    </w:p>
    <w:p>
      <w:r>
        <w:rPr>
          <w:b/>
        </w:rPr>
        <w:t xml:space="preserve">[16:07] </w:t>
      </w:r>
      <w:r>
        <w:t>wo to Islam me sahi nahi hai.</w:t>
      </w:r>
    </w:p>
    <w:p>
      <w:pPr>
        <w:jc w:val="right"/>
      </w:pPr>
      <w:r>
        <w:t>वो तो इस्लाम में सही नहीं है।</w:t>
      </w:r>
    </w:p>
    <w:p>
      <w:r>
        <w:rPr>
          <w:b/>
        </w:rPr>
        <w:t xml:space="preserve">[16:09] </w:t>
      </w:r>
      <w:r>
        <w:t>Lekin wo wo compromise jo aapne kiya ho, yani sachchai ke liye, Islam ke liye, deen ke liye, to wo Islam me ek jaiz kaam hai.</w:t>
      </w:r>
    </w:p>
    <w:p>
      <w:pPr>
        <w:jc w:val="right"/>
      </w:pPr>
      <w:r>
        <w:t>लेकिन वो वो कंप्रोमाइज जो आपने किया हो, यानी सच्चाई के लिए, इस्लाम के लिए, दीन के लिए, तो वो इस्लाम में एक जायज काम है।</w:t>
      </w:r>
    </w:p>
    <w:p>
      <w:r>
        <w:rPr>
          <w:b/>
        </w:rPr>
        <w:t xml:space="preserve">[16:23] </w:t>
      </w:r>
      <w:r>
        <w:t>He has another question. Dawa work is a part of five pillars, as you said in the lecture. Can you please explain it elaborately?</w:t>
      </w:r>
    </w:p>
    <w:p>
      <w:pPr>
        <w:jc w:val="right"/>
      </w:pPr>
      <w:r>
        <w:t>ही हैज अनदर क्वेश्चन। दावा वर्क इज अ पार्ट ऑफ फाइव पिलर्स, एज यू सेड इन द लेक्चर। कैन यू प्लीज एक्सप्लेन इट एलेबोरेटली?</w:t>
      </w:r>
    </w:p>
    <w:p>
      <w:r>
        <w:rPr>
          <w:b/>
        </w:rPr>
        <w:t xml:space="preserve">[16:32] </w:t>
      </w:r>
      <w:r>
        <w:t>Dekhiye, jab hum kehte hain ki "ashhadu alla ilaha illallah, wa ashhadu wa ashhadu anna Muhammad abdahu rasool," I bear witness that there no god but one god. Is maane ki aap apni ek finding ko batate hain, aap apni ek apni ek discovery ko batate hain, apni ek marifat ko batate hain. To agar aapko sachchai maloom ho gayi, to kya aap apne tak confine karenge usko?</w:t>
      </w:r>
    </w:p>
    <w:p>
      <w:pPr>
        <w:jc w:val="right"/>
      </w:pPr>
      <w:r>
        <w:t>देखिए, जब हम कहते हैं कि "अशहद अल्ला इला इल्लल्लाह, व अशहद व अशहद अन्न मुहम्मद अब्दुहू रसूल," आई बियर विटनेस दैट देर नो गॉड बट वन गॉड। इस माने कि आप अपनी एक फाइंडिंग को बताते हैं, आप अपनी एक अपनी एक डिस्कवरी को बताते हैं, अपनी एक मारफत को बताते हैं। तो अगर आपको सच्चाई मालूम हो गई, तो क्या आप अपने तक कन्फाइन करेंगे उसको?</w:t>
      </w:r>
    </w:p>
    <w:p>
      <w:r>
        <w:rPr>
          <w:b/>
        </w:rPr>
        <w:t xml:space="preserve">[17:02] </w:t>
      </w:r>
      <w:r>
        <w:t>Aap sachchai apne aap me ailaan chahti hai. Sachchai jo apne aap me ailaan chahti hai, aapko pata chal jaye ki sachchai yeh hai, isse aadmi hell se bachega, isse aadmi pride jayega. To yeh apne nature me sachchai chhupne wali cheez nahi. Nature kehti hai ki "bhai, sabko batao, sabko batao, sabko batao."</w:t>
      </w:r>
    </w:p>
    <w:p>
      <w:pPr>
        <w:jc w:val="right"/>
      </w:pPr>
      <w:r>
        <w:t>आप सच्चाई अपने आप में ऐलान चाहती है। सच्चाई जो अपने आप में ऐलान चाहती है, आपको पता चल जाए कि सच्चाई यह है, इससे आदमी हेल से बचेगा, इससे आदमी प्राइड जाएगा। तो यह अपने नेचर में सच्चाई छुपने वाली चीज नहीं। नेचर कहती है कि "भाई, सबको बताओ, सबको बताओ, सबको बताओ।"</w:t>
      </w:r>
    </w:p>
    <w:p>
      <w:r>
        <w:rPr>
          <w:b/>
        </w:rPr>
        <w:t xml:space="preserve">[17:28] </w:t>
      </w:r>
      <w:r>
        <w:t>Jaise abhi earthquake aaya tha, sab log lage "bhago, bhago, bhago, bhago," zor-zor se chillane lage log, ghar chhodkar bahar bhage log. Mai to wahin chupchap pada raha ki baharhal, yeh jab aapko discovery hui ki earthquake aa gaya, to chillate hain. Aap</w:t>
      </w:r>
    </w:p>
    <w:p>
      <w:pPr>
        <w:jc w:val="right"/>
      </w:pPr>
      <w:r>
        <w:t>जैसे अभी अर्थक्वेक आया था, सब लोग लगे "भागो, भागो, भागो, भागो," जोर-जोर से चिल्लाने लगे लोग, घर छोड़कर बाहर भागे लोग। मैं तो वहीं चुपचाप पड़ा रहा कि बहरहाल, यह जब आपको डिस्कवरी हुई कि अर्थक्वेक आ गया, तो चिल्लाते हैं। आप</w:t>
      </w:r>
    </w:p>
    <w:p>
      <w:r>
        <w:rPr>
          <w:b/>
        </w:rPr>
        <w:t xml:space="preserve">[17:46] </w:t>
      </w:r>
      <w:r>
        <w:t>is tarah se aapko sachchai jab milegi, to aap chup nahi rahenge. To jab aap yeh kehte hain ki "mai gawahi deta hu ki Khuda ek hai," to isko maane apne aap isme implicit hai ki mai is baat ko duniya ko bataunga, duniya ko ba-khabar karunga. Jo sachchai mujhe mili hai, us sachchai ko mai dusro ko bhi bantunga.</w:t>
      </w:r>
    </w:p>
    <w:p>
      <w:pPr>
        <w:jc w:val="right"/>
      </w:pPr>
      <w:r>
        <w:t>इस तरह से आपको सच्चाई जब मिलेगी, तो आप चुप नहीं रहेंगे। तो जब आप यह कहते हैं कि "मैं गवाही देता हूं कि खुदा एक है," तो इसको माने अपने आप इसमें इंपलीसिट है कि मैं इस बात को दुनिया को बताऊंगा, दुनिया को बाखबर करूंगा। जो सच्चाई मुझे मिली है, उस सच्चाई को मैं दूसरों को भी बांटूंगा।</w:t>
      </w:r>
    </w:p>
    <w:p>
      <w:r>
        <w:rPr>
          <w:b/>
        </w:rPr>
        <w:t xml:space="preserve">[18:06] </w:t>
      </w:r>
      <w:r>
        <w:t>Isliye mai samajhta hu usme wo cheez implicit hai.</w:t>
      </w:r>
    </w:p>
    <w:p>
      <w:pPr>
        <w:jc w:val="right"/>
      </w:pPr>
      <w:r>
        <w:t>इसलिए मैं समझता हूं उसमें वो चीज इंपलीसिट है।</w:t>
      </w:r>
    </w:p>
    <w:p>
      <w:r>
        <w:rPr>
          <w:b/>
        </w:rPr>
        <w:t xml:space="preserve">[18:09] </w:t>
      </w:r>
      <w:r>
        <w:t>This question is from Dr. Farida Khanam. Islam teaches us not to show any tilt in ideology, but it teaches us to adopt a flexible attitude in practical matters. Why is this so?</w:t>
      </w:r>
    </w:p>
    <w:p>
      <w:pPr>
        <w:jc w:val="right"/>
      </w:pPr>
      <w:r>
        <w:t>दिस क्वेश्चन इज फ्रॉम डॉक्टर फरीदा खानम। इस्लाम टीचेस अस नॉट टू शो एनी टिल्ट इन आइडियोलॉजी, बट इट टीचेस अस टू अडॉप्ट अ फ्लेक्सिबल एटीट्यूड इन प्रैक्टिकल मैटर्स। व्हाई इज दिस सो?</w:t>
      </w:r>
    </w:p>
    <w:p>
      <w:r>
        <w:rPr>
          <w:b/>
        </w:rPr>
        <w:t xml:space="preserve">[18:26] </w:t>
      </w:r>
      <w:r>
        <w:t>Sir, yeh to wisdom ki baat hai. Wisdom ki baat hai ki thet mamlaat me tilt nahi hai, practical mamlaat me tilt hai. Islam me jo thet mamlaat hain, kewal thet ya ideological,</w:t>
      </w:r>
    </w:p>
    <w:p>
      <w:pPr>
        <w:jc w:val="right"/>
      </w:pPr>
      <w:r>
        <w:t>सर, यह तो विजडम की बात है। विजडम की बात है कि थिट मामलात में टिल्ट नहीं है, प्रैक्टिकल मामलात में टिल्ट है। इस्लाम में जो थिट मामलात हैं, केवल थिट या आइडियोलॉजिकल,</w:t>
      </w:r>
    </w:p>
    <w:p>
      <w:r>
        <w:rPr>
          <w:b/>
        </w:rPr>
        <w:t xml:space="preserve">[18:44] </w:t>
      </w:r>
      <w:r>
        <w:t>wahan aap chala sakte hain. Lekin practical cheezon me nahi chala sakte aap, kyunki usme aap society se jude hue hote hain. Society se jude hue hote hain. Jaise aap gaadi chala rahe hain,</w:t>
      </w:r>
    </w:p>
    <w:p>
      <w:pPr>
        <w:jc w:val="right"/>
      </w:pPr>
      <w:r>
        <w:t>वहां आप चला सकते हैं। लेकिन प्रैक्टिकल चीजों में नहीं चला सकते आप, क्योंकि उसमें आप सोसाइटी से जुड़े हुए होते हैं। सोसाइटी से जुड़े हुए होते हैं। जैसे आप गाड़ी चला रहे हैं,</w:t>
      </w:r>
    </w:p>
    <w:p>
      <w:r>
        <w:rPr>
          <w:b/>
        </w:rPr>
        <w:t xml:space="preserve">[18:58] </w:t>
      </w:r>
      <w:r>
        <w:t>to aap samajh sakte hain ki yeh gaadi meri gaadi hai, jise samajhne me koi rukawat nahi hai aapko. Lekin dusra aadmi galat chala raha hai, to aap kahe ki "tumko sahi chalana padega," to kya</w:t>
      </w:r>
    </w:p>
    <w:p>
      <w:pPr>
        <w:jc w:val="right"/>
      </w:pPr>
      <w:r>
        <w:t>तो आप समझ सकते हैं कि यह गाड़ी मेरी गाड़ी है, जिसे समझने में कोई रुकावट नहीं है आपको। लेकिन दूसरा आदमी गलत चला रहा है, तो आप कहें कि "तुमको सही चलाना पड़ेगा," तो क्या</w:t>
      </w:r>
    </w:p>
    <w:p>
      <w:r>
        <w:rPr>
          <w:b/>
        </w:rPr>
        <w:t xml:space="preserve">[19:08] </w:t>
      </w:r>
      <w:r>
        <w:t>hoga? takra hoga, usi mein accident hoga.</w:t>
      </w:r>
    </w:p>
    <w:p>
      <w:pPr>
        <w:jc w:val="right"/>
      </w:pPr>
      <w:r>
        <w:t>होगा? टकरा होगा, उसी में एक्सीडेंट होगा।</w:t>
      </w:r>
    </w:p>
    <w:p>
      <w:r>
        <w:rPr>
          <w:b/>
        </w:rPr>
        <w:t xml:space="preserve">[19:10] </w:t>
      </w:r>
      <w:r>
        <w:t>to aap practical banna padta hai aapko.</w:t>
      </w:r>
    </w:p>
    <w:p>
      <w:pPr>
        <w:jc w:val="right"/>
      </w:pPr>
      <w:r>
        <w:t>तो आप प्रैक्टिकल बनना पड़ता है आपको।</w:t>
      </w:r>
    </w:p>
    <w:p>
      <w:r>
        <w:rPr>
          <w:b/>
        </w:rPr>
        <w:t xml:space="preserve">[19:13] </w:t>
      </w:r>
      <w:r>
        <w:t>to jis cheez ka talluq aapki apni soch se hai, usmein aap idealist ban sakte hain.</w:t>
      </w:r>
    </w:p>
    <w:p>
      <w:pPr>
        <w:jc w:val="right"/>
      </w:pPr>
      <w:r>
        <w:t>तो जिस चीज का ताल्लुक आपकी अपनी सोच से है, उसमें आप आइडियलिस्ट बन सकते हैं।</w:t>
      </w:r>
    </w:p>
    <w:p>
      <w:r>
        <w:rPr>
          <w:b/>
        </w:rPr>
        <w:t xml:space="preserve">[19:19] </w:t>
      </w:r>
      <w:r>
        <w:t>khuda ek hai, usmein aap sochiye kaun aapko rokta hai sochne se.</w:t>
      </w:r>
    </w:p>
    <w:p>
      <w:pPr>
        <w:jc w:val="right"/>
      </w:pPr>
      <w:r>
        <w:t>खुदा एक है, इसमें आप सोचिए कौन आपको रोकता है सोचने से।</w:t>
      </w:r>
    </w:p>
    <w:p>
      <w:r>
        <w:rPr>
          <w:b/>
        </w:rPr>
        <w:t xml:space="preserve">[19:23] </w:t>
      </w:r>
      <w:r>
        <w:t>lekin jab aap society mein aate hain, logon ke beech mein aate hain, to doosre log bhi wahan</w:t>
      </w:r>
    </w:p>
    <w:p>
      <w:pPr>
        <w:jc w:val="right"/>
      </w:pPr>
      <w:r>
        <w:t>लेकिन जब आप सोसाइटी में आते हैं, लोगों के बीच में आते हैं, तो दूसरे लोग भी वहां</w:t>
      </w:r>
    </w:p>
    <w:p>
      <w:r>
        <w:rPr>
          <w:b/>
        </w:rPr>
        <w:t xml:space="preserve">[19:28] </w:t>
      </w:r>
      <w:r>
        <w:t>par hain, unke alag-alag interest hain, unke alag-alag</w:t>
      </w:r>
    </w:p>
    <w:p>
      <w:pPr>
        <w:jc w:val="right"/>
      </w:pPr>
      <w:r>
        <w:t>पर हैं, उनके अलग-अलग इंटरेस्ट हैं, उनके अलग-अलग</w:t>
      </w:r>
    </w:p>
    <w:p>
      <w:r>
        <w:rPr>
          <w:b/>
        </w:rPr>
        <w:t xml:space="preserve">[19:33] </w:t>
      </w:r>
      <w:r>
        <w:t>baatein har ek keh raha hai.</w:t>
      </w:r>
    </w:p>
    <w:p>
      <w:pPr>
        <w:jc w:val="right"/>
      </w:pPr>
      <w:r>
        <w:t>बातें हर एक कह रहा है।</w:t>
      </w:r>
    </w:p>
    <w:p>
      <w:r>
        <w:rPr>
          <w:b/>
        </w:rPr>
        <w:t xml:space="preserve">[19:34] </w:t>
      </w:r>
      <w:r>
        <w:t>to wahan par aap jab tak aap practical na banenge, aap society mein chal nahi sakte.</w:t>
      </w:r>
    </w:p>
    <w:p>
      <w:pPr>
        <w:jc w:val="right"/>
      </w:pPr>
      <w:r>
        <w:t>तो वहां पर आप जब तक आप प्रैक्टिकल ना बनेंगे, आप सोसाइटी में चल नहीं सकते।</w:t>
      </w:r>
    </w:p>
    <w:p>
      <w:r>
        <w:rPr>
          <w:b/>
        </w:rPr>
        <w:t xml:space="preserve">[19:40] </w:t>
      </w:r>
      <w:r>
        <w:t>to rasoolullah sallallahu alaihi wasallam ek taraf idealist the apni soch, apni ideology ke etbaar se,</w:t>
      </w:r>
    </w:p>
    <w:p>
      <w:pPr>
        <w:jc w:val="right"/>
      </w:pPr>
      <w:r>
        <w:t>तो रसूलल्लाह सल्लल्लाहु अलैहि वसल्लम एक तरफ आइडियलिस्ट थे अपनी सोच, अपनी आइडियोलॉजी के एतबार से,</w:t>
      </w:r>
    </w:p>
    <w:p>
      <w:r>
        <w:rPr>
          <w:b/>
        </w:rPr>
        <w:t xml:space="preserve">[19:46] </w:t>
      </w:r>
      <w:r>
        <w:t>lekin jahan mamla padta, to wahan aap practical ban jaate the. Jaise misal ke taur par Hudaybiya agreement ho raha tha, wahan likha gaya ki yeh agreement jo hai, Muhammad Rasoolullah ki taraf se hai. Ye likh likha ja chuka tha. To unhone kaha ki "aap hum aapko Rasool</w:t>
      </w:r>
    </w:p>
    <w:p>
      <w:pPr>
        <w:jc w:val="right"/>
      </w:pPr>
      <w:r>
        <w:t>लेकिन जहां मामला पड़ता, तो वहां आप प्रैक्टिकल बन जाते थे। जैसे मिसाल के तौर पर हुदैबी एग्रीमेंट हो रहा था, वहां लिखा गया कि यह एग्रीमेंट जो है, मोहम्मद रसूलल्लाह की तरफ से है। ये लिख लिखा जा चुका था। तो उन्होंने कहा कि "आप हम आपको रसूल</w:t>
      </w:r>
    </w:p>
    <w:p>
      <w:r>
        <w:rPr>
          <w:b/>
        </w:rPr>
        <w:t xml:space="preserve">[20:04] </w:t>
      </w:r>
      <w:r>
        <w:t>Allah kab mante hain?" Hum to mante nahi Rasoolullah aapko. Kyun likh likh diya aapne? Aap likhe "Muhammad bin Abdullah," to aapne Rasoolullah mita diya. Kyunki wahan par practical mamla yeh tha ki agar woh aap na mitate, to agreement hi na hota.</w:t>
      </w:r>
    </w:p>
    <w:p>
      <w:pPr>
        <w:jc w:val="right"/>
      </w:pPr>
      <w:r>
        <w:t>ल्लाह कब मानते हैं?" हम तो मानते नहीं रसूलल्लाह आपको। क्यों लिख लिख दिया आपने? आप लिखे "मोहम्मद बिन अब्दुल्लाह," तो आपने रसूलल्लाह मिटा दिया। क्योंकि वहां पर प्रैक्टिकल मामला यह था कि अगर वह आप ना मिटाते, तो एग्रीमेंट ही ना होता।</w:t>
      </w:r>
    </w:p>
    <w:p>
      <w:r>
        <w:rPr>
          <w:b/>
        </w:rPr>
        <w:t xml:space="preserve">[20:24] </w:t>
      </w:r>
      <w:r>
        <w:t>Is waqt do do aadmi involve ho gaye the, yani Rasoolullah aur dusra mushrik leader jo tha. To aapke mind me to yahi tha ki ki Khuda ek hai, mai Khuda ka Rasool hu. Aapne ye kaha bhi tha aap us waqt aapne ki "agar haqeeqat yahi hai ki mai Khuda ka Rasool hu,"</w:t>
      </w:r>
    </w:p>
    <w:p>
      <w:pPr>
        <w:jc w:val="right"/>
      </w:pPr>
      <w:r>
        <w:t>इस वक्त दो दो आदमी इवॉल्व हो गए थे, यानी रसूलल्लाह और दूसरा मुशरिक लीडर जो था। तो आपके माइंड में तो यही था कि कि खुदा एक है, मैं खुदा का रसूल हूं। आपने ये कहा भी था आप उस वक्त आपने कि "अगर हकीकत यही है कि मैं खुदा का रसूल हूं,"</w:t>
      </w:r>
    </w:p>
    <w:p>
      <w:r>
        <w:rPr>
          <w:b/>
        </w:rPr>
        <w:t xml:space="preserve">[20:45] </w:t>
      </w:r>
      <w:r>
        <w:t>phir bhi yeh kehkar aapne usko mita diya. To ideological sense me aap idealist ban sakte hain, practical taur par idealist ban nahi sakte. Aap ban jayenge to phir gaadi chalegi nahi, samaj me aap koi kaam nahi kar sakte. Isliye mai samajhta hu yahi Islam ka tareeqa hai</w:t>
      </w:r>
    </w:p>
    <w:p>
      <w:pPr>
        <w:jc w:val="right"/>
      </w:pPr>
      <w:r>
        <w:t>फिर भी यह कहकर आपने उसको मिटा दिया। तो आइडियोलॉजिकल सेंस में आप आइडियलिस्ट बन सकते हैं, प्रैक्टिकल तौर पर आइडियलिस्ट बन नहीं सकते। आप बन जाएंगे तो फिर गाड़ी चलेगी नहीं, समाज में आप कोई काम नहीं कर सकते। इसलिए मैं समझता हूं यही इस्लाम का तरीका है</w:t>
      </w:r>
    </w:p>
    <w:p>
      <w:r>
        <w:rPr>
          <w:b/>
        </w:rPr>
        <w:t xml:space="preserve">[21:04] </w:t>
      </w:r>
      <w:r>
        <w:t>ki jo ideological issues hain, usme aap idealist baniye. Lekin jo practical issues hain, usme aap compromise kar lijiye. Lekin compromise aapka hona chahiye, yani maqsad ke liye, sachchai ke liye,</w:t>
      </w:r>
    </w:p>
    <w:p>
      <w:pPr>
        <w:jc w:val="right"/>
      </w:pPr>
      <w:r>
        <w:t>कि जो आइडियोलॉजिकल इश्यूज हैं, उसमें आप आइडियलिस्ट बनिए। लेकिन जो प्रैक्टिकल इश्यूज हैं, उसमें आप कंप्रोमाइज कर लीजिए। लेकिन कंप्रोमाइज आपका होना चाहिए, यानी मकसद के लिए, सच्चाई के लिए,</w:t>
      </w:r>
    </w:p>
    <w:p>
      <w:r>
        <w:rPr>
          <w:b/>
        </w:rPr>
        <w:t xml:space="preserve">[21:18] </w:t>
      </w:r>
      <w:r>
        <w:t>personal gain ke liye nahi.</w:t>
      </w:r>
    </w:p>
    <w:p>
      <w:pPr>
        <w:jc w:val="right"/>
      </w:pPr>
      <w:r>
        <w:t>पर्सनल गेन के लिए नहीं।</w:t>
      </w:r>
    </w:p>
    <w:p>
      <w:r>
        <w:rPr>
          <w:b/>
        </w:rPr>
        <w:t xml:space="preserve">[21:21] </w:t>
      </w:r>
      <w:r>
        <w:t>This question is from Khalid Ansari. Maulana Dr. Abdul Karim Naik, father of Dr. Zakir Naik, has recently sent letters to the intellectual fertility across the world,</w:t>
      </w:r>
    </w:p>
    <w:p>
      <w:pPr>
        <w:jc w:val="right"/>
      </w:pPr>
      <w:r>
        <w:t>दिस क्वेश्चन इज फ्रॉम खालिद अंसारी। मौलाना डॉक्टर अब्दुल करीम नायक, फादर ऑफ डॉक्टर जाकिर नायक, हैज रिसेंटली सेंट लेटर्स टू द इंटेलेक्चुअल फर्टिलिटी अक्रॉस द वर्ल्ड,</w:t>
      </w:r>
    </w:p>
    <w:p>
      <w:r>
        <w:rPr>
          <w:b/>
        </w:rPr>
        <w:t xml:space="preserve">[21:36] </w:t>
      </w:r>
      <w:r>
        <w:t>seeing that his son doctor zakir naik is clearing misconceptions and misunderstanding about islam. in fact, he went to the extent that its a great dawa work, as at the end of the debate, people get convinced and appreciate by clapping over his wisdom. do you think that doctor abdul karim naik is right in justifying this act and taking pride in his sons debate enterver?</w:t>
      </w:r>
    </w:p>
    <w:p>
      <w:pPr>
        <w:jc w:val="right"/>
      </w:pPr>
      <w:r>
        <w:t>सेइंग दैट हिज सन डॉक्टर जाकिर नायक इज क्लीयरिंग मिसकनसेप्शंस एंड मिसअंडरस्टैंडिंग अबाउट इस्लाम। इन फैक्ट, ही वेंट टू द एक्सटेंट दैट इट्स अ ग्रेट दावा वर्क, एज एट द एंड ऑफ द डिबेट, पीपल गेट कन्विंस्ड एंड अप्रिशिएट बाय क्लैपिंग ओवर हिज विजडम। डू यू थिंक दैट डॉक्टर अब्दुल करीम नायक इज राइट इन जस्टिफाइंग दिस एक्ट एंड टेकिंग प्राइड इन हिज सनस डिबेट एंटरवर?</w:t>
      </w:r>
    </w:p>
    <w:p>
      <w:r>
        <w:rPr>
          <w:b/>
        </w:rPr>
        <w:t xml:space="preserve">[22:04] </w:t>
      </w:r>
      <w:r>
        <w:t>nahi, dekhiye, clapping koi is baat ka sign nahi hai ke aapne sachai ko maana.</w:t>
      </w:r>
    </w:p>
    <w:p>
      <w:pPr>
        <w:jc w:val="right"/>
      </w:pPr>
      <w:r>
        <w:t>नहीं, देखिए, क्लैपिंग कोई इस बात का साइन नहीं है कि आपने सच्चाई को माना।</w:t>
      </w:r>
    </w:p>
    <w:p>
      <w:r>
        <w:rPr>
          <w:b/>
        </w:rPr>
        <w:t xml:space="preserve">[22:13] </w:t>
      </w:r>
      <w:r>
        <w:t>sign jo hai, wo introspection hai. clapping jo hai, wo to bilkul insincere kaam hai. insincere kaam clapping koi kaam nahi hai. agar aap sachai ka ailaan karein, sachai bataein logon ko, sachai ko logon ko declare karein, to wahan aa</w:t>
      </w:r>
    </w:p>
    <w:p>
      <w:pPr>
        <w:jc w:val="right"/>
      </w:pPr>
      <w:r>
        <w:t>साइन जो है, वो इंट्रोस्पेक्शन है। क्लैपिंग जो है, वो तो बिल्कुल इनसिनसियर काम है। इनसिनसियर काम क्लैपिंग कोई काम नहीं है। अगर आप सच्चाई का ऐलान करें, सच्चाई बताएं लोगों को, सच्चाई को लोगों को डिक्लेयर करें, तो वहां आ</w:t>
      </w:r>
    </w:p>
    <w:p>
      <w:r>
        <w:rPr>
          <w:b/>
        </w:rPr>
        <w:t xml:space="preserve">[22:31] </w:t>
      </w:r>
      <w:r>
        <w:t>na kya chahiye? introspection ke apni galti dhoondhein, aap khuda ki taraf daudein, aap jahannum se bachne ki koshish karein, aap jannat ke bachne ki taraf daudein. yeh hona chahiye. isi ko main introspection keh raha hoon. aur model</w:t>
      </w:r>
    </w:p>
    <w:p>
      <w:pPr>
        <w:jc w:val="right"/>
      </w:pPr>
      <w:r>
        <w:t>ना क्या चाहिए? इंट्रोस्पेक्शन कि अपनी गलती कोढूंढें, आप खुदा की तरफ दौड़ें, आप जहन्नम से बचने की कोशिश करें, आप जन्नत के बचने की तरफ दौड़ें। यह होना चाहिए। इसी को मैं इंट्रोस्पेक्शन कह रहा हूं। और मॉडल</w:t>
      </w:r>
    </w:p>
    <w:p>
      <w:r>
        <w:rPr>
          <w:b/>
        </w:rPr>
        <w:t xml:space="preserve">[22:48] </w:t>
      </w:r>
      <w:r>
        <w:t>kya hai? rasoolullah. rasoolullah ke zamane mein agar clapping hoti, to aap kehte ke theek hai. appreciation ka naam lekar ke clapping ko justify karna sahi nahi samajhta main. main khud bhi, mujhe sahab ka padhai yahi delhi mein,</w:t>
      </w:r>
    </w:p>
    <w:p>
      <w:pPr>
        <w:jc w:val="right"/>
      </w:pPr>
      <w:r>
        <w:t>क्या है? रसूलल्लाह। रसूलल्लाह के जमाने में अगर क्लैपिंग होती, तो आप कहते किठीक है। एप्रिसिएशन का नाम लेकर के क्लैपिंग को जस्टिफाई करना सही नहीं समझता मैं। मैं खुद भी, मुझे साहब का पढ़ाई यहीं दिल्ली में,</w:t>
      </w:r>
    </w:p>
    <w:p>
      <w:r>
        <w:rPr>
          <w:b/>
        </w:rPr>
        <w:t xml:space="preserve">[23:04] </w:t>
      </w:r>
      <w:r>
        <w:t>abhi ek mahine ki baat hai, ghaliban hamare kai saathi maujood the wahan. to wahan clapping ho rahi thi. to main wahan, mujhe bhi bolna tha wahan. maine kaha ke clapping kyun karte hain aap log?</w:t>
      </w:r>
    </w:p>
    <w:p>
      <w:pPr>
        <w:jc w:val="right"/>
      </w:pPr>
      <w:r>
        <w:t>अभी एक महीने की बात है, गालिबन हमारे कई साथी मौजूद थे वहां। तो वहां क्लैपिंग हो रही थी। तो मैं वहां, मुझे भी बोलना था वहां। मैंने कहा कि क्लैपिंग क्यों करते हैं आप लोग?</w:t>
      </w:r>
    </w:p>
    <w:p>
      <w:r>
        <w:rPr>
          <w:b/>
        </w:rPr>
        <w:t xml:space="preserve">[23:15] </w:t>
      </w:r>
      <w:r>
        <w:t>ek, hum log yahan aaye hain ek bahut hi serious issue ke liye. ab ek aadmi batata hai aapko, to aap clapping kar rahe hain. yeh maine yahi delhi mein kaha tha. to unhone ek sahab ne kaha ke appreciate kar rahe hain wo. maine kaha, yeh aap ek word bolkar justify kar rahe hain, ek beautiful word bolkar. yaani ek galat kaam ko justify karne ke liye ek beautiful word bolte hain aap.</w:t>
      </w:r>
    </w:p>
    <w:p>
      <w:pPr>
        <w:jc w:val="right"/>
      </w:pPr>
      <w:r>
        <w:t>एक, हम लोग यहां आए हैं एक बहुत ही सीरियस इशू के लिए। अब एक आदमी बताता है आपको, तो आप क्लैपिंग कर रहे हैं। यह मैंने यही दिल्ली में कहा था। तो उन्होंने एक साहब ने कहा कि अप्रिशिएट कर रहे हैं वो। मैंने कहा, यह आप एक वर्ड बोलकर जस्टिफाई कर रहे हैं, एक ब्यूटीफुल वर्ड बोलकर। यानी एक गलत काम को जस्टिफाई करने के लिए एक ब्यूटीफुल वर्ड बोलते हैं आप।</w:t>
      </w:r>
    </w:p>
    <w:p>
      <w:r>
        <w:rPr>
          <w:b/>
        </w:rPr>
        <w:t xml:space="preserve">[23:40] </w:t>
      </w:r>
      <w:r>
        <w:t>isliye ke jab bhi koi sacchi baat kahi jaaye, to wahan taaliyon ke shor mein response dena, appreciate nahi kahunga main. wo insincerity kahunga. insincerity. aap introspect kijiye, aap sochiye, aap chup ho jaiye. isliye appreciation ka word bolkar ke usko justify karna, main samajhta hoon ke bahut galat baat hai. ek galti ke baad doosri galti ye hai.</w:t>
      </w:r>
    </w:p>
    <w:p>
      <w:pPr>
        <w:jc w:val="right"/>
      </w:pPr>
      <w:r>
        <w:t>इसलिए कि जब भी कोई सच्ची बात कही जाए, तो वहां तालियों के शोर में रिस्पांस देना, अप्रिशिएट नहीं कहूंगा मैं। वो इनसिनसियरिटी कहूंगा। इनसिनसियरिटी। आप इंट्रोस्पेक्ट कीजिए, आप सोचिए, आप चुप हो जाइए। इसलिए एप्रिसिएशन का वर्ड बोलकर के उसको जस्टिफाई करना, मैं समझता हूं कि बहुत गलत बात है। एक गलती के बाद दूसरी गलती ये है।</w:t>
      </w:r>
    </w:p>
    <w:p>
      <w:r>
        <w:rPr>
          <w:b/>
        </w:rPr>
        <w:t xml:space="preserve">[24:07] </w:t>
      </w:r>
      <w:r>
        <w:t>this question is from doctor pradhan. can debate have any positive point in regard to dawa work?</w:t>
      </w:r>
    </w:p>
    <w:p>
      <w:pPr>
        <w:jc w:val="right"/>
      </w:pPr>
      <w:r>
        <w:t>दिस क्वेश्चन इज फ्रॉम डॉक्टर प्रधान। कैन डिबेट हैव एनी पॉजिटिव पॉइंट इन रिगार्ड टू दावा वर्क?</w:t>
      </w:r>
    </w:p>
    <w:p>
      <w:r>
        <w:rPr>
          <w:b/>
        </w:rPr>
        <w:t xml:space="preserve">[24:17] </w:t>
      </w:r>
      <w:r>
        <w:t>dekhiye, debate ko main isliye kehta hoon unislamic, kyunke debate se jo result nikalta hai, wo wo ulta nikalta hai. aap aap wo kijiye, survey kijiye. debate se jo aapki jo community hai, wo to clapping kar rahi hai. doosra</w:t>
      </w:r>
    </w:p>
    <w:p>
      <w:pPr>
        <w:jc w:val="right"/>
      </w:pPr>
      <w:r>
        <w:t>देखिए, डिबेट को मैं इसलिए कहता हूं अनइस्लामिक, क्योंकि डिबेट से जो रिजल्ट निकलता है, वो वो उल्टा निकलता है। आप आप वो कीजिए, सर्वे कीजिए। डिबेट से जो आपकी जो कम्युनिटी है, वो तो क्लैपिंग कर रही है। दूसरा</w:t>
      </w:r>
    </w:p>
    <w:p>
      <w:r>
        <w:rPr>
          <w:b/>
        </w:rPr>
        <w:t xml:space="preserve">[24:37] </w:t>
      </w:r>
      <w:r>
        <w:t>kya kar raha hai? dekhiye, aapki apni community jo baithi hui hai wahan, wo to clapping kar rahi hai, taaliyan baja kar khush ho rahi hai. aur doosre qadar zid aur nafrat aur jhunjhlahat aati hai. yaani ab ab agar kuch kareeb tha aur door ho jaata hai, wo</w:t>
      </w:r>
    </w:p>
    <w:p>
      <w:pPr>
        <w:jc w:val="right"/>
      </w:pPr>
      <w:r>
        <w:t>क्या कर रहा है? देखिए, आपकी अपनी कम्युनिटी जो बैठी हुई है वहां, वो तो क्लैपिंग कर रही है, तालियां बजाकर खुश हो रही है। और दूसरे कदर जिद और नफरत और झुंझलाहट आती है। यानी अब अब अगर कुछ करीब था और दूर हो जाता है, वो</w:t>
      </w:r>
    </w:p>
    <w:p>
      <w:r>
        <w:rPr>
          <w:b/>
        </w:rPr>
        <w:t xml:space="preserve">[24:57] </w:t>
      </w:r>
      <w:r>
        <w:t>is wajah se main kehta hoon ke debate bilkul hi islam se koi taalluq uska nahi hai. yeh ek hai community ka phenomena hai. community ka phenomena hai, yeh islam ka phenomena nahi hai. ya community khush hoti hai, kyunke usko chahiye ke doosre ke upar apni apna</w:t>
      </w:r>
    </w:p>
    <w:p>
      <w:pPr>
        <w:jc w:val="right"/>
      </w:pPr>
      <w:r>
        <w:t>इस वजह से मैं कहता हूं कि डिबेट बिल्कुल ही इस्लाम से कोई ताल्लुक उसका नहीं है। यह एक है कम्युनिटी का फिनोमिना है। कम्युनिटी का फिनोमिना है, यह इस्लाम का फिनोमिना नहीं है। या कम्युनिटी खुश होती है, क्योंकि उसको चाहिए कि दूसरे के ऊपर अपनी अपना</w:t>
      </w:r>
    </w:p>
    <w:p>
      <w:r>
        <w:rPr>
          <w:b/>
        </w:rPr>
        <w:t xml:space="preserve">[25:16] </w:t>
      </w:r>
      <w:r>
        <w:t>pride establish karein, to khush ho rahe hain ke. lekin islam ka islami dawat ka yeh concern nahi hai ke doosre ke upar apni pride ko aap establish karein. maine aapko misaal di hai madine mein ke usne kaha ke musa sabse superior the.</w:t>
      </w:r>
    </w:p>
    <w:p>
      <w:pPr>
        <w:jc w:val="right"/>
      </w:pPr>
      <w:r>
        <w:t>प्राइड एस्टेब्लिश करें, तो खुश हो रहे हैं कि। लेकिन इस्लाम का इस्लामी दावत का यह कंसर्न नहीं है कि दूसरे के ऊपर अपनी प्राइड को आप एस्टेब्लिश करें। मैंने आपको मिसाल दी है मदीने में कि उसने कहा कि मूसा सबसे सुपीरियर थे।</w:t>
      </w:r>
    </w:p>
    <w:p>
      <w:r>
        <w:rPr>
          <w:b/>
        </w:rPr>
        <w:t xml:space="preserve">[25:32] </w:t>
      </w:r>
      <w:r>
        <w:t>rasoolullah ne nahi kaha ke inhone musalman ne kaha ke muhammad sabse superior the. rasool musalmani ko mana kiya rasoolullah sallallahu alaihi wasallam. yeh koi language nahi hai.</w:t>
      </w:r>
    </w:p>
    <w:p>
      <w:pPr>
        <w:jc w:val="right"/>
      </w:pPr>
      <w:r>
        <w:t>रसूलल्लाह ने नहीं कहा कि इन्होंने मुसलमान ने कहा कि मोहम्मद सबसे सुपीरियर थे। रसूल मुसलमानी को मना किया रसूलल्लाह सल्लल्लाहु अलैहि वसल्लम। यह कोई लैंग्वेज नहीं है।</w:t>
      </w:r>
    </w:p>
    <w:p>
      <w:r>
        <w:rPr>
          <w:b/>
        </w:rPr>
        <w:t xml:space="preserve">[25:44] </w:t>
      </w:r>
      <w:r>
        <w:t>is wajah se main samajhta hoon ke yeh sab baatein isliye paida hoti hain ke hum model bhool jaate hain. model kya hai ya</w:t>
      </w:r>
    </w:p>
    <w:p>
      <w:pPr>
        <w:jc w:val="right"/>
      </w:pPr>
      <w:r>
        <w:t>इस वजह से मैं समझता हूं कि यह सब बातें इसलिए पैदा होती हैं कि हम मॉडल भूल जाते हैं। मॉडल क्या है या</w:t>
      </w:r>
    </w:p>
    <w:p>
      <w:r>
        <w:rPr>
          <w:b/>
        </w:rPr>
        <w:t xml:space="preserve">[25:51] </w:t>
      </w:r>
      <w:r>
        <w:t>criterion kya hai? to criterion jo hai, wo rasoolullah hain, sahaba hain, quran hai. usse hat jayenge to yeh sab baatein karenge aap. aur yeh bina shubh ek ek aur double galti hai ke aap appreciation ka lafz bolkar clapping ko justify karein. theek yahi maine yahan dekha tha logic delhi mein ke clapping hui. maine kaha, clapping kis liye kar rahe hain aap?</w:t>
      </w:r>
    </w:p>
    <w:p>
      <w:pPr>
        <w:jc w:val="right"/>
      </w:pPr>
      <w:r>
        <w:t>क्राइटेरियन क्या है? तो क्राइटेरियन जो है, वो रसूलल्लाह हैं, सहाबा हैं, कुरान है। उससे हट जाएंगे तो ये सब बातें करेंगे आप। और यह बिना शुभ एक एक और डबल गलती है कि आप अप्रिसिएशन का लफ्ज बोलकर क्लैपिंग को जस्टिफाई करें।ठीक यही मैंने यहां देखा था लॉजिक दिल्ली में कि क्लैपिंग हुई। मैंने कहा, क्लैपिंग किसलिए कर रहे हैं आप?</w:t>
      </w:r>
    </w:p>
    <w:p>
      <w:r>
        <w:rPr>
          <w:b/>
        </w:rPr>
        <w:t xml:space="preserve">[26:19] </w:t>
      </w:r>
      <w:r>
        <w:t>ek serious issue hai, aapki responsibility aapko batai ja rahi hai, to clapping kar rahe hain aap. to ek sahab ne kaha ke wo appreciate kar rahe hain. maine kaha ke aap ek beautiful word bolkar ke aap ek galat kaam ko justify kar rahe hain aap.</w:t>
      </w:r>
    </w:p>
    <w:p>
      <w:pPr>
        <w:jc w:val="right"/>
      </w:pPr>
      <w:r>
        <w:t>एक सीरियस इशू है, आपकी रिस्पांसिबिलिटी आपको बताई जा रही है, तो क्लैपिंग कर रहे हैं आप। तो एक साहब ने कहा कि वो अप्रिशिएट कर रहे हैं। मैंने कहा कि आप एक ब्यूटीफुल वर्ड बोलकर के आप एक गलत काम को जस्टिफाई कर रहे हैं आप।</w:t>
      </w:r>
    </w:p>
    <w:p>
      <w:r>
        <w:rPr>
          <w:b/>
        </w:rPr>
        <w:t xml:space="preserve">[26:36] </w:t>
      </w:r>
      <w:r>
        <w:t>jaise ke aap farz ki rishwat lete hain, rishwat lete hain. ab koi kaha, rishwat kyun lete ho?</w:t>
      </w:r>
    </w:p>
    <w:p>
      <w:pPr>
        <w:jc w:val="right"/>
      </w:pPr>
      <w:r>
        <w:t>जैसे कि आप फर्ज की रिश्वत लेते हैं, रिश्वत लेते हैं। अब कोई कहा, रिश्वत क्यों लेते हो?</w:t>
      </w:r>
    </w:p>
    <w:p>
      <w:r>
        <w:rPr>
          <w:b/>
        </w:rPr>
        <w:t xml:space="preserve">[26:41] </w:t>
      </w:r>
      <w:r>
        <w:t>kabhi yeh to khuda ka inaam hai. to rishwat ek jo ke ek galat galat kaam hai, usko beautiful word bolkar aap justify kar rahe hain. usko isi yahi haalat hai in logon ki.</w:t>
      </w:r>
    </w:p>
    <w:p>
      <w:pPr>
        <w:jc w:val="right"/>
      </w:pPr>
      <w:r>
        <w:t>कभी ये तो खुदा का इनाम है। तो रिश्वत एक जो कि एक गलत गलत काम है, उसको ब्यूटीफुल वर्ड बोलकर आप जस्टिफाई कर रहे हैं। उसको इसी यही हालत है इन लोगों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