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06 Feb 2011 Maulana Wahiduddin Khan</w:t>
      </w:r>
    </w:p>
    <w:p>
      <w:r>
        <w:t>https://www.youtube.com/watch?v=FrKaSxe9INc</w:t>
      </w:r>
    </w:p>
    <w:p>
      <w:r>
        <w:rPr>
          <w:b/>
        </w:rPr>
        <w:t xml:space="preserve">[00:13] </w:t>
      </w:r>
      <w:r>
        <w:t>maulana mus bashir aamir ne karachi pakistan se likha hai: "allah ko apni sari makhlooq se barabar mohabbat hai, isi bana par usne sab ke liye jannat mein jaane ke liye barabar ki opportunity rakhi hai.</w:t>
      </w:r>
    </w:p>
    <w:p>
      <w:pPr>
        <w:jc w:val="right"/>
      </w:pPr>
      <w:r>
        <w:t>مولانا مس بشریٰ عامر نے کراچی پاکستان سے لکھا ہے: "اللہ کو اپنی ساری مخلوق سے برابر محبت ہے، اسی بنا پر اس نے سب کے لیے جنت میں جانے کے لیے برابر کی Opportunity رکھی ہے۔</w:t>
      </w:r>
    </w:p>
    <w:p>
      <w:r>
        <w:rPr>
          <w:b/>
        </w:rPr>
        <w:t xml:space="preserve">[00:31] </w:t>
      </w:r>
      <w:r>
        <w:t>aap ka talluq kisi bhi mazhab firqe se ho, aap ko kya barabar ka amal karna hoga nijat ke liye aur jannat mein dakhle ke liye?</w:t>
      </w:r>
    </w:p>
    <w:p>
      <w:pPr>
        <w:jc w:val="right"/>
      </w:pPr>
      <w:r>
        <w:t>آپ کا تعلق کسی بھی مذہب فرقے سے ہو، آپ کو کیا برابر کا عمل کرنا ہوگا نجات کے لیے اور جنت میں داخلے کے لیے؟</w:t>
      </w:r>
    </w:p>
    <w:p>
      <w:r>
        <w:rPr>
          <w:b/>
        </w:rPr>
        <w:t xml:space="preserve">[00:42] </w:t>
      </w:r>
      <w:r>
        <w:t>is ke bare mein aap bataein.</w:t>
      </w:r>
    </w:p>
    <w:p>
      <w:pPr>
        <w:jc w:val="right"/>
      </w:pPr>
      <w:r>
        <w:t>اس کے بارے میں آپ بتائیں۔</w:t>
      </w:r>
    </w:p>
    <w:p>
      <w:r>
        <w:rPr>
          <w:b/>
        </w:rPr>
        <w:t xml:space="preserve">[00:44] </w:t>
      </w:r>
      <w:r>
        <w:t>dekhiye, allah taala ki ek sifat yeh hai ke wo rahim hai, apne bando ke upar meherban hai, shafiq hai.</w:t>
      </w:r>
    </w:p>
    <w:p>
      <w:pPr>
        <w:jc w:val="right"/>
      </w:pPr>
      <w:r>
        <w:t>دیکھیے، اللہ تعالیٰ کی ایک صفت یہ ہے کہ وہ رحیم ہے، اپنے بندوں کے اوپر مہربان ہے، شفیق ہے۔</w:t>
      </w:r>
    </w:p>
    <w:p>
      <w:r>
        <w:rPr>
          <w:b/>
        </w:rPr>
        <w:t xml:space="preserve">[00:56] </w:t>
      </w:r>
      <w:r>
        <w:t>doosri sifat hai aadil hai, aadil, insaaf karne wala.</w:t>
      </w:r>
    </w:p>
    <w:p>
      <w:pPr>
        <w:jc w:val="right"/>
      </w:pPr>
      <w:r>
        <w:t>دوسری صفت ہے عادل ہے، عادل، انصاف کرنے والا۔</w:t>
      </w:r>
    </w:p>
    <w:p>
      <w:r>
        <w:rPr>
          <w:b/>
        </w:rPr>
        <w:t xml:space="preserve">[01:02] </w:t>
      </w:r>
      <w:r>
        <w:t>to bilashuba allah taala ki rehmat ka taqaza yahi hai ke har ek jo hai usko nijat mile, lekin aadil ka taqaza yeh hai ke har ek ne jaisa kiya uske mutabiq usko anjaam uska ho.</w:t>
      </w:r>
    </w:p>
    <w:p>
      <w:pPr>
        <w:jc w:val="right"/>
      </w:pPr>
      <w:r>
        <w:t>تو بلاشبہ اللہ تعالیٰ کی رحمت کا تقاضا یہی ہے کہ ہر ایک جو ہے اس کو نجات ملے، لیکن عادل کا تقاضا یہ ہے کہ ہر ایک نے جیسا کیا اس کے مطابق اس کو انجام اس کا ہو۔</w:t>
      </w:r>
    </w:p>
    <w:p>
      <w:r>
        <w:rPr>
          <w:b/>
        </w:rPr>
        <w:t xml:space="preserve">[01:17] </w:t>
      </w:r>
      <w:r>
        <w:t>to yeh namumkin baat hai ke</w:t>
      </w:r>
    </w:p>
    <w:p>
      <w:pPr>
        <w:jc w:val="right"/>
      </w:pPr>
      <w:r>
        <w:t>تو یہ ناممکن بات ہے کہ</w:t>
      </w:r>
    </w:p>
    <w:p>
      <w:r>
        <w:rPr>
          <w:b/>
        </w:rPr>
        <w:t xml:space="preserve">[01:19] </w:t>
      </w:r>
      <w:r>
        <w:t>yani Allah taala apne adl ke taqaze ko mansookh kar de aur sirf rehmat wala taqaza jo hai aakhirat mein chalaye, woh aisa nahi hai.</w:t>
      </w:r>
    </w:p>
    <w:p>
      <w:pPr>
        <w:jc w:val="right"/>
      </w:pPr>
      <w:r>
        <w:t>یعنی اللہ تعالیٰ اپنے عدل کے تقاضے کو منسوخ کر دے اور صرف رحمت والا تقاضا جو ہے آخرت میں چلائے، وہ ایسا نہیں ہے۔</w:t>
      </w:r>
    </w:p>
    <w:p>
      <w:r>
        <w:rPr>
          <w:b/>
        </w:rPr>
        <w:t xml:space="preserve">[01:29] </w:t>
      </w:r>
      <w:r>
        <w:t>Allah taala ki rehmat bhi wahan par ujaagar hogi aur uska adl bhi wahan par ujaagar hoga, dono baatein hongi.</w:t>
      </w:r>
    </w:p>
    <w:p>
      <w:pPr>
        <w:jc w:val="right"/>
      </w:pPr>
      <w:r>
        <w:t>اللہ تعالیٰ کی رحمت بھی وہاں پر اجاگر ہوگی اور اس کا عدل بھی وہاں پر اجاگر ہوگا، دونوں باتیں ہوں گی۔</w:t>
      </w:r>
    </w:p>
    <w:p>
      <w:r>
        <w:rPr>
          <w:b/>
        </w:rPr>
        <w:t xml:space="preserve">[01:37] </w:t>
      </w:r>
      <w:r>
        <w:t>iska matlab yeh hai ke jisne jaisa kiya hai uske mutabiq uska anjaam hoga, aur is baat ko batane ke liye Allah taala ne paighambaron ko bheja.</w:t>
      </w:r>
    </w:p>
    <w:p>
      <w:pPr>
        <w:jc w:val="right"/>
      </w:pPr>
      <w:r>
        <w:t>اس کا مطلب یہ ہے کہ جس نے جیسا کیا ہے اس کے مطابق اس کا انجام ہوگا، اور اس بات کو بتانے کے لیے اللہ تعالیٰ نے پیغمبروں کو بھیجا۔</w:t>
      </w:r>
    </w:p>
    <w:p>
      <w:r>
        <w:rPr>
          <w:b/>
        </w:rPr>
        <w:t xml:space="preserve">[01:50] </w:t>
      </w:r>
      <w:r>
        <w:t>rasool mubashireen wa munzireen Allah yakoonu linnasi Allah hujjata wa ghusl</w:t>
      </w:r>
    </w:p>
    <w:p>
      <w:pPr>
        <w:jc w:val="right"/>
      </w:pPr>
      <w:r>
        <w:t>رسول مبشرین ومنظرین اللہ یکون للناس اللہ حجت و غسل</w:t>
      </w:r>
    </w:p>
    <w:p>
      <w:r>
        <w:rPr>
          <w:b/>
        </w:rPr>
        <w:t xml:space="preserve">[01:55] </w:t>
      </w:r>
      <w:r>
        <w:t>ke Allah par hujjata na qaim ho, uske liye paighambar bheje gaye aur Quran mehfooz kiya gaya. To Allah ke muamle ko samajhne ke liye aap sirf yeh nahi keh sakte ke Allah bada raheem o kareem hai, nahi.</w:t>
      </w:r>
    </w:p>
    <w:p>
      <w:pPr>
        <w:jc w:val="right"/>
      </w:pPr>
      <w:r>
        <w:t>کہ اللہ پر حجت نہ قائم ہو، اس کے لیے پیغمبر بھیجے گئے اور قرآن محفوظ کیا گیا۔ تو اللہ کے معاملے کو سمجھنے کے لیے آپ صرف یہ نہیں کہہ سکتے کہ اللہ بڑا رحیم و کریم ہے، نہیں۔</w:t>
      </w:r>
    </w:p>
    <w:p>
      <w:r>
        <w:rPr>
          <w:b/>
        </w:rPr>
        <w:t xml:space="preserve">[02:08] </w:t>
      </w:r>
      <w:r>
        <w:t>saath saath yeh bhi dekhna padega ke Allah aadil hai, tab ja kar ke aap ko Allah ki sahi</w:t>
      </w:r>
    </w:p>
    <w:p>
      <w:pPr>
        <w:jc w:val="right"/>
      </w:pPr>
      <w:r>
        <w:t>ساتھ ساتھ یہ بھی دیکھنا پڑے گا کہ اللہ عادل ہے، تب جا کر کے آپ کو اللہ کی صحیح</w:t>
      </w:r>
    </w:p>
    <w:p>
      <w:r>
        <w:rPr>
          <w:b/>
        </w:rPr>
        <w:t xml:space="preserve">[02:15] </w:t>
      </w:r>
      <w:r>
        <w:t>yani sahi tareeqe se samajh paayenge Allah taala ko muamle ko.</w:t>
      </w:r>
    </w:p>
    <w:p>
      <w:pPr>
        <w:jc w:val="right"/>
      </w:pPr>
      <w:r>
        <w:t>یعنی صحیح طریقے سے سمجھ پائیں گے اللہ تعالیٰ کو معاملے کو۔</w:t>
      </w:r>
    </w:p>
    <w:p>
      <w:r>
        <w:rPr>
          <w:b/>
        </w:rPr>
        <w:t xml:space="preserve">[02:22] </w:t>
      </w:r>
      <w:r>
        <w:t>Maulana Sharukh Hussain Riyazi ne Dilli se likha hai: "Kya dawat ka kaam karne wala ek insaan nashe wali cheez jaise paan aur cigarette ki aadat ka tahammul kar sakta hai?</w:t>
      </w:r>
    </w:p>
    <w:p>
      <w:pPr>
        <w:jc w:val="right"/>
      </w:pPr>
      <w:r>
        <w:t>مولانا شارخ حسین ریاضی نے دلی سے لکھا ہے: "کیا دعوت کا کام کرنے والا ایک انسان نشے والی چیز جیسے پان اور سگریٹ کی عادت کا تحمل کر سکتا ہے؟</w:t>
      </w:r>
    </w:p>
    <w:p>
      <w:r>
        <w:rPr>
          <w:b/>
        </w:rPr>
        <w:t xml:space="preserve">[02:38] </w:t>
      </w:r>
      <w:r>
        <w:t>" Nahi, hargiz nahi, hargiz nahi. Dekhiye, ek bahut badi felicity hai jisko main wazeh karna chahta hoon.</w:t>
      </w:r>
    </w:p>
    <w:p>
      <w:pPr>
        <w:jc w:val="right"/>
      </w:pPr>
      <w:r>
        <w:t>" نہیں، ہرگز نہیں، ہرگز نہیں۔ دیکھیے، ایک بہت بڑی فیلیسی ہے جس کو میں واضح کرنا چاہتا ہوں۔</w:t>
      </w:r>
    </w:p>
    <w:p>
      <w:r>
        <w:rPr>
          <w:b/>
        </w:rPr>
        <w:t xml:space="preserve">[02:50] </w:t>
      </w:r>
      <w:r>
        <w:t>Log samajhte hain ke woh haraam hai, koi cheez hai, woh woh na karein. Hum matlab sharab haraam hai, piyein, khinzeer haraam hai, na khayein. Yeh bahut bada mughalta hai,</w:t>
      </w:r>
    </w:p>
    <w:p>
      <w:pPr>
        <w:jc w:val="right"/>
      </w:pPr>
      <w:r>
        <w:t>لوگ سمجھتے ہیں کہ وہ حرام ہے، کوئی چیز ہے، وہ وہ نہ کریں۔ ہم مطلب شراب حرام ہے، پیئیں، خنزیر حرام ہے، نہ کھائیں۔ یہ بہت بڑا مغالطہ ہے،</w:t>
      </w:r>
    </w:p>
    <w:p>
      <w:r>
        <w:rPr>
          <w:b/>
        </w:rPr>
        <w:t xml:space="preserve">[03:00] </w:t>
      </w:r>
      <w:r>
        <w:t>bahut bada mughalta hai. Ek hadith hai jo Tirmizi mein hai: Man hasana islami al-mar'u taraka ma la ya'ni. Matlab iska matlab kya hua?</w:t>
      </w:r>
    </w:p>
    <w:p>
      <w:pPr>
        <w:jc w:val="right"/>
      </w:pPr>
      <w:r>
        <w:t>بہت بڑا مغالطہ ہے۔ ایک حدیث ہے جو الترمذی میں ہے: من حسن اسلام المر تركه مالا یعنی معنی اس کا مطلب کیا ہوا؟</w:t>
      </w:r>
    </w:p>
    <w:p>
      <w:r>
        <w:rPr>
          <w:b/>
        </w:rPr>
        <w:t xml:space="preserve">[03:13] </w:t>
      </w:r>
      <w:r>
        <w:t>Ek hai tark-e-haraam, ek hai tark-e-ma la ya'ni,</w:t>
      </w:r>
    </w:p>
    <w:p>
      <w:pPr>
        <w:jc w:val="right"/>
      </w:pPr>
      <w:r>
        <w:t>ایک ہے ترک حرام، ایک ہے ترک مالا یعنی،</w:t>
      </w:r>
    </w:p>
    <w:p>
      <w:r>
        <w:rPr>
          <w:b/>
        </w:rPr>
        <w:t xml:space="preserve">[03:19] </w:t>
      </w:r>
      <w:r>
        <w:t>ek hai tark-e-haraam, ek hai tark-e-ma la ya'ni. Yani ek woh cheez hai jo Allah taala ne in laa'il qaraar diya hai, haraam qaraar diya hai, usko chhodna hai.</w:t>
      </w:r>
    </w:p>
    <w:p>
      <w:pPr>
        <w:jc w:val="right"/>
      </w:pPr>
      <w:r>
        <w:t>ایک ہے ترک حرام، ایک ہے ترک مالا یعنی۔ یعنی ایک وہ چیز ہے جو اللہ تعالیٰ نے ان لافل قرار دیا ہے، حرام قرار دیا ہے، اس کو چھوڑنا ہے۔</w:t>
      </w:r>
    </w:p>
    <w:p>
      <w:r>
        <w:rPr>
          <w:b/>
        </w:rPr>
        <w:t xml:space="preserve">[03:32] </w:t>
      </w:r>
      <w:r>
        <w:t>Kuch aur cheezein hain jo be-nateejah hain, be-faida hain,</w:t>
      </w:r>
    </w:p>
    <w:p>
      <w:pPr>
        <w:jc w:val="right"/>
      </w:pPr>
      <w:r>
        <w:t>کچھ اور چیزیں ہیں جو بے نتیجہ ہیں، بے فائدہ ہیں،</w:t>
      </w:r>
    </w:p>
    <w:p>
      <w:r>
        <w:rPr>
          <w:b/>
        </w:rPr>
        <w:t xml:space="preserve">[03:38] </w:t>
      </w:r>
      <w:r>
        <w:t>sehat ko kharab karne wali hain, waqt ko zaya karne wali hain, paisa ko barbaad karne wali hain, usko bhi chhodna hai. Wahan jannat nahi milegi, yaad rakhiye.</w:t>
      </w:r>
    </w:p>
    <w:p>
      <w:pPr>
        <w:jc w:val="right"/>
      </w:pPr>
      <w:r>
        <w:t>صحت کو خراب کرنے والی ہیں، وقت کو ضائع کرنے والی ہیں، پیسہ کو برباد کرنے والی ہیں، اس کو بھی چھوڑنا ہے۔ وہاں جنت نہیں ملے گی، یاد رکھیے۔</w:t>
      </w:r>
    </w:p>
    <w:p>
      <w:r>
        <w:rPr>
          <w:b/>
        </w:rPr>
        <w:t xml:space="preserve">[03:49] </w:t>
      </w:r>
      <w:r>
        <w:t>Us ko achhi tarah samajh lijiye ke jannat hargiz nahi milegi aise logon ko jo tark-e-ma la ya'ni ko par amal na karein.</w:t>
      </w:r>
    </w:p>
    <w:p>
      <w:pPr>
        <w:jc w:val="right"/>
      </w:pPr>
      <w:r>
        <w:t>اس کو اچھی طرح سمجھ لیجئے کہ جنت ہرگز نہیں ملے گی ایسے لوگوں کو جو ترک مالا یعنی کو پر عمل نہ کریں۔</w:t>
      </w:r>
    </w:p>
    <w:p>
      <w:r>
        <w:rPr>
          <w:b/>
        </w:rPr>
        <w:t xml:space="preserve">[03:56] </w:t>
      </w:r>
      <w:r>
        <w:t>Kyun? Dekhiye, iska raaz hai bahut bada.</w:t>
      </w:r>
    </w:p>
    <w:p>
      <w:pPr>
        <w:jc w:val="right"/>
      </w:pPr>
      <w:r>
        <w:t>کیوں؟ دیکھیے، اس کا راز ہے بہت بڑا۔</w:t>
      </w:r>
    </w:p>
    <w:p>
      <w:r>
        <w:rPr>
          <w:b/>
        </w:rPr>
        <w:t xml:space="preserve">[04:02] </w:t>
      </w:r>
      <w:r>
        <w:t>Jo tark-e-haraam na kare, yani haraam ka phansa hua ho, to uska shaitan saathi ho jata hai.</w:t>
      </w:r>
    </w:p>
    <w:p>
      <w:pPr>
        <w:jc w:val="right"/>
      </w:pPr>
      <w:r>
        <w:t>جو ترک حرام نہ کرے، یعنی حرام کا پھلا پھنسا ہوا ہو، تو اس کا شیطان ساتھی ہو جاتا ہے۔</w:t>
      </w:r>
    </w:p>
    <w:p>
      <w:r>
        <w:rPr>
          <w:b/>
        </w:rPr>
        <w:t xml:space="preserve">[04:13] </w:t>
      </w:r>
      <w:r>
        <w:t>Haraam mein mubtala insaanon ka saathi shaitan hota hai, uske chaaron taraf shaitan hote hain.</w:t>
      </w:r>
    </w:p>
    <w:p>
      <w:pPr>
        <w:jc w:val="right"/>
      </w:pPr>
      <w:r>
        <w:t>حرام میں مبتلا انسانوں کا ساتھی شیطان ہوتا ہے، اس کے چاروں طرف شیطان ہوتے ہیں۔</w:t>
      </w:r>
    </w:p>
    <w:p>
      <w:r>
        <w:rPr>
          <w:b/>
        </w:rPr>
        <w:t xml:space="preserve">[04:18] </w:t>
      </w:r>
      <w:r>
        <w:t>Achha, jo tark-e-ma la ya'ni na kare, yani be-faida cheezon mein phansa hua ho, to woh jaante hain kya hota hai? Farishte uska saath chhod dete hain.</w:t>
      </w:r>
    </w:p>
    <w:p>
      <w:pPr>
        <w:jc w:val="right"/>
      </w:pPr>
      <w:r>
        <w:t>اچھا، جو ترک مالا یعنی نہ کرے، یعنی بے فائدہ چیزوں میں پھنسا ہوا ہو، تو وہ جانتے ہیں کیا ہوتا ہے؟ فرشتے اس کا ساتھ چھوڑ دیتے ہیں۔</w:t>
      </w:r>
    </w:p>
    <w:p>
      <w:r>
        <w:rPr>
          <w:b/>
        </w:rPr>
        <w:t xml:space="preserve">[04:30] </w:t>
      </w:r>
      <w:r>
        <w:t>Farishton se bas mehroom ho jata hai. Jo aadmi cigarette piyega, beedi piyega, paan khayega, gutka khayega, to uski price dene ki qazi nahi padegi.</w:t>
      </w:r>
    </w:p>
    <w:p>
      <w:pPr>
        <w:jc w:val="right"/>
      </w:pPr>
      <w:r>
        <w:t>فرشتوں سے بس محروم ہو جاتا ہے۔ جو آدمی سگریٹ پیے گا، بیڑی پیے گا، پان کھائے گا، گٹکا کھائے گا، تو اس کی پرائز دینے کی قاضی نہیں پڑے گی۔</w:t>
      </w:r>
    </w:p>
    <w:p>
      <w:r>
        <w:rPr>
          <w:b/>
        </w:rPr>
        <w:t xml:space="preserve">[04:42] </w:t>
      </w:r>
      <w:r>
        <w:t>us ko</w:t>
      </w:r>
    </w:p>
    <w:p>
      <w:pPr>
        <w:jc w:val="right"/>
      </w:pPr>
      <w:r>
        <w:t>اس کو</w:t>
      </w:r>
    </w:p>
    <w:p>
      <w:r>
        <w:rPr>
          <w:b/>
        </w:rPr>
        <w:t xml:space="preserve">[04:43] </w:t>
      </w:r>
      <w:r>
        <w:t>Farishte ki sohbat use nahi milegi, yaad rakhiye. To kya aap us ko tahammul kar sakte hain? Us ko afford kar sakte hain ke farishte aap ki sohbat aap ko na mile?</w:t>
      </w:r>
    </w:p>
    <w:p>
      <w:pPr>
        <w:jc w:val="right"/>
      </w:pPr>
      <w:r>
        <w:t>فرشتے کی صحبت اسے نہیں ملے گی، یاد رکھیے۔ تو کیا آپ اس کو تحمل کر سکتے ہیں؟ اس کو افورڈ کر سکتے ہیں کہ فرشتے آپ کی صحبت آپ کو نہ ملے؟</w:t>
      </w:r>
    </w:p>
    <w:p>
      <w:r>
        <w:rPr>
          <w:b/>
        </w:rPr>
        <w:t xml:space="preserve">[05:00] </w:t>
      </w:r>
      <w:r>
        <w:t>Yeh bahut badi felicity hai ke log samajhte hain ke woh haraam ko hum chhodhe hue hain. Nahi, tark-e-ma la ya'ni ka bhi saboot dena padega aap ko.</w:t>
      </w:r>
    </w:p>
    <w:p>
      <w:pPr>
        <w:jc w:val="right"/>
      </w:pPr>
      <w:r>
        <w:t>یہ بہت بڑی فیلیسی ہے کہ لوگ سمجھتے ہیں کہ وہ حرام کو ہم چھوڑے ہوئے ہیں۔ نہیں، ترک مالا یعنی کا بھی ثبوت دینا پڑے گا آپ کو۔</w:t>
      </w:r>
    </w:p>
    <w:p>
      <w:r>
        <w:rPr>
          <w:b/>
        </w:rPr>
        <w:t xml:space="preserve">[05:12] </w:t>
      </w:r>
      <w:r>
        <w:t>be faida cheezon ko chhodna, be faida ka matlab kya hai? is mein aap paisa zaya ho, waqt zaya ho,</w:t>
      </w:r>
    </w:p>
    <w:p>
      <w:pPr>
        <w:jc w:val="right"/>
      </w:pPr>
      <w:r>
        <w:t>بے فائدہ چیزوں کو چھوڑنا، بے فائدہ کا معنی کیا ہے؟ اس میں آپ پیسہ ضائع ہو، وقت ضائع ہو،</w:t>
      </w:r>
    </w:p>
    <w:p>
      <w:r>
        <w:rPr>
          <w:b/>
        </w:rPr>
        <w:t xml:space="preserve">[05:19] </w:t>
      </w:r>
      <w:r>
        <w:t>sehaten kharab hon, waqt bekar logon ke sath aap ka sath.</w:t>
      </w:r>
    </w:p>
    <w:p>
      <w:pPr>
        <w:jc w:val="right"/>
      </w:pPr>
      <w:r>
        <w:t>صحتیں خراب ہوں، وقت بیکار لوگوں کے ساتھ آپ کا ساتھ۔</w:t>
      </w:r>
    </w:p>
    <w:p>
      <w:r>
        <w:rPr>
          <w:b/>
        </w:rPr>
        <w:t xml:space="preserve">[05:27] </w:t>
      </w:r>
      <w:r>
        <w:t>yeh sab aaj agar jo aaj log meri awaz sun rahe hain, main koi bhi shakhs agar is ka aadi hai to aaj hi se farz hai agar ek chhodna hai.</w:t>
      </w:r>
    </w:p>
    <w:p>
      <w:pPr>
        <w:jc w:val="right"/>
      </w:pPr>
      <w:r>
        <w:t>یہ سب آج اگر جو آج لوگ میری آواز سن رہے ہیں، میں کوئی بھی شخص اگر اس کا عادی ہے تو آج ہی سے فرض ہے اگر ایک چھوڑنا ہے۔</w:t>
      </w:r>
    </w:p>
    <w:p>
      <w:r>
        <w:rPr>
          <w:b/>
        </w:rPr>
        <w:t xml:space="preserve">[05:36] </w:t>
      </w:r>
      <w:r>
        <w:t>yeh now aur never ka mamla hota hai. now aur never, yeh abhi aaj kabhi nahin.</w:t>
      </w:r>
    </w:p>
    <w:p>
      <w:pPr>
        <w:jc w:val="right"/>
      </w:pPr>
      <w:r>
        <w:t>یہ ناؤ اور نیور کا معاملہ ہوتا ہے۔ ناؤ اور نیور، یہ ابھی آج کبھی نہیں۔</w:t>
      </w:r>
    </w:p>
    <w:p>
      <w:r>
        <w:rPr>
          <w:b/>
        </w:rPr>
        <w:t xml:space="preserve">[05:42] </w:t>
      </w:r>
      <w:r>
        <w:t>jo log meri awaz sun rahe hain, un sab ko main kahunga ke agar aap chahte hain ke farishton ki sohbat se aap mehroom na ho jayen to abhi faisla kijiye, abhi maine chhod diya is ko.</w:t>
      </w:r>
    </w:p>
    <w:p>
      <w:pPr>
        <w:jc w:val="right"/>
      </w:pPr>
      <w:r>
        <w:t>جو لوگ میری آواز سن رہے ہیں، ان سب کو میں کہوں گا کہ اگر آپ چاہتے ہیں کہ فرشتوں کی صحبت سے آپ محروم نہ ہو جائیں تو ابھی فیصلہ کیجئے، ابھی میں نے چھوڑ دیا اس کو۔</w:t>
      </w:r>
    </w:p>
    <w:p>
      <w:r>
        <w:rPr>
          <w:b/>
        </w:rPr>
        <w:t xml:space="preserve">[05:52] </w:t>
      </w:r>
      <w:r>
        <w:t>aaj se yeh pan masala aur gutka aur cigarette aur beedi, yeh sab abhi faisla kijiye, abhi chhod diya hum ne.</w:t>
      </w:r>
    </w:p>
    <w:p>
      <w:pPr>
        <w:jc w:val="right"/>
      </w:pPr>
      <w:r>
        <w:t>آج سے یہ پان مصالحہ اور گٹکا اور سگریٹ اور بیڑی، یہ سب ابھی فیصلہ کیجئے، ابھی چھوڑ دیا ہم نے۔</w:t>
      </w:r>
    </w:p>
    <w:p>
      <w:r>
        <w:rPr>
          <w:b/>
        </w:rPr>
        <w:t xml:space="preserve">[06:04] </w:t>
      </w:r>
      <w:r>
        <w:t>aap ghor kijiye ke jis ke saathi farishte na hon, dekhen is dunya mein jo mamla hai, koi bhi aadmi khud se kuch nahin kar pata.</w:t>
      </w:r>
    </w:p>
    <w:p>
      <w:pPr>
        <w:jc w:val="right"/>
      </w:pPr>
      <w:r>
        <w:t>آپ غور کیجئے کہ جس کے ساتھی فرشتے نہ ہوں، دیکھیں اس دنیا میں جو معاملہ ہے، کوئی بھی آدمی خود سے کچھ نہیں کر پاتا۔</w:t>
      </w:r>
    </w:p>
    <w:p>
      <w:r>
        <w:rPr>
          <w:b/>
        </w:rPr>
        <w:t xml:space="preserve">[06:14] </w:t>
      </w:r>
      <w:r>
        <w:t>bara kaam karne ke liye aap shaitan ke saathi chahiye. baghair shaitan ke sath ke aap bara kaam nahin kar sakte.</w:t>
      </w:r>
    </w:p>
    <w:p>
      <w:pPr>
        <w:jc w:val="right"/>
      </w:pPr>
      <w:r>
        <w:t>برا کام کرنے کے لیے آپ شیطان کے ساتھی چاہیے۔ بغیر شیطان کے ساتھ کے آپ برا کام نہیں کر سکتے۔</w:t>
      </w:r>
    </w:p>
    <w:p>
      <w:r>
        <w:rPr>
          <w:b/>
        </w:rPr>
        <w:t xml:space="preserve">[06:23] </w:t>
      </w:r>
      <w:r>
        <w:t>achha kaam karne ke liye farishte ke saathi chahiye. aap ko yaad rakhiye, yeh Allah ka qanoon hai. yeh farishton ko apna saathi banaye baghair aap achha kaam nahin kar sakte.</w:t>
      </w:r>
    </w:p>
    <w:p>
      <w:pPr>
        <w:jc w:val="right"/>
      </w:pPr>
      <w:r>
        <w:t>اچھا کام کرنے کے لیے فرشتے کے ساتھی چاہیے۔ آپ کو یاد رکھیے، یہ اللہ کا قانون ہے۔ یہ فرشتوں کو اپنا ساتھی بنائے بغیر آپ اچھا کام نہیں کر سکتے۔</w:t>
      </w:r>
    </w:p>
    <w:p>
      <w:r>
        <w:rPr>
          <w:b/>
        </w:rPr>
        <w:t xml:space="preserve">[06:37] </w:t>
      </w:r>
      <w:r>
        <w:t>jis tarah se bara kaam karne ke liye aap ko shaitan ko saathi banana padta hai,</w:t>
      </w:r>
    </w:p>
    <w:p>
      <w:pPr>
        <w:jc w:val="right"/>
      </w:pPr>
      <w:r>
        <w:t>جس طرح سے برا کام کرنے کے لیے آپ کو شیطان کو ساتھی بنانا پڑتا ہے،</w:t>
      </w:r>
    </w:p>
    <w:p>
      <w:r>
        <w:rPr>
          <w:b/>
        </w:rPr>
        <w:t xml:space="preserve">[06:43] </w:t>
      </w:r>
      <w:r>
        <w:t>to aap kaam kya karenge? yani is aadmi ki namaz bhi gharaat hai, is ka haj bhi gharaat hai, is ki dawat bhi gharaat hai, jo in cheezon mein phansa hua ho.</w:t>
      </w:r>
    </w:p>
    <w:p>
      <w:pPr>
        <w:jc w:val="right"/>
      </w:pPr>
      <w:r>
        <w:t>تو آپ کام کیا کریں گے؟ یعنی اس آدمی کی نماز بھی غارت ہے، اس کا حج بھی غارت ہے، اس کی دعوت بھی غارت ہے، جو ان چیزوں میں پھنسا ہوا ہو۔</w:t>
      </w:r>
    </w:p>
    <w:p>
      <w:r>
        <w:rPr>
          <w:b/>
        </w:rPr>
        <w:t xml:space="preserve">[06:59] </w:t>
      </w:r>
      <w:r>
        <w:t>to yaad rakhiye, tark haram jis tarah zaroori hai, usi tarah tark mala yani bhi zaroori hai. kyun? farishton se ki sohbat se mehroom ho jati hai.</w:t>
      </w:r>
    </w:p>
    <w:p>
      <w:pPr>
        <w:jc w:val="right"/>
      </w:pPr>
      <w:r>
        <w:t>تو یاد رکھیے، ترک حرام جس طرح ضروری ہے، اسی طرح ترک مالا یعنی بھی ضروری ہے۔ کیوں؟ فرشتوں سے کی صحبت سے محروم ہو جاتی ہے۔</w:t>
      </w:r>
    </w:p>
    <w:p>
      <w:r>
        <w:rPr>
          <w:b/>
        </w:rPr>
        <w:t xml:space="preserve">[07:09] </w:t>
      </w:r>
      <w:r>
        <w:t>to jo log meri awaz sun rahe hain, un sab ko main kahunga ke aaj hi yeh faisla kijiye ke hum aisi sab cheezon ko hum ne chhod diya</w:t>
      </w:r>
    </w:p>
    <w:p>
      <w:pPr>
        <w:jc w:val="right"/>
      </w:pPr>
      <w:r>
        <w:t>تو جو لوگ میری آواز سن رہے ہیں، ان سب کو میں کہوں گا کہ آج ہی یہ فیصلہ کیجئے کہ ہم ایسی سب چیزوں کو ہم نے چھوڑ دیا</w:t>
      </w:r>
    </w:p>
    <w:p>
      <w:r>
        <w:rPr>
          <w:b/>
        </w:rPr>
        <w:t xml:space="preserve">[07:18] </w:t>
      </w:r>
      <w:r>
        <w:t>taake farishton ki sohbat hamein mile aur hamara zehni irtaqa ho, rohani irtaqa ho, hamari jannati shakhsiyat bane aur maut aaye to is hal mein aaye ke hum Allah ke farishte hamara istiqbal karne wale hon.</w:t>
      </w:r>
    </w:p>
    <w:p>
      <w:pPr>
        <w:jc w:val="right"/>
      </w:pPr>
      <w:r>
        <w:t>تاکہ فرشتوں کی صحبت ہمیں ملے اور ہمارا ذہنی ارتقاء ہو، روحانی ارتقاء ہو، ہماری جنتی شخصیت بنے اور موت آئے تو اس حال میں آئے کہ ہم اللہ کے فرشتے ہمارا استقبال کرنے والے ہوں۔</w:t>
      </w:r>
    </w:p>
    <w:p>
      <w:r>
        <w:rPr>
          <w:b/>
        </w:rPr>
        <w:t xml:space="preserve">[07:35] </w:t>
      </w:r>
      <w:r>
        <w:t>aap ghor kijiye, maut ke baad kya hota hai? jannati insan ka farishte istiqbal karte hain. kaise ajeeb lamha hoga ke maut ke baad farishte ayen,</w:t>
      </w:r>
    </w:p>
    <w:p>
      <w:pPr>
        <w:jc w:val="right"/>
      </w:pPr>
      <w:r>
        <w:t>آپ غور کیجئے، موت کے بعد کیا ہوتا ہے؟ جنتی انسان کا فرشتے استقبال کرتے ہیں۔ کیسے عجیب لمحہ ہوگا کہ موت کے بعد فرشتے آئیں،</w:t>
      </w:r>
    </w:p>
    <w:p>
      <w:r>
        <w:rPr>
          <w:b/>
        </w:rPr>
        <w:t xml:space="preserve">[07:48] </w:t>
      </w:r>
      <w:r>
        <w:t>marhaba marhaba, aao tumhari jannat ke darwaze khule hue hain.</w:t>
      </w:r>
    </w:p>
    <w:p>
      <w:pPr>
        <w:jc w:val="right"/>
      </w:pPr>
      <w:r>
        <w:t>مرحبا مرحبا، آؤ تمہاری جنت کے دروازے کھلے ہوئے ہیں۔</w:t>
      </w:r>
    </w:p>
    <w:p>
      <w:r>
        <w:rPr>
          <w:b/>
        </w:rPr>
        <w:t xml:space="preserve">[07:54] </w:t>
      </w:r>
      <w:r>
        <w:t>lekin ghor kijiye, jin ko hum ne zindagi mein jin jin jin malaika ko door bhaga diya ho apne se, woh hamein istiqbal karenge? hamara zindagi mein to hum malaika ko bhagate rahe apne se, marte hi woh aa kar hamara istiqbal karenge?</w:t>
      </w:r>
    </w:p>
    <w:p>
      <w:pPr>
        <w:jc w:val="right"/>
      </w:pPr>
      <w:r>
        <w:t>لیکن غور کیجئے، جن کو ہم نے زندگی میں جن جن جن ملائکہ کو دور بھگا دیا ہو اپنے سے، وہ ہمیں استقبال کریں گے؟ ہمارا زندگی میں تو ہم ملائکہ کو بھگاتے رہے اپنے سے، مرتے ہی وہ آ کر ہمارا استقبال کریں گے؟</w:t>
      </w:r>
    </w:p>
    <w:p>
      <w:r>
        <w:rPr>
          <w:b/>
        </w:rPr>
        <w:t xml:space="preserve">[08:09] </w:t>
      </w:r>
      <w:r>
        <w:t>hamara yeh soch sakte hain aap?</w:t>
      </w:r>
    </w:p>
    <w:p>
      <w:pPr>
        <w:jc w:val="right"/>
      </w:pPr>
      <w:r>
        <w:t>ہمارا یہ سوچ سکتے ہیں آپ؟</w:t>
      </w:r>
    </w:p>
    <w:p>
      <w:r>
        <w:rPr>
          <w:b/>
        </w:rPr>
        <w:t xml:space="preserve">[08:15] </w:t>
      </w:r>
      <w:r>
        <w:t>zindagi hum ne bitai is tareeqe se, hum daimi kamon mein pade rahe jin se farishton ko yani doori hai, aur marte hi woh aa kar hamein hamein khush aamdeed karenge?</w:t>
      </w:r>
    </w:p>
    <w:p>
      <w:pPr>
        <w:jc w:val="right"/>
      </w:pPr>
      <w:r>
        <w:t>زندگی ہم نے بیتائی اس طریقے سے، ہم دائمی کاموں میں پڑے رہے جن سے فرشتوں کو یعنی دوری ہے، اور مرتے ہی وہ آ کر ہمیں ہمیں خوش آمدید کریں گے؟</w:t>
      </w:r>
    </w:p>
    <w:p>
      <w:r>
        <w:rPr>
          <w:b/>
        </w:rPr>
        <w:t xml:space="preserve">[08:31] </w:t>
      </w:r>
      <w:r>
        <w:t>aaj hona namumkin baat hai.</w:t>
      </w:r>
    </w:p>
    <w:p>
      <w:pPr>
        <w:jc w:val="right"/>
      </w:pPr>
      <w:r>
        <w:t>آج ہونا ناممکن بات ہے۔</w:t>
      </w:r>
    </w:p>
    <w:p>
      <w:r>
        <w:rPr>
          <w:b/>
        </w:rPr>
        <w:t xml:space="preserve">[08:35] </w:t>
      </w:r>
      <w:r>
        <w:t>to jis ko bhi aziz hai farishton ki sohbat, jis ki bhi aziz hai ke maut ke baad farishte is ka istiqbal karen, is ko aaj hi yeh faisla karna chahiye ke hum ne is ko chhod diya hai in cheezon ko.</w:t>
      </w:r>
    </w:p>
    <w:p>
      <w:pPr>
        <w:jc w:val="right"/>
      </w:pPr>
      <w:r>
        <w:t>تو جس کو بھی عزیز ہے فرشتوں کی صحبت، جس کی بھی عزیز ہے کہ موت کے بعد فرشتے اس کا استقبال کریں، اس کو آج ہی یہ فیصلہ کرنا چاہیے کہ ہم نے اس کو چھوڑ دیا ہے ان چیزوں کو۔</w:t>
      </w:r>
    </w:p>
    <w:p>
      <w:r>
        <w:rPr>
          <w:b/>
        </w:rPr>
        <w:t xml:space="preserve">[08:52] </w:t>
      </w:r>
      <w:r>
        <w:t>aur ek baat yeh arz karun ke chhodna bohat hi aasan kaam hai. insan ka dimagh ajeeb o ghareeb cheez hai.</w:t>
      </w:r>
    </w:p>
    <w:p>
      <w:pPr>
        <w:jc w:val="right"/>
      </w:pPr>
      <w:r>
        <w:t>اور ایک بات یہ عرض کروں کہ چھوڑنا بہت ہی آسان کام ہے۔ انسان کا دماغ عجیب و غریب چیز ہے۔</w:t>
      </w:r>
    </w:p>
    <w:p>
      <w:r>
        <w:rPr>
          <w:b/>
        </w:rPr>
        <w:t xml:space="preserve">[09:03] </w:t>
      </w:r>
      <w:r>
        <w:t>aap yeh samjhen ke aadat pad gayi hai to nahin chhutega, kuch nahin, sab laagh baat hain.</w:t>
      </w:r>
    </w:p>
    <w:p>
      <w:pPr>
        <w:jc w:val="right"/>
      </w:pPr>
      <w:r>
        <w:t>آپ یہ سمجھیں کہ عادت پڑ گئی ہے تو نہیں چھوٹے گا، کچھ نہیں، سب لاغب باتیں ہیں۔</w:t>
      </w:r>
    </w:p>
    <w:p>
      <w:r>
        <w:rPr>
          <w:b/>
        </w:rPr>
        <w:t xml:space="preserve">[09:10] </w:t>
      </w:r>
      <w:r>
        <w:t>kyun ke insan ka dimagh jo hai, computer hai, jise aap computer mein ek ek ek cheez type ki, aap ne chahe das lafz hon, hazar lafz hon, ek switch dabaiye, sab delete ho jata hai.</w:t>
      </w:r>
    </w:p>
    <w:p>
      <w:pPr>
        <w:jc w:val="right"/>
      </w:pPr>
      <w:r>
        <w:t>کیونکہ انسان کا دماغ جو ہے، کمپیوٹر ہے، جسے آپ کمپیوٹر میں ایک ایک ایک چیز ٹائپ کی، آپ نے چاہے دس لفظ ہوں، ہزار لفظ ہوں، ایک سوئچ دبائیے، سب ڈیلیٹ ہو جاتا ہے۔</w:t>
      </w:r>
    </w:p>
    <w:p>
      <w:r>
        <w:rPr>
          <w:b/>
        </w:rPr>
        <w:t xml:space="preserve">[09:23] </w:t>
      </w:r>
      <w:r>
        <w:t>aise dimagh ka mamla hai insan ka.</w:t>
      </w:r>
    </w:p>
    <w:p>
      <w:pPr>
        <w:jc w:val="right"/>
      </w:pPr>
      <w:r>
        <w:t>ایسے دماغ کا معاملہ ہے انسان کا۔</w:t>
      </w:r>
    </w:p>
    <w:p>
      <w:r>
        <w:rPr>
          <w:b/>
        </w:rPr>
        <w:t xml:space="preserve">[09:27] </w:t>
      </w:r>
      <w:r>
        <w:t>within second aap delete kar sakte hain, within second aap ayat ko khatam kar sakte hain.</w:t>
      </w:r>
    </w:p>
    <w:p>
      <w:pPr>
        <w:jc w:val="right"/>
      </w:pPr>
      <w:r>
        <w:t>ود ان سیکنڈ آپ ڈیلیٹ کر سکتے ہیں، ود ان سیکنڈ آپ آیت کو ختم کر سکتے ہیں۔</w:t>
      </w:r>
    </w:p>
    <w:p>
      <w:r>
        <w:rPr>
          <w:b/>
        </w:rPr>
        <w:t xml:space="preserve">[09:34] </w:t>
      </w:r>
      <w:r>
        <w:t>yeh apne apne mind ko underestimate mat kijiye, apne mind ko kam na samjhiye. computer se billion time zyada bari cheez hai yeh mind jo aap ko mila hua hai.</w:t>
      </w:r>
    </w:p>
    <w:p>
      <w:pPr>
        <w:jc w:val="right"/>
      </w:pPr>
      <w:r>
        <w:t>یہ اپنے اپنے مائنڈ کو انڈر ایسٹیمیٹ مت کیجئے، اپنے مائنڈ کو کو کم نہ سمجھیے۔ کمپیوٹر سے بلین ٹائم زیادہ بڑی چیز ہے یہ مائنڈ جو آپ کو ملا ہوا ہے۔</w:t>
      </w:r>
    </w:p>
    <w:p>
      <w:r>
        <w:rPr>
          <w:b/>
        </w:rPr>
        <w:t xml:space="preserve">[09:46] </w:t>
      </w:r>
      <w:r>
        <w:t>ek second mein delete kar sakte hain is ko aap. to ful for faisla kijiye.</w:t>
      </w:r>
    </w:p>
    <w:p>
      <w:pPr>
        <w:jc w:val="right"/>
      </w:pPr>
      <w:r>
        <w:t>ایک سیکنڈ میں ڈیلیٹ کر سکتے ہیں اس کو آپ۔ تو فل فور فیصلہ کیجئے۔</w:t>
      </w:r>
    </w:p>
    <w:p>
      <w:r>
        <w:rPr>
          <w:b/>
        </w:rPr>
        <w:t xml:space="preserve">[09:54] </w:t>
      </w:r>
      <w:r>
        <w:t>okay, i will repeat for the online viewers that if you want to ask question, please send in your question at info at cps global dot org.</w:t>
      </w:r>
    </w:p>
    <w:p>
      <w:pPr>
        <w:jc w:val="right"/>
      </w:pPr>
      <w:r>
        <w:t>اوکے، آئی ویل ریپیٹ فار دی آن لائن ویوورز دیٹ اف یو وانٹ ٹو اسک کوئسچن، پلیز سینڈ ان یور کوئسچن ایٹ انفو ایٹ سی پی ایس گلوبل ڈاٹ او آر جی۔</w:t>
      </w:r>
    </w:p>
    <w:p>
      <w:r>
        <w:rPr>
          <w:b/>
        </w:rPr>
        <w:t xml:space="preserve">[10:04] </w:t>
      </w:r>
      <w:r>
        <w:t>i repeat info at cps global dot org. molana, yeh sawal aaya hai mr amir bin yusuf ka pakistan se.</w:t>
      </w:r>
    </w:p>
    <w:p>
      <w:pPr>
        <w:jc w:val="right"/>
      </w:pPr>
      <w:r>
        <w:t>آئی ریپیٹ انفو ایٹ سی پی ایس گلوبل ڈاٹ او آر جی۔ مولانا، یہ سوال آیا ہے مسٹر عامر بن یوسف کا پاکستان سے۔</w:t>
      </w:r>
    </w:p>
    <w:p>
      <w:r>
        <w:rPr>
          <w:b/>
        </w:rPr>
        <w:t xml:space="preserve">[10:13] </w:t>
      </w:r>
      <w:r>
        <w:t>unhon ne likha hai:</w:t>
      </w:r>
    </w:p>
    <w:p>
      <w:pPr>
        <w:jc w:val="right"/>
      </w:pPr>
      <w:r>
        <w:t>انہوں نے لکھا ہے:</w:t>
      </w:r>
    </w:p>
    <w:p>
      <w:r>
        <w:rPr>
          <w:b/>
        </w:rPr>
        <w:t xml:space="preserve">[10:15] </w:t>
      </w:r>
      <w:r>
        <w:t>"nafrat ek museebat hai aur musalmanon mein nafrat ki ek bari wajah ek doosre ke peeche namaz na parhna hai. har ek ke paas apni apni wajuhat hain.</w:t>
      </w:r>
    </w:p>
    <w:p>
      <w:pPr>
        <w:jc w:val="right"/>
      </w:pPr>
      <w:r>
        <w:t>"نفرت ایک مصیبت ہے اور مسلمانوں میں نفرت کی ایک بڑی وجہ ایک دوسرے کے پیچھے نماز نہ پڑھنا ہے۔ ہر ایک کے پاس اپنی اپنی وجوہات ہیں۔</w:t>
      </w:r>
    </w:p>
    <w:p>
      <w:r>
        <w:rPr>
          <w:b/>
        </w:rPr>
        <w:t xml:space="preserve">[10:28] </w:t>
      </w:r>
      <w:r>
        <w:t>kuch log yeh kehte hain ke doosra firqa sunnat ke mutabiq namaz nahi parhta.</w:t>
      </w:r>
    </w:p>
    <w:p>
      <w:pPr>
        <w:jc w:val="right"/>
      </w:pPr>
      <w:r>
        <w:t>کچھ لوگ یہ کہتے ہیں کہ دوسرا فرقہ سنت کے مطابق نماز نہیں پڑھتا۔</w:t>
      </w:r>
    </w:p>
    <w:p>
      <w:r>
        <w:rPr>
          <w:b/>
        </w:rPr>
        <w:t xml:space="preserve">[10:35] </w:t>
      </w:r>
      <w:r>
        <w:t>yeh ek aisa masla hai ke is ne bhi musalmanon ko aapas mein baant diya hai. pakistan mein yeh cheez bohat hai. ek ghar ke darwaze se nikalne wale do bhai alag alag masjid mein jate hain.</w:t>
      </w:r>
    </w:p>
    <w:p>
      <w:pPr>
        <w:jc w:val="right"/>
      </w:pPr>
      <w:r>
        <w:t>یہ ایک ایسا مسئلہ ہے کہ اس نے بھی مسلمانوں کو آپس میں بانٹ دیا ہے۔ پاکستان میں یہ چیز بہت ہے۔ ایک گھر کے دروازے سے نکلنے والے دو بھائی الگ الگ مسجد میں جاتے ہیں۔</w:t>
      </w:r>
    </w:p>
    <w:p>
      <w:r>
        <w:rPr>
          <w:b/>
        </w:rPr>
        <w:t xml:space="preserve">[10:49] </w:t>
      </w:r>
      <w:r>
        <w:t>log ek doosre ke aamal par shak karte hain.</w:t>
      </w:r>
    </w:p>
    <w:p>
      <w:pPr>
        <w:jc w:val="right"/>
      </w:pPr>
      <w:r>
        <w:t>لوگ ایک دوسرے کے اعمال پر شک کرتے ہیں۔</w:t>
      </w:r>
    </w:p>
    <w:p>
      <w:r>
        <w:rPr>
          <w:b/>
        </w:rPr>
        <w:t xml:space="preserve">[10:53] </w:t>
      </w:r>
      <w:r>
        <w:t>quran aur sunnat ki roshni mein is problem ko solve karen."</w:t>
      </w:r>
    </w:p>
    <w:p>
      <w:pPr>
        <w:jc w:val="right"/>
      </w:pPr>
      <w:r>
        <w:t>قرآن اور سنت کی روشنی میں اس پرابلم کو سالو کریں۔"</w:t>
      </w:r>
    </w:p>
    <w:p>
      <w:r>
        <w:rPr>
          <w:b/>
        </w:rPr>
        <w:t xml:space="preserve">[10:58] </w:t>
      </w:r>
      <w:r>
        <w:t>dekhen, yeh bilashuba shaitani masla hai yeh ke falan imam ke peeche namaz nahi hogi. yeh shaitani masla hai. kyunke sahi sunan abi dawood jo kitaab hai, us mein saaf saaf aap parhiye, us mein bab hai baqayda:</w:t>
      </w:r>
    </w:p>
    <w:p>
      <w:pPr>
        <w:jc w:val="right"/>
      </w:pPr>
      <w:r>
        <w:t>دیکھیں، یہ بلاشبہ شیطانی مسئلہ ہے یہ کہ فلاں امام کے پیچھے نماز نہیں ہوگی۔ یہ شیطانی مسئلہ ہے۔ کیونکہ صحیح سنن ابی داؤد جو کتاب ہے، اس میں صاف صاف آپ پڑھیے، اس میں باب ہے باقاعدہ:</w:t>
      </w:r>
    </w:p>
    <w:p>
      <w:r>
        <w:rPr>
          <w:b/>
        </w:rPr>
        <w:t xml:space="preserve">[11:12] </w:t>
      </w:r>
      <w:r>
        <w:t>salu khalfa kulli bir wa fujir.</w:t>
      </w:r>
    </w:p>
    <w:p>
      <w:pPr>
        <w:jc w:val="right"/>
      </w:pPr>
      <w:r>
        <w:t>صلو خلف کل بر وفاجر ۔</w:t>
      </w:r>
    </w:p>
    <w:p>
      <w:r>
        <w:rPr>
          <w:b/>
        </w:rPr>
        <w:t xml:space="preserve">[11:15] </w:t>
      </w:r>
      <w:r>
        <w:t>yeh masla hi nahi hai ke falan ke peeche namaz jaiz nahi hai. yeh jhoota masla hai, batil masla hai, shaitani masla hai yeh. namaz har ek ke peeche jaiz hai.</w:t>
      </w:r>
    </w:p>
    <w:p>
      <w:pPr>
        <w:jc w:val="right"/>
      </w:pPr>
      <w:r>
        <w:t>یہ مسئلہ ہی نہیں ہے کہ فلاں کے پیچھے نماز جائز نہیں ہے۔ یہ جھوٹا مسئلہ ہے، باطل مسئلہ ہے، شیطانی مسئلہ ہے یہ۔ نماز ہر ایک کے پیچھے جائز ہے۔</w:t>
      </w:r>
    </w:p>
    <w:p>
      <w:r>
        <w:rPr>
          <w:b/>
        </w:rPr>
        <w:t xml:space="preserve">[11:26] </w:t>
      </w:r>
      <w:r>
        <w:t>har ek ke peeche namaz jaiz hai: salu khalfa kulli bir wa fujir. kyun? namaz imam jo hai, baraye tanzeem hota hai.</w:t>
      </w:r>
    </w:p>
    <w:p>
      <w:pPr>
        <w:jc w:val="right"/>
      </w:pPr>
      <w:r>
        <w:t>ہر ایک کے پیچھے نماز جائز ہے: صلو خلف کل بر وفاجر ۔ کیوں؟ نماز امام جو ہے، برائے تنظیم ہوتا ہے۔</w:t>
      </w:r>
    </w:p>
    <w:p>
      <w:r>
        <w:rPr>
          <w:b/>
        </w:rPr>
        <w:t xml:space="preserve">[11:34] </w:t>
      </w:r>
      <w:r>
        <w:t>aap ki namaz ko jaiz banane ke liye nahi hota hai, woh yaad rakhiye. is ka aap ki namaz ke jaiz hone se kuch bhi nahi hai. tanzeem ke liye, yaani jamaat ke sath namaz parhna hai to ek aadmi chahiye.</w:t>
      </w:r>
    </w:p>
    <w:p>
      <w:pPr>
        <w:jc w:val="right"/>
      </w:pPr>
      <w:r>
        <w:t>آپ کی نماز کو جائز بنانے کے لیے نہیں ہوتا ہے، وہ یاد رکھیے۔ اس کا آپ کی نماز کے جائز ہونے سے کچھ بھی نہیں ہے۔ تنظیم کے لیے، یعنی جماعت کے ساتھ نماز پڑھنا ہے تو ایک آدمی چاہیے۔</w:t>
      </w:r>
    </w:p>
    <w:p>
      <w:r>
        <w:rPr>
          <w:b/>
        </w:rPr>
        <w:t xml:space="preserve">[11:49] </w:t>
      </w:r>
      <w:r>
        <w:t>is ko aap khara kar diya aage.</w:t>
      </w:r>
    </w:p>
    <w:p>
      <w:pPr>
        <w:jc w:val="right"/>
      </w:pPr>
      <w:r>
        <w:t>اس کو آپ کھڑا کر دیا آگے۔</w:t>
      </w:r>
    </w:p>
    <w:p>
      <w:r>
        <w:rPr>
          <w:b/>
        </w:rPr>
        <w:t xml:space="preserve">[11:51] </w:t>
      </w:r>
      <w:r>
        <w:t>is ka umra allah taala ke upar hai, aap ke upar nahi hai.</w:t>
      </w:r>
    </w:p>
    <w:p>
      <w:pPr>
        <w:jc w:val="right"/>
      </w:pPr>
      <w:r>
        <w:t>اس کا عمرہ اللہ تعالیٰ کے اوپر ہے، آپ کے اوپر نہیں ہے۔</w:t>
      </w:r>
    </w:p>
    <w:p>
      <w:r>
        <w:rPr>
          <w:b/>
        </w:rPr>
        <w:t xml:space="preserve">[11:57] </w:t>
      </w:r>
      <w:r>
        <w:t>hargiz hargiz aap ki namaz ka kuch bhi taaluq imam se nahi hai. aap abu dawood mein parh lijiye, baqayda is par hadeesen, kai riwayatein mojood hain: salu khalfa kulli bir wa fujir.</w:t>
      </w:r>
    </w:p>
    <w:p>
      <w:pPr>
        <w:jc w:val="right"/>
      </w:pPr>
      <w:r>
        <w:t>ہرگز ہرگز آپ کی نماز کا کچھ بھی تعلق امام سے نہیں ہے۔ آپ ابو داؤد میں پڑھ لیجئے، باقاعدہ اس پر حدیثیں، کئی روایتیں موجود ہیں: صلو خلف کل بر وفاجر ۔</w:t>
      </w:r>
    </w:p>
    <w:p>
      <w:r>
        <w:rPr>
          <w:b/>
        </w:rPr>
        <w:t xml:space="preserve">[12:11] </w:t>
      </w:r>
      <w:r>
        <w:t>kya matlab kya hai? is ka matlab nahi ke woh sach much hi fujir hoga. yeh matlab nahi samjhiye is ka.</w:t>
      </w:r>
    </w:p>
    <w:p>
      <w:pPr>
        <w:jc w:val="right"/>
      </w:pPr>
      <w:r>
        <w:t>کیا مطلب کیا ہے؟ اس کا مطلب نہیں کہ وہ سچ مچ ہی فاجر ہوگا۔ یہ مطلب نہیں سمجھیے اس کا۔</w:t>
      </w:r>
    </w:p>
    <w:p>
      <w:r>
        <w:rPr>
          <w:b/>
        </w:rPr>
        <w:t xml:space="preserve">[12:17] </w:t>
      </w:r>
      <w:r>
        <w:t>jo riwayat aayi hai, us ka matlab yeh nahi ke sach much hi woh fujir hoga, woh imam. yeh matlab nahi hai.</w:t>
      </w:r>
    </w:p>
    <w:p>
      <w:pPr>
        <w:jc w:val="right"/>
      </w:pPr>
      <w:r>
        <w:t>جو روایت آئی ہے، اس کا مطلب یہ نہیں کہ سچ مچ ہی وہ فاجر ہوگا، وہ امام۔ یہ مطلب نہیں ہے۔</w:t>
      </w:r>
    </w:p>
    <w:p>
      <w:r>
        <w:rPr>
          <w:b/>
        </w:rPr>
        <w:t xml:space="preserve">[12:25] </w:t>
      </w:r>
      <w:r>
        <w:t>yeh samajh lijiye is is hadees ka matlab. yaani hota hai ke tumhare nazdeek bil farz woh fujir ho: salu khalfa kulli bir fujir.</w:t>
      </w:r>
    </w:p>
    <w:p>
      <w:pPr>
        <w:jc w:val="right"/>
      </w:pPr>
      <w:r>
        <w:t>یہ سمجھ لیجئے اس اس حدیث کا مطلب۔ یعنی ہوتا ہے کہ تمہارے نزدیک بالفرض وہ فاجر ہو: صلو خلف کل بر فاجر ۔</w:t>
      </w:r>
    </w:p>
    <w:p>
      <w:r>
        <w:rPr>
          <w:b/>
        </w:rPr>
        <w:t xml:space="preserve">[12:35] </w:t>
      </w:r>
      <w:r>
        <w:t>maani yeh nahi ke woh sach much hi fujir hai. nahi, tum ne baraye khud yeh farz kar liya hai ke woh fujir hai, tab bhi namaz parho us ke peeche. yeh matlab hai is ka.</w:t>
      </w:r>
    </w:p>
    <w:p>
      <w:pPr>
        <w:jc w:val="right"/>
      </w:pPr>
      <w:r>
        <w:t>معنی یہ نہیں کہ وہ سچ مچ ہی فاجر ہے۔ نہیں، تم نے بطور خود یہ فرض کر لیا ہے کہ وہ فاجر ہے، تب بھی نماز پڑھو اس کے پیچھے۔ یہ مطلب ہے اس کا۔</w:t>
      </w:r>
    </w:p>
    <w:p>
      <w:r>
        <w:rPr>
          <w:b/>
        </w:rPr>
        <w:t xml:space="preserve">[12:46] </w:t>
      </w:r>
      <w:r>
        <w:t>logon ne hadeeson ko bhi nahi samjha aur misaal galat bana rakhe hain aur jhoote fatwe dete hain aur poori ummat ko tabaah kar rakha hai.</w:t>
      </w:r>
    </w:p>
    <w:p>
      <w:pPr>
        <w:jc w:val="right"/>
      </w:pPr>
      <w:r>
        <w:t>لوگوں نے حدیثوں کو بھی نہیں سمجھا اور مثال غلط بنا رکھے ہیں اور جھوٹے فتوے دیتے ہیں اور پوری امت کو تباہ کر رکھا ہے۔</w:t>
      </w:r>
    </w:p>
    <w:p>
      <w:r>
        <w:rPr>
          <w:b/>
        </w:rPr>
        <w:t xml:space="preserve">[12:57] </w:t>
      </w:r>
      <w:r>
        <w:t>ek baat aur arz karoon, meri kitaab parhen: tajdeedeen. tajdeedeen mein yeh masla maine tafseel se likha hai ke jo ikhtilafat hain, us ka taaluq hargiz hargiz is se nahi hai.</w:t>
      </w:r>
    </w:p>
    <w:p>
      <w:pPr>
        <w:jc w:val="right"/>
      </w:pPr>
      <w:r>
        <w:t>ایک بات اور عرض کروں، میری کتاب پڑھیں: تجدیدین۔ تجدیدین میں یہ مسئلہ میں نے تفصیل سے لکھا ہے کہ جو اختلافات ہیں، اس کا تعلق ہرگز ہرگز اس سے نہیں ہے۔</w:t>
      </w:r>
    </w:p>
    <w:p>
      <w:r>
        <w:rPr>
          <w:b/>
        </w:rPr>
        <w:t xml:space="preserve">[13:10] </w:t>
      </w:r>
      <w:r>
        <w:t>wo ikhtilafat hain, is wo tosee ke liye hain.</w:t>
      </w:r>
    </w:p>
    <w:p>
      <w:pPr>
        <w:jc w:val="right"/>
      </w:pPr>
      <w:r>
        <w:t>وہ اختلافات ہیں، اس وہ توسع کے لیے ہیں۔</w:t>
      </w:r>
    </w:p>
    <w:p>
      <w:r>
        <w:rPr>
          <w:b/>
        </w:rPr>
        <w:t xml:space="preserve">[13:15] </w:t>
      </w:r>
      <w:r>
        <w:t>matlab yeh bhi theek hai, wo bhi theek hai. aamir bester bhi theek hai, aamir bejar bhi theek hai. yeh matlab hai is ka. yeh nahi ke ek theek hai, doosra galat hai.</w:t>
      </w:r>
    </w:p>
    <w:p>
      <w:pPr>
        <w:jc w:val="right"/>
      </w:pPr>
      <w:r>
        <w:t>مطلب یہ بھی ٹھیک ہے، وہ بھی ٹھیک ہے۔ عامر بیسٹر بھی ٹھیک ہے، عامر بیجر بھی ٹھیک ہے۔ یہ مطلب ہے اس کا۔ یہ نہیں کہ ایک ٹھیک ہے، دوسرا غلط ہے۔</w:t>
      </w:r>
    </w:p>
    <w:p>
      <w:r>
        <w:rPr>
          <w:b/>
        </w:rPr>
        <w:t xml:space="preserve">[13:25] </w:t>
      </w:r>
      <w:r>
        <w:t>hargiz hargiz nahi. jo jo jata hai, wo deen ko samajhte nahi hain. wo wo tosee ke</w:t>
      </w:r>
    </w:p>
    <w:p>
      <w:pPr>
        <w:jc w:val="right"/>
      </w:pPr>
      <w:r>
        <w:t>ہرگز ہرگز نہیں۔ جو جو جاتا ہے، وہ دین کو سمجھتے نہیں ہیں۔ وہ وہ توسع کے</w:t>
      </w:r>
    </w:p>
    <w:p>
      <w:r>
        <w:rPr>
          <w:b/>
        </w:rPr>
        <w:t xml:space="preserve">[13:33] </w:t>
      </w:r>
      <w:r>
        <w:t>tor par hai. yeh bhi theek hai, wo bhi theek hai. kyun? sab juzviyat ke jitne ikhtilafat hain, wo juzviyat par hain. koi fiqah ka hissa mukhtalif hai ke maghrib ki namaz char rak'at parho aur fajar ki namaz teen rak'at parho.</w:t>
      </w:r>
    </w:p>
    <w:p>
      <w:pPr>
        <w:jc w:val="right"/>
      </w:pPr>
      <w:r>
        <w:t>طور پر ہے۔ یہ بھی ٹھیک ہے، وہ بھی ٹھیک ہے۔ کیوں؟ سب جزئیات کے جتنے اختلافات ہیں، وہ جزئیات پر ہیں۔ کوئی فقیہ کا حصہ مختلف ہے کہ مغرب کی نماز چار رکعت پڑھو اور فجر کی نماز تین رکعت پڑھو۔</w:t>
      </w:r>
    </w:p>
    <w:p>
      <w:r>
        <w:rPr>
          <w:b/>
        </w:rPr>
        <w:t xml:space="preserve">[13:51] </w:t>
      </w:r>
      <w:r>
        <w:t>aisa koi bhi nahi milega.</w:t>
      </w:r>
    </w:p>
    <w:p>
      <w:pPr>
        <w:jc w:val="right"/>
      </w:pPr>
      <w:r>
        <w:t>ایسا کوئی بھی نہیں ملے گا۔</w:t>
      </w:r>
    </w:p>
    <w:p>
      <w:r>
        <w:rPr>
          <w:b/>
        </w:rPr>
        <w:t xml:space="preserve">[13:53] </w:t>
      </w:r>
      <w:r>
        <w:t>to is mani hai ke jo ikhtilafat hain, wo nan basics par hain, basics par nahi hain. juzviyat par hain, kulliyat par nahi hain.</w:t>
      </w:r>
    </w:p>
    <w:p>
      <w:pPr>
        <w:jc w:val="right"/>
      </w:pPr>
      <w:r>
        <w:t>تو اس معنی ہے کہ جو اختلافات ہیں، وہ نان بیسکس پر ہیں، بیسکس پر نہیں ہیں۔ جزئیات پر ہیں، کلیات پر نہیں ہیں۔</w:t>
      </w:r>
    </w:p>
    <w:p>
      <w:r>
        <w:rPr>
          <w:b/>
        </w:rPr>
        <w:t xml:space="preserve">[14:04] </w:t>
      </w:r>
      <w:r>
        <w:t>kulliyat mein dekhiye, to tawaddud hota hai. juzviyat mein tawaddud hota hai. yaad rakhiye is baat ko.</w:t>
      </w:r>
    </w:p>
    <w:p>
      <w:pPr>
        <w:jc w:val="right"/>
      </w:pPr>
      <w:r>
        <w:t>کلیات میں دیکھیے، توحد ہوتا ہے۔ جزئیات میں توحد ہوتا ہے۔ یاد رکھیے اس بات کو۔</w:t>
      </w:r>
    </w:p>
    <w:p>
      <w:r>
        <w:rPr>
          <w:b/>
        </w:rPr>
        <w:t xml:space="preserve">[14:12] </w:t>
      </w:r>
      <w:r>
        <w:t>mislan yahan itne log baithe hue hain, ek aadmi aaye, ek statement de, yahan itne aadmi baithe hue hain. to kya sab sab ek hi waza se baithe hue hain?</w:t>
      </w:r>
    </w:p>
    <w:p>
      <w:pPr>
        <w:jc w:val="right"/>
      </w:pPr>
      <w:r>
        <w:t>مثلاً یہاں اتنے لوگ بیٹھے ہوئے ہیں، ایک آدمی آئے، ایک اسٹیٹمنٹ دے، یہاں اتنے آدمی بیٹھے ہوئے ہیں۔ تو کیا سب سب ایک ہی وضع سے بیٹھے ہوئے ہیں؟</w:t>
      </w:r>
    </w:p>
    <w:p>
      <w:r>
        <w:rPr>
          <w:b/>
        </w:rPr>
        <w:t xml:space="preserve">[14:25] </w:t>
      </w:r>
      <w:r>
        <w:t>baithne ki waza alag alag hai. to baithna mushtarak hai, waza mein ishtirak nahi hai.</w:t>
      </w:r>
    </w:p>
    <w:p>
      <w:pPr>
        <w:jc w:val="right"/>
      </w:pPr>
      <w:r>
        <w:t>بیٹھنے کی وضع الگ الگ ہے۔ تو بیٹھنا مشترک ہے، وضع میں اشتراک نہیں ہے۔</w:t>
      </w:r>
    </w:p>
    <w:p>
      <w:r>
        <w:rPr>
          <w:b/>
        </w:rPr>
        <w:t xml:space="preserve">[14:33] </w:t>
      </w:r>
      <w:r>
        <w:t>to baithna jo hai, is mein tawaddud hai, waza mein ta'addud hai, diversity hai. to jo juzviyat hain, un ka ta'alluq tosee se hai.</w:t>
      </w:r>
    </w:p>
    <w:p>
      <w:pPr>
        <w:jc w:val="right"/>
      </w:pPr>
      <w:r>
        <w:t>تو بیٹھنا جو ہے، اس میں توحد ہے، وضع میں تعدد ہے، ڈائیورسٹی ہے۔ تو جو جزئیات ہیں، ان کا تعلق توسع سے ہے۔</w:t>
      </w:r>
    </w:p>
    <w:p>
      <w:r>
        <w:rPr>
          <w:b/>
        </w:rPr>
        <w:t xml:space="preserve">[14:45] </w:t>
      </w:r>
      <w:r>
        <w:t>isi liye hadith mein aata hai ke bi'aym iqtadaytum azdidtum. bi'aym iqtadaytum azdidtum.</w:t>
      </w:r>
    </w:p>
    <w:p>
      <w:pPr>
        <w:jc w:val="right"/>
      </w:pPr>
      <w:r>
        <w:t>اسی لیے حدیث میں آتا ہے کہ بیایم اقتدیتم ازدیدتم ۔ بیایم اقتدیتم ازدیدتم۔</w:t>
      </w:r>
    </w:p>
    <w:p>
      <w:r>
        <w:rPr>
          <w:b/>
        </w:rPr>
        <w:t xml:space="preserve">[14:53] </w:t>
      </w:r>
      <w:r>
        <w:t>mere sahaba jo hain,</w:t>
      </w:r>
    </w:p>
    <w:p>
      <w:pPr>
        <w:jc w:val="right"/>
      </w:pPr>
      <w:r>
        <w:t>میرے صحابہ جو ہیں،</w:t>
      </w:r>
    </w:p>
    <w:p>
      <w:r>
        <w:rPr>
          <w:b/>
        </w:rPr>
        <w:t xml:space="preserve">[14:56] </w:t>
      </w:r>
      <w:r>
        <w:t>wo sitaron ke mind hain: ashab-e-najm.</w:t>
      </w:r>
    </w:p>
    <w:p>
      <w:pPr>
        <w:jc w:val="right"/>
      </w:pPr>
      <w:r>
        <w:t>وہ ستاروں کے مائنڈ ہیں: اصحاب کرنجم۔</w:t>
      </w:r>
    </w:p>
    <w:p>
      <w:r>
        <w:rPr>
          <w:b/>
        </w:rPr>
        <w:t xml:space="preserve">[15:05] </w:t>
      </w:r>
      <w:r>
        <w:t>bi'aym iqtadaytum azdidtum. kuch log is hadith ki kuch jarah karte hain ke yeh hadith jo hai, yeh bilkul be-mani bahas hai. itni laghv bahasain kar rakhi hain logon ne ke deen ko tabaah kar rakha hai.</w:t>
      </w:r>
    </w:p>
    <w:p>
      <w:pPr>
        <w:jc w:val="right"/>
      </w:pPr>
      <w:r>
        <w:t>بیایم اقتدیتم ازدیدتم۔ کچھ لوگ اس حدیث کی کچھ جرح کرتے ہیں کہ یہ حدیث جو ہے، یہ بالکل بے معنی بحث ہے۔ اتنی لاغب بحثیں کر رکھی ہیں لوگوں نے کہ دین کو تباہ کر رکھا ہے۔</w:t>
      </w:r>
    </w:p>
    <w:p>
      <w:r>
        <w:rPr>
          <w:b/>
        </w:rPr>
        <w:t xml:space="preserve">[15:14] </w:t>
      </w:r>
      <w:r>
        <w:t>yeh hadith bilkul sahi hai aur bilkul sahi baat hai ke juzviyat mein aap chahiye mazhab pakrein, wo mazhab pakrein, sab theek hai.</w:t>
      </w:r>
    </w:p>
    <w:p>
      <w:pPr>
        <w:jc w:val="right"/>
      </w:pPr>
      <w:r>
        <w:t>یہ حدیث بالکل صحیح ہے اور بالکل صحیح بات ہے کہ جزئیات میں آپ چاہیے مذہب پکڑیں، وہ مذہب پکڑیں، سب ٹھیک ہے۔</w:t>
      </w:r>
    </w:p>
    <w:p>
      <w:r>
        <w:rPr>
          <w:b/>
        </w:rPr>
        <w:t xml:space="preserve">[15:25] </w:t>
      </w:r>
      <w:r>
        <w:t>itna tabaahi hai muslim muashre mein har jagah. india mein bhi tabaahi hai, pakistan mein bohat zyada hai. bhai, is ki tafseel jo na janna chahe to meri kitab jo hai, tajdeed-e-deen, us ko parhe.</w:t>
      </w:r>
    </w:p>
    <w:p>
      <w:pPr>
        <w:jc w:val="right"/>
      </w:pPr>
      <w:r>
        <w:t>اتنا تباہی ہے مسلم معاشرے میں ہر جگہ۔ انڈیا میں بھی تباہی ہے، پاکستان میں بہت زیادہ ہے۔ بھائی، اس کی تفصیل جو نہ جاننا چاہے تو میری کتاب جو ہے، تجدید دین، اس کو پڑھے۔</w:t>
      </w:r>
    </w:p>
    <w:p>
      <w:r>
        <w:rPr>
          <w:b/>
        </w:rPr>
        <w:t xml:space="preserve">[15:39] </w:t>
      </w:r>
      <w:r>
        <w:t>mister shakir ne gorakhpur, up se likha hai: "maulana sahib, aaj mein fajar ki namaz parh raha tha. namaz parhne ke baad imam sahib dua is tarah kar rahe the: allah falasteen ke musalmanon ki hifazat farma, allah misr ke musalmanon ki hifazat farma,</w:t>
      </w:r>
    </w:p>
    <w:p>
      <w:pPr>
        <w:jc w:val="right"/>
      </w:pPr>
      <w:r>
        <w:t>مسٹر شاکر نے گورکھپور، یو پی سے لکھا ہے: "مولانا صاحب، آج میں فجر کی نماز پڑھ رہا تھا۔ نماز پڑھنے کے بعد امام صاحب دعا اس طرح کر رہے تھے: اللہ فلسطین کے مسلمانوں کی حفاظت فرما، اللہ مصر کے مسلمانوں کی حفاظت فرما،</w:t>
      </w:r>
    </w:p>
    <w:p>
      <w:r>
        <w:rPr>
          <w:b/>
        </w:rPr>
        <w:t xml:space="preserve">[16:00] </w:t>
      </w:r>
      <w:r>
        <w:t>ya allah kashmir ke mujahidon ki hifazat farma. wo aisi duaen har jum'a ko aur ba'az namazon mein kiya karte hain. is ke bare mein aap kya kahenge?"</w:t>
      </w:r>
    </w:p>
    <w:p>
      <w:pPr>
        <w:jc w:val="right"/>
      </w:pPr>
      <w:r>
        <w:t>یا اللہ کشمیر کے مجاہدوں کی حفاظت فرما۔ وہ ایسی دعائیں ہر جمعہ کو اور بعض نمازوں میں کیا کرتے ہیں۔ اس کے بارے میں آپ کیا کہیں گے؟"</w:t>
      </w:r>
    </w:p>
    <w:p>
      <w:r>
        <w:rPr>
          <w:b/>
        </w:rPr>
        <w:t xml:space="preserve">[16:11] </w:t>
      </w:r>
      <w:r>
        <w:t>in cheezon ka ta'alluq dua se nahi hai. wo hota to ab tak ho chuka hota. yahan se america tak log duaen kar rahe hain in cheezon par. har jagah duaen hain.</w:t>
      </w:r>
    </w:p>
    <w:p>
      <w:pPr>
        <w:jc w:val="right"/>
      </w:pPr>
      <w:r>
        <w:t>ان چیزوں کا تعلق دعا سے نہیں ہے۔ وہ ہوتا تو اب تک ہو چکا ہوتا۔ یہاں سے امریکہ تک لوگ دعائیں کر رہے ہیں ان چیزوں پر۔ ہر جگہ دعائیں ہیں۔</w:t>
      </w:r>
    </w:p>
    <w:p>
      <w:r>
        <w:rPr>
          <w:b/>
        </w:rPr>
        <w:t xml:space="preserve">[16:21] </w:t>
      </w:r>
      <w:r>
        <w:t>arab mein, ajab mein, india mein, america mein, jahan dekhen wahin duaen ho rahi hain. in cheezon ka ta'alluq dua se nahi hai.</w:t>
      </w:r>
    </w:p>
    <w:p>
      <w:pPr>
        <w:jc w:val="right"/>
      </w:pPr>
      <w:r>
        <w:t>عرب میں، عجب میں، انڈیا میں، امریکہ میں، جہاں دیکھیں وہیں دعائیں ہو رہی ہیں۔ ان چیزوں کا تعلق دعا سے نہیں ہے۔</w:t>
      </w:r>
    </w:p>
    <w:p>
      <w:r>
        <w:rPr>
          <w:b/>
        </w:rPr>
        <w:t xml:space="preserve">[16:31] </w:t>
      </w:r>
      <w:r>
        <w:t>in ka ta'alluq sahi strategy se hai. haram mein bhi duaen hoti hain, maulana.</w:t>
      </w:r>
    </w:p>
    <w:p>
      <w:pPr>
        <w:jc w:val="right"/>
      </w:pPr>
      <w:r>
        <w:t>ان کا تعلق صحیح اسٹریٹجی سے ہے۔ حرم میں بھی دعائیں ہوتی ہیں، مولانا۔</w:t>
      </w:r>
    </w:p>
    <w:p>
      <w:r>
        <w:rPr>
          <w:b/>
        </w:rPr>
        <w:t xml:space="preserve">[16:37] </w:t>
      </w:r>
      <w:r>
        <w:t>haram mein bhi duaen hoti hain. is haram mein bhi yahi duaen hain. bilkul yeh dua hai hi nahi. apni qaumi jazbat ka izhar hai yeh.</w:t>
      </w:r>
    </w:p>
    <w:p>
      <w:pPr>
        <w:jc w:val="right"/>
      </w:pPr>
      <w:r>
        <w:t>حرم میں بھی دعائیں ہوتی ہیں۔ اس حرم میں بھی یہی دعائیں ہیں۔ بالکل یہ دعا ہے ہی نہیں۔ اپنی قومی جذبات کا اظہار ہے یہ۔</w:t>
      </w:r>
    </w:p>
    <w:p>
      <w:r>
        <w:rPr>
          <w:b/>
        </w:rPr>
        <w:t xml:space="preserve">[16:47] </w:t>
      </w:r>
      <w:r>
        <w:t>yaad rakhiye, farq hai qaumi jazbat ke izhar mein aur dua mein. kyunke dua jo aap mangen ge,</w:t>
      </w:r>
    </w:p>
    <w:p>
      <w:pPr>
        <w:jc w:val="right"/>
      </w:pPr>
      <w:r>
        <w:t>یاد رکھیے، فرق ہے قومی جذبات کے اظہار میں اور دعا میں۔ کیونکہ دعا جو آپ مانگیں گے،</w:t>
      </w:r>
    </w:p>
    <w:p>
      <w:r>
        <w:rPr>
          <w:b/>
        </w:rPr>
        <w:t xml:space="preserve">[16:55] </w:t>
      </w:r>
      <w:r>
        <w:t>allah qanoon ko samajhna parega aap ko. allah qanoon hai kya? allah qanoon hai kya? allah qanoon yeh hai ke mad'u se na lado. mad'u se lad rahe hain to dua qabool hogi aap ki.</w:t>
      </w:r>
    </w:p>
    <w:p>
      <w:pPr>
        <w:jc w:val="right"/>
      </w:pPr>
      <w:r>
        <w:t>اللہ قانون کو سمجھنا پڑے گا آپ کو۔ اللہ قانون ہے کیا؟ اللہ قانون ہے کیا؟ اللہ قانون یہ ہے کہ مدعو سے نہ لڑو۔ مدعو سے لڑ رہے ہیں تو دعا قبول ہوگی آپ کی۔</w:t>
      </w:r>
    </w:p>
    <w:p>
      <w:r>
        <w:rPr>
          <w:b/>
        </w:rPr>
        <w:t xml:space="preserve">[17:07] </w:t>
      </w:r>
      <w:r>
        <w:t>jahan jahan aap lad rahe hain, wo sab mad'u hain aap ke. mad'u yahoodi mad'u hain, india ki army mad'u hai, america mein mad'u hai.</w:t>
      </w:r>
    </w:p>
    <w:p>
      <w:pPr>
        <w:jc w:val="right"/>
      </w:pPr>
      <w:r>
        <w:t>جہاں جہاں آپ لڑ رہے ہیں، وہ سب مدعو ہیں آپ کے۔ مدعو یہودی مدعو ہیں، انڈیا کے آرمی مدعو ہے، امریکہ میں مدعو ہے۔</w:t>
      </w:r>
    </w:p>
    <w:p>
      <w:r>
        <w:rPr>
          <w:b/>
        </w:rPr>
        <w:t xml:space="preserve">[17:15] </w:t>
      </w:r>
      <w:r>
        <w:t>madعو se ladna jaiz hi nahi hai. to khuda ke khilaaf aap chalenge aur dua karenge to qabool hogi woh.</w:t>
      </w:r>
    </w:p>
    <w:p>
      <w:pPr>
        <w:jc w:val="right"/>
      </w:pPr>
      <w:r>
        <w:t>مدعو سے لڑنا جائز ہی نہیں ہے۔ تو خدا کے خلاف آپ چلیں گے اور دعا کریں گے تو قبول ہوگی وہ۔</w:t>
      </w:r>
    </w:p>
    <w:p>
      <w:r>
        <w:rPr>
          <w:b/>
        </w:rPr>
        <w:t xml:space="preserve">[17:27] </w:t>
      </w:r>
      <w:r>
        <w:t>beh-haal, yeh duaen bilkul basis hain, be-buniyad hain. koi guarantee nahi. aap dua ek crore saal tak karti rahen, tab bhi kuch hone wala nahi hai.</w:t>
      </w:r>
    </w:p>
    <w:p>
      <w:pPr>
        <w:jc w:val="right"/>
      </w:pPr>
      <w:r>
        <w:t>بہرحال، یہ دعائیں بالکل بیسس ہیں، بے بنیاد ہیں۔ کوئی گارنٹی نہیں۔ آپ دعا ایک کروڑ سال تک کرتی رہیں، تب بھی کچھ ہونے والا نہیں ہے۔</w:t>
      </w:r>
    </w:p>
    <w:p>
      <w:r>
        <w:rPr>
          <w:b/>
        </w:rPr>
        <w:t xml:space="preserve">[17:38] </w:t>
      </w:r>
      <w:r>
        <w:t>aap ko apni strategy badalni paregi. ab bandi ko manna parega. madعو ko madعو qarar de kar dawat, daawati kaam karna parega. dawat</w:t>
      </w:r>
    </w:p>
    <w:p>
      <w:pPr>
        <w:jc w:val="right"/>
      </w:pPr>
      <w:r>
        <w:t>آپ کو اپنی اسٹریٹجی بدلنی پڑے گی۔ اب بندی کو ماننا پڑے گا۔ مدعو کو مدعو قرار دے کر دعوت، دعوتی کام کرنا پڑے گا۔ دعوت</w:t>
      </w:r>
    </w:p>
    <w:p>
      <w:r>
        <w:rPr>
          <w:b/>
        </w:rPr>
        <w:t xml:space="preserve">[17:48] </w:t>
      </w:r>
      <w:r>
        <w:t>un ki khair khwahi karni paregi.</w:t>
      </w:r>
    </w:p>
    <w:p>
      <w:pPr>
        <w:jc w:val="right"/>
      </w:pPr>
      <w:r>
        <w:t>ان کی خیر خواہی کرنی پڑے گی۔</w:t>
      </w:r>
    </w:p>
    <w:p>
      <w:r>
        <w:rPr>
          <w:b/>
        </w:rPr>
        <w:t xml:space="preserve">[17:53] </w:t>
      </w:r>
      <w:r>
        <w:t>un ke nasir banna parega. is se kuch hone wala nahi hai.</w:t>
      </w:r>
    </w:p>
    <w:p>
      <w:pPr>
        <w:jc w:val="right"/>
      </w:pPr>
      <w:r>
        <w:t>ان کے ناصر بننا پڑے گا۔ اس سے کچھ ہونے والا نہیں ہے۔</w:t>
      </w:r>
    </w:p>
    <w:p>
      <w:r>
        <w:rPr>
          <w:b/>
        </w:rPr>
        <w:t xml:space="preserve">[18:00] </w:t>
      </w:r>
      <w:r>
        <w:t>Mr. Hammam Shoaib ne Dilli se likha hai: "Maulana, you said that Muslims are following Satan, but what about Battle of Badr and other battles that were fought against more powerful people?"</w:t>
      </w:r>
    </w:p>
    <w:p>
      <w:pPr>
        <w:jc w:val="right"/>
      </w:pPr>
      <w:r>
        <w:t>مسٹر حمام شعیب نے دلی سے لکھا ہے: "مولانا، یو سیڈ دیٹ مسلمز آر فالونگ سیٹرن، بٹ واٹ اباؤٹ بیٹل آف بدر اینڈ ادر بیٹلز دیٹ وار فاٹ اگینسٹ مور پاورفل پیپل؟"</w:t>
      </w:r>
    </w:p>
    <w:p>
      <w:r>
        <w:rPr>
          <w:b/>
        </w:rPr>
        <w:t xml:space="preserve">[18:15] </w:t>
      </w:r>
      <w:r>
        <w:t>dekhiye, kitne nadan hain log. baghair parhe hue baaten karte hain. yeh sawal karne wale ne Quran ko nahi padha.</w:t>
      </w:r>
    </w:p>
    <w:p>
      <w:pPr>
        <w:jc w:val="right"/>
      </w:pPr>
      <w:r>
        <w:t>دیکھیے، کتنے نادان ہیں لوگ۔ بغیر پڑھے ہوئے باتیں کرتے ہیں۔ یہ سوال کرنے والے نے قرآن کو نہیں پڑھا۔</w:t>
      </w:r>
    </w:p>
    <w:p>
      <w:r>
        <w:rPr>
          <w:b/>
        </w:rPr>
        <w:t xml:space="preserve">[18:27] </w:t>
      </w:r>
      <w:r>
        <w:t>apne dimagh se sawal karte hain log.</w:t>
      </w:r>
    </w:p>
    <w:p>
      <w:pPr>
        <w:jc w:val="right"/>
      </w:pPr>
      <w:r>
        <w:t>اپنے دماغ سے سوال کرتے ہیں لوگ۔</w:t>
      </w:r>
    </w:p>
    <w:p>
      <w:r>
        <w:rPr>
          <w:b/>
        </w:rPr>
        <w:t xml:space="preserve">[18:31] </w:t>
      </w:r>
      <w:r>
        <w:t>Badr ke waqe' ko padhiye aap Quran mein, tafsiron mein padhiye, riwayatton mein padhiye. Sahaba tayyar nahi the ladai karne ke liye.</w:t>
      </w:r>
    </w:p>
    <w:p>
      <w:pPr>
        <w:jc w:val="right"/>
      </w:pPr>
      <w:r>
        <w:t>بدر کے واقعے کو پڑھیے آپ قرآن میں، تفسیروں میں پڑھیے، روایتوں میں پڑھیے۔ صحابہ تیار نہیں تھے لڑائی کرنے کے لیے۔</w:t>
      </w:r>
    </w:p>
    <w:p>
      <w:r>
        <w:rPr>
          <w:b/>
        </w:rPr>
        <w:t xml:space="preserve">[18:42] </w:t>
      </w:r>
      <w:r>
        <w:t>isi liye phir Allah ne ayat utari ke tum aage badho, farishte wahan aayenge, hazaron hazar farishte. aur farishte aaye.</w:t>
      </w:r>
    </w:p>
    <w:p>
      <w:pPr>
        <w:jc w:val="right"/>
      </w:pPr>
      <w:r>
        <w:t>اسی لیے پھر اللہ نے آیت اتاری کہ تم آگے بڑھو، فرشتے وہاں آئیں گے، ہزاروں ہزار فرشتے۔ اور فرشتے آئے۔</w:t>
      </w:r>
    </w:p>
    <w:p>
      <w:r>
        <w:rPr>
          <w:b/>
        </w:rPr>
        <w:t xml:space="preserve">[18:53] </w:t>
      </w:r>
      <w:r>
        <w:t>chunaanche Badr ki fateh hui thi. fateh ke baad jab Madine lote wapas to Madine mein jo lote hi gaye the, boodhe log, aise log,</w:t>
      </w:r>
    </w:p>
    <w:p>
      <w:pPr>
        <w:jc w:val="right"/>
      </w:pPr>
      <w:r>
        <w:t>چنانچہ بدر کی فتح ہوئی تھی۔ فتح کے بعد جب مدینے لوٹے واپس تو مدینے میں جو لوٹنے ہی گئے تھے، بوڑھے لوگ، ایسے لوگ،</w:t>
      </w:r>
    </w:p>
    <w:p>
      <w:r>
        <w:rPr>
          <w:b/>
        </w:rPr>
        <w:t xml:space="preserve">[19:02] </w:t>
      </w:r>
      <w:r>
        <w:t>senior log, to unhone un ko mubarakbad di. to unhone kaha: "hum ko kya mubarakbad dete ho?" Kaanu kal abriel mawqit far'naha</w:t>
      </w:r>
    </w:p>
    <w:p>
      <w:pPr>
        <w:jc w:val="right"/>
      </w:pPr>
      <w:r>
        <w:t>سینئر لوگ، تو انہوں نے ان کو مبارکباد دی۔ تو انہوں نے کہا: "ہم کو کیا مبارکباد دیتے ہو؟" کانو کل ابریل موقعت فرنہا</w:t>
      </w:r>
    </w:p>
    <w:p>
      <w:r>
        <w:rPr>
          <w:b/>
        </w:rPr>
        <w:t xml:space="preserve">[19:16] </w:t>
      </w:r>
      <w:r>
        <w:t>Kaanu kal abriel mawqit far'naha woh to bande bhi oont the jin ko hum ne zubah kar diya. to yeh jo lad rahe hain ke farishta aaye hain, ke koi koi Khuda ne un ko bheja hai Jibrael ke zariye, to farishte to bhejenge tumhare paas.</w:t>
      </w:r>
    </w:p>
    <w:p>
      <w:pPr>
        <w:jc w:val="right"/>
      </w:pPr>
      <w:r>
        <w:t>کانو کل ابریل موقعت فرنہا وہ تو بندے بھی اونٹ تھے جن کو ہم نے ذبح کر دیا۔ تو یہ جو لڑ رہے ہیں کہ فرشتہ آئے ہیں، کہ کوئی کوئی خدا نے ان کو بھیجا ہے جبرائیل کے ذریعے، تو فرشتے تو بھیجیں گے تمہارے پاس۔</w:t>
      </w:r>
    </w:p>
    <w:p>
      <w:r>
        <w:rPr>
          <w:b/>
        </w:rPr>
        <w:t xml:space="preserve">[19:31] </w:t>
      </w:r>
      <w:r>
        <w:t>yeh jhoot pe khade ho Musalman, jhoot par.</w:t>
      </w:r>
    </w:p>
    <w:p>
      <w:pPr>
        <w:jc w:val="right"/>
      </w:pPr>
      <w:r>
        <w:t>یہ جھوٹ پہ کھڑے ہو مسلمان، جھوٹ پر۔</w:t>
      </w:r>
    </w:p>
    <w:p>
      <w:r>
        <w:rPr>
          <w:b/>
        </w:rPr>
        <w:t xml:space="preserve">[19:34] </w:t>
      </w:r>
      <w:r>
        <w:t>phir ummat karte hain ke un ko mauqa dete hain, tumhein jagah milegi. kya tum bata sakte ho farishta tumhare paas aaya yeh yeh khabar le kar ke ke aage badho aur farishte tumhare saath denge?</w:t>
      </w:r>
    </w:p>
    <w:p>
      <w:pPr>
        <w:jc w:val="right"/>
      </w:pPr>
      <w:r>
        <w:t>پھر امت کرتے ہیں کہ ان کو موقع دیتے ہیں، تمہیں جگہ ملے گی۔ کیا تم بتا سکتے ہو فرشتہ تمہارے پاس آیا یہ یہ خبر لے کر کے کہ آگے بڑھو اور فرشتے تمہارے ساتھ دیں گے؟</w:t>
      </w:r>
    </w:p>
    <w:p>
      <w:r>
        <w:rPr>
          <w:b/>
        </w:rPr>
        <w:t xml:space="preserve">[19:48] </w:t>
      </w:r>
      <w:r>
        <w:t>kis qadar mein hairaan hoon ke Musalman jhoot pe khade hue hain aur umeed lagaye hue hain un ko mauqa de sakte hain, jagah milegi un ko.</w:t>
      </w:r>
    </w:p>
    <w:p>
      <w:pPr>
        <w:jc w:val="right"/>
      </w:pPr>
      <w:r>
        <w:t>کس قدر میں حیران ہوں کہ مسلمان جھوٹ پہ کھڑے ہوئے ہیں اور امید لگائے ہوئے ہیں ان کو موقع دے سکتے ہیں، جگہ ملے گی ان کو۔</w:t>
      </w:r>
    </w:p>
    <w:p>
      <w:r>
        <w:rPr>
          <w:b/>
        </w:rPr>
        <w:t xml:space="preserve">[19:55] </w:t>
      </w:r>
      <w:r>
        <w:t>na Quran jante hain, na Hadees jante hain, bas apne apne apni nafsiyat, apni khwahishat ko jante hain. apni khwahishat ko jante hain aur hawala dete hain Quran o Hadees ka.</w:t>
      </w:r>
    </w:p>
    <w:p>
      <w:pPr>
        <w:jc w:val="right"/>
      </w:pPr>
      <w:r>
        <w:t>نہ قرآن جانتے ہیں، نہ حدیث جانتے ہیں، بس اپنے اپنے اپنی نفسیات، اپنی خواہشات کو جانتے ہیں۔ اپنی خواہشات کو جانتے ہیں اور حوالہ دیتے ہیں قرآن و حدیث کا۔</w:t>
      </w:r>
    </w:p>
    <w:p>
      <w:r>
        <w:rPr>
          <w:b/>
        </w:rPr>
        <w:t xml:space="preserve">[20:05] </w:t>
      </w:r>
      <w:r>
        <w:t>kaisa bada haal hai Musalmanon ka, maaf kijiye ga.</w:t>
      </w:r>
    </w:p>
    <w:p>
      <w:pPr>
        <w:jc w:val="right"/>
      </w:pPr>
      <w:r>
        <w:t>کیسا بڑا حال ہے مسلمانوں کا، معاف کیجئے گا۔</w:t>
      </w:r>
    </w:p>
    <w:p>
      <w:r>
        <w:rPr>
          <w:b/>
        </w:rPr>
        <w:t xml:space="preserve">[20:13] </w:t>
      </w:r>
      <w:r>
        <w:t>Maulana Rashid Wahid ne Kanpur se likha hai: "Badr, Uhud aur Qadisiyyah mein imaan wale kam the aur kufr wale zyada the.</w:t>
      </w:r>
    </w:p>
    <w:p>
      <w:pPr>
        <w:jc w:val="right"/>
      </w:pPr>
      <w:r>
        <w:t>مولانا راشد واحد نے کانپور سے لکھا ہے: "بدر، احد اور قادسیہ میں ایمان والے کم تھے اور کفر والے زیادہ تھے۔</w:t>
      </w:r>
    </w:p>
    <w:p>
      <w:r>
        <w:rPr>
          <w:b/>
        </w:rPr>
        <w:t xml:space="preserve">[20:25] </w:t>
      </w:r>
      <w:r>
        <w:t>is ke bawajood un ko fateh haasil hui. aisi haalat mein qaleel ke kaseer se jang karne ko Shaitan ko follow karna nahi kaha ja sakta.</w:t>
      </w:r>
    </w:p>
    <w:p>
      <w:pPr>
        <w:jc w:val="right"/>
      </w:pPr>
      <w:r>
        <w:t>اس کے باوجود ان کو فاتح حاصل ہوئی۔ ایسی حالت میں قلیل کے کثیر سے جنگ کرنے کو شیطان کو فالو کرنا نہیں کہا جا سکتا۔</w:t>
      </w:r>
    </w:p>
    <w:p>
      <w:r>
        <w:rPr>
          <w:b/>
        </w:rPr>
        <w:t xml:space="preserve">[20:36] </w:t>
      </w:r>
      <w:r>
        <w:t>albatta tadad ki kami ko spirit ke izafe se poora kiya ja sakta hai."</w:t>
      </w:r>
    </w:p>
    <w:p>
      <w:pPr>
        <w:jc w:val="right"/>
      </w:pPr>
      <w:r>
        <w:t>البتہ تعداد کی کمی کو سپرٹ کے اضافے سے پورا کیا جا سکتا ہے۔"</w:t>
      </w:r>
    </w:p>
    <w:p>
      <w:r>
        <w:rPr>
          <w:b/>
        </w:rPr>
        <w:t xml:space="preserve">[20:41] </w:t>
      </w:r>
      <w:r>
        <w:t>Uhud mein kahan jeet hui thi? yaani kuch jante bhi nahi? Uhud mein kahan jeet hui thi? Uhud mein to Sahaba ke shaheed hue the. kaisi kuch koi bla samjhe boojhe sawalat karte hain log.</w:t>
      </w:r>
    </w:p>
    <w:p>
      <w:pPr>
        <w:jc w:val="right"/>
      </w:pPr>
      <w:r>
        <w:t>احد میں کہاں جیت ہوئی تھی؟ یعنی کچھ جانتے بھی نہیں؟ احد میں کہاں جیت ہوئی تھی؟ احد میں تو صحابہ کے شہید ہوئے تھے۔ کیسی کچھ کوئی بلا سمجھے بوجھے سوالات کرتے ہیں لوگ۔</w:t>
      </w:r>
    </w:p>
    <w:p>
      <w:r>
        <w:rPr>
          <w:b/>
        </w:rPr>
        <w:t xml:space="preserve">[20:58] </w:t>
      </w:r>
      <w:r>
        <w:t>kaisi ajeeb o ghareeb log hain yeh. Uhud mein kahan jeet hui thi?</w:t>
      </w:r>
    </w:p>
    <w:p>
      <w:pPr>
        <w:jc w:val="right"/>
      </w:pPr>
      <w:r>
        <w:t>کیسی عجیب و غریب لوگ ہیں یہ۔ احد میں کہاں جیت ہوئی تھی؟</w:t>
      </w:r>
    </w:p>
    <w:p>
      <w:r>
        <w:rPr>
          <w:b/>
        </w:rPr>
        <w:t xml:space="preserve">[21:07] </w:t>
      </w:r>
      <w:r>
        <w:t>dekhiye, wisdom ek cheez hai apni qaumi khwahishat ko janna. ek wisdom Islami hukumat, us ke liye bohat padhna padta hai.</w:t>
      </w:r>
    </w:p>
    <w:p>
      <w:pPr>
        <w:jc w:val="right"/>
      </w:pPr>
      <w:r>
        <w:t>دیکھیے، وزڈم ایک چیز ہے اپنی قومی خواہشات کو جاننا۔ ایک وزڈم اسلامی حکومت، اس کے لیے بہت پڑھنا پڑتا ہے۔</w:t>
      </w:r>
    </w:p>
    <w:p>
      <w:r>
        <w:rPr>
          <w:b/>
        </w:rPr>
        <w:t xml:space="preserve">[21:17] </w:t>
      </w:r>
      <w:r>
        <w:t>main ne apni sari zindagi padhne mein bitai hai, kuch bhi maine kiya nahi. na koi business kiya, na koi service kiya.</w:t>
      </w:r>
    </w:p>
    <w:p>
      <w:pPr>
        <w:jc w:val="right"/>
      </w:pPr>
      <w:r>
        <w:t>میں نے اپنی ساری زندگی پڑھنے میں بتائی ہے، کچھ بھی میں نے کیا نہیں۔ نہ کوئی بزنس کیا، نہ کوئی سروس کیا۔</w:t>
      </w:r>
    </w:p>
    <w:p>
      <w:r>
        <w:rPr>
          <w:b/>
        </w:rPr>
        <w:t xml:space="preserve">[21:24] </w:t>
      </w:r>
      <w:r>
        <w:t>ab boodha ho gaya hoon aur bachpan se parh raha hoon mein. log bara parhe hue sawalat karte hain, ulti seedhi. mujhe taajjub hai ke baghair parhe hue kaise himmat parti hai kisi ko aise sawalat karne ki.</w:t>
      </w:r>
    </w:p>
    <w:p>
      <w:pPr>
        <w:jc w:val="right"/>
      </w:pPr>
      <w:r>
        <w:t>اب بوڑھا ہو گیا ہوں اور بچپن سے پڑھ رہا ہوں میں۔ لوگ بڑا پڑھے ہوئے سوالات کرتے ہیں، الٹی سیدھی۔ مجھے تعجب ہے کہ بغیر پڑھے ہوئے کیسے ہمت پڑتی ہے کسی کو ایسے سوالات کرنے کی۔</w:t>
      </w:r>
    </w:p>
    <w:p>
      <w:r>
        <w:rPr>
          <w:b/>
        </w:rPr>
        <w:t xml:space="preserve">[21:41] </w:t>
      </w:r>
      <w:r>
        <w:t>chaliye, doosra lijiye.</w:t>
      </w:r>
    </w:p>
    <w:p>
      <w:pPr>
        <w:jc w:val="right"/>
      </w:pPr>
      <w:r>
        <w:t>چلیے، دوسرا لیجیے۔</w:t>
      </w:r>
    </w:p>
    <w:p>
      <w:r>
        <w:rPr>
          <w:b/>
        </w:rPr>
        <w:t xml:space="preserve">[21:43] </w:t>
      </w:r>
      <w:r>
        <w:t>maulana abdul basit umri ne doha, qatar se likha hai: "maulana, ahad-e-sahaba mein kisi ko jab iman mila to woh mubashir aur munazzir ho jate thay.</w:t>
      </w:r>
    </w:p>
    <w:p>
      <w:pPr>
        <w:jc w:val="right"/>
      </w:pPr>
      <w:r>
        <w:t>مولانا عبدالباسط عمری نے دوحہ، قطر سے لکھا ہے: "مولانا، عہد صحابہ میں کسی کو جب ایمان ملتا تو وہ مبشر اور منظر ہو جاتے تھے۔</w:t>
      </w:r>
    </w:p>
    <w:p>
      <w:r>
        <w:rPr>
          <w:b/>
        </w:rPr>
        <w:t xml:space="preserve">[21:55] </w:t>
      </w:r>
      <w:r>
        <w:t>kabhi kisi sahabi ne yeh nahi kaha ke hum ghazi ya shaheed bante hain. magar aaj jab iman milne ki baat hoti hai to fori yeh samjha jata hai ke hum ghazi banenge ya shaheed banenge.</w:t>
      </w:r>
    </w:p>
    <w:p>
      <w:pPr>
        <w:jc w:val="right"/>
      </w:pPr>
      <w:r>
        <w:t>کبھی کسی صحابی نے یہ نہیں کہا کہ ہم غازی یا شہید بنتے ہیں۔ مگر آج جب ایمان ملنے کی بات ہوتی ہے تو فوری یہ سمجھا جاتا ہے کہ ہم غازی بنیں گے یا شہید بنیں گے۔</w:t>
      </w:r>
    </w:p>
    <w:p>
      <w:r>
        <w:rPr>
          <w:b/>
        </w:rPr>
        <w:t xml:space="preserve">[22:10] </w:t>
      </w:r>
      <w:r>
        <w:t>maulana, kya yeh iman ki alamat hai ya phir aur koi cheez? maulana, kya Allah kisi ko iman is liye deta hai ke woh logon ko maarne aur qatl karne lage?</w:t>
      </w:r>
    </w:p>
    <w:p>
      <w:pPr>
        <w:jc w:val="right"/>
      </w:pPr>
      <w:r>
        <w:t>مولانا، کیا یہ ایمان کی علامت ہے یا پھر اور کوئی چیز؟ مولانا، کیا اللہ کسی کو ایمان اس لیے دیتا ہے کہ وہ لوگوں کو مارنے اور قتل کرنے لگے؟</w:t>
      </w:r>
    </w:p>
    <w:p>
      <w:r>
        <w:rPr>
          <w:b/>
        </w:rPr>
        <w:t xml:space="preserve">[22:23] </w:t>
      </w:r>
      <w:r>
        <w:t>jabke rasool ke baray mein quran mein hai ke Allah ne unko iman aur nubuwwat is liye di taake woh logon ko roshni ki taraf le jayen."</w:t>
      </w:r>
    </w:p>
    <w:p>
      <w:pPr>
        <w:jc w:val="right"/>
      </w:pPr>
      <w:r>
        <w:t>جبکہ رسول کے بارے میں قرآن میں ہے کہ اللہ نے ان کو ایمان اور نبوت اس لیے دی تاکہ وہ لوگوں کو روشنی کی طرف لے جائیں۔"</w:t>
      </w:r>
    </w:p>
    <w:p>
      <w:r>
        <w:rPr>
          <w:b/>
        </w:rPr>
        <w:t xml:space="preserve">[22:34] </w:t>
      </w:r>
      <w:r>
        <w:t>bilkul yeh logon ki soch hai, bilkul galat hai. iman mila hai to aap logon ko hidayat ki roshni dijiye.</w:t>
      </w:r>
    </w:p>
    <w:p>
      <w:pPr>
        <w:jc w:val="right"/>
      </w:pPr>
      <w:r>
        <w:t>بالکل یہ لوگوں کی سوچ ہے، بالکل غلط ہے۔ ایمان ملا ہے تو آپ لوگوں کو ہدایت کی روشنی دیجیے۔</w:t>
      </w:r>
    </w:p>
    <w:p>
      <w:r>
        <w:rPr>
          <w:b/>
        </w:rPr>
        <w:t xml:space="preserve">[22:43] </w:t>
      </w:r>
      <w:r>
        <w:t>iman is liye thori mila hai ke aap logon ko maarein kaat ke. har giz nahi. iman ka matlab hai Allah se darne wale ban jayen aap, Allah se mohabbat karne wale ban jayen,</w:t>
      </w:r>
    </w:p>
    <w:p>
      <w:pPr>
        <w:jc w:val="right"/>
      </w:pPr>
      <w:r>
        <w:t>ایمان اس لیے تھوڑی ملا ہے کہ آپ لوگوں کو ماریں کاٹ کے۔ ہرگز نہیں۔ ایمان کا مطلب ہے اللہ سے ڈرنے والے بن جائیں آپ، اللہ سے محبت کرنے والے بن جائیں،</w:t>
      </w:r>
    </w:p>
    <w:p>
      <w:r>
        <w:rPr>
          <w:b/>
        </w:rPr>
        <w:t xml:space="preserve">[22:57] </w:t>
      </w:r>
      <w:r>
        <w:t>Allah ki hidayat ko phailane wale ban jayen, Allah ka jannat ka rasta dikhane wale ban jayen. yeh hai iman ka taqaza.</w:t>
      </w:r>
    </w:p>
    <w:p>
      <w:pPr>
        <w:jc w:val="right"/>
      </w:pPr>
      <w:r>
        <w:t>اللہ کی ہدایت کو پھیلانے والے بن جائیں، اللہ کا جنت کا راستہ دکھانے والے بن جائیں۔ یہ ہے ایمان کا تقاضا۔</w:t>
      </w:r>
    </w:p>
    <w:p>
      <w:r>
        <w:rPr>
          <w:b/>
        </w:rPr>
        <w:t xml:space="preserve">[23:07] </w:t>
      </w:r>
      <w:r>
        <w:t>aur khwamkhwah maar kaat shuru kar dein. aur dekhiye, yeh jo maar kaat musalman kar rahe hain, yeh kahin hukoomatein nahi kar rahi hain, ghair hukoomati tarjume kar rahi hain.</w:t>
      </w:r>
    </w:p>
    <w:p>
      <w:pPr>
        <w:jc w:val="right"/>
      </w:pPr>
      <w:r>
        <w:t>اور خوامخواہ مار کاٹ شروع کر دیں۔ اور دیکھیے، یہ جو مار کاٹ مسلمان کر رہے ہیں، یہ کہیں حکومتیں نہیں کر رہی ہیں، غیر حکومتی ترجمے کر رہی ہیں۔</w:t>
      </w:r>
    </w:p>
    <w:p>
      <w:r>
        <w:rPr>
          <w:b/>
        </w:rPr>
        <w:t xml:space="preserve">[23:19] </w:t>
      </w:r>
      <w:r>
        <w:t>aur fiqh mein yeh masla hai ke ar-ra'yul imam, yeh bhi ghor kijiye, ar-ra'yul imam ka matlab hai ke to declare a war is a prerogative of state</w:t>
      </w:r>
    </w:p>
    <w:p>
      <w:pPr>
        <w:jc w:val="right"/>
      </w:pPr>
      <w:r>
        <w:t>اور فقہ میں یہ مسئلہ ہے کہ الرحیل الامام، یہ بھی غور کیجیے، الرحیل الامام کا مطلب ہے کہ to declare a war is a prerogative of state</w:t>
      </w:r>
    </w:p>
    <w:p>
      <w:r>
        <w:rPr>
          <w:b/>
        </w:rPr>
        <w:t xml:space="preserve">[23:33] </w:t>
      </w:r>
      <w:r>
        <w:t>to declare a war is a prerogative of state ek qaim shuda hukoomati ko haq hai ke woh jang kare. yeh sab log jo lad rahe hain idhar udhar, yeh kya Islam se kya talluq hai?</w:t>
      </w:r>
    </w:p>
    <w:p>
      <w:pPr>
        <w:jc w:val="right"/>
      </w:pPr>
      <w:r>
        <w:t>to declare a war is a prerogative of state ایک قائم شدہ حکومتی کو حق ہے کہ وہ جنگ کرے۔ یہ سب لوگ جو لڑ رہے ہیں ادھر ادھر، یہ کیا اسلام سے کیا تعلق ہے؟</w:t>
      </w:r>
    </w:p>
    <w:p>
      <w:r>
        <w:rPr>
          <w:b/>
        </w:rPr>
        <w:t xml:space="preserve">[23:45] </w:t>
      </w:r>
      <w:r>
        <w:t>Islam mein hukoomat qaim shuda hukoomat ladegi aur mauq-e-difa' ladegi. difa'</w:t>
      </w:r>
    </w:p>
    <w:p>
      <w:pPr>
        <w:jc w:val="right"/>
      </w:pPr>
      <w:r>
        <w:t>اسلام میں حکومت قائم شدہ حکومت لڑے گی اور موق دفاع لڑے گی۔ دفاع</w:t>
      </w:r>
    </w:p>
    <w:p>
      <w:r>
        <w:rPr>
          <w:b/>
        </w:rPr>
        <w:t xml:space="preserve">[23:49] </w:t>
      </w:r>
      <w:r>
        <w:t>yeh khwamkhwah tanzeemein banane ke liye lad rahe hain log. yeh to bilkul Islam mein koi gunjaish hi nahi is ki. sar ta pa najaiz hai. yeh kisi fard ko, kisi tanzeem ko haq nahi ke woh ladna shuru kar de.</w:t>
      </w:r>
    </w:p>
    <w:p>
      <w:pPr>
        <w:jc w:val="right"/>
      </w:pPr>
      <w:r>
        <w:t>یہ خوامخواہ تنظیمیں بنانے کے لیے لڑ رہے ہیں لوگ۔ یہ تو بالکل اسلام میں کوئی گنجائش ہی نہیں اس کی۔ سر تاپا ناجائز ہے۔ یہ کسی فرد کو، کسی تنظیم کو حق نہیں کہ وہ لڑنا شروع کر دے۔</w:t>
      </w:r>
    </w:p>
    <w:p>
      <w:r>
        <w:rPr>
          <w:b/>
        </w:rPr>
        <w:t xml:space="preserve">[24:01] </w:t>
      </w:r>
      <w:r>
        <w:t>woh ar-ra'yul imam.</w:t>
      </w:r>
    </w:p>
    <w:p>
      <w:pPr>
        <w:jc w:val="right"/>
      </w:pPr>
      <w:r>
        <w:t>وہ الرحیل الامام۔</w:t>
      </w:r>
    </w:p>
    <w:p>
      <w:r>
        <w:rPr>
          <w:b/>
        </w:rPr>
        <w:t xml:space="preserve">[24:08] </w:t>
      </w:r>
      <w:r>
        <w:t>ek sahab ne mujh se mulaqat hui, woh unhone kaha ke aap kise kehte hain? imam abu hanifa ne fatwa diya tha, woh imam imam ibn taymiyyah ne fatwa diya tha.</w:t>
      </w:r>
    </w:p>
    <w:p>
      <w:pPr>
        <w:jc w:val="right"/>
      </w:pPr>
      <w:r>
        <w:t>ایک صاحب نے مجھ سے ملاقات ہوئی، وہ انہوں نے کہا کہ آپ کسے کہتے ہیں؟ امام ابو حنیفہ نے فتوی دیا تھا، وہ امام امام ابی تیمیہ نے فتوی دیا تھا۔</w:t>
      </w:r>
    </w:p>
    <w:p>
      <w:r>
        <w:rPr>
          <w:b/>
        </w:rPr>
        <w:t xml:space="preserve">[24:21] </w:t>
      </w:r>
      <w:r>
        <w:t>to ibn taymiyyah ke baray mein jo tafseel hai, ibn kathir mein jo unke shagird thay,</w:t>
      </w:r>
    </w:p>
    <w:p>
      <w:pPr>
        <w:jc w:val="right"/>
      </w:pPr>
      <w:r>
        <w:t>تو ابن تیمیہ کے بارے میں جو تفصیل ہے، ابن کثیر میں جو ان کے شاگرد تھے،</w:t>
      </w:r>
    </w:p>
    <w:p>
      <w:r>
        <w:rPr>
          <w:b/>
        </w:rPr>
        <w:t xml:space="preserve">[24:27] </w:t>
      </w:r>
      <w:r>
        <w:t>ibn kathir shagird thay ibn taymiyyah ke, tafseel se likha unhone. al-bidaya wa an-nihaya mein woh us ko poora ka poora mein ne parha. to ibn taymiyyah ne yeh yahi nahi tha jo jo unke naam par jo kar rahe hain log.</w:t>
      </w:r>
    </w:p>
    <w:p>
      <w:pPr>
        <w:jc w:val="right"/>
      </w:pPr>
      <w:r>
        <w:t>ابن کثیر شاگرد تھے ابن تیمیہ کے، تفصیل سے لکھا انہوں نے۔ البدایہ والنہائے میں وہ اس کو پورا کا پورا میں نے پڑھا۔ تو ابن تیمیہ نے یہ یہی نہیں تھا جو جو ان کے نام پر جو کر رہے ہیں لوگ۔</w:t>
      </w:r>
    </w:p>
    <w:p>
      <w:r>
        <w:rPr>
          <w:b/>
        </w:rPr>
        <w:t xml:space="preserve">[24:42] </w:t>
      </w:r>
      <w:r>
        <w:t>us waqt jo thay tatariyon ne jo hamla kiya tha baghdad ki saltanat par, us waqt bhi saare qalamro unke qabze mein nahi aa gayi thi.</w:t>
      </w:r>
    </w:p>
    <w:p>
      <w:pPr>
        <w:jc w:val="right"/>
      </w:pPr>
      <w:r>
        <w:t>اس وقت جو تھے تاتاریوں نے جو حملہ کیا تھا بغداد کی سلطنت پر، اس وقت بھی سارے قلمرو ان کے قبضے میں نہیں آ گئی تھی۔</w:t>
      </w:r>
    </w:p>
    <w:p>
      <w:r>
        <w:rPr>
          <w:b/>
        </w:rPr>
        <w:t xml:space="preserve">[24:52] </w:t>
      </w:r>
      <w:r>
        <w:t>phir bhi wahan misr mein muslim sultan tha, sham mein muslim sultan tha. baghdad ko unhone taraaj kar diya tha.</w:t>
      </w:r>
    </w:p>
    <w:p>
      <w:pPr>
        <w:jc w:val="right"/>
      </w:pPr>
      <w:r>
        <w:t>پھر بھی وہاں مصر میں مسلم سلطان تھا، شام میں مسلم سلطان تھا۔ بغداد کو انہوں نے تاراج کر دیا تھا۔</w:t>
      </w:r>
    </w:p>
    <w:p>
      <w:r>
        <w:rPr>
          <w:b/>
        </w:rPr>
        <w:t xml:space="preserve">[25:01] </w:t>
      </w:r>
      <w:r>
        <w:t>to ibn taymiyyah jo thay, unhone yeh kiya ke sultan se mile, misr wale bhi, usay bhi, us se bhi, us se kaha ke tum yeh in ke khilaf waqt aa gaya hai jihad karne ka, to tum karo.</w:t>
      </w:r>
    </w:p>
    <w:p>
      <w:pPr>
        <w:jc w:val="right"/>
      </w:pPr>
      <w:r>
        <w:t>تو ابن تیمیہ جو تھے، انہوں نے یہ کیا کہ سلطان سے ملے، مصر والے بھی، اسے بھی، اس سے بھی، اس سے کہا کہ تم یہ ان کے خلاف وقت آ گیا ہے جہاد کرنے کا، تو تم کرو۔</w:t>
      </w:r>
    </w:p>
    <w:p>
      <w:r>
        <w:rPr>
          <w:b/>
        </w:rPr>
        <w:t xml:space="preserve">[25:17] </w:t>
      </w:r>
      <w:r>
        <w:t>aur aur masjidon mein taqreerein ki thin, woh to un ka saath dene ke liye kehte hain ke sultan ka saath do.</w:t>
      </w:r>
    </w:p>
    <w:p>
      <w:pPr>
        <w:jc w:val="right"/>
      </w:pPr>
      <w:r>
        <w:t>اور اور مسجدوں میں تقریریں کی تھیں، وہ تو ان کا ساتھ دینے کے لیے کہتے ہیں کہ سلطان کا ساتھ دو۔</w:t>
      </w:r>
    </w:p>
    <w:p>
      <w:r>
        <w:rPr>
          <w:b/>
        </w:rPr>
        <w:t xml:space="preserve">[25:22] </w:t>
      </w:r>
      <w:r>
        <w:t>yeh nahi kaha tha ke khud hi khud ladne lage. aap parh lijiye, ibn al-bidaya wa an-nihaya mein tafseel se likha unhone. hazrat har giz har giz ibn taymiyyah ne nahi kaha tha ke awam khud hi khud talwar le ke ladne lage.</w:t>
      </w:r>
    </w:p>
    <w:p>
      <w:pPr>
        <w:jc w:val="right"/>
      </w:pPr>
      <w:r>
        <w:t>یہ نہیں کہا تھا کہ خود ہی خود لڑنے لگے۔ آپ پڑھ لیجئے، ابن البدایہ والنہائے میں تفصیل سے لکھا انہوں نے۔ حضرت ہرگز ہرگز ابن تیمیہ نے نہیں کہا تھا کہ عوام خود ہی خود تلوار لے کے لڑنے لگے۔</w:t>
      </w:r>
    </w:p>
    <w:p>
      <w:r>
        <w:rPr>
          <w:b/>
        </w:rPr>
        <w:t xml:space="preserve">[25:36] </w:t>
      </w:r>
      <w:r>
        <w:t>yeh galat mansoob hai un ki taraf. woh jo sultan tha, wahan sultan misr aur sultan sham, us se mile. woh us se kaha ke tum hakim ho, tumhara kaam hai</w:t>
      </w:r>
    </w:p>
    <w:p>
      <w:pPr>
        <w:jc w:val="right"/>
      </w:pPr>
      <w:r>
        <w:t>یہ غلط منسوب ہے ان کی طرف۔ وہ جو سلطان تھا، وہاں سلطان مصر اور سلطان شام، اس سے ملے۔ وہ اس سے کہا کہ تم حاکم ہو، تمہارا کام ہے</w:t>
      </w:r>
    </w:p>
    <w:p>
      <w:r>
        <w:rPr>
          <w:b/>
        </w:rPr>
        <w:t xml:space="preserve">[25:48] </w:t>
      </w:r>
      <w:r>
        <w:t>ke jo tatariyon ne jo hamla kiya hai, us ka muqabla karo. awam se yeh kaha ke tum sultan ka saath do.</w:t>
      </w:r>
    </w:p>
    <w:p>
      <w:pPr>
        <w:jc w:val="right"/>
      </w:pPr>
      <w:r>
        <w:t>کہ جو تاتاریوں نے جو حملہ کیا ہے، اس کا مقابلہ کرو۔ عوام سے یہ کہا کہ تم سلطان کا ساتھ دو۔</w:t>
      </w:r>
    </w:p>
    <w:p>
      <w:r>
        <w:rPr>
          <w:b/>
        </w:rPr>
        <w:t xml:space="preserve">[25:58] </w:t>
      </w:r>
      <w:r>
        <w:t>aur yeh jo aaj kal hain, khud hi khud lar rahe hain, is ka ibn taymiyah se kya talluq? aise ghareeb log hain.</w:t>
      </w:r>
    </w:p>
    <w:p>
      <w:pPr>
        <w:jc w:val="right"/>
      </w:pPr>
      <w:r>
        <w:t>اور یہ جو آج کل ہیں، خود ہی خود لڑ رہے ہیں، اس کا ابن تیمیہ سے کیا تعلق؟ ایسے غریب لوگ ہیں۔</w:t>
      </w:r>
    </w:p>
    <w:p>
      <w:r>
        <w:rPr>
          <w:b/>
        </w:rPr>
        <w:t xml:space="preserve">[26:09] </w:t>
      </w:r>
      <w:r>
        <w:t>gurgaon se mister fazal kareem ne likha hai: "maulana sahib, please tell us how to change the minds of Muslims in the present scenario."</w:t>
      </w:r>
    </w:p>
    <w:p>
      <w:pPr>
        <w:jc w:val="right"/>
      </w:pPr>
      <w:r>
        <w:t>گڑگاؤں سے مسٹر فضل کریم نے لکھا ہے: "مولانا صاحب، please tell us how to change the minds of Muslims in the present scenario."</w:t>
      </w:r>
    </w:p>
    <w:p>
      <w:r>
        <w:rPr>
          <w:b/>
        </w:rPr>
        <w:t xml:space="preserve">[26:21] </w:t>
      </w:r>
      <w:r>
        <w:t>pehlay khud apna badliye, badlein ge aap to aap khud mil jaye ga rasta aap ko. literature parhiye, sab se pehlay aap khud literature parhiye aur doosron ko parhwaiye.</w:t>
      </w:r>
    </w:p>
    <w:p>
      <w:pPr>
        <w:jc w:val="right"/>
      </w:pPr>
      <w:r>
        <w:t>پہلے خود اپنا بدلیے، بدلیں گے آپ تو آپ خود مل جائے گا راستہ آپ کو۔ لٹریچر پڑھیے، سب سے پہلے آپ خود لٹریچر پڑھیے اور دوسروں کو پڑھوائیے۔</w:t>
      </w:r>
    </w:p>
    <w:p>
      <w:r>
        <w:rPr>
          <w:b/>
        </w:rPr>
        <w:t xml:space="preserve">[26:33] </w:t>
      </w:r>
      <w:r>
        <w:t>bas aur koi tareeqa nahi hai. yeh zamanah literature ka zamanah hai. logon ko literature parhwaiye aur khud parhiye aur doosron ko parhwaiye.</w:t>
      </w:r>
    </w:p>
    <w:p>
      <w:pPr>
        <w:jc w:val="right"/>
      </w:pPr>
      <w:r>
        <w:t>بس اور کوئی طریقہ نہیں ہے۔ یہ زمانہ لٹریچر کا زمانہ ہے۔ لوگوں کو لٹریچر پڑھوائیے اور خود پڑھیے اور دوسروں کو پڑھوائیے۔</w:t>
      </w:r>
    </w:p>
    <w:p>
      <w:r>
        <w:rPr>
          <w:b/>
        </w:rPr>
        <w:t xml:space="preserve">[26:45] </w:t>
      </w:r>
      <w:r>
        <w:t>hazaron ke logon ke zehn badle hain, kitabein parh parh kar ke. aap bhi aik kijiye. koi jadoo, koi jadoo ki chhari nahi hoti hoti kabhi insaan ko badalne ke liye.</w:t>
      </w:r>
    </w:p>
    <w:p>
      <w:pPr>
        <w:jc w:val="right"/>
      </w:pPr>
      <w:r>
        <w:t>ہزاروں کے لوگوں کے ذہن بدلے ہیں، کتابیں پڑھ پڑھ کر کے۔ آپ بھی ایک کیجیے۔ کوئی جادو، کوئی جادو کی چھڑی نہیں ہوتی ہوتی کبھی انسان کو بدلنے کے لیے۔</w:t>
      </w:r>
    </w:p>
    <w:p>
      <w:r>
        <w:rPr>
          <w:b/>
        </w:rPr>
        <w:t xml:space="preserve">[27:00] </w:t>
      </w:r>
      <w:r>
        <w:t>jo literature hamare haan chapa hai, woh hazaron logon ki tabdeeli ka andar aayi hai. hazaron logon ke andar. to aap bhi parhiye, doosron ko parhwaiye.</w:t>
      </w:r>
    </w:p>
    <w:p>
      <w:pPr>
        <w:jc w:val="right"/>
      </w:pPr>
      <w:r>
        <w:t>جو لٹریچر ہمارے ہاں چھپا ہے، وہ ہزاروں لوگوں کی تبدیلی کا اندر آئی ہے۔ ہزاروں لوگوں کے اندر۔ تو آپ بھی پڑھیے، دوسروں کو پڑھوائیے۔</w:t>
      </w:r>
    </w:p>
    <w:p>
      <w:r>
        <w:rPr>
          <w:b/>
        </w:rPr>
        <w:t xml:space="preserve">[27:08] </w:t>
      </w:r>
      <w:r>
        <w:t>yehi wahi wahid tareeqa hai.</w:t>
      </w:r>
    </w:p>
    <w:p>
      <w:pPr>
        <w:jc w:val="right"/>
      </w:pPr>
      <w:r>
        <w:t>یہی وہی واحد طریقہ ہے۔</w:t>
      </w:r>
    </w:p>
    <w:p>
      <w:r>
        <w:rPr>
          <w:b/>
        </w:rPr>
        <w:t xml:space="preserve">[27:12] </w:t>
      </w:r>
      <w:r>
        <w:t>maulana, in ka doosra sawal yeh hai ke unhon ne likha hai ke maulana sahib, aap ke baad yeh tehreek kaun chalaye ga? aap khud tayyar ho rahe hain chalane ke liye?</w:t>
      </w:r>
    </w:p>
    <w:p>
      <w:pPr>
        <w:jc w:val="right"/>
      </w:pPr>
      <w:r>
        <w:t>مولانا، ان کا دوسرا سوال یہ ہے کہ انہوں نے لکھا ہے کہ مولانا صاحب، آپ کے بعد یہ تحریک کون چلائے گا؟ آپ خود تیار ہو رہے ہیں چلانے کے لیے؟</w:t>
      </w:r>
    </w:p>
    <w:p>
      <w:r>
        <w:rPr>
          <w:b/>
        </w:rPr>
        <w:t xml:space="preserve">[27:23] </w:t>
      </w:r>
      <w:r>
        <w:t>aap khud apne ko tayyar kar rahe hain chalane ke liye?</w:t>
      </w:r>
    </w:p>
    <w:p>
      <w:pPr>
        <w:jc w:val="right"/>
      </w:pPr>
      <w:r>
        <w:t>آپ خود اپنے کو تیار کر رہے ہیں چلانے کے لیے؟</w:t>
      </w:r>
    </w:p>
    <w:p>
      <w:r>
        <w:rPr>
          <w:b/>
        </w:rPr>
        <w:t xml:space="preserve">[27:31] </w:t>
      </w:r>
      <w:r>
        <w:t>mister manzoor ahmed tantreen ne kashmir se likha hai: "This was an excellent lecture. My question is, what is the reason that the literature of Maulana Maududi and other such scholars get more publicity in India and Pakistan, leading to such destruction?"</w:t>
      </w:r>
    </w:p>
    <w:p>
      <w:pPr>
        <w:jc w:val="right"/>
      </w:pPr>
      <w:r>
        <w:t>مسٹر منظور احمد تانتریں نے کشمیر سے لکھا ہے: "This was an excellent lecture. My question is, what is the reason that the literature of مولانا مودودی and other such scholars get more publicity in India and Pakistan, leading to such destruction?"</w:t>
      </w:r>
    </w:p>
    <w:p>
      <w:r>
        <w:rPr>
          <w:b/>
        </w:rPr>
        <w:t xml:space="preserve">[27:52] </w:t>
      </w:r>
      <w:r>
        <w:t>logon ki qoumi khwahishat to is mein poori hoti hain, bas aur kuch nahi. qoumi khwahishat is mein na daleel hoti hai, na kuch hota.</w:t>
      </w:r>
    </w:p>
    <w:p>
      <w:pPr>
        <w:jc w:val="right"/>
      </w:pPr>
      <w:r>
        <w:t>لوگوں کی قومی خواہشات تو اس میں پوری ہوتی ہیں، بس اور کچھ نہیں۔ قومی خواہشات اس میں نہ دلیل ہوتی ہے، نہ کچھ ہوتا۔</w:t>
      </w:r>
    </w:p>
    <w:p>
      <w:r>
        <w:rPr>
          <w:b/>
        </w:rPr>
        <w:t xml:space="preserve">[28:01] </w:t>
      </w:r>
      <w:r>
        <w:t>lekin qoumi khwahishat poori hoti hain.</w:t>
      </w:r>
    </w:p>
    <w:p>
      <w:pPr>
        <w:jc w:val="right"/>
      </w:pPr>
      <w:r>
        <w:t>لیکن قومی خواہشات پوری ہوتی ہیں۔</w:t>
      </w:r>
    </w:p>
    <w:p>
      <w:r>
        <w:rPr>
          <w:b/>
        </w:rPr>
        <w:t xml:space="preserve">[28:06] </w:t>
      </w:r>
      <w:r>
        <w:t>jaise maine hazrat hussain ka qissa bataya aap ko ke aik sahib jo wahi larai bhirrai wale nazariye ki taeed karte hain ke hussain na hotay to namoona kahan se aata?</w:t>
      </w:r>
    </w:p>
    <w:p>
      <w:pPr>
        <w:jc w:val="right"/>
      </w:pPr>
      <w:r>
        <w:t>جیسے میں نے حضرت حسین کا قصہ بتایا آپ کو کہ ایک صاحب جو وہی لڑائی بھڑائی والے نظریے کی تائید کرتے ہیں کہ حسین نہ ہوتے تو نمونہ کہاں سے آتا؟</w:t>
      </w:r>
    </w:p>
    <w:p>
      <w:r>
        <w:rPr>
          <w:b/>
        </w:rPr>
        <w:t xml:space="preserve">[28:16] </w:t>
      </w:r>
      <w:r>
        <w:t>aap logon ko bara acha lage ga yeh. dekho bhai, hussain ka namoona bata diya hum ko. lekin aap parhiye is ko ke yeh to namoona hai hi nahi hussain ka.</w:t>
      </w:r>
    </w:p>
    <w:p>
      <w:pPr>
        <w:jc w:val="right"/>
      </w:pPr>
      <w:r>
        <w:t>آپ لوگوں کو بڑا اچھا لگے گا یہ۔ دیکھو بھئی، حسین کا نمونہ بتا دیا ہم کو۔ لیکن آپ پڑھیے اس کو کہ یہ تو نمونہ ہے ہی نہیں حسین کا۔</w:t>
      </w:r>
    </w:p>
    <w:p>
      <w:r>
        <w:rPr>
          <w:b/>
        </w:rPr>
        <w:t xml:space="preserve">[28:26] </w:t>
      </w:r>
      <w:r>
        <w:t>yeh to ghalat khitabat hai. yeh shairon ne, khateebon ne hazrat hussain ko aik ajeeb o ghareeb aik bana rakha hai. is ka talluq haqeeqat se koi nahi hai.</w:t>
      </w:r>
    </w:p>
    <w:p>
      <w:pPr>
        <w:jc w:val="right"/>
      </w:pPr>
      <w:r>
        <w:t>یہ تو غلط خطابت ہے۔ یہ شاعروں نے، خطیبوں نے حضرت حسین کو ایک عجیب و غریب ایک بنا رکھا ہے۔ اس کا تعلق حقیقت سے کوئی نہیں ہے۔</w:t>
      </w:r>
    </w:p>
    <w:p>
      <w:r>
        <w:rPr>
          <w:b/>
        </w:rPr>
        <w:t xml:space="preserve">[28:36] </w:t>
      </w:r>
      <w:r>
        <w:t>aik hai tareekhi hussain aur aik hai haqeeqi hussain. yeh koi main ne likha hai, aap parh lijiye meri kitab hai "Zuhur-e-Islam".</w:t>
      </w:r>
    </w:p>
    <w:p>
      <w:pPr>
        <w:jc w:val="right"/>
      </w:pPr>
      <w:r>
        <w:t>ایک ہے تاریخی حسین اور ایک ہے حقیقی حسین۔ یہ کوئی میں نے لکھا ہے، آپ پڑھ لیجئے میری کتاب ہے "ظہور اسلام"۔</w:t>
      </w:r>
    </w:p>
    <w:p>
      <w:r>
        <w:rPr>
          <w:b/>
        </w:rPr>
        <w:t xml:space="preserve">[28:48] </w:t>
      </w:r>
      <w:r>
        <w:t>to yeh jo jo jin hazraat ki kitabein aap ne farmaya, un hazraat ki kitabon mein koi na daleel hai, na koi kuch hai. khitabat hoti hai, khitabat aur adab to logon ko acha lagta hai apne.</w:t>
      </w:r>
    </w:p>
    <w:p>
      <w:pPr>
        <w:jc w:val="right"/>
      </w:pPr>
      <w:r>
        <w:t>تو یہ جو جو جن حضرات کی کتابیں آپ نے فرمایا، ان حضرات کی کتابوں میں کوئی نہ دلیل ہے، نہ کوئی کچھ ہے۔ خطابت ہوتی ہے، خطابت اور ادب تو لوگوں کو اچھا لگتا ہے اپنے۔</w:t>
      </w:r>
    </w:p>
    <w:p>
      <w:r>
        <w:rPr>
          <w:b/>
        </w:rPr>
        <w:t xml:space="preserve">[29:01] </w:t>
      </w:r>
      <w:r>
        <w:t>yani jaise aik sahib ne aaj taqreer ki, dilli mein aik sahib aaye,</w:t>
      </w:r>
    </w:p>
    <w:p>
      <w:pPr>
        <w:jc w:val="right"/>
      </w:pPr>
      <w:r>
        <w:t>یعنی جیسے ایک صاحب نے آج تقریر کی، دلی میں ایک صاحب آئے،</w:t>
      </w:r>
    </w:p>
    <w:p>
      <w:r>
        <w:rPr>
          <w:b/>
        </w:rPr>
        <w:t xml:space="preserve">[29:07] </w:t>
      </w:r>
      <w:r>
        <w:t>aik jalsah tha aur woh taqreer mein kya kaha? unhon ne khoob taliyan bajeen is par ke quran sara ka sara naat-e-rasool hai.</w:t>
      </w:r>
    </w:p>
    <w:p>
      <w:pPr>
        <w:jc w:val="right"/>
      </w:pPr>
      <w:r>
        <w:t>ایک جلسہ تھا اور وہ تقریر میں کیا کہا؟ انہوں نے خوب تالیاں بجیں اس پر کہ قرآن سارا کا سارا نعت رسول ہے۔</w:t>
      </w:r>
    </w:p>
    <w:p>
      <w:r>
        <w:rPr>
          <w:b/>
        </w:rPr>
        <w:t xml:space="preserve">[29:21] </w:t>
      </w:r>
      <w:r>
        <w:t>yeh kaha tha unhon ne? ji hain ji, quran sara ka sara naat-e-rasool hai. ab to taliyan baj rahi hain. arey bhai, dekho kahan naat-e-rasool hai? alhamdulillah rabbil alameen to rabbil alameen ki naat hai.</w:t>
      </w:r>
    </w:p>
    <w:p>
      <w:pPr>
        <w:jc w:val="right"/>
      </w:pPr>
      <w:r>
        <w:t>یہ کہا تھا انہوں نے؟ جی ہیں جی، قرآن سارا کا سارا نعت رسول ہے۔ اب تو تالیاں بج رہی ہیں۔ ارے بھئی، دیکھو کہاں نعت رسول ہے؟ الحمدللہ رب العالمین تو رب العالمین کی نعت ہے۔</w:t>
      </w:r>
    </w:p>
    <w:p>
      <w:r>
        <w:rPr>
          <w:b/>
        </w:rPr>
        <w:t xml:space="preserve">[29:33] </w:t>
      </w:r>
      <w:r>
        <w:t>bas taliyan baj rahi hain kyunke un ke dil mein kuch raha hoga, us ki taeed mil gayi to taliyan baja rahe hain. quran sara ka sara naat-e-rasool kahan hai?</w:t>
      </w:r>
    </w:p>
    <w:p>
      <w:pPr>
        <w:jc w:val="right"/>
      </w:pPr>
      <w:r>
        <w:t>بس تالیاں بج رہی ہیں کیونکہ ان کے دل میں کچھ رہا ہوگا، اس کی تائید مل گئی تو تالیاں بجا رہے ہیں۔ قرآن سارا کا سارا نعت رسول کہاں ہے؟</w:t>
      </w:r>
    </w:p>
    <w:p>
      <w:r>
        <w:rPr>
          <w:b/>
        </w:rPr>
        <w:t xml:space="preserve">[29:42] </w:t>
      </w:r>
      <w:r>
        <w:t>bhai, quran mein to rasool allah ka naam kam hai, hazrat maseeh ka naam zyada hai. to na to hum kahein ke naat-e-maseeh hai.</w:t>
      </w:r>
    </w:p>
    <w:p>
      <w:pPr>
        <w:jc w:val="right"/>
      </w:pPr>
      <w:r>
        <w:t>بھئی، قرآن میں تو رسول اللہ کا نام کم ہے، حضرت مسیح کا نام زیادہ ہے۔ تو نہ تو ہم کہیں کہ نعت مسیح ہے۔</w:t>
      </w:r>
    </w:p>
    <w:p>
      <w:r>
        <w:rPr>
          <w:b/>
        </w:rPr>
        <w:t xml:space="preserve">[29:53] </w:t>
      </w:r>
      <w:r>
        <w:t>bohat ajeeb baat hai ke naam se rasool allah ka zikr kam hai aur aap se zyada naam hai hazrat maseeh ka. to kya aap kahein ke naat-e-maseeh hai quran?</w:t>
      </w:r>
    </w:p>
    <w:p>
      <w:pPr>
        <w:jc w:val="right"/>
      </w:pPr>
      <w:r>
        <w:t>بہت عجیب بات ہے کہ نام سے رسول اللہ کا ذکر کم ہے اور آپ سے زیادہ نام ہے حضرت مسیح کا۔ تو کیا آپ کہیں کہ نعت مسیح ہے قرآن؟</w:t>
      </w:r>
    </w:p>
    <w:p>
      <w:r>
        <w:rPr>
          <w:b/>
        </w:rPr>
        <w:t xml:space="preserve">[30:05] </w:t>
      </w:r>
      <w:r>
        <w:t>to aise log bolte hain, logon ki qoumi khwahishat poori hoti hain to log taliyan bajate hain.</w:t>
      </w:r>
    </w:p>
    <w:p>
      <w:pPr>
        <w:jc w:val="right"/>
      </w:pPr>
      <w:r>
        <w:t>تو ایسے لوگ بولتے ہیں، لوگوں کی قومی خواہشات پوری ہوتی ہیں تو لوگ تالیاں بجاتے ہیں۔</w:t>
      </w:r>
    </w:p>
    <w:p>
      <w:r>
        <w:rPr>
          <w:b/>
        </w:rPr>
        <w:t xml:space="preserve">[30:11] </w:t>
      </w:r>
      <w:r>
        <w:t>yeh sari kitabein jo aap phaili hain musalmanon mein, is liye nahi ke in mein daleel hoti hai. is liye qoumi khwahishat is se poori hoti hain.</w:t>
      </w:r>
    </w:p>
    <w:p>
      <w:pPr>
        <w:jc w:val="right"/>
      </w:pPr>
      <w:r>
        <w:t>یہ ساری کتابیں جو آپ پھیلی ہیں مسلمانوں میں، اس لیے نہیں کہ ان میں دلیل ہوتی ہے۔ اس لیے قومی خواہشات اس سے پوری ہوتی ہیں۔</w:t>
      </w:r>
    </w:p>
    <w:p>
      <w:r>
        <w:rPr>
          <w:b/>
        </w:rPr>
        <w:t xml:space="preserve">[30:20] </w:t>
      </w:r>
      <w:r>
        <w:t>bible ka acha lagta hai logon ko. us ke is se zyada is ki haqeeqat nahin. is literature ki kuch baat jo log hamari kitabein parhte hain to woh sab is ko chhod dete hain.</w:t>
      </w:r>
    </w:p>
    <w:p>
      <w:pPr>
        <w:jc w:val="right"/>
      </w:pPr>
      <w:r>
        <w:t>بائبل کا اچھا لگتا ہے لوگوں کو۔ اس کے اس سے زیادہ اس کی حقیقت نہیں۔ اس لٹریچر کی کچھ بات جو لوگ ہماری کتابیں پڑھتے ہیں تو وہ سب اس کو چھوڑ دیتے ہیں۔</w:t>
      </w:r>
    </w:p>
    <w:p>
      <w:r>
        <w:rPr>
          <w:b/>
        </w:rPr>
        <w:t xml:space="preserve">[30:31] </w:t>
      </w:r>
      <w:r>
        <w:t>kitab ko yani pakistan se ek sahab mere paas aaye</w:t>
      </w:r>
    </w:p>
    <w:p>
      <w:pPr>
        <w:jc w:val="right"/>
      </w:pPr>
      <w:r>
        <w:t>کتاب کو یعنی پاکستان سے ایک صاحب میرے پاس آئے</w:t>
      </w:r>
    </w:p>
    <w:p>
      <w:r>
        <w:rPr>
          <w:b/>
        </w:rPr>
        <w:t xml:space="preserve">[30:35] </w:t>
      </w:r>
      <w:r>
        <w:t>jo pehle isi group ke ta'alluq rakhte thay. wahan university mein parhate hain woh. to yahan meri, yahan mein rehta hoon, wahan mulaqat un se hui.</w:t>
      </w:r>
    </w:p>
    <w:p>
      <w:pPr>
        <w:jc w:val="right"/>
      </w:pPr>
      <w:r>
        <w:t>جو پہلے اسی گروپ کے تعلق رکھتے تھے۔ وہاں یونیورسٹی میں پڑھاتے ہیں وہ۔ تو یہاں میری، یہاں میں رہتا ہوں، وہاں ملاقات ان سے ہوئی۔</w:t>
      </w:r>
    </w:p>
    <w:p>
      <w:r>
        <w:rPr>
          <w:b/>
        </w:rPr>
        <w:t xml:space="preserve">[30:45] </w:t>
      </w:r>
      <w:r>
        <w:t>unhon ne kaha bhai, mein aap ki sari kitabein mein ne parhi hain, aap ki kitabon mein ek kharabi hai.</w:t>
      </w:r>
    </w:p>
    <w:p>
      <w:pPr>
        <w:jc w:val="right"/>
      </w:pPr>
      <w:r>
        <w:t>انہوں نے کہا بھئی، میں آپ کی ساری کتابیں میں نے پڑھی ہیں، آپ کی کتابوں میں ایک خرابی ہے۔</w:t>
      </w:r>
    </w:p>
    <w:p>
      <w:r>
        <w:rPr>
          <w:b/>
        </w:rPr>
        <w:t xml:space="preserve">[30:54] </w:t>
      </w:r>
      <w:r>
        <w:t>ab kai log wahan baithe baithe thay, maujood thay, shayad aap bhi rahe hon ke aap ki kitab mein ek kharabi hai. to maine kaha woh kya hai?</w:t>
      </w:r>
    </w:p>
    <w:p>
      <w:pPr>
        <w:jc w:val="right"/>
      </w:pPr>
      <w:r>
        <w:t>اب کئی لوگ وہاں بیٹھے بیٹھے تھے، موجود تھے، شاید آپ بھی رہے ہوں کہ آپ کی کتاب میں ایک خرابی ہے۔ تو میں نے کہا وہ کیا ہے؟</w:t>
      </w:r>
    </w:p>
    <w:p>
      <w:r>
        <w:rPr>
          <w:b/>
        </w:rPr>
        <w:t xml:space="preserve">[31:04] </w:t>
      </w:r>
      <w:r>
        <w:t>woh ek aap ki kitab parhne ke baad kisi aur ki kitab parhenge? ji nahin chahte.</w:t>
      </w:r>
    </w:p>
    <w:p>
      <w:pPr>
        <w:jc w:val="right"/>
      </w:pPr>
      <w:r>
        <w:t>وہ ایک آپ کی کتاب پڑھنے کے بعد کسی اور کی کتاب پڑھیں گے؟ جی نہیں چاہتے۔</w:t>
      </w:r>
    </w:p>
    <w:p>
      <w:r>
        <w:rPr>
          <w:b/>
        </w:rPr>
        <w:t xml:space="preserve">[31:11] </w:t>
      </w:r>
      <w:r>
        <w:t>to aise hi hai, woh parhte thay pehle, phir chhod diya unhon ne kyunke is mein daleel nahin hoti. aur in kitabon mein khitabat hai, shairi hai, shahabardadi hai, iqbal ke ashaar hain,</w:t>
      </w:r>
    </w:p>
    <w:p>
      <w:pPr>
        <w:jc w:val="right"/>
      </w:pPr>
      <w:r>
        <w:t>تو ایسے ہی ہے، وہ پڑھتے تھے پہلے، پھر چھوڑ دیا انہوں نے کیونکہ اس میں دلیل نہیں ہوتی۔ اور ان کتابوں میں خطابت ہے، شاعری ہے، شہابردادی ہے، اقبال کے اشعار ہیں،</w:t>
      </w:r>
    </w:p>
    <w:p>
      <w:r>
        <w:rPr>
          <w:b/>
        </w:rPr>
        <w:t xml:space="preserve">[31:26] </w:t>
      </w:r>
      <w:r>
        <w:t>daleel kuch bhi nahin.</w:t>
      </w:r>
    </w:p>
    <w:p>
      <w:pPr>
        <w:jc w:val="right"/>
      </w:pPr>
      <w:r>
        <w:t>دلیل کچھ بھی نہیں۔</w:t>
      </w:r>
    </w:p>
    <w:p>
      <w:r>
        <w:rPr>
          <w:b/>
        </w:rPr>
        <w:t xml:space="preserve">[31:27] </w:t>
      </w:r>
      <w:r>
        <w:t>to pehle woh parhte thay, woh baad ko jab hamari kitabein parhi to chhod diya is ko.</w:t>
      </w:r>
    </w:p>
    <w:p>
      <w:pPr>
        <w:jc w:val="right"/>
      </w:pPr>
      <w:r>
        <w:t>تو پہلے وہ پڑھتے تھے، وہ بعد کو جب ہماری کتابیں پڑھی تو چھوڑ دیا اس کو۔</w:t>
      </w:r>
    </w:p>
    <w:p>
      <w:r>
        <w:rPr>
          <w:b/>
        </w:rPr>
        <w:t xml:space="preserve">[31:35] </w:t>
      </w:r>
      <w:r>
        <w:t>yeh haalat hai.</w:t>
      </w:r>
    </w:p>
    <w:p>
      <w:pPr>
        <w:jc w:val="right"/>
      </w:pPr>
      <w:r>
        <w:t>یہ حالت ہے۔</w:t>
      </w:r>
    </w:p>
    <w:p>
      <w:r>
        <w:rPr>
          <w:b/>
        </w:rPr>
        <w:t xml:space="preserve">[31:39] </w:t>
      </w:r>
      <w:r>
        <w:t>to bahut is ka matlab hai ke aap aap ko mein kahunga, bahut sanjeeda kaam karna hai, bahut zyada sabr ke sath kaam karna hai, bahut zyada dua karte hue kaam karna hai.</w:t>
      </w:r>
    </w:p>
    <w:p>
      <w:pPr>
        <w:jc w:val="right"/>
      </w:pPr>
      <w:r>
        <w:t>تو بہت اس کا مطلب ہے کہ آپ آپ کو میں کہوں گا، بہت سنجیدہ کام کرنا ہے، بہت زیادہ صبر کے ساتھ کام کرنا ہے، بہت زیادہ دعا کرتے ہوئے کام کرنا ہے۔</w:t>
      </w:r>
    </w:p>
    <w:p>
      <w:r>
        <w:rPr>
          <w:b/>
        </w:rPr>
        <w:t xml:space="preserve">[31:50] </w:t>
      </w:r>
      <w:r>
        <w:t>yeh haalat ka taqaza hai.</w:t>
      </w:r>
    </w:p>
    <w:p>
      <w:pPr>
        <w:jc w:val="right"/>
      </w:pPr>
      <w:r>
        <w:t>یہ حالات کا تقاضا ہے۔</w:t>
      </w:r>
    </w:p>
    <w:p>
      <w:r>
        <w:rPr>
          <w:b/>
        </w:rPr>
        <w:t xml:space="preserve">[31:54] </w:t>
      </w:r>
      <w:r>
        <w:t>mr hasan ne dilli se likha hai: "aap ne kaha ke log islam ko deen shamil kamil kehte hain. yeh sahi nahin.</w:t>
      </w:r>
    </w:p>
    <w:p>
      <w:pPr>
        <w:jc w:val="right"/>
      </w:pPr>
      <w:r>
        <w:t>مسٹر حسن نے دلی سے لکھا ہے: "آپ نے کہا کہ لوگ اسلام کو دین شامل کامل کہتے ہیں۔ یہ صحیح نہیں۔</w:t>
      </w:r>
    </w:p>
    <w:p>
      <w:r>
        <w:rPr>
          <w:b/>
        </w:rPr>
        <w:t xml:space="preserve">[32:04] </w:t>
      </w:r>
      <w:r>
        <w:t>aisi haalat mein is ayat ka matlab, is ayat ka matlab kya hoga? jis mein kaha gaya hai ke aaj hum ne islam ko mukammal kar diya."</w:t>
      </w:r>
    </w:p>
    <w:p>
      <w:pPr>
        <w:jc w:val="right"/>
      </w:pPr>
      <w:r>
        <w:t>ایسی حالت میں اس آیت کا مطلب، اس آیت کا مطلب کیا ہوگا؟ جس میں کہا گیا ہے کہ آج ہم نے اسلام کو مکمل کر دیا۔"</w:t>
      </w:r>
    </w:p>
    <w:p>
      <w:r>
        <w:rPr>
          <w:b/>
        </w:rPr>
        <w:t xml:space="preserve">[32:17] </w:t>
      </w:r>
      <w:r>
        <w:t>dekhiye, ek bahut badi fallacy hai, bahut bada mughalta hai yeh. mein bhi yeh manta hoon ke islam ka ta'alluq poori zindagi se hai.</w:t>
      </w:r>
    </w:p>
    <w:p>
      <w:pPr>
        <w:jc w:val="right"/>
      </w:pPr>
      <w:r>
        <w:t>دیکھیے، ایک بہت بڑی فلیسی ہے، بہت بڑا مغالطہ ہے یہ۔ میں بھی یہ مانتا ہوں کہ اسلام کا تعلق پوری زندگی سے ہے۔</w:t>
      </w:r>
    </w:p>
    <w:p>
      <w:r>
        <w:rPr>
          <w:b/>
        </w:rPr>
        <w:t xml:space="preserve">[32:27] </w:t>
      </w:r>
      <w:r>
        <w:t>mein aisa nahin, ek baat nahin manta hoon is ko. kis ma'ne mein hai zindagi se? pairwi ke ma'ne mein, nafiz karne ke ma'ne mein nahin.</w:t>
      </w:r>
    </w:p>
    <w:p>
      <w:pPr>
        <w:jc w:val="right"/>
      </w:pPr>
      <w:r>
        <w:t>میں ایسا نہیں، ایک بات نہیں مانتا ہوں اس کو۔ کس معنی میں ہے زندگی سے؟ پیروی کے معنی میں، نافذ کرنے کے معنی میں نہیں۔</w:t>
      </w:r>
    </w:p>
    <w:p>
      <w:r>
        <w:rPr>
          <w:b/>
        </w:rPr>
        <w:t xml:space="preserve">[32:39] </w:t>
      </w:r>
      <w:r>
        <w:t>misal ke taur par theek aaye to is ko alhamdulillah kehna chahiye. to kya mein is ko nafiz karoon? logon ko maroon ke dekho bhai, theek aaye to maroon ga tum ko, tum ko alhamdulillah kehna parega. yeh matlab hai is ka?</w:t>
      </w:r>
    </w:p>
    <w:p>
      <w:pPr>
        <w:jc w:val="right"/>
      </w:pPr>
      <w:r>
        <w:t>مثلاً ٹھیک آئے تو اس کو الحمدللہ کہنا چاہیے۔ تو کیا میں اس کو نافذ کروں؟ لوگوں کو ماروں کہ دیکھو بھئی، ٹھیک آئے تو ماروں گا تم کو، تم کو الحمدللہ کہنا پڑے گا۔ یہ مطلب ہے اس کا؟</w:t>
      </w:r>
    </w:p>
    <w:p>
      <w:r>
        <w:rPr>
          <w:b/>
        </w:rPr>
        <w:t xml:space="preserve">[32:51] </w:t>
      </w:r>
      <w:r>
        <w:t>khana shuru karoon to bismillah rahman rahim kehna shuru karoon? to kya maroon kora logon ko ke bismillah rahman rahim nahin karoge to maroon ga tum koday se?</w:t>
      </w:r>
    </w:p>
    <w:p>
      <w:pPr>
        <w:jc w:val="right"/>
      </w:pPr>
      <w:r>
        <w:t>کھانا شروع کروں تو بسم اللہ الرحمن الرحیم کہنا شروع کروں؟ تو کیا ماروں کوڑا لوگوں کو کہ بسم اللہ الرحمن الرحیم نہیں کرو گے تو ماروں گا تم کوڑے سے؟</w:t>
      </w:r>
    </w:p>
    <w:p>
      <w:r>
        <w:rPr>
          <w:b/>
        </w:rPr>
        <w:t xml:space="preserve">[33:00] </w:t>
      </w:r>
      <w:r>
        <w:t>to is mein shakk nahin ke zindagi ke har maamle mein humein islam ki pairwi karni hai. lekin nafiz karna hai bilkul allah ko baat hai.</w:t>
      </w:r>
    </w:p>
    <w:p>
      <w:pPr>
        <w:jc w:val="right"/>
      </w:pPr>
      <w:r>
        <w:t>تو اس میں شک نہیں کہ زندگی کے ہر معاملے میں ہمیں اسلام کی پیروی کرنی ہے۔ لیکن نافذ کرنا ہے بالکل اللہ کو بات ہے۔</w:t>
      </w:r>
    </w:p>
    <w:p>
      <w:r>
        <w:rPr>
          <w:b/>
        </w:rPr>
        <w:t xml:space="preserve">[33:13] </w:t>
      </w:r>
      <w:r>
        <w:t>har saans mein humein allah ko yaad karna hai, har qadam par humein allah ko ki pairwi karni hai, har maamle mein humein rasool allah ki sunnat par ikhtiyar karna hai.</w:t>
      </w:r>
    </w:p>
    <w:p>
      <w:pPr>
        <w:jc w:val="right"/>
      </w:pPr>
      <w:r>
        <w:t>ہر سانس میں ہمیں اللہ کو یاد کرنا ہے، ہر قدم پر ہمیں اللہ کو کی پیروی کرنی ہے، ہر معاملے میں ہمیں رسول اللہ کی سنت پر اختیار کرنا ہے۔</w:t>
      </w:r>
    </w:p>
    <w:p>
      <w:r>
        <w:rPr>
          <w:b/>
        </w:rPr>
        <w:t xml:space="preserve">[33:22] </w:t>
      </w:r>
      <w:r>
        <w:t>bilkul theek hai yeh baat. to pairwi ke ma'ne mein bilashubha islam ka ta'alluq sari zindagi se hai. nafiz karne ke bare mein iqbal sahab ne kaha tha, koi ayat aisi nahin ke nafiz karo, kora maar maar kar ke.</w:t>
      </w:r>
    </w:p>
    <w:p>
      <w:pPr>
        <w:jc w:val="right"/>
      </w:pPr>
      <w:r>
        <w:t>بالکل ٹھیک ہے یہ بات۔ تو پیروی کے معنی میں بلاشبہ اسلام کا تعلق ساری زندگی سے ہے۔ نافذ کرنے کے بارے میں اقبال صاحب نے کہا تھا، کوئی آیت ایسی نہیں کہ نافذ کرو، کوڑا مار مار کر کے۔</w:t>
      </w:r>
    </w:p>
    <w:p>
      <w:r>
        <w:rPr>
          <w:b/>
        </w:rPr>
        <w:t xml:space="preserve">[33:33] </w:t>
      </w:r>
      <w:r>
        <w:t>yeh kahan hai?</w:t>
      </w:r>
    </w:p>
    <w:p>
      <w:pPr>
        <w:jc w:val="right"/>
      </w:pPr>
      <w:r>
        <w:t>یہ کہاں ہے؟</w:t>
      </w:r>
    </w:p>
    <w:p>
      <w:r>
        <w:rPr>
          <w:b/>
        </w:rPr>
        <w:t xml:space="preserve">[33:36] </w:t>
      </w:r>
      <w:r>
        <w:t>aisa to kahin bhi nahin hai. nafi shaheed muhammad to kahin bhi nahin hai.</w:t>
      </w:r>
    </w:p>
    <w:p>
      <w:pPr>
        <w:jc w:val="right"/>
      </w:pPr>
      <w:r>
        <w:t>ایسا تو کہیں بھی نہیں ہے۔ نفی شہید محمد تو کہیں بھی نہیں ہے۔</w:t>
      </w:r>
    </w:p>
    <w:p>
      <w:r>
        <w:rPr>
          <w:b/>
        </w:rPr>
        <w:t xml:space="preserve">[33:42] </w:t>
      </w:r>
      <w:r>
        <w:t>to yeh ek bahut badi fallacy hai ke bilashubha yeh sahi hai ke islam ka ta'alluq poori zindagi se hai. lekin yeh, lekin yeh baat bilkul galat hai ke kora maar maar ke sab ko islam ki pairwi karwao.</w:t>
      </w:r>
    </w:p>
    <w:p>
      <w:pPr>
        <w:jc w:val="right"/>
      </w:pPr>
      <w:r>
        <w:t>تو یہ ایک بہت بڑی فلیسی ہے کہ بلاشبہ یہ صحیح ہے کہ اسلام کا تعلق پوری زندگی سے ہے۔ لیکن یہ، لیکن یہ بات بالکل غلط ہے کہ کوڑا مار مار کے سب کو اسلام کی پیروی کرواؤ۔</w:t>
      </w:r>
    </w:p>
    <w:p>
      <w:r>
        <w:rPr>
          <w:b/>
        </w:rPr>
        <w:t xml:space="preserve">[33:56] </w:t>
      </w:r>
      <w:r>
        <w:t>yeh kahin islam mein nahin hai.</w:t>
      </w:r>
    </w:p>
    <w:p>
      <w:pPr>
        <w:jc w:val="right"/>
      </w:pPr>
      <w:r>
        <w:t>یہ کہیں اسلام میں نہیں ہے۔</w:t>
      </w:r>
    </w:p>
    <w:p>
      <w:r>
        <w:rPr>
          <w:b/>
        </w:rPr>
        <w:t xml:space="preserve">[34:00] </w:t>
      </w:r>
      <w:r>
        <w:t>mister muhammad yusuf shah, kalgaon, srinagar se likha hai: "jamaat-e-islami ke log is aayat ko quote karte hain apne justification ke liye.</w:t>
      </w:r>
    </w:p>
    <w:p>
      <w:pPr>
        <w:jc w:val="right"/>
      </w:pPr>
      <w:r>
        <w:t>مسٹر محمد یوسف شاہ، کلگاؤں، سری نگر سے لکھا ہے: "جماعت اسلامی کے لوگ اس آیت کو quote کرتے ہیں اپنے justification کے لیے۔</w:t>
      </w:r>
    </w:p>
    <w:p>
      <w:r>
        <w:rPr>
          <w:b/>
        </w:rPr>
        <w:t xml:space="preserve">[34:10] </w:t>
      </w:r>
      <w:r>
        <w:t>woh aayat is tarah hai: 'jo log Allah ke hukum ke mutabiq faisla na karein, woh munkir hain.' is ke baray mein aap kya kahengay?"</w:t>
      </w:r>
    </w:p>
    <w:p>
      <w:pPr>
        <w:jc w:val="right"/>
      </w:pPr>
      <w:r>
        <w:t>وہ آیت اس طرح ہے: 'جو لوگ اللہ کے حکم کے مطابق فیصلہ نہ کریں، وہ منکر ہیں۔' اس کے بارے میں آپ کیا کہیں گے؟"</w:t>
      </w:r>
    </w:p>
    <w:p>
      <w:r>
        <w:rPr>
          <w:b/>
        </w:rPr>
        <w:t xml:space="preserve">[34:21] </w:t>
      </w:r>
      <w:r>
        <w:t>haan toh un par hai na? yeh kahan likha hai ke tum se faisla karwao? yeh kahan likha hua hai? yeh kahan likha hua hai bhai? jo na kare aisa toh woh woh fasiq hai aur zalim hai.</w:t>
      </w:r>
    </w:p>
    <w:p>
      <w:pPr>
        <w:jc w:val="right"/>
      </w:pPr>
      <w:r>
        <w:t>ہاں تو ان پر ہے نا؟ یہ کہاں لکھا ہے کہ تم سے فیصلہ کرواؤ؟ یہ کہاں لکھا ہوا ہے؟ یہ کہاں لکھا ہوا ہے بھئی؟ جو نہ کرے ایسا تو وہ وہ فاسق ہے اور ظالم ہے۔</w:t>
      </w:r>
    </w:p>
    <w:p>
      <w:r>
        <w:rPr>
          <w:b/>
        </w:rPr>
        <w:t xml:space="preserve">[34:33] </w:t>
      </w:r>
      <w:r>
        <w:t>yeh toh sahi hai. yaani pairvi toh nikli is mein se. nafaz kahan se nikla?</w:t>
      </w:r>
    </w:p>
    <w:p>
      <w:pPr>
        <w:jc w:val="right"/>
      </w:pPr>
      <w:r>
        <w:t>یہ تو صحیح ہے۔ یعنی پیروی تو نکلی اس میں سے۔ نفاذ کہاں سے نکلا؟</w:t>
      </w:r>
    </w:p>
    <w:p>
      <w:r>
        <w:rPr>
          <w:b/>
        </w:rPr>
        <w:t xml:space="preserve">[34:41] </w:t>
      </w:r>
      <w:r>
        <w:t>pairvi toh nikli na? agar mein kahoon ke jo aadmi apni zindagi mein Allah ke faislay ko na maanay, woh fasiq hai ya munkir hai, toh theek hai.</w:t>
      </w:r>
    </w:p>
    <w:p>
      <w:pPr>
        <w:jc w:val="right"/>
      </w:pPr>
      <w:r>
        <w:t>پیروی تو نکلی نا؟ اگر میں کہوں کہ جو آدمی اپنی زندگی میں اللہ کے فیصلے کو نہ مانے، وہ فاسق ہے یا منکر ہے، تو ٹھیک ہے۔</w:t>
      </w:r>
    </w:p>
    <w:p>
      <w:r>
        <w:rPr>
          <w:b/>
        </w:rPr>
        <w:t xml:space="preserve">[34:50] </w:t>
      </w:r>
      <w:r>
        <w:t>is aadmi ko pairvi karna chahiye. yeh kahan se nikla? kora maar maar ke sab ko pairvi karwao? yeh kahan nikla is mein se?</w:t>
      </w:r>
    </w:p>
    <w:p>
      <w:pPr>
        <w:jc w:val="right"/>
      </w:pPr>
      <w:r>
        <w:t>اس آدمی کو پیروی کرنا چاہیے۔ یہ کہاں سے نکلا؟ کوڑا مار مار کے سب کو پیروی کرواؤ؟ یہ کہاں نکلا اس میں سے؟</w:t>
      </w:r>
    </w:p>
    <w:p>
      <w:r>
        <w:rPr>
          <w:b/>
        </w:rPr>
        <w:t xml:space="preserve">[34:59] </w:t>
      </w:r>
      <w:r>
        <w:t>yeh kahan nikla? bataiye. kitni bari fallacy yeh hai.</w:t>
      </w:r>
    </w:p>
    <w:p>
      <w:pPr>
        <w:jc w:val="right"/>
      </w:pPr>
      <w:r>
        <w:t>یہ کہاں نکلا؟ بتائیے۔ کتنی بڑی فلیسی یہ ہے۔</w:t>
      </w:r>
    </w:p>
    <w:p>
      <w:r>
        <w:rPr>
          <w:b/>
        </w:rPr>
        <w:t xml:space="preserve">[35:07] </w:t>
      </w:r>
      <w:r>
        <w:t>kitni bari fallacy hai yeh.</w:t>
      </w:r>
    </w:p>
    <w:p>
      <w:pPr>
        <w:jc w:val="right"/>
      </w:pPr>
      <w:r>
        <w:t>کتنی بڑی فلیسی ہے یہ۔</w:t>
      </w:r>
    </w:p>
    <w:p>
      <w:r>
        <w:rPr>
          <w:b/>
        </w:rPr>
        <w:t xml:space="preserve">[35:13] </w:t>
      </w:r>
      <w:r>
        <w:t>toh achi tarah samajh lijiye ke is mein koi shakk nahi ke Allah taala ne jo deen bheja hai, us ka ta'alluq hamari poori zindagi se hai. yaani theek aaye, tab bhi kya ho?</w:t>
      </w:r>
    </w:p>
    <w:p>
      <w:pPr>
        <w:jc w:val="right"/>
      </w:pPr>
      <w:r>
        <w:t>تو اچھی طرح سمجھ لیجئے کہ اس میں کوئی شک نہیں کہ اللہ تعالی نے جو دین بھیجا ہے، اس کا تعلق ہماری پوری زندگی سے ہے۔ یعنی ٹھیک آئے، تب بھی کیا ہو؟</w:t>
      </w:r>
    </w:p>
    <w:p>
      <w:r>
        <w:rPr>
          <w:b/>
        </w:rPr>
        <w:t xml:space="preserve">[35:25] </w:t>
      </w:r>
      <w:r>
        <w:t>namaz namaz shuru karein, tab kaise shuru karein? khana khayein, tab kaise khayein? yeh sab ka ta'alluq is se hai.</w:t>
      </w:r>
    </w:p>
    <w:p>
      <w:pPr>
        <w:jc w:val="right"/>
      </w:pPr>
      <w:r>
        <w:t>نماز نماز شروع کریں، تب کیسے شروع کریں؟ کھانا کھائیں، تب کیسے کھائیں؟ یہ سب کا تعلق اس سے ہے۔</w:t>
      </w:r>
    </w:p>
    <w:p>
      <w:r>
        <w:rPr>
          <w:b/>
        </w:rPr>
        <w:t xml:space="preserve">[35:33] </w:t>
      </w:r>
      <w:r>
        <w:t>glass uthayein toh kaise haath se uthayein? is ko har cheez se hai. lekin is ka matlab nahi ke is ko nafaz karwao, implement karwao, kora maar maar ke sab ko pairvi karo.</w:t>
      </w:r>
    </w:p>
    <w:p>
      <w:pPr>
        <w:jc w:val="right"/>
      </w:pPr>
      <w:r>
        <w:t>گلاس اٹھائیں تو کیسے ہاتھ سے اٹھائیں؟ اس کو ہر چیز سے ہے۔ لیکن اس کا مطلب نہیں کہ اس کو نافذ کرواؤ، implement کرواؤ، کوڑا مار مار کے سب کو پیروی کرو۔</w:t>
      </w:r>
    </w:p>
    <w:p>
      <w:r>
        <w:rPr>
          <w:b/>
        </w:rPr>
        <w:t xml:space="preserve">[35:44] </w:t>
      </w:r>
      <w:r>
        <w:t>yeh yeh hai nahi.</w:t>
      </w:r>
    </w:p>
    <w:p>
      <w:pPr>
        <w:jc w:val="right"/>
      </w:pPr>
      <w:r>
        <w:t>یہ یہ ہے نہیں۔</w:t>
      </w:r>
    </w:p>
    <w:p>
      <w:r>
        <w:rPr>
          <w:b/>
        </w:rPr>
        <w:t xml:space="preserve">[35:48] </w:t>
      </w:r>
      <w:r>
        <w:t>quran mein dekhiye, bohat bohat hi saaf tor par hai.</w:t>
      </w:r>
    </w:p>
    <w:p>
      <w:pPr>
        <w:jc w:val="right"/>
      </w:pPr>
      <w:r>
        <w:t>قرآن میں دیکھیں، بہت بہت ہی صاف طور پر ہے۔</w:t>
      </w:r>
    </w:p>
    <w:p>
      <w:r>
        <w:rPr>
          <w:b/>
        </w:rPr>
        <w:t xml:space="preserve">[35:52] </w:t>
      </w:r>
      <w:r>
        <w:t>quran majeed mein aayat hai: 'inna arsalna rusulana bil bayyinati wanzalna ma'ahumul kitaba wal mizana liyqoomannasu bil qisti liyqoomannasu bil qisti' ka tarjuma hai ke log qaim hon qist par, log pairvi karein qist ki.</w:t>
      </w:r>
    </w:p>
    <w:p>
      <w:pPr>
        <w:jc w:val="right"/>
      </w:pPr>
      <w:r>
        <w:t>قرآن مجید میں آیت ہے: إِنَّا أَرْسَلْنَا رُسُلْنَا بِالْبَيِّنَاتِ وَانْزَلْنَا مَعَهُمْ الْكِتَابَ وَالْمِيزَانِ لِيَقُومَ النَّاسُ بِالْقِسْطِ لِيَقُومَ النَّاسُ بِالْقِسْطِ کا ترجمہ ہے کہ لوگ قائم ہوں قسط پر، لوگ پیروی کریں قسط کی۔</w:t>
      </w:r>
    </w:p>
    <w:p>
      <w:r>
        <w:rPr>
          <w:b/>
        </w:rPr>
        <w:t xml:space="preserve">[36:13] </w:t>
      </w:r>
      <w:r>
        <w:t>ab koi bhi tafseer dekh lijiye 'liyqoomannasu bil qisti' yaani khud mein pairvi karoon is ki. yeh nahi ke mein kora maar kar logon par qist ko nafaz karoon.</w:t>
      </w:r>
    </w:p>
    <w:p>
      <w:pPr>
        <w:jc w:val="right"/>
      </w:pPr>
      <w:r>
        <w:t>اب کوئی بھی تفسیر دیکھ لیجئے لِيَقُومَ النَّاسُ بِالْقِسْطِ یعنی خود میں پیروی کروں اس کی۔ یہ نہیں کہ میں کوڑا مار کر لوگوں پر قسط کو نافذ کروں۔</w:t>
      </w:r>
    </w:p>
    <w:p>
      <w:r>
        <w:rPr>
          <w:b/>
        </w:rPr>
        <w:t xml:space="preserve">[36:23] </w:t>
      </w:r>
      <w:r>
        <w:t>yeh kahin nahi hai. yaani lazim hai, mutaddi nahi hai. yeh passive hai, active nahi.</w:t>
      </w:r>
    </w:p>
    <w:p>
      <w:pPr>
        <w:jc w:val="right"/>
      </w:pPr>
      <w:r>
        <w:t>یہ کہیں نہیں ہے۔ یعنی لازم ہے، متعدی نہیں ہے۔ یہ passive ہے، active نہیں۔</w:t>
      </w:r>
    </w:p>
    <w:p>
      <w:r>
        <w:rPr>
          <w:b/>
        </w:rPr>
        <w:t xml:space="preserve">[36:33] </w:t>
      </w:r>
      <w:r>
        <w:t>'inna arsalna rusulana bil bayyinati wanzalna ma'ahumul kitaba wal mizana liyqoomannasu bil qisti' yaani hum ne rasool bheje aur kitab bheji aur ahkam bheje taake log qaim hon qist par, taake log pairvi karein qist ki.</w:t>
      </w:r>
    </w:p>
    <w:p>
      <w:pPr>
        <w:jc w:val="right"/>
      </w:pPr>
      <w:r>
        <w:t>إِنَّا أَرْسَلْنَا رُسُلْنَا بِالْبَيِّنَاتِ وَانْزَلْنَا مَعَهُمْ الْكِتَابَ وَالْمِيزَانِ لِيَقُومَ النَّاسُ بِالْقِسْطِ یعنی ہم نے رسول بھیجے اور کتاب بھیجی اور احکام بھیجے تاکہ لوگ قائم ہوں قسط پر، تاکہ لوگ پیروی کریں قسط کی۔</w:t>
      </w:r>
    </w:p>
    <w:p>
      <w:r>
        <w:rPr>
          <w:b/>
        </w:rPr>
        <w:t xml:space="preserve">[36:51] </w:t>
      </w:r>
      <w:r>
        <w:t>ek bohat hi sahi baat hai yeh, is mein koi shakk nahi. lekin yeh nahi ke larr kar hukoomat par qabza karoon mein aur qabza kar ke wahan se ek, yaani police aur fauj ke aur kora ke zor se nafaz karoon.</w:t>
      </w:r>
    </w:p>
    <w:p>
      <w:pPr>
        <w:jc w:val="right"/>
      </w:pPr>
      <w:r>
        <w:t>ایک بہت ہی صحیح بات ہے یہ، اس میں کوئی شک نہیں۔ لیکن یہ نہیں کہ لڑ کر حکومت پر قبضہ کروں میں اور قبضہ کر کے وہاں سے ایک، یعنی پولیس اور فوج کے اور کوڑا کے زور سے نافذ کروں۔</w:t>
      </w:r>
    </w:p>
    <w:p>
      <w:r>
        <w:rPr>
          <w:b/>
        </w:rPr>
        <w:t xml:space="preserve">[37:07] </w:t>
      </w:r>
      <w:r>
        <w:t>yeh kahan likha hua hai?</w:t>
      </w:r>
    </w:p>
    <w:p>
      <w:pPr>
        <w:jc w:val="right"/>
      </w:pPr>
      <w:r>
        <w:t>یہ کہاں لکھا ہوا ہے؟</w:t>
      </w:r>
    </w:p>
    <w:p>
      <w:r>
        <w:rPr>
          <w:b/>
        </w:rPr>
        <w:t xml:space="preserve">[37:09] </w:t>
      </w:r>
      <w:r>
        <w:t>yeh toh kahin nahi likha hua hai.</w:t>
      </w:r>
    </w:p>
    <w:p>
      <w:pPr>
        <w:jc w:val="right"/>
      </w:pPr>
      <w:r>
        <w:t>یہ تو کہیں نہیں لکھا ہوا ہے۔</w:t>
      </w:r>
    </w:p>
    <w:p>
      <w:r>
        <w:rPr>
          <w:b/>
        </w:rPr>
        <w:t xml:space="preserve">[37:13] </w:t>
      </w:r>
      <w:r>
        <w:t>toh pairvi qist hai, na ke nafaz qist. yaad rakhiye, is aayat mein jo hai pairvi qist hai, nafaz qist nahi hai.</w:t>
      </w:r>
    </w:p>
    <w:p>
      <w:pPr>
        <w:jc w:val="right"/>
      </w:pPr>
      <w:r>
        <w:t>تو پیروی قسط ہے، نہ کہ نفاذ قسط۔ یاد رکھیے، اس آیت میں جو ہے پیروی قسط ہے، نفاذ قسط نہیں ہے۔</w:t>
      </w:r>
    </w:p>
    <w:p>
      <w:r>
        <w:rPr>
          <w:b/>
        </w:rPr>
        <w:t xml:space="preserve">[37:25] </w:t>
      </w:r>
      <w:r>
        <w:t>yaani yaani justice ko follow karna hai, na ke justice ko implement karna. woh nahi hai. yeh sara fallacy hai, yeh sara mubalgha hai.</w:t>
      </w:r>
    </w:p>
    <w:p>
      <w:pPr>
        <w:jc w:val="right"/>
      </w:pPr>
      <w:r>
        <w:t>یعنی یعنی جسٹس کو فالو کرنا ہے، نہ کہ جسٹس کو implement کرنا۔ وہ نہیں ہے۔ یہ سارا فلیسی ہے، یہ سارا مبالغہ ہے۔</w:t>
      </w:r>
    </w:p>
    <w:p>
      <w:r>
        <w:rPr>
          <w:b/>
        </w:rPr>
        <w:t xml:space="preserve">[37:35] </w:t>
      </w:r>
      <w:r>
        <w:t>yeh woh hai.</w:t>
      </w:r>
    </w:p>
    <w:p>
      <w:pPr>
        <w:jc w:val="right"/>
      </w:pPr>
      <w:r>
        <w:t>یہ وہ ہے۔</w:t>
      </w:r>
    </w:p>
    <w:p>
      <w:r>
        <w:rPr>
          <w:b/>
        </w:rPr>
        <w:t xml:space="preserve">[37:41] </w:t>
      </w:r>
      <w:r>
        <w:t>chaliye.</w:t>
      </w:r>
    </w:p>
    <w:p>
      <w:pPr>
        <w:jc w:val="right"/>
      </w:pPr>
      <w:r>
        <w:t>چلیے۔</w:t>
      </w:r>
    </w:p>
    <w:p>
      <w:r>
        <w:rPr>
          <w:b/>
        </w:rPr>
        <w:t xml:space="preserve">[37:42] </w:t>
      </w:r>
      <w:r>
        <w:t>miss hassina sheikh ne kashmir, srinagar se likha hai: "Is covering of head desirable or obligatory?"</w:t>
      </w:r>
    </w:p>
    <w:p>
      <w:pPr>
        <w:jc w:val="right"/>
      </w:pPr>
      <w:r>
        <w:t>مس حسینہ شیخ نے کشمیر، سری نگر سے لکھا ہے: "Is covering of head desirable or obligatory?"</w:t>
      </w:r>
    </w:p>
    <w:p>
      <w:r>
        <w:rPr>
          <w:b/>
        </w:rPr>
        <w:t xml:space="preserve">[37:53] </w:t>
      </w:r>
      <w:r>
        <w:t>is ke bare mein dekhen, yeh masla hai. Aap ne is mein likha hai, meri kitab hai "khatoon e islam". Is mein ek first chapter hai parde ke upar.</w:t>
      </w:r>
    </w:p>
    <w:p>
      <w:pPr>
        <w:jc w:val="right"/>
      </w:pPr>
      <w:r>
        <w:t>اس کے بارے میں دیکھیں، یہ مسئلہ ہے۔ آپ میں نے اس میں لکھا ہے، میری کتاب ہے "خاتون اسلام"۔ اس میں ایک فرسٹ چیپٹر ہے پردے کے اوپر۔</w:t>
      </w:r>
    </w:p>
    <w:p>
      <w:r>
        <w:rPr>
          <w:b/>
        </w:rPr>
        <w:t xml:space="preserve">[38:04] </w:t>
      </w:r>
      <w:r>
        <w:t>Aap is ko parh lijiye, is mein sari baat aap ko maloom ho jayegi. "khatoon e islam" aap ko mil sakti hai yeh. Is mein ek first chapter isi par hai, parda islam mein.</w:t>
      </w:r>
    </w:p>
    <w:p>
      <w:pPr>
        <w:jc w:val="right"/>
      </w:pPr>
      <w:r>
        <w:t>آپ اس کو پڑھ لیجئے، اس میں ساری بات آپ کو معلوم ہو جائے گی۔ "خاتون اسلام" آپ کو مل سکتی ہے یہیں۔ اس میں ایک فرسٹ چیپٹر اسی پر ہے، پردہ اسلام میں۔</w:t>
      </w:r>
    </w:p>
    <w:p>
      <w:r>
        <w:rPr>
          <w:b/>
        </w:rPr>
        <w:t xml:space="preserve">[38:16] </w:t>
      </w:r>
      <w:r>
        <w:t>Mr. Mazhar ne dilli se likha hai: "Hadees mein aata hai ke ek musalman ke liye taqdeer par iman lana zaroori hai. Taqdeer par iman lane ka kya matlab hai?</w:t>
      </w:r>
    </w:p>
    <w:p>
      <w:pPr>
        <w:jc w:val="right"/>
      </w:pPr>
      <w:r>
        <w:t>مسٹر مظہر نے دلی سے لکھا ہے: "حدیث میں آتا ہے کہ ایک مسلم کے لیے تقدیر پر ایمان لانا ضروری ہے۔ تقدیر پر ایمان لانے کا کیا مطلب ہے؟</w:t>
      </w:r>
    </w:p>
    <w:p>
      <w:r>
        <w:rPr>
          <w:b/>
        </w:rPr>
        <w:t xml:space="preserve">[38:28] </w:t>
      </w:r>
      <w:r>
        <w:t>Taqdeer kya hai? Agar aap ne taqdeer par koi book likhi hai to is ka naam bhi batayen."</w:t>
      </w:r>
    </w:p>
    <w:p>
      <w:pPr>
        <w:jc w:val="right"/>
      </w:pPr>
      <w:r>
        <w:t>تقدیر کیا ہے؟ اگر آپ نے تقدیر پر کوئی بک لکھی ہے تو اس کا نام بھی بتائیں۔"</w:t>
      </w:r>
    </w:p>
    <w:p>
      <w:r>
        <w:rPr>
          <w:b/>
        </w:rPr>
        <w:t xml:space="preserve">[38:35] </w:t>
      </w:r>
      <w:r>
        <w:t>Haan, book to nahi hai, lekin is par likha hai Al-Risala mein. Is ko aap parhiye. Aap ko yaad hai woh jis mein hum ne likha hai ke infrastructure wali baat aur azadi ke istemal wali baat.</w:t>
      </w:r>
    </w:p>
    <w:p>
      <w:pPr>
        <w:jc w:val="right"/>
      </w:pPr>
      <w:r>
        <w:t>ہاں، بک تو نہیں ہے، لیکن اس پر لکھا ہے من الرسالہ میں۔ اس کو آپ پڑھئے۔ آپ کو یاد ہے وہ جس میں ہم نے لکھا ہے کہ انفراسٹرکچر والی بات اور آزادی کے استعمال والی بات۔</w:t>
      </w:r>
    </w:p>
    <w:p>
      <w:r>
        <w:rPr>
          <w:b/>
        </w:rPr>
        <w:t xml:space="preserve">[38:51] </w:t>
      </w:r>
      <w:r>
        <w:t>Al-Risala mein kai baar</w:t>
      </w:r>
    </w:p>
    <w:p>
      <w:pPr>
        <w:jc w:val="right"/>
      </w:pPr>
      <w:r>
        <w:t>الرسالہ میں کئی بار</w:t>
      </w:r>
    </w:p>
    <w:p>
      <w:r>
        <w:rPr>
          <w:b/>
        </w:rPr>
        <w:t xml:space="preserve">[38:53] </w:t>
      </w:r>
      <w:r>
        <w:t>aaya hai? Kai baar. Al-Risala mein kai baar aa chuka hai yeh baat, taqdeer ka masla. Aur bohat hi wazahat ke sath. Is ko aap parh lijiye.</w:t>
      </w:r>
    </w:p>
    <w:p>
      <w:pPr>
        <w:jc w:val="right"/>
      </w:pPr>
      <w:r>
        <w:t>آیا ہے؟ کئی بار۔ الرسالہ میں کئی بار آ چکا ہے یہ بات، تقدیر کا مسئلہ۔ اور بہت ہی وضاحت کے ساتھ۔ اس کو آپ پڑھ لیجئے۔</w:t>
      </w:r>
    </w:p>
    <w:p>
      <w:r>
        <w:rPr>
          <w:b/>
        </w:rPr>
        <w:t xml:space="preserve">[39:03] </w:t>
      </w:r>
      <w:r>
        <w:t>Agar aap ko yani mutayyan hawala darkar ho to aap mere pas khat likhen to bata diya jayega. To aap khat likhen, inshallah aap ko mutayyan hawala bata diya jayega.</w:t>
      </w:r>
    </w:p>
    <w:p>
      <w:pPr>
        <w:jc w:val="right"/>
      </w:pPr>
      <w:r>
        <w:t>اگر آپ کو یعنی متعین حوالہ درکار ہو تو آپ میرے پاس خط لکھیں تو بتا دیا جائے گا۔ تو آپ خط لکھیں، انشاءاللہ آپ کو متعین حوالہ بتا دیا جائے گا۔</w:t>
      </w:r>
    </w:p>
    <w:p>
      <w:r>
        <w:rPr>
          <w:b/>
        </w:rPr>
        <w:t xml:space="preserve">[39:16] </w:t>
      </w:r>
      <w:r>
        <w:t>Mr. Bilal Ahmed Tantray ne Srinagar se likha hai: "Islam mein jang ke baad ghanimat ke taur par hasil hone wali auraton ko khadim banane ka hukum hai.</w:t>
      </w:r>
    </w:p>
    <w:p>
      <w:pPr>
        <w:jc w:val="right"/>
      </w:pPr>
      <w:r>
        <w:t>مسٹر بلال احمد تانتری نے سری نگر سے لکھا ہے: "اسلام میں جنگ کے بعد غنیمت کے طور پر حاصل ہونے والی عورتوں کو خادم بنانے کا حکم دیا ہے۔</w:t>
      </w:r>
    </w:p>
    <w:p>
      <w:r>
        <w:rPr>
          <w:b/>
        </w:rPr>
        <w:t xml:space="preserve">[39:30] </w:t>
      </w:r>
      <w:r>
        <w:t>Kya yeh auraton par zulm nahi</w:t>
      </w:r>
    </w:p>
    <w:p>
      <w:pPr>
        <w:jc w:val="right"/>
      </w:pPr>
      <w:r>
        <w:t>کیا یہ عورتوں پر ظلم نہیں</w:t>
      </w:r>
    </w:p>
    <w:p>
      <w:r>
        <w:rPr>
          <w:b/>
        </w:rPr>
        <w:t xml:space="preserve">[39:33] </w:t>
      </w:r>
      <w:r>
        <w:t>?" Nahi, yeh masla aisa nahi hai. Yeh jis tarike se aap ne farmaya hai, yeh ek alag hai masla.</w:t>
      </w:r>
    </w:p>
    <w:p>
      <w:pPr>
        <w:jc w:val="right"/>
      </w:pPr>
      <w:r>
        <w:t>؟" نہیں، یہ مسئلہ ایسا نہیں ہے۔ یہ جس طریقے سے آپ نے فرمایا ہے، یہ ایک الگ ہے مسئلہ۔</w:t>
      </w:r>
    </w:p>
    <w:p>
      <w:r>
        <w:rPr>
          <w:b/>
        </w:rPr>
        <w:t xml:space="preserve">[39:42] </w:t>
      </w:r>
      <w:r>
        <w:t>Aur is ko samajhne ke liye aap is ko parhiye, in ayaton ko aur in kitabon ko. Aisa hargiz nahi hai.</w:t>
      </w:r>
    </w:p>
    <w:p>
      <w:pPr>
        <w:jc w:val="right"/>
      </w:pPr>
      <w:r>
        <w:t>اور اس کو سمجھنے کے لیے آپ اس کو پڑھیے، ان آیتوں کو اور ان کتابوں کو۔ ایسا ہرگز نہیں ہے۔</w:t>
      </w:r>
    </w:p>
    <w:p>
      <w:r>
        <w:rPr>
          <w:b/>
        </w:rPr>
        <w:t xml:space="preserve">[39:52] </w:t>
      </w:r>
      <w:r>
        <w:t>Mr. Zubair Shah ne likha hai dilli se: "Apne hathon apne aap ko halak mat karo." "Moulana, you often quote this verse to prove that fedayin concept is false.</w:t>
      </w:r>
    </w:p>
    <w:p>
      <w:pPr>
        <w:jc w:val="right"/>
      </w:pPr>
      <w:r>
        <w:t>مسٹر زبیر شاہ نے لکھا ہے دلی سے: "اپنے ہاتھوں اپنے آپ کو ہلاک مت کرو۔" "Moulana, you often quote this verse to prove that fedayin concept is false.</w:t>
      </w:r>
    </w:p>
    <w:p>
      <w:r>
        <w:rPr>
          <w:b/>
        </w:rPr>
        <w:t xml:space="preserve">[40:06] </w:t>
      </w:r>
      <w:r>
        <w:t>But in Tafsir Ibn Kathir, when Sahaba were asked about this verse, they said it does not mean fighting bravely.</w:t>
      </w:r>
    </w:p>
    <w:p>
      <w:pPr>
        <w:jc w:val="right"/>
      </w:pPr>
      <w:r>
        <w:t>But in Tafsir Ibn Kathir, when Sahaba were asked about this verse, they said it does not mean fighting bravely.</w:t>
      </w:r>
    </w:p>
    <w:p>
      <w:r>
        <w:rPr>
          <w:b/>
        </w:rPr>
        <w:t xml:space="preserve">[40:17] </w:t>
      </w:r>
      <w:r>
        <w:t>A person can attack hundred people</w:t>
      </w:r>
    </w:p>
    <w:p>
      <w:pPr>
        <w:jc w:val="right"/>
      </w:pPr>
      <w:r>
        <w:t>A person can attack hundred people</w:t>
      </w:r>
    </w:p>
    <w:p>
      <w:r>
        <w:rPr>
          <w:b/>
        </w:rPr>
        <w:t xml:space="preserve">[40:20] </w:t>
      </w:r>
      <w:r>
        <w:t>. Instead, this verse refers to donating money in the way of Allah." What</w:t>
      </w:r>
    </w:p>
    <w:p>
      <w:pPr>
        <w:jc w:val="right"/>
      </w:pPr>
      <w:r>
        <w:t>. Instead, this verse refers to donating money in the way of Allah." What</w:t>
      </w:r>
    </w:p>
    <w:p>
      <w:r>
        <w:rPr>
          <w:b/>
        </w:rPr>
        <w:t xml:space="preserve">[40:26] </w:t>
      </w:r>
      <w:r>
        <w:t>is your comment? Haan, woh is ayat ko mein ne kabhi nahi quote kiya. Yeh galat meri taraf mein hai. La tulqoo bi aydikum ila at-tahlukah mein is ayat se nahi nikalta hua.</w:t>
      </w:r>
    </w:p>
    <w:p>
      <w:pPr>
        <w:jc w:val="right"/>
      </w:pPr>
      <w:r>
        <w:t>is your comment? ہاں، وہ اس آیت کو میں نے کبھی نہیں quote کیا۔ یہ غلط میری طرف میں ہے۔ لا تُهْلُقُوا بَيْدِكُمْ اِلَى التَّهْلُقَ میں اس آیت سے نہیں نکالتا ہوا۔</w:t>
      </w:r>
    </w:p>
    <w:p>
      <w:r>
        <w:rPr>
          <w:b/>
        </w:rPr>
        <w:t xml:space="preserve">[40:36] </w:t>
      </w:r>
      <w:r>
        <w:t>La tulqoo bi aydikum ila at-tahlukah yeh galat aap ne quote kiya mujhe. Mein yeh kehta hoon ke yeh jo log lad rahe hain idhar udhar, in ko haq hi nahi ladne ka. Hukumat lade, aap kyun lad rahe hain?</w:t>
      </w:r>
    </w:p>
    <w:p>
      <w:pPr>
        <w:jc w:val="right"/>
      </w:pPr>
      <w:r>
        <w:t>لا تُهْلُقُوا بَيْدِكُمْ اِلَى التَّهْلُقَ یہ غلط آپ نے quote کیا مجھے۔ میں یہ کہتا ہوں کہ یہ جو لوگ لڑ رہے ہیں ادھر ادھر، ان کو حق ہی نہیں لڑنے کا۔ حکومت لڑے، آپ کیوں لڑ رہے ہیں؟</w:t>
      </w:r>
    </w:p>
    <w:p>
      <w:r>
        <w:rPr>
          <w:b/>
        </w:rPr>
        <w:t xml:space="preserve">[40:45] </w:t>
      </w:r>
      <w:r>
        <w:t>Mein yeh kehta hoon.</w:t>
      </w:r>
    </w:p>
    <w:p>
      <w:pPr>
        <w:jc w:val="right"/>
      </w:pPr>
      <w:r>
        <w:t>میں یہ کہتا ہوں۔</w:t>
      </w:r>
    </w:p>
    <w:p>
      <w:r>
        <w:rPr>
          <w:b/>
        </w:rPr>
        <w:t xml:space="preserve">[40:47] </w:t>
      </w:r>
      <w:r>
        <w:t>Is ayat ka matlab mein janta hoon ke kya hai. Is ayat se mein ne kabhi hawala kiya diya hai. La tulqoo bi aydikum ila at-tahlukah woh alag cheez hai woh.</w:t>
      </w:r>
    </w:p>
    <w:p>
      <w:pPr>
        <w:jc w:val="right"/>
      </w:pPr>
      <w:r>
        <w:t>اس آیت کا مطلب میں جانتا ہوں کہ کیا ہے۔ اس آیت سے میں نے کبھی حوالہ کیا دیا ہے۔ لا تُهْلُقُوا بَيْدِكُمْ اِلَى التَّهْلُقَ وہ الگ چیز ہے وہ۔</w:t>
      </w:r>
    </w:p>
    <w:p>
      <w:r>
        <w:rPr>
          <w:b/>
        </w:rPr>
        <w:t xml:space="preserve">[40:57] </w:t>
      </w:r>
      <w:r>
        <w:t>Yeh bilashuba najayez hai ke log awam khud hi ladne lagen. Is mein haram, is ke najayez mein koi shakk hi nahi.</w:t>
      </w:r>
    </w:p>
    <w:p>
      <w:pPr>
        <w:jc w:val="right"/>
      </w:pPr>
      <w:r>
        <w:t>یہ بلاشبہ ناجائز ہے کہ لوگ عوام خود ہی لڑنے لگیں۔ اس میں حرام، اس کے ناجائز میں کوئی شک ہی نہیں۔</w:t>
      </w:r>
    </w:p>
    <w:p>
      <w:r>
        <w:rPr>
          <w:b/>
        </w:rPr>
        <w:t xml:space="preserve">[41:07] </w:t>
      </w:r>
      <w:r>
        <w:t>Aur jahan tak muslim hukumat se ladne ki baat hai to woh to haram baqayeda hai. Aap woh parh lijiye Sahih Muslim mein jo Nabvi ki jo sharah hai, us mein Imam Nabvi likhte hain ke agar aap ko hukumran se ikhtilaf hai to fa-baynaka wa baynahu</w:t>
      </w:r>
    </w:p>
    <w:p>
      <w:pPr>
        <w:jc w:val="right"/>
      </w:pPr>
      <w:r>
        <w:t>اور جہاں تک مسلم حکومت سے لڑنے کی بات ہے تو وہ تو حرام باقاعدہ ہے۔ آپ وہ پڑھ لیجئے صحیح مسلم میں جو نبوی کی جو شرح ہے، اس میں امام نبوی لکھتے ہیں کہ اگر آپ کو حکمراں سے اختلاف ہے تو فَفِيمَا بَيْنَكَ وَبَيْنَهُ</w:t>
      </w:r>
    </w:p>
    <w:p>
      <w:r>
        <w:rPr>
          <w:b/>
        </w:rPr>
        <w:t xml:space="preserve">[41:29] </w:t>
      </w:r>
      <w:r>
        <w:t>yani akele baith ke is ko mashwara dijiye, naseehat kijiye. Fa-baynaka wa baynahu yani person to person, person to person.</w:t>
      </w:r>
    </w:p>
    <w:p>
      <w:pPr>
        <w:jc w:val="right"/>
      </w:pPr>
      <w:r>
        <w:t>یعنی اکیلے بیٹھ کے اس کو مشورہ دیجئے، نصیحت کیجئے۔ فَفِيمَا بَيْنَكَ وَبَيْنَهُ یعنی person to person، person to person۔</w:t>
      </w:r>
    </w:p>
    <w:p>
      <w:r>
        <w:rPr>
          <w:b/>
        </w:rPr>
        <w:t xml:space="preserve">[41:38] </w:t>
      </w:r>
      <w:r>
        <w:t>Wa amma al-khuruj alayhim fa-haramun bi ijma al-muslimeen wa law kanoo fasaqaa wa law kanoo zaleemeen</w:t>
      </w:r>
    </w:p>
    <w:p>
      <w:pPr>
        <w:jc w:val="right"/>
      </w:pPr>
      <w:r>
        <w:t>وَعَمَّ الْخُرُوجُ عَلَيْهِمْ فَحَرَامٌ بِإِجْمَاءِ الْمُسْلِمِينَ وَلَوْ كَانُوا فَسَقَاءً وَلَوْ كَانُوا ظَالِمِينَ</w:t>
      </w:r>
    </w:p>
    <w:p>
      <w:r>
        <w:rPr>
          <w:b/>
        </w:rPr>
        <w:t xml:space="preserve">[41:45] </w:t>
      </w:r>
      <w:r>
        <w:t>To yeh to haram hai bilkul. Bil-at-tefaq woh log lad rahe hain aur woh ayat ko quote karte hain. Is ko aap parhiye, aap tafseel se.</w:t>
      </w:r>
    </w:p>
    <w:p>
      <w:pPr>
        <w:jc w:val="right"/>
      </w:pPr>
      <w:r>
        <w:t>تو یہ تو حرام ہے بالکل۔ بالاتفاق وہ لوگ لڑ رہے ہیں اور وہ آیت کو quote کرتے ہیں۔ اس کو آپ پڑھیے، آپ تفصیل سے۔</w:t>
      </w:r>
    </w:p>
    <w:p>
      <w:r>
        <w:rPr>
          <w:b/>
        </w:rPr>
        <w:t xml:space="preserve">[41:55] </w:t>
      </w:r>
      <w:r>
        <w:t>bohat ziyada mein ne likha hai is ke upar, in mawzuat par. in ko parh lijiye, phir sawal kijiye. baghair parhe hue sawal nahi karna chahiye.</w:t>
      </w:r>
    </w:p>
    <w:p>
      <w:pPr>
        <w:jc w:val="right"/>
      </w:pPr>
      <w:r>
        <w:t>بہت زیادہ میں نے لکھا ہے اس کے اوپر، ان موضوعات پر۔ ان کو پڑھ لیجئے، پھر سوال کیجئے۔ بغیر پڑھے ہوئے سوال نہیں کرنا چاہیے۔</w:t>
      </w:r>
    </w:p>
    <w:p>
      <w:r>
        <w:rPr>
          <w:b/>
        </w:rPr>
        <w:t xml:space="preserve">[42:05] </w:t>
      </w:r>
      <w:r>
        <w:t>mister shah imran hasan ne dilli se likha hai: "aap musalmanon ko, aap musalmanon ka rajneeti se alag rehne ko keh rahe hain.</w:t>
      </w:r>
    </w:p>
    <w:p>
      <w:pPr>
        <w:jc w:val="right"/>
      </w:pPr>
      <w:r>
        <w:t>مسٹر شاہ عمران حسن نے دلی سے لکھا ہے: "آپ مسلمانوں کو، آپ مسلمانوں کا راجنیتی سے الگ رہنے کو کہہ رہے ہیں۔</w:t>
      </w:r>
    </w:p>
    <w:p>
      <w:r>
        <w:rPr>
          <w:b/>
        </w:rPr>
        <w:t xml:space="preserve">[42:16] </w:t>
      </w:r>
      <w:r>
        <w:t>jabke ek muslim shair ne kaha hai: 'juda ho deen siyasat se to reh jati hai changizi.' is ke bare</w:t>
      </w:r>
    </w:p>
    <w:p>
      <w:pPr>
        <w:jc w:val="right"/>
      </w:pPr>
      <w:r>
        <w:t>جبکہ ایک مسلم شاعر نے کہا ہے: 'جدا ہو دین سیاست سے تو رہ جاتی ہے چنگیزی۔' اس کے بارے</w:t>
      </w:r>
    </w:p>
    <w:p>
      <w:r>
        <w:rPr>
          <w:b/>
        </w:rPr>
        <w:t xml:space="preserve">[42:25] </w:t>
      </w:r>
      <w:r>
        <w:t>mein aap kya kahenge?" kya woh shair paighambar thay? hain? yeh pehle sabit kijiye ke woh shair paighambar thay. phir sawal kijiye. quran mein to hai ashharahu attaba'ahu al-qawlu quran mein hai ke ashharahu attaba'ahu al-qawlu</w:t>
      </w:r>
    </w:p>
    <w:p>
      <w:pPr>
        <w:jc w:val="right"/>
      </w:pPr>
      <w:r>
        <w:t>میں آپ کیا کہیں گے؟" کیا وہ شاعر پیغمبر تھے؟ ہیں؟ یہ پہلے ثابت کیجئے کہ وہ شاعر پیغمبر تھے۔ پھر سوال کیجئے۔ قرآن میں تو ہے اشْهَرَهُ أَتَّبَعُهُ الْقَوْلُ قرآن میں ہے کہ اشْهَرَهُ أَتَّبَعُهُ الْقَوْلُ</w:t>
      </w:r>
    </w:p>
    <w:p>
      <w:r>
        <w:rPr>
          <w:b/>
        </w:rPr>
        <w:t xml:space="preserve">[42:42] </w:t>
      </w:r>
      <w:r>
        <w:t>alam tara annahum fi kulli wadin yahibuna to shair ka hawala? yani musalmanon ki aqal mehram ke kahan chali gayi hai ke shair ka hawala dete hain?</w:t>
      </w:r>
    </w:p>
    <w:p>
      <w:pPr>
        <w:jc w:val="right"/>
      </w:pPr>
      <w:r>
        <w:t>أَلَمْ تُرَى أَنَّهُمْ فِي كُلِّ وَادٍ يَهِبُونَ تو شاعر کا حوالہ؟ یعنی مسلمانوں کی عقل محرم کے کہاں چلی گئی ہے کہ شاعر کا حوالہ دیتے ہیں؟</w:t>
      </w:r>
    </w:p>
    <w:p>
      <w:r>
        <w:rPr>
          <w:b/>
        </w:rPr>
        <w:t xml:space="preserve">[42:53] </w:t>
      </w:r>
      <w:r>
        <w:t>yani shair se kya sabit ho jayega? yani shair se kya sabit ho jayega?</w:t>
      </w:r>
    </w:p>
    <w:p>
      <w:pPr>
        <w:jc w:val="right"/>
      </w:pPr>
      <w:r>
        <w:t>یعنی شاعر سے کیا ثابت ہو جائے گا؟ یعنی شاعر سے کیا ثابت ہو جائے گا؟</w:t>
      </w:r>
    </w:p>
    <w:p>
      <w:r>
        <w:rPr>
          <w:b/>
        </w:rPr>
        <w:t xml:space="preserve">[43:00] </w:t>
      </w:r>
      <w:r>
        <w:t>quran laiye, hadith laiye. itni zabardast ayat quran mein hai to ashharahu attaba'ahu al-qawlu alam tara annahum fi kulli wadin yahibuna aur sare sahaba jo thay, jahiliyat daur mein shairi hi thi.</w:t>
      </w:r>
    </w:p>
    <w:p>
      <w:pPr>
        <w:jc w:val="right"/>
      </w:pPr>
      <w:r>
        <w:t>قرآن لائیے، حدیث لائیے۔ اتنی زبردست آیت قرآن میں ہے تو اشْهَرَهُ أَتَّبَعُهُ الْقَوْلُ أَلَمْ تُرَى أَنَّهُمْ فِي كُلِّ وَادٍ يَهِبُونَ اور سارے صحابہ جو تھے، جاہلیت دور میں شاعری ہی تھے۔</w:t>
      </w:r>
    </w:p>
    <w:p>
      <w:r>
        <w:rPr>
          <w:b/>
        </w:rPr>
        <w:t xml:space="preserve">[43:14] </w:t>
      </w:r>
      <w:r>
        <w:t>wahan to shairi kaam riwaj tha. sab ne shairi chhod di.</w:t>
      </w:r>
    </w:p>
    <w:p>
      <w:pPr>
        <w:jc w:val="right"/>
      </w:pPr>
      <w:r>
        <w:t>وہاں تو شاعری کام رواج تھا۔ سب نے شاعری چھوڑ دی۔</w:t>
      </w:r>
    </w:p>
    <w:p>
      <w:r>
        <w:rPr>
          <w:b/>
        </w:rPr>
        <w:t xml:space="preserve">[43:18] </w:t>
      </w:r>
      <w:r>
        <w:t>to shairi koi karne ki cheez hai? shairi koi karne ki cheez hi nahi hai. aur is ka, is ka refer karna, is ko ke aur bhi ahmaqat hai.</w:t>
      </w:r>
    </w:p>
    <w:p>
      <w:pPr>
        <w:jc w:val="right"/>
      </w:pPr>
      <w:r>
        <w:t>تو شاعری کوئی کرنے کی چیز ہے؟ شاعری کوئی کرنے کی چیز ہی نہیں ہے۔ اور اس کا، اس کا ریفر کرنا، اس کو کہ اور بھی احمقت ہے۔</w:t>
      </w:r>
    </w:p>
    <w:p>
      <w:r>
        <w:rPr>
          <w:b/>
        </w:rPr>
        <w:t xml:space="preserve">[43:31] </w:t>
      </w:r>
      <w:r>
        <w:t>aur bhi ahmaqat ki baat hai. yani kisi shair se aksar aisa hota hai ke log shair parhte hain, likhte hain ke shair padh diya to baat sabit ho gayi.</w:t>
      </w:r>
    </w:p>
    <w:p>
      <w:pPr>
        <w:jc w:val="right"/>
      </w:pPr>
      <w:r>
        <w:t>اور بھی احمقت کی بات ہے۔ یعنی کسی شعر سے اکثر ایسا ہوتا ہے کہ لوگ شعر پڑھتے ہیں، لکھتے ہیں کہ شعر پڑھ دیا تو بات ثابت ہو گئی۔</w:t>
      </w:r>
    </w:p>
    <w:p>
      <w:r>
        <w:rPr>
          <w:b/>
        </w:rPr>
        <w:t xml:space="preserve">[43:40] </w:t>
      </w:r>
      <w:r>
        <w:t>bhai, baat sabit hoti hai ayat se, hadith se. shair se kaise sabit ho jayegi baat?</w:t>
      </w:r>
    </w:p>
    <w:p>
      <w:pPr>
        <w:jc w:val="right"/>
      </w:pPr>
      <w:r>
        <w:t>بھئی، بات ثابت ہوتی ہے آیت سے، حدیث سے۔ شعر سے کیسے ثابت ہو جائے گی بات؟</w:t>
      </w:r>
    </w:p>
    <w:p>
      <w:r>
        <w:rPr>
          <w:b/>
        </w:rPr>
        <w:t xml:space="preserve">[43:52] </w:t>
      </w:r>
      <w:r>
        <w:t>baqi ek mein jo kehta hoon, woh woh kis bare mein kehta hoon, woh bhi sun lijiye. mein kehta hoon ke yeh takrao ki policy jo hai, bilkul galat hai.</w:t>
      </w:r>
    </w:p>
    <w:p>
      <w:pPr>
        <w:jc w:val="right"/>
      </w:pPr>
      <w:r>
        <w:t>باقی ایک میں جو کہتا ہوں، وہ وہ کس بارے میں کہتا ہوں، وہ بھی سن لیجئے۔ میں کہتا ہوں کہ یہ ٹکراؤ کی پالیسی جو ہے، بالکل غلط ہے۔</w:t>
      </w:r>
    </w:p>
    <w:p>
      <w:r>
        <w:rPr>
          <w:b/>
        </w:rPr>
        <w:t xml:space="preserve">[44:02] </w:t>
      </w:r>
      <w:r>
        <w:t>is se kuch milta julta nahi. musalmanon ko chahiye ke jo zamane ko samjhein. yeh zamana jo hai, opportunities ka zamana hai, azadi ka zamana hai, democracy ka zamana hai.</w:t>
      </w:r>
    </w:p>
    <w:p>
      <w:pPr>
        <w:jc w:val="right"/>
      </w:pPr>
      <w:r>
        <w:t>اس سے کچھ ملتا جلتا نہیں۔ مسلمانوں کو چاہیے کہ جو زمانے کو سمجھیں۔ یہ زمانہ جو ہے، اپرچونیٹیز کا زمانہ ہے، آزادی کا زمانہ ہے، ڈیموکریسی کا زمانہ ہے۔</w:t>
      </w:r>
    </w:p>
    <w:p>
      <w:r>
        <w:rPr>
          <w:b/>
        </w:rPr>
        <w:t xml:space="preserve">[44:13] </w:t>
      </w:r>
      <w:r>
        <w:t>decentralization of politics ka zamana hai. yeh bohat bari baat jo musalman nahi jante ke zamana jo hai, decentralization of politics ka zamana hai. sab kuch khol diya hai Allah taala ne.</w:t>
      </w:r>
    </w:p>
    <w:p>
      <w:pPr>
        <w:jc w:val="right"/>
      </w:pPr>
      <w:r>
        <w:t>ڈی سینٹرلائزیشن آف پولیٹکس کا زمانہ ہے۔ یہ بہت بڑی بات جو مسلمان نہیں جانتے کہ زمانہ جو ہے، ڈی سینٹرلائزیشن آف پولیٹکس کا زمانہ ہے۔ سب کچھ کھول دیا ہے اللہ تعالی نے۔</w:t>
      </w:r>
    </w:p>
    <w:p>
      <w:r>
        <w:rPr>
          <w:b/>
        </w:rPr>
        <w:t xml:space="preserve">[44:25] </w:t>
      </w:r>
      <w:r>
        <w:t>ab hukumat se ladne ki kya? ladna kya karna hai? jaise yeh kaam hum jo kar rahe hain yahan par, yeh pehle zamane mein nahi kar sakte thay. aap</w:t>
      </w:r>
    </w:p>
    <w:p>
      <w:pPr>
        <w:jc w:val="right"/>
      </w:pPr>
      <w:r>
        <w:t>اب حکومت سے لڑنے کی کیا؟ لڑنا کیا کرنا ہے؟ جیسے یہ کام ہم جو کر رہے ہیں یہاں پر، یہ پہلے زمانے میں نہیں کر سکتے تھے۔ آپ</w:t>
      </w:r>
    </w:p>
    <w:p>
      <w:r>
        <w:rPr>
          <w:b/>
        </w:rPr>
        <w:t xml:space="preserve">[44:32] </w:t>
      </w:r>
      <w:r>
        <w:t>kingship ke zamane mein, badshah ke zamane mein yeh nahi ho sakta tha. ab khoob khullam khulla hum kar rahe hain, koi rok nahi, koi koi pakad dhakad nahi, kuch bhi nahi.</w:t>
      </w:r>
    </w:p>
    <w:p>
      <w:pPr>
        <w:jc w:val="right"/>
      </w:pPr>
      <w:r>
        <w:t>کنگ شپ کے زمانے میں، بادشاہ کے زمانے میں یہ نہیں ہو سکتا تھا۔ اب خوب کھلم کھلا ہم کر رہے ہیں، کوئی روک نہیں، کوئی کوئی پکڑ دھکڑ نہیں، کچھ بھی نہیں۔</w:t>
      </w:r>
    </w:p>
    <w:p>
      <w:r>
        <w:rPr>
          <w:b/>
        </w:rPr>
        <w:t xml:space="preserve">[44:43] </w:t>
      </w:r>
      <w:r>
        <w:t>to sare mawaqe khul gaye hain, in ka avail kijiye. ab ladna kis liye? ladna kis liye?</w:t>
      </w:r>
    </w:p>
    <w:p>
      <w:pPr>
        <w:jc w:val="right"/>
      </w:pPr>
      <w:r>
        <w:t>تو سارے مواقع کھل گئے ہیں، ان کا اویل کیجئے۔ اب لڑنا کس لئے؟ لڑنا کس لئے؟</w:t>
      </w:r>
    </w:p>
    <w:p>
      <w:r>
        <w:rPr>
          <w:b/>
        </w:rPr>
        <w:t xml:space="preserve">[44:49] </w:t>
      </w:r>
      <w:r>
        <w:t>ab ladna to hum bewakoofi ka kaam hai.</w:t>
      </w:r>
    </w:p>
    <w:p>
      <w:pPr>
        <w:jc w:val="right"/>
      </w:pPr>
      <w:r>
        <w:t>اب لڑنا تو ہم بیوقوفی کا کام ہے۔</w:t>
      </w:r>
    </w:p>
    <w:p>
      <w:r>
        <w:rPr>
          <w:b/>
        </w:rPr>
        <w:t xml:space="preserve">[44:54] </w:t>
      </w:r>
      <w:r>
        <w:t>chaliye.</w:t>
      </w:r>
    </w:p>
    <w:p>
      <w:pPr>
        <w:jc w:val="right"/>
      </w:pPr>
      <w:r>
        <w:t>چلیے۔</w:t>
      </w:r>
    </w:p>
    <w:p>
      <w:r>
        <w:rPr>
          <w:b/>
        </w:rPr>
        <w:t xml:space="preserve">[44:55] </w:t>
      </w:r>
      <w:r>
        <w:t>maulana amanullah riyazi ne dilli se likha hai: "Allah se ta'alluq kya hai? apne tajrube ki roshni mein batayein."</w:t>
      </w:r>
    </w:p>
    <w:p>
      <w:pPr>
        <w:jc w:val="right"/>
      </w:pPr>
      <w:r>
        <w:t>مولانا امان اللہ ریاضی نے دلی سے لکھا ہے: "اللہ سے تعلق کیا ہے؟ اپنے تجربے کی روشنی میں بتائیں۔"</w:t>
      </w:r>
    </w:p>
    <w:p>
      <w:r>
        <w:rPr>
          <w:b/>
        </w:rPr>
        <w:t xml:space="preserve">[45:06] </w:t>
      </w:r>
      <w:r>
        <w:t>dekhiye, quran majeed mein Allah se ta'alluq ke bare mein dekhiye, ek ayat hai alladhi naz'a dhukra Allahi wajalati qulubuhu ke Allah ka zikr aaye to aap ke dil dahal uthein.</w:t>
      </w:r>
    </w:p>
    <w:p>
      <w:pPr>
        <w:jc w:val="right"/>
      </w:pPr>
      <w:r>
        <w:t>دیکھیے، قرآن مجید میں اللہ سے تعلق کے بارے میں دیکھیے، ایک آیت ہے الَّذِي نَزَعَ ذُكْرِ اللَّهِ وَجَلَتْ قُلُوبُهُ کہ اللہ کا ذکر آئے تو آپ کے دل دہل اٹھیں۔</w:t>
      </w:r>
    </w:p>
    <w:p>
      <w:r>
        <w:rPr>
          <w:b/>
        </w:rPr>
        <w:t xml:space="preserve">[45:25] </w:t>
      </w:r>
      <w:r>
        <w:t>aap ghaur kijiye.</w:t>
      </w:r>
    </w:p>
    <w:p>
      <w:pPr>
        <w:jc w:val="right"/>
      </w:pPr>
      <w:r>
        <w:t>آپ غور کیجئے۔</w:t>
      </w:r>
    </w:p>
    <w:p>
      <w:r>
        <w:rPr>
          <w:b/>
        </w:rPr>
        <w:t xml:space="preserve">[45:28] </w:t>
      </w:r>
      <w:r>
        <w:t>ek ek hunter tha, woh sher marta tha. sau ek sau sher mare thay us ne.</w:t>
      </w:r>
    </w:p>
    <w:p>
      <w:pPr>
        <w:jc w:val="right"/>
      </w:pPr>
      <w:r>
        <w:t>ایک ایک ہنٹر تھا، وہ شیر مارتا تھا۔ سو ایک سو شیر مارے تھے اس نے۔</w:t>
      </w:r>
    </w:p>
    <w:p>
      <w:r>
        <w:rPr>
          <w:b/>
        </w:rPr>
        <w:t xml:space="preserve">[45:38] </w:t>
      </w:r>
      <w:r>
        <w:t>jangalon mein jata tha woh. jim corbett uska naam tha. to us ne kitab likhi hai sher ke is par.</w:t>
      </w:r>
    </w:p>
    <w:p>
      <w:pPr>
        <w:jc w:val="right"/>
      </w:pPr>
      <w:r>
        <w:t>جنگلوں میں جاتا تھا وہ۔ جم کابٹ اس کا نام تھا۔ تو اس نے کتاب لکھی ہے شیر کے اس پر۔</w:t>
      </w:r>
    </w:p>
    <w:p>
      <w:r>
        <w:rPr>
          <w:b/>
        </w:rPr>
        <w:t xml:space="preserve">[45:49] </w:t>
      </w:r>
      <w:r>
        <w:t>sher ke shikar ke muslim. to us ne likha hai ke jab aap jangal mein hon, chal rahe hon, aur achaanak aap notice karein ke paas ki jhaadi mein ek sher khada hua hai.</w:t>
      </w:r>
    </w:p>
    <w:p>
      <w:pPr>
        <w:jc w:val="right"/>
      </w:pPr>
      <w:r>
        <w:t>شیر کے شکار کے مسلم۔ تو اس نے لکھا ہے کہ جب آپ جنگل میں ہوں، چل رہے ہوں، اور اچانک آپ نوٹس کریں کہ پاس کی جھاڑی میں ایک شیر کھڑا ہوا ہے۔</w:t>
      </w:r>
    </w:p>
    <w:p>
      <w:r>
        <w:rPr>
          <w:b/>
        </w:rPr>
        <w:t xml:space="preserve">[46:04] </w:t>
      </w:r>
      <w:r>
        <w:t>aap jangl mein chal rahe hain. aur yaad rakhiye, shayad sher jo hai, khuli jagah par nahi hota hai. jhaariyon mein rehta hai. yeh uski nature hai.</w:t>
      </w:r>
    </w:p>
    <w:p>
      <w:pPr>
        <w:jc w:val="right"/>
      </w:pPr>
      <w:r>
        <w:t>آپ جنگل میں چل رہے ہیں۔ اور یاد رکھیے، شاید شیر جو ہے، کھلی جگہ پر نہیں ہوتا ہے۔ جھاڑیوں میں رہتا ہے۔ یہ اس کی نیچر ہے۔</w:t>
      </w:r>
    </w:p>
    <w:p>
      <w:r>
        <w:rPr>
          <w:b/>
        </w:rPr>
        <w:t xml:space="preserve">[46:15] </w:t>
      </w:r>
      <w:r>
        <w:t>to unhon ne likha hai ke agar aap chal rahe hain aur achaanak notice karein ke paas ki jhaari mein sher khara hua hai, to kya hota hai?</w:t>
      </w:r>
    </w:p>
    <w:p>
      <w:pPr>
        <w:jc w:val="right"/>
      </w:pPr>
      <w:r>
        <w:t>تو انہوں نے لکھا ہے کہ اگر آپ چل رہے ہیں اور اچانک نوٹس کریں کہ پاس کی جھاڑی میں شیر کھڑا ہوا ہے، تو کیا ہوتا ہے؟</w:t>
      </w:r>
    </w:p>
    <w:p>
      <w:r>
        <w:rPr>
          <w:b/>
        </w:rPr>
        <w:t xml:space="preserve">[46:25] </w:t>
      </w:r>
      <w:r>
        <w:t>aap ka blood circulation, blood start ban jata hai. aap ki ragon mein jo khoon hai, woh toofan ban jata hai, toofan.</w:t>
      </w:r>
    </w:p>
    <w:p>
      <w:pPr>
        <w:jc w:val="right"/>
      </w:pPr>
      <w:r>
        <w:t>آپ کا بلڈ سرکولیشن، بلڈ اسٹارٹ بن جاتا ہے۔ آپ کی رگوں میں جو خون ہے، وہ طوفان بن جاتا ہے، طوفان۔</w:t>
      </w:r>
    </w:p>
    <w:p>
      <w:r>
        <w:rPr>
          <w:b/>
        </w:rPr>
        <w:t xml:space="preserve">[46:38] </w:t>
      </w:r>
      <w:r>
        <w:t>to mein ne is ko jab parha to mein ne socha ke jab sher ko mehsoos kar ke yeh haal hai to Khuda ko mehsoos kar ke kitna bara haal hoga.</w:t>
      </w:r>
    </w:p>
    <w:p>
      <w:pPr>
        <w:jc w:val="right"/>
      </w:pPr>
      <w:r>
        <w:t>تو میں نے اس کو جب پڑھا تو میں نے سوچا کہ جب شیر کو محسوس کر کے یہ حال ہے تو خدا کو محسوس کر کے کتنا بڑا حال ہوگا۔</w:t>
      </w:r>
    </w:p>
    <w:p>
      <w:r>
        <w:rPr>
          <w:b/>
        </w:rPr>
        <w:t xml:space="preserve">[46:47] </w:t>
      </w:r>
      <w:r>
        <w:t>kitna bara ehsaan paida hoga.</w:t>
      </w:r>
    </w:p>
    <w:p>
      <w:pPr>
        <w:jc w:val="right"/>
      </w:pPr>
      <w:r>
        <w:t>کتنا بڑا احسان پیدا ہوگا۔</w:t>
      </w:r>
    </w:p>
    <w:p>
      <w:r>
        <w:rPr>
          <w:b/>
        </w:rPr>
        <w:t xml:space="preserve">[46:52] </w:t>
      </w:r>
      <w:r>
        <w:t>yeh hai pehchaan ke aap ne Allah ko paya hai. ke sher ko paane se aap ne jo jo aap ke andar toofan aaya, jo super toofan aa jaye Allah ko paane se.</w:t>
      </w:r>
    </w:p>
    <w:p>
      <w:pPr>
        <w:jc w:val="right"/>
      </w:pPr>
      <w:r>
        <w:t>یہ ہے پہچان کہ آپ نے اللہ کو پایا ہے۔ کہ شیر کو پانے سے آپ نے جو جو آپ کے اندر طوفان آیا، جو سپر طوفان آ جائے اللہ کو پانے سے۔</w:t>
      </w:r>
    </w:p>
    <w:p>
      <w:r>
        <w:rPr>
          <w:b/>
        </w:rPr>
        <w:t xml:space="preserve">[47:06] </w:t>
      </w:r>
      <w:r>
        <w:t>aap ke rongte khare ho jayein.</w:t>
      </w:r>
    </w:p>
    <w:p>
      <w:pPr>
        <w:jc w:val="right"/>
      </w:pPr>
      <w:r>
        <w:t>آپ کے رونگٹے کھڑے ہو جائیں۔</w:t>
      </w:r>
    </w:p>
    <w:p>
      <w:r>
        <w:rPr>
          <w:b/>
        </w:rPr>
        <w:t xml:space="preserve">[47:11] </w:t>
      </w:r>
      <w:r>
        <w:t>aap ke seene mein hulchul paida ho jaye.</w:t>
      </w:r>
    </w:p>
    <w:p>
      <w:pPr>
        <w:jc w:val="right"/>
      </w:pPr>
      <w:r>
        <w:t>آپ کے سینے میں ہلچل پیدا ہو جائے۔</w:t>
      </w:r>
    </w:p>
    <w:p>
      <w:r>
        <w:rPr>
          <w:b/>
        </w:rPr>
        <w:t xml:space="preserve">[47:18] </w:t>
      </w:r>
      <w:r>
        <w:t>yeh jab Pakistan ke jo woh thay pehle sadar thay, fauji sadar, woh kya naam tha un ka?</w:t>
      </w:r>
    </w:p>
    <w:p>
      <w:pPr>
        <w:jc w:val="right"/>
      </w:pPr>
      <w:r>
        <w:t>یہ جب پاکستان کے جو وہ تھے پہلے صدر تھے، فوجی صدر، وہ کیا نام تھا ان کا؟</w:t>
      </w:r>
    </w:p>
    <w:p>
      <w:r>
        <w:rPr>
          <w:b/>
        </w:rPr>
        <w:t xml:space="preserve">[47:27] </w:t>
      </w:r>
      <w:r>
        <w:t>Dilli aaye thay, woh kya naam</w:t>
      </w:r>
    </w:p>
    <w:p>
      <w:pPr>
        <w:jc w:val="right"/>
      </w:pPr>
      <w:r>
        <w:t>دلی آئے تھے، وہ کیا نام</w:t>
      </w:r>
    </w:p>
    <w:p>
      <w:r>
        <w:rPr>
          <w:b/>
        </w:rPr>
        <w:t xml:space="preserve">[47:31] </w:t>
      </w:r>
      <w:r>
        <w:t>tha un ka? Pervez Musharraf. Musharraf, Pervez Musharraf. to unhon ne kaha tha ke "Kashmir runs in our blood." aap ne kahenge ke mein ro para tha is ko kar ke ke kaise zalim hain woh log ke Kashmir un ke ragon mein dorta hai, Khuda nahi dorta un ke ragon mein.</w:t>
      </w:r>
    </w:p>
    <w:p>
      <w:pPr>
        <w:jc w:val="right"/>
      </w:pPr>
      <w:r>
        <w:t>تھا ان کا؟ پرویز مشرف۔ مشرف، پرویز مشرف۔ تو انہوں نے کہا تھا کہ "Kashmir runs in our blood." آپ نے کہیں گے کہ میں رو پڑا تھا اس کو کر کے کہ کیسے ظالم ہیں وہ لوگ کہ کشمیر ان کے رگوں میں دوڑتا ہے، خدا نہیں دوڑتا ان کے رگوں میں۔</w:t>
      </w:r>
    </w:p>
    <w:p>
      <w:r>
        <w:rPr>
          <w:b/>
        </w:rPr>
        <w:t xml:space="preserve">[47:51] </w:t>
      </w:r>
      <w:r>
        <w:t>unhon ne kaha tha yahan par "Kashmir runs in our blood." Kashmir hamare khoon mein dorta hai. to Khuda kyun nahi dorta tumhare khoon mein? Kashmir dorta hai.</w:t>
      </w:r>
    </w:p>
    <w:p>
      <w:pPr>
        <w:jc w:val="right"/>
      </w:pPr>
      <w:r>
        <w:t>انہوں نے کہا تھا یہاں پر "Kashmir runs in our blood." کشمیر ہمارے خون میں دوڑتا ہے۔ تو خدا کیوں نہیں دوڑتا تمہارے خون میں؟ کشمیر دوڑ رہا ہے۔</w:t>
      </w:r>
    </w:p>
    <w:p>
      <w:r>
        <w:rPr>
          <w:b/>
        </w:rPr>
        <w:t xml:space="preserve">[48:04] </w:t>
      </w:r>
      <w:r>
        <w:t>to Khuda ko paane ka mayar yeh hai ke aap aap aap ke andar aik toofan aa jaye.</w:t>
      </w:r>
    </w:p>
    <w:p>
      <w:pPr>
        <w:jc w:val="right"/>
      </w:pPr>
      <w:r>
        <w:t>تو خدا کو پانے کا معیار یہ ہے کہ آپ آپ آپ کے اندر ایک طوفان آ جائے۔</w:t>
      </w:r>
    </w:p>
    <w:p>
      <w:r>
        <w:rPr>
          <w:b/>
        </w:rPr>
        <w:t xml:space="preserve">[48:14] </w:t>
      </w:r>
      <w:r>
        <w:t>hulchul mach jaye aap ke wajood mein.</w:t>
      </w:r>
    </w:p>
    <w:p>
      <w:pPr>
        <w:jc w:val="right"/>
      </w:pPr>
      <w:r>
        <w:t>ہلچل مچ جائے آپ کے وجود میں۔</w:t>
      </w:r>
    </w:p>
    <w:p>
      <w:r>
        <w:rPr>
          <w:b/>
        </w:rPr>
        <w:t xml:space="preserve">[48:19] </w:t>
      </w:r>
      <w:r>
        <w:t>aur Quran Majeed mein hai ke</w:t>
      </w:r>
    </w:p>
    <w:p>
      <w:pPr>
        <w:jc w:val="right"/>
      </w:pPr>
      <w:r>
        <w:t>اور قرآن مجید میں ہے کہ</w:t>
      </w:r>
    </w:p>
    <w:p>
      <w:r>
        <w:rPr>
          <w:b/>
        </w:rPr>
        <w:t xml:space="preserve">[48:26] </w:t>
      </w:r>
      <w:r>
        <w:t>الَّذِينَ آمَنُوا أَشَدَّ حُبًّا لِلَّهِ hub shadeed paida ho jaye aap ko Allah se. ke itna zyada Allah taala ne ke blessing hai, nematein har taraf.</w:t>
      </w:r>
    </w:p>
    <w:p>
      <w:pPr>
        <w:jc w:val="right"/>
      </w:pPr>
      <w:r>
        <w:t>الَّذِينَ آمَنُوا أَشَدَّ حُبًّا لِلَّهِ حب شدید پیدا ہو جائے آپ کو اللہ سے۔ کہ اتنا زیادہ اللہ تعالی نے کہ بلیسنگ ہے، نعمتیں ہر طرف۔</w:t>
      </w:r>
    </w:p>
    <w:p>
      <w:r>
        <w:rPr>
          <w:b/>
        </w:rPr>
        <w:t xml:space="preserve">[48:38] </w:t>
      </w:r>
      <w:r>
        <w:t>is ko jab sochein aap ke mislan hum aap yahan hain, hum saans le rahe hain. saans ke liye hamein oxygen chahiye.</w:t>
      </w:r>
    </w:p>
    <w:p>
      <w:pPr>
        <w:jc w:val="right"/>
      </w:pPr>
      <w:r>
        <w:t>اس کو جب سوچیں آپ کہ مثلاً ہم آپ یہاں ہیں، ہم سانس لے رہے ہیں۔ سانس کے لیے ہمیں اکسیجن چاہیے۔</w:t>
      </w:r>
    </w:p>
    <w:p>
      <w:r>
        <w:rPr>
          <w:b/>
        </w:rPr>
        <w:t xml:space="preserve">[48:46] </w:t>
      </w:r>
      <w:r>
        <w:t>oxygen har taraf is tarah aa raha hai. machhli tadapti hai khushki mein to is liye ke oxygen se mehroom ho jati hai woh. yaani oxygen se mehroomi ki wajah se machhli tadapti hai.</w:t>
      </w:r>
    </w:p>
    <w:p>
      <w:pPr>
        <w:jc w:val="right"/>
      </w:pPr>
      <w:r>
        <w:t>اکسیجن ہر طرف اس طرح آ رہا ہے۔ مچھلی تڑپتی ہے خشکی میں تو اس لیے کہ اکسیجن سے محروم ہو جاتی ہے وہ۔ یعنی اکسیجن سے محرومی کی وجہ سے مچھلی تڑپتی ہے۔</w:t>
      </w:r>
    </w:p>
    <w:p>
      <w:r>
        <w:rPr>
          <w:b/>
        </w:rPr>
        <w:t xml:space="preserve">[48:56] </w:t>
      </w:r>
      <w:r>
        <w:t>kyun ke machhli jo hai woh pani se oxygen le sakti hai. hawa se nahi nahi le sakti hai.</w:t>
      </w:r>
    </w:p>
    <w:p>
      <w:pPr>
        <w:jc w:val="right"/>
      </w:pPr>
      <w:r>
        <w:t>کیونکہ مچھلی جو ہے وہ پانی سے اکسیجن لے سکتی ہے۔ ہوا سے نہیں نہیں لے سکتی ہے۔</w:t>
      </w:r>
    </w:p>
    <w:p>
      <w:r>
        <w:rPr>
          <w:b/>
        </w:rPr>
        <w:t xml:space="preserve">[49:03] </w:t>
      </w:r>
      <w:r>
        <w:t>is ka phephra aisa hota hai ke woh hawa se oxygen nahi le sakti hai. woh pani se extract karti hai. to oxygen ki wajah se tadap rahi hai. to ab aap tadapte hain yahan par.</w:t>
      </w:r>
    </w:p>
    <w:p>
      <w:pPr>
        <w:jc w:val="right"/>
      </w:pPr>
      <w:r>
        <w:t>اس کا پھیپھڑا ایسا ہوتا ہے کہ وہ ہوا سے اکسیجن نہیں لے سکتی ہے۔ وہ پانی سے ایکسٹریکٹ کرتی ہے۔ تو اکسیجن کی وجہ سے تڑپ رہی ہے۔ تو اب آپ تڑپتے ہیں یہاں پر۔</w:t>
      </w:r>
    </w:p>
    <w:p>
      <w:r>
        <w:rPr>
          <w:b/>
        </w:rPr>
        <w:t xml:space="preserve">[49:13] </w:t>
      </w:r>
      <w:r>
        <w:t>agar Allah taala oxygen na bhi bhej raha hota to. yaani continuous supply of oxygen ho rahi hai.</w:t>
      </w:r>
    </w:p>
    <w:p>
      <w:pPr>
        <w:jc w:val="right"/>
      </w:pPr>
      <w:r>
        <w:t>اگر اللہ تعالی اکسیجن نہ بھیج رہا ہوتا تو۔ یعنی کنٹینیوس سپلائی آف اکسیجن ہو رہی ہے۔</w:t>
      </w:r>
    </w:p>
    <w:p>
      <w:r>
        <w:rPr>
          <w:b/>
        </w:rPr>
        <w:t xml:space="preserve">[49:19] </w:t>
      </w:r>
      <w:r>
        <w:t>to aap mohabbat nahi karenge Allah se aap? Kaise zalim ho gaye aap? yaani hum is is building mein hon, bahar hon, India mein hon, New York mein hon, Allah taala ki taraf se musalsal oxygen supply kiya ja raha hai.</w:t>
      </w:r>
    </w:p>
    <w:p>
      <w:pPr>
        <w:jc w:val="right"/>
      </w:pPr>
      <w:r>
        <w:t>تو آپ محبت نہیں کریں گے اللہ سے آپ؟ کیسے ظالم ہو گئے آپ؟ یعنی ہم اس اس بلڈنگ میں ہوں، باہر ہوں، انڈیا میں ہوں، نیویارک میں ہوں، اللہ تعالی کی طرف سے مسلسل اکسیجن سپلائی کیا جا رہا ہے۔</w:t>
      </w:r>
    </w:p>
    <w:p>
      <w:r>
        <w:rPr>
          <w:b/>
        </w:rPr>
        <w:t xml:space="preserve">[49:37] </w:t>
      </w:r>
      <w:r>
        <w:t>aap nihayat aaram zindagi guzar rahe hain. warna machhli tadapte hain hum. agar oxygen supply na ho rahi hoti Allah taala ki taraf se. تَشَدُّ حُبًّا لِلَّهِ to momin ko Allah se hub shadeed hota hai.</w:t>
      </w:r>
    </w:p>
    <w:p>
      <w:pPr>
        <w:jc w:val="right"/>
      </w:pPr>
      <w:r>
        <w:t>آپ نہایت آرام زندگی گزار رہے ہیں۔ ورنہ مچھلی تڑپتے ہیں ہم۔ اگر اکسیجن سپلائی نہ ہو رہی ہوتی اللہ تعالی کی طرف سے۔ تَشَدُّ حُبًّا لِلَّهِ تو مومن کو اللہ سے حب شدید ہوتا ہے۔</w:t>
      </w:r>
    </w:p>
    <w:p>
      <w:r>
        <w:rPr>
          <w:b/>
        </w:rPr>
        <w:t xml:space="preserve">[49:53] </w:t>
      </w:r>
      <w:r>
        <w:t>وَلَمْ يَخْشَ إِلَّا اللَّهِ khauf shadeed hota hai.</w:t>
      </w:r>
    </w:p>
    <w:p>
      <w:pPr>
        <w:jc w:val="right"/>
      </w:pPr>
      <w:r>
        <w:t>وَلَمْ يَخْشَ إِلَّا اللَّهِ خوف شدید ہوتا ہے۔</w:t>
      </w:r>
    </w:p>
    <w:p>
      <w:r>
        <w:rPr>
          <w:b/>
        </w:rPr>
        <w:t xml:space="preserve">[49:57] </w:t>
      </w:r>
      <w:r>
        <w:t>khauf kis liye? ke Allah taala agar supply band kar de aur suraj ko be noor kar de, zameen se faslein na ugein, pani khushk ho jaye to mera kya haal hoga?</w:t>
      </w:r>
    </w:p>
    <w:p>
      <w:pPr>
        <w:jc w:val="right"/>
      </w:pPr>
      <w:r>
        <w:t>خوف کس لیے؟ کہ اللہ تعالی اگر سپلائی بند کر دے اور سورج کو بے نور کر دے، زمین سے فصلیں نہ اگیں، پانی خشک ہو جائے تو میرا کیا حال ہوگا؟</w:t>
      </w:r>
    </w:p>
    <w:p>
      <w:r>
        <w:rPr>
          <w:b/>
        </w:rPr>
        <w:t xml:space="preserve">[50:12] </w:t>
      </w:r>
      <w:r>
        <w:t>wa lam yakhsha illallaho to jis se aadmi pa raha hai, wahi usi ko chheen'ne ki taaqat bhi usi ke paas bhi hai. is wajah se Allah se bohat zyada darta bhi hai, Allah se bohat zyada mohabbat bhi karta hai.</w:t>
      </w:r>
    </w:p>
    <w:p>
      <w:pPr>
        <w:jc w:val="right"/>
      </w:pPr>
      <w:r>
        <w:t>وَلَمْ يَخْشَ إِلَّا اللَّهِ تو جس سے آدمی پا رہا ہے، وہی اسی کو چھیننے کی طاقت بھی اسی کے پاس بھی ہے۔ اس وجہ سے اللہ سے بہت زیادہ ڈرتا بھی ہے، اللہ سے بہت زیادہ محبت بھی کرتا ہے۔</w:t>
      </w:r>
    </w:p>
    <w:p>
      <w:r>
        <w:rPr>
          <w:b/>
        </w:rPr>
        <w:t xml:space="preserve">[50:24] </w:t>
      </w:r>
      <w:r>
        <w:t>yeh hai pehchaan ke aap ne Allah ko paaya hai ke nahi paaya hai.</w:t>
      </w:r>
    </w:p>
    <w:p>
      <w:pPr>
        <w:jc w:val="right"/>
      </w:pPr>
      <w:r>
        <w:t>یہ ہے پہچان کہ آپ نے اللہ کو پایا ہے کہ نہیں پایا ہے۔</w:t>
      </w:r>
    </w:p>
    <w:p>
      <w:r>
        <w:rPr>
          <w:b/>
        </w:rPr>
        <w:t xml:space="preserve">[50:30] </w:t>
      </w:r>
      <w:r>
        <w:t>Dr. Iqbal Pradhan ne Delhi se likha hai: "Maulana, referring to Egypt in today's talk, you gave an example from the life of Sahaba that rule is possible only if people under the ruler have theright ability.</w:t>
      </w:r>
    </w:p>
    <w:p>
      <w:pPr>
        <w:jc w:val="right"/>
      </w:pPr>
      <w:r>
        <w:t>डॉ. इक़बाल प्रधान ने दिल्ली से लिखा है: "Maulana, referring to Egypt in today's talk, you gave an example from the life of Sahaba that rule is possible only if people under the ruler have theright ability.</w:t>
      </w:r>
    </w:p>
    <w:p>
      <w:r>
        <w:rPr>
          <w:b/>
        </w:rPr>
        <w:t xml:space="preserve">[50:47] </w:t>
      </w:r>
      <w:r>
        <w:t>Does that mean that democracy in Islamic countries is also not possible because the people in those countries are not so capable?"</w:t>
      </w:r>
    </w:p>
    <w:p>
      <w:pPr>
        <w:jc w:val="right"/>
      </w:pPr>
      <w:r>
        <w:t>Does that mean that democracy in Islamic countries is also not possible because the people in those countries are not so capable?"</w:t>
      </w:r>
    </w:p>
    <w:p>
      <w:r>
        <w:rPr>
          <w:b/>
        </w:rPr>
        <w:t xml:space="preserve">[50:59] </w:t>
      </w:r>
      <w:r>
        <w:t>muslim hukoomaton ka to ajeeb haal hai. Democracy aaye to us ko bhi accept nahi karte. Dictatorship aaye to bhi accept nahi karte. yeh to sarkash log hain yeh.</w:t>
      </w:r>
    </w:p>
    <w:p>
      <w:pPr>
        <w:jc w:val="right"/>
      </w:pPr>
      <w:r>
        <w:t>مسلم حکومتوں کا تو عجیب حال ہے۔ Democracy آئے تو اس کو بھی accept نہیں کرتے۔ Dictatorship آئے تو بھی accept نہیں کرتے۔ یہ تو سرکش لوگ ہیں یہ۔</w:t>
      </w:r>
    </w:p>
    <w:p>
      <w:r>
        <w:rPr>
          <w:b/>
        </w:rPr>
        <w:t xml:space="preserve">[51:08] </w:t>
      </w:r>
      <w:r>
        <w:t>yeh musalman jo sarkash hain yeh to. Pakistan mein Democracy laai gayi aur chal nahi saki kyunke koi jhanda uthaya nahi ja raha aaj. jo haarta hai woh jhanda uthata hai.</w:t>
      </w:r>
    </w:p>
    <w:p>
      <w:pPr>
        <w:jc w:val="right"/>
      </w:pPr>
      <w:r>
        <w:t>یہ مسلمان جو سرکش ہیں یہ تو۔ پاکستان میں Democracy لائی گئی اور چل نہیں سکی کیونکہ کوئی جھنڈا اٹھایا نہیں جا رہا آج۔ جو ہارتا ہے وہ جھنڈا اٹھاتا ہے۔</w:t>
      </w:r>
    </w:p>
    <w:p>
      <w:r>
        <w:rPr>
          <w:b/>
        </w:rPr>
        <w:t xml:space="preserve">[51:20] </w:t>
      </w:r>
      <w:r>
        <w:t>to pehle logon ko educate kijiye. dekhiye yeh Britain mein, America mein jo chal rahi hai Democracy, kaisi chal rahi hai?</w:t>
      </w:r>
    </w:p>
    <w:p>
      <w:pPr>
        <w:jc w:val="right"/>
      </w:pPr>
      <w:r>
        <w:t>تو پہلے لوگوں کو educate کیجئے۔ دیکھیں یہ برطانیہ میں، امریکہ میں جو چل رہی ہے Democracy، کیسی چل رہی ہے؟</w:t>
      </w:r>
    </w:p>
    <w:p>
      <w:r>
        <w:rPr>
          <w:b/>
        </w:rPr>
        <w:t xml:space="preserve">[51:31] </w:t>
      </w:r>
      <w:r>
        <w:t>Democracy means acceptance of defeat. yeh hai Democracy.</w:t>
      </w:r>
    </w:p>
    <w:p>
      <w:pPr>
        <w:jc w:val="right"/>
      </w:pPr>
      <w:r>
        <w:t>Democracy means acceptance of defeat. یہ ہے Democracy۔</w:t>
      </w:r>
    </w:p>
    <w:p>
      <w:r>
        <w:rPr>
          <w:b/>
        </w:rPr>
        <w:t xml:space="preserve">[51:39] </w:t>
      </w:r>
      <w:r>
        <w:t>yaani jab Election hoga, koi jeetega, koi haarega. to jo haare woh accept kare ke main haara. tab chalti hai Democracy.</w:t>
      </w:r>
    </w:p>
    <w:p>
      <w:pPr>
        <w:jc w:val="right"/>
      </w:pPr>
      <w:r>
        <w:t>یعنی جب Election ہوگا، کوئی جیتے گا، کوئی ہارے گا۔ تو جو ہارے وہ accept کرے کہ میں ہارا۔ تب چلتی ہے Democracy۔</w:t>
      </w:r>
    </w:p>
    <w:p>
      <w:r>
        <w:rPr>
          <w:b/>
        </w:rPr>
        <w:t xml:space="preserve">[51:48] </w:t>
      </w:r>
      <w:r>
        <w:t>isi liye wahan yeh Tradition hai ke jo haarta hai, sab se pehle mubarakbaad ka Telegram bhi bhejta hai jeetne wale ko. hamare India mein hai hi nahi, Pakistan mein hai hi nahi.</w:t>
      </w:r>
    </w:p>
    <w:p>
      <w:pPr>
        <w:jc w:val="right"/>
      </w:pPr>
      <w:r>
        <w:t>اسی لیے وہاں یہ Tradition ہے کہ جو ہارتا ہے، سب سے پہلے مبارکباد کا Telegram بھیجتا ہے جیتنے والے کو۔ ہمارے انڈیا میں ہے ہی نہیں، پاکستان میں ہے ہی نہیں۔</w:t>
      </w:r>
    </w:p>
    <w:p>
      <w:r>
        <w:rPr>
          <w:b/>
        </w:rPr>
        <w:t xml:space="preserve">[52:00] </w:t>
      </w:r>
      <w:r>
        <w:t>yaani Britain mein, America mein jo haarega to sab se pehla Telegram jo moseel hoga jeetne wale ko mubarakbaad ka to haarne wale ki taraf se hoga woh.</w:t>
      </w:r>
    </w:p>
    <w:p>
      <w:pPr>
        <w:jc w:val="right"/>
      </w:pPr>
      <w:r>
        <w:t>یعنی برطانیہ میں، امریکہ میں جو ہارے گا تو سب سے پہلا Telegram جو موصول ہوگا جیتنے والے کو مبارکباد کا تو ہارنے والے کی طرف سے ہوگا وہ۔</w:t>
      </w:r>
    </w:p>
    <w:p>
      <w:r>
        <w:rPr>
          <w:b/>
        </w:rPr>
        <w:t xml:space="preserve">[52:10] </w:t>
      </w:r>
      <w:r>
        <w:t>Acceptance of defeat is the basis of Democracy. yeh Acceptance na ho to Democracy nahi chalegi.</w:t>
      </w:r>
    </w:p>
    <w:p>
      <w:pPr>
        <w:jc w:val="right"/>
      </w:pPr>
      <w:r>
        <w:t>Acceptance of defeat is the basis of Democracy. یہ Acceptance نہ ہو تو Democracy نہیں چلے گی۔</w:t>
      </w:r>
    </w:p>
    <w:p>
      <w:r>
        <w:rPr>
          <w:b/>
        </w:rPr>
        <w:t xml:space="preserve">[52:20] </w:t>
      </w:r>
      <w:r>
        <w:t>isi liye thoray dinon ke baad Dictatorship aa jaati hai ke woh log accept karte nahi.</w:t>
      </w:r>
    </w:p>
    <w:p>
      <w:pPr>
        <w:jc w:val="right"/>
      </w:pPr>
      <w:r>
        <w:t>اسی لیے تھوڑے دنوں کے بعد Dictatorship آ جاتی ہے کہ وہ لوگ accept کرتے نہیں۔</w:t>
      </w:r>
    </w:p>
    <w:p>
      <w:r>
        <w:rPr>
          <w:b/>
        </w:rPr>
        <w:t xml:space="preserve">[52:28] </w:t>
      </w:r>
      <w:r>
        <w:t>to musalmanon ki museebat yeh hai ke woh Dictatorship ho to wahan Fury Bombing chalaate hain. Democracy ho to accept nahi karte.</w:t>
      </w:r>
    </w:p>
    <w:p>
      <w:pPr>
        <w:jc w:val="right"/>
      </w:pPr>
      <w:r>
        <w:t>تو مسلمانوں کی مصیبت یہ ہے کہ وہ Dictatorship ہو تو وہاں Fury Bombing چلاتے ہیں۔ Democracy ہو تو accept نہیں کرتے۔</w:t>
      </w:r>
    </w:p>
    <w:p>
      <w:r>
        <w:rPr>
          <w:b/>
        </w:rPr>
        <w:t xml:space="preserve">[52:40] </w:t>
      </w:r>
      <w:r>
        <w:t>kyunke mere saath koi poori is daur mein koi utha hi nahi jo musalmanon ke</w:t>
      </w:r>
    </w:p>
    <w:p>
      <w:pPr>
        <w:jc w:val="right"/>
      </w:pPr>
      <w:r>
        <w:t>کیونکہ میرے ساتھ کوئی پوری اس دور میں کوئی اٹھا ہی نہیں جو مسلمانوں کے</w:t>
      </w:r>
    </w:p>
    <w:p>
      <w:r>
        <w:rPr>
          <w:b/>
        </w:rPr>
        <w:t xml:space="preserve">[52:44] </w:t>
      </w:r>
      <w:r>
        <w:t>baatein samjhaaye, Wisdom bataaye. koi utha hi nahi, koi naam bata diya kisi ka. jo ek shayari karte rahe, khudaawat karte rahe, bade bade naare lagaate rahe.</w:t>
      </w:r>
    </w:p>
    <w:p>
      <w:pPr>
        <w:jc w:val="right"/>
      </w:pPr>
      <w:r>
        <w:t>باتیں سمجھائے، Wisdom بتائے۔ کوئی اٹھا ہی نہیں، کوئی نام بتا دیا کسی کا۔ جو ایک شاعری کرتے رہے، خداوت کرتے رہے، بڑے بڑے نعرے لگاتے رہے۔</w:t>
      </w:r>
    </w:p>
    <w:p>
      <w:r>
        <w:rPr>
          <w:b/>
        </w:rPr>
        <w:t xml:space="preserve">[52:53] </w:t>
      </w:r>
      <w:r>
        <w:t>main waahid shakhs hoon jo musalmanon ko educate kar raha hoon. musalmanon ko samajh de raha hoon. musalmanon ko Mind Re-engineering kar raha hoon.</w:t>
      </w:r>
    </w:p>
    <w:p>
      <w:pPr>
        <w:jc w:val="right"/>
      </w:pPr>
      <w:r>
        <w:t>میں واحد شخص ہوں جو مسلمانوں کو educate کر رہا ہوں۔ مسلمانوں کو سمجھ دے رہا ہوں۔ مسلمانوں کو Mind Re-engineering کر رہا ہوں۔</w:t>
      </w:r>
    </w:p>
    <w:p>
      <w:r>
        <w:rPr>
          <w:b/>
        </w:rPr>
        <w:t xml:space="preserve">[53:04] </w:t>
      </w:r>
      <w:r>
        <w:t>aise log uthein, sainkaron ki tadaad mein Society banayein, tab ja kar Democracy aayegi. tab ja kar kuch bhi sahi nizaam banega musalmanon ke.</w:t>
      </w:r>
    </w:p>
    <w:p>
      <w:pPr>
        <w:jc w:val="right"/>
      </w:pPr>
      <w:r>
        <w:t>ایسے لوگ اٹھیں، سینکڑوں کی تعداد میں Society بنائیں، تب جا کر Democracy آئے گی۔ تب جا کر کچھ بھی صحیح نظام بنے گا مسلمانوں کے۔</w:t>
      </w:r>
    </w:p>
    <w:p>
      <w:r>
        <w:rPr>
          <w:b/>
        </w:rPr>
        <w:t xml:space="preserve">[53:16] </w:t>
      </w:r>
      <w:r>
        <w:t>warna yeh sab hota rahega.</w:t>
      </w:r>
    </w:p>
    <w:p>
      <w:pPr>
        <w:jc w:val="right"/>
      </w:pPr>
      <w:r>
        <w:t>ورنہ یہ سب ہوتا رہے گا۔</w:t>
      </w:r>
    </w:p>
    <w:p>
      <w:r>
        <w:rPr>
          <w:b/>
        </w:rPr>
        <w:t xml:space="preserve">[53:21] </w:t>
      </w:r>
      <w:r>
        <w:t>Maulana Sharq Hussain Riyazi ne Delhi se likha hai: "Al-Risala Mission mein ulama ka Role kya hona chahiye?</w:t>
      </w:r>
    </w:p>
    <w:p>
      <w:pPr>
        <w:jc w:val="right"/>
      </w:pPr>
      <w:r>
        <w:t>مولانا شارق حسین ریاضی ने दिल्ली से लिखा है: "الرسالہ Mission میں علماء کا Role کیا ہونا چاہیے؟</w:t>
      </w:r>
    </w:p>
    <w:p>
      <w:r>
        <w:rPr>
          <w:b/>
        </w:rPr>
        <w:t xml:space="preserve">[53:31] </w:t>
      </w:r>
      <w:r>
        <w:t>is silsile mein aap ulama ko kya mashwara denge?"</w:t>
      </w:r>
    </w:p>
    <w:p>
      <w:pPr>
        <w:jc w:val="right"/>
      </w:pPr>
      <w:r>
        <w:t>اس سلسلے میں آپ علماء کو کیا مشورہ دیں گے؟"</w:t>
      </w:r>
    </w:p>
    <w:p>
      <w:r>
        <w:rPr>
          <w:b/>
        </w:rPr>
        <w:t xml:space="preserve">[53:36] </w:t>
      </w:r>
      <w:r>
        <w:t>haan, dekhiye, yeh ek hadith mein aap ko sunata hoon. ek hadith mein hai ke momin ki sifaton ke baare mein.</w:t>
      </w:r>
    </w:p>
    <w:p>
      <w:pPr>
        <w:jc w:val="right"/>
      </w:pPr>
      <w:r>
        <w:t>हाँ, देखिए, यह एक حدیث میں آپ کو سناتا ہوں۔ एक حدیث میں ہے کہ مومن کی صفات کے بارے میں۔</w:t>
      </w:r>
    </w:p>
    <w:p>
      <w:r>
        <w:rPr>
          <w:b/>
        </w:rPr>
        <w:t xml:space="preserve">[53:49] </w:t>
      </w:r>
      <w:r>
        <w:t>to us mein ek lafz yeh hai: أَنْ يَكُونَ بَصِيرًا بِزَمَانِهِ</w:t>
      </w:r>
    </w:p>
    <w:p>
      <w:pPr>
        <w:jc w:val="right"/>
      </w:pPr>
      <w:r>
        <w:t>تو اس میں ایک لفظ یہ ہے: أَنْ يَكُونَ بَصِيرًا بِزَمَانِهِ</w:t>
      </w:r>
    </w:p>
    <w:p>
      <w:r>
        <w:rPr>
          <w:b/>
        </w:rPr>
        <w:t xml:space="preserve">[53:55] </w:t>
      </w:r>
      <w:r>
        <w:t>ke woh baseer-e-zamana ho. zamane ko jaan'ne wala ho. to ulama se main yeh kehta hoon ke madrasay mein aap ne jaana deen ko.</w:t>
      </w:r>
    </w:p>
    <w:p>
      <w:pPr>
        <w:jc w:val="right"/>
      </w:pPr>
      <w:r>
        <w:t>کہ وہ بصیرِ زمانہ ہو۔ زمانے کو جاننے والا ہو۔ تو علماء سے میں یہ کہتا ہوں کہ مدرسے میں آپ نے جانا دین کو۔</w:t>
      </w:r>
    </w:p>
    <w:p>
      <w:r>
        <w:rPr>
          <w:b/>
        </w:rPr>
        <w:t xml:space="preserve">[54:07] </w:t>
      </w:r>
      <w:r>
        <w:t>lekin zamane ko nahi jaana. koi madrasa aisa nahi hai yahan se ek Arab tak jo zamane ko batata ho.</w:t>
      </w:r>
    </w:p>
    <w:p>
      <w:pPr>
        <w:jc w:val="right"/>
      </w:pPr>
      <w:r>
        <w:t>لیکن زمانے کو نہیں جانا۔ کوئی مدرسہ ایسا نہیں ہے یہاں سے ایک عرب تک جو زمانے کو بتاتا ہو۔</w:t>
      </w:r>
    </w:p>
    <w:p>
      <w:r>
        <w:rPr>
          <w:b/>
        </w:rPr>
        <w:t xml:space="preserve">[54:15] </w:t>
      </w:r>
      <w:r>
        <w:t>al-risalah zamane ko batata hai. yani baseer-e-zamana banata hai. to madrasay ne aap ko aalim-e-deen banaya. lekin baseer-e-zamana nahi banaya.</w:t>
      </w:r>
    </w:p>
    <w:p>
      <w:pPr>
        <w:jc w:val="right"/>
      </w:pPr>
      <w:r>
        <w:t>الرسالہ زمانے کو بتاتا ہے۔ یعنی بصیرِ زمانہ بناتا ہے۔ تو مدرسے نے آپ کو عالمِ دین بنایا۔ لیکن بصیرِ زمانہ نہیں بنایا۔</w:t>
      </w:r>
    </w:p>
    <w:p>
      <w:r>
        <w:rPr>
          <w:b/>
        </w:rPr>
        <w:t xml:space="preserve">[54:26] </w:t>
      </w:r>
      <w:r>
        <w:t>to lazim hai ulama ke liye ke woh al-risalah ke baqayda, regular qari banen.</w:t>
      </w:r>
    </w:p>
    <w:p>
      <w:pPr>
        <w:jc w:val="right"/>
      </w:pPr>
      <w:r>
        <w:t>تو لازم ہے علماء کے لیے کہ وہ الرسالہ کے باقاعدہ، Regular قاری بنیں۔</w:t>
      </w:r>
    </w:p>
    <w:p>
      <w:r>
        <w:rPr>
          <w:b/>
        </w:rPr>
        <w:t xml:space="preserve">[54:31] </w:t>
      </w:r>
      <w:r>
        <w:t>taka baseer-e-zamana hi ban saken woh. an yakuna baseeran bi-zamanihi to madrasay mein unhon ne ilm-e-deen seekha lekin zamane se be-khabari.</w:t>
      </w:r>
    </w:p>
    <w:p>
      <w:pPr>
        <w:jc w:val="right"/>
      </w:pPr>
      <w:r>
        <w:t>تاکہ بصیرِ زمانہ ہی بن سکیں وہ۔ أَنْ يَكُونَ بَصِيرًا بِزَمَانِهِ تو مدرسے میں انہوں نے علمِ دین سیکھا لیکن زمانے سے بے خبری۔</w:t>
      </w:r>
    </w:p>
    <w:p>
      <w:r>
        <w:rPr>
          <w:b/>
        </w:rPr>
        <w:t xml:space="preserve">[54:44] </w:t>
      </w:r>
      <w:r>
        <w:t>kuch madrason mein computer laga diya gaya to is se zamane se phir bhi ba-khabar ho jayen ge aap. yaad rakhiye.</w:t>
      </w:r>
    </w:p>
    <w:p>
      <w:pPr>
        <w:jc w:val="right"/>
      </w:pPr>
      <w:r>
        <w:t>کچھ مدرسوں میں کمپیوٹر لگا دیا گیا تو اس سے زمانے سے پھر بھی باخبر ہو جائیں گے آپ۔ یاد رکھیے۔</w:t>
      </w:r>
    </w:p>
    <w:p>
      <w:r>
        <w:rPr>
          <w:b/>
        </w:rPr>
        <w:t xml:space="preserve">[54:49] </w:t>
      </w:r>
      <w:r>
        <w:t>yeh bas samjhiye ke agar wahan computer laga diya jaye aur ek wahan par ek class khol diya jaye to is se aap baseer-e-zamana ban jayen ge.</w:t>
      </w:r>
    </w:p>
    <w:p>
      <w:pPr>
        <w:jc w:val="right"/>
      </w:pPr>
      <w:r>
        <w:t>یہ بس سمجھئے کہ اگر وہاں کمپیوٹر لگا دیا جائے اور ایک وہاں پر ایک کلاس کھول دیا جائے تو اس سے آپ بصیرِ زمانہ بن جائیں گے۔</w:t>
      </w:r>
    </w:p>
    <w:p>
      <w:r>
        <w:rPr>
          <w:b/>
        </w:rPr>
        <w:t xml:space="preserve">[54:57] </w:t>
      </w:r>
      <w:r>
        <w:t>woh alag cheez hai woh. baseer-e-zamana banna ek alag cheez hai. to farz hai ulama par.</w:t>
      </w:r>
    </w:p>
    <w:p>
      <w:pPr>
        <w:jc w:val="right"/>
      </w:pPr>
      <w:r>
        <w:t>وہ الگ چیز ہے وہ۔ بصیرِ زمانہ بننا ایک الگ چیز ہے۔ تو فرض ہے علماء پر۔</w:t>
      </w:r>
    </w:p>
    <w:p>
      <w:r>
        <w:rPr>
          <w:b/>
        </w:rPr>
        <w:t xml:space="preserve">[55:08] </w:t>
      </w:r>
      <w:r>
        <w:t>mushari farz nahi kar raha hoon. is lihaaz se nahi keh raha hoon ke wahan par aalim-e-deen banen to sath sath woh is tarah pabandi se padhen woh. har mahine.</w:t>
      </w:r>
    </w:p>
    <w:p>
      <w:pPr>
        <w:jc w:val="right"/>
      </w:pPr>
      <w:r>
        <w:t>مشاری فرض نہیں کر رہا ہوں۔ اس لحاظ سے نہیں کہہ رہا ہوں کہ وہاں پر عالمِ دین بنیں تو ساتھ ساتھ وہ اس طرح پابندی سے پڑھیں وہ۔ ہر مہینے۔</w:t>
      </w:r>
    </w:p>
    <w:p>
      <w:r>
        <w:rPr>
          <w:b/>
        </w:rPr>
        <w:t xml:space="preserve">[55:17] </w:t>
      </w:r>
      <w:r>
        <w:t>taka woh baseer-e-zamana hi banen woh. warna un ka ilm jo hai adhura rahe ga. adhura.</w:t>
      </w:r>
    </w:p>
    <w:p>
      <w:pPr>
        <w:jc w:val="right"/>
      </w:pPr>
      <w:r>
        <w:t>تاکہ وہ بصیرِ زمانہ ہی بنیں وہ۔ ورنہ ان کا علم جو ہے ادھورا رہے گا۔ ادھورا۔</w:t>
      </w:r>
    </w:p>
    <w:p>
      <w:r>
        <w:rPr>
          <w:b/>
        </w:rPr>
        <w:t xml:space="preserve">[55:26] </w:t>
      </w:r>
      <w:r>
        <w:t>Mr. GPS Bhalwar ne nai dilli se likha hai: "Maulana, during your discourse today, you mentioned about salvation at one place.</w:t>
      </w:r>
    </w:p>
    <w:p>
      <w:pPr>
        <w:jc w:val="right"/>
      </w:pPr>
      <w:r>
        <w:t>Mr. GPS Bhalwar ने नई दिल्ली से लिखा है: "Maulana, during your discourse today, you mentioned about salvation at one place.</w:t>
      </w:r>
    </w:p>
    <w:p>
      <w:r>
        <w:rPr>
          <w:b/>
        </w:rPr>
        <w:t xml:space="preserve">[55:37] </w:t>
      </w:r>
      <w:r>
        <w:t>May I request you to kindly elaborate on the concept of salvation in Islam?"</w:t>
      </w:r>
    </w:p>
    <w:p>
      <w:pPr>
        <w:jc w:val="right"/>
      </w:pPr>
      <w:r>
        <w:t>May I request you to kindly elaborate on the concept of salvation in Islam?"</w:t>
      </w:r>
    </w:p>
    <w:p>
      <w:r>
        <w:rPr>
          <w:b/>
        </w:rPr>
        <w:t xml:space="preserve">[55:45] </w:t>
      </w:r>
      <w:r>
        <w:t>dekhen, salvation to har mazhab mein yani ka subject hai.</w:t>
      </w:r>
    </w:p>
    <w:p>
      <w:pPr>
        <w:jc w:val="right"/>
      </w:pPr>
      <w:r>
        <w:t>دیکھیں، salvation تو ہر مذہب میں یعنی کا Subject ہے۔</w:t>
      </w:r>
    </w:p>
    <w:p>
      <w:r>
        <w:rPr>
          <w:b/>
        </w:rPr>
        <w:t xml:space="preserve">[55:52] </w:t>
      </w:r>
      <w:r>
        <w:t>to isaiyat mein mana jata hai ke maw'ooda isaiyat, had masih wali isaiyat nahi. ke had masih ke bare mein yeh maan le aadmi ya aqeedah rakhe ke woh masloob hue to usi ne nijat ho jayegi.</w:t>
      </w:r>
    </w:p>
    <w:p>
      <w:pPr>
        <w:jc w:val="right"/>
      </w:pPr>
      <w:r>
        <w:t>تو عیسائیت میں مانا جاتا ہے کہ موعودہ عیسائیت، حد مسیح والی عیسائیت نہیں۔ کہ حد مسیح کے بارے میں یہ مان لے آدمی یا عقیدہ رکھے کہ وہ مصلوب ہوئے تو اسی نے نجات ہو جائے گی۔</w:t>
      </w:r>
    </w:p>
    <w:p>
      <w:r>
        <w:rPr>
          <w:b/>
        </w:rPr>
        <w:t xml:space="preserve">[56:07] </w:t>
      </w:r>
      <w:r>
        <w:t>yeh Islam mein nahi hai. yahudiyon ke haan yeh hai ke woh ek un ki ek nasal hai, usi nasal ke liye nijat hai.</w:t>
      </w:r>
    </w:p>
    <w:p>
      <w:pPr>
        <w:jc w:val="right"/>
      </w:pPr>
      <w:r>
        <w:t>یہ اسلام میں نہیں ہے۔ یہودیوں کے ہاں یہ ہے کہ وہ ایک ان کی ایک نسل ہے، اسی نسل کے لیے نجات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