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04 Oct 2009, Maulana Wahiduddin Khan</w:t>
      </w:r>
    </w:p>
    <w:p>
      <w:r>
        <w:t>https://www.youtube.com/watch?v=xPBNozEQRJM</w:t>
      </w:r>
    </w:p>
    <w:p>
      <w:r>
        <w:rPr>
          <w:b/>
        </w:rPr>
        <w:t xml:space="preserve">[00:14] </w:t>
      </w:r>
      <w:r>
        <w:t>das question is from Mr. Kaleem sahib from Pennsylvania. Maulana, what makes a muslim to call other muslims a murtad?</w:t>
      </w:r>
    </w:p>
    <w:p>
      <w:pPr>
        <w:jc w:val="right"/>
      </w:pPr>
      <w:r>
        <w:t>دس کوئسچن از فرام مسٹر کلیم صاحب فرام پینسلوینیا۔ مولانا، واٹ میکس ا مسلم ٹو کال ادر مسلمز ا مرتد؟</w:t>
      </w:r>
    </w:p>
    <w:p>
      <w:r>
        <w:rPr>
          <w:b/>
        </w:rPr>
        <w:t xml:space="preserve">[00:32] </w:t>
      </w:r>
      <w:r>
        <w:t>dekhen, yeh ulama ne yeh is tarah ke fatwe de rakhe hain, main is ko galat samajhta hoon. hamein haq nahi hai kisi ko murtad qarar dene ka, yaad rakhiye.</w:t>
      </w:r>
    </w:p>
    <w:p>
      <w:pPr>
        <w:jc w:val="right"/>
      </w:pPr>
      <w:r>
        <w:t>دیکھیں، یہ علماء نے یہ اس طرح کے فتوے دے رکھے ہیں، میں اس کو غلط سمجھتا ہوں۔ ہمیں حق نہیں ہے کسی کو مرتد قرار دینے کا، یاد رکھیے۔</w:t>
      </w:r>
    </w:p>
    <w:p>
      <w:r>
        <w:rPr>
          <w:b/>
        </w:rPr>
        <w:t xml:space="preserve">[00:43] </w:t>
      </w:r>
      <w:r>
        <w:t>yeh sare fatwe mere nazdeek bilkul galat hain. hamein sirf dawat dene ka haq hai.</w:t>
      </w:r>
    </w:p>
    <w:p>
      <w:pPr>
        <w:jc w:val="right"/>
      </w:pPr>
      <w:r>
        <w:t>یہ سارے فتوے میرے نزدیک بالکل غلط ہیں۔ ہمیں صرف دعوت دینے کا حق ہے۔</w:t>
      </w:r>
    </w:p>
    <w:p>
      <w:r>
        <w:rPr>
          <w:b/>
        </w:rPr>
        <w:t xml:space="preserve">[00:51] </w:t>
      </w:r>
      <w:r>
        <w:t>hazrat umar, hazrat abubakar ke zamane mein jo waqea hua tha, jo murtadeen kaha jata hai hamari tareekhon mein ke murtadeen se qital, woh baghi log the, baghi state ke baghi log the.</w:t>
      </w:r>
    </w:p>
    <w:p>
      <w:pPr>
        <w:jc w:val="right"/>
      </w:pPr>
      <w:r>
        <w:t>حضرت عمر، حضرت ابوبکر کے زمانے میں جو واقعہ ہوا تھا، جو مرتدین کہا جاتا ہے ہماری تاریخوں میں کہ مرتدین سے قتال، وہ باغی لوگ تھے، باغی اسٹیٹ کے باغی لوگ تھے۔</w:t>
      </w:r>
    </w:p>
    <w:p>
      <w:r>
        <w:rPr>
          <w:b/>
        </w:rPr>
        <w:t xml:space="preserve">[01:06] </w:t>
      </w:r>
      <w:r>
        <w:t>yani aisa nahi tha ke sirf barbra ijtihad un se jang ki gayi thi, yeh sahi nahi hai. un ka case treason ka case tha, treason.</w:t>
      </w:r>
    </w:p>
    <w:p>
      <w:pPr>
        <w:jc w:val="right"/>
      </w:pPr>
      <w:r>
        <w:t>یعنی ایسا نہیں تھا کہ صرف بربرا اجتہاد ان سے جنگ کی گئی تھی، یہ صحیح نہیں ہے۔ ان کا کیس ٹریژن کا کیس تھا، ٹریژن۔</w:t>
      </w:r>
    </w:p>
    <w:p>
      <w:r>
        <w:rPr>
          <w:b/>
        </w:rPr>
        <w:t xml:space="preserve">[01:19] </w:t>
      </w:r>
      <w:r>
        <w:t>to barbra baghawat un se qital kiya gaya, yani state se baghawat.</w:t>
      </w:r>
    </w:p>
    <w:p>
      <w:pPr>
        <w:jc w:val="right"/>
      </w:pPr>
      <w:r>
        <w:t>تو بربرا بغاوت ان سے قتال کیا گیا، یعنی اسٹیٹ سے بغاوت۔</w:t>
      </w:r>
    </w:p>
    <w:p>
      <w:r>
        <w:rPr>
          <w:b/>
        </w:rPr>
        <w:t xml:space="preserve">[01:25] </w:t>
      </w:r>
      <w:r>
        <w:t>hamare paas koi aisa miyar nahi hai ke hum kahein ke yeh aadmi murtad hai. yeh Khuda ke zimme hai. is liye irtidad ke fatwe ko main sar par galat samajhta hoon.</w:t>
      </w:r>
    </w:p>
    <w:p>
      <w:pPr>
        <w:jc w:val="right"/>
      </w:pPr>
      <w:r>
        <w:t>ہمارے پاس کوئی ایسا معیار نہیں ہے کہ ہم کہیں کہ یہ آدمی مرتد ہے۔ یہ خدا کے ذمے ہے۔ اس لیے ارتداد کے فتوے کو میں سر پر غلط سمجھتا ہوں۔</w:t>
      </w:r>
    </w:p>
    <w:p>
      <w:r>
        <w:rPr>
          <w:b/>
        </w:rPr>
        <w:t xml:space="preserve">[01:38] </w:t>
      </w:r>
      <w:r>
        <w:t>kisi ko haq nahi hai koi irtidad ka fatwa de.</w:t>
      </w:r>
    </w:p>
    <w:p>
      <w:pPr>
        <w:jc w:val="right"/>
      </w:pPr>
      <w:r>
        <w:t>کسی کو حق نہیں ہے کوئی ارتداد کا فتویٰ دے۔</w:t>
      </w:r>
    </w:p>
    <w:p>
      <w:r>
        <w:rPr>
          <w:b/>
        </w:rPr>
        <w:t xml:space="preserve">[01:42] </w:t>
      </w:r>
      <w:r>
        <w:t>hamare par, hamare abba ji mazhar ka hai dawat dena, dawat, dawat, dawat, dawat, dawat. bas is ke aage hamara koi kaam nahi. is ke aage hamari koi zimmedari nahi.</w:t>
      </w:r>
    </w:p>
    <w:p>
      <w:pPr>
        <w:jc w:val="right"/>
      </w:pPr>
      <w:r>
        <w:t>ہمارے پر، ہمارے ابا جی مظہر کا ہے دعوت دینا، دعوت، دعوت، دعوت، دعوت، دعوت۔ بس اس کے آگے ہمارا کوئی کام نہیں۔ اس کے آگے ہماری کوئی ذمہ داری نہیں۔</w:t>
      </w:r>
    </w:p>
    <w:p>
      <w:r>
        <w:rPr>
          <w:b/>
        </w:rPr>
        <w:t xml:space="preserve">[01:52] </w:t>
      </w:r>
      <w:r>
        <w:t>hum kahein ke yeh murtad hai, yeh fasiq hai, yeh munafiq hai, yeh kafir hai, yeh ab haq nahi hai hum ko. aise tamam fatwon ko main bilkul baseless, baseless samajhta hoon.</w:t>
      </w:r>
    </w:p>
    <w:p>
      <w:pPr>
        <w:jc w:val="right"/>
      </w:pPr>
      <w:r>
        <w:t>ہم کہیں کہ یہ مرتد ہے، یہ فاسق ہے، یہ منافق ہے، یہ کافر ہے، یہ اب حق نہیں ہے ہم کو۔ ایسے تمام فتووں کو میں بالکل بیسلیس، بیسلیس سمجھتا ہوں۔</w:t>
      </w:r>
    </w:p>
    <w:p>
      <w:r>
        <w:rPr>
          <w:b/>
        </w:rPr>
        <w:t xml:space="preserve">[02:04] </w:t>
      </w:r>
      <w:r>
        <w:t>dawat ka kaam kijiye, bas. koi criteria nahi hai ke aap kahein ke yeh murtad hai, yeh kafir hai, yeh fasiq hai, yeh munafiq hai.</w:t>
      </w:r>
    </w:p>
    <w:p>
      <w:pPr>
        <w:jc w:val="right"/>
      </w:pPr>
      <w:r>
        <w:t>دعوت کا کام کیجیے، بس۔ کوئی کرائٹیریا نہیں ہے کہ آپ کہیں کہ یہ مرتد ہے، یہ کافر ہے، یہ فاسق ہے، یہ منافق ہے۔</w:t>
      </w:r>
    </w:p>
    <w:p>
      <w:r>
        <w:rPr>
          <w:b/>
        </w:rPr>
        <w:t xml:space="preserve">[02:15] </w:t>
      </w:r>
      <w:r>
        <w:t>yeh Allah taala ka kaam hai. Allah taala ki seat aap nahi le sakte. hamein sirf dawat ka kaam karna hai, dawat ki planning karna hai,</w:t>
      </w:r>
    </w:p>
    <w:p>
      <w:pPr>
        <w:jc w:val="right"/>
      </w:pPr>
      <w:r>
        <w:t>یہ اللہ تعالیٰ کا کام ہے۔ اللہ تعالیٰ کی سیٹ آپ نہیں لے سکتے۔ ہمیں صرف دعوت کا کام کرنا ہے، دعوت کی پلاننگ کرنا ہے،</w:t>
      </w:r>
    </w:p>
    <w:p>
      <w:r>
        <w:rPr>
          <w:b/>
        </w:rPr>
        <w:t xml:space="preserve">[02:24] </w:t>
      </w:r>
      <w:r>
        <w:t>dua karna hai. jahan hamari dawat kaam na kare, wahan dua karein hum. agar hum mehsoos karein ke yahan woh dawat kaam nahi kar rahi, to un ke liye dua kareinge.</w:t>
      </w:r>
    </w:p>
    <w:p>
      <w:pPr>
        <w:jc w:val="right"/>
      </w:pPr>
      <w:r>
        <w:t>دعا کرنا ہے۔ جہاں ہماری دعوت کام نہ کرے، وہاں دعا کریں ہم۔ اگر ہم محسوس کریں کہ یہاں وہ دعوت کام نہیں کر رہی، تو ان کے لیے دعا کریں گے۔</w:t>
      </w:r>
    </w:p>
    <w:p>
      <w:r>
        <w:rPr>
          <w:b/>
        </w:rPr>
        <w:t xml:space="preserve">[02:33] </w:t>
      </w:r>
      <w:r>
        <w:t>bas, is se zyada aur kuch nahi.</w:t>
      </w:r>
    </w:p>
    <w:p>
      <w:pPr>
        <w:jc w:val="right"/>
      </w:pPr>
      <w:r>
        <w:t>بس، اس سے زیادہ اور کچھ نہیں۔</w:t>
      </w:r>
    </w:p>
    <w:p>
      <w:r>
        <w:rPr>
          <w:b/>
        </w:rPr>
        <w:t xml:space="preserve">[02:39] </w:t>
      </w:r>
      <w:r>
        <w:t>das question is from mr mt khan from patna. Maulana sahib, as you just mentioned that Quran has talked about Christians method of dawah work is a good, is a good method.</w:t>
      </w:r>
    </w:p>
    <w:p>
      <w:pPr>
        <w:jc w:val="right"/>
      </w:pPr>
      <w:r>
        <w:t>دس کوئسچن از فرام مسٹر ایم ٹی خان فرام پٹنہ۔ مولانا صاحب، ایز یو جسٹ مینشن دیٹ قرآن ہیز ٹاکڈ اباؤٹ کرسچنز میتھڈ آف دعویٰ ورک از ا گڈ، از ا گڈ میتھڈ۔</w:t>
      </w:r>
    </w:p>
    <w:p>
      <w:r>
        <w:rPr>
          <w:b/>
        </w:rPr>
        <w:t xml:space="preserve">[02:54] </w:t>
      </w:r>
      <w:r>
        <w:t>can you please give us reference of the verse?</w:t>
      </w:r>
    </w:p>
    <w:p>
      <w:pPr>
        <w:jc w:val="right"/>
      </w:pPr>
      <w:r>
        <w:t>کین یو پلیز گیو اس ریفرنس آف دا ورس؟</w:t>
      </w:r>
    </w:p>
    <w:p>
      <w:r>
        <w:rPr>
          <w:b/>
        </w:rPr>
        <w:t xml:space="preserve">[02:57] </w:t>
      </w:r>
      <w:r>
        <w:t>haan, dekhiye, aap surah saff padhiye. is mein hai ke, is mein hai ke.</w:t>
      </w:r>
    </w:p>
    <w:p>
      <w:pPr>
        <w:jc w:val="right"/>
      </w:pPr>
      <w:r>
        <w:t>ہاں، دیکھیے، آپ سورہ الصف پڑھیے۔ اس میں ہے کہ، اس میں ہے کہ۔</w:t>
      </w:r>
    </w:p>
    <w:p>
      <w:r>
        <w:rPr>
          <w:b/>
        </w:rPr>
        <w:t xml:space="preserve">[03:06] </w:t>
      </w:r>
      <w:r>
        <w:t>ya ayuhal lazeena aamanu aamanu kun ansarullah sub number ansari Allah is mein aa gaya hai ke jis tarah hazrat maseeh ne apne hawariyon se kaha tha,</w:t>
      </w:r>
    </w:p>
    <w:p>
      <w:pPr>
        <w:jc w:val="right"/>
      </w:pPr>
      <w:r>
        <w:t>یا ایہا الذین آمنوا آمنوا کن انصار اللہ سب نمبر انصاری اللہ اس میں آگیا ہے کہ جس طرح حضرت مسیح نے اپنے حواریوں سے کہا تھا،</w:t>
      </w:r>
    </w:p>
    <w:p>
      <w:r>
        <w:rPr>
          <w:b/>
        </w:rPr>
        <w:t xml:space="preserve">[03:20] </w:t>
      </w:r>
      <w:r>
        <w:t>to musalmanon ka kaha gaya ke tum in ko imitate karo, tum bhi isi tareeqe se karo. aap padh lijiye surah saff mein, aakhir mein.</w:t>
      </w:r>
    </w:p>
    <w:p>
      <w:pPr>
        <w:jc w:val="right"/>
      </w:pPr>
      <w:r>
        <w:t>تو مسلمانوں کا کہا گیا کہ تم ان کو ایمیٹیٹ کرو، تم بھی اسی طریقے سے کرو۔ آپ پڑھ لیجئے سورہ الصف میں، آخر میں۔</w:t>
      </w:r>
    </w:p>
    <w:p>
      <w:r>
        <w:rPr>
          <w:b/>
        </w:rPr>
        <w:t xml:space="preserve">[03:33] </w:t>
      </w:r>
      <w:r>
        <w:t>surah saff ke aakhir mein.</w:t>
      </w:r>
    </w:p>
    <w:p>
      <w:pPr>
        <w:jc w:val="right"/>
      </w:pPr>
      <w:r>
        <w:t>سورہ الصف کے آخر میں۔</w:t>
      </w:r>
    </w:p>
    <w:p>
      <w:r>
        <w:rPr>
          <w:b/>
        </w:rPr>
        <w:t xml:space="preserve">[03:42] </w:t>
      </w:r>
      <w:r>
        <w:t>das question is from dr naseem siddiqui from delhi. Maulana, in Quran chapter number 65, it is mentioned that there are seven earths and seven heavens,</w:t>
      </w:r>
    </w:p>
    <w:p>
      <w:pPr>
        <w:jc w:val="right"/>
      </w:pPr>
      <w:r>
        <w:t>دس کوئسچن از فرام ڈاکٹر نسیم صدیقی فرام دہلی۔ مولانا، ان قرآن چیپٹر نمبر 65، اٹ از مینشن دیٹ دیر آر سیون ارتھس اینڈ سیون ہیونز،</w:t>
      </w:r>
    </w:p>
    <w:p>
      <w:r>
        <w:rPr>
          <w:b/>
        </w:rPr>
        <w:t xml:space="preserve">[03:57] </w:t>
      </w:r>
      <w:r>
        <w:t>where as if you look at our science books, they talk about eight planets. can we take it as seven planets and the eighth one as being the heaven?</w:t>
      </w:r>
    </w:p>
    <w:p>
      <w:pPr>
        <w:jc w:val="right"/>
      </w:pPr>
      <w:r>
        <w:t>ویئر ایز اف یو لوک ایٹ اور سائنس بکس، دے ٹاک اباؤٹ ایٹ پلینٹس۔ کین وی ٹیک اٹ ایز سیون پلینٹس اینڈ دا ایٹھ ون ایز بینگ دا ہیون؟</w:t>
      </w:r>
    </w:p>
    <w:p>
      <w:r>
        <w:rPr>
          <w:b/>
        </w:rPr>
        <w:t xml:space="preserve">[04:09] </w:t>
      </w:r>
      <w:r>
        <w:t>are heaven associated with seven planets other than earth?</w:t>
      </w:r>
    </w:p>
    <w:p>
      <w:pPr>
        <w:jc w:val="right"/>
      </w:pPr>
      <w:r>
        <w:t>ار ہیون ایسوسیٹڈ ود سیون پلینٹس ادر دین ارتھ؟</w:t>
      </w:r>
    </w:p>
    <w:p>
      <w:r>
        <w:rPr>
          <w:b/>
        </w:rPr>
        <w:t xml:space="preserve">[04:14] </w:t>
      </w:r>
      <w:r>
        <w:t>dekhein, bohat si cheezein abhi science ko nahi maloom hui hain. aap jante hain ke abhi haal mein scientist and jo discovery hui hai science mein ke universe ka 99 percent jo hai, woh</w:t>
      </w:r>
    </w:p>
    <w:p>
      <w:pPr>
        <w:jc w:val="right"/>
      </w:pPr>
      <w:r>
        <w:t>دیکھیں، بہت سی چیزیں ابھی سائنس کو نہیں معلوم ہوئی ہیں۔ آپ جانتے ہیں کہ ابھی حال میں سائنٹسٹ اینڈ جو ڈسکوری ہوئی ہے سائنس میں کہ یونیورس کا 99 پرسنٹ جو ہے، وہ</w:t>
      </w:r>
    </w:p>
    <w:p>
      <w:r>
        <w:rPr>
          <w:b/>
        </w:rPr>
        <w:t xml:space="preserve">[04:32] </w:t>
      </w:r>
      <w:r>
        <w:t>woh dark matter hai. dark matter 99 percent jo hum dekh nahi sakte. jo universe hum dekh paate hain, woh sirf 55 percent hai.</w:t>
      </w:r>
    </w:p>
    <w:p>
      <w:pPr>
        <w:jc w:val="right"/>
      </w:pPr>
      <w:r>
        <w:t>وہ ڈارک میٹرز ہے۔ ڈارک میٹر 99 پرسنٹ جو ہم دیکھ نہیں سکتے۔ جو یونیورس ہم دیکھ پاتے ہیں، وہ صرف 55 پرسنٹ ہے۔</w:t>
      </w:r>
    </w:p>
    <w:p>
      <w:r>
        <w:rPr>
          <w:b/>
        </w:rPr>
        <w:t xml:space="preserve">[04:44] </w:t>
      </w:r>
      <w:r>
        <w:t>is wajah se hum yeh nahi keh sakte ke yeh jo seven wali baat hai,</w:t>
      </w:r>
    </w:p>
    <w:p>
      <w:pPr>
        <w:jc w:val="right"/>
      </w:pPr>
      <w:r>
        <w:t>اس وجہ سے ہم یہ نہیں کہہ سکتے کہ یہ جو سیون والی بات ہے،</w:t>
      </w:r>
    </w:p>
    <w:p>
      <w:r>
        <w:rPr>
          <w:b/>
        </w:rPr>
        <w:t xml:space="preserve">[04:49] </w:t>
      </w:r>
      <w:r>
        <w:t>woh is ke bare mein hum koi rai nahi de sakte, kyunke abhi kitni cheezein janna baqi hain. seven se murad planet nahi hai, yeh bhi galat hai ke hum samjhein ke seven planet aur planet aath bhi nahi hain, aur zyada hain planet.</w:t>
      </w:r>
    </w:p>
    <w:p>
      <w:pPr>
        <w:jc w:val="right"/>
      </w:pPr>
      <w:r>
        <w:t>وہ اس کے بارے میں ہم کوئی رائے نہیں دے سکتے، کیونکہ ابھی کتنی چیزیں جاننا باقی ہیں۔ سیون سے مراد پلینٹ نہیں ہے، یہ بھی غلط ہے کہ ہم سمجھیں کہ سیون پلینٹ اور پلینٹ اٹھ بھی نہیں ہیں، اور زیادہ ہیں پلینٹ۔</w:t>
      </w:r>
    </w:p>
    <w:p>
      <w:r>
        <w:rPr>
          <w:b/>
        </w:rPr>
        <w:t xml:space="preserve">[05:05] </w:t>
      </w:r>
      <w:r>
        <w:t>to seven se murad planet nahi hai. to main sirf yahi keh sakta hoon ke yeh jo saat zameen aur saat aasman wali jo baat hai, yeh universe ka woh region hai jahan tak abhi hamari</w:t>
      </w:r>
    </w:p>
    <w:p>
      <w:pPr>
        <w:jc w:val="right"/>
      </w:pPr>
      <w:r>
        <w:t>تو سیون سے مراد پلینٹ نہیں ہے۔ تو میں صرف یہی کہہ سکتا ہوں کہ یہ جو سات زمین اور سات آسمان والی جو بات ہے، یہ یونیورس کا وہ ریجن ہے جہاں تک ابھی ہماری</w:t>
      </w:r>
    </w:p>
    <w:p>
      <w:r>
        <w:rPr>
          <w:b/>
        </w:rPr>
        <w:t xml:space="preserve">[05:22] </w:t>
      </w:r>
      <w:r>
        <w:t>telescope pohnchi nahi hai. jab science khud keh rahi hai ke five percent hi hum dekh paate hain, 95, 95 percent to hum dekh hi nahi paate, woh dark matters hain, woh sab.</w:t>
      </w:r>
    </w:p>
    <w:p>
      <w:pPr>
        <w:jc w:val="right"/>
      </w:pPr>
      <w:r>
        <w:t>ٹیلیسکوپ پہنچی نہیں ہے۔ جب سائنس خود کہہ رہی ہے کہ فائیو پرسنٹ ہی ہم دیکھ پاتے ہیں، 95، 95 پرسنٹ تو ہم دیکھ ہی نہیں پاتے، وہ ڈارک میٹرز ہیں، وہ سب۔</w:t>
      </w:r>
    </w:p>
    <w:p>
      <w:r>
        <w:rPr>
          <w:b/>
        </w:rPr>
        <w:t xml:space="preserve">[05:36] </w:t>
      </w:r>
      <w:r>
        <w:t>is wajah se hum koi statement dene ki koshish nahi hain. hum sirf yahi keh sakte hain ke</w:t>
      </w:r>
    </w:p>
    <w:p>
      <w:pPr>
        <w:jc w:val="right"/>
      </w:pPr>
      <w:r>
        <w:t>اس وجہ سے ہم کوئی سٹیٹمنٹ دینے کی کوشش نہیں ہیں۔ ہم صرف یہی کہہ سکتے ہیں کہ</w:t>
      </w:r>
    </w:p>
    <w:p>
      <w:r>
        <w:rPr>
          <w:b/>
        </w:rPr>
        <w:t xml:space="preserve">[05:42] </w:t>
      </w:r>
      <w:r>
        <w:t>ya to hum kabhi daryaft kar payenge, ya qayamat ke baad hamein ilm hoga ke saath saath kya murad tha.</w:t>
      </w:r>
    </w:p>
    <w:p>
      <w:pPr>
        <w:jc w:val="right"/>
      </w:pPr>
      <w:r>
        <w:t>یا تو میں کبھی ہم دریافت کر پائیں گے، یا قیامت کے بعد ہمیں علم ہوگا کہ ساتھ ساتھ کیا مراد تھا۔</w:t>
      </w:r>
    </w:p>
    <w:p>
      <w:r>
        <w:rPr>
          <w:b/>
        </w:rPr>
        <w:t xml:space="preserve">[05:55] </w:t>
      </w:r>
      <w:r>
        <w:t>das question is from mr nafees sheraz from delhi. saas aur susar ke prati bahu ke kya farz hain?</w:t>
      </w:r>
    </w:p>
    <w:p>
      <w:pPr>
        <w:jc w:val="right"/>
      </w:pPr>
      <w:r>
        <w:t>دس کوئسچن از فرام مسٹر نفیس شیراز فرام دہلی۔ ساس اور سسر کے प्रति بہو کے کیا فرائض ہیں؟</w:t>
      </w:r>
    </w:p>
    <w:p>
      <w:r>
        <w:rPr>
          <w:b/>
        </w:rPr>
        <w:t xml:space="preserve">[06:05] </w:t>
      </w:r>
      <w:r>
        <w:t>is ke bare mein bataein.</w:t>
      </w:r>
    </w:p>
    <w:p>
      <w:pPr>
        <w:jc w:val="right"/>
      </w:pPr>
      <w:r>
        <w:t>اس کے بارے میں بتائیں۔</w:t>
      </w:r>
    </w:p>
    <w:p>
      <w:r>
        <w:rPr>
          <w:b/>
        </w:rPr>
        <w:t xml:space="preserve">[06:08] </w:t>
      </w:r>
      <w:r>
        <w:t>koi faida nahi hai. aaj kal bohat bada myth hai ke jo shadi kar ke laate hain log, to kehte hain mere maa baap ki khidmat karo.</w:t>
      </w:r>
    </w:p>
    <w:p>
      <w:pPr>
        <w:jc w:val="right"/>
      </w:pPr>
      <w:r>
        <w:t>کوئی فائدہ نہیں ہے۔ آج کل بہت بڑا متھ ہے کہ جو شادی کر کے لاتے ہیں لوگ، تو کہتے ہیں میرے ماں باپ کی خدمت کرو۔</w:t>
      </w:r>
    </w:p>
    <w:p>
      <w:r>
        <w:rPr>
          <w:b/>
        </w:rPr>
        <w:t xml:space="preserve">[06:17] </w:t>
      </w:r>
      <w:r>
        <w:t>koi farz nahi hai. bahu ka yeh farz nahi hai ke saas susar ki khidmat kare. woh yaad rakhiye, is ka Islam se koi talluq nahi hai.</w:t>
      </w:r>
    </w:p>
    <w:p>
      <w:pPr>
        <w:jc w:val="right"/>
      </w:pPr>
      <w:r>
        <w:t>کوئی فرض نہیں ہے۔ بہو کا یہ فرض نہیں ہے کہ ساس سسر کی خدمت کرے۔ وہ یاد رکھیے، اس کا اسلام سے کوئی تعلق نہیں ہے۔</w:t>
      </w:r>
    </w:p>
    <w:p>
      <w:r>
        <w:rPr>
          <w:b/>
        </w:rPr>
        <w:t xml:space="preserve">[06:26] </w:t>
      </w:r>
      <w:r>
        <w:t>main pampering kar ke apne bete ko woh zehan mein daalte hain ke sab se zyada tumhari mein hoon, to beta jo hai maa ki side leta hai.</w:t>
      </w:r>
    </w:p>
    <w:p>
      <w:pPr>
        <w:jc w:val="right"/>
      </w:pPr>
      <w:r>
        <w:t>میں پیمپنگ کر کے اپنے بیٹے کو وہ ذہن میں ڈالتے ہیں کہ سب سے زیادہ تمہاری میں ہوں، تو بیٹا جو ہے ماں کی سائیڈ لیتا ہے۔</w:t>
      </w:r>
    </w:p>
    <w:p>
      <w:r>
        <w:rPr>
          <w:b/>
        </w:rPr>
        <w:t xml:space="preserve">[06:38] </w:t>
      </w:r>
      <w:r>
        <w:t>dekhein, arab mein kya tha sahaba ke zamane mein ke shadi hui aur is ke baad alag kar diya gaya.</w:t>
      </w:r>
    </w:p>
    <w:p>
      <w:pPr>
        <w:jc w:val="right"/>
      </w:pPr>
      <w:r>
        <w:t>دیکھیں، عرب میں کیا تھا صحابہ کے زمانے میں کہ شادی ہوئی اور اس کے بعد الگ کر دیا گیا۔</w:t>
      </w:r>
    </w:p>
    <w:p>
      <w:r>
        <w:rPr>
          <w:b/>
        </w:rPr>
        <w:t xml:space="preserve">[06:45] </w:t>
      </w:r>
      <w:r>
        <w:t>rasool Allah Hazrat Fatima ki shadi ki, alag kar diya. to joint family hai hi Arab mein. is mein mein nahi kehta joint family galat hai, lekin Islam ka jo namona hai Arab mein, to joint family thi hi nahi wahan par.</w:t>
      </w:r>
    </w:p>
    <w:p>
      <w:pPr>
        <w:jc w:val="right"/>
      </w:pPr>
      <w:r>
        <w:t>رسول اللہ حضرت فاطمہ کی شادی کی، الگ کر دیا۔ تو جوائنٹ فیملی ہے ہی عرب میں۔ اس میں میں نہیں کہتا جوائنٹ فیملی غلط ہے، لیکن اسلام کا جو نمونہ ہے عرب میں، تو جوائنٹ فیملی تھی ہی نہیں وہاں پر۔</w:t>
      </w:r>
    </w:p>
    <w:p>
      <w:r>
        <w:rPr>
          <w:b/>
        </w:rPr>
        <w:t xml:space="preserve">[07:03] </w:t>
      </w:r>
      <w:r>
        <w:t>yeh to joint family ka phenomena hai ke ek ek susar hotay hain, ek ek ek woh hoti hai, yani yani shohar ki maan baap hotay hain aur biwi se kehte hain is ki khidmat karo.</w:t>
      </w:r>
    </w:p>
    <w:p>
      <w:pPr>
        <w:jc w:val="right"/>
      </w:pPr>
      <w:r>
        <w:t>یہ تو جوائنٹ فیملی کا فیناومینا ہے کہ ایک ایک سسر ہوتے ہیں، ایک ایک ایک وہ ہوتی ہے، یعنی یعنی شوہر کی ماں باپ ہوتے ہیں اور بیوی سے کہتے ہیں اس کی خدمت کرو۔</w:t>
      </w:r>
    </w:p>
    <w:p>
      <w:r>
        <w:rPr>
          <w:b/>
        </w:rPr>
        <w:t xml:space="preserve">[07:16] </w:t>
      </w:r>
      <w:r>
        <w:t>yeh to joint family ka phenomena hai. kuch nahi, Islam se koi talluq nahi samajhta is ka.</w:t>
      </w:r>
    </w:p>
    <w:p>
      <w:pPr>
        <w:jc w:val="right"/>
      </w:pPr>
      <w:r>
        <w:t>یہ تو جوائنٹ فیملی کا فیناومینا ہے۔ کچھ نہیں، اسلام سے کوئی تعلق نہیں سمجھتا اس کا۔</w:t>
      </w:r>
    </w:p>
    <w:p>
      <w:r>
        <w:rPr>
          <w:b/>
        </w:rPr>
        <w:t xml:space="preserve">[07:23] </w:t>
      </w:r>
      <w:r>
        <w:t>kuch nahi samajhta is ka talluq. sahi baat yeh hai ke shadi ke baad aadmi alag rahe, bas. joint family jo hai, sirf masail paida karti hai, masail.</w:t>
      </w:r>
    </w:p>
    <w:p>
      <w:pPr>
        <w:jc w:val="right"/>
      </w:pPr>
      <w:r>
        <w:t>کچھ نہیں سمجھتا اس کا تعلق۔ صحیح بات یہ ہے کہ شادی کے بعد آدمی الگ رہے، بس۔ جوائنٹ فیملی جو ہے، صرف مسائل پیدا کرتی ہے، مسائل۔</w:t>
      </w:r>
    </w:p>
    <w:p>
      <w:r>
        <w:rPr>
          <w:b/>
        </w:rPr>
        <w:t xml:space="preserve">[07:38] </w:t>
      </w:r>
      <w:r>
        <w:t>to mein jo yahan se samjha hai, mein ne woh yahi hai ke yeh jhagray ki jar hai. jhagray ki jar yahi hai.</w:t>
      </w:r>
    </w:p>
    <w:p>
      <w:pPr>
        <w:jc w:val="right"/>
      </w:pPr>
      <w:r>
        <w:t>تو میں جو یہاں سے سمجھا ہے، میں نے وہ یہی ہے کہ یہ جھگڑے کی جڑ ہے۔ جھگڑے کی جڑ یہی ہے۔</w:t>
      </w:r>
    </w:p>
    <w:p>
      <w:r>
        <w:rPr>
          <w:b/>
        </w:rPr>
        <w:t xml:space="preserve">[07:47] </w:t>
      </w:r>
      <w:r>
        <w:t>abhi ek sahib ki shadi hui, abhi jaldi ki baat hai, to do mahine ke baad talaq ho gayi.</w:t>
      </w:r>
    </w:p>
    <w:p>
      <w:pPr>
        <w:jc w:val="right"/>
      </w:pPr>
      <w:r>
        <w:t>ابھی ایک صاحب کی شادی ہوئی، ابھی جلدی کی بات ہے، تو دو مہینے کے بعد طلاق ہو گئی۔</w:t>
      </w:r>
    </w:p>
    <w:p>
      <w:r>
        <w:rPr>
          <w:b/>
        </w:rPr>
        <w:t xml:space="preserve">[07:54] </w:t>
      </w:r>
      <w:r>
        <w:t>to jis jis shohar ne talaq di thi, us ka mere paas telephone aaya. us ne kaha ke sahib, woh ladki jo hai bari galat thi aur aur bohat ghussa karti thi aur larai karti thi, is liye mein ne talaq de di.</w:t>
      </w:r>
    </w:p>
    <w:p>
      <w:pPr>
        <w:jc w:val="right"/>
      </w:pPr>
      <w:r>
        <w:t>تو جس جس شوہر نے طلاق دی تھی، اس کا میرے پاس ٹیلی فون آیا۔ اس نے کہا کہ صاحب، وہ لڑکی جو ہے بڑی غلط تھی اور اور بہت غصہ کرتی تھی اور لڑائی کرتی تھی، اس لیے میں نے طلاق دے دیا۔</w:t>
      </w:r>
    </w:p>
    <w:p>
      <w:r>
        <w:rPr>
          <w:b/>
        </w:rPr>
        <w:t xml:space="preserve">[08:06] </w:t>
      </w:r>
      <w:r>
        <w:t>mein ne kaha tum jhoot bolte ho. mujhe kuch pata nahi tha. kuch pata nahi tha mujhe. mein ne kaha tum jhoot bolte ho.</w:t>
      </w:r>
    </w:p>
    <w:p>
      <w:pPr>
        <w:jc w:val="right"/>
      </w:pPr>
      <w:r>
        <w:t>میں نے کہا تم جھوٹ بولتے ہو۔ مجھے کچھ پتہ نہیں تھا۔ کچھ پتہ نہیں تھا مجھے۔ میں نے کہا تم جھوٹ بولتے ہو۔</w:t>
      </w:r>
    </w:p>
    <w:p>
      <w:r>
        <w:rPr>
          <w:b/>
        </w:rPr>
        <w:t xml:space="preserve">[08:13] </w:t>
      </w:r>
      <w:r>
        <w:t>mein ne kaha yeh mumkin nahi ke woh ladki pohanchay larai larai jhagda karne aap ke aap ke maan baap se. yeh yeh common sense ke khilaf hai.</w:t>
      </w:r>
    </w:p>
    <w:p>
      <w:pPr>
        <w:jc w:val="right"/>
      </w:pPr>
      <w:r>
        <w:t>میں نے کہا یہ ممکن نہیں کہ وہ لڑکی پہنچے لڑائی لڑائی جھگڑا کرنے آپ کے آپ کے ماں باپ سے۔ یہ یہ کامن سینس کے خلاف ہے۔</w:t>
      </w:r>
    </w:p>
    <w:p>
      <w:r>
        <w:rPr>
          <w:b/>
        </w:rPr>
        <w:t xml:space="preserve">[08:24] </w:t>
      </w:r>
      <w:r>
        <w:t>is tarah bataya jaise ladki jab un ghar mein aayi to un ke maan baap se larne lagi.</w:t>
      </w:r>
    </w:p>
    <w:p>
      <w:pPr>
        <w:jc w:val="right"/>
      </w:pPr>
      <w:r>
        <w:t>اس طرح بتایا جیسے لڑکی جب ان گھر میں آئی تو ان کے ماں باپ سے لڑنے لگی۔</w:t>
      </w:r>
    </w:p>
    <w:p>
      <w:r>
        <w:rPr>
          <w:b/>
        </w:rPr>
        <w:t xml:space="preserve">[08:30] </w:t>
      </w:r>
      <w:r>
        <w:t>common sense ke khilaf hai. aap jhoot bolte hain. aap mein ne kaha tha ke common sense ke aap jo talaq diya, ek pagal pan kiya aap ne. mein ne kaha ke dekhein, yeh sab reaction mein hota hai.</w:t>
      </w:r>
    </w:p>
    <w:p>
      <w:pPr>
        <w:jc w:val="right"/>
      </w:pPr>
      <w:r>
        <w:t>کامن سینس کے خلاف ہے۔ آپ جھوٹ بولتے ہیں۔ آپ میں نے کہا تھا کہ کامن سینس کہ آپ جو طلاق دیا، ایک پاگل پن کیا آپ نے۔ میں نے کہا کہ دیکھیں، یہ سب ری ایکشن میں ہوتا ہے۔</w:t>
      </w:r>
    </w:p>
    <w:p>
      <w:r>
        <w:rPr>
          <w:b/>
        </w:rPr>
        <w:t xml:space="preserve">[08:42] </w:t>
      </w:r>
      <w:r>
        <w:t>biwi gayi hogi aap ke ghar, to maan baap chahte honge khidmat karein, ghar ka kaam karein. to ab us ne kaha kuch kaha hoga, yeh nahi, woh nahi.</w:t>
      </w:r>
    </w:p>
    <w:p>
      <w:pPr>
        <w:jc w:val="right"/>
      </w:pPr>
      <w:r>
        <w:t>بیوی گئی ہوگی آپ کے گھر، تو ماں باپ چاہتے ہوں گے خدمت کریں، گھر کا کام کریں۔ تو اب اس نے کہا کچھ کہا ہوگا، یہ نہیں، وہ نہیں۔</w:t>
      </w:r>
    </w:p>
    <w:p>
      <w:r>
        <w:rPr>
          <w:b/>
        </w:rPr>
        <w:t xml:space="preserve">[08:51] </w:t>
      </w:r>
      <w:r>
        <w:t>to aap ne kuch kaha hoga, unhon ne kaha hoga. to yeh yeh bilateral hota hai.</w:t>
      </w:r>
    </w:p>
    <w:p>
      <w:pPr>
        <w:jc w:val="right"/>
      </w:pPr>
      <w:r>
        <w:t>تو آپ نے کچھ کہا ہوگا، انہوں نے کہا ہوگا۔ تو یہ یہ بائی لیٹرل ہوتا ہے۔</w:t>
      </w:r>
    </w:p>
    <w:p>
      <w:r>
        <w:rPr>
          <w:b/>
        </w:rPr>
        <w:t xml:space="preserve">[08:58] </w:t>
      </w:r>
      <w:r>
        <w:t>to mein ne kaha ke aap ko abhi pata hi nahi ke ke cheezein jo hain bilateral hoti hain. aur talaq de diya aap ne.</w:t>
      </w:r>
    </w:p>
    <w:p>
      <w:pPr>
        <w:jc w:val="right"/>
      </w:pPr>
      <w:r>
        <w:t>تو میں نے کہا کہ آپ کو ابھی پتہ ہی نہیں کہ کہ چیزیں جو ہیں بائی لیٹرل ہوتی ہیں۔ اور طلاق دے دیا آپ نے۔</w:t>
      </w:r>
    </w:p>
    <w:p>
      <w:r>
        <w:rPr>
          <w:b/>
        </w:rPr>
        <w:t xml:space="preserve">[09:06] </w:t>
      </w:r>
      <w:r>
        <w:t>to mein ne kaha aap yeh pagal pan kaam kiya. to khair lambi baat cheet hui telephone par. unhon ne khud iqrar kiya ke as I was I was blind then.</w:t>
      </w:r>
    </w:p>
    <w:p>
      <w:pPr>
        <w:jc w:val="right"/>
      </w:pPr>
      <w:r>
        <w:t>تو میں نے کہا آپ یہ پاگل پن کام کیا۔ تو خیر لمبی بات چیت ہوئی ٹیلی فون پر۔ انہوں نے خود اقرار کیا کہ ایس آئی واز آئی واز بلائنڈ دین۔</w:t>
      </w:r>
    </w:p>
    <w:p>
      <w:r>
        <w:rPr>
          <w:b/>
        </w:rPr>
        <w:t xml:space="preserve">[09:16] </w:t>
      </w:r>
      <w:r>
        <w:t>I was mind.</w:t>
      </w:r>
    </w:p>
    <w:p>
      <w:pPr>
        <w:jc w:val="right"/>
      </w:pPr>
      <w:r>
        <w:t>آئی واز مائڈ۔</w:t>
      </w:r>
    </w:p>
    <w:p>
      <w:r>
        <w:rPr>
          <w:b/>
        </w:rPr>
        <w:t xml:space="preserve">[09:18] </w:t>
      </w:r>
      <w:r>
        <w:t>to woh kaha ab kya ho sakta hai? mein ne kaha ab kya ho sakta hai? aap ab jo teen talaq de rakhi hai, ab to asan nahi hai muamla. ab to baharhal mein samajhta hoon ke joint family system jo hai, koi achi baat nahi hai.</w:t>
      </w:r>
    </w:p>
    <w:p>
      <w:pPr>
        <w:jc w:val="right"/>
      </w:pPr>
      <w:r>
        <w:t>تو وہ کہا اب کیا ہو سکتا ہے؟ میں نے کہا اب کیا ہو سکتا ہے؟ آپ اب جو تین طلاق دے رکھی ہے، اب تو آسان نہیں ہے معاملہ۔ اب تو بہرحال میں سمجھتا ہوں کہ جوائنٹ فیملی سسٹم جو ہے، کوئی اچھی بات نہیں ہے۔</w:t>
      </w:r>
    </w:p>
    <w:p>
      <w:r>
        <w:rPr>
          <w:b/>
        </w:rPr>
        <w:t xml:space="preserve">[09:32] </w:t>
      </w:r>
      <w:r>
        <w:t>logon ko shadi karna chahiye aur logon ko alag alag rehna chahiye.</w:t>
      </w:r>
    </w:p>
    <w:p>
      <w:pPr>
        <w:jc w:val="right"/>
      </w:pPr>
      <w:r>
        <w:t>لوگوں کو شادی کرنا چاہیے اور لوگوں کو الگ الگ رہنا چاہیے۔</w:t>
      </w:r>
    </w:p>
    <w:p>
      <w:r>
        <w:rPr>
          <w:b/>
        </w:rPr>
        <w:t xml:space="preserve">[09:37] </w:t>
      </w:r>
      <w:r>
        <w:t>mein meri rai to yahi hai. this question is from doctor Fareeda Khanam from Delhi. why is it that true love for God is rarest of the rare phenomena,</w:t>
      </w:r>
    </w:p>
    <w:p>
      <w:pPr>
        <w:jc w:val="right"/>
      </w:pPr>
      <w:r>
        <w:t>میں میری رائے تو یہی ہے۔ دس کوئسچن از فرام ڈاکٹر فریدہ خانم فرام دہلی۔ وائی از اٹ دیٹ ٹرو لف فار گاڈ از ریریسٹ اف دا ریئر فیناومینا،</w:t>
      </w:r>
    </w:p>
    <w:p>
      <w:r>
        <w:rPr>
          <w:b/>
        </w:rPr>
        <w:t xml:space="preserve">[09:52] </w:t>
      </w:r>
      <w:r>
        <w:t>in spite of the fact that God is only benefactor?</w:t>
      </w:r>
    </w:p>
    <w:p>
      <w:pPr>
        <w:jc w:val="right"/>
      </w:pPr>
      <w:r>
        <w:t>ان سپائٹ اف دا فیکٹ دیٹ گاڈ از اونلی بینیفیکٹر؟</w:t>
      </w:r>
    </w:p>
    <w:p>
      <w:r>
        <w:rPr>
          <w:b/>
        </w:rPr>
        <w:t xml:space="preserve">[09:58] </w:t>
      </w:r>
      <w:r>
        <w:t>yeh to shaitan 24 ghante bhagata hai. yeh to karta hai shaitan.</w:t>
      </w:r>
    </w:p>
    <w:p>
      <w:pPr>
        <w:jc w:val="right"/>
      </w:pPr>
      <w:r>
        <w:t>یہ تو شیطان 24 گھنٹے بھگاتا ہے۔ یہ تو کرتا ہے شیطان۔</w:t>
      </w:r>
    </w:p>
    <w:p>
      <w:r>
        <w:rPr>
          <w:b/>
        </w:rPr>
        <w:t xml:space="preserve">[10:07] </w:t>
      </w:r>
      <w:r>
        <w:t>shaitan yahi karta hai har waqt. 24 ghante shaitan aap ko bhagata rehta hai ke bhagata kya hai? ke glass tumhare paise se market se khareeda hai, pani to government supply kar rahi hai,</w:t>
      </w:r>
    </w:p>
    <w:p>
      <w:pPr>
        <w:jc w:val="right"/>
      </w:pPr>
      <w:r>
        <w:t>شیطان یہی کرتا ہے ہر وقت۔ 24 گھنٹے شیطان آپ کو بھگاتا رہتا ہے کہ بھگاتا کیا ہے؟ کہ گلاس تمہارے پیسے سے مارکیٹ سے خریدا ہے، پانی تو گورنمنٹ سپلائی کر رہی ہے،</w:t>
      </w:r>
    </w:p>
    <w:p>
      <w:r>
        <w:rPr>
          <w:b/>
        </w:rPr>
        <w:t xml:space="preserve">[10:21] </w:t>
      </w:r>
      <w:r>
        <w:t>yeh to falan factory bana hai. to shaitan jo hai, us ko attribute karta rehta hai</w:t>
      </w:r>
    </w:p>
    <w:p>
      <w:pPr>
        <w:jc w:val="right"/>
      </w:pPr>
      <w:r>
        <w:t>یہ تو فلاں فیکٹری بنا ہے۔ تو شیطان جو ہے، اس کو ایٹریبیوٹ کرتا رہتا ہے</w:t>
      </w:r>
    </w:p>
    <w:p>
      <w:r>
        <w:rPr>
          <w:b/>
        </w:rPr>
        <w:t xml:space="preserve">[10:26] </w:t>
      </w:r>
      <w:r>
        <w:t>Khuda ke siwa kisi aur taraf. woh jo Quran mein hai na, woh us ke baad ke otith alameen di ke cheezon ko apni taraf mansoob kar lena, bajaye Khuda ke mansoob karne ke.</w:t>
      </w:r>
    </w:p>
    <w:p>
      <w:pPr>
        <w:jc w:val="right"/>
      </w:pPr>
      <w:r>
        <w:t>خدا کے سوا کسی اور طرف۔ وہ جو قرآن میں ہے نا، وہ اس کے بعد کہ اوتیتھ العلمین دی کہ چیزوں کو اپنی طرف منسوب کر لینا، بجائے خدا کے منسوب کرنے کے۔</w:t>
      </w:r>
    </w:p>
    <w:p>
      <w:r>
        <w:rPr>
          <w:b/>
        </w:rPr>
        <w:t xml:space="preserve">[10:42] </w:t>
      </w:r>
      <w:r>
        <w:t>to shaitan ke is</w:t>
      </w:r>
    </w:p>
    <w:p>
      <w:pPr>
        <w:jc w:val="right"/>
      </w:pPr>
      <w:r>
        <w:t>تو شیطان کے اس</w:t>
      </w:r>
    </w:p>
    <w:p>
      <w:r>
        <w:rPr>
          <w:b/>
        </w:rPr>
        <w:t xml:space="preserve">[10:45] </w:t>
      </w:r>
      <w:r>
        <w:t>is ko is ke parde ko phaarana padta hai. bahut ziyada sochana, bahut ziyada intarastrakchar karana, bahut ziyada aoozu billah minash shaitanir rajeem padhana, bahut ziyada quran ka mutaala karana, yeh to sab se bari baat hai.</w:t>
      </w:r>
    </w:p>
    <w:p>
      <w:pPr>
        <w:jc w:val="right"/>
      </w:pPr>
      <w:r>
        <w:t>اس کو اس کے پردے کو پھاڑنا پڑتا ہے۔ بہت زیادہ سوچنا، بہت زیادہ انٹراسٹرکچر کرنا، بہت زیادہ اعوذ باللہ من الشیطان الرجیم پڑھنا، بہت زیادہ قرآن کا مطالعہ کرنا، یہ تو سب سے بڑی بات ہے۔</w:t>
      </w:r>
    </w:p>
    <w:p>
      <w:r>
        <w:rPr>
          <w:b/>
        </w:rPr>
        <w:t xml:space="preserve">[11:00] </w:t>
      </w:r>
      <w:r>
        <w:t>la tanakunna zaruriyat illa qaleel shaitan ne kaha tha ke saare logon ko bhaga doonga main.</w:t>
      </w:r>
    </w:p>
    <w:p>
      <w:pPr>
        <w:jc w:val="right"/>
      </w:pPr>
      <w:r>
        <w:t>لا تنکنا ضروریت الا قلیل شیطان نے کہا تھا کہ سارے لوگوں کو بھگا دوں گا میں۔</w:t>
      </w:r>
    </w:p>
    <w:p>
      <w:r>
        <w:rPr>
          <w:b/>
        </w:rPr>
        <w:t xml:space="preserve">[11:06] </w:t>
      </w:r>
      <w:r>
        <w:t>to har waqt shaitan laga rehta hai is mein ke hamare mind ko khuda se pheer ke kahin aur le jaye. woh aur wahan par jab tak hamare paas bahut zabardast yaani will power na ho, bahut ziyada introspection na karein, hum bahut ziyada apni apni soch ko dena na karein,</w:t>
      </w:r>
    </w:p>
    <w:p>
      <w:pPr>
        <w:jc w:val="right"/>
      </w:pPr>
      <w:r>
        <w:t>تو ہر وقت شیطان لگا رہتا ہے اس میں کہ ہمارے مائنڈ کو خدا سے پھیر کے کہیں اور لے جائے۔ وہ اور وہاں پر جب تک ہمارے پاس بہت زبردست یعنی ول پاور نہ ہو، بہت زیادہ انٹراسٹرکشن نہ کریں، ہم بہت زیادہ اپنی اپنی سوچ کو دینا نہ کریں،</w:t>
      </w:r>
    </w:p>
    <w:p>
      <w:r>
        <w:rPr>
          <w:b/>
        </w:rPr>
        <w:t xml:space="preserve">[11:24] </w:t>
      </w:r>
      <w:r>
        <w:t>bahut ziyada apne mind ko bedaar na karein, to hum bhag jayenge.</w:t>
      </w:r>
    </w:p>
    <w:p>
      <w:pPr>
        <w:jc w:val="right"/>
      </w:pPr>
      <w:r>
        <w:t>بہت زیادہ اپنے مائنڈ کو بیدار نہ کریں، تو ہم بھاگ جائیں گے۔</w:t>
      </w:r>
    </w:p>
    <w:p>
      <w:r>
        <w:rPr>
          <w:b/>
        </w:rPr>
        <w:t xml:space="preserve">[11:31] </w:t>
      </w:r>
      <w:r>
        <w:t>yeh to hamari mission ka yahi jo hum kaha kehte hain, re-engineering of mind, yahi to hai woh.</w:t>
      </w:r>
    </w:p>
    <w:p>
      <w:pPr>
        <w:jc w:val="right"/>
      </w:pPr>
      <w:r>
        <w:t>یہ تو ہماری مشن کا یہی جو ہم کہا کہتے ہیں، ری انجیرنگ آف مائنڈ، یہی تو ہے وہ۔</w:t>
      </w:r>
    </w:p>
    <w:p>
      <w:r>
        <w:rPr>
          <w:b/>
        </w:rPr>
        <w:t xml:space="preserve">[11:43] </w:t>
      </w:r>
      <w:r>
        <w:t>das question is from syed maseeh from maharashtra. allah narrates in quran uzkurullaha zikran katheera what do you mean by this?</w:t>
      </w:r>
    </w:p>
    <w:p>
      <w:pPr>
        <w:jc w:val="right"/>
      </w:pPr>
      <w:r>
        <w:t>دس کوئسچن از فرام سید مسیح فرام مہاراشٹر۔ اللہ نیریٹس ان قرآن اذكر اللہ ذکرا کثیرا واٹ ڈو یو مین بائی دس؟</w:t>
      </w:r>
    </w:p>
    <w:p>
      <w:r>
        <w:rPr>
          <w:b/>
        </w:rPr>
        <w:t xml:space="preserve">[12:00] </w:t>
      </w:r>
      <w:r>
        <w:t>haan, dekhein, ayat hai</w:t>
      </w:r>
    </w:p>
    <w:p>
      <w:pPr>
        <w:jc w:val="right"/>
      </w:pPr>
      <w:r>
        <w:t>ہاں، دیکھیں، آیت ہے</w:t>
      </w:r>
    </w:p>
    <w:p>
      <w:r>
        <w:rPr>
          <w:b/>
        </w:rPr>
        <w:t xml:space="preserve">[12:02] </w:t>
      </w:r>
      <w:r>
        <w:t>ke allah ka bahut ziyada zikr karo. to log samajhte hain ke is ka matlab hai bahut ziyada allah allah allah allah karo. yeh bilkul galat baat hai.</w:t>
      </w:r>
    </w:p>
    <w:p>
      <w:pPr>
        <w:jc w:val="right"/>
      </w:pPr>
      <w:r>
        <w:t>کہ اللہ کا بہت زیادہ ذکر کرو۔ تو لوگ سمجھتے ہیں کہ اس کا مطلب ہے بہت زیادہ اللہ اللہ اللہ اللہ کرو۔ یہ بالکل غلط بات ہے۔</w:t>
      </w:r>
    </w:p>
    <w:p>
      <w:r>
        <w:rPr>
          <w:b/>
        </w:rPr>
        <w:t xml:space="preserve">[12:12] </w:t>
      </w:r>
      <w:r>
        <w:t>allah ki bahut ziyada yaad karo.</w:t>
      </w:r>
    </w:p>
    <w:p>
      <w:pPr>
        <w:jc w:val="right"/>
      </w:pPr>
      <w:r>
        <w:t>اللہ کی بہت زیادہ یاد کرو۔</w:t>
      </w:r>
    </w:p>
    <w:p>
      <w:r>
        <w:rPr>
          <w:b/>
        </w:rPr>
        <w:t xml:space="preserve">[12:17] </w:t>
      </w:r>
      <w:r>
        <w:t>quran hadees mein aata hai rasool allah ke bare mein hazrat ayesha ne farmaya kaana yadhkurullaha ala kulli ahyaanihi har mauqe par rasool allah allah ko yaad karte the.</w:t>
      </w:r>
    </w:p>
    <w:p>
      <w:pPr>
        <w:jc w:val="right"/>
      </w:pPr>
      <w:r>
        <w:t>قرآن حدیث میں آتا ہے رسول اللہ کے بارے میں حضرت عائشہ نے فرمایا کان یذکر اللہ علی کل احیانہ ہر موقع پر رسول اللہ اللہ کو یاد کرتے تھے۔</w:t>
      </w:r>
    </w:p>
    <w:p>
      <w:r>
        <w:rPr>
          <w:b/>
        </w:rPr>
        <w:t xml:space="preserve">[12:30] </w:t>
      </w:r>
      <w:r>
        <w:t>is ka matlab kya hai? har cheez ko allah taala,</w:t>
      </w:r>
    </w:p>
    <w:p>
      <w:pPr>
        <w:jc w:val="right"/>
      </w:pPr>
      <w:r>
        <w:t>اس کا مطلب کیا ہے؟ ہر چیز کو اللہ تعالی،</w:t>
      </w:r>
    </w:p>
    <w:p>
      <w:r>
        <w:rPr>
          <w:b/>
        </w:rPr>
        <w:t xml:space="preserve">[12:35] </w:t>
      </w:r>
      <w:r>
        <w:t>har cheez ko rasool allah yaani point of reference banate the khuda ki yaad karne ke liye. ke aap ko jo tajrubaat hote hain, jo kuch aap ko guzarta hai, un sab ko aap point of reference bana sakein allah ki yaad ke liye.</w:t>
      </w:r>
    </w:p>
    <w:p>
      <w:pPr>
        <w:jc w:val="right"/>
      </w:pPr>
      <w:r>
        <w:t>ہر چیز کو رسول اللہ یعنی پوائنٹ آف ریفرنس بناتے تھے خدا کی یاد کرنے کے لیے۔ کہ آپ کو جو تجربات ہوتے ہیں، جو کچھ آپ کو گزرتا ہے، ان سب کو آپ پوائنٹ آف ریفرنس بنا سکیں اللہ کی یاد کے لیے۔</w:t>
      </w:r>
    </w:p>
    <w:p>
      <w:r>
        <w:rPr>
          <w:b/>
        </w:rPr>
        <w:t xml:space="preserve">[12:49] </w:t>
      </w:r>
      <w:r>
        <w:t>jaise main bol raha hoon to main sochoon ke allah taala ne kis tarah se</w:t>
      </w:r>
    </w:p>
    <w:p>
      <w:pPr>
        <w:jc w:val="right"/>
      </w:pPr>
      <w:r>
        <w:t>جیسے میں بول رہا ہوں تو میں سوچوں کہ اللہ تعالی نے کس طرح سے</w:t>
      </w:r>
    </w:p>
    <w:p>
      <w:r>
        <w:rPr>
          <w:b/>
        </w:rPr>
        <w:t xml:space="preserve">[12:53] </w:t>
      </w:r>
      <w:r>
        <w:t>bolne ki salahiyat di mujhe. main pani pee raha hoon, main sochoon kis tarah allah taala ne pani banaya. yaani har cheez ko main point of reference banakar khuda ke bare mein soch sakoon.</w:t>
      </w:r>
    </w:p>
    <w:p>
      <w:pPr>
        <w:jc w:val="right"/>
      </w:pPr>
      <w:r>
        <w:t>بولنے کی صلاحیت دی مجھے۔ میں پانی پی رہا ہوں، میں سوچوں کس طرح اللہ تعالی نے پانی بنایا۔ یعنی ہر چیز کو میں پوائنٹ آف ریفرنس بنا کر خدا کے بارے میں سوچ سکوں۔</w:t>
      </w:r>
    </w:p>
    <w:p>
      <w:r>
        <w:rPr>
          <w:b/>
        </w:rPr>
        <w:t xml:space="preserve">[13:05] </w:t>
      </w:r>
      <w:r>
        <w:t>yeh matlab hai zikr kaseer ka. yeh nahi ke woh allah allah allah allah ginti karte rahein hazar baar aur lakh baar. woh bilkul abstract baat hai.</w:t>
      </w:r>
    </w:p>
    <w:p>
      <w:pPr>
        <w:jc w:val="right"/>
      </w:pPr>
      <w:r>
        <w:t>یہ مطلب ہے ذکر کثیر کا۔ یہ نہیں کہ وہ اللہ اللہ اللہ اللہ گنتی کرتے رہیں ہزار بار اور لاکھ بار۔ وہ بالکل ایبسٹریکٹ بات ہے۔</w:t>
      </w:r>
    </w:p>
    <w:p>
      <w:r>
        <w:rPr>
          <w:b/>
        </w:rPr>
        <w:t xml:space="preserve">[13:13] </w:t>
      </w:r>
      <w:r>
        <w:t>woh</w:t>
      </w:r>
    </w:p>
    <w:p>
      <w:pPr>
        <w:jc w:val="right"/>
      </w:pPr>
      <w:r>
        <w:t>وہ</w:t>
      </w:r>
    </w:p>
    <w:p>
      <w:r>
        <w:rPr>
          <w:b/>
        </w:rPr>
        <w:t xml:space="preserve">[13:15] </w:t>
      </w:r>
      <w:r>
        <w:t>jo kuch bhi aap par beetta hai, har cheez ko aap point of reference bana sakein khuda ki yaad ke liye. yeh matlab hai zikr kaseer ka. jaise abhi main aap road par chal rahe hain, aap woh bhi woh bhi point of reference hai.</w:t>
      </w:r>
    </w:p>
    <w:p>
      <w:pPr>
        <w:jc w:val="right"/>
      </w:pPr>
      <w:r>
        <w:t>جو کچھ بھی آپ پر بیتتا ہے، ہر چیز کو آپ پوائنٹ آف ریفرنس بنا سکیں خدا کی یاد کے لیے۔ یہ مطلب ہے ذکر کثیر کا۔ جیسے ابھی میں آپ روڈ پر چل رہے ہیں، آپ وہ بھی وہ بھی پوائنٹ آف ریفرنس ہے۔</w:t>
      </w:r>
    </w:p>
    <w:p>
      <w:r>
        <w:rPr>
          <w:b/>
        </w:rPr>
        <w:t xml:space="preserve">[13:30] </w:t>
      </w:r>
      <w:r>
        <w:t>kyunki zameen mein jo</w:t>
      </w:r>
    </w:p>
    <w:p>
      <w:pPr>
        <w:jc w:val="right"/>
      </w:pPr>
      <w:r>
        <w:t>کیونکہ زمین میں جو</w:t>
      </w:r>
    </w:p>
    <w:p>
      <w:r>
        <w:rPr>
          <w:b/>
        </w:rPr>
        <w:t xml:space="preserve">[13:32] </w:t>
      </w:r>
      <w:r>
        <w:t>jo woh hai, jo gravitational pull hai, jo kashish hai us ki bahut hi ziyada mutanasib hai. bahut hi ziyada right proportion mein hai.</w:t>
      </w:r>
    </w:p>
    <w:p>
      <w:pPr>
        <w:jc w:val="right"/>
      </w:pPr>
      <w:r>
        <w:t>جو وہ ہے، جو گریویٹیشنل پل ہے، جو کشش ہے اس کی بہت ہی زیادہ متناسب ہے۔ بہت ہی زیادہ رائٹ پروپورشن میں ہے۔</w:t>
      </w:r>
    </w:p>
    <w:p>
      <w:r>
        <w:rPr>
          <w:b/>
        </w:rPr>
        <w:t xml:space="preserve">[13:42] </w:t>
      </w:r>
      <w:r>
        <w:t>woh agar zara sa use is mein woh ho jaye farq to aap ladkhadaenge zameen ko, chal chal nahi payenge.</w:t>
      </w:r>
    </w:p>
    <w:p>
      <w:pPr>
        <w:jc w:val="right"/>
      </w:pPr>
      <w:r>
        <w:t>وہ اگر ذرا سا اسے اس میں وہ ہو جائے فرق تو آپ لڑکھڑائیں گے زمین کو، چل چل نہیں پائیں گے۔</w:t>
      </w:r>
    </w:p>
    <w:p>
      <w:r>
        <w:rPr>
          <w:b/>
        </w:rPr>
        <w:t xml:space="preserve">[13:50] </w:t>
      </w:r>
      <w:r>
        <w:t>har cheez mein, saans lene mein, dekhne mein, sunne mein, chalne mein, bolne mein, har waqt jo tajruba guzarta hai, aap ko us cheez ko aap point of reference bana sakein allah ki yaad ke liye.</w:t>
      </w:r>
    </w:p>
    <w:p>
      <w:pPr>
        <w:jc w:val="right"/>
      </w:pPr>
      <w:r>
        <w:t>ہر چیز میں، سانس لینے میں، دیکھنے میں، سننے میں، چلنے میں، بولنے میں، ہر وقت جو تجربہ گزرتا ہے، آپ کو اس چیز کو آپ پوائنٹ آف ریفرنس بنا سکیں اللہ کی یاد کے لیے۔</w:t>
      </w:r>
    </w:p>
    <w:p>
      <w:r>
        <w:rPr>
          <w:b/>
        </w:rPr>
        <w:t xml:space="preserve">[14:01] </w:t>
      </w:r>
      <w:r>
        <w:t>yeh hai zikr kaseer.</w:t>
      </w:r>
    </w:p>
    <w:p>
      <w:pPr>
        <w:jc w:val="right"/>
      </w:pPr>
      <w:r>
        <w:t>یہ ہے ذکر کثیر۔</w:t>
      </w:r>
    </w:p>
    <w:p>
      <w:r>
        <w:rPr>
          <w:b/>
        </w:rPr>
        <w:t xml:space="preserve">[14:06] </w:t>
      </w:r>
      <w:r>
        <w:t>his other question is please clarify vision of khashiyat, that is fear and love of god. also tell us that does the greatest love of god refer to doing of dawah work.</w:t>
      </w:r>
    </w:p>
    <w:p>
      <w:pPr>
        <w:jc w:val="right"/>
      </w:pPr>
      <w:r>
        <w:t>ہز ادر کوئسچن از پلیز کلیریفائی ویژن اف خشیت، دیٹ از فیئر اینڈ لو اف گاڈ۔ السو ٹیل اس دیٹ ڈز دا گریٹسٹ لو اف گاڈ ریفر ٹو ڈوئنگ اف داوا ورک۔</w:t>
      </w:r>
    </w:p>
    <w:p>
      <w:r>
        <w:rPr>
          <w:b/>
        </w:rPr>
        <w:t xml:space="preserve">[14:23] </w:t>
      </w:r>
      <w:r>
        <w:t>dekhein, allah se mohabbat aur allah se khauf,</w:t>
      </w:r>
    </w:p>
    <w:p>
      <w:pPr>
        <w:jc w:val="right"/>
      </w:pPr>
      <w:r>
        <w:t>دیکھیں، اللہ سے محبت اور اللہ سے خوف،</w:t>
      </w:r>
    </w:p>
    <w:p>
      <w:r>
        <w:rPr>
          <w:b/>
        </w:rPr>
        <w:t xml:space="preserve">[14:31] </w:t>
      </w:r>
      <w:r>
        <w:t>yeh dono ek doosre se jure hue hain.</w:t>
      </w:r>
    </w:p>
    <w:p>
      <w:pPr>
        <w:jc w:val="right"/>
      </w:pPr>
      <w:r>
        <w:t>یہ دونوں ایک دوسرے سے جڑے ہوئے ہیں۔</w:t>
      </w:r>
    </w:p>
    <w:p>
      <w:r>
        <w:rPr>
          <w:b/>
        </w:rPr>
        <w:t xml:space="preserve">[14:38] </w:t>
      </w:r>
      <w:r>
        <w:t>kyunke jab allah se mohabbat karte hain, aap to is liye karte hain ke allah taala jo hai, aap sab cheez allah taala ki wajah se mujhe mili hai.</w:t>
      </w:r>
    </w:p>
    <w:p>
      <w:pPr>
        <w:jc w:val="right"/>
      </w:pPr>
      <w:r>
        <w:t>کیونکہ جب اللہ سے محبت کرتے ہیں، آپ تو اس لیے کرتے ہیں کہ اللہ تعالی جو ہے، آپ سب چیز اللہ تعالی کی وجہ سے مجھے ملی ہے۔</w:t>
      </w:r>
    </w:p>
    <w:p>
      <w:r>
        <w:rPr>
          <w:b/>
        </w:rPr>
        <w:t xml:space="preserve">[14:49] </w:t>
      </w:r>
      <w:r>
        <w:t>lekin isi waqt aap ko kya hota hai? yaad aata hai ke allah taala accountability, accountability yaad aa jati hai ke allah ke paas mujhe hazir hona hai.</w:t>
      </w:r>
    </w:p>
    <w:p>
      <w:pPr>
        <w:jc w:val="right"/>
      </w:pPr>
      <w:r>
        <w:t>لیکن اسی وقت آپ کو کیا ہوتا ہے؟ یاد آتا ہے کہ اللہ تعالی اکاؤنٹیبلٹی، اکاؤنٹیبلٹی یاد آ جاتی ہے کہ اللہ کے پاس مجھے حاضر ہونا ہے۔</w:t>
      </w:r>
    </w:p>
    <w:p>
      <w:r>
        <w:rPr>
          <w:b/>
        </w:rPr>
        <w:t xml:space="preserve">[14:58] </w:t>
      </w:r>
      <w:r>
        <w:t>to ek taraf yeh baat ke allah taala aadel hain aur hisab lenge, har ek ko reward denge, punishment denge. yeh yeh jab baat aata hai to ab khauf taari hota hai.</w:t>
      </w:r>
    </w:p>
    <w:p>
      <w:pPr>
        <w:jc w:val="right"/>
      </w:pPr>
      <w:r>
        <w:t>تو ایک طرف یہ بات کہ اللہ تعالی عادل ہیں اور حساب لیں گے، ہر ایک کو ریوارڈ دیں گے، پنشمنٹ دیں گے۔ یہ یہ جب بات آتا ہے تو اب خوف طاری ہوتا ہے۔</w:t>
      </w:r>
    </w:p>
    <w:p>
      <w:r>
        <w:rPr>
          <w:b/>
        </w:rPr>
        <w:t xml:space="preserve">[15:09] </w:t>
      </w:r>
      <w:r>
        <w:t>aur jab yeh aa jata hai ke khuda ne mujhe paida kiya, life source system diya, jannat jannat banai, to khuda ki mohabbat ka rukh ghalib aata hai.</w:t>
      </w:r>
    </w:p>
    <w:p>
      <w:pPr>
        <w:jc w:val="right"/>
      </w:pPr>
      <w:r>
        <w:t>اور جب یہ آ جاتا ہے کہ خدا نے مجھے پیدا کیا، لائف سورس سسٹم دیا، جنت جنت بنائی، تو خدا کی محبت کا رخ غالب آتا ہے۔</w:t>
      </w:r>
    </w:p>
    <w:p>
      <w:r>
        <w:rPr>
          <w:b/>
        </w:rPr>
        <w:t xml:space="preserve">[15:18] </w:t>
      </w:r>
      <w:r>
        <w:t>to back waqt dono cheezein rehti hain.</w:t>
      </w:r>
    </w:p>
    <w:p>
      <w:pPr>
        <w:jc w:val="right"/>
      </w:pPr>
      <w:r>
        <w:t>تو بیک وقت دونوں چیزیں رہتی ہیں۔</w:t>
      </w:r>
    </w:p>
    <w:p>
      <w:r>
        <w:rPr>
          <w:b/>
        </w:rPr>
        <w:t xml:space="preserve">[15:22] </w:t>
      </w:r>
      <w:r>
        <w:t>yaani mohabbat ke sath khauf, khauf ke sath mohabbat. aap dono alag nahi kar sakte. aap kyunke khuda ek taraf sab kuch dene wala hai, lekin sath sath khuda jo hai, woh aadel hai aur aap ko punishment bhi dega.</w:t>
      </w:r>
    </w:p>
    <w:p>
      <w:pPr>
        <w:jc w:val="right"/>
      </w:pPr>
      <w:r>
        <w:t>یعنی محبت کے ساتھ خوف، خوف کے ساتھ محبت۔ آپ دونوں الگ نہیں کر سکتے۔ آپ کیونکہ خدا ایک طرف سب کچھ دینے والا ہے، لیکن ساتھ ساتھ خدا جو ہے، وہ عادل ہے اور آپ کو پنشمنٹ بھی دے گا۔</w:t>
      </w:r>
    </w:p>
    <w:p>
      <w:r>
        <w:rPr>
          <w:b/>
        </w:rPr>
        <w:t xml:space="preserve">[15:36] </w:t>
      </w:r>
      <w:r>
        <w:t>aap accountable bhi hain us ke aage. aap</w:t>
      </w:r>
    </w:p>
    <w:p>
      <w:pPr>
        <w:jc w:val="right"/>
      </w:pPr>
      <w:r>
        <w:t>آپ اکاؤنٹیبل بھی ہیں اس کے آگے۔ آپ</w:t>
      </w:r>
    </w:p>
    <w:p>
      <w:r>
        <w:rPr>
          <w:b/>
        </w:rPr>
        <w:t xml:space="preserve">[15:39] </w:t>
      </w:r>
      <w:r>
        <w:t>to dono pehlu sath sath dimagh mein rehte hain aap ke. to ek taraf aap ko mohabbat ghalba hota hai, sath sath aap ko khauf ghalba hota hai.</w:t>
      </w:r>
    </w:p>
    <w:p>
      <w:pPr>
        <w:jc w:val="right"/>
      </w:pPr>
      <w:r>
        <w:t>تو دونوں پہلو ساتھ ساتھ دماغ میں رہتے ہیں آپ کے۔ تو ایک طرف آپ کو محبت غلبہ ہوتا ہے، ساتھ ساتھ آپ کو خوف غلبہ ہوتا ہے۔</w:t>
      </w:r>
    </w:p>
    <w:p>
      <w:r>
        <w:rPr>
          <w:b/>
        </w:rPr>
        <w:t xml:space="preserve">[15:51] </w:t>
      </w:r>
      <w:r>
        <w:t>isi liye hadith mein aata hai ke al-iman bin rajaa wal khauf</w:t>
      </w:r>
    </w:p>
    <w:p>
      <w:pPr>
        <w:jc w:val="right"/>
      </w:pPr>
      <w:r>
        <w:t>اسی لیے حدیث میں آتا ہے کہ الایمان بن رجاء والخوف</w:t>
      </w:r>
    </w:p>
    <w:p>
      <w:r>
        <w:rPr>
          <w:b/>
        </w:rPr>
        <w:t xml:space="preserve">[15:57] </w:t>
      </w:r>
      <w:r>
        <w:t>al-iman bin rajaa wal khauf iman khauf aur rajaa ke darmiyan hai. kabhi rajaa ghalib aati hai, kabhi khauf ghalib aata hai.</w:t>
      </w:r>
    </w:p>
    <w:p>
      <w:pPr>
        <w:jc w:val="right"/>
      </w:pPr>
      <w:r>
        <w:t>الایمان بن رجاء والخوف ایمان خوف اور رجاء کے درمیان ہے۔ کبھی رجاء غالب آتی ہے، کبھی خوف غالب آتا ہے۔</w:t>
      </w:r>
    </w:p>
    <w:p>
      <w:r>
        <w:rPr>
          <w:b/>
        </w:rPr>
        <w:t xml:space="preserve">[16:07] </w:t>
      </w:r>
      <w:r>
        <w:t>isi ka naam hai iman. das question is from mr muhammad altaf inaamdaar</w:t>
      </w:r>
    </w:p>
    <w:p>
      <w:pPr>
        <w:jc w:val="right"/>
      </w:pPr>
      <w:r>
        <w:t>اسی کا نام ہے ایمان۔ دس کوئسچن از فرام مسٹر محمد الطاف انعام دار</w:t>
      </w:r>
    </w:p>
    <w:p>
      <w:r>
        <w:rPr>
          <w:b/>
        </w:rPr>
        <w:t xml:space="preserve">[16:16] </w:t>
      </w:r>
      <w:r>
        <w:t>from beer maharashtra. allah kis halat mein hai aur allah ko kis tarah yaad kiya jaye? dekhen, allah ko yaad karne ka maani yeh nahi ke woh us ke paon kitne hain, hath kitne hain,</w:t>
      </w:r>
    </w:p>
    <w:p>
      <w:pPr>
        <w:jc w:val="right"/>
      </w:pPr>
      <w:r>
        <w:t>فرام بیڑ مہاراشٹر۔ اللہ کس حالت میں ہے اور اللہ کو کس طرح یاد کیا جائے؟ دیکھیں، اللہ کو یاد کرنے کا معنی یہ نہیں کہ وہ اس کے پاؤں کتنے ہیں، ہاتھ کتنے ہیں،</w:t>
      </w:r>
    </w:p>
    <w:p>
      <w:r>
        <w:rPr>
          <w:b/>
        </w:rPr>
        <w:t xml:space="preserve">[16:30] </w:t>
      </w:r>
      <w:r>
        <w:t>us ka jism ka aisa yeh yeh maani nahi hai allah ko yaad karne ka.</w:t>
      </w:r>
    </w:p>
    <w:p>
      <w:pPr>
        <w:jc w:val="right"/>
      </w:pPr>
      <w:r>
        <w:t>اس کا جسم کا ایسا یہ یہ معنی نہیں ہے اللہ کو یاد کرنے کا۔</w:t>
      </w:r>
    </w:p>
    <w:p>
      <w:r>
        <w:rPr>
          <w:b/>
        </w:rPr>
        <w:t xml:space="preserve">[16:35] </w:t>
      </w:r>
      <w:r>
        <w:t>allah ki sifaton ko yaad karna yani allah ek hai, zaat ek hai, sifat ki zaat kaisi hai? jaise hamare jo mutakallimeen the, woh zaat par behas karne lage.</w:t>
      </w:r>
    </w:p>
    <w:p>
      <w:pPr>
        <w:jc w:val="right"/>
      </w:pPr>
      <w:r>
        <w:t>اللہ کی صفات کو یاد کرنا یعنی اللہ ایک ہے، ذات ایک ہے، صفات کی ذات کیسی ہے؟ جیسے ہمارے جو متکلمین تھے، وہ ذات پر بحث کرنے لگے۔</w:t>
      </w:r>
    </w:p>
    <w:p>
      <w:r>
        <w:rPr>
          <w:b/>
        </w:rPr>
        <w:t xml:space="preserve">[16:47] </w:t>
      </w:r>
      <w:r>
        <w:t>yeh yeh bilkul gumrahi ki baat samajhta hoon main is ko ke zaat par agar sochein aap ke khuda ki zaat kaisi ho, us ke jism kaisa hai?</w:t>
      </w:r>
    </w:p>
    <w:p>
      <w:pPr>
        <w:jc w:val="right"/>
      </w:pPr>
      <w:r>
        <w:t>یہ یہ بالکل گمراہی کی بات سمجھتا ہوں میں اس کو کہ ذات پر اگر سوچیں آپ کہ خدا کی ذات کیسی ہو، اس کے جسم کیسا ہے؟</w:t>
      </w:r>
    </w:p>
    <w:p>
      <w:r>
        <w:rPr>
          <w:b/>
        </w:rPr>
        <w:t xml:space="preserve">[16:55] </w:t>
      </w:r>
      <w:r>
        <w:t>nahi,</w:t>
      </w:r>
    </w:p>
    <w:p>
      <w:pPr>
        <w:jc w:val="right"/>
      </w:pPr>
      <w:r>
        <w:t>نہیں،</w:t>
      </w:r>
    </w:p>
    <w:p>
      <w:r>
        <w:rPr>
          <w:b/>
        </w:rPr>
        <w:t xml:space="preserve">[16:57] </w:t>
      </w:r>
      <w:r>
        <w:t>khuda ke attributes ko, khuda ki sifaton ko khaas taur par yeh ke khuda ne jo aap ke sath blessing, jo aap ke aap ko paida kiya, khuda ne aap ko sharton di, aap yeh life support system banaya, yeh kainat banai.</w:t>
      </w:r>
    </w:p>
    <w:p>
      <w:pPr>
        <w:jc w:val="right"/>
      </w:pPr>
      <w:r>
        <w:t>خدا کے ایٹریبیوٹس کو، خدا کی صفات کو خاص طور پر یہ کہ خدا نے جو آپ کے ساتھ بریسنگ، جو آپ کے آپ کو پیدا کیا، خدا نے آپ کو شرائطیں دیں، آپ یہ لائف سپورٹ سسٹم بنایا، یہ کائنات بنائی۔</w:t>
      </w:r>
    </w:p>
    <w:p>
      <w:r>
        <w:rPr>
          <w:b/>
        </w:rPr>
        <w:t xml:space="preserve">[17:12] </w:t>
      </w:r>
      <w:r>
        <w:t>to khuda ki nematun pe ghaur karna,</w:t>
      </w:r>
    </w:p>
    <w:p>
      <w:pPr>
        <w:jc w:val="right"/>
      </w:pPr>
      <w:r>
        <w:t>تو خدا کی نعمتوں پہ غور کرنا،</w:t>
      </w:r>
    </w:p>
    <w:p>
      <w:r>
        <w:rPr>
          <w:b/>
        </w:rPr>
        <w:t xml:space="preserve">[17:15] </w:t>
      </w:r>
      <w:r>
        <w:t>khuda ki zaat par nahi, aur khuda ki zaat par mutakallimeen ne baatein keen to woh to gumrahi mein pad gaye. woh</w:t>
      </w:r>
    </w:p>
    <w:p>
      <w:pPr>
        <w:jc w:val="right"/>
      </w:pPr>
      <w:r>
        <w:t>خدا کی ذات پر نہیں، اور خدا کی ذات پر متکلمین نے باتیں کیں تو وہ تو گمراہی میں پڑ گئے۔ وہ</w:t>
      </w:r>
    </w:p>
    <w:p>
      <w:r>
        <w:rPr>
          <w:b/>
        </w:rPr>
        <w:t xml:space="preserve">[17:24] </w:t>
      </w:r>
      <w:r>
        <w:t>to yeh yeh nahi hai yaad ke khuda ki yaad, us ki zaat mein yaad karein aap. nahi, khuda ke khuda ki blessing par, khuda ke qanoon par, khuda ki jo kitaab hai, us par.</w:t>
      </w:r>
    </w:p>
    <w:p>
      <w:pPr>
        <w:jc w:val="right"/>
      </w:pPr>
      <w:r>
        <w:t>تو یہ یہ نہیں ہے یاد کہ خدا کی یاد، اس کی ذات میں یاد کریں آپ۔ نہیں، خدا کے خدا کی بریسنگ پر، خدا کے قانون پر، خدا کی جو کتاب ہے، اس پر۔</w:t>
      </w:r>
    </w:p>
    <w:p>
      <w:r>
        <w:rPr>
          <w:b/>
        </w:rPr>
        <w:t xml:space="preserve">[17:38] </w:t>
      </w:r>
      <w:r>
        <w:t>aur yeh ke khuda kuch par rehmat karega, woh jannat mein jayenge, kuch logon ko ghussa dega, woh jahannum mein jayenge. yeh sari baaton ko yaad karna,</w:t>
      </w:r>
    </w:p>
    <w:p>
      <w:pPr>
        <w:jc w:val="right"/>
      </w:pPr>
      <w:r>
        <w:t>اور یہ کہ خدا کچھ پر رحمت کرے گا، وہ جنت میں جائیں گے، کچھ لوگوں کو غصہ دے گا، وہ جہنم میں جائیں گے۔ یہ ساری باتوں کو یاد کرنا،</w:t>
      </w:r>
    </w:p>
    <w:p>
      <w:r>
        <w:rPr>
          <w:b/>
        </w:rPr>
        <w:t xml:space="preserve">[17:46] </w:t>
      </w:r>
      <w:r>
        <w:t>yeh yeh hai muraad. maulana, un ka doosra sawal hai ke jannat ke do giroh kaun hain?</w:t>
      </w:r>
    </w:p>
    <w:p>
      <w:pPr>
        <w:jc w:val="right"/>
      </w:pPr>
      <w:r>
        <w:t>یہ یہ ہے مراد۔ مولانا، ان کا دوسرا سوال ہے کہ جنت کے دو گروہ کون ہیں؟</w:t>
      </w:r>
    </w:p>
    <w:p>
      <w:r>
        <w:rPr>
          <w:b/>
        </w:rPr>
        <w:t xml:space="preserve">[17:57] </w:t>
      </w:r>
      <w:r>
        <w:t>jannat ke do giroh kaun hain? to woh to bata diya maine.</w:t>
      </w:r>
    </w:p>
    <w:p>
      <w:pPr>
        <w:jc w:val="right"/>
      </w:pPr>
      <w:r>
        <w:t>جنت کے دو گروہ کون ہیں؟ تو وہ تو بتا دیا میں نے۔</w:t>
      </w:r>
    </w:p>
    <w:p>
      <w:r>
        <w:rPr>
          <w:b/>
        </w:rPr>
        <w:t xml:space="preserve">[18:04] </w:t>
      </w:r>
      <w:r>
        <w:t>ab aap ko koi sawal to us waqt paida nahi kiya aap ne. to woh to bataya ke jannat ke do giroh jo hain, ek woh hain jo aala martabe ke log hain, woh khuda ke bilkul paros mein jagah payenge.</w:t>
      </w:r>
    </w:p>
    <w:p>
      <w:pPr>
        <w:jc w:val="right"/>
      </w:pPr>
      <w:r>
        <w:t>اب آپ کو کوئی سوال تو اس وقت پیدا نہیں کیا آپ نے۔ تو وہ تو بتایا کہ جنت کے دو گروہ جو ہیں، ایک وہ ہیں جو اعلیٰ مرتبے کے لوگ ہیں، وہ خدا کے بالکل پڑوس میں جگہ پائیں گے۔</w:t>
      </w:r>
    </w:p>
    <w:p>
      <w:r>
        <w:rPr>
          <w:b/>
        </w:rPr>
        <w:t xml:space="preserve">[18:19] </w:t>
      </w:r>
      <w:r>
        <w:t>bohat hi aala martabe ke log. ek woh log hain jo is darje ke nahi honge, lekin unhon ne</w:t>
      </w:r>
    </w:p>
    <w:p>
      <w:pPr>
        <w:jc w:val="right"/>
      </w:pPr>
      <w:r>
        <w:t>بہت ہی اعلیٰ مرتبے کے لوگ۔ ایک وہ لوگ ہیں جو اس درجے کے نہیں ہوں گے، لیکن انہوں نے</w:t>
      </w:r>
    </w:p>
    <w:p>
      <w:r>
        <w:rPr>
          <w:b/>
        </w:rPr>
        <w:t xml:space="preserve">[18:25] </w:t>
      </w:r>
      <w:r>
        <w:t>yani ab mein koi shar nahi phaila hoga, koi fasad nahi kiya hoga, unhon ne ibadat ki hogi, akhlaqiyat pe chale honge, to un ko jahannam nahi mile gi.</w:t>
      </w:r>
    </w:p>
    <w:p>
      <w:pPr>
        <w:jc w:val="right"/>
      </w:pPr>
      <w:r>
        <w:t>یعنی اب میں کوئی شر نہیں پھیلا ہوگا، کوئی فساد نہیں کیا ہوگا، انہوں نے عبادت کی ہوگی، اخلاقیات پہ چلے ہوں گے، تو ان کو جہنم نہیں ملے گی۔</w:t>
      </w:r>
    </w:p>
    <w:p>
      <w:r>
        <w:rPr>
          <w:b/>
        </w:rPr>
        <w:t xml:space="preserve">[18:40] </w:t>
      </w:r>
      <w:r>
        <w:t>jannat, woh bhi jannati bhi rahen ge, haram ke sath. lekin jo qurbat ilahi se kaha jata hai,</w:t>
      </w:r>
    </w:p>
    <w:p>
      <w:pPr>
        <w:jc w:val="right"/>
      </w:pPr>
      <w:r>
        <w:t>جنت، وہ بھی جنتی بھی رہیں گے، حرام کے ساتھ۔ لیکن جو قربت الہی سے کہا جاتا ہے،</w:t>
      </w:r>
    </w:p>
    <w:p>
      <w:r>
        <w:rPr>
          <w:b/>
        </w:rPr>
        <w:t xml:space="preserve">[18:47] </w:t>
      </w:r>
      <w:r>
        <w:t>jo yani jannat khuda ke paros mein, jo quran quran mein yeh hai ke khuda paros mein jagah, woh unhein nahi mile gi. to aala darje ke log khuda ke paros mein jagah payen ge, aur doosre darje ke log jo hain, woh un ko bhi jannat jannat mile gi, lekin</w:t>
      </w:r>
    </w:p>
    <w:p>
      <w:pPr>
        <w:jc w:val="right"/>
      </w:pPr>
      <w:r>
        <w:t>جو یعنی جنت خدا کے پڑوس میں، جو قرآن قرآن میں یہ ہے کہ خدا پڑوس میں جگہ، وہ انہیں نہیں ملے گی۔ تو اعلیٰ درجے کے لوگ خدا کے پڑوس میں جگہ پائیں گے، اور دوسرے درجے کے لوگ جو ہیں، وہ ان کو بھی جنت جنت ملے گی، لیکن</w:t>
      </w:r>
    </w:p>
    <w:p>
      <w:r>
        <w:rPr>
          <w:b/>
        </w:rPr>
        <w:t xml:space="preserve">[19:03] </w:t>
      </w:r>
      <w:r>
        <w:t>paros wali jannat un ko nahi mile gi. yeh do groh hain. das question is from mr nafi shiraz from delhi.</w:t>
      </w:r>
    </w:p>
    <w:p>
      <w:pPr>
        <w:jc w:val="right"/>
      </w:pPr>
      <w:r>
        <w:t>پڑوس والی جنت ان کو نہیں ملے گی۔ یہ دو گروہ ہیں۔ دس کوئسچن از فرام مسٹر نفی شیراز فرام دہلی۔</w:t>
      </w:r>
    </w:p>
    <w:p>
      <w:r>
        <w:rPr>
          <w:b/>
        </w:rPr>
        <w:t xml:space="preserve">[19:14] </w:t>
      </w:r>
      <w:r>
        <w:t>yedi koi musalman apne paison se mandir banwa kar apne hindu bhaiyon ko de</w:t>
      </w:r>
    </w:p>
    <w:p>
      <w:pPr>
        <w:jc w:val="right"/>
      </w:pPr>
      <w:r>
        <w:t>یدی کوئی مسلمان اپنے پیسوں سے مندر بنوا کر اپنے ہندو بھائیوں کو دے</w:t>
      </w:r>
    </w:p>
    <w:p>
      <w:r>
        <w:rPr>
          <w:b/>
        </w:rPr>
        <w:t xml:space="preserve">[19:21] </w:t>
      </w:r>
      <w:r>
        <w:t>to kya khuda is ke is amal ko pasand kare ga ya napasanad? is ka khuda se koi talluq nahi hai, yeh to social baat hai. so yeh social baat hai, is ka khuda ke shariyat se koi talluq nahi hai.</w:t>
      </w:r>
    </w:p>
    <w:p>
      <w:pPr>
        <w:jc w:val="right"/>
      </w:pPr>
      <w:r>
        <w:t>تو کیا خدا اس کے اس عمل کو پسند کرے گا یا ناپسند؟ اس کا خدا سے کوئی تعلق نہیں ہے، یہ تو سوشل بات ہے۔ سو یہ سوشل بات ہے، اس کا خدا کے شریعت سے کوئی تعلق نہیں ہے۔</w:t>
      </w:r>
    </w:p>
    <w:p>
      <w:r>
        <w:rPr>
          <w:b/>
        </w:rPr>
        <w:t xml:space="preserve">[19:35] </w:t>
      </w:r>
      <w:r>
        <w:t>das question is from naghma from delhi.</w:t>
      </w:r>
    </w:p>
    <w:p>
      <w:pPr>
        <w:jc w:val="right"/>
      </w:pPr>
      <w:r>
        <w:t>دس کوئسچن از فرام نغمہ فرام دہلی۔</w:t>
      </w:r>
    </w:p>
    <w:p>
      <w:r>
        <w:rPr>
          <w:b/>
        </w:rPr>
        <w:t xml:space="preserve">[19:39] </w:t>
      </w:r>
      <w:r>
        <w:t>how can we develop a habit of being grateful to god all the time?</w:t>
      </w:r>
    </w:p>
    <w:p>
      <w:pPr>
        <w:jc w:val="right"/>
      </w:pPr>
      <w:r>
        <w:t>ہاؤ کین وی ڈیویلپ ا ہیبٹ اف بینگ گریٹ فل ٹو گاڈ ال دا ٹائم؟</w:t>
      </w:r>
    </w:p>
    <w:p>
      <w:r>
        <w:rPr>
          <w:b/>
        </w:rPr>
        <w:t xml:space="preserve">[19:45] </w:t>
      </w:r>
      <w:r>
        <w:t>will this lead to a true love for god? yeh to sochne se hota hai, sab kuch depend karta hai soch soch par.</w:t>
      </w:r>
    </w:p>
    <w:p>
      <w:pPr>
        <w:jc w:val="right"/>
      </w:pPr>
      <w:r>
        <w:t>ول دس لیڈ ٹو ا ٹرو لو فار گاڈ؟ یہ تو سوچنے سے ہوتا ہے، سب کچھ ڈیپینڈ کرتا ہے سوچ سوچ پر۔</w:t>
      </w:r>
    </w:p>
    <w:p>
      <w:r>
        <w:rPr>
          <w:b/>
        </w:rPr>
        <w:t xml:space="preserve">[19:58] </w:t>
      </w:r>
      <w:r>
        <w:t>jitna sochen ge, utna hi yeh cheezen develop karen gi. koi doosra tareeqa nahi hai. quran mein dekhen, aap surah al imran ke aakhir mein parhiye, is mein yahi bataya gaya hai ke tafakkur, tazakkur, tadabbur.</w:t>
      </w:r>
    </w:p>
    <w:p>
      <w:pPr>
        <w:jc w:val="right"/>
      </w:pPr>
      <w:r>
        <w:t>جتنا سوچیں گے، اتنا ہی یہ چیزیں ڈیویلپ کریں گی۔ کوئی دوسرا طریقہ نہیں ہے۔ قرآن میں دیکھیں، آپ سورہ آل عمران کے آخر میں پڑھیے، اس میں یہی بتایا گیا ہے کہ تفکر، تذکر، تدبر۔</w:t>
      </w:r>
    </w:p>
    <w:p>
      <w:r>
        <w:rPr>
          <w:b/>
        </w:rPr>
        <w:t xml:space="preserve">[20:13] </w:t>
      </w:r>
      <w:r>
        <w:t>to jitna soche ga aadmi, utna hi yeh sab sifatain is ke andar develop karen gi. aur koi doosra tareeqa nahi hai. das question is from ms shahida zaman.</w:t>
      </w:r>
    </w:p>
    <w:p>
      <w:pPr>
        <w:jc w:val="right"/>
      </w:pPr>
      <w:r>
        <w:t>تو جتنا سوچے گا آدمی، اتنا ہی یہ سب صفتیں اس کے اندر ڈیویلپ کریں گی۔ اور کوئی دوسرا طریقہ نہیں ہے۔ دس کوئسچن از فرام مس شاہدہ زمن۔</w:t>
      </w:r>
    </w:p>
    <w:p>
      <w:r>
        <w:rPr>
          <w:b/>
        </w:rPr>
        <w:t xml:space="preserve">[20:26] </w:t>
      </w:r>
      <w:r>
        <w:t>maulana, there was a dilemma observed in organizing eid milad un nabi, and there were also objections raised as to how salah should be offered, whether by standing or sitting.</w:t>
      </w:r>
    </w:p>
    <w:p>
      <w:pPr>
        <w:jc w:val="right"/>
      </w:pPr>
      <w:r>
        <w:t>مولانا، دیر واز ا ڈیلیمہ ابزروڈ ان ارگنائزنگ عید میلاد النبی، اینڈ دیر وار السو ابجیکشنز ریزڈ ایز ٹو ہاؤ سلام شوڈ بی افرڈ، ویدر بائی سٹینڈنگ اور سٹنگ۔</w:t>
      </w:r>
    </w:p>
    <w:p>
      <w:r>
        <w:rPr>
          <w:b/>
        </w:rPr>
        <w:t xml:space="preserve">[20:40] </w:t>
      </w:r>
      <w:r>
        <w:t>kindly comment. bhai</w:t>
      </w:r>
    </w:p>
    <w:p>
      <w:pPr>
        <w:jc w:val="right"/>
      </w:pPr>
      <w:r>
        <w:t>کائنڈلی کمنٹ۔ بھئی</w:t>
      </w:r>
    </w:p>
    <w:p>
      <w:r>
        <w:rPr>
          <w:b/>
        </w:rPr>
        <w:t xml:space="preserve">[20:42] </w:t>
      </w:r>
      <w:r>
        <w:t>main to deobandi hoon, main eidi ki rai bidat nabi bhi bidat hai, salam bhi bidat hai. yeh mujh se fatwa mat pochhiye aap. okay, so we will end the session now.</w:t>
      </w:r>
    </w:p>
    <w:p>
      <w:pPr>
        <w:jc w:val="right"/>
      </w:pPr>
      <w:r>
        <w:t>، میں تو دیوبندی ہوں، میں عیدی کی رائے بدعت نبی بھی بدعت ہے، سلام بھی بدعت ہے۔ یہ مجھ سے فتوی مت پوچھیے آپ۔ اوکے، سو وی ول اینڈ دی سیشن ناو۔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