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03 Oct 2010 Maulana Wahiduddin Khan</w:t>
      </w:r>
    </w:p>
    <w:p>
      <w:r>
        <w:t>https://www.youtube.com/watch?v=8eOpVUI7Tj4</w:t>
      </w:r>
    </w:p>
    <w:p>
      <w:r>
        <w:rPr>
          <w:b/>
        </w:rPr>
        <w:t xml:space="preserve">[00:14] </w:t>
      </w:r>
      <w:r>
        <w:t>okay, will start with the question answers. maulana, yeh sawal miss gulzeb ahmed ne kiya hai, maryland, usa se. unhon ne likha hai ke, "maulana sahib, how can we send isale sawab to a deceased relative or a muslim?</w:t>
      </w:r>
    </w:p>
    <w:p>
      <w:pPr>
        <w:jc w:val="right"/>
      </w:pPr>
      <w:r>
        <w:t>ओके, विल स्टार्ट विद दी क्वेश्चन आंसर्स। मौलाना, ये सवाल मिस गुलज़ेबा अहमद ने किया है, मैरीलैंड, यूएसए से। उन्होंने लिखा है कि, "मौलाना साहब, हाउ कैन वी सेंड इसाले सवाब टू अ डिसीज रिलेटिव और अ मुस्लिम?</w:t>
      </w:r>
    </w:p>
    <w:p>
      <w:r>
        <w:rPr>
          <w:b/>
        </w:rPr>
        <w:t xml:space="preserve">[00:32] </w:t>
      </w:r>
      <w:r>
        <w:t>can we do hajj or do some nafl ibadat for him or her?" kindly comment.</w:t>
      </w:r>
    </w:p>
    <w:p>
      <w:pPr>
        <w:jc w:val="right"/>
      </w:pPr>
      <w:r>
        <w:t>कैन वी डू हज और डू सम नफी इबादत फॉर हिम और हर?" काइंडली कमेंट।</w:t>
      </w:r>
    </w:p>
    <w:p>
      <w:r>
        <w:rPr>
          <w:b/>
        </w:rPr>
        <w:t xml:space="preserve">[00:39] </w:t>
      </w:r>
      <w:r>
        <w:t>dekhiye, isale sawab ka jo concept hai, yeh musalmanon ka riwaj hai. islam se uska koi talluq nahi. yeh hai hi nahi. isale sawab ka lafz hi ek baat ko paida hua. quran mein na yeh lafz hai, na hadees mein yeh lafz hai.</w:t>
      </w:r>
    </w:p>
    <w:p>
      <w:pPr>
        <w:jc w:val="right"/>
      </w:pPr>
      <w:r>
        <w:t>देखिए, इसाले सवाब का जो कॉन्सेप्ट है, यह मुसलमानों का रिवाज है। इस्लाम से उसका कोई ताल्लुक नहीं। यह है ही नहीं। इसाले सवाब का लफ्ज ही एक बात को पैदा हुआ। कुरान में ना यह लफ्ज है, ना हदीस में यह लफ्ज है।</w:t>
      </w:r>
    </w:p>
    <w:p>
      <w:r>
        <w:rPr>
          <w:b/>
        </w:rPr>
        <w:t xml:space="preserve">[00:59] </w:t>
      </w:r>
      <w:r>
        <w:t>yeh to daur-e-zawaal mein musalmanon ne nikal rakha hai, sab isale sawab. yeh hai hi nahi islam mein. "lasil lil insani illa ma sa" quran been mein hai. yani khud apna hi amal kaam aayega. kisi aur ka amal jo hai, woh mujh ko nahi puhanch sakta.</w:t>
      </w:r>
    </w:p>
    <w:p>
      <w:pPr>
        <w:jc w:val="right"/>
      </w:pPr>
      <w:r>
        <w:t>यह तो दौर-ए-जवाल में मुसलमानों ने निकाल रखा है, सब इसाले सवाब। यह है ही नहीं इस्लाम में। "लैसलिल इंसान इल्ला मासा" कुरान बीन में है। यानी खुद अपना ही अमल काम आएगा। किसी और का अमल जो है, वो मुझको नहीं पहुंच सकता।</w:t>
      </w:r>
    </w:p>
    <w:p>
      <w:r>
        <w:rPr>
          <w:b/>
        </w:rPr>
        <w:t xml:space="preserve">[01:18] </w:t>
      </w:r>
      <w:r>
        <w:t>aur bhi isale sawab yahi kahan hai? yeh india, pakistan aur bangladesh mein hai. abhi bhi arab mein nahi hai sab. arab mein ek concept nahi isale sawab ka. isale sawab mane sawab puhanchana. is ki little meaning hai sawab puhanchana. yani mein ek kaam karoon aur sawab kisi mare aadmi ko, jo mar chuka hai,</w:t>
      </w:r>
    </w:p>
    <w:p>
      <w:pPr>
        <w:jc w:val="right"/>
      </w:pPr>
      <w:r>
        <w:t>और भी इसाले सवाब यही कहां है? ये इंडिया, पाकिस्तान और बांग्लादेश में है। अभी भी अरब में नहीं है सब। अरब में एक कॉन्सेप्ट नहीं इसाले सवाब का। इसाले सवाब माने सवाब पहुंचाना। इसकी लिटिल मीनिंग है सवाब पहुंचाना। यानी मैं एक काम करूं और सवाब किसी मरे आदमी को, जो मर चुका है,</w:t>
      </w:r>
    </w:p>
    <w:p>
      <w:r>
        <w:rPr>
          <w:b/>
        </w:rPr>
        <w:t xml:space="preserve">[01:43] </w:t>
      </w:r>
      <w:r>
        <w:t>mein hajj karoon aur uska sawab mare hue aadmi ko puhanch jaye. bilkul, yani koi beasar baat hai. baseless baat hai yeh. is ka talluq na quran se hai, na hadees se. ne sahaba ke zamane mein bhi is ka koi riwaj nahi tha. aaj bhi arbon mein is ka riwaj nahi hai. aaj bhi nahi hai.</w:t>
      </w:r>
    </w:p>
    <w:p>
      <w:pPr>
        <w:jc w:val="right"/>
      </w:pPr>
      <w:r>
        <w:t>मैं हज करूं और उसका सवाब मरे हुए आदमी को पहुंच जाए। बिल्कुल, यानी कोई बेअसर बात है। बेसलेस बात है ये। इसका ताल्लुक ना कुरान से है, ना हदीस से। ने सहाबा के जमाने में भी इसका कोई रिवाज नहीं था। आज भी अरबों में इसका रिवाज नहीं है। आज भी नहीं है।</w:t>
      </w:r>
    </w:p>
    <w:p>
      <w:r>
        <w:rPr>
          <w:b/>
        </w:rPr>
        <w:t xml:space="preserve">[02:00] </w:t>
      </w:r>
      <w:r>
        <w:t>yeh sirf yeh yeh jo log hain, india aur pakistan aur bangladesh ke log, yahi hai yeh sab cheezen. to mein yeh kahunga ke sab se pehle to yeh daryaft kijiye, kya is isale sawab hai islam mein?</w:t>
      </w:r>
    </w:p>
    <w:p>
      <w:pPr>
        <w:jc w:val="right"/>
      </w:pPr>
      <w:r>
        <w:t>ये सिर्फ ये जो ये जो लोग हैं, इंडिया और पाकिस्तान और बांग्लादेश के लोग, यही है ये सब चीजें। तो मैं ये कहूंगा कि सबसे पहले तो ये دریافت कीजिए, क्या इस इसाले सवाब है इस्लाम में?</w:t>
      </w:r>
    </w:p>
    <w:p>
      <w:r>
        <w:rPr>
          <w:b/>
        </w:rPr>
        <w:t xml:space="preserve">[02:18] </w:t>
      </w:r>
      <w:r>
        <w:t>sab se pehle to yeh pata kijiye,</w:t>
      </w:r>
    </w:p>
    <w:p>
      <w:pPr>
        <w:jc w:val="right"/>
      </w:pPr>
      <w:r>
        <w:t>सबसे पहले तो ये पता कीजिए,</w:t>
      </w:r>
    </w:p>
    <w:p>
      <w:r>
        <w:rPr>
          <w:b/>
        </w:rPr>
        <w:t xml:space="preserve">[02:22] </w:t>
      </w:r>
      <w:r>
        <w:t>kuch bhi haqeeqat is isale sawab ki nahi hai. haan, sirf ek cheez hai, dekhiye, woh hai wasiyat. agar aadmi ne wasiyat ki ho, kuch maal us ke paas hai, maal se wasiyat ki ho ke dekho bhai, mohalle walon ke paas pani ka saadhan nahi hai, tum mere is paise se kuan bana dena</w:t>
      </w:r>
    </w:p>
    <w:p>
      <w:pPr>
        <w:jc w:val="right"/>
      </w:pPr>
      <w:r>
        <w:t>कुछ भी हकीकत इस इसाले सवाब की नहीं है। हां, सिर्फ एक चीज है, देखिए, वो है वसीयत। अगर आदमी ने वसीयत की हो, कुछ माल उसके पास है, माल से वसीयत की हो कि देखो भाई, मोहल्ले वालों के पास पानी का साधन नहीं है, तुम मेरे इस पैसे से कुआं बना देना</w:t>
      </w:r>
    </w:p>
    <w:p>
      <w:r>
        <w:rPr>
          <w:b/>
        </w:rPr>
        <w:t xml:space="preserve">[02:45] </w:t>
      </w:r>
      <w:r>
        <w:t>taake mohalle walon ko pani milne lage. aur us ke baad woh mar jaye. ab beton ne kuan bana diya to is ka sawab us ko mile ga. is liye ke us ne niyat us ki shamil thi. us mein us ki niyat yeh thi, paisa diya us ne, wasiyat us ne ki</w:t>
      </w:r>
    </w:p>
    <w:p>
      <w:pPr>
        <w:jc w:val="right"/>
      </w:pPr>
      <w:r>
        <w:t>ताकि मोहल्ले वालों को पानी मिलने लगे। और उसके बाद वो मर जाए। अब बेटों ने कुआं बना दिया तो इसका सवाब उसको मिलेगा। इसलिए कि उसने नियत उसकी शामिल थी। उसमें उसकी नियत यह थी, पैसा दिया उसने, वसीयत उसने की</w:t>
      </w:r>
    </w:p>
    <w:p>
      <w:r>
        <w:rPr>
          <w:b/>
        </w:rPr>
        <w:t xml:space="preserve">[03:07] </w:t>
      </w:r>
      <w:r>
        <w:t>to uska sawab mile ga. us ko aise hi hajj ka mamla hai. agar ek shakhs jo hai, us ne paisa ikhatta kiya hajj karne ke liye, lekin woh hajj nahi kar saka to us ne wasiyat ki ke dekho bhai, yeh mera jo paisa hai,</w:t>
      </w:r>
    </w:p>
    <w:p>
      <w:pPr>
        <w:jc w:val="right"/>
      </w:pPr>
      <w:r>
        <w:t>तो उसका सवाब मिलेगा। उसको ऐसे ही हज का मामला है। अगर एक शख्स जो है, उसने पैसा इकट्ठा किया हज करने के लिए, लेकिन वो हज नहीं कर सका तो उसने वसीयत की कि देखो भाई, यह मेरा जो पैसा है,</w:t>
      </w:r>
    </w:p>
    <w:p>
      <w:r>
        <w:rPr>
          <w:b/>
        </w:rPr>
        <w:t xml:space="preserve">[03:24] </w:t>
      </w:r>
      <w:r>
        <w:t>is se haj badal karwa dena kisi ka.</w:t>
      </w:r>
    </w:p>
    <w:p>
      <w:pPr>
        <w:jc w:val="right"/>
      </w:pPr>
      <w:r>
        <w:t>इससे हज बदल करवा देना किसी का।</w:t>
      </w:r>
    </w:p>
    <w:p>
      <w:r>
        <w:rPr>
          <w:b/>
        </w:rPr>
        <w:t xml:space="preserve">[03:28] </w:t>
      </w:r>
      <w:r>
        <w:t>meri taraf se wasiyat kariye, tab uska sawab mujhko milega.</w:t>
      </w:r>
    </w:p>
    <w:p>
      <w:pPr>
        <w:jc w:val="right"/>
      </w:pPr>
      <w:r>
        <w:t>मेरी तरफ से वसीयत करिए, तब उसका सवाब मुझको मिलेगा।</w:t>
      </w:r>
    </w:p>
    <w:p>
      <w:r>
        <w:rPr>
          <w:b/>
        </w:rPr>
        <w:t xml:space="preserve">[03:32] </w:t>
      </w:r>
      <w:r>
        <w:t>aajkal kya riwaj hai ke bagair wasiyat hi ke haj badal karwate hain log.</w:t>
      </w:r>
    </w:p>
    <w:p>
      <w:pPr>
        <w:jc w:val="right"/>
      </w:pPr>
      <w:r>
        <w:t>आजकल क्या रिवाज है कि बगैर वसीयत ही के हज बदल करवाते हैं लोग।</w:t>
      </w:r>
    </w:p>
    <w:p>
      <w:r>
        <w:rPr>
          <w:b/>
        </w:rPr>
        <w:t xml:space="preserve">[03:38] </w:t>
      </w:r>
      <w:r>
        <w:t>wo bilkul uska koi sawab nahi pahunchega marne wale ko.</w:t>
      </w:r>
    </w:p>
    <w:p>
      <w:pPr>
        <w:jc w:val="right"/>
      </w:pPr>
      <w:r>
        <w:t>वह बिल्कुल उसका कोई सवाब नहीं पहुंचेगा मरने वाले को।</w:t>
      </w:r>
    </w:p>
    <w:p>
      <w:r>
        <w:rPr>
          <w:b/>
        </w:rPr>
        <w:t xml:space="preserve">[03:41] </w:t>
      </w:r>
      <w:r>
        <w:t>yaad rakhiye, aaj ka jo riwaj hai haj badal ka, to wo samajhte hain ke bas kisi ko</w:t>
      </w:r>
    </w:p>
    <w:p>
      <w:pPr>
        <w:jc w:val="right"/>
      </w:pPr>
      <w:r>
        <w:t>याद रखिए, आज का जो रिवाज है हज बदल का, तो वह समझते हैं कि बस किसी को</w:t>
      </w:r>
    </w:p>
    <w:p>
      <w:r>
        <w:rPr>
          <w:b/>
        </w:rPr>
        <w:t xml:space="preserve">[03:47] </w:t>
      </w:r>
      <w:r>
        <w:t>haj karwa do, kisi molvi ko, aur uska sawab mere dada ko mil jayega, mere nana ko mil</w:t>
      </w:r>
    </w:p>
    <w:p>
      <w:pPr>
        <w:jc w:val="right"/>
      </w:pPr>
      <w:r>
        <w:t>हज करवा दो, किसी मौलवी को, और उसका सवाब मेरे दादा को मिल जाएगा, मेरे नाना को मिल</w:t>
      </w:r>
    </w:p>
    <w:p>
      <w:r>
        <w:rPr>
          <w:b/>
        </w:rPr>
        <w:t xml:space="preserve">[03:52] </w:t>
      </w:r>
      <w:r>
        <w:t>jayega. Yeh bilkul beasar baat hai.</w:t>
      </w:r>
    </w:p>
    <w:p>
      <w:pPr>
        <w:jc w:val="right"/>
      </w:pPr>
      <w:r>
        <w:t>जाएगा। यह बिल्कुल बेअसर बात है।</w:t>
      </w:r>
    </w:p>
    <w:p>
      <w:r>
        <w:rPr>
          <w:b/>
        </w:rPr>
        <w:t xml:space="preserve">[03:54] </w:t>
      </w:r>
      <w:r>
        <w:t>baseless</w:t>
      </w:r>
    </w:p>
    <w:p>
      <w:pPr>
        <w:jc w:val="right"/>
      </w:pPr>
      <w:r>
        <w:t>बेसलेस</w:t>
      </w:r>
    </w:p>
    <w:p>
      <w:r>
        <w:rPr>
          <w:b/>
        </w:rPr>
        <w:t xml:space="preserve">[03:55] </w:t>
      </w:r>
      <w:r>
        <w:t>hai. lekin haj badal sirf woh hai, yaad rakhiye, jiski wasiyat karke mara ho aadmi. yaani paisa ikattha kiya usne, jana tha usko haj par jane ka. bimar ho gaya, uske baad farz kijiye,</w:t>
      </w:r>
    </w:p>
    <w:p>
      <w:pPr>
        <w:jc w:val="right"/>
      </w:pPr>
      <w:r>
        <w:t>है। लेकिन हज बदल सिर्फ वो है, याद रखिए, जिसकी वसीयत करके मरा हो आदमी। यानी पैसा इकट्ठा किया उसने, जाना था उसको हज पर जाने का। बीमार हो गया, उसके बाद फर्ज कीजिए,</w:t>
      </w:r>
    </w:p>
    <w:p>
      <w:r>
        <w:rPr>
          <w:b/>
        </w:rPr>
        <w:t xml:space="preserve">[04:11] </w:t>
      </w:r>
      <w:r>
        <w:t>accident ho gaya kuch. ab wo wo apne beton se kahe ki dekho bhai, maine paisa ikattha kiya tha jane ka, ab main jane kaabil hu nahi. aur ye is tarike se wo mar jaye. ab bete kisi ko haj karwayen us paise se to uska naam haj badal hai.</w:t>
      </w:r>
    </w:p>
    <w:p>
      <w:pPr>
        <w:jc w:val="right"/>
      </w:pPr>
      <w:r>
        <w:t>एक्सीडेंट हो गया कुछ। अब वो वो अपने बेटों से कहे कि देखो भाई, मैंने पैसा इकट्ठा किया था जाने का, अब मैं जाने काबिल हूं नहीं। और ये इस तरीके से वो मर जाए। अब बेटे किसी को हज करवाएं उस पैसे से तो उसका नाम हज बदल है।</w:t>
      </w:r>
    </w:p>
    <w:p>
      <w:r>
        <w:rPr>
          <w:b/>
        </w:rPr>
        <w:t xml:space="preserve">[04:29] </w:t>
      </w:r>
      <w:r>
        <w:t>bas. aur koi haj badal islam mein nahi hai. yaad rakhiye, aajkal jo haj badal hua karta hai, na, iski koi haqeeqat nahi hai. yeh musalmanon ka apna riwaj hai, jiska islam se koi taluq nahi hai.</w:t>
      </w:r>
    </w:p>
    <w:p>
      <w:pPr>
        <w:jc w:val="right"/>
      </w:pPr>
      <w:r>
        <w:t>बस। और कोई हज बदल इस्लाम में नहीं है। याद रखिए, आजकल जो हज बदल हुआ करता है, ना, इसकी कोई हकीकत नहीं है। यह मुसलमानों का अपना रिवाज है, जिसका इस्लाम से कोई ताल्लुक नहीं है।</w:t>
      </w:r>
    </w:p>
    <w:p>
      <w:r>
        <w:rPr>
          <w:b/>
        </w:rPr>
        <w:t xml:space="preserve">[04:46] </w:t>
      </w:r>
      <w:r>
        <w:t>maulana, agla sawal kiya hai miss nuzhat bano ne, mau, madhya pradesh se. unhone likha hai ki, "how can we increase our wisdom to manage any type of crisis?" iske bare mein aap batayen.</w:t>
      </w:r>
    </w:p>
    <w:p>
      <w:pPr>
        <w:jc w:val="right"/>
      </w:pPr>
      <w:r>
        <w:t>मौलाना, अगला सवाल किया है मिस नुजत बानो ने, मऊ, मध्य प्रदेश से। उन्होंने लिखा है कि, "हाउ कैन वी इंक्रीज आवर विजडम टू मैनेज एनी टाइप ऑफ क्राइसिस?" इसके बारे में आप बताएं।</w:t>
      </w:r>
    </w:p>
    <w:p>
      <w:r>
        <w:rPr>
          <w:b/>
        </w:rPr>
        <w:t xml:space="preserve">[05:03] </w:t>
      </w:r>
      <w:r>
        <w:t>bahut aasan hai.</w:t>
      </w:r>
    </w:p>
    <w:p>
      <w:pPr>
        <w:jc w:val="right"/>
      </w:pPr>
      <w:r>
        <w:t>बहुत आसान है।</w:t>
      </w:r>
    </w:p>
    <w:p>
      <w:r>
        <w:rPr>
          <w:b/>
        </w:rPr>
        <w:t xml:space="preserve">[05:08] </w:t>
      </w:r>
      <w:r>
        <w:t>jab koi waqea pesh aaye to aap react na kijiye. sochiye, quran, hadith mein talash kijiye. bahut hi aasan hai crisis ko manage karna. fail hote hain</w:t>
      </w:r>
    </w:p>
    <w:p>
      <w:pPr>
        <w:jc w:val="right"/>
      </w:pPr>
      <w:r>
        <w:t>जब कोई वाकया پیش आए तो आप रिएक्ट ना कीजिए। सोचिए, कुरान, हदीस में तलाश कीजिए। बहुत ही आसान है क्राइसिस को मैनेज करना। फेल होते हैं</w:t>
      </w:r>
    </w:p>
    <w:p>
      <w:r>
        <w:rPr>
          <w:b/>
        </w:rPr>
        <w:t xml:space="preserve">[05:26] </w:t>
      </w:r>
      <w:r>
        <w:t>log, kyun? foran react karne lagte hain. koi baat hui, khade ho gaye jhanda lekar ke. yeh ghar mein hota hai, miyan-biwi ke mamle mein ki koi baat hui, daud se khade ho gaye. yeh hota hai desh ke andar.</w:t>
      </w:r>
    </w:p>
    <w:p>
      <w:pPr>
        <w:jc w:val="right"/>
      </w:pPr>
      <w:r>
        <w:t>लोग, क्यों? फौरन रिएक्ट करने लगते हैं। कोई बात हुई, खड़े हो गए झंडा लेकर के। यह घर में होता है, मियां-बीवी के मामले में कि कोई बात हुई, दौड़ से खड़े हो गए। यह होता है देश के अंदर।</w:t>
      </w:r>
    </w:p>
    <w:p>
      <w:r>
        <w:rPr>
          <w:b/>
        </w:rPr>
        <w:t xml:space="preserve">[05:45] </w:t>
      </w:r>
      <w:r>
        <w:t>jab koi aisi cheez pesh aaye, koi serious situation pesh aaye, to aap chup hokar ke sochiye, discuss kijiye, quran, hadith ko padhiye. bas, aapko</w:t>
      </w:r>
    </w:p>
    <w:p>
      <w:pPr>
        <w:jc w:val="right"/>
      </w:pPr>
      <w:r>
        <w:t>जब कोई ऐसी चीज पेश आए, कोई सीरियस सिचुएशन पेश आए, तो आप चुप होकर के सोचिए, डिस्कस कीजिए, कुरान, हदीस को पढ़िए। बस, आपको</w:t>
      </w:r>
    </w:p>
    <w:p>
      <w:r>
        <w:rPr>
          <w:b/>
        </w:rPr>
        <w:t xml:space="preserve">[06:02] </w:t>
      </w:r>
      <w:r>
        <w:t>rasta maloom ho jayega. maine aaj kaha ki in action bhi crisis ko manage kar leta hai. in action, jab chahe aap tajurba kar lijiye. na karna bhi ek bahut bada karna hai. yaad rakhiye,</w:t>
      </w:r>
    </w:p>
    <w:p>
      <w:pPr>
        <w:jc w:val="right"/>
      </w:pPr>
      <w:r>
        <w:t>रास्ता मालूम हो जाएगा। मैंने आज कहा कि इन एक्शन भी क्राइसिस को मैनेज कर लेता है। इन एक्शन, जब चाहे आप تجربा कर लीजिए। ना करना भी एक बहुत बड़ा करना है। याद रखिए,</w:t>
      </w:r>
    </w:p>
    <w:p>
      <w:r>
        <w:rPr>
          <w:b/>
        </w:rPr>
        <w:t xml:space="preserve">[06:17] </w:t>
      </w:r>
      <w:r>
        <w:t>na karna bhi ek bahut bada karna hai.</w:t>
      </w:r>
    </w:p>
    <w:p>
      <w:pPr>
        <w:jc w:val="right"/>
      </w:pPr>
      <w:r>
        <w:t>ना करना भी एक बहुत बड़ा करना है।</w:t>
      </w:r>
    </w:p>
    <w:p>
      <w:r>
        <w:rPr>
          <w:b/>
        </w:rPr>
        <w:t xml:space="preserve">[06:20] </w:t>
      </w:r>
      <w:r>
        <w:t>har family mein dekhiye, kabhi miyan-biwi mein jhanjhat ho jata hai, kabhi ek rishtedar, do rishtedar ke darmiyan jhanjhat hota hai. hote rehte hain har jagah. sirf aap ye kijiye, kuch na kijiye, aur ek-do din ke baad sab sab thanda ho jayega.</w:t>
      </w:r>
    </w:p>
    <w:p>
      <w:pPr>
        <w:jc w:val="right"/>
      </w:pPr>
      <w:r>
        <w:t>हर फैमिली में देखिए, कभी मियां-बीवी में झंझट हो जाता है, कभी एक रिश्तेदार, दो रिश्तेदार के दरमियान झंझट होता है। होते रहते हैं हर जगह। सिर्फ आप ये कीजिए, कुछ ना कीजिए, और एक-दो दिन के बाद सब सब ठंडा हो जाएगा।</w:t>
      </w:r>
    </w:p>
    <w:p>
      <w:r>
        <w:rPr>
          <w:b/>
        </w:rPr>
        <w:t xml:space="preserve">[06:37] </w:t>
      </w:r>
      <w:r>
        <w:t>jab chahe karke dekh lijiye. to agar aadmi aqal na kaam kar rahi ho, to itna to ho sakta hai na, kuch na kare wo. agar aapki aqal kaam karti hai,</w:t>
      </w:r>
    </w:p>
    <w:p>
      <w:pPr>
        <w:jc w:val="right"/>
      </w:pPr>
      <w:r>
        <w:t>जब चाहे करके देख लीजिए। तो अगर आदमी अकल ना काम कर रही हो, तो इतना तो हो सकता है ना, कुछ ना करे वो। अगर आपकी अकल काम करती है,</w:t>
      </w:r>
    </w:p>
    <w:p>
      <w:r>
        <w:rPr>
          <w:b/>
        </w:rPr>
        <w:t xml:space="preserve">[06:50] </w:t>
      </w:r>
      <w:r>
        <w:t>aap wise planning karne ki position mein hain, to wise planning kijiye. agar aap iski position mein nahi hain, to aap kuch na kijiye. sirf bas,</w:t>
      </w:r>
    </w:p>
    <w:p>
      <w:pPr>
        <w:jc w:val="right"/>
      </w:pPr>
      <w:r>
        <w:t>आप वाइस प्लानिंग करने की पोजीशन में हैं, तो वाइस प्लानिंग कीजिए। अगर आप इसकी पोजीशन में नहीं हैं, तो आप कुछ ना कीजिए। सिर्फ बस,</w:t>
      </w:r>
    </w:p>
    <w:p>
      <w:r>
        <w:rPr>
          <w:b/>
        </w:rPr>
        <w:t xml:space="preserve">[06:58] </w:t>
      </w:r>
      <w:r>
        <w:t>kuch na kijiye, aur mamla khatm ho jayega.</w:t>
      </w:r>
    </w:p>
    <w:p>
      <w:pPr>
        <w:jc w:val="right"/>
      </w:pPr>
      <w:r>
        <w:t>कुछ ना कीजिए, और मामला खत्म हो जाएगा।</w:t>
      </w:r>
    </w:p>
    <w:p>
      <w:r>
        <w:rPr>
          <w:b/>
        </w:rPr>
        <w:t xml:space="preserve">[07:06] </w:t>
      </w:r>
      <w:r>
        <w:t>na karna bhi karna hai. in action bhi action hai. isse zyada aasan formula koi ho sakta hai?</w:t>
      </w:r>
    </w:p>
    <w:p>
      <w:pPr>
        <w:jc w:val="right"/>
      </w:pPr>
      <w:r>
        <w:t>ना करना भी करना है। इन एक्शन भी एक्शन है। इससे ज्यादा आसान फार्मूला कोई हो सकता है?</w:t>
      </w:r>
    </w:p>
    <w:p>
      <w:r>
        <w:rPr>
          <w:b/>
        </w:rPr>
        <w:t xml:space="preserve">[07:15] </w:t>
      </w:r>
      <w:r>
        <w:t>yaad rakhiye, main aapko itni badi misal de di ki musalmanon ne tatariyon ki jab masjid dhai thi, kuch nahi kiya,</w:t>
      </w:r>
    </w:p>
    <w:p>
      <w:pPr>
        <w:jc w:val="right"/>
      </w:pPr>
      <w:r>
        <w:t>याद रखिए, मैं आपको इतनी बड़ी मिसाल दे दी कि मुसलमानों ने तातारियों की जब मस्जिदढाई थी, कुछ नहीं किया,</w:t>
      </w:r>
    </w:p>
    <w:p>
      <w:r>
        <w:rPr>
          <w:b/>
        </w:rPr>
        <w:t xml:space="preserve">[07:25] </w:t>
      </w:r>
      <w:r>
        <w:t>to kitna bada uska reward mila unko? na karne ka reward.</w:t>
      </w:r>
    </w:p>
    <w:p>
      <w:pPr>
        <w:jc w:val="right"/>
      </w:pPr>
      <w:r>
        <w:t>तो कितना बड़ा उसका रिवॉर्ड मिला उनको? ना करने का रिवॉर्ड।</w:t>
      </w:r>
    </w:p>
    <w:p>
      <w:r>
        <w:rPr>
          <w:b/>
        </w:rPr>
        <w:t xml:space="preserve">[07:35] </w:t>
      </w:r>
      <w:r>
        <w:t>to crisis ko manage karna bahut aasan hai. ya to aap soch samajh karke jo jo jo wise rasta hai, usko daryaft kijiye, us par chaliye. agar aapke andar itni aqal nahi hai, to chup ho jaiye. bas,</w:t>
      </w:r>
    </w:p>
    <w:p>
      <w:pPr>
        <w:jc w:val="right"/>
      </w:pPr>
      <w:r>
        <w:t>तो क्राइसिस को मैनेज करना बहुत आसान है। या तो आप सोच समझ करके जो जो जो वाइज रास्ता है, उसको دریافت कीजिए, उस पर चलिए। अगर आपके अंदर इतनी अकल नहीं है, तो चुप हो जाइए। बस,</w:t>
      </w:r>
    </w:p>
    <w:p>
      <w:r>
        <w:rPr>
          <w:b/>
        </w:rPr>
        <w:t xml:space="preserve">[07:52] </w:t>
      </w:r>
      <w:r>
        <w:t>simply chup ho jaiye. sab theek ho jayega.</w:t>
      </w:r>
    </w:p>
    <w:p>
      <w:pPr>
        <w:jc w:val="right"/>
      </w:pPr>
      <w:r>
        <w:t>सिंपली चुप हो जाइए। सबठीक हो जाएगा।</w:t>
      </w:r>
    </w:p>
    <w:p>
      <w:r>
        <w:rPr>
          <w:b/>
        </w:rPr>
        <w:t xml:space="preserve">[07:57] </w:t>
      </w:r>
      <w:r>
        <w:t>maulana raipur se miss shabana ne sawal kiya hai. unhone likha hai, "what should be the role of individual muslim after the ayodhya verdict?"</w:t>
      </w:r>
    </w:p>
    <w:p>
      <w:pPr>
        <w:jc w:val="right"/>
      </w:pPr>
      <w:r>
        <w:t>मौलाना रायपुर से मिस शवाना ने सवाल किया है। उन्होंने लिखा है, "व्हाट शुड बी द रोल ऑफ इंडिविजुअल मुस्लिम आफ्टर द अयोध्या वर्डिक्ट?"</w:t>
      </w:r>
    </w:p>
    <w:p>
      <w:r>
        <w:rPr>
          <w:b/>
        </w:rPr>
        <w:t xml:space="preserve">[08:10] </w:t>
      </w:r>
      <w:r>
        <w:t>yahi yahi ki masjid jaakar dua karen.</w:t>
      </w:r>
    </w:p>
    <w:p>
      <w:pPr>
        <w:jc w:val="right"/>
      </w:pPr>
      <w:r>
        <w:t>यही यही कि मस्जिद जाकर दुआ करें।</w:t>
      </w:r>
    </w:p>
    <w:p>
      <w:r>
        <w:rPr>
          <w:b/>
        </w:rPr>
        <w:t xml:space="preserve">[08:16] </w:t>
      </w:r>
      <w:r>
        <w:t>aajkal jo takreeren hoti hain, band kardo. ayodhya ki masjid ke bare mein takreeren band karo, jalse band karo. allah taala se dua karo. bas, agar koi aqal nahi, kaam nahi karti aapki. aur mera formula to aap len, to aap razi ho jayen is par. relocation par abhi baat khatm.</w:t>
      </w:r>
    </w:p>
    <w:p>
      <w:pPr>
        <w:jc w:val="right"/>
      </w:pPr>
      <w:r>
        <w:t>आजकल जो तकरीरें होती हैं, बंद कर दो। अयोध्या की मस्जिद के बारे में तकरीरें बंद करो, जलसे बंद करो। अल्लाह ताला से दुआ करो। बस, अगर कोई अकल नहीं, काम नहीं करती आपकी। और मेरा फार्मूला तो आप लें, तो आप राजी हो जाएं इस पर। रीलोकेशन पर अभी बात खत्म।</w:t>
      </w:r>
    </w:p>
    <w:p>
      <w:r>
        <w:rPr>
          <w:b/>
        </w:rPr>
        <w:t xml:space="preserve">[08:41] </w:t>
      </w:r>
      <w:r>
        <w:t>yaani main wahan gaya hoon pehle, ab bhi gaya hoon. pehle to wahan hua karta tha. ab main gaya hoon, to wahan koi eent ka ek tukda bhi nahi hai babu masjid ka. yaani babu masjid jo hai, wahan exist hi nahi karti. sire se rui ki shakal bhi nahi hai.</w:t>
      </w:r>
    </w:p>
    <w:p>
      <w:pPr>
        <w:jc w:val="right"/>
      </w:pPr>
      <w:r>
        <w:t>यानी मैं वहां गया हूं पहले, अब भी गया हूं। पहले तो वहां हुआ करता था। अब मैं गया हूं, तो वहां कोई ईंट का एक टुकड़ा भी नहीं है बाबू मस्जिद का। यानी बाबू मस्जिद जो है, वहां एक्जिस्ट ही नहीं करती। सिरे से रुई की शक्ल भी नहीं है।</w:t>
      </w:r>
    </w:p>
    <w:p>
      <w:r>
        <w:rPr>
          <w:b/>
        </w:rPr>
        <w:t xml:space="preserve">[08:59] </w:t>
      </w:r>
      <w:r>
        <w:t>yaad rakhiye, log samajhte hain ki babu masjid khadi hui hai wahan par. wahan to babu masjid ki ek eent bhi nahi hai. wahan to bewkuf mandir hai. wo non existent hai. wo to jo babri masjid exist nahi karti, uske upar tehreeken chal rahi hain.</w:t>
      </w:r>
    </w:p>
    <w:p>
      <w:pPr>
        <w:jc w:val="right"/>
      </w:pPr>
      <w:r>
        <w:t>याद रखिए, लोग समझते हैं कि बाबू मस्जिद खड़ी हुई है वहां पर। वहां तो बाबू मस्जिद की एक ईंट भी नहीं है। वहां तो बेक शिफ्ट मंदिर है। वो नॉन एक्जिस्टेंट है। वो तो जो बाबरी मस्जिद एक्जिस्ट नहीं करती, उसके ऊपर तहरीकें चल रही हैं।</w:t>
      </w:r>
    </w:p>
    <w:p>
      <w:r>
        <w:rPr>
          <w:b/>
        </w:rPr>
        <w:t xml:space="preserve">[09:17] </w:t>
      </w:r>
      <w:r>
        <w:t>ab dekhiye, isse zyada strict policy koi ho sakti hai?</w:t>
      </w:r>
    </w:p>
    <w:p>
      <w:pPr>
        <w:jc w:val="right"/>
      </w:pPr>
      <w:r>
        <w:t>अब देखिए, इससे ज्यादा स्ट्रिक्ट पॉलिसी कोई हो सकती है?</w:t>
      </w:r>
    </w:p>
    <w:p>
      <w:r>
        <w:rPr>
          <w:b/>
        </w:rPr>
        <w:t xml:space="preserve">[09:25] </w:t>
      </w:r>
      <w:r>
        <w:t>yaani kisi ko ye nahi. aur ek bahut badi ek gunah kar rahe hain musalman. yaad rakhiye, wahi sun lijiye aap is maamle mein. gunah, gunah, gunah. wo kya?</w:t>
      </w:r>
    </w:p>
    <w:p>
      <w:pPr>
        <w:jc w:val="right"/>
      </w:pPr>
      <w:r>
        <w:t>यानी किसी को ये नहीं। और एक बहुत बड़ी एक गुनाह कर रहे हैं मुसलमान। याद रखिए, वही सुन लीजिए आप इस मामले में। गुनाह, गुनाह, गुनाह। वो क्या?</w:t>
      </w:r>
    </w:p>
    <w:p>
      <w:r>
        <w:rPr>
          <w:b/>
        </w:rPr>
        <w:t xml:space="preserve">[09:37] </w:t>
      </w:r>
      <w:r>
        <w:t>hadis mein aata hai ki sirf teen masjido ka</w:t>
      </w:r>
    </w:p>
    <w:p>
      <w:pPr>
        <w:jc w:val="right"/>
      </w:pPr>
      <w:r>
        <w:t>हदीस में आता है कि सिर्फ तीन मस्जिदों का</w:t>
      </w:r>
    </w:p>
    <w:p>
      <w:r>
        <w:rPr>
          <w:b/>
        </w:rPr>
        <w:t xml:space="preserve">[09:42] </w:t>
      </w:r>
      <w:r>
        <w:t>special maamla hai. wo hai makka ki masjid aur madine ki masjid aur yeroosalam ki masjid. baqi sab masjidein barabar hain. yeh baqayda hadis hai ki teen masjido ke saath sari masjidein barabar hain.</w:t>
      </w:r>
    </w:p>
    <w:p>
      <w:pPr>
        <w:jc w:val="right"/>
      </w:pPr>
      <w:r>
        <w:t>स्पेशल मामला है। वो है मक्का की मस्जिद और मदीने की मस्जिद और यरूशलम की मस्जिद। बाकी सब मस्जिदें बराबर हैं। यह बाकायदा हदीस है कि तीन मस्जिदों के साथ सारी मस्जिदें बराबर हैं।</w:t>
      </w:r>
    </w:p>
    <w:p>
      <w:r>
        <w:rPr>
          <w:b/>
        </w:rPr>
        <w:t xml:space="preserve">[10:01] </w:t>
      </w:r>
      <w:r>
        <w:t>ab aapko agar pata ho, nahi pata ho, to jaakar ke dekhiye border par rajasthan aur haryana aur punjab, jahan ke pakistan sarhadein milti hain, abhi bhi wahan masjido ki rui padi hui hai. masjidein tod di gayi hain.</w:t>
      </w:r>
    </w:p>
    <w:p>
      <w:pPr>
        <w:jc w:val="right"/>
      </w:pPr>
      <w:r>
        <w:t>अब आपको अगर पता हो, नहीं पता हो, तो जाकर के देखिए बॉर्डर पर राजस्थान और हरियाणा और पंजाब, जहां के पाकिस्तान सरहदें मिलती हैं, अभी भी वहां मस्जिदों की रुई पड़ी हुई है। मस्जिदें तोड़ दी गई हैं।</w:t>
      </w:r>
    </w:p>
    <w:p>
      <w:r>
        <w:rPr>
          <w:b/>
        </w:rPr>
        <w:t xml:space="preserve">[10:19] </w:t>
      </w:r>
      <w:r>
        <w:t>maine khud dekha hai, koi masjid tod di gayi. is masjid ko unhone ghar bana liya. is masjid bel baandhne lage. kuch bhi kiya. to wahan par kyu nahi aap jihad karte hain?</w:t>
      </w:r>
    </w:p>
    <w:p>
      <w:pPr>
        <w:jc w:val="right"/>
      </w:pPr>
      <w:r>
        <w:t>मैंने खुद देखा है, कोई मस्जिद तोड़ दी गई। इस मस्जिद को उन्होंने घर बना लिया। इस मस्जिद बेल बांधने लगे। कुछ भी किया। तो वहां पर क्यों नहीं आप جہاد करते हैं?</w:t>
      </w:r>
    </w:p>
    <w:p>
      <w:r>
        <w:rPr>
          <w:b/>
        </w:rPr>
        <w:t xml:space="preserve">[10:34] </w:t>
      </w:r>
      <w:r>
        <w:t>aap babri masjid single out kyu karte hain?</w:t>
      </w:r>
    </w:p>
    <w:p>
      <w:pPr>
        <w:jc w:val="right"/>
      </w:pPr>
      <w:r>
        <w:t>आप बाबरी मस्जिद सिंगल आउट क्यों करते हैं?</w:t>
      </w:r>
    </w:p>
    <w:p>
      <w:r>
        <w:rPr>
          <w:b/>
        </w:rPr>
        <w:t xml:space="preserve">[10:38] </w:t>
      </w:r>
      <w:r>
        <w:t>kisi ek masjid ko single out karna, yeh to islam mein bilkul jaayaz hi nahi hai. sawa teen ke agar aapko tehreek chalana hai, to sari masjido ke liye chalaaiye. saikdo masjidein jodhaai gayi hain partition ke waqt</w:t>
      </w:r>
    </w:p>
    <w:p>
      <w:pPr>
        <w:jc w:val="right"/>
      </w:pPr>
      <w:r>
        <w:t>किसी एक मस्जिद को सिंगल आउट करना, यह तो इस्लाम में बिल्कुल जायज ही नहीं है। सवा तीन के अगर आपको तहरीक चलाना है, तो सारी मस्जिदों के लिए चलाइए। सैकड़ों मस्जिदें जोढाई गई हैं पार्टीशन के वक्त</w:t>
      </w:r>
    </w:p>
    <w:p>
      <w:r>
        <w:rPr>
          <w:b/>
        </w:rPr>
        <w:t xml:space="preserve">[10:54] </w:t>
      </w:r>
      <w:r>
        <w:t>border par, un sabke liye aap chalaaiye. hungama kijiye. ek masjid ko agar aap karke us par tehreek chalate hain, to aap gunah ka kaam karte hain. yaad rakhiye,</w:t>
      </w:r>
    </w:p>
    <w:p>
      <w:pPr>
        <w:jc w:val="right"/>
      </w:pPr>
      <w:r>
        <w:t>बॉर्डर पर, उन सबके लिए आप चलाइए। हंगामा कीजिए। एक मस्जिद को अगर आप करके उस पर तहरीक चलाते हैं, तो आप गुनाह का काम करते हैं। याद रखिए,</w:t>
      </w:r>
    </w:p>
    <w:p>
      <w:r>
        <w:rPr>
          <w:b/>
        </w:rPr>
        <w:t xml:space="preserve">[11:08] </w:t>
      </w:r>
      <w:r>
        <w:t>kisi ek masjid ko single out nahi kar sakte aap. yeh aapko ijazat hi nahi hai islam mein. hadis mein aata hai ki "لا تشد الرحال الا الى صلاۃ المساجد"। yeh makka ki baitul, makka ki jo wo hai masjid, haram makka jo kaha jaata hai,</w:t>
      </w:r>
    </w:p>
    <w:p>
      <w:pPr>
        <w:jc w:val="right"/>
      </w:pPr>
      <w:r>
        <w:t>किसी एक मस्जिद को सिंगल आउट नहीं कर सकते आप। यह आपको इजाजत ही नहीं है इस्लाम में। हदीस में आता है कि "لا تشد الرحال الا الى صلاۃ المساجد"। यह मक्का की बैतुल, मक्का की जो वो है मस्जिद, हराम मक्का जो कहा जाता है,</w:t>
      </w:r>
    </w:p>
    <w:p>
      <w:r>
        <w:rPr>
          <w:b/>
        </w:rPr>
        <w:t xml:space="preserve">[11:29] </w:t>
      </w:r>
      <w:r>
        <w:t>madine ki masjid, masjid nabvi kaha jaata hai, aur yeroosalam ki masjid, ko masjid اقصی kaha jaata hai. ye teen masjidein jo hain islam mein, unka khaas darja maana gaya hai. baqi sab barabar hain. to kaise musalmano ne aisa kiya ki babri masjid ko unhone single out kiya?</w:t>
      </w:r>
    </w:p>
    <w:p>
      <w:pPr>
        <w:jc w:val="right"/>
      </w:pPr>
      <w:r>
        <w:t>मदीने की मस्जिद, मस्जिद नबवी कहा जाता है, और यरूशलम की मस्जिद, को मस्जिद اقصی कहा जाता है। ये तीन मस्जिदें जो हैं इस्लाम में, उनका خاص दर्जा माना गया है। बाकी सब बराबर हैं। तो कैसे मुसलमानों ने ऐसा किया कि बाबरी मस्जिद को उन्होंने सिंगल आउट किया?</w:t>
      </w:r>
    </w:p>
    <w:p>
      <w:r>
        <w:rPr>
          <w:b/>
        </w:rPr>
        <w:t xml:space="preserve">[11:49] </w:t>
      </w:r>
      <w:r>
        <w:t>usmein hungama 60 minutes hungama kiye hue hain.</w:t>
      </w:r>
    </w:p>
    <w:p>
      <w:pPr>
        <w:jc w:val="right"/>
      </w:pPr>
      <w:r>
        <w:t>उसमें हंगामा 60 मिनट्स हंगामा किए हुए हैं।</w:t>
      </w:r>
    </w:p>
    <w:p>
      <w:r>
        <w:rPr>
          <w:b/>
        </w:rPr>
        <w:t xml:space="preserve">[11:52] </w:t>
      </w:r>
      <w:r>
        <w:t>jabki isi desh mein saikdo masjidein aaj bhi jaakar koi dekh le unki halat border par. wahi haal hua hai jo jo ayodhya mein hua. usko aap chup kyu hain?</w:t>
      </w:r>
    </w:p>
    <w:p>
      <w:pPr>
        <w:jc w:val="right"/>
      </w:pPr>
      <w:r>
        <w:t>जबकि इसी देश में सैकड़ों मस्जिदें आज भी जाकर कोई देख ले उनकी हालत बॉर्डर पर। वही हाल हुआ है जो जो अयोध्या में हुआ। उसको आप चुप क्यों हैं?</w:t>
      </w:r>
    </w:p>
    <w:p>
      <w:r>
        <w:rPr>
          <w:b/>
        </w:rPr>
        <w:t xml:space="preserve">[12:09] </w:t>
      </w:r>
      <w:r>
        <w:t>yeh to islam mein jaayaz hi nahi hai.</w:t>
      </w:r>
    </w:p>
    <w:p>
      <w:pPr>
        <w:jc w:val="right"/>
      </w:pPr>
      <w:r>
        <w:t>यह तो इस्लाम में जायज ही नहीं है।</w:t>
      </w:r>
    </w:p>
    <w:p>
      <w:r>
        <w:rPr>
          <w:b/>
        </w:rPr>
        <w:t xml:space="preserve">[12:13] </w:t>
      </w:r>
      <w:r>
        <w:t>to bahut hi zyada sochne ki zaroorat hai ki sara ismein musalmano ka jo hai tareeka, sab ka sab islam ke khilaaf hai. a se zed tak babri masjid ke maamle mein musalmano ka tareeka a se zed tak.</w:t>
      </w:r>
    </w:p>
    <w:p>
      <w:pPr>
        <w:jc w:val="right"/>
      </w:pPr>
      <w:r>
        <w:t>तो बहुत ही ज्यादा सोचने की जरूरत है कि सारा इसमें मुसलमानों का जो है तरीका, सब का सब इस्लाम के खिलाफ है। ए से जेड तक बाबरी मस्जिद के मामले में मुसलमानों का तरीका ए से जेड तक।</w:t>
      </w:r>
    </w:p>
    <w:p>
      <w:r>
        <w:rPr>
          <w:b/>
        </w:rPr>
        <w:t xml:space="preserve">[12:30] </w:t>
      </w:r>
      <w:r>
        <w:t>aur yeh bahut zabardast allah taala ka sawal kiya jaayega musalmano se. bahut zabardast sawal kiya jaayega. yaad rakhiye, isi point ko kya musalman jawab de sakte hain?</w:t>
      </w:r>
    </w:p>
    <w:p>
      <w:pPr>
        <w:jc w:val="right"/>
      </w:pPr>
      <w:r>
        <w:t>और यह बहुत जबरदस्त अल्लाह ताला का सवाल किया जाएगा मुसलमानों से। बहुत जबरदस्त सवाल किया जाएगा। याद रखिए, इसी पॉइंट को क्या मुसलमान जवाब दे सकते हैं?</w:t>
      </w:r>
    </w:p>
    <w:p>
      <w:r>
        <w:rPr>
          <w:b/>
        </w:rPr>
        <w:t xml:space="preserve">[12:40] </w:t>
      </w:r>
      <w:r>
        <w:t>allah taala kya? yeh to wo kya right tha? kis kis right se tumne ek masjid ko single out kiya?</w:t>
      </w:r>
    </w:p>
    <w:p>
      <w:pPr>
        <w:jc w:val="right"/>
      </w:pPr>
      <w:r>
        <w:t>अल्लाह ताला क्या? यह तो वो क्या राइट था? किस किस राइट से तुमने एक मस्जिद को सिंगल आउट किया?</w:t>
      </w:r>
    </w:p>
    <w:p>
      <w:r>
        <w:rPr>
          <w:b/>
        </w:rPr>
        <w:t xml:space="preserve">[12:47] </w:t>
      </w:r>
      <w:r>
        <w:t>baqi masjido ko jab ka wahi anjaam hua, to uske baare mein chup ho gaye. tum kyu tumne aisa kiya?</w:t>
      </w:r>
    </w:p>
    <w:p>
      <w:pPr>
        <w:jc w:val="right"/>
      </w:pPr>
      <w:r>
        <w:t>बाकी मस्जिदों को जब का वही अंजाम हुआ, तो उसके बारे में चुप हो गए। तुम क्यों तुमने ऐसा किया?</w:t>
      </w:r>
    </w:p>
    <w:p>
      <w:r>
        <w:rPr>
          <w:b/>
        </w:rPr>
        <w:t xml:space="preserve">[12:55] </w:t>
      </w:r>
      <w:r>
        <w:t>yeh saada baat nahi. yaad rakhiye, bahut hi gambhir baat hai. bahut hi serious baat hai. bahut serious baat hai. yeh masla hindu muslim ka nahi hai. yeh masla bar arth islam ka hai. bar arth allah taala ke qanoon ka hai.</w:t>
      </w:r>
    </w:p>
    <w:p>
      <w:pPr>
        <w:jc w:val="right"/>
      </w:pPr>
      <w:r>
        <w:t>यह सादा बात नहीं। याद रखिए, बहुत ही गंभीर बात है। बहुत ही सीरियस बात है। बहुत सीरियस बात है। यह मसला हिंदू मुस्लिम का नहीं है। यह मसला बर अर्थ इस्लाम का है। बर अर्थ अल्लाह ताला के قانون का है।</w:t>
      </w:r>
    </w:p>
    <w:p>
      <w:r>
        <w:rPr>
          <w:b/>
        </w:rPr>
        <w:t xml:space="preserve">[13:15] </w:t>
      </w:r>
      <w:r>
        <w:t>aur bila shubah hai, ismein musalmano se poocha jaayega qayamat mein ki tumne kis right, kis arth, حق se tumne ek masjid ko single out kiya?</w:t>
      </w:r>
    </w:p>
    <w:p>
      <w:pPr>
        <w:jc w:val="right"/>
      </w:pPr>
      <w:r>
        <w:t>और بلا शुभ है, इसमें मुसलमानों से पूछा जाएगा قیامت में कि तुमने किस राइट, किस अर्थ, حق से तुमने एक मस्जिद को सिंगल आउट किया?</w:t>
      </w:r>
    </w:p>
    <w:p>
      <w:r>
        <w:rPr>
          <w:b/>
        </w:rPr>
        <w:t xml:space="preserve">[13:24] </w:t>
      </w:r>
      <w:r>
        <w:t>batao to kya aap musalman jawab denge iska? yaad rakhiye, yeh saada baat nahi hai.</w:t>
      </w:r>
    </w:p>
    <w:p>
      <w:pPr>
        <w:jc w:val="right"/>
      </w:pPr>
      <w:r>
        <w:t>बताओ तो क्या आप मुसलमान जवाब देंगे इसका? याद रखिए, यह सादा बात नहीं है।</w:t>
      </w:r>
    </w:p>
    <w:p>
      <w:r>
        <w:rPr>
          <w:b/>
        </w:rPr>
        <w:t xml:space="preserve">[13:36] </w:t>
      </w:r>
      <w:r>
        <w:t>maulana, yeh sawal doctor farida khanam ne kiya hai nai dilli se. unhone poocha hai, "what is the concept of leadership in islam?</w:t>
      </w:r>
    </w:p>
    <w:p>
      <w:pPr>
        <w:jc w:val="right"/>
      </w:pPr>
      <w:r>
        <w:t>मौलाना, यह सवाल डॉक्टर फरीदा खानम ने किया है नई दिल्ली से। उन्होंने पूछा है, "व्हाट इज द कांसेप्ट ऑफ लीडरशिप इन इस्लाम?</w:t>
      </w:r>
    </w:p>
    <w:p>
      <w:r>
        <w:rPr>
          <w:b/>
        </w:rPr>
        <w:t xml:space="preserve">[13:46] </w:t>
      </w:r>
      <w:r>
        <w:t>what is the criteria to judge a leader? there are innumerable leaders among the muslims. how can they take a decision unitedly?</w:t>
      </w:r>
    </w:p>
    <w:p>
      <w:pPr>
        <w:jc w:val="right"/>
      </w:pPr>
      <w:r>
        <w:t>व्हाट इज द क्राइटेरिया टू जज अ लीडर? देयर आर इन्यूमरेबल लीडर्स अमंग द मुस्लिम्स। हाउ कैन दे टेक अ डिसीजन यूनाइटेडली?</w:t>
      </w:r>
    </w:p>
    <w:p>
      <w:r>
        <w:rPr>
          <w:b/>
        </w:rPr>
        <w:t xml:space="preserve">[13:56] </w:t>
      </w:r>
      <w:r>
        <w:t>is there any possibility of this? or we are doomed to live under the shadow of a incompetent leaders."</w:t>
      </w:r>
    </w:p>
    <w:p>
      <w:pPr>
        <w:jc w:val="right"/>
      </w:pPr>
      <w:r>
        <w:t>इज देयर एनी पॉसिबिलिटी ऑफ दिस? और वी आर डूम टू लिव अंडर द शैडो ऑफ अ इनकंपिटेंट लीडर्स।"</w:t>
      </w:r>
    </w:p>
    <w:p>
      <w:r>
        <w:rPr>
          <w:b/>
        </w:rPr>
        <w:t xml:space="preserve">[14:13] </w:t>
      </w:r>
      <w:r>
        <w:t>dekhiye, islam mein leader ko imam kaha jaata hai. imam to islam ka usool hai "امرہم شوری بینہم"। yaani jab zaroorat ho imam muqarrar karne ki, leader muqarrar karne ki,</w:t>
      </w:r>
    </w:p>
    <w:p>
      <w:pPr>
        <w:jc w:val="right"/>
      </w:pPr>
      <w:r>
        <w:t>देखिए, इस्लाम में लीडर को इमाम कहा जाता है। इमाम तो इस्लाम का اصول है "امرہم شوری بینہم"। यानी जब जरूरत हो इमाम مقرر करने की, लीडर مقرر करने की,</w:t>
      </w:r>
    </w:p>
    <w:p>
      <w:r>
        <w:rPr>
          <w:b/>
        </w:rPr>
        <w:t xml:space="preserve">[14:31] </w:t>
      </w:r>
      <w:r>
        <w:t>to uske liye mashwara kiya jaye, discuss kiya jaye. sab log baithkar rai karein aur consensus se jis aadmi ko tay ho jaye, usko imam maan liya jaye. yeh to ideal baat hai. ideal baat</w:t>
      </w:r>
    </w:p>
    <w:p>
      <w:pPr>
        <w:jc w:val="right"/>
      </w:pPr>
      <w:r>
        <w:t>तो उसके लिए مشورہ किया जाए, डिस्कस किया जाए। सब लोग बैठकर राय करें और कंसेंसस से जिस आदमी को तय हो जाए, उसको इमाम मान लिया जाए। यह तो आइडियल बात है। आइडियल बात</w:t>
      </w:r>
    </w:p>
    <w:p>
      <w:r>
        <w:rPr>
          <w:b/>
        </w:rPr>
        <w:t xml:space="preserve">[14:49] </w:t>
      </w:r>
      <w:r>
        <w:t>ki jab bhi ek leader farz kiye mar gaya, leader ne resign kar diya, kisi bhi baat se woh paida ho gaya, leader ki na raha,</w:t>
      </w:r>
    </w:p>
    <w:p>
      <w:pPr>
        <w:jc w:val="right"/>
      </w:pPr>
      <w:r>
        <w:t>कि जब भी एक लीडर फर्ज कीए मर गया, लीडर ने रिजाइन कर दिया, किसी भी बात से वो पैदा हो गया, लीडर की ना रहा,</w:t>
      </w:r>
    </w:p>
    <w:p>
      <w:r>
        <w:rPr>
          <w:b/>
        </w:rPr>
        <w:t xml:space="preserve">[15:03] </w:t>
      </w:r>
      <w:r>
        <w:t>to log baithein</w:t>
      </w:r>
    </w:p>
    <w:p>
      <w:pPr>
        <w:jc w:val="right"/>
      </w:pPr>
      <w:r>
        <w:t>तो लोग बैठें</w:t>
      </w:r>
    </w:p>
    <w:p>
      <w:r>
        <w:rPr>
          <w:b/>
        </w:rPr>
        <w:t xml:space="preserve">[15:06] </w:t>
      </w:r>
      <w:r>
        <w:t>aur discuss karein. aur jis aadmi ke naam par consensus ho jaye, sab log usko leader maan lein. sab log maan lein usko. yeh hai ideal. doosri surat jo hai</w:t>
      </w:r>
    </w:p>
    <w:p>
      <w:pPr>
        <w:jc w:val="right"/>
      </w:pPr>
      <w:r>
        <w:t>और डिस्कस करें। और जिस आदमी के नाम पर कंसेंसस हो जाए, सब लोग उसको लीडर मान लें। सब लोग मान लें उसको। यह है आइडियल। दूसरी सूरत जो है</w:t>
      </w:r>
    </w:p>
    <w:p>
      <w:r>
        <w:rPr>
          <w:b/>
        </w:rPr>
        <w:t xml:space="preserve">[15:24] </w:t>
      </w:r>
      <w:r>
        <w:t>secondary darje mein, woh kya hai? woh hai uske liye bhi hadees mein bata diya gaya hai. woh yeh hai ki "اتبع سواد الاعظم"। "اتبع سواد الاعظم" ka matlab yeh hai ki kisi bhi tareeke se agar koi aadmi leader ban gaya, chahe galat tareeke se bana ho kyun na ho, to maan lo uske saath jhanda na uthao.</w:t>
      </w:r>
    </w:p>
    <w:p>
      <w:pPr>
        <w:jc w:val="right"/>
      </w:pPr>
      <w:r>
        <w:t>सेकेंडरी दर्जे में, वो क्या है? वो है उसके लिए भी हदीस में बता दिया गया है। वो यह है कि "اتبع سواد الاعظم"। "اتبع سواد الاعظم" का मतलब यह है कि किसी भी तरीके से अगर कोई आदमी लीडर बन गया, चाहे गलत तरीके से बना हो क्यों ना हो, तो मान लो उसके साथ झंडा ना उठाओ।</w:t>
      </w:r>
    </w:p>
    <w:p>
      <w:r>
        <w:rPr>
          <w:b/>
        </w:rPr>
        <w:t xml:space="preserve">[15:53] </w:t>
      </w:r>
      <w:r>
        <w:t>yaani ek ideal shakal yeh hai ki mashware se, discussion se</w:t>
      </w:r>
    </w:p>
    <w:p>
      <w:pPr>
        <w:jc w:val="right"/>
      </w:pPr>
      <w:r>
        <w:t>यानी एक आइडियल शक्ल यह है कि मशवरे से, डिस्कशन से</w:t>
      </w:r>
    </w:p>
    <w:p>
      <w:r>
        <w:rPr>
          <w:b/>
        </w:rPr>
        <w:t xml:space="preserve">[16:00] </w:t>
      </w:r>
      <w:r>
        <w:t>ki kisi shakhs ko banaya jaye aur sab log usko maan lein. lekin agar yeh ideal shakal possible na ho aur koi aadmi kisi bhi aur tareeke se leader ban jaye, to phir usko maan lijiye aap taaki kam se kam peace to qaim rahe. aap jab maan lenge, to kam se kam peace to qaim ho jayegi.</w:t>
      </w:r>
    </w:p>
    <w:p>
      <w:pPr>
        <w:jc w:val="right"/>
      </w:pPr>
      <w:r>
        <w:t>कि किसी شخص को बनाया जाए और सब लोग उसको मान लें। लेकिन अगर यह आइडियल शक्ल पॉसिबल ना हो और कोई आदमी किसी भी और तरीके से लीडर बन जाए, तो फिर उसको मान लीजिए आप ताकि कम से कम पीस तो कायम रहे। आप जब मान लेंगे, तो कम से कम पीस तो कायम हो जाएगी।</w:t>
      </w:r>
    </w:p>
    <w:p>
      <w:r>
        <w:rPr>
          <w:b/>
        </w:rPr>
        <w:t xml:space="preserve">[16:24] </w:t>
      </w:r>
      <w:r>
        <w:t>bas yeh do shaklein hain. teesri shakal jo aajkal musalmanon mein hai ki khade ho jate hain jhanda lekar ke.</w:t>
      </w:r>
    </w:p>
    <w:p>
      <w:pPr>
        <w:jc w:val="right"/>
      </w:pPr>
      <w:r>
        <w:t>बस ये दो شکلیں हैं। तीसरी शक्ल जो आजकल मुसलमानों में है कि खड़े हो जाते हैं झंडा लेकर के।</w:t>
      </w:r>
    </w:p>
    <w:p>
      <w:r>
        <w:rPr>
          <w:b/>
        </w:rPr>
        <w:t xml:space="preserve">[16:34] </w:t>
      </w:r>
      <w:r>
        <w:t>jaise musalmanon ke muslim karne mein democracy kyun nahi hai? uski misaal aap pakistan dekh lijiye. ek election hoga, koi jeetega. ab kya hai?</w:t>
      </w:r>
    </w:p>
    <w:p>
      <w:pPr>
        <w:jc w:val="right"/>
      </w:pPr>
      <w:r>
        <w:t>जैसे मुसलमानों के मुस्लिम करने में डेमोक्रेसी क्यों नहीं है? उसकी मिसाल आप पाकिस्तान देख लीजिए। एक इलेक्शन होगा, कोई जीतेगा। अब क्या है?</w:t>
      </w:r>
    </w:p>
    <w:p>
      <w:r>
        <w:rPr>
          <w:b/>
        </w:rPr>
        <w:t xml:space="preserve">[16:45] </w:t>
      </w:r>
      <w:r>
        <w:t>doosra khada ho jayega. rigging hui hai, rigging hui hai, rigging hui hai. ab usko down karne ke liye yeh islam mein jaiz nahi hai.</w:t>
      </w:r>
    </w:p>
    <w:p>
      <w:pPr>
        <w:jc w:val="right"/>
      </w:pPr>
      <w:r>
        <w:t>दूसरा खड़ा हो जाएगा। रिगिंग हुई है, रिगिंग हुई है, रिगिंग हुई है। अब उसको डाउन करने के लिए यह इस्लाम में जायज नहीं है।</w:t>
      </w:r>
    </w:p>
    <w:p>
      <w:r>
        <w:rPr>
          <w:b/>
        </w:rPr>
        <w:t xml:space="preserve">[16:54] </w:t>
      </w:r>
      <w:r>
        <w:t>islam mein jaiz hi nahi hai. yeh jaise bhi elect hokar ke, jaise bhi woh bankar ke seat par aa gaya, to bas maan lijiye usko.</w:t>
      </w:r>
    </w:p>
    <w:p>
      <w:pPr>
        <w:jc w:val="right"/>
      </w:pPr>
      <w:r>
        <w:t>इस्लाम में जायज ही नहीं है। यह जैसे भी इलेक्ट होकर के, जैसे भी वो बन करके सीट पर आ गया, तो बस मान लीजिए उसको।</w:t>
      </w:r>
    </w:p>
    <w:p>
      <w:r>
        <w:rPr>
          <w:b/>
        </w:rPr>
        <w:t xml:space="preserve">[17:06] </w:t>
      </w:r>
      <w:r>
        <w:t>yeh hai islam ka tareeqa. kyunki islam mein dekhiye, jo jo supreme hai, woh kya hai? normal si peace. yeh hai supreme islam. is par bahut sari hadeesein hain aur yahan par detail ka mauqa nahi hai.</w:t>
      </w:r>
    </w:p>
    <w:p>
      <w:pPr>
        <w:jc w:val="right"/>
      </w:pPr>
      <w:r>
        <w:t>यह है इस्लाम का तरीका। क्योंकि इस्लाम में देखिए, जो जो सुप्रीम है, वो क्या है? नॉर्मल सी पीस। यह है सुप्रीम इस्लाम। इस पर बहुत सारी हदीसें हैं और यहां पर डिटेल का मौका नहीं है।</w:t>
      </w:r>
    </w:p>
    <w:p>
      <w:r>
        <w:rPr>
          <w:b/>
        </w:rPr>
        <w:t xml:space="preserve">[17:25] </w:t>
      </w:r>
      <w:r>
        <w:t>kyunki main mukhtasar yahi kahunga ki agar musalmanon mein, yaani constructive soch ho, woh is position mein ho ki discussion karke ek aadmi ko bana dein, to bada achha hai. nahi to jo aadmi bhi kisi bhi tareeke se ho jaye, woh chahe rigging karke ho jaye, tab bhi</w:t>
      </w:r>
    </w:p>
    <w:p>
      <w:pPr>
        <w:jc w:val="right"/>
      </w:pPr>
      <w:r>
        <w:t>क्योंकि मैं मुख्तसर यही कहूंगा कि अगर मुसलमानों में, यानी कंस्ट्रक्टिव सोच हो, वो इस पोजीशन में हो कि डिस्कशन करके एक आदमी को बना दें, तो बड़ा अच्छा है। नहीं तो जो आदमी भी किसी भी तरीके से हो जाए, वो चाहे रिगिंग करके हो जाए, तब भी</w:t>
      </w:r>
    </w:p>
    <w:p>
      <w:r>
        <w:rPr>
          <w:b/>
        </w:rPr>
        <w:t xml:space="preserve">[17:43] </w:t>
      </w:r>
      <w:r>
        <w:t>usko maan lijiye. kyunki itne woh سواد الاعظم farma rahe hain.</w:t>
      </w:r>
    </w:p>
    <w:p>
      <w:pPr>
        <w:jc w:val="right"/>
      </w:pPr>
      <w:r>
        <w:t>उसको मान लीजिए। क्योंकि इतने वो سواد الاعظم फरमा रहे हैं।</w:t>
      </w:r>
    </w:p>
    <w:p>
      <w:r>
        <w:rPr>
          <w:b/>
        </w:rPr>
        <w:t xml:space="preserve">[17:52] </w:t>
      </w:r>
      <w:r>
        <w:t>Maulana, unka ek sawal aur hai. Unhone likha hai ki "There was no media in the 13th century. That is why Muslims were able to opt for the policy of inaction. Now is there any possibility of Muslims refraining from giving provocative statements in the media and aggravating the situation further?"</w:t>
      </w:r>
    </w:p>
    <w:p>
      <w:pPr>
        <w:jc w:val="right"/>
      </w:pPr>
      <w:r>
        <w:t>मौलाना, उनका एक सवाल और है। उन्होंने लिखा है कि "देयर वाज नो मीडिया इन द 13 सेंचुरी। दैट इज व्हाई मुस्लिम्स वर एबल टू ऑप्ट फॉर द पॉलिसी ऑफ इनएक्शन। नाउ इज देयर एनी पॉसिबिलिटी ऑफ मुस्लिम्स रिफ्रेनिंग फ्रॉम गिविंग प्रोवोकेटिव स्टेटमेंट्स इन द मीडिया एंड एग्रीवेटिंग द सिचुएशन फर्दर?"</w:t>
      </w:r>
    </w:p>
    <w:p>
      <w:r>
        <w:rPr>
          <w:b/>
        </w:rPr>
        <w:t xml:space="preserve">[18:17] </w:t>
      </w:r>
      <w:r>
        <w:t>bilkul. humko dekhiye, hamari team yeh sab nahi kaam kar rahi hai. train karne ki zaroorat hai. hum train kar rahe hain logon ko. to hamare jitne saathi hain, koi sab kaam nahi karta. pehle jo hai, traditional log aise the.</w:t>
      </w:r>
    </w:p>
    <w:p>
      <w:pPr>
        <w:jc w:val="right"/>
      </w:pPr>
      <w:r>
        <w:t>बिल्कुल। हमको देखिए, हमारी टीम ये सब नहीं काम कर रही है। ट्रेन करने की जरूरत है। हम ट्रेन कर रहे हैं लोगों को। तो हमारे जितने साथी हैं, कोई सब काम नहीं करता। पहले जो है, ट्रेडिशनल लोग ऐसे थे।</w:t>
      </w:r>
    </w:p>
    <w:p>
      <w:r>
        <w:rPr>
          <w:b/>
        </w:rPr>
        <w:t xml:space="preserve">[18:33] </w:t>
      </w:r>
      <w:r>
        <w:t>ab aapko logon ke mind ki re engineering karni hogi. bas yeh hai. pehle to apne aap hi log jo the, woh kingship ka zamana tha. log chupchap rehte the. ab woh daur khatm ho gaya. woh zamana khatm ho gaya.</w:t>
      </w:r>
    </w:p>
    <w:p>
      <w:pPr>
        <w:jc w:val="right"/>
      </w:pPr>
      <w:r>
        <w:t>अब आपको लोगों के माइंड की री इंजीनियरिंग करनी होगी। बस ये है। पहले तो अपने आप ही लोग जो थे, वो किंगशिप का जमाना था। लोग चुपचाप रहते थे। अब वो दौर खत्म हो गया। वो जमाना खत्म हो गया।</w:t>
      </w:r>
    </w:p>
    <w:p>
      <w:r>
        <w:rPr>
          <w:b/>
        </w:rPr>
        <w:t xml:space="preserve">[18:50] </w:t>
      </w:r>
      <w:r>
        <w:t>woh tradition toot gayi. lekin ab aap logon ke mind ki re engineering kijiye. logon ko phir se samjhaiye.</w:t>
      </w:r>
    </w:p>
    <w:p>
      <w:pPr>
        <w:jc w:val="right"/>
      </w:pPr>
      <w:r>
        <w:t>वो ट्रेडिशन टूट गई। लेकिन अब आप लोगों के माइंड की री इंजीनियरिंग कीजिए। लोगों को फिर से समझाइए।</w:t>
      </w:r>
    </w:p>
    <w:p>
      <w:r>
        <w:rPr>
          <w:b/>
        </w:rPr>
        <w:t xml:space="preserve">[18:59] </w:t>
      </w:r>
      <w:r>
        <w:t>abhi aaj mere paas ek talful aaye sahab ka subah. unhone kaha ki aapki kitabein padhne se pehle main sabko dushman samajhta tha. sab dushman hain. hindu dushman hain, yahudi dushman hain, american dushman hain. islam ke sab khilaf sazishein karte hain.</w:t>
      </w:r>
    </w:p>
    <w:p>
      <w:pPr>
        <w:jc w:val="right"/>
      </w:pPr>
      <w:r>
        <w:t>अभी आज मेरे पास एक तलफुल आए साहब का सुबह। उन्होंने कहा कि आपकी किताबें पढ़ने से पहले मैं सबको दुश्मन समझता था। सब दुश्मन हैं। हिंदू दुश्मन हैं, यहूदी दुश्मन हैं, अमेरिकन दुश्मन हैं। इस्लाम के सब खिलाफ साजिशें करते हैं।</w:t>
      </w:r>
    </w:p>
    <w:p>
      <w:r>
        <w:rPr>
          <w:b/>
        </w:rPr>
        <w:t xml:space="preserve">[19:13] </w:t>
      </w:r>
      <w:r>
        <w:t>sabke khilaf mere dil mein dushmani hoti thi. aapki kitabein padhne ke baad mera zehan bilkul badal gaya. ab main samajhta hoon ki sab insaan hain. koi dushman nahi hai. yeh hai re engineering of mind.</w:t>
      </w:r>
    </w:p>
    <w:p>
      <w:pPr>
        <w:jc w:val="right"/>
      </w:pPr>
      <w:r>
        <w:t>सबके खिलाफ मेरे दिल में दुश्मनी होती थी। आपकी किताबें पढ़ने के बाद मेरा ذہन बिल्कुल बदल गया। अब मैं समझता हूं कि सब इंसान हैं। कोई दुश्मन नहीं है। यह है री इंजीनियरिंग ऑफ माइंड।</w:t>
      </w:r>
    </w:p>
    <w:p>
      <w:r>
        <w:rPr>
          <w:b/>
        </w:rPr>
        <w:t xml:space="preserve">[19:31] </w:t>
      </w:r>
      <w:r>
        <w:t>to pehle jo cheez apne aap haath ho jati thi, uske liye aapko koshish karni padegi. itna hi farq hua hai.</w:t>
      </w:r>
    </w:p>
    <w:p>
      <w:pPr>
        <w:jc w:val="right"/>
      </w:pPr>
      <w:r>
        <w:t>तो पहले जो चीज अपने आप हाथ हो जाती थी, उसके लिए आपको कोशिश करनी पड़ेगी। इतना ही फर्क हुआ है।</w:t>
      </w:r>
    </w:p>
    <w:p>
      <w:r>
        <w:rPr>
          <w:b/>
        </w:rPr>
        <w:t xml:space="preserve">[19:40] </w:t>
      </w:r>
      <w:r>
        <w:t>maulana, agla sawal kiya hai mister john butt ne afghanistan se.</w:t>
      </w:r>
    </w:p>
    <w:p>
      <w:pPr>
        <w:jc w:val="right"/>
      </w:pPr>
      <w:r>
        <w:t>मौलाना, अगला सवाल किया है मिस्टर जॉन बट ने अफगानिस्तान से।</w:t>
      </w:r>
    </w:p>
    <w:p>
      <w:r>
        <w:rPr>
          <w:b/>
        </w:rPr>
        <w:t xml:space="preserve">[19:45] </w:t>
      </w:r>
      <w:r>
        <w:t>unhone pucha hai ke "quite often one sees that islamic principles and values are being better observed by</w:t>
      </w:r>
    </w:p>
    <w:p>
      <w:pPr>
        <w:jc w:val="right"/>
      </w:pPr>
      <w:r>
        <w:t>उन्होंने पूछा है कि "क्वाइट ऑफन वन सीज दैट इस्लामिक प्रिंसिपल्स एंड वैल्यूज आर बीइंग बेटर ऑब्जर्व बाय</w:t>
      </w:r>
    </w:p>
    <w:p>
      <w:r>
        <w:rPr>
          <w:b/>
        </w:rPr>
        <w:t xml:space="preserve">[19:54] </w:t>
      </w:r>
      <w:r>
        <w:t>non muslims than by muslims.</w:t>
      </w:r>
    </w:p>
    <w:p>
      <w:pPr>
        <w:jc w:val="right"/>
      </w:pPr>
      <w:r>
        <w:t>नॉन मुस्लिम्स देन बाय मुस्लिम्स।</w:t>
      </w:r>
    </w:p>
    <w:p>
      <w:r>
        <w:rPr>
          <w:b/>
        </w:rPr>
        <w:t xml:space="preserve">[19:58] </w:t>
      </w:r>
      <w:r>
        <w:t>at the same time, some muslims have abandon the principles of islam while claiming allegiance to the religion</w:t>
      </w:r>
    </w:p>
    <w:p>
      <w:pPr>
        <w:jc w:val="right"/>
      </w:pPr>
      <w:r>
        <w:t>एट द सेम टाइम, सम मुस्लिम्स हैव अबंडन द प्रिंसिपल्स ऑफ इस्लाम वाइल क्लेमिंग एलिजेंस टू द रिलीजन</w:t>
      </w:r>
    </w:p>
    <w:p>
      <w:r>
        <w:rPr>
          <w:b/>
        </w:rPr>
        <w:t xml:space="preserve">[20:06] </w:t>
      </w:r>
      <w:r>
        <w:t>of the prophet.</w:t>
      </w:r>
    </w:p>
    <w:p>
      <w:pPr>
        <w:jc w:val="right"/>
      </w:pPr>
      <w:r>
        <w:t>ऑफ द प्रॉफिट।</w:t>
      </w:r>
    </w:p>
    <w:p>
      <w:r>
        <w:rPr>
          <w:b/>
        </w:rPr>
        <w:t xml:space="preserve">[20:08] </w:t>
      </w:r>
      <w:r>
        <w:t>is it time for us to re assess what constitutes a muslim?</w:t>
      </w:r>
    </w:p>
    <w:p>
      <w:pPr>
        <w:jc w:val="right"/>
      </w:pPr>
      <w:r>
        <w:t>इज इट टाइम फॉर अस टू री असेस व्हाट कॉन्स्टिट्यूट्स अ मुस्लिम?</w:t>
      </w:r>
    </w:p>
    <w:p>
      <w:r>
        <w:rPr>
          <w:b/>
        </w:rPr>
        <w:t xml:space="preserve">[20:13] </w:t>
      </w:r>
      <w:r>
        <w:t>should we not consider a Muslim as one who adheres to Islamic values rather than one who claims allegiance to Islam while contravening its principles?" kindly comment.</w:t>
      </w:r>
    </w:p>
    <w:p>
      <w:pPr>
        <w:jc w:val="right"/>
      </w:pPr>
      <w:r>
        <w:t>शुड वी नॉट कंसीडर अ मुस्लिम एज वन हु एडहर्स टू इस्लामिक वैल्यूज रदर देन वन हु क्लेम्स एलिजेंस टू इस्लाम वाइल कंट्रोवीनिंग इट्स प्रिंसिपल्स?" काइंडली कमेंट।</w:t>
      </w:r>
    </w:p>
    <w:p>
      <w:r>
        <w:rPr>
          <w:b/>
        </w:rPr>
        <w:t xml:space="preserve">[20:30] </w:t>
      </w:r>
      <w:r>
        <w:t>agar main sahi samajhta hoon, samjhaun is question ko, to iska matlab galban yeh hai ki hum declare karein ki yeh musalman jo hai, islam se door ho gaya. galban yeh matlab hai. jo islam ko adhere kar raha hai, usko kahein ki bhai, yeh true muslim hai. jo hat gaya, usko declare karein ki islam se hat gaya. yeh matlab hai. maulana, declare ka word nahi aaya, but jo aap matlab yahi</w:t>
      </w:r>
    </w:p>
    <w:p>
      <w:pPr>
        <w:jc w:val="right"/>
      </w:pPr>
      <w:r>
        <w:t>अगर मैं सही समझता हूं, समझाऊं इस क्वेश्चन को, तो इसका मतलब गालबन यह है कि हम डिक्लेयर करें कि यह मुसलमान जो है, इस्लाम से दूर हो गया। गालबन यह मतलब है। जो इस्लाम को अडर कर रहा है, उसको कहें कि भाई, यह ट्रू मुस्लिम है। जो हट गया, उसको डिक्लेयर करें कि इस्लाम से हट गया। यह मतलब है। मौलाना, डिक्लेयर का वर्ड नहीं आया, बट जो आप मतलब यही</w:t>
      </w:r>
    </w:p>
    <w:p>
      <w:r>
        <w:rPr>
          <w:b/>
        </w:rPr>
        <w:t xml:space="preserve">[20:55] </w:t>
      </w:r>
      <w:r>
        <w:t>hai. matlab yahi hai. dekhiye, yeh islam ki taalim nahi hai. islam mein dekhiye, ek hai ideal, ek hai practical. ek hai ideal, ek hai practical.</w:t>
      </w:r>
    </w:p>
    <w:p>
      <w:pPr>
        <w:jc w:val="right"/>
      </w:pPr>
      <w:r>
        <w:t>है। मतलब यही है। देखिए, यह इस्लाम की तालीम नहीं है। इस्लाम में देखिए, एक है आइडियल, एक है प्रैक्टिकल। एक है आइडियल, एक है प्रैक्टिकल।</w:t>
      </w:r>
    </w:p>
    <w:p>
      <w:r>
        <w:rPr>
          <w:b/>
        </w:rPr>
        <w:t xml:space="preserve">[21:12] </w:t>
      </w:r>
      <w:r>
        <w:t>to ideal situation agar, yaani achievable na ho, to hamein practical par raazi hona padta hai. to ideal to wahi hai ke main saare musalman islam ko follow kar rahe hoon. wo achhi baat hai.</w:t>
      </w:r>
    </w:p>
    <w:p>
      <w:pPr>
        <w:jc w:val="right"/>
      </w:pPr>
      <w:r>
        <w:t>तो आइडियल सिचुएशन अगर, यानी अचीवेबल ना हो, तो हमें प्रैक्टिकल पर राजी होना पड़ता है। तो आइडियल तो वही है कि मैं सारे मुसलमान इस्लाम को फॉलो कर रहे हूं। वो अच्छी बात है।</w:t>
      </w:r>
    </w:p>
    <w:p>
      <w:r>
        <w:rPr>
          <w:b/>
        </w:rPr>
        <w:t xml:space="preserve">[21:30] </w:t>
      </w:r>
      <w:r>
        <w:t>lekin islam ko agar follow na karein, unmein reason aa jaye, tab hamein kya karna hai? hamein samjhana, samjhana hai, teaching karna hai, fatwa nahi dena hai. fatwa activism islam mein hai nahi. aajkal jo fatwa active chala hua hai, na, islam mein nahi hai. ye</w:t>
      </w:r>
    </w:p>
    <w:p>
      <w:pPr>
        <w:jc w:val="right"/>
      </w:pPr>
      <w:r>
        <w:t>लेकिन इस्लाम को अगर फॉलो ना करें, उनमें रीजन आ जाए, तब हमें क्या करना है? हमें समझाना, समझाना है, टीचिंग करना है, फतवा नहीं देना है। फतवा एक्टिविज्म इस्लाम में है नहीं। आजकल जो फतवा एक्टिव चला हुआ है, ना, इस्लाम में नहीं है। ये</w:t>
      </w:r>
    </w:p>
    <w:p>
      <w:r>
        <w:rPr>
          <w:b/>
        </w:rPr>
        <w:t xml:space="preserve">[21:51] </w:t>
      </w:r>
      <w:r>
        <w:t>sab galat hai. misaal ke taur par dekhiye, ek firqa hai, usko ahmadi firqa kehte hain. kuch log qadiyani kehte hain usko. uske baad khoob fatwa activism chalaya gaya. ye mere dikkat sartaapa galat tha bilkul. yaani agar kisi ne aisa, yaani baat kahi thi jo aapke nazdeek islam ke khilaaf hai,</w:t>
      </w:r>
    </w:p>
    <w:p>
      <w:pPr>
        <w:jc w:val="right"/>
      </w:pPr>
      <w:r>
        <w:t>सब गलत है। मिसाल के तौर पर देखिए, एक फिरका है, उसको अहमदी फिरका कहते हैं। कुछ लोग कादियानी कहते हैं उसको। उसके बाद खूब फतवा एक्टिविज्म चलाया गया। ये मेरे दिक्कत सरतापा गलत था बिल्कुल। यानी अगर किसी ने ऐसा, यानी बात कही थी जो आपके नजदीक इस्लाम के खिलाफ है,</w:t>
      </w:r>
    </w:p>
    <w:p>
      <w:r>
        <w:rPr>
          <w:b/>
        </w:rPr>
        <w:t xml:space="preserve">[22:15] </w:t>
      </w:r>
      <w:r>
        <w:t>to aap samjhaiye mujhe. usko fatwa dene ka matlab kya hai? ke ye kafir hain, ye islam se nikal gaye hain. ye islam mein hai hi nahi.</w:t>
      </w:r>
    </w:p>
    <w:p>
      <w:pPr>
        <w:jc w:val="right"/>
      </w:pPr>
      <w:r>
        <w:t>तो आप समझाइए मुझे। उसको फतवा देने का मतलब क्या है? कि ये काफिर हैं, ये इस्लाम से निकल गए हैं। ये इस्लाम में है ही नहीं।</w:t>
      </w:r>
    </w:p>
    <w:p>
      <w:r>
        <w:rPr>
          <w:b/>
        </w:rPr>
        <w:t xml:space="preserve">[22:24] </w:t>
      </w:r>
      <w:r>
        <w:t>imam muslim ne likha hai, mere paas maujood hai kitab ke</w:t>
      </w:r>
    </w:p>
    <w:p>
      <w:pPr>
        <w:jc w:val="right"/>
      </w:pPr>
      <w:r>
        <w:t>इमाम मुस्लिम ने लिखा है, मेरे पास मौजूद है किताब कि</w:t>
      </w:r>
    </w:p>
    <w:p>
      <w:r>
        <w:rPr>
          <w:b/>
        </w:rPr>
        <w:t xml:space="preserve">[22:33] </w:t>
      </w:r>
      <w:r>
        <w:t>wo "la yukfaro" kya hai? saahab, kya alfaaz hain? "la</w:t>
      </w:r>
    </w:p>
    <w:p>
      <w:pPr>
        <w:jc w:val="right"/>
      </w:pPr>
      <w:r>
        <w:t>वो "ला युकफरो" क्या है? साहब, क्या अल्फाज हैं? "ला</w:t>
      </w:r>
    </w:p>
    <w:p>
      <w:r>
        <w:rPr>
          <w:b/>
        </w:rPr>
        <w:t xml:space="preserve">[22:46] </w:t>
      </w:r>
      <w:r>
        <w:t>yukfaro ahdam min ahl ahl ahl ahl ahl ahl ahl ahl la yukfaro ahdam min ahl ahl ahl ahl ahl ahl ahl ahl". yaani jo qibla rukh par namaz padhaye, uski takfeer nahi ki jayegi. ab aap jaiye, agar qadiyaniyon ko dekhiye, ahmadi logon ko dekhiye, to qibla ki taraf namaz padhte hain. wo</w:t>
      </w:r>
    </w:p>
    <w:p>
      <w:pPr>
        <w:jc w:val="right"/>
      </w:pPr>
      <w:r>
        <w:t>युकफरो अहदम मिन अहल अहल अहल अहल अहल अहल अहल अहल ला युकफरो अहदम मिन अहल अहल अहल अहल अहल अहल अहल अहल"। यानी जो किबला रुक पर नमाज पढ़ाए, उसकी तकफिर नहीं की जाएगी। अब आप जाइए, अगर कादियानों को देखिए, अहमदी लोगों को देखिए, तो किबला की तरफ नमाज पढ़ते हैं। वो</w:t>
      </w:r>
    </w:p>
    <w:p>
      <w:r>
        <w:rPr>
          <w:b/>
        </w:rPr>
        <w:t xml:space="preserve">[23:07] </w:t>
      </w:r>
      <w:r>
        <w:t>unka, wo namaz padhte hain. unka, unka, unka, unka, unka, unka, unka qibla bhi kaba hai. to aapne takfeer kyun ki unki? to yeh jo saare ulama mashgool the, yaani qadiyani ho ya ahmadiyon ki takfeer mein, yeh bilkul galat kaam kiya unhone.</w:t>
      </w:r>
    </w:p>
    <w:p>
      <w:pPr>
        <w:jc w:val="right"/>
      </w:pPr>
      <w:r>
        <w:t>उनका, वो नमाज पढ़ते हैं। उनका, उनका, उनका, उनका किबला भी काबा है। तो आपने तकफिर क्यों की उनकी? तो यह जो सारे علماء مشغول थे, यानी कादियानी हो या अहमदीयों की तकफिर में, यह बिल्कुल गलत काम किया उन्होंने।</w:t>
      </w:r>
    </w:p>
    <w:p>
      <w:r>
        <w:rPr>
          <w:b/>
        </w:rPr>
        <w:t xml:space="preserve">[23:25] </w:t>
      </w:r>
      <w:r>
        <w:t>aapko dawat karna hai, aapko samjhana hai. aapko yeh right hai nahi ke takfeer karein. aap declare karein ke ye kafir hai, ye phir zindiq hai, ye falan hai. aapko, aapko "you have no right to declare such fatwa.</w:t>
      </w:r>
    </w:p>
    <w:p>
      <w:pPr>
        <w:jc w:val="right"/>
      </w:pPr>
      <w:r>
        <w:t>आपको दावत करना है, आपको समझाना है। आपको यह राइट है नहीं कि तकफिर करें। आप डिक्लेयर करें कि यह काफिर है, यह फिर जिंदीक है, यह फलां है। आपको, आपको "यू हैव नो राइट टू डिक्लेयर सच फतवा।</w:t>
      </w:r>
    </w:p>
    <w:p>
      <w:r>
        <w:rPr>
          <w:b/>
        </w:rPr>
        <w:t xml:space="preserve">[23:43] </w:t>
      </w:r>
      <w:r>
        <w:t>you have no right to issue such fatwa". to chahe qadiyani ka masla ho, chahe ahmadi ka masla ho, chahe barelvi ka masla ho, koi bhi masla mein aapko ikhtilaf ho sakta hai,</w:t>
      </w:r>
    </w:p>
    <w:p>
      <w:pPr>
        <w:jc w:val="right"/>
      </w:pPr>
      <w:r>
        <w:t>यू हैव नो राइट टू इशू सच फतवा"। तो चाहे कादियानी का मसला हो, चाहे अहमदी का मसला हो, चाहे बरेलवी का मसला हो, कोई भी मसला में आपको اختلاف हो सकता है,</w:t>
      </w:r>
    </w:p>
    <w:p>
      <w:r>
        <w:rPr>
          <w:b/>
        </w:rPr>
        <w:t xml:space="preserve">[23:59] </w:t>
      </w:r>
      <w:r>
        <w:t>lekin aapko fatwa dene ka haq nahi hai.</w:t>
      </w:r>
    </w:p>
    <w:p>
      <w:pPr>
        <w:jc w:val="right"/>
      </w:pPr>
      <w:r>
        <w:t>लेकिन आपको फतवा देने का हक नहीं है।</w:t>
      </w:r>
    </w:p>
    <w:p>
      <w:r>
        <w:rPr>
          <w:b/>
        </w:rPr>
        <w:t xml:space="preserve">[24:02] </w:t>
      </w:r>
      <w:r>
        <w:t>aapko samjhaiye, islaah kijiye, tablegh kijiye, dawat kijiye.</w:t>
      </w:r>
    </w:p>
    <w:p>
      <w:pPr>
        <w:jc w:val="right"/>
      </w:pPr>
      <w:r>
        <w:t>आपको समझाइए, اصلاح कीजिए, تبلیغ कीजिए, दावत कीजिए।</w:t>
      </w:r>
    </w:p>
    <w:p>
      <w:r>
        <w:rPr>
          <w:b/>
        </w:rPr>
        <w:t xml:space="preserve">[24:12] </w:t>
      </w:r>
      <w:r>
        <w:t>to yeh bahut, yeh, yeh, yeh isko kehte hain "ghulu extremism". extremism Islam mein hai hi nahi. "la ghulu fi islam". ye dard se fatwa dete hain. to Qadiyaniyon ke maamle mein ya Ahmadiyon ke maamle mein jo ulama ne kiya, wo sab ghulu tha. ghulu dard se fatwa de diya ke ye kafir hain.</w:t>
      </w:r>
    </w:p>
    <w:p>
      <w:pPr>
        <w:jc w:val="right"/>
      </w:pPr>
      <w:r>
        <w:t>तो यह बहुत, यह, यह, यह इसको कहते हैं "गोलू एक्सट्रीमिज्म"। एक्सट्रीमिज्म इस्लाम में है ही नहीं। "ला गोलू فی الاسلام"। ये दर्द से फतवा देते हैं। तो कादियानियों के मामले में या अहमदीوں के मामले में जो علماء ने किया, वो सब गोलू था। गोलू दर्द से फतवा दे दिया कि ये काफिर हैं।</w:t>
      </w:r>
    </w:p>
    <w:p>
      <w:r>
        <w:rPr>
          <w:b/>
        </w:rPr>
        <w:t xml:space="preserve">[24:34] </w:t>
      </w:r>
      <w:r>
        <w:t>aur haalanki inmein se kisi ne, jahan tak main jaanta hoon, ye nahi kiya ke wo logon se mile, hamdardi ke saath, khirqaye ke saath samjhaye ke tumhara aqeedah kya hai. samjhe usko ke aqeedah ko kya waqeatan tum daawa karte ho ke main nabi hoon ya kuch aur tum kehte ho, usko samjho.</w:t>
      </w:r>
    </w:p>
    <w:p>
      <w:pPr>
        <w:jc w:val="right"/>
      </w:pPr>
      <w:r>
        <w:t>और हालांकि इनमें से किसी ने, जहां तक मैं जानता हूं, यह नहीं किया कि वो लोगों से मिले, ہمدردی کے ساتھ, خرقائے کے ساتھ समझाए कि तुम्हारा عقیدہ کیا है। समझे उसको कि عقیدے کو क्या वाकعتاً तुम دعویٰ کرتے ہو کہ मैं نبی हूं या कुछ और तुम कहते हो, उसको समझो।</w:t>
      </w:r>
    </w:p>
    <w:p>
      <w:r>
        <w:rPr>
          <w:b/>
        </w:rPr>
        <w:t xml:space="preserve">[24:53] </w:t>
      </w:r>
      <w:r>
        <w:t>aur phir agar tumhare nazdeek wo galat unka aqeedah hai, to usko samjhao, unke aqeedah ko durust karo. bas fatwa dena jaayaz nahi aur maarna kaata aur bhi najaayaz hai. aajkal kya hai?</w:t>
      </w:r>
    </w:p>
    <w:p>
      <w:pPr>
        <w:jc w:val="right"/>
      </w:pPr>
      <w:r>
        <w:t>और फिर अगर तुम्हारे नजदीक वो गलत उनका عقیدہ है, तो उसको समझाओ, उनके عقیدے کو درست کرو। बस फतवा देना جائز नहीं और مارنا کاٹا اور بھی ناجائز है। आजकल क्या है?</w:t>
      </w:r>
    </w:p>
    <w:p>
      <w:r>
        <w:rPr>
          <w:b/>
        </w:rPr>
        <w:t xml:space="preserve">[25:08] </w:t>
      </w:r>
      <w:r>
        <w:t>maarna kaatna shuru kar dete hain.</w:t>
      </w:r>
    </w:p>
    <w:p>
      <w:pPr>
        <w:jc w:val="right"/>
      </w:pPr>
      <w:r>
        <w:t>مارنے کاٹنے شروع کر دیتے ہیں۔</w:t>
      </w:r>
    </w:p>
    <w:p>
      <w:r>
        <w:rPr>
          <w:b/>
        </w:rPr>
        <w:t xml:space="preserve">[25:10] </w:t>
      </w:r>
      <w:r>
        <w:t>"yuqatlu haddan" shuru ho jata hai. ye sab bilkul islam ke khilaaf hai. sirf hamare liye ek hi option hai, wo hai dawat, islaah, tafheem.</w:t>
      </w:r>
    </w:p>
    <w:p>
      <w:pPr>
        <w:jc w:val="right"/>
      </w:pPr>
      <w:r>
        <w:t>"یقتل حداً" شروع ہو جاتا है। یہ سب بالکل اسلام کے خلاف ہے۔ صرف ہمارے لیے ایک ہی آپشن ہے، وہ ہے دعوت، اصلاح، تفہیم۔</w:t>
      </w:r>
    </w:p>
    <w:p>
      <w:r>
        <w:rPr>
          <w:b/>
        </w:rPr>
        <w:t xml:space="preserve">[25:21] </w:t>
      </w:r>
      <w:r>
        <w:t>bas "we have no option other than this".</w:t>
      </w:r>
    </w:p>
    <w:p>
      <w:pPr>
        <w:jc w:val="right"/>
      </w:pPr>
      <w:r>
        <w:t>بس "وی ہےو نو آپشن ادر دین دس"۔</w:t>
      </w:r>
    </w:p>
    <w:p>
      <w:r>
        <w:rPr>
          <w:b/>
        </w:rPr>
        <w:t xml:space="preserve">[25:30] </w:t>
      </w:r>
      <w:r>
        <w:t>ye main poore, yaani poore conviction se keh raha hoon ke yahi islam hai. aur iske khilaaf jo baat log kehte hain, wo islam nahi hai.</w:t>
      </w:r>
    </w:p>
    <w:p>
      <w:pPr>
        <w:jc w:val="right"/>
      </w:pPr>
      <w:r>
        <w:t>یہ میں پورے، یعنی پورے کنوکشن سے کہہ رہا ہوں کہ یہی اسلام ہے۔ اور اس کے خلاف جو بات لوگ کہتے ہیں، وہ اسلام نہیں ہے۔</w:t>
      </w:r>
    </w:p>
    <w:p>
      <w:r>
        <w:rPr>
          <w:b/>
        </w:rPr>
        <w:t xml:space="preserve">[25:39] </w:t>
      </w:r>
      <w:r>
        <w:t>wo unke apne ghar banaya hua islam hai.</w:t>
      </w:r>
    </w:p>
    <w:p>
      <w:pPr>
        <w:jc w:val="right"/>
      </w:pPr>
      <w:r>
        <w:t>وہ ان کے اپنے گھر بنایا ہوا اسلام ہے۔</w:t>
      </w:r>
    </w:p>
    <w:p>
      <w:r>
        <w:rPr>
          <w:b/>
        </w:rPr>
        <w:t xml:space="preserve">[25:45] </w:t>
      </w:r>
      <w:r>
        <w:t>maulana, ye sawal kiya hai maulana abdul basit ne doha, qatar se. unhone likha hai: "maulana hazrat ali ka ek waqea maine padha tha ke kisi jang mein jab hazrat ali ne ek mushrik par qabu paya to usne ali ke munh par thook diya.</w:t>
      </w:r>
    </w:p>
    <w:p>
      <w:pPr>
        <w:jc w:val="right"/>
      </w:pPr>
      <w:r>
        <w:t>مولانا، یہ سوال کیا ہے مولانا عبدالباسط نے دوحہ، قطر سے۔ انہوں نے لکھا ہے: "مولانا حضرت علی کا ایک واقعہ میں نے پڑھا تھا کہ کسی جنگ میں جب حضرت علی نے ایک مشرک پر قابو پایا تو اس نے علی کے منہ پر تھوک دیا۔</w:t>
      </w:r>
    </w:p>
    <w:p>
      <w:r>
        <w:rPr>
          <w:b/>
        </w:rPr>
        <w:t xml:space="preserve">[26:06] </w:t>
      </w:r>
      <w:r>
        <w:t>to hazrat ali ne aise mauqe par ek baat kahi aur use qatl karne ki bajaye chhod diya. poocha gaya to bataya ke main agar uske thookne ke baad qatl karta to wo khuda ki raah mein na hota balke mera jazbati amal hota." maulana, ismein jazbaat ko aur imaan ko alag kiya gaya hai.</w:t>
      </w:r>
    </w:p>
    <w:p>
      <w:pPr>
        <w:jc w:val="right"/>
      </w:pPr>
      <w:r>
        <w:t>تو حضرت علی نے ایسے موقع پر ایک بات کہی اور اسے قتل کرنے کی بجائے چھوڑ دیا۔ پوچھا گیا تو بتایا کہ میں اگر اس کے تھوکنے کے بعد قتل کرتا تو وہ خدا کی راہ میں نہ ہوتا بلکہ میرا جذباتی اعمال ہوتا۔" مولانا، اس میں جذبات کو اور ایمان کو الگ کیا گیا ہے۔</w:t>
      </w:r>
    </w:p>
    <w:p>
      <w:r>
        <w:rPr>
          <w:b/>
        </w:rPr>
        <w:t xml:space="preserve">[26:30] </w:t>
      </w:r>
      <w:r>
        <w:t>magar aaj jazbaat hi ko islam ki nishani samjha ja raha hai. aisa kyun hai?</w:t>
      </w:r>
    </w:p>
    <w:p>
      <w:pPr>
        <w:jc w:val="right"/>
      </w:pPr>
      <w:r>
        <w:t>مگر آج جذبات ہی کو اسلام کی علامت سمجھا جا رہا ہے۔ ایسا کیوں ہے؟</w:t>
      </w:r>
    </w:p>
    <w:p>
      <w:r>
        <w:rPr>
          <w:b/>
        </w:rPr>
        <w:t xml:space="preserve">[26:39] </w:t>
      </w:r>
      <w:r>
        <w:t>bhai, aisa kyun hai? ye ek musalman daur-e-zawal mein hain.</w:t>
      </w:r>
    </w:p>
    <w:p>
      <w:pPr>
        <w:jc w:val="right"/>
      </w:pPr>
      <w:r>
        <w:t>بھئی، ایسا کیوں ہے؟ یہ ایک مسلمان دور زوال میں ہیں۔</w:t>
      </w:r>
    </w:p>
    <w:p>
      <w:r>
        <w:rPr>
          <w:b/>
        </w:rPr>
        <w:t xml:space="preserve">[26:45] </w:t>
      </w:r>
      <w:r>
        <w:t>degeneration unka ho chuka hai. ye to quran hadith se saabit hai ke musalmanon ka ek zamana aayega ke jab koi degeneration ho jayega.</w:t>
      </w:r>
    </w:p>
    <w:p>
      <w:pPr>
        <w:jc w:val="right"/>
      </w:pPr>
      <w:r>
        <w:t>ڈی جنریشن ان کا ہو چکا ہے۔ یہ تو قرآن حدیث سے ثابت ہے کہ مسلمانوں کا ایک زمانہ آئے گا کہ جب کوئی ڈی جنریشن ہو جائے گا۔</w:t>
      </w:r>
    </w:p>
    <w:p>
      <w:r>
        <w:rPr>
          <w:b/>
        </w:rPr>
        <w:t xml:space="preserve">[26:56] </w:t>
      </w:r>
      <w:r>
        <w:t>"lam yabqa al-islām fīh illā ismuh". islām kā sirf nām bāqī rah jā'ēgā.</w:t>
      </w:r>
    </w:p>
    <w:p>
      <w:pPr>
        <w:jc w:val="right"/>
      </w:pPr>
      <w:r>
        <w:t>"لم یبق الاسلام میں الا اسمہ"۔ اسلام کا صرف نام باقی رہ جائے گا۔</w:t>
      </w:r>
    </w:p>
    <w:p>
      <w:r>
        <w:rPr>
          <w:b/>
        </w:rPr>
        <w:t xml:space="preserve">[27:01] </w:t>
      </w:r>
      <w:r>
        <w:t>yahā̃ tak ke masājid meñ namāzī hoñge lekin hidāyat nahī̃ hogī in meñ. "masājid ʿāmirah wa kharr al-khidā". yah masājid namāz se bhari hoñgī lekin hidāyat se khālī hoñgī.</w:t>
      </w:r>
    </w:p>
    <w:p>
      <w:pPr>
        <w:jc w:val="right"/>
      </w:pPr>
      <w:r>
        <w:t>یہاں تک کہ مسجدیں میں نمازی ہوں گے لیکن ہدایت نہیں ہوگی ان میں۔ "مساج عامرہ وخرام الخدا"۔ یہ مسجدیں نماز بھری ہوں گی لیکن ہدایت سے خالی ہوں گی۔</w:t>
      </w:r>
    </w:p>
    <w:p>
      <w:r>
        <w:rPr>
          <w:b/>
        </w:rPr>
        <w:t xml:space="preserve">[27:14] </w:t>
      </w:r>
      <w:r>
        <w:t>yah to, yah to hone vālā thā. aur yah to law of degeneration jo hai, sab ke lie hotā hai, koī is musalmānoñ ke lie nahī̃.</w:t>
      </w:r>
    </w:p>
    <w:p>
      <w:pPr>
        <w:jc w:val="right"/>
      </w:pPr>
      <w:r>
        <w:t>یہ تو، یہ تو ہونے والا تھا۔ اور یہ تو لاء آف ڈی جنریشن جو ہے، سب کے لیے ہوتا ہے، کوئی اس مسلمانوں کے لیے نہیں۔</w:t>
      </w:r>
    </w:p>
    <w:p>
      <w:r>
        <w:rPr>
          <w:b/>
        </w:rPr>
        <w:t xml:space="preserve">[27:23] </w:t>
      </w:r>
      <w:r>
        <w:t>ibn khaldūn ne likhā hai ke "lil-aqwām aʿmār kamā lil-af'rād aʿmār". jis tarah se afrād jo haiñ, javān hote haiñ, phir buṛhe ho jāte haiñ.</w:t>
      </w:r>
    </w:p>
    <w:p>
      <w:pPr>
        <w:jc w:val="right"/>
      </w:pPr>
      <w:r>
        <w:t>ابن خلدون نے لکھا ہے کہ "للاقوام اعمار کما للافراد اعمار"۔ جس طرح سے افراد جو ہیں، جوان ہوتے ہیں، پھر بوڑھے ہو جاتے ہیں۔</w:t>
      </w:r>
    </w:p>
    <w:p>
      <w:r>
        <w:rPr>
          <w:b/>
        </w:rPr>
        <w:t xml:space="preserve">[27:34] </w:t>
      </w:r>
      <w:r>
        <w:t>aisī qaumeñ bhī javān hotī haiñ, buṛhī hotī haiñ. matlab in kā degeneration hotā hai.</w:t>
      </w:r>
    </w:p>
    <w:p>
      <w:pPr>
        <w:jc w:val="right"/>
      </w:pPr>
      <w:r>
        <w:t>ایسی قومیں بھی جوان ہوتی ہیں، بوڑھی ہوتی ہیں۔ مطلب ان کا ڈی جنریشن ہوتا ہے۔</w:t>
      </w:r>
    </w:p>
    <w:p>
      <w:r>
        <w:rPr>
          <w:b/>
        </w:rPr>
        <w:t xml:space="preserve">[27:39] </w:t>
      </w:r>
      <w:r>
        <w:t>to musalmān āj kal degenerated lot haiñ. maiñ to in ko māntā hū̃. maiñ in ko degeneration ke ākhir had par samjhtā hū̃.</w:t>
      </w:r>
    </w:p>
    <w:p>
      <w:pPr>
        <w:jc w:val="right"/>
      </w:pPr>
      <w:r>
        <w:t>تو مسلمان آج کل ڈی جنریٹڈ لاٹ ہیں۔ میں تو ان کو مانتا ہوں۔ میں ان کو ڈی جنریشن کے آخری حد پر سمجھتا ہوں۔</w:t>
      </w:r>
    </w:p>
    <w:p>
      <w:r>
        <w:rPr>
          <w:b/>
        </w:rPr>
        <w:t xml:space="preserve">[27:49] </w:t>
      </w:r>
      <w:r>
        <w:t>in logoñ ko qur'ān o hadīs in kā ek business hai. bas is kī spirit kahī̃ maujūd nahī̃ hai.</w:t>
      </w:r>
    </w:p>
    <w:p>
      <w:pPr>
        <w:jc w:val="right"/>
      </w:pPr>
      <w:r>
        <w:t>ان لوگوں کو قرآن و حدیث ان کا ایک بزنس ہے۔ بس اس کی سپرٹ کہیں موجود نہیں ہے۔</w:t>
      </w:r>
    </w:p>
    <w:p>
      <w:r>
        <w:rPr>
          <w:b/>
        </w:rPr>
        <w:t xml:space="preserve">[27:57] </w:t>
      </w:r>
      <w:r>
        <w:t>jis moāmale meñ dekhie, jis moāmale meñ dekhie, vah qur'ān o hadīs haṭe hue haiñ. vah to daur-e-zavāl meñ haiñ. yah aur aur zavāl to har qaum ko ātā hai.</w:t>
      </w:r>
    </w:p>
    <w:p>
      <w:pPr>
        <w:jc w:val="right"/>
      </w:pPr>
      <w:r>
        <w:t>جس معاملے میں دیکھیے، جس معاملے میں دیکھیے، وہ قرآن و حدیث ہٹے ہوئے ہیں۔ وہ تو دور زوال میں ہیں۔ یہ اور اور زوال تو ہر قوم کو آتا ہے۔</w:t>
      </w:r>
    </w:p>
    <w:p>
      <w:r>
        <w:rPr>
          <w:b/>
        </w:rPr>
        <w:t xml:space="preserve">[28:08] </w:t>
      </w:r>
      <w:r>
        <w:t>zavāl, daur-e-zavāl jo hai, aisā nahī̃ ke musalmān exception haiñ.</w:t>
      </w:r>
    </w:p>
    <w:p>
      <w:pPr>
        <w:jc w:val="right"/>
      </w:pPr>
      <w:r>
        <w:t>زوال، دور زوال جو ہے، ایسا نہیں کہ مسلمان ایکسیپشن ہیں۔</w:t>
      </w:r>
    </w:p>
    <w:p>
      <w:r>
        <w:rPr>
          <w:b/>
        </w:rPr>
        <w:t xml:space="preserve">[28:13] </w:t>
      </w:r>
      <w:r>
        <w:t>yah isā'iyoñ ko zavāl āyā, mazhabī mazhabī zavāl, yahūdiyoñ ko mazhabī zavāl āyā, to musalmānoñ ko mazhabī zavāl ā'egā. to ab hameñ jo karnā hai, vah hai ke phir se,</w:t>
      </w:r>
    </w:p>
    <w:p>
      <w:pPr>
        <w:jc w:val="right"/>
      </w:pPr>
      <w:r>
        <w:t>یہ عیسائیوں کو زوال آیا، مذہبی مذہبی زوال، یہودوں کو مذہبی زوال آیا، تو مسلمانوں کو مذہبی زوال آئے گا۔ تو اب ہمیں جو کرنا ہے، وہ ہے کہ پھر سے،</w:t>
      </w:r>
    </w:p>
    <w:p>
      <w:r>
        <w:rPr>
          <w:b/>
        </w:rPr>
        <w:t xml:space="preserve">[28:29] </w:t>
      </w:r>
      <w:r>
        <w:t>phir se logoñ ko samjhāeñ,</w:t>
      </w:r>
    </w:p>
    <w:p>
      <w:pPr>
        <w:jc w:val="right"/>
      </w:pPr>
      <w:r>
        <w:t>پھر سے لوگوں کو سمجھائیں،</w:t>
      </w:r>
    </w:p>
    <w:p>
      <w:r>
        <w:rPr>
          <w:b/>
        </w:rPr>
        <w:t xml:space="preserve">[28:31] </w:t>
      </w:r>
      <w:r>
        <w:t>phir se logoñ ke</w:t>
      </w:r>
    </w:p>
    <w:p>
      <w:pPr>
        <w:jc w:val="right"/>
      </w:pPr>
      <w:r>
        <w:t>پھر سے لوگوں کے</w:t>
      </w:r>
    </w:p>
    <w:p>
      <w:r>
        <w:rPr>
          <w:b/>
        </w:rPr>
        <w:t xml:space="preserve">[28:35] </w:t>
      </w:r>
      <w:r>
        <w:t>zehanī ta'mīr kareñ. jis ko maiñ kahtā hū̃ "re-engineering of mind".</w:t>
      </w:r>
    </w:p>
    <w:p>
      <w:pPr>
        <w:jc w:val="right"/>
      </w:pPr>
      <w:r>
        <w:t>ذہنی تعمیر کریں۔ جس کو میں کہتا ہوں "ری انجینئرنگ آف مائنڈ"۔</w:t>
      </w:r>
    </w:p>
    <w:p>
      <w:r>
        <w:rPr>
          <w:b/>
        </w:rPr>
        <w:t xml:space="preserve">[28:44] </w:t>
      </w:r>
      <w:r>
        <w:t>jo existing situation hai musalmānoñ kī, vah to yahī hai. lekin hameśā aisā hotā hai ke āp in ko samjhā bujhā kar ke ek nayā insān banā sakte haiñ.</w:t>
      </w:r>
    </w:p>
    <w:p>
      <w:pPr>
        <w:jc w:val="right"/>
      </w:pPr>
      <w:r>
        <w:t>جو ایگزسٹنگ سچوئیشن ہے مسلمانوں کی، وہ تو یہی ہے۔ لیکن ہمیشہ ایسا ہوتا ہے کہ آپ ان کو سمجھا بجھا کر کے ایک نیا انسان بنا سکتے ہیں۔</w:t>
      </w:r>
    </w:p>
    <w:p>
      <w:r>
        <w:rPr>
          <w:b/>
        </w:rPr>
        <w:t xml:space="preserve">[28:54] </w:t>
      </w:r>
      <w:r>
        <w:t>jaise maiñ ne batāyā ke āj mere pās jo telephone āyā ke vah ādmī ne kahā ke maiñ sab se nafrat kartā thā. merī kitābeñ paṛhte paṛhte ab sab kā vah</w:t>
      </w:r>
    </w:p>
    <w:p>
      <w:pPr>
        <w:jc w:val="right"/>
      </w:pPr>
      <w:r>
        <w:t>جیسے میں نے بتایا کہ آج میرے پاس جو ٹیلی فون آیا کہ وہ آدمی نے کہا کہ میں سب سے نفرت کرتا تھا۔ میری کتابیں پڑھتے پڑھتے اب سب کا وہ</w:t>
      </w:r>
    </w:p>
    <w:p>
      <w:r>
        <w:rPr>
          <w:b/>
        </w:rPr>
        <w:t xml:space="preserve">[29:02] </w:t>
      </w:r>
      <w:r>
        <w:t>khairkhvāh ban gayā. sab ko insān samajhne lagā. to logoñ ke zehan ko badlie, logoñ ke soch ko badlie. yahā̃ se yah hai to starting point.</w:t>
      </w:r>
    </w:p>
    <w:p>
      <w:pPr>
        <w:jc w:val="right"/>
      </w:pPr>
      <w:r>
        <w:t>خرخواہ بن گیا۔ سب کو انسان سمجھنے لگا۔ تو لوگوں کے ذہن کو بدلیے، لوگوں کے سوچ کو بدلیے۔ یہاں سے یہ ہے تو سٹارٹنگ پوائنٹ۔</w:t>
      </w:r>
    </w:p>
    <w:p>
      <w:r>
        <w:rPr>
          <w:b/>
        </w:rPr>
        <w:t xml:space="preserve">[29:17] </w:t>
      </w:r>
      <w:r>
        <w:t>Maulana, this question has been asked by Mr. Khwaja Kalimuddin from Pennsylvania, USA. He has written: "Maulana Sahab, I would like to share with you a similar unwise attitude of Muslims here in the USA.</w:t>
      </w:r>
    </w:p>
    <w:p>
      <w:pPr>
        <w:jc w:val="right"/>
      </w:pPr>
      <w:r>
        <w:t>مولانا، یہ سوال کیا ہے مسٹر خواجہ کلیم الدین نے پینسلوینیا، یو ایس اے سے۔ انہوں نے لکھا ہے: "مولانا صاحب، آئی وڈ لائک ٹو شیئر ود یو ا سمیلر انوائز ایٹیٹیوڈ آف مسلمز ہیر ان دا یو ایس اے۔</w:t>
      </w:r>
    </w:p>
    <w:p>
      <w:r>
        <w:rPr>
          <w:b/>
        </w:rPr>
        <w:t xml:space="preserve">[29:33] </w:t>
      </w:r>
      <w:r>
        <w:t>Muslims here choose a controversial place for their cultural religious activities. According to a study, majority of Americans do not like that center be built at that particular place.</w:t>
      </w:r>
    </w:p>
    <w:p>
      <w:pPr>
        <w:jc w:val="right"/>
      </w:pPr>
      <w:r>
        <w:t>مسلمز ہیر چوز ا کنٹروورشل پلیس فار دیر کلچرل ریلیجیس ایکٹیویٹیز۔ اکارڈنگ ٹو ا سٹڈی، میجورٹی آف امریکنز ڈو ناٹ لائک دیٹ سینٹر بی بلٹ ایٹ دیٹ پرٹیکولر پلیس۔</w:t>
      </w:r>
    </w:p>
    <w:p>
      <w:r>
        <w:rPr>
          <w:b/>
        </w:rPr>
        <w:t xml:space="preserve">[29:49] </w:t>
      </w:r>
      <w:r>
        <w:t>The so-called Islamophobia increased many folds because of this.</w:t>
      </w:r>
    </w:p>
    <w:p>
      <w:pPr>
        <w:jc w:val="right"/>
      </w:pPr>
      <w:r>
        <w:t>دا سو کالڈ اسلامو فوبیا انکریز مینی فولڈز بیکاز آف دس۔</w:t>
      </w:r>
    </w:p>
    <w:p>
      <w:r>
        <w:rPr>
          <w:b/>
        </w:rPr>
        <w:t xml:space="preserve">[29:55] </w:t>
      </w:r>
      <w:r>
        <w:t>At this point, no noteworthy Muslim leader or Muslim organization is advising the group to build that center away from the controversial place except you.</w:t>
      </w:r>
    </w:p>
    <w:p>
      <w:pPr>
        <w:jc w:val="right"/>
      </w:pPr>
      <w:r>
        <w:t>ایٹ دس پوائنٹ، نو نوٹ وردی مسلم لیڈر اور مسلم ارگنائزیشن از ایڈوائزنگ دا گروپ ٹو بلٹ دیٹ سینٹر اوے فرام دا کنٹروورشل پلیس ایکسیپٹ یو۔</w:t>
      </w:r>
    </w:p>
    <w:p>
      <w:r>
        <w:rPr>
          <w:b/>
        </w:rPr>
        <w:t xml:space="preserve">[30:08] </w:t>
      </w:r>
      <w:r>
        <w:t>Maulana Sahab, my question to you is: What made Muslims of today's world over to act counter to the prophetic wisdom and get furious and violent when someone does a critical study of the prophet's life</w:t>
      </w:r>
    </w:p>
    <w:p>
      <w:pPr>
        <w:jc w:val="right"/>
      </w:pPr>
      <w:r>
        <w:t>مولانا صاحب، مائی کوئسچن ٹو یو از: واٹ میڈ مسلمز آف ٹوڈے ورلڈ اوور ٹو ایکٹ کاؤنٹر ٹو دا پروفیتک وزڈم اینڈ گیٹ فیوریس اینڈ وائلنٹ وین سم ون ڈز ا کریٹیکل سٹڈی آف دا پرافٹس لائف</w:t>
      </w:r>
    </w:p>
    <w:p>
      <w:r>
        <w:rPr>
          <w:b/>
        </w:rPr>
        <w:t xml:space="preserve">[30:24] </w:t>
      </w:r>
      <w:r>
        <w:t>when they themselves are not acting in his model?" Kindly comment.</w:t>
      </w:r>
    </w:p>
    <w:p>
      <w:pPr>
        <w:jc w:val="right"/>
      </w:pPr>
      <w:r>
        <w:t>وین دے دیم سیلوز آر ناٹ ایکٹنگ ان ہز ماڈل؟" کائنڈلی کمنٹ۔</w:t>
      </w:r>
    </w:p>
    <w:p>
      <w:r>
        <w:rPr>
          <w:b/>
        </w:rPr>
        <w:t xml:space="preserve">[30:30] </w:t>
      </w:r>
      <w:r>
        <w:t>dekhie, musalmān jo haiñ, vah qaumī islām par haiñ, yah qaumī mazhab par haiñ, yah khudā'ī mazhab par nahī̃ haiñ.</w:t>
      </w:r>
    </w:p>
    <w:p>
      <w:pPr>
        <w:jc w:val="right"/>
      </w:pPr>
      <w:r>
        <w:t>دیکھیے، مسلمان جو ہیں، وہ قوم اسلام پر ہیں، یہ قومی مذہب پر ہیں، یہ خدائی مذہب پر نہیں ہیں۔</w:t>
      </w:r>
    </w:p>
    <w:p>
      <w:r>
        <w:rPr>
          <w:b/>
        </w:rPr>
        <w:t xml:space="preserve">[30:39] </w:t>
      </w:r>
      <w:r>
        <w:t>musalmān jo āj hai, vah sab qaumī mazhab par haiñ, khudā'ī mazhab par nahī̃ haiñ. vah to qaumī mazhab kyā hai? tāsurāt pe caltā hai, nafratoñ pe caltā hai, reaction pe caltā hai.</w:t>
      </w:r>
    </w:p>
    <w:p>
      <w:pPr>
        <w:jc w:val="right"/>
      </w:pPr>
      <w:r>
        <w:t>مسلمان جو آج ہے، وہ سب قومی مذہب پر ہیں، خدائی مذہب پر نہیں ہیں۔ وہ تو قومی مذہب کیا ہے؟ تاثرات پہ چلتا ہے، نفرتوں پہ چلتا ہے، ری ایکشن پہ چلتا ہے۔</w:t>
      </w:r>
    </w:p>
    <w:p>
      <w:r>
        <w:rPr>
          <w:b/>
        </w:rPr>
        <w:t xml:space="preserve">[30:53] </w:t>
      </w:r>
      <w:r>
        <w:t>to musalmānoñ ne, ya'nī agar islām par calte hote, vah to un ke hā̃ da'vat kā concept hotā.</w:t>
      </w:r>
    </w:p>
    <w:p>
      <w:pPr>
        <w:jc w:val="right"/>
      </w:pPr>
      <w:r>
        <w:t>تو مسلمانوں نے، یعنی اگر اسلام پر چلتے ہوتے، وہ تو ان کے ہاں دعوت کا کانسیپٹ ہوتا۔</w:t>
      </w:r>
    </w:p>
    <w:p>
      <w:r>
        <w:rPr>
          <w:b/>
        </w:rPr>
        <w:t xml:space="preserve">[31:00] </w:t>
      </w:r>
      <w:r>
        <w:t>dawat ke kansipt mein kya hota hai? ke sari dunya ko aap ko yeksana taur par insan samajhna parta hai. sab ko insan samajhna, sab ka khair khwah hona, chahe wo aap ke sath ظلم کریں, tab bhi</w:t>
      </w:r>
    </w:p>
    <w:p>
      <w:pPr>
        <w:jc w:val="right"/>
      </w:pPr>
      <w:r>
        <w:t>دعوت کے کانسیپٹ میں کیا ہوتا ہے؟ کہ ساری دنیا کو آپ کو یکساں طور پر انسان سمجھنا پڑتا ہے۔ سب کو انسان سمجھنا، سب کا خیر خواہ ہونا، چاہے وہ آپ کے ساتھ ظلم کریں، تب بھی</w:t>
      </w:r>
    </w:p>
    <w:p>
      <w:r>
        <w:rPr>
          <w:b/>
        </w:rPr>
        <w:t xml:space="preserve">[31:20] </w:t>
      </w:r>
      <w:r>
        <w:t>yeh hai islam ki taleem. quran mein likha hua hai: "yeh wurns barnā 'alamā 'ādatunā".</w:t>
      </w:r>
    </w:p>
    <w:p>
      <w:pPr>
        <w:jc w:val="right"/>
      </w:pPr>
      <w:r>
        <w:t>یہ ہے اسلام کی تعلیم۔ قرآن میں لکھا ہوا ہے: "یہ ورنس برنا علامہ عادتبونا"۔</w:t>
      </w:r>
    </w:p>
    <w:p>
      <w:r>
        <w:rPr>
          <w:b/>
        </w:rPr>
        <w:t xml:space="preserve">[31:29] </w:t>
      </w:r>
      <w:r>
        <w:t>yani chahe tum aiza rasani karo, hum sabri karenge. chahe tum hamare khilaf karrawai karo, hum tumhare khair khwah bane rahenge.</w:t>
      </w:r>
    </w:p>
    <w:p>
      <w:pPr>
        <w:jc w:val="right"/>
      </w:pPr>
      <w:r>
        <w:t>یعنی چاہے تم ایذا رسانی کرو، ہم صبری کریں گے۔ چاہے تم ہمارے خلاف کارروائی کرو، ہم تمہارے خیر خواہ بنے رہیں گے۔</w:t>
      </w:r>
    </w:p>
    <w:p>
      <w:r>
        <w:rPr>
          <w:b/>
        </w:rPr>
        <w:t xml:space="preserve">[31:38] </w:t>
      </w:r>
      <w:r>
        <w:t>yeh hai dai ka culture.</w:t>
      </w:r>
    </w:p>
    <w:p>
      <w:pPr>
        <w:jc w:val="right"/>
      </w:pPr>
      <w:r>
        <w:t>یہ ہے داعی کا کلچر۔</w:t>
      </w:r>
    </w:p>
    <w:p>
      <w:r>
        <w:rPr>
          <w:b/>
        </w:rPr>
        <w:t xml:space="preserve">[31:40] </w:t>
      </w:r>
      <w:r>
        <w:t>to musalmanon mein dawat uth gayi hai. dawat to hai nahi. agar dawat hoti, sari dunya un ko madu nazar aati hai, sari dunya un ko insan nazar aati hai.</w:t>
      </w:r>
    </w:p>
    <w:p>
      <w:pPr>
        <w:jc w:val="right"/>
      </w:pPr>
      <w:r>
        <w:t>تو مسلمانوں میں دعوت اٹھ گئی ہے۔ دعوت تو ہے نہیں۔ اگر دعوت ہوتی، ساری دنیا ان کو مدعو نظر آتی ہے، ساری دنیا ان کو انسان نظر آتی ہے۔</w:t>
      </w:r>
    </w:p>
    <w:p>
      <w:r>
        <w:rPr>
          <w:b/>
        </w:rPr>
        <w:t xml:space="preserve">[31:51] </w:t>
      </w:r>
      <w:r>
        <w:t>insan friendly behavior banta hai. sahi islami mizaj agar ho to insan friendly behavior.</w:t>
      </w:r>
    </w:p>
    <w:p>
      <w:pPr>
        <w:jc w:val="right"/>
      </w:pPr>
      <w:r>
        <w:t>انسان فرینڈلی بیہیویئر بنتا ہے۔ صحیح اسلامی مزاج اگر ہو تو انسان فرینڈلی بیہیویئر۔</w:t>
      </w:r>
    </w:p>
    <w:p>
      <w:r>
        <w:rPr>
          <w:b/>
        </w:rPr>
        <w:t xml:space="preserve">[32:01] </w:t>
      </w:r>
      <w:r>
        <w:t>ab kya hai? in friendly behavior bana hua hai, kyunke islam par hai hi nahi. musalman yaad rakhiye, masjidon mein agar aap dekhen ke namazi aa rahe hain, ja rahe hain, is ka matlab nahi ke islam zinda hai.</w:t>
      </w:r>
    </w:p>
    <w:p>
      <w:pPr>
        <w:jc w:val="right"/>
      </w:pPr>
      <w:r>
        <w:t>اب کیا ہے؟ ان فرینڈلی بیہیویئر بنا ہوا ہے، کیونکہ اسلام پر ہے ہی نہیں۔ مسلمان یاد رکھیے، مسجدوں میں اگر آپ دیکھیں کہ نمازی آ رہے ہیں، جا رہے ہیں، اس کا مطلب نہیں کہ اسلام زندہ ہے۔</w:t>
      </w:r>
    </w:p>
    <w:p>
      <w:r>
        <w:rPr>
          <w:b/>
        </w:rPr>
        <w:t xml:space="preserve">[32:13] </w:t>
      </w:r>
      <w:r>
        <w:t>street zinda hai to islam zinda hai. shaklein jo idhar udhar dekhte hain, aap is is se nahi sabit hota ke islam zinda hai.</w:t>
      </w:r>
    </w:p>
    <w:p>
      <w:pPr>
        <w:jc w:val="right"/>
      </w:pPr>
      <w:r>
        <w:t>اسٹریٹ زندہ ہے تو اسلام زندہ ہے۔ شکلیں جو ادھر ادھر دیکھتے ہیں، آپ اس اس سے نہیں ثابت ہوتا کہ اسلام زندہ ہے۔</w:t>
      </w:r>
    </w:p>
    <w:p>
      <w:r>
        <w:rPr>
          <w:b/>
        </w:rPr>
        <w:t xml:space="preserve">[32:23] </w:t>
      </w:r>
      <w:r>
        <w:t>islam to na to, yani jahan jahan bhi jihad ho raha hai, wo kya islam? wo to ladaiyan ho rahi hain, wo jihad nahi hai, wo qaumi ladai ho rahi hai.</w:t>
      </w:r>
    </w:p>
    <w:p>
      <w:pPr>
        <w:jc w:val="right"/>
      </w:pPr>
      <w:r>
        <w:t>اسلام تو نہ تو، یعنی جہاں جہاں بھی جہاد ہو رہا ہے، وہ کیا اسلام؟ وہ تو لڑائیاں ہو رہی ہیں، وہ جہاد نہیں ہے، وہ قومی لڑائی ہو رہی ہے۔</w:t>
      </w:r>
    </w:p>
    <w:p>
      <w:r>
        <w:rPr>
          <w:b/>
        </w:rPr>
        <w:t xml:space="preserve">[32:35] </w:t>
      </w:r>
      <w:r>
        <w:t>to asal cheez dekhiye, yeh hai ke hamare haan</w:t>
      </w:r>
    </w:p>
    <w:p>
      <w:pPr>
        <w:jc w:val="right"/>
      </w:pPr>
      <w:r>
        <w:t>تو اصل چیز دیکھیے، یہ ہے کہ ہمارے ہاں</w:t>
      </w:r>
    </w:p>
    <w:p>
      <w:r>
        <w:rPr>
          <w:b/>
        </w:rPr>
        <w:t xml:space="preserve">[32:40] </w:t>
      </w:r>
      <w:r>
        <w:t>jo islahi kaam hai, wo hua hi nahi. yani yeh to hona hi tha ke tha ke musalman jo hain, un ka degeneration ho, un ka zawal aa jaye, un ke upar yeh to hona hi hona tha.</w:t>
      </w:r>
    </w:p>
    <w:p>
      <w:pPr>
        <w:jc w:val="right"/>
      </w:pPr>
      <w:r>
        <w:t>جو اصلاحی کام ہے، وہ ہوا ہی نہیں۔ یعنی یہ تو ہونا ہی تھا کہ تھا کہ مسلمان جو ہیں، ان کا ڈی جنریشن ہو، ان کا زوال آ جائے، ان کے اوپر یہ تو ہونا ہی ہونا تھا۔</w:t>
      </w:r>
    </w:p>
    <w:p>
      <w:r>
        <w:rPr>
          <w:b/>
        </w:rPr>
        <w:t xml:space="preserve">[32:51] </w:t>
      </w:r>
      <w:r>
        <w:t>ab is ke baad kya karna tha? wo tha ke phir se logon ke zehn ko badalna, phir se soch ko badalna,</w:t>
      </w:r>
    </w:p>
    <w:p>
      <w:pPr>
        <w:jc w:val="right"/>
      </w:pPr>
      <w:r>
        <w:t>اب اس کے بعد کیا کرنا تھا؟ وہ تھا کہ پھر سے لوگوں کے ذہن کو بدلنا، پھر سے سوچ کو بدلنا،</w:t>
      </w:r>
    </w:p>
    <w:p>
      <w:r>
        <w:rPr>
          <w:b/>
        </w:rPr>
        <w:t xml:space="preserve">[33:00] </w:t>
      </w:r>
      <w:r>
        <w:t>phir se un ke andar jo kehte hain, ahya-e-millat karna, wo wo kaam hi nahi hua. har aadmi jihad karne khada ho gaya, ladai bhadai ke liye khada ho gaya.</w:t>
      </w:r>
    </w:p>
    <w:p>
      <w:pPr>
        <w:jc w:val="right"/>
      </w:pPr>
      <w:r>
        <w:t>پھر سے ان کے اندر جو کہتے ہیں، احیائے ملت کرنا، وہ وہ کام ہی نہیں ہوا۔ ہر آدمی جہاد کرنے کھڑا ہو گیا، لڑائی بھڑائی کے لیے کھڑا ہو گیا۔</w:t>
      </w:r>
    </w:p>
    <w:p>
      <w:r>
        <w:rPr>
          <w:b/>
        </w:rPr>
        <w:t xml:space="preserve">[33:10] </w:t>
      </w:r>
      <w:r>
        <w:t>jitne bhi so called reformer hamare haan hain, wo wo ladai bhadai wale reformer hain. zehn ki islaah karne wala kaun hai?</w:t>
      </w:r>
    </w:p>
    <w:p>
      <w:pPr>
        <w:jc w:val="right"/>
      </w:pPr>
      <w:r>
        <w:t>جتنے بھی سو کالڈ ریفارمر ہمارے ہاں ہیں، وہ وہ لڑائی بھڑائی والے ریفارمر ہیں۔ ذہن کی اصلاح کرنے والا کون ہے؟</w:t>
      </w:r>
    </w:p>
    <w:p>
      <w:r>
        <w:rPr>
          <w:b/>
        </w:rPr>
        <w:t xml:space="preserve">[33:18] </w:t>
      </w:r>
      <w:r>
        <w:t>jaise maine misaal di aap ko ke qadiyaniyon ya yahudiyon ke khilaf ek hangama khada kar diya logon ne. is ne kaha ke maro un ko, kaha qatl karo un ko, un ko kafir banao.</w:t>
      </w:r>
    </w:p>
    <w:p>
      <w:pPr>
        <w:jc w:val="right"/>
      </w:pPr>
      <w:r>
        <w:t>جیسے میں نے مثال دی آپ کو کہ قادیانیوں یا یہودیوں کے خلاف ایک ہنگامہ کھڑا کر دیا لوگوں نے۔ اس نے کہا کہ مارو ان کو، کہا قتل کرو ان کو، ان کو کافر بناؤ۔</w:t>
      </w:r>
    </w:p>
    <w:p>
      <w:r>
        <w:rPr>
          <w:b/>
        </w:rPr>
        <w:t xml:space="preserve">[33:28] </w:t>
      </w:r>
      <w:r>
        <w:t>ek bhi mujhe bata diya, koi aisa shakhs jo un ki islaah ke liye tadpa ho, jo un ki hidayat ke liye roya ho, jo un</w:t>
      </w:r>
    </w:p>
    <w:p>
      <w:pPr>
        <w:jc w:val="right"/>
      </w:pPr>
      <w:r>
        <w:t>ایک بھی مجھے بتا دیا، کوئی ایسا شخص جو ان کی اصلاح کے لیے تڑپا ہو، جو ان کی ہدایت کے لیے رویا ہو، جو ان</w:t>
      </w:r>
    </w:p>
    <w:p>
      <w:r>
        <w:rPr>
          <w:b/>
        </w:rPr>
        <w:t xml:space="preserve">[33:37] </w:t>
      </w:r>
      <w:r>
        <w:t>ke un ke haan ja kar ke un ki bastiyon mein samjha ho ke un ke nazariyat kya hain, aur phir un ki un ki taleem ki ho, yeh to koi ek bhi shakhs nahi. to jo cheez leak kar rahi hai, wo hai sachche muslehīn.</w:t>
      </w:r>
    </w:p>
    <w:p>
      <w:pPr>
        <w:jc w:val="right"/>
      </w:pPr>
      <w:r>
        <w:t>کے ان کے ہاں جا کر کے ان کی بستیوں میں سمجھا ہو کہ ان کے نظریات کیا ہیں، اور پھر ان کی ان کی تعلیم کی ہو، یہ تو کوئی ایک بھی شخص نہیں۔ تو جو چیز لیک کر رہی ہے، وہ ہے سچے مصلحین۔</w:t>
      </w:r>
    </w:p>
    <w:p>
      <w:r>
        <w:rPr>
          <w:b/>
        </w:rPr>
        <w:t xml:space="preserve">[33:52] </w:t>
      </w:r>
      <w:r>
        <w:t>wo musalmanon mein jo girawat aayi, wo to honi honi thi,</w:t>
      </w:r>
    </w:p>
    <w:p>
      <w:pPr>
        <w:jc w:val="right"/>
      </w:pPr>
      <w:r>
        <w:t>وہ مسلمانوں میں جو گراوٹ آئی، وہ تو ہونی ہونی تھی،</w:t>
      </w:r>
    </w:p>
    <w:p>
      <w:r>
        <w:rPr>
          <w:b/>
        </w:rPr>
        <w:t xml:space="preserve">[33:55] </w:t>
      </w:r>
      <w:r>
        <w:t>lekin is ke baad jo muslehīn uthne chahiye the, wo muslehīn nahi uthe. jo uthe, wo sab ladai bhadai wale the. yani hamare is mission ko agar aap alag kar dijiye to koi uthe nahi.</w:t>
      </w:r>
    </w:p>
    <w:p>
      <w:pPr>
        <w:jc w:val="right"/>
      </w:pPr>
      <w:r>
        <w:t>لیکن اس کے بعد جو مصلحین اٹھنے چاہیے تھے، وہ مصلحین نہیں اٹھے۔ جو اٹھے، وہ سب لڑائی بھڑائی والے تھے۔ یعنی ہمارے اس مشن کو اگر آپ الگ کر دیجئے تو کوئی اٹھے نہیں۔</w:t>
      </w:r>
    </w:p>
    <w:p>
      <w:r>
        <w:rPr>
          <w:b/>
        </w:rPr>
        <w:t xml:space="preserve">[34:05] </w:t>
      </w:r>
      <w:r>
        <w:t>koi islaahi tehreek musalmanon mein, sab wo jihadi tehreek, takraao ki tehreek, ladai ki tehreek uthi. to musalmanon ko</w:t>
      </w:r>
    </w:p>
    <w:p>
      <w:pPr>
        <w:jc w:val="right"/>
      </w:pPr>
      <w:r>
        <w:t>کوئی اصلاحی تحریک مسلمانوں میں، سب وہ جہادی تحریک، ٹکراؤ کی تحریک، لڑائی کی تحریک اٹھی۔ تو مسلمانوں کو</w:t>
      </w:r>
    </w:p>
    <w:p>
      <w:r>
        <w:rPr>
          <w:b/>
        </w:rPr>
        <w:t xml:space="preserve">[34:13] </w:t>
      </w:r>
      <w:r>
        <w:t>jab aap ne soch hi nahi di, to sochen kaise? wo</w:t>
      </w:r>
    </w:p>
    <w:p>
      <w:pPr>
        <w:jc w:val="right"/>
      </w:pPr>
      <w:r>
        <w:t>جب آپ نے سوچ ہی نہیں دی، تو سوچیں کیسے؟ وہ</w:t>
      </w:r>
    </w:p>
    <w:p>
      <w:r>
        <w:rPr>
          <w:b/>
        </w:rPr>
        <w:t xml:space="preserve">[34:18] </w:t>
      </w:r>
      <w:r>
        <w:t>ek bhi shakhs mujhe bata dijiye, hamare is mission ke bahar jinhon ne musalmanon ko sachche maano mein, yani islaah karne ki koshish ki ho, jis ko dekhiye, wahi ladai bhadai ki baatein karta hai.</w:t>
      </w:r>
    </w:p>
    <w:p>
      <w:pPr>
        <w:jc w:val="right"/>
      </w:pPr>
      <w:r>
        <w:t>ایک بھی شخص مجھے بتا دیجئے، ہمارے اس مشن کے باہر جنہوں نے مسلمانوں کو سچے معنوں میں، یعنی اصلاح کرنے کی کوشش کی ہو، جس کو دیکھیے، وہی لڑائی بھڑائی کی باتیں کرتا ہے۔</w:t>
      </w:r>
    </w:p>
    <w:p>
      <w:r>
        <w:rPr>
          <w:b/>
        </w:rPr>
        <w:t xml:space="preserve">[34:32] </w:t>
      </w:r>
      <w:r>
        <w:t>to asal cheez jo leak kar rahi hai, wo sachche muslehīn hain.</w:t>
      </w:r>
    </w:p>
    <w:p>
      <w:pPr>
        <w:jc w:val="right"/>
      </w:pPr>
      <w:r>
        <w:t>تو اصل چیز جو لیک کر رہی ہے، وہ سچے مصلحین ہیں۔</w:t>
      </w:r>
    </w:p>
    <w:p>
      <w:r>
        <w:rPr>
          <w:b/>
        </w:rPr>
        <w:t xml:space="preserve">[34:37] </w:t>
      </w:r>
      <w:r>
        <w:t>sachche muslehīn nahi hain to yeh ahwal musalmanon ka ho raha hai.</w:t>
      </w:r>
    </w:p>
    <w:p>
      <w:pPr>
        <w:jc w:val="right"/>
      </w:pPr>
      <w:r>
        <w:t>سچے مصلحین نہیں ہیں تو یہ احوال مسلمانوں کا ہو رہا ہے۔</w:t>
      </w:r>
    </w:p>
    <w:p>
      <w:r>
        <w:rPr>
          <w:b/>
        </w:rPr>
        <w:t xml:space="preserve">[34:44] </w:t>
      </w:r>
      <w:r>
        <w:t>maulana, yeh sawal kiya hai miss abida ne nai dilli se. unhon ne poocha hai: "kya shohar ma bap bhai behan marne wale ki maghfirat ke liye tilawat quran kar ke esal-e-sawab pahuncha sakta hai?"</w:t>
      </w:r>
    </w:p>
    <w:p>
      <w:pPr>
        <w:jc w:val="right"/>
      </w:pPr>
      <w:r>
        <w:t>مولانا، یہ سوال کیا ہے مس عابیدہ نے نئی دلی سے۔ انہوں نے پوچھا ہے: "کیا شوہر ماں باپ بھائی بہن مرنے والے کی مغفرت کے لیے تلاوت قرآن کر کے ایصال ثواب پہنچا سکتا ہے؟</w:t>
      </w:r>
    </w:p>
    <w:p>
      <w:r>
        <w:rPr>
          <w:b/>
        </w:rPr>
        <w:t xml:space="preserve">[35:00] </w:t>
      </w:r>
      <w:r>
        <w:t>is ka sahi tareeqa kya hai?</w:t>
      </w:r>
    </w:p>
    <w:p>
      <w:pPr>
        <w:jc w:val="right"/>
      </w:pPr>
      <w:r>
        <w:t>اس کا صحیح طریقہ کیا ہے؟"</w:t>
      </w:r>
    </w:p>
    <w:p>
      <w:r>
        <w:rPr>
          <w:b/>
        </w:rPr>
        <w:t xml:space="preserve">[35:04] </w:t>
      </w:r>
      <w:r>
        <w:t>bhai, to mein abhi jawab de chuka hoon. is ka eesaal e sawab concept hi ghair islami hai. eesaal e sawab mani sawab pohnchana, yaani amal aap karein aur yeh niyat karein ke yeh mera amal jo hai, is ka sawab pohnch jaye falan shakhs ko.</w:t>
      </w:r>
    </w:p>
    <w:p>
      <w:pPr>
        <w:jc w:val="right"/>
      </w:pPr>
      <w:r>
        <w:t>بھائی، تو میں ابھی جواب دے چکا ہوں۔ اس کا ایصال ثواب کانسیپٹ ہی غیر اسلامی ہے۔ ایصال ثواب معنی ثواب پہنچانا، یعنی عمل آپ کریں اور یہ نیت کریں کہ یہ میرا عمل جو ہے، اس کا ثواب پہنچ جائے فلاں شخص کو۔</w:t>
      </w:r>
    </w:p>
    <w:p>
      <w:r>
        <w:rPr>
          <w:b/>
        </w:rPr>
        <w:t xml:space="preserve">[35:21] </w:t>
      </w:r>
      <w:r>
        <w:t>yeh kahin yeh bilkul alien hai islam mein.</w:t>
      </w:r>
    </w:p>
    <w:p>
      <w:pPr>
        <w:jc w:val="right"/>
      </w:pPr>
      <w:r>
        <w:t>یہ کہیں یہ بالکل ایلین ہے اسلام میں۔</w:t>
      </w:r>
    </w:p>
    <w:p>
      <w:r>
        <w:rPr>
          <w:b/>
        </w:rPr>
        <w:t xml:space="preserve">[35:24] </w:t>
      </w:r>
      <w:r>
        <w:t>kahin bhi quran o hadees mein nahi hai ke kisi aur ka amal kisi aur ko pohnch sakta hai. kuch bhi nahi hai, is ki koi haqeeqat hi nahi hai. is ki jadein bhi eesaal e sawab ke ke ke jo riwaj hain, hamare india mein, arbon mein to nahi hain.</w:t>
      </w:r>
    </w:p>
    <w:p>
      <w:pPr>
        <w:jc w:val="right"/>
      </w:pPr>
      <w:r>
        <w:t>کہیں بھی قرآن و حدیث میں نہیں ہے کہ کسی اور کا عمل کسی اور کو پہنچ سکتا ہے۔ کچھ بھی نہیں ہے، اس کی کوئی حقیقت ہی نہیں ہے۔ اس کی جدیں بھی ایصال ثواب کے کے کے جو رواج ہیں، ہمارے انڈیا میں، عربوں میں تو نہیں ہیں۔</w:t>
      </w:r>
    </w:p>
    <w:p>
      <w:r>
        <w:rPr>
          <w:b/>
        </w:rPr>
        <w:t xml:space="preserve">[35:41] </w:t>
      </w:r>
      <w:r>
        <w:t>india mein</w:t>
      </w:r>
    </w:p>
    <w:p>
      <w:pPr>
        <w:jc w:val="right"/>
      </w:pPr>
      <w:r>
        <w:t>انڈیا میں</w:t>
      </w:r>
    </w:p>
    <w:p>
      <w:r>
        <w:rPr>
          <w:b/>
        </w:rPr>
        <w:t xml:space="preserve">[35:42] </w:t>
      </w:r>
      <w:r>
        <w:t>sab bilkul baseless hain, islam se is ka koi talluq nahi hai, aur marne wale ko is se kuch bhi faida nahi pohnchta, one percent bhi nahi.</w:t>
      </w:r>
    </w:p>
    <w:p>
      <w:pPr>
        <w:jc w:val="right"/>
      </w:pPr>
      <w:r>
        <w:t>سب بالکل بیس لیس ہیں، اسلام سے اس کا کوئی تعلق نہیں ہے، اور مرنے والے کو اس سے کچھ بھی فائدہ نہیں پہنچتا، ون پرسنٹ بھی نہیں۔</w:t>
      </w:r>
    </w:p>
    <w:p>
      <w:r>
        <w:rPr>
          <w:b/>
        </w:rPr>
        <w:t xml:space="preserve">[35:53] </w:t>
      </w:r>
      <w:r>
        <w:t>yeh yeh concept islam mein ajnabi hai. amal koi kare, sawab kisi aur ko mil jaye.</w:t>
      </w:r>
    </w:p>
    <w:p>
      <w:pPr>
        <w:jc w:val="right"/>
      </w:pPr>
      <w:r>
        <w:t>یہ یہ کانسیپٹ اسلام میں اجنبی ہے۔ عمل کوئی کرے، ثواب کسی اور کو مل جائے۔</w:t>
      </w:r>
    </w:p>
    <w:p>
      <w:r>
        <w:rPr>
          <w:b/>
        </w:rPr>
        <w:t xml:space="preserve">[36:02] </w:t>
      </w:r>
      <w:r>
        <w:t>saaf saaf quran mein hai ke "laysa lil insaani illa ma sa". khud aadmi ne jo kuch kiya hoga marne se pehle, bas wahi is ka amal hai, wahi is ke kaam aayega marne ke baad.</w:t>
      </w:r>
    </w:p>
    <w:p>
      <w:pPr>
        <w:jc w:val="right"/>
      </w:pPr>
      <w:r>
        <w:t>صاف صاف قرآن میں ہے کہ "لیس للانسان الا ما صا"۔ خود آدمی نے جو کچھ کیا ہوگا مرنے سے پہلے، بس وہی اس کا عمل ہے، وہی اس کے کام آئے گا مرنے کے بعد۔</w:t>
      </w:r>
    </w:p>
    <w:p>
      <w:r>
        <w:rPr>
          <w:b/>
        </w:rPr>
        <w:t xml:space="preserve">[36:15] </w:t>
      </w:r>
      <w:r>
        <w:t>kisi aur ka amal marne ke baad is ke kaam aane wala nahi hai.</w:t>
      </w:r>
    </w:p>
    <w:p>
      <w:pPr>
        <w:jc w:val="right"/>
      </w:pPr>
      <w:r>
        <w:t>کسی اور کا عمل مرنے کے بعد اس کے کام آنے والا نہیں ہے۔</w:t>
      </w:r>
    </w:p>
    <w:p>
      <w:r>
        <w:rPr>
          <w:b/>
        </w:rPr>
        <w:t xml:space="preserve">[36:19] </w:t>
      </w:r>
      <w:r>
        <w:t>maulana, ek sawal aur poocha gaya hai delhi se. likhne wale ne apna naam nahi diya hai. poocha hai ke "we feel we must accept lucknow high court verdict.</w:t>
      </w:r>
    </w:p>
    <w:p>
      <w:pPr>
        <w:jc w:val="right"/>
      </w:pPr>
      <w:r>
        <w:t>مولانا، ایک سوال اور پوچھا گیا ہے دلی سے۔ لکھنے والے نے اپنا نام نہیں دیا ہے۔ پوچھا ہے کہ "وی فیل وی مسٹ ایکسیپٹ لکھنو ہائی کورٹ ورڈکٹ۔</w:t>
      </w:r>
    </w:p>
    <w:p>
      <w:r>
        <w:rPr>
          <w:b/>
        </w:rPr>
        <w:t xml:space="preserve">[36:31] </w:t>
      </w:r>
      <w:r>
        <w:t>what is your opinion? how can we compel waqf board for not going for appeal? should a mosque be rebuilt at joining to ram mandir?" kindly comment.</w:t>
      </w:r>
    </w:p>
    <w:p>
      <w:pPr>
        <w:jc w:val="right"/>
      </w:pPr>
      <w:r>
        <w:t>واٹ از یور اوپینین؟ ہاؤ کین وی کمپیل وقف بورڈ فار ناٹ گوئنگ فار اپیل؟ شوڈ ا ماسک بی ری بلٹ ایٹ جوائننگ ٹو رام مندر؟" کائنڈلی کمنٹ۔</w:t>
      </w:r>
    </w:p>
    <w:p>
      <w:r>
        <w:rPr>
          <w:b/>
        </w:rPr>
        <w:t xml:space="preserve">[36:45] </w:t>
      </w:r>
      <w:r>
        <w:t>dekhiye, aaj kal jo rujhan hai musalmanon ka, woh kya hai? musalmanon ka nahi, so called leaderon ka ke hum supreme court mein jayenge. yeh bilkul stepped baat hai, stepped.</w:t>
      </w:r>
    </w:p>
    <w:p>
      <w:pPr>
        <w:jc w:val="right"/>
      </w:pPr>
      <w:r>
        <w:t>دیکھیے، آج کل جو رجحان ہے مسلمانوں کا، وہ کیا ہے؟ مسلمانوں کا نہیں، سو کالڈ لیڈروں کا کہ ہم سپریم کورٹ میں جائیں گے۔ یہ بالکل اسٹیپڈ بات ہے، اسٹیپڈ۔</w:t>
      </w:r>
    </w:p>
    <w:p>
      <w:r>
        <w:rPr>
          <w:b/>
        </w:rPr>
        <w:t xml:space="preserve">[36:59] </w:t>
      </w:r>
      <w:r>
        <w:t>yaani agar abhi jo judgment aaya hai, is ko musalman samajhte hain ke musalmanon ke ke sath insaaf nahi hua hai, aur aur chahte hain ke supreme court mein jayein.</w:t>
      </w:r>
    </w:p>
    <w:p>
      <w:pPr>
        <w:jc w:val="right"/>
      </w:pPr>
      <w:r>
        <w:t>یعنی اگر ابھی جو ججمنٹ آیا ہے، اس کو مسلمان سمجھتے ہیں کہ مسلمانوں کے کے ساتھ انصاف نہیں ہوا ہے، اور اور چاہتے ہیں کہ سپریم کورٹ میں جائیں۔</w:t>
      </w:r>
    </w:p>
    <w:p>
      <w:r>
        <w:rPr>
          <w:b/>
        </w:rPr>
        <w:t xml:space="preserve">[37:14] </w:t>
      </w:r>
      <w:r>
        <w:t>jaise suppose supreme court ka ka judgment ek dum musalmanon ke haq mein ho jaye. suppose is judgment supreme court kar de ke woh jo zameen hai, 27 acre kitni hai?</w:t>
      </w:r>
    </w:p>
    <w:p>
      <w:pPr>
        <w:jc w:val="right"/>
      </w:pPr>
      <w:r>
        <w:t>جیسے سپوز سپریم کورٹ کا کا ججمنٹ ایک دم مسلمانوں کے حق میں ہو جائے۔ سپوز اس ججمنٹ سپریم کورٹ کر دے کہ وہ جو زمین ہے، 27 ایکر کتنی ہے؟</w:t>
      </w:r>
    </w:p>
    <w:p>
      <w:r>
        <w:rPr>
          <w:b/>
        </w:rPr>
        <w:t xml:space="preserve">[37:28] </w:t>
      </w:r>
      <w:r>
        <w:t>27 acre nahi hai? kya hain?</w:t>
      </w:r>
    </w:p>
    <w:p>
      <w:pPr>
        <w:jc w:val="right"/>
      </w:pPr>
      <w:r>
        <w:t>27 ایکر نہیں ہے؟ کیا ہیں؟</w:t>
      </w:r>
    </w:p>
    <w:p>
      <w:r>
        <w:rPr>
          <w:b/>
        </w:rPr>
        <w:t xml:space="preserve">[37:31] </w:t>
      </w:r>
      <w:r>
        <w:t>nahi suna ji, kya cheez? kitni hai? woh bas jo bhi hai, woh zameen, woh saari ki saari musalmanon ko de di jaye.</w:t>
      </w:r>
    </w:p>
    <w:p>
      <w:pPr>
        <w:jc w:val="right"/>
      </w:pPr>
      <w:r>
        <w:t>نہیں سنا جی، کیا چیز؟ کتنی ہے؟ وہ بس جو بھی ہے، وہ زمین، وہ ساری کی ساری مسلمانوں کو دے دی جائے۔</w:t>
      </w:r>
    </w:p>
    <w:p>
      <w:r>
        <w:rPr>
          <w:b/>
        </w:rPr>
        <w:t xml:space="preserve">[37:39] </w:t>
      </w:r>
      <w:r>
        <w:t>farz kijiye, kya aap samajhte hain ke aisa ho jayega?</w:t>
      </w:r>
    </w:p>
    <w:p>
      <w:pPr>
        <w:jc w:val="right"/>
      </w:pPr>
      <w:r>
        <w:t>فرض کیجئے، کیا آپ سمجھتے ہیں کہ ایسا ہو جائے گا؟</w:t>
      </w:r>
    </w:p>
    <w:p>
      <w:r>
        <w:rPr>
          <w:b/>
        </w:rPr>
        <w:t xml:space="preserve">[37:46] </w:t>
      </w:r>
      <w:r>
        <w:t>musalmanon ne 1985 mein isi mulk mein shabanon ke mamle mein jo kiya, woh bhool gaye.</w:t>
      </w:r>
    </w:p>
    <w:p>
      <w:pPr>
        <w:jc w:val="right"/>
      </w:pPr>
      <w:r>
        <w:t>مسلمانوں نے 1985 میں اسی ملک میں شعبانوں کے معاملے میں جو کیا، وہ بھول گئے۔</w:t>
      </w:r>
    </w:p>
    <w:p>
      <w:r>
        <w:rPr>
          <w:b/>
        </w:rPr>
        <w:t xml:space="preserve">[37:57] </w:t>
      </w:r>
      <w:r>
        <w:t>woh shabanon ke case jo tha, supreme court ne judgment diya apna, supreme court ne,</w:t>
      </w:r>
    </w:p>
    <w:p>
      <w:pPr>
        <w:jc w:val="right"/>
      </w:pPr>
      <w:r>
        <w:t>وہ شعبانوں کے کیس جو تھا، سپریم کورٹ نے ججمنٹ دیا اپنا، سپریم کورٹ نے،</w:t>
      </w:r>
    </w:p>
    <w:p>
      <w:r>
        <w:rPr>
          <w:b/>
        </w:rPr>
        <w:t xml:space="preserve">[38:03] </w:t>
      </w:r>
      <w:r>
        <w:t>aur saare musalmanon ke khilaf khade hue, uth kar kaha ke hum nahi mante is ko. radd kar diya is faisle ko. to jo musalmanon ne kiya, woh hindu ke, yaani hindu ko is ka haq nahi hai.</w:t>
      </w:r>
    </w:p>
    <w:p>
      <w:pPr>
        <w:jc w:val="right"/>
      </w:pPr>
      <w:r>
        <w:t>اور سارے مسلمانوں کے خلاف کھڑے ہوئے، اٹھ کر کہا کہ ہم نہیں مانتے اس کو۔ رد کر دیا اس فیصلے کو۔ تو جو مسلمانوں نے کیا، وہ ہندو کے، یعنی ہندو کو اس کا حق نہیں ہے۔</w:t>
      </w:r>
    </w:p>
    <w:p>
      <w:r>
        <w:rPr>
          <w:b/>
        </w:rPr>
        <w:t xml:space="preserve">[38:18] </w:t>
      </w:r>
      <w:r>
        <w:t>agar musalman samajhte hain ke hamara right hai ke hum supreme court ke faisle ko na maanein, to aap kya aap samajhte hain ke hindu ka right nahi hai? yeh</w:t>
      </w:r>
    </w:p>
    <w:p>
      <w:pPr>
        <w:jc w:val="right"/>
      </w:pPr>
      <w:r>
        <w:t>اگر مسلمان سمجھتے ہیں کہ ہمارا رائٹ ہے کہ ہم سپریم کورٹ کے فیصلے کو نہ مانیں، تو آپ کیا آپ سمجھتے ہیں کہ ہندو کا رائٹ نہیں ہے؟ یہ</w:t>
      </w:r>
    </w:p>
    <w:p>
      <w:r>
        <w:rPr>
          <w:b/>
        </w:rPr>
        <w:t xml:space="preserve">[38:27] </w:t>
      </w:r>
      <w:r>
        <w:t>to suppose supreme court faisla de de aap ke haq mein, tab bhi woh chalne wala nahi hai. to hindu committee khadi ho jayegi ke hum nahi mante, jaise ke aap khade hue shabanon ke mamle mein.</w:t>
      </w:r>
    </w:p>
    <w:p>
      <w:pPr>
        <w:jc w:val="right"/>
      </w:pPr>
      <w:r>
        <w:t>تو سپوز سپریم کورٹ فیصلہ دے دے آپ کے حق میں، تب بھی وہ چلنے والا نہیں ہے۔ تو ہندو کمیٹی کھڑی ہو جائے گی کہ ہم نہیں مانتے، جیسے کہ آپ کھڑے ہوئے شعبانوں کے معاملے میں۔</w:t>
      </w:r>
    </w:p>
    <w:p>
      <w:r>
        <w:rPr>
          <w:b/>
        </w:rPr>
        <w:t xml:space="preserve">[38:38] </w:t>
      </w:r>
      <w:r>
        <w:t>yeh sab bilkul stepped baatein hain, ahmaqana baatein hain. kuch nahi, aap is ko full stop lagaiye, koi kaam mat lagaiye.</w:t>
      </w:r>
    </w:p>
    <w:p>
      <w:pPr>
        <w:jc w:val="right"/>
      </w:pPr>
      <w:r>
        <w:t>یہ سب بالکل اسٹیپڈ باتیں ہیں، احمقانہ باتیں ہیں۔ کچھ نہیں، آپ اس کو فل سٹاپ لگائیے، کوئی کام مت لگائیے۔</w:t>
      </w:r>
    </w:p>
    <w:p>
      <w:r>
        <w:rPr>
          <w:b/>
        </w:rPr>
        <w:t xml:space="preserve">[38:48] </w:t>
      </w:r>
      <w:r>
        <w:t>jo log yeh kehte hain ke out of court is ko decide kiya jaye, dono committee mil kar ke, woh is baat se ke aap phir kaam laga rahe hain.</w:t>
      </w:r>
    </w:p>
    <w:p>
      <w:pPr>
        <w:jc w:val="right"/>
      </w:pPr>
      <w:r>
        <w:t>جو لوگ یہ کہتے ہیں کہ آؤٹ آف کورٹ اس کو ڈیسائیڈ کیا جائے، دونوں کمیٹی مل کر کے، وہ اس بات سے کہ آپ پھر کام لگا رہے ہیں۔</w:t>
      </w:r>
    </w:p>
    <w:p>
      <w:r>
        <w:rPr>
          <w:b/>
        </w:rPr>
        <w:t xml:space="preserve">[38:58] </w:t>
      </w:r>
      <w:r>
        <w:t>jo yeh kehte hain ke supreme court mein hum jayein, is ka matlab woh kaam laga rahe hain. maine bar bar yeh kaha hai ke is mein kaam lagayenge to lagta hi rahega kaam, forever.</w:t>
      </w:r>
    </w:p>
    <w:p>
      <w:pPr>
        <w:jc w:val="right"/>
      </w:pPr>
      <w:r>
        <w:t>جو یہ کہتے ہیں کہ سپریم کورٹ میں ہم جائیں، اس کا مطلب وہ کام لگا رہے ہیں۔ میں نے بار بار یہ کہا ہے کہ اس میں کام لگائیں گے تو لگتا ہی رہے گا کام، فار ایور۔</w:t>
      </w:r>
    </w:p>
    <w:p>
      <w:r>
        <w:rPr>
          <w:b/>
        </w:rPr>
        <w:t xml:space="preserve">[39:08] </w:t>
      </w:r>
      <w:r>
        <w:t>aap full stop lagaiye, kahin na kahin rok dijiye bas is ko. to ab jo ab jo sahi stand musalmanon ka hona chahiye, wo yeh hona chahiye ke court ke jo bhi faisle hote hain, is ko implement karne ki zimmedari hoti hai government ki,</w:t>
      </w:r>
    </w:p>
    <w:p>
      <w:pPr>
        <w:jc w:val="right"/>
      </w:pPr>
      <w:r>
        <w:t>آپ فل سٹاپ لگائیے، کہیں نہ کہیں روک دیجئے بس اس کو۔ تو اب جو اب جو صحیح سٹینڈ مسلمانوں کا ہونا چاہیے، وہ یہ ہونا چاہیے کہ کورٹ کے جو بھی فیصلے ہوتے ہیں، اس کو امپلیمنٹ کرنے کی ذمہ داری ہوتی ہے گورنمنٹ کی،</w:t>
      </w:r>
    </w:p>
    <w:p>
      <w:r>
        <w:rPr>
          <w:b/>
        </w:rPr>
        <w:t xml:space="preserve">[39:25] </w:t>
      </w:r>
      <w:r>
        <w:t>administration ki. to jo faisla kiya hai court ne, ab ab court ke faisle ke baad ab jo kaam hai, government ka shuru hota hai.</w:t>
      </w:r>
    </w:p>
    <w:p>
      <w:pPr>
        <w:jc w:val="right"/>
      </w:pPr>
      <w:r>
        <w:t>ایڈمنسٹریشن کی۔ تو جو فیصلہ کیا ہے کورٹ نے، اب اب کورٹ کے فیصلے کے بعد اب جو کام ہے، گورنمنٹ کا شروع ہوتا ہے۔</w:t>
      </w:r>
    </w:p>
    <w:p>
      <w:r>
        <w:rPr>
          <w:b/>
        </w:rPr>
        <w:t xml:space="preserve">[39:35] </w:t>
      </w:r>
      <w:r>
        <w:t>government ko implement kare. agar government ke nazdeek faisle mein koi lakuna hai,</w:t>
      </w:r>
    </w:p>
    <w:p>
      <w:pPr>
        <w:jc w:val="right"/>
      </w:pPr>
      <w:r>
        <w:t>گورنمنٹ کو امپلیمنٹ کرے۔ اگر گورنمنٹ کے نزدیک فیصلے میں کوئی لیکونا ہے،</w:t>
      </w:r>
    </w:p>
    <w:p>
      <w:r>
        <w:rPr>
          <w:b/>
        </w:rPr>
        <w:t xml:space="preserve">[39:42] </w:t>
      </w:r>
      <w:r>
        <w:t>to is ko clarify karwaye khud government. government clarify karwaye phir se is se. musalman is se alag ho jayein bilkul. musalman ka role khatam ho gaya.</w:t>
      </w:r>
    </w:p>
    <w:p>
      <w:pPr>
        <w:jc w:val="right"/>
      </w:pPr>
      <w:r>
        <w:t>تو اس کو کلیریفائی کروائے خود گورنمنٹ۔ گورنمنٹ کلیریفائی کروائے پھر سے اس سے۔ مسلمان اس سے الگ ہو جائیں بالکل۔ مسلمان کا رول ختم ہو گیا۔</w:t>
      </w:r>
    </w:p>
    <w:p>
      <w:r>
        <w:rPr>
          <w:b/>
        </w:rPr>
        <w:t xml:space="preserve">[39:55] </w:t>
      </w:r>
      <w:r>
        <w:t>aur kaam lagayenge to kamal lagta rahega, yahan tak ke aap barbaad hote rahenge. aur koi kahin bhi, yani</w:t>
      </w:r>
    </w:p>
    <w:p>
      <w:pPr>
        <w:jc w:val="right"/>
      </w:pPr>
      <w:r>
        <w:t>اور کام لگائیں گے تو کمال لگتا رہے گا، یہاں تک کہ آپ برباد ہوتے رہیں گے۔ اور کوئی کہیں بھی، یعنی</w:t>
      </w:r>
    </w:p>
    <w:p>
      <w:r>
        <w:rPr>
          <w:b/>
        </w:rPr>
        <w:t xml:space="preserve">[40:03] </w:t>
      </w:r>
      <w:r>
        <w:t>kabhi kabhi bhi cheez se decide nahi hogi, kabhi bhi nahi hogi decide. yeh now aur never ka mamla hai, yani aaj ya to aaj aap full stop laga dijiye, aur nahi to kabhi full stop nahi lagega.</w:t>
      </w:r>
    </w:p>
    <w:p>
      <w:pPr>
        <w:jc w:val="right"/>
      </w:pPr>
      <w:r>
        <w:t>کبھی کبھی بھی چیز سے ڈیسائیڈ نہیں ہوگی، کبھی بھی نہیں ہوگی ڈیسائیڈ۔ یہ ناؤ اور نیور کا معاملہ ہے، یعنی آج یا تو آج آپ فل سٹاپ لگا دیجئے، اور نہیں تو کبھی فل سٹاپ نہیں لگے گا۔</w:t>
      </w:r>
    </w:p>
    <w:p>
      <w:r>
        <w:rPr>
          <w:b/>
        </w:rPr>
        <w:t xml:space="preserve">[40:18] </w:t>
      </w:r>
      <w:r>
        <w:t>main ne 1952 mein bhi kaha tha ke full stop lagao aur kaam mat lagao, nahi to lagta jayega kaam ek ke baad ek ke baad ek baat. wahi ho raha hai, sare baras se kaam lag rahe hain.</w:t>
      </w:r>
    </w:p>
    <w:p>
      <w:pPr>
        <w:jc w:val="right"/>
      </w:pPr>
      <w:r>
        <w:t>میں نے 1952 میں بھی کہا تھا کہ فل سٹاپ لگاؤ اور کام مت لگاؤ، نہیں تو لگتا جائے گا کام ایک کے بعد ایک کے بعد ایک بات۔ وہی ہو رہا ہے، سارے برس سے کام لگ رہے ہیں۔</w:t>
      </w:r>
    </w:p>
    <w:p>
      <w:r>
        <w:rPr>
          <w:b/>
        </w:rPr>
        <w:t xml:space="preserve">[40:29] </w:t>
      </w:r>
      <w:r>
        <w:t>to abhi 60 baras aur kaam lagte rahenge, kuch bhi nahi. musalman is mamle mein khamosh ho jayein aur yeh maan lein ke adalat ka faisla jo hai, is ko</w:t>
      </w:r>
    </w:p>
    <w:p>
      <w:pPr>
        <w:jc w:val="right"/>
      </w:pPr>
      <w:r>
        <w:t>تو ابھی 60 برس اور کام لگتے رہیں گے، کچھ بھی نہیں۔ مسلمان اس معاملے میں خاموش ہو جائیں اور یہ مان لیں کہ عدالت کا فیصلہ جو ہے، اس کو</w:t>
      </w:r>
    </w:p>
    <w:p>
      <w:r>
        <w:rPr>
          <w:b/>
        </w:rPr>
        <w:t xml:space="preserve">[40:43] </w:t>
      </w:r>
      <w:r>
        <w:t>implement karna government ka kaam hai, wo kare. clarification chahiye government ko to wo khud pooche court se. ab ab kaam government ka hai, musalmanon ka kuch bhi nahi.</w:t>
      </w:r>
    </w:p>
    <w:p>
      <w:pPr>
        <w:jc w:val="right"/>
      </w:pPr>
      <w:r>
        <w:t>امپلیمنٹ کرنا گورنمنٹ کا کام ہے، وہ کرے۔ کلیریفیکیشن چاہیے گورنمنٹ کو تو وہ خود پوچھے کورٹ سے۔ اب اب کام گورنمنٹ کا ہے، مسلمانوں کا کچھ بھی نہیں۔</w:t>
      </w:r>
    </w:p>
    <w:p>
      <w:r>
        <w:rPr>
          <w:b/>
        </w:rPr>
        <w:t xml:space="preserve">[40:57] </w:t>
      </w:r>
      <w:r>
        <w:t>maulana, yeh sawal matlab is se peace, is se peace qaim hoga, normality qaim hogi. hindu muslimon ke taluqat jo hain, normal ho jayenge. ab wo supreme hai, wahi ko main supreme samajhta hoon.</w:t>
      </w:r>
    </w:p>
    <w:p>
      <w:pPr>
        <w:jc w:val="right"/>
      </w:pPr>
      <w:r>
        <w:t>مولانا، یہ سوال مطلب اس سے پیس، اس سے پیس قائم ہوگا، نارملٹی قائم ہوگی۔ ہندو مسلموں کے تعلقات جو ہیں، نارمل ہو جائیں گے۔ اب وہ سپریم ہے، وہی کو میں سپریم سمجھتا ہوں۔</w:t>
      </w:r>
    </w:p>
    <w:p>
      <w:r>
        <w:rPr>
          <w:b/>
        </w:rPr>
        <w:t xml:space="preserve">[41:11] </w:t>
      </w:r>
      <w:r>
        <w:t>maulana, yeh sawal kiya hai Maulana Abdul Basit Umri ne Doha Qatar se. unhon ne likha hai: "Maulana Babri Masjid se mutalliq adalat adalti faisle mein musalmanon ko bhi ek hissa dene ki baat kahi gayi hai.</w:t>
      </w:r>
    </w:p>
    <w:p>
      <w:pPr>
        <w:jc w:val="right"/>
      </w:pPr>
      <w:r>
        <w:t>مولانا، یہ سوال کیا ہے مولانا عبدالباسط عمری نے دوحہ قطر سے۔ انہوں نے لکھا ہے: "مولانا بابری مسجد سے متعلق عدالت عدالتی فیصلے میں مسلمانوں کو بھی ایک حصہ دینے کی بات کہی گئی ہے۔</w:t>
      </w:r>
    </w:p>
    <w:p>
      <w:r>
        <w:rPr>
          <w:b/>
        </w:rPr>
        <w:t xml:space="preserve">[41:28] </w:t>
      </w:r>
      <w:r>
        <w:t>yeh pehle se to behtar thi. musalman is ko accept karte aur dawat il Allah ke liye poori tarah mustaed hote, magar aisa nahi hua.</w:t>
      </w:r>
    </w:p>
    <w:p>
      <w:pPr>
        <w:jc w:val="right"/>
      </w:pPr>
      <w:r>
        <w:t>یہ پہلے سے تو بہتر تھی۔ مسلمان اس کو ایکسیپٹ کرتے اور دعوت الا اللہ کے لیے پوری طرح مستعد ہوتے، مگر ایسا نہیں ہوا۔</w:t>
      </w:r>
    </w:p>
    <w:p>
      <w:r>
        <w:rPr>
          <w:b/>
        </w:rPr>
        <w:t xml:space="preserve">[41:40] </w:t>
      </w:r>
      <w:r>
        <w:t>ab supreme court mein muqadma dair karne ki baat kar rahe hain.</w:t>
      </w:r>
    </w:p>
    <w:p>
      <w:pPr>
        <w:jc w:val="right"/>
      </w:pPr>
      <w:r>
        <w:t>اب سپریم کورٹ میں مقدمہ دائر کرنے کی بات کر رہے ہیں۔</w:t>
      </w:r>
    </w:p>
    <w:p>
      <w:r>
        <w:rPr>
          <w:b/>
        </w:rPr>
        <w:t xml:space="preserve">[41:45] </w:t>
      </w:r>
      <w:r>
        <w:t>kya yeh soorat e haal wahi nahi hai jo Arab mein Falasteen ke mutalliq hua? 1947 mein jo baat kahi gayi to use musalmanon ne mana nahi.</w:t>
      </w:r>
    </w:p>
    <w:p>
      <w:pPr>
        <w:jc w:val="right"/>
      </w:pPr>
      <w:r>
        <w:t>کیا یہ صورتحال وہی نہیں ہے جو عرب میں فلسطین کے متعلق ہوا؟ 1947 میں جو بات کہی گئی تو اسے مسلمانوں نے مانا نہیں۔</w:t>
      </w:r>
    </w:p>
    <w:p>
      <w:r>
        <w:rPr>
          <w:b/>
        </w:rPr>
        <w:t xml:space="preserve">[41:56] </w:t>
      </w:r>
      <w:r>
        <w:t>ab musalman is se bhi hath dho baithe hain.</w:t>
      </w:r>
    </w:p>
    <w:p>
      <w:pPr>
        <w:jc w:val="right"/>
      </w:pPr>
      <w:r>
        <w:t>اب مسلمان اس سے بھی ہاتھ دھو بیٹھے ہیں۔</w:t>
      </w:r>
    </w:p>
    <w:p>
      <w:r>
        <w:rPr>
          <w:b/>
        </w:rPr>
        <w:t xml:space="preserve">[42:00] </w:t>
      </w:r>
      <w:r>
        <w:t>is ke bare mein batayein."</w:t>
      </w:r>
    </w:p>
    <w:p>
      <w:pPr>
        <w:jc w:val="right"/>
      </w:pPr>
      <w:r>
        <w:t>اس کے بارے میں بتائیں۔"</w:t>
      </w:r>
    </w:p>
    <w:p>
      <w:r>
        <w:rPr>
          <w:b/>
        </w:rPr>
        <w:t xml:space="preserve">[42:02] </w:t>
      </w:r>
      <w:r>
        <w:t>haan, sahi baat hai. 1948 mein Falasteen ko taqseem kiya gaya, is ka partition kiya gaya.</w:t>
      </w:r>
    </w:p>
    <w:p>
      <w:pPr>
        <w:jc w:val="right"/>
      </w:pPr>
      <w:r>
        <w:t>ہاں، صحیح بات ہے۔ 1948 میں فلسطین کو تقسیم کیا گیا، اس کا پارٹیشن کیا گیا۔</w:t>
      </w:r>
    </w:p>
    <w:p>
      <w:r>
        <w:rPr>
          <w:b/>
        </w:rPr>
        <w:t xml:space="preserve">[42:13] </w:t>
      </w:r>
      <w:r>
        <w:t>roughly adha diya gaya yahudi logon ko, adha diya arab logon ko. musalmanon ko maan lena chahiye tha is ko,</w:t>
      </w:r>
    </w:p>
    <w:p>
      <w:pPr>
        <w:jc w:val="right"/>
      </w:pPr>
      <w:r>
        <w:t>رفلی ادھا دیا گیا یہودی لوگوں کو، ادھا دیا عربوں لوگوں کو۔ مسلمانوں کو مان لینا چاہیے تھا اس کو،</w:t>
      </w:r>
    </w:p>
    <w:p>
      <w:r>
        <w:rPr>
          <w:b/>
        </w:rPr>
        <w:t xml:space="preserve">[42:21] </w:t>
      </w:r>
      <w:r>
        <w:t>maan lekin unhon ne kaam laga diya aur aaj tak kaam hi lag raha hai. aur jo tha, wo bhi kho kho diya arabon ne. dekhiye, controversial mamlat mein aap ko status quo ko manna padta hai.</w:t>
      </w:r>
    </w:p>
    <w:p>
      <w:pPr>
        <w:jc w:val="right"/>
      </w:pPr>
      <w:r>
        <w:t>مان لیکن انہوں نے کام لگا دیا اور آج تک کام ہی لگ رہا ہے۔ اور جو تھا، وہ بھی کھو کھو دیا عربوں نے۔ دیکھیے، کنٹروورشل معاملات میں آپ کو اسٹیٹس کو کو ماننا پڑتا ہے۔</w:t>
      </w:r>
    </w:p>
    <w:p>
      <w:r>
        <w:rPr>
          <w:b/>
        </w:rPr>
        <w:t xml:space="preserve">[42:36] </w:t>
      </w:r>
      <w:r>
        <w:t>yaad rakhiye,</w:t>
      </w:r>
    </w:p>
    <w:p>
      <w:pPr>
        <w:jc w:val="right"/>
      </w:pPr>
      <w:r>
        <w:t>یاد رکھیے،</w:t>
      </w:r>
    </w:p>
    <w:p>
      <w:r>
        <w:rPr>
          <w:b/>
        </w:rPr>
        <w:t xml:space="preserve">[42:39] </w:t>
      </w:r>
      <w:r>
        <w:t>controversial mamlat mein agar status quo na manen to kabhi bhi baat khatam nahi hoti, kabhi baat khatam nahi hoti. 48 mein jo status quo tha Falasteen ka, us ko manna chahiye tha.</w:t>
      </w:r>
    </w:p>
    <w:p>
      <w:pPr>
        <w:jc w:val="right"/>
      </w:pPr>
      <w:r>
        <w:t>کنٹروورشل معاملات میں اگر اسٹیٹس کو نہ مانیں تو کبھی بھی بات ختم نہیں ہوتی، کبھی بات ختم نہیں ہوتی۔ 48 میں جو اسٹیٹس کو تھا فلسطین کا، اس کو ماننا چاہیے تھا۔</w:t>
      </w:r>
    </w:p>
    <w:p>
      <w:r>
        <w:rPr>
          <w:b/>
        </w:rPr>
        <w:t xml:space="preserve">[42:50] </w:t>
      </w:r>
      <w:r>
        <w:t>un ko Kashmir mein yahi jo 47 ke baad jo status quo tha, us ko manna chahiye tha.</w:t>
      </w:r>
    </w:p>
    <w:p>
      <w:pPr>
        <w:jc w:val="right"/>
      </w:pPr>
      <w:r>
        <w:t>ان کو کشمیر میں یہی جو 47 کے بعد جو اسٹیٹس کو تھا، اس کو ماننا چاہیے تھا۔</w:t>
      </w:r>
    </w:p>
    <w:p>
      <w:r>
        <w:rPr>
          <w:b/>
        </w:rPr>
        <w:t xml:space="preserve">[42:58] </w:t>
      </w:r>
      <w:r>
        <w:t>aisi yahan bhi jo status quo tha Babri Masjid mein, wo man lena chahiye tha. is ko nahi mana to dekhiye, lad rahe hain, mar rahe hain, kat rahe hain, tabaah ho rahe hain, har har har jagah.</w:t>
      </w:r>
    </w:p>
    <w:p>
      <w:pPr>
        <w:jc w:val="right"/>
      </w:pPr>
      <w:r>
        <w:t>ایسی یہاں بھی جو اسٹیٹس کو تھا بابری مسجد میں، وہ مان لینا چاہیے تھا۔ اس کو نہیں مانا تو دیکھیے، لڑ رہے ہیں، مر رہے ہیں، کٹ رہے ہیں، تباہ ہو رہے ہیں، ہر ہر ہر جگہ۔</w:t>
      </w:r>
    </w:p>
    <w:p>
      <w:r>
        <w:rPr>
          <w:b/>
        </w:rPr>
        <w:t xml:space="preserve">[43:09] </w:t>
      </w:r>
      <w:r>
        <w:t>faida kuch bhi nahi.</w:t>
      </w:r>
    </w:p>
    <w:p>
      <w:pPr>
        <w:jc w:val="right"/>
      </w:pPr>
      <w:r>
        <w:t>فائدہ کچھ بھی نہیں۔</w:t>
      </w:r>
    </w:p>
    <w:p>
      <w:r>
        <w:rPr>
          <w:b/>
        </w:rPr>
        <w:t xml:space="preserve">[43:14] </w:t>
      </w:r>
      <w:r>
        <w:t>yaar, you have to accept the status quo. this is only option for you.</w:t>
      </w:r>
    </w:p>
    <w:p>
      <w:pPr>
        <w:jc w:val="right"/>
      </w:pPr>
      <w:r>
        <w:t>یار، یو ہیو ٹو ایکسیپٹ دی سٹیٹس کو۔ دیز اونلی آپشن فار یو۔</w:t>
      </w:r>
    </w:p>
    <w:p>
      <w:r>
        <w:rPr>
          <w:b/>
        </w:rPr>
        <w:t xml:space="preserve">[43:22] </w:t>
      </w:r>
      <w:r>
        <w:t>maulana, yeh sawal kiya hai mr. faik ne california se. unhon ne poocha hai ke abu huraira, abu huraira reported that allah messenger one said:</w:t>
      </w:r>
    </w:p>
    <w:p>
      <w:pPr>
        <w:jc w:val="right"/>
      </w:pPr>
      <w:r>
        <w:t>مولانا، یہ سوال کیا ہے مسٹر فائق نے کیلیفورنیا سے۔ انہوں نے پوچھا ہے کہ ابو ہریرہ، ابو ہریرہ رپورٹڈ دیٹ اللہ میسنجر ون سیڈ:</w:t>
      </w:r>
    </w:p>
    <w:p>
      <w:r>
        <w:rPr>
          <w:b/>
        </w:rPr>
        <w:t xml:space="preserve">[43:37] </w:t>
      </w:r>
      <w:r>
        <w:t>"when a human being dies, all of his deeds are terminated except for three types: an ongoing sadaqah, knowledge of islam from which others benefit, and thirdly a righteous child who makes dua for him." the abu hadith clearly indicates that dua is helpful to the dead.</w:t>
      </w:r>
    </w:p>
    <w:p>
      <w:pPr>
        <w:jc w:val="right"/>
      </w:pPr>
      <w:r>
        <w:t>"وین ا ہیومن بینگ ڈائز، ال اف ہز ڈیڈز ار ٹرمینیٹڈ ایکسیپٹ فار تھری ٹائپس: این ان گوئنگ صدقہ، ا نالج اف اسلام فرام وچ ادرز بینیفٹ، اینڈ تھرڈلی ا رائٹیئس چائلڈ ہو میکس دعا فار ہم۔" دی ابو حدیث کلیئرلی انڈیکیٹس دیٹ دعا از ہیلپ فل ٹو دا ڈیڈ۔</w:t>
      </w:r>
    </w:p>
    <w:p>
      <w:r>
        <w:rPr>
          <w:b/>
        </w:rPr>
        <w:t xml:space="preserve">[44:01] </w:t>
      </w:r>
      <w:r>
        <w:t>what is your comment</w:t>
      </w:r>
    </w:p>
    <w:p>
      <w:pPr>
        <w:jc w:val="right"/>
      </w:pPr>
      <w:r>
        <w:t>واٹ از یور کمنٹ</w:t>
      </w:r>
    </w:p>
    <w:p>
      <w:r>
        <w:rPr>
          <w:b/>
        </w:rPr>
        <w:t xml:space="preserve">[44:03] </w:t>
      </w:r>
      <w:r>
        <w:t>on this? nahin nahin, woh aap ne sahih hadith nahin naqal ki hai. is tarah nahin hai. woh hadith is tareeqay se hai ke woh beta jis ke bananay mein baap ka hath ho,</w:t>
      </w:r>
    </w:p>
    <w:p>
      <w:pPr>
        <w:jc w:val="right"/>
      </w:pPr>
      <w:r>
        <w:t>ان دس؟ نہیں نہیں، وہ آپ نے صحیح حدیث نہیں نقل کی ہے۔ اس طرح نہیں ہے۔ وہ حدیث اس طریقے سے ہے کہ وہ بیٹا جس کے بنانے میں باپ کا ہاتھ ہو،</w:t>
      </w:r>
    </w:p>
    <w:p>
      <w:r>
        <w:rPr>
          <w:b/>
        </w:rPr>
        <w:t xml:space="preserve">[44:19] </w:t>
      </w:r>
      <w:r>
        <w:t>to chunkay is bete ko baap ne banaya hai,</w:t>
      </w:r>
    </w:p>
    <w:p>
      <w:pPr>
        <w:jc w:val="right"/>
      </w:pPr>
      <w:r>
        <w:t>تو چونکہ اس بیٹے کو باپ نے بنایا ہے،</w:t>
      </w:r>
    </w:p>
    <w:p>
      <w:r>
        <w:rPr>
          <w:b/>
        </w:rPr>
        <w:t xml:space="preserve">[44:23] </w:t>
      </w:r>
      <w:r>
        <w:t>saleh banaya hai, naik banaya hai, to is wajah se is ko sawab milta rahega. yeh nahin ke woh beta dua kar dega to is ko sawab mil jayega. yeh matlab nahin hai.</w:t>
      </w:r>
    </w:p>
    <w:p>
      <w:pPr>
        <w:jc w:val="right"/>
      </w:pPr>
      <w:r>
        <w:t>صالح بنایا ہے، نیک بنایا ہے، تو اس وجہ سے اس کو ثواب ملتا رہے گا۔ یہ نہیں کہ وہ بیٹا دعا کر دے گا تو اس کو ثواب مل جائے گا۔ یہ مطلب نہیں ہے۔</w:t>
      </w:r>
    </w:p>
    <w:p>
      <w:r>
        <w:rPr>
          <w:b/>
        </w:rPr>
        <w:t xml:space="preserve">[44:32] </w:t>
      </w:r>
      <w:r>
        <w:t>is hadith ko phir se parhiye. hmm, yani woh cheez jo baap ke marne ke baad baqi rahi, woh ek saleh beta hai</w:t>
      </w:r>
    </w:p>
    <w:p>
      <w:pPr>
        <w:jc w:val="right"/>
      </w:pPr>
      <w:r>
        <w:t>اس حدیث کو پھر سے پڑھیے۔ ہمم، یعنی وہ چیز جو باپ کے مرنے کے بعد باقی رہی، وہ ایک صالح بیٹا ہے</w:t>
      </w:r>
    </w:p>
    <w:p>
      <w:r>
        <w:rPr>
          <w:b/>
        </w:rPr>
        <w:t xml:space="preserve">[44:41] </w:t>
      </w:r>
      <w:r>
        <w:t>jis ke bananay mein baap ka hissa tha. agar baap ki niyat na ho shamil, apne aap woh saleh hoga, tab bhi nahin kuch milega is ko. yaad rakhiye, yani baap ka intention agar shamil hai bete ko bananay mein,</w:t>
      </w:r>
    </w:p>
    <w:p>
      <w:pPr>
        <w:jc w:val="right"/>
      </w:pPr>
      <w:r>
        <w:t>جس کے بنانے میں باپ کا حصہ تھا۔ اگر باپ کی نیت نہ ہو شامل، اپنے آپ وہ صالح ہوگا، تب بھی نہیں کچھ ملے گا اس کو۔ یاد رکھیے، یعنی باپ کا انٹینشن اگر شامل ہے بیٹے کو بنانے میں،</w:t>
      </w:r>
    </w:p>
    <w:p>
      <w:r>
        <w:rPr>
          <w:b/>
        </w:rPr>
        <w:t xml:space="preserve">[44:55] </w:t>
      </w:r>
      <w:r>
        <w:t>to chunkay baap ne banaya hai bete ko,</w:t>
      </w:r>
    </w:p>
    <w:p>
      <w:pPr>
        <w:jc w:val="right"/>
      </w:pPr>
      <w:r>
        <w:t>تو چونکہ باپ نے بنایا ہے بیٹے کو،</w:t>
      </w:r>
    </w:p>
    <w:p>
      <w:r>
        <w:rPr>
          <w:b/>
        </w:rPr>
        <w:t xml:space="preserve">[44:59] </w:t>
      </w:r>
      <w:r>
        <w:t>to yeh is ka ek amal qarar payega. yeh baap ka ek amal qarar payega ke is ne aap bete ko saleh banaya. is amal ka is ko ajr milega. ya yeh unhon ne naqal kiya hai na?</w:t>
      </w:r>
    </w:p>
    <w:p>
      <w:pPr>
        <w:jc w:val="right"/>
      </w:pPr>
      <w:r>
        <w:t>تو یہ اس کا ایک عمل قرار پائے گا۔ یہ باپ کا ایک عمل قرار پائے گا کہ اس نے آپ بیٹے کو صالح بنایا۔ اس عمل کا اس کو اجر ملے گا۔ یا یہ انہوں نے نقل کیا ہے نا؟</w:t>
      </w:r>
    </w:p>
    <w:p>
      <w:r>
        <w:rPr>
          <w:b/>
        </w:rPr>
        <w:t xml:space="preserve">[45:10] </w:t>
      </w:r>
      <w:r>
        <w:t>yeh in ko main kahunga ke phir se is ke text ko parhein. text ko.</w:t>
      </w:r>
    </w:p>
    <w:p>
      <w:pPr>
        <w:jc w:val="right"/>
      </w:pPr>
      <w:r>
        <w:t>یہ ان کو میں کہوں گا کہ پھر سے اس کے ٹیکسٹ کو پڑھیں۔ ٹیکسٹ کو۔</w:t>
      </w:r>
    </w:p>
    <w:p>
      <w:r>
        <w:rPr>
          <w:b/>
        </w:rPr>
        <w:t xml:space="preserve">[45:18] </w:t>
      </w:r>
      <w:r>
        <w:t>un ka ek sawal aur hai. maulana, unhon ne poocha hai: "why was slavery not abolished in islam? like alcohol?" kya kya?</w:t>
      </w:r>
    </w:p>
    <w:p>
      <w:pPr>
        <w:jc w:val="right"/>
      </w:pPr>
      <w:r>
        <w:t>ان کا ایک سوال اور ہے۔ مولانا، انہوں نے پوچھا ہے: "وائی واز سلیوری ناٹ ابولشڈ ان اسلام؟ لائک الکوحل؟" کیا کیا؟</w:t>
      </w:r>
    </w:p>
    <w:p>
      <w:r>
        <w:rPr>
          <w:b/>
        </w:rPr>
        <w:t xml:space="preserve">[45:27] </w:t>
      </w:r>
      <w:r>
        <w:t>why? why was slavery not abolished in islam? like alcohol consumption and eating pork was declared haram?</w:t>
      </w:r>
    </w:p>
    <w:p>
      <w:pPr>
        <w:jc w:val="right"/>
      </w:pPr>
      <w:r>
        <w:t>وائی؟ وائی واز سلیوری ناٹ ابولشڈ ان اسلام؟ لائک الکوحل کنزمشن اینڈ ایٹنگ پورک واز ڈیکلیئرڈ حرام؟</w:t>
      </w:r>
    </w:p>
    <w:p>
      <w:r>
        <w:rPr>
          <w:b/>
        </w:rPr>
        <w:t xml:space="preserve">[45:38] </w:t>
      </w:r>
      <w:r>
        <w:t>nahin, aisa nahin hai. alcohol bhi dekhiye, achaanak khatam nahin kiya gaya tha. kai stages mein khatam kiya gaya tha. islam ka tareeqa yeh nahin hai ke radically aap achaanak elaan kar dein ke sab khatam.</w:t>
      </w:r>
    </w:p>
    <w:p>
      <w:pPr>
        <w:jc w:val="right"/>
      </w:pPr>
      <w:r>
        <w:t>نہیں، ایسا نہیں ہے۔ الکوحل بھی دیکھیے، اچانک ختم نہیں کیا گیا تھا۔ کئی سٹیجز میں ختم کیا گیا تھا۔ اسلام کا طریقہ یہ نہیں ہے کہ ریڈیکلی آپ اچانک اعلان کر دیں کہ سب ختم۔</w:t>
      </w:r>
    </w:p>
    <w:p>
      <w:r>
        <w:rPr>
          <w:b/>
        </w:rPr>
        <w:t xml:space="preserve">[45:51] </w:t>
      </w:r>
      <w:r>
        <w:t>gradual tareeqay se khatam kiya jata hai. to slavery bhi khatam ki gayi gradual tareeqay se ke</w:t>
      </w:r>
    </w:p>
    <w:p>
      <w:pPr>
        <w:jc w:val="right"/>
      </w:pPr>
      <w:r>
        <w:t>گریجول طریقے سے ختم کیا جاتا ہے۔ تو سلیوری بھی ختم کی گئی گریجول طریقے سے کہ</w:t>
      </w:r>
    </w:p>
    <w:p>
      <w:r>
        <w:rPr>
          <w:b/>
        </w:rPr>
        <w:t xml:space="preserve">[45:56] </w:t>
      </w:r>
      <w:r>
        <w:t>woh slavery jo hai, aaj aap samajh nahin paate ke slavery kya cheez hai. slavery us zamane ki employment thi.</w:t>
      </w:r>
    </w:p>
    <w:p>
      <w:pPr>
        <w:jc w:val="right"/>
      </w:pPr>
      <w:r>
        <w:t>وہ سلیوری جو ہے، آج آپ سمجھ نہیں پاتے کہ سلیوری کیا چیز ہے۔ سلیوری اس زمانے کی ایمپلائمنٹ تھی۔</w:t>
      </w:r>
    </w:p>
    <w:p>
      <w:r>
        <w:rPr>
          <w:b/>
        </w:rPr>
        <w:t xml:space="preserve">[46:06] </w:t>
      </w:r>
      <w:r>
        <w:t>log samajhte nahin slavery kya cheez hai. us zamane mein jab ke aaj kal ki tarah se industry nahin thi, aaj ki tarah se yeh jo itne sare tareeqay hain kamane kamane ke, woh sab nahin thay.</w:t>
      </w:r>
    </w:p>
    <w:p>
      <w:pPr>
        <w:jc w:val="right"/>
      </w:pPr>
      <w:r>
        <w:t>لوگ سمجھتے نہیں سلیوری کیا چیز ہے۔ اس زمانے میں جب کہ آج کل کی طرح سے انڈسٹری نہیں تھی، آج کی طرح سے یہ جو اتنے سارے طریقے ہیں کمانے کمانے کے، وہ سب نہیں تھے۔</w:t>
      </w:r>
    </w:p>
    <w:p>
      <w:r>
        <w:rPr>
          <w:b/>
        </w:rPr>
        <w:t xml:space="preserve">[46:18] </w:t>
      </w:r>
      <w:r>
        <w:t>to us zamane mein slavery ek ek employment tha.</w:t>
      </w:r>
    </w:p>
    <w:p>
      <w:pPr>
        <w:jc w:val="right"/>
      </w:pPr>
      <w:r>
        <w:t>تو اس زمانے میں سلیوری ایک ایک ایمپلائمنٹ تھا۔</w:t>
      </w:r>
    </w:p>
    <w:p>
      <w:r>
        <w:rPr>
          <w:b/>
        </w:rPr>
        <w:t xml:space="preserve">[46:23] </w:t>
      </w:r>
      <w:r>
        <w:t>to achaanak abolish kar diya jaye to bohat sare log be rozgar ho jayenge. us waqt woh kahan khapenge? woh log achaanak bohat se log be rozgar ho jayenge.</w:t>
      </w:r>
    </w:p>
    <w:p>
      <w:pPr>
        <w:jc w:val="right"/>
      </w:pPr>
      <w:r>
        <w:t>تو اچانک ابالش کر دیا جائے تو بہت سارے لوگ بے روزگار ہو جائیں گے۔ اس وقت وہ کہاں کھپیں گے؟ وہ لوگ اچانک بہت سے لوگ بے روزگار ہو جائیں گے۔</w:t>
      </w:r>
    </w:p>
    <w:p>
      <w:r>
        <w:rPr>
          <w:b/>
        </w:rPr>
        <w:t xml:space="preserve">[46:34] </w:t>
      </w:r>
      <w:r>
        <w:t>is liye islam ne is ko gradual tareeqay se khatam kiya. ek arab ne bohat acha likha hai. ek un ka main ne parha, un ki ek kitaab hai,</w:t>
      </w:r>
    </w:p>
    <w:p>
      <w:pPr>
        <w:jc w:val="right"/>
      </w:pPr>
      <w:r>
        <w:t>اس لیے اسلام نے اس کو گریجول طریقے سے ختم کیا۔ ایک عرب نے بہت اچھا لکھا ہے۔ ایک ان کا میں نے پڑھا، ان کی ایک کتاب ہے،</w:t>
      </w:r>
    </w:p>
    <w:p>
      <w:r>
        <w:rPr>
          <w:b/>
        </w:rPr>
        <w:t xml:space="preserve">[46:44] </w:t>
      </w:r>
      <w:r>
        <w:t>woh mushkilat al quran is ka naam hai ke islam ne slavery ke maamle mein ek form jo usool ikhtiyar kiya, woh yeh tha ke tazyiq al madkhal</w:t>
      </w:r>
    </w:p>
    <w:p>
      <w:pPr>
        <w:jc w:val="right"/>
      </w:pPr>
      <w:r>
        <w:t>وہ مشکلات القرآن اس کا نام ہے کہ اسلام نے سلیوری کے معاملے میں ایک فارم جو اصول اختیار کیا، وہ یہ تھا کہ تضیق المدخل</w:t>
      </w:r>
    </w:p>
    <w:p>
      <w:r>
        <w:rPr>
          <w:b/>
        </w:rPr>
        <w:t xml:space="preserve">[47:00] </w:t>
      </w:r>
      <w:r>
        <w:t>aur tausee al makhraj, yani gradual tor par yeh karna ke naye slave na banen aur pichlay slave jo hain, woh khatam hote chale, khatam hote chale jayen.</w:t>
      </w:r>
    </w:p>
    <w:p>
      <w:pPr>
        <w:jc w:val="right"/>
      </w:pPr>
      <w:r>
        <w:t>اور توسیع المخرج، یعنی گریجول طور پر یہ کرنا کہ نئے سلیو نہ بنیں اور پچھلے سلیو جو ہیں، وہ ختم ہوتے چلے، ختم ہوتے چلے جائیں۔</w:t>
      </w:r>
    </w:p>
    <w:p>
      <w:r>
        <w:rPr>
          <w:b/>
        </w:rPr>
        <w:t xml:space="preserve">[47:13] </w:t>
      </w:r>
      <w:r>
        <w:t>mukhtalif cheezon mein, maslan kaffara ada karna,</w:t>
      </w:r>
    </w:p>
    <w:p>
      <w:pPr>
        <w:jc w:val="right"/>
      </w:pPr>
      <w:r>
        <w:t>مختلف چیزوں میں، مثلاً کفارہ ادا کرنا،</w:t>
      </w:r>
    </w:p>
    <w:p>
      <w:r>
        <w:rPr>
          <w:b/>
        </w:rPr>
        <w:t xml:space="preserve">[47:16] </w:t>
      </w:r>
      <w:r>
        <w:t>mukhtalif cheezon ko azaad karne ka sawab jo bataya gaya hai waghera. to islam ne yeh tareeqa ikhtiyar kiya ke achaanak khatam na kar ke gradual tor par khatam karna.</w:t>
      </w:r>
    </w:p>
    <w:p>
      <w:pPr>
        <w:jc w:val="right"/>
      </w:pPr>
      <w:r>
        <w:t>مختلف چیزوں کو آزاد کرنے کا ثواب جو بتایا گیا ہے وغیرہ۔ تو اسلام نے یہ طریقہ اختیار کیا کہ اچانک ختم نہ کر کے گریجول طور پر ختم کرنا۔</w:t>
      </w:r>
    </w:p>
    <w:p>
      <w:r>
        <w:rPr>
          <w:b/>
        </w:rPr>
        <w:t xml:space="preserve">[47:28] </w:t>
      </w:r>
      <w:r>
        <w:t>aur woh tareeqa yeh tha ke nayi slavery to band ki gayi, kar di gayi usi waqt, lekin jo already jo slave thay, un ke liye mukhtalif tareeqon se yeh kiya gaya ke dheere dheere, dheere dheere woh azaad ho kar society mein absorb hote chale jayen.</w:t>
      </w:r>
    </w:p>
    <w:p>
      <w:pPr>
        <w:jc w:val="right"/>
      </w:pPr>
      <w:r>
        <w:t>اور وہ طریقہ یہ تھا کہ نئی سلیوری تو بند کی گئی، کر دی گئی اسی وقت، لیکن جو الریڈی جو سلیو تھے، ان کے لیے مختلف طریقوں سے یہ کیا گیا کہ دھیرے دھیرے، دھیرے دھیرے وہ آزاد ہو کر سوسائٹی میں ابزارب ہوتے چلے جائیں۔</w:t>
      </w:r>
    </w:p>
    <w:p>
      <w:r>
        <w:rPr>
          <w:b/>
        </w:rPr>
        <w:t xml:space="preserve">[47:43] </w:t>
      </w:r>
      <w:r>
        <w:t>isi ko unhon ne kaha hai ke woh</w:t>
      </w:r>
    </w:p>
    <w:p>
      <w:pPr>
        <w:jc w:val="right"/>
      </w:pPr>
      <w:r>
        <w:t>اسی کو انہوں نے کہا ہے کہ وہ</w:t>
      </w:r>
    </w:p>
    <w:p>
      <w:r>
        <w:rPr>
          <w:b/>
        </w:rPr>
        <w:t xml:space="preserve">[47:49] </w:t>
      </w:r>
      <w:r>
        <w:t>woh</w:t>
      </w:r>
    </w:p>
    <w:p>
      <w:pPr>
        <w:jc w:val="right"/>
      </w:pPr>
      <w:r>
        <w:t>وہ</w:t>
      </w:r>
    </w:p>
    <w:p>
      <w:r>
        <w:rPr>
          <w:b/>
        </w:rPr>
        <w:t xml:space="preserve">[47:53] </w:t>
      </w:r>
      <w:r>
        <w:t>tazeeq, kya alfaaz hain? sahib, aap ko yaad hai</w:t>
      </w:r>
    </w:p>
    <w:p>
      <w:pPr>
        <w:jc w:val="right"/>
      </w:pPr>
      <w:r>
        <w:t>تضیق، کیا الفاظ ہیں؟ صاحب، آپ کو یاد ہے</w:t>
      </w:r>
    </w:p>
    <w:p>
      <w:r>
        <w:rPr>
          <w:b/>
        </w:rPr>
        <w:t xml:space="preserve">[47:59] </w:t>
      </w:r>
      <w:r>
        <w:t>tazeeq ul makhraj hain, tazeeq ul makhraj, tausee ul madkhal, tazeeq ul makhraj aur tausee ul madkhal, tausee ul madkhal.</w:t>
      </w:r>
    </w:p>
    <w:p>
      <w:pPr>
        <w:jc w:val="right"/>
      </w:pPr>
      <w:r>
        <w:t>؟ تضیق المخرج ہیں، تضیق المخرج، توسیع المدخل، تضیق المخرج اور توسیع المدخل، توسیع المدخل۔</w:t>
      </w:r>
    </w:p>
    <w:p>
      <w:r>
        <w:rPr>
          <w:b/>
        </w:rPr>
        <w:t xml:space="preserve">[48:11] </w:t>
      </w:r>
      <w:r>
        <w:t>yeh bohat bohat sahih hai. main samajhta hoon ke is ko to islam mein yeh ho ke naye slave na banaye jayein aur pichle jo slave hain, jo goya ke un ka rozgar wahi tha kahin, to un ko dheere dheere, dheere dheere khatam kiya jaye aur un ko society mein absorb kar diya jaye.</w:t>
      </w:r>
    </w:p>
    <w:p>
      <w:pPr>
        <w:jc w:val="right"/>
      </w:pPr>
      <w:r>
        <w:t>یہ بہت بہت صحیح ہے۔ میں سمجھتا ہوں کہ اس کو تو اسلام میں یہ ہو کہ نئے سلیو نہ بنائے جائیں اور پچھلے جو سلیو ہیں، جو گویا کہ ان کا روزگار وہی تھا کہیں، تو ان کو دھیرے دھیرے، دھیرے دھیرے ختم کیا جائے اور ان کو سوسائٹی میں ابزارب کر دیا جائے۔</w:t>
      </w:r>
    </w:p>
    <w:p>
      <w:r>
        <w:rPr>
          <w:b/>
        </w:rPr>
        <w:t xml:space="preserve">[48:30] </w:t>
      </w:r>
      <w:r>
        <w:t>aaj koi slave banaye to bilkul haram hoga. woh slave bana ab islam mein jaiz nahi hai. jo thay mazi ke, bas woh thay slave. aaj aap slave banaye to jaiz nahi hai.</w:t>
      </w:r>
    </w:p>
    <w:p>
      <w:pPr>
        <w:jc w:val="right"/>
      </w:pPr>
      <w:r>
        <w:t>آج کوئی سلیو بنائے تو بالکل حرام ہوگا۔ وہ سلیو بنا اب اسلام میں جائز نہیں ہے۔ جو تھے ماضی کے، بس وہ تھے سلیو۔ آج آپ سلیو بنائیں تو جائز نہیں ہے۔</w:t>
      </w:r>
    </w:p>
    <w:p>
      <w:r>
        <w:rPr>
          <w:b/>
        </w:rPr>
        <w:t xml:space="preserve">[48:44] </w:t>
      </w:r>
      <w:r>
        <w:t>maulana, yeh sawal kiya hai miss sadia ne new delhi se: "christians and jews, you said according to the law of nature, degenerated.</w:t>
      </w:r>
    </w:p>
    <w:p>
      <w:pPr>
        <w:jc w:val="right"/>
      </w:pPr>
      <w:r>
        <w:t>مولانا، یہ سوال کیا ہے مس سعدیہ نے نئی دلی سے: "کرسچنز اینڈ جیوز، یو سیڈ اکارڈنگ ٹو دا لاء اف نیچر، ڈی جنریٹڈ۔</w:t>
      </w:r>
    </w:p>
    <w:p>
      <w:r>
        <w:rPr>
          <w:b/>
        </w:rPr>
        <w:t xml:space="preserve">[48:56] </w:t>
      </w:r>
      <w:r>
        <w:t>would you say that even today, both jews and christians have failed to regenerate their people?"</w:t>
      </w:r>
    </w:p>
    <w:p>
      <w:pPr>
        <w:jc w:val="right"/>
      </w:pPr>
      <w:r>
        <w:t>وڈ یو سے دیٹ ایون ٹوڈے، بوتھ جیوز اینڈ کرسچنز ہیو فیل ٹو ری جنریٹ دیر پیپل؟"</w:t>
      </w:r>
    </w:p>
    <w:p>
      <w:r>
        <w:rPr>
          <w:b/>
        </w:rPr>
        <w:t xml:space="preserve">[49:06] </w:t>
      </w:r>
      <w:r>
        <w:t>haan, un ka woh masle paida nahi hue. hum logon ki jo mission hai, aisa mission kahin nahi hai. yaad rakhiye, nahi nahi, yahudiyon mein nahi, isaiyon mein. un ke haan woh social social kaam hota hai.</w:t>
      </w:r>
    </w:p>
    <w:p>
      <w:pPr>
        <w:jc w:val="right"/>
      </w:pPr>
      <w:r>
        <w:t>ہاں، ان کا وہ مسئلے پیدا نہیں ہوئے۔ ہم لوگوں کی جو مشن ہے، ایسا مشن کہیں نہیں ہے۔ یاد رکھیے، نہیں نہیں، یہودیوں میں نہیں، عیسائیوں میں۔ ان کے ہاں وہ سوشل سوشل کام ہوتا ہے۔</w:t>
      </w:r>
    </w:p>
    <w:p>
      <w:r>
        <w:rPr>
          <w:b/>
        </w:rPr>
        <w:t xml:space="preserve">[49:17] </w:t>
      </w:r>
      <w:r>
        <w:t>sab ke haan, sab ka social kaam hota hai. baqi yeh jo kaam hamare haan ho raha hai,</w:t>
      </w:r>
    </w:p>
    <w:p>
      <w:pPr>
        <w:jc w:val="right"/>
      </w:pPr>
      <w:r>
        <w:t>سب کے ہاں، سب کا سوشل کام ہوتا ہے۔ باقی یہ جو کام ہمارے ہاں ہو رہا ہے،</w:t>
      </w:r>
    </w:p>
    <w:p>
      <w:r>
        <w:rPr>
          <w:b/>
        </w:rPr>
        <w:t xml:space="preserve">[49:25] </w:t>
      </w:r>
      <w:r>
        <w:t>re engineering of mind, yani is original mazhab ko phir se revive karna, yeh to kahin bhi nahi ho raha hai. yeh to Allah taala ne yeh mission jo khara kiya hai, bohat unique hai.</w:t>
      </w:r>
    </w:p>
    <w:p>
      <w:pPr>
        <w:jc w:val="right"/>
      </w:pPr>
      <w:r>
        <w:t>ری انجینئرنگ اف مائنڈ، یعنی اس اوریجنل مذہب کو پھر سے ریوائیو کرنا، یہ تو کہیں بھی نہیں ہو رہا ہے۔ یہ تو اللہ تعالی نے یہ مشن جو کھڑا کیا ہے، بہت یونیک ہے۔</w:t>
      </w:r>
    </w:p>
    <w:p>
      <w:r>
        <w:rPr>
          <w:b/>
        </w:rPr>
        <w:t xml:space="preserve">[49:39] </w:t>
      </w:r>
      <w:r>
        <w:t>na aisa mission mission musalmanon mein kahin hai, na yahudiyon mein hai, na isaiyon mein hai. aap log shukr karna chahiye ke aap log is se jure aur aap logon ke zamane mein yeh mission khara hua.</w:t>
      </w:r>
    </w:p>
    <w:p>
      <w:pPr>
        <w:jc w:val="right"/>
      </w:pPr>
      <w:r>
        <w:t>نہ ایسا مشن مشن مسلمانوں میں کہیں ہے، نہ یہودیوں میں ہے، نہ عیسائیوں میں ہے۔ آپ لوگ شکر کرنا چاہیے کہ آپ لوگ اس سے جڑے اور آپ لوگوں کے زمانے میں یہ مشن کھڑا ہوا۔</w:t>
      </w:r>
    </w:p>
    <w:p>
      <w:r>
        <w:rPr>
          <w:b/>
        </w:rPr>
        <w:t xml:space="preserve">[49:52] </w:t>
      </w:r>
      <w:r>
        <w:t>warna yeh to is ke, is ke, yani sare muslim dunya mein jo hai, kuch tha hi nahi. siwa andhere, andhere, andhere ke christian aur yahudiyon ki bhi kuch bhi nahi thi.</w:t>
      </w:r>
    </w:p>
    <w:p>
      <w:pPr>
        <w:jc w:val="right"/>
      </w:pPr>
      <w:r>
        <w:t>ورنہ یہ تو اس کے، اس کے، یعنی سارے مسلم دنیا میں جو ہے، کچھ تھا ہی نہیں۔ سوا اندھیرے، اندھیرے، اندھیرے کے کرسچن اور یہودیوں کی بھی کچھ بھی نہیں تھی۔</w:t>
      </w:r>
    </w:p>
    <w:p>
      <w:r>
        <w:rPr>
          <w:b/>
        </w:rPr>
        <w:t xml:space="preserve">[50:05] </w:t>
      </w:r>
      <w:r>
        <w:t>political tehreekein un ke haan hain aur</w:t>
      </w:r>
    </w:p>
    <w:p>
      <w:pPr>
        <w:jc w:val="right"/>
      </w:pPr>
      <w:r>
        <w:t>پولیٹیکل تحریکیں ان کے ہاں ہیں اور</w:t>
      </w:r>
    </w:p>
    <w:p>
      <w:r>
        <w:rPr>
          <w:b/>
        </w:rPr>
        <w:t xml:space="preserve">[50:08] </w:t>
      </w:r>
      <w:r>
        <w:t>social kaam hain aur doosre doosre kaam hain. yeh yeh jo revival hai, yeh to yeh to aaj kahin bhi nahi, kahin bhi nahi hai.</w:t>
      </w:r>
    </w:p>
    <w:p>
      <w:pPr>
        <w:jc w:val="right"/>
      </w:pPr>
      <w:r>
        <w:t>سوشل کام ہیں اور دوسرے دوسرے کام ہیں۔ یہ یہ جو ریوائیول ہے، یہ تو یہ تو آج کہیں بھی نہیں، کہیں بھی نہیں ہے۔</w:t>
      </w:r>
    </w:p>
    <w:p>
      <w:r>
        <w:rPr>
          <w:b/>
        </w:rPr>
        <w:t xml:space="preserve">[50:23] </w:t>
      </w:r>
      <w:r>
        <w:t>maulana, yeh sawal kiya hai mister muhammad tauqeer alam ne muzaffarpur se. unhon ne poocha hai: "what is the meaning of masjid?" is ke bare mein batayein.</w:t>
      </w:r>
    </w:p>
    <w:p>
      <w:pPr>
        <w:jc w:val="right"/>
      </w:pPr>
      <w:r>
        <w:t>مولانا، یہ سوال کیا ہے مسٹر محمد توقیر عالم نے مظفرپور سے۔ انہوں نے پوچھا ہے: "واٹ از دا میننگ اف مسجد؟" اس کے بارے میں بتائیں۔</w:t>
      </w:r>
    </w:p>
    <w:p>
      <w:r>
        <w:rPr>
          <w:b/>
        </w:rPr>
        <w:t xml:space="preserve">[50:38] </w:t>
      </w:r>
      <w:r>
        <w:t>dekhein, masjid ke literal meaning to hai sajda karne ki jagah ya ibadat karne ki jagah. jahan namaz padhi jaye, woh masjid hai aur namaz to sari zameen par padhi ja sakti hai.</w:t>
      </w:r>
    </w:p>
    <w:p>
      <w:pPr>
        <w:jc w:val="right"/>
      </w:pPr>
      <w:r>
        <w:t>دیکھیں، مسجد کے لٹرل میننگ تو ہے سجدہ کرنے کی جگہ یا عبادت کرنے کی جگہ۔ جہاں نماز پڑھی جائے، وہ مسجد ہے اور نماز تو ساری زمین پر پڑھی جا سکتی ہے۔</w:t>
      </w:r>
    </w:p>
    <w:p>
      <w:r>
        <w:rPr>
          <w:b/>
        </w:rPr>
        <w:t xml:space="preserve">[50:55] </w:t>
      </w:r>
      <w:r>
        <w:t>ek lehaz se sari masjid, sari zameen hi masjid hai.</w:t>
      </w:r>
    </w:p>
    <w:p>
      <w:pPr>
        <w:jc w:val="right"/>
      </w:pPr>
      <w:r>
        <w:t>ایک لحاظ سے ساری مسجد، ساری زمین ہی مسجد ہے۔</w:t>
      </w:r>
    </w:p>
    <w:p>
      <w:r>
        <w:rPr>
          <w:b/>
        </w:rPr>
        <w:t xml:space="preserve">[51:00] </w:t>
      </w:r>
      <w:r>
        <w:t>aur jo masjid banayi jati hai, us ke bare mein hadith mein aata hai ke "al masajid buyoot ul muttaqeen" masjidein muttaqiyon ka ghar hain, yani Allah se darne walon ka ghar hai.</w:t>
      </w:r>
    </w:p>
    <w:p>
      <w:pPr>
        <w:jc w:val="right"/>
      </w:pPr>
      <w:r>
        <w:t>اور جو مسجد بنائی جاتی ہے، اس کے بارے میں حدیث میں آتا ہے کہ "المساجد بیوت المتقین" مسجدیں متقیوں کا گھر ہیں، یعنی اللہ سے ڈرنے والوں کا گھر ہے۔</w:t>
      </w:r>
    </w:p>
    <w:p>
      <w:r>
        <w:rPr>
          <w:b/>
        </w:rPr>
        <w:t xml:space="preserve">[51:14] </w:t>
      </w:r>
      <w:r>
        <w:t>"al masajid buyoot ul muttaqeen" aaj kal kya hai? aaj kal yeh hoga "al masajid buyoot ul siyaseen".</w:t>
      </w:r>
    </w:p>
    <w:p>
      <w:pPr>
        <w:jc w:val="right"/>
      </w:pPr>
      <w:r>
        <w:t>"المساجد بیوت المتقین" آج کل کیا ہے؟ آج کل یہ ہوگا "المساجد بیوت سیاسیین"۔</w:t>
      </w:r>
    </w:p>
    <w:p>
      <w:r>
        <w:rPr>
          <w:b/>
        </w:rPr>
        <w:t xml:space="preserve">[51:21] </w:t>
      </w:r>
      <w:r>
        <w:t>aaj kal yeh ho gaya har jagah, india mein bhi aur arab dunya mein bhi, pakistan mein har jagah "al masajid buyoot ul siyaseen" yani siyasat pasand log, siyasi leader logon ka markaz ban gaya aur takhliyan karein ge jazbat ke andaz ke logon ko bharkayein ge.</w:t>
      </w:r>
    </w:p>
    <w:p>
      <w:pPr>
        <w:jc w:val="right"/>
      </w:pPr>
      <w:r>
        <w:t>آج کل یہ ہو گیا ہر جگہ، انڈیا میں بھی اور عرب دنیا میں بھی، پاکستان میں ہر جگہ "المساجد بیوت سیاسیین" یعنی سیاست پسند لوگ، سیاسی لیڈر لوگوں کا مرکز بن گیا اور تخلیاں کریں گے جذبات کے انداز کے لوگوں کو بھڑکائیں گے۔</w:t>
      </w:r>
    </w:p>
    <w:p>
      <w:r>
        <w:rPr>
          <w:b/>
        </w:rPr>
        <w:t xml:space="preserve">[51:37] </w:t>
      </w:r>
      <w:r>
        <w:t>yeh to is is ka misuse hai, yani mazhab ko yeh mazhab masjid ka misuse hai. "al masajid buyoot ul muttaqeen" yani masjid ke andar kya hai?</w:t>
      </w:r>
    </w:p>
    <w:p>
      <w:pPr>
        <w:jc w:val="right"/>
      </w:pPr>
      <w:r>
        <w:t>یہ تو اس اس کا مس یوز ہے، یعنی مذہب کو یہ مذہب مسجد کا مس یوز ہے۔ "المساجد بیوت المتقین" یعنی مسجد کے اندر کیا ہے؟</w:t>
      </w:r>
    </w:p>
    <w:p>
      <w:r>
        <w:rPr>
          <w:b/>
        </w:rPr>
        <w:t xml:space="preserve">[51:50] </w:t>
      </w:r>
      <w:r>
        <w:t>aakhirat ki baat ho, jannat</w:t>
      </w:r>
    </w:p>
    <w:p>
      <w:pPr>
        <w:jc w:val="right"/>
      </w:pPr>
      <w:r>
        <w:t>آخرت کی بات ہو، جنت</w:t>
      </w:r>
    </w:p>
    <w:p>
      <w:r>
        <w:rPr>
          <w:b/>
        </w:rPr>
        <w:t xml:space="preserve">[51:51] </w:t>
      </w:r>
      <w:r>
        <w:t>jahannum ki baat ho, accountability ki baat ho aur insaniyat ki baat ho, dawat ki baat ho. baqi yeh jo siyasat ki baatein hoti hain masjidon mein, yeh to masjid ka misuse hai.</w:t>
      </w:r>
    </w:p>
    <w:p>
      <w:pPr>
        <w:jc w:val="right"/>
      </w:pPr>
      <w:r>
        <w:t>جہنم کی بات ہو، اکاؤنٹیبلٹی کی بات ہو اور انسانیت کی بات ہو، دعوت کی بات ہو۔ باقی یہ جو سیاست کی باتیں ہوتی ہیں مسجدوں میں، یہ تو مسجد کا مس یوز ہے۔</w:t>
      </w:r>
    </w:p>
    <w:p>
      <w:r>
        <w:rPr>
          <w:b/>
        </w:rPr>
        <w:t xml:space="preserve">[52:08] </w:t>
      </w:r>
      <w:r>
        <w:t>maulana, yeh sawal miss mehreen ne kiya hai delhi se. unhon ne likha hai: "islam char panch firqon mein kaise bat gaya jabke prophet of islam ki wafat ke baad sahaba prophet ke bataye hue raste par chalte aaye?</w:t>
      </w:r>
    </w:p>
    <w:p>
      <w:pPr>
        <w:jc w:val="right"/>
      </w:pPr>
      <w:r>
        <w:t>مولانا، یہ سوال مس مہرین نے کیا ہے دلی سے۔ انہوں نے لکھا ہے: "اسلام چار پانچ فرقوں میں کیسے بٹ گیا جبکہ پرافٹ اف اسلام کی وفات کے بعد صحابہ پرافٹ کے بتائے ہوئے راستے پر چلتے آئے؟</w:t>
      </w:r>
    </w:p>
    <w:p>
      <w:r>
        <w:rPr>
          <w:b/>
        </w:rPr>
        <w:t xml:space="preserve">[52:26] </w:t>
      </w:r>
      <w:r>
        <w:t>aaj ke samay mein jo muslim sahih hadith se door hain aur bidat karte hain, unhein kaise roka jaye jab woh hamare baat manne se inkar karein aur yeh jawab dein ke aaj ke time mein bahut se nayi nayi hadisein nikal rahi hain jo ke galat hain?" is ke bare mein bataein.</w:t>
      </w:r>
    </w:p>
    <w:p>
      <w:pPr>
        <w:jc w:val="right"/>
      </w:pPr>
      <w:r>
        <w:t>آج کے سمے میں جو مسلم صحیح حدیث سے دور ہیں اور بدعت کرتے ہیں، انہیں کیسے روکا جائے جب وہ ہمارے بات ماننے سے انکار کریں اور یہ جواب دیں کہ آج کے ٹائم میں بہت سے نئی نئی حدیثیں نکل رہی ہیں جو کہ غلط ہیں؟" اس کے بارے میں بتائیں۔</w:t>
      </w:r>
    </w:p>
    <w:p>
      <w:r>
        <w:rPr>
          <w:b/>
        </w:rPr>
        <w:t xml:space="preserve">[52:48] </w:t>
      </w:r>
      <w:r>
        <w:t>dekhein, yeh aap yeh yahan mein detail nahi bata sakta. meri ek kitab hai, is ka naam hai "tajdeed deen". is mein aap is ki tafseel padh lijeye.</w:t>
      </w:r>
    </w:p>
    <w:p>
      <w:pPr>
        <w:jc w:val="right"/>
      </w:pPr>
      <w:r>
        <w:t>دیکھیں، یہ آپ یہ یہاں میں ڈیٹیل نہیں بتا سکتا۔ میری ایک کتاب ہے، اس کا نام ہے "تجدید دین"۔ اس میں آپ اس کی تفصیل پڑھ لیجئے۔</w:t>
      </w:r>
    </w:p>
    <w:p>
      <w:r>
        <w:rPr>
          <w:b/>
        </w:rPr>
        <w:t xml:space="preserve">[52:59] </w:t>
      </w:r>
      <w:r>
        <w:t>yeh chaaron jo woh bane hain, fiqhi school, is ki haqeeqat kya hai? is mein aap is ko pa sakte hain. is ka naam hai kitab ka, yeh kitab ka naam hai.</w:t>
      </w:r>
    </w:p>
    <w:p>
      <w:pPr>
        <w:jc w:val="right"/>
      </w:pPr>
      <w:r>
        <w:t>یہ چاروں جو وہ بنے ہیں، فقہی سکول، اس کی حقیقت کیا ہے؟ اس میں آپ اس کو پا سکتے ہیں۔ اس کا نام ہے کتاب کا، یہ کتاب کا نام ہے۔</w:t>
      </w:r>
    </w:p>
    <w:p>
      <w:r>
        <w:rPr>
          <w:b/>
        </w:rPr>
        <w:t xml:space="preserve">[53:10] </w:t>
      </w:r>
      <w:r>
        <w:t>ji ji, "tajdeed deen". is ko aap padhiye, is mein sari baat aap ko mil jayegi.</w:t>
      </w:r>
    </w:p>
    <w:p>
      <w:pPr>
        <w:jc w:val="right"/>
      </w:pPr>
      <w:r>
        <w:t>جی جی، "تجدید دین"۔ اس کو آپ پڑھیے، اس میں ساری بات آپ کو مل جائے گی۔</w:t>
      </w:r>
    </w:p>
    <w:p>
      <w:r>
        <w:rPr>
          <w:b/>
        </w:rPr>
        <w:t xml:space="preserve">[53:19] </w:t>
      </w:r>
      <w:r>
        <w:t>maulana, in ka ek aur sawal hai. woh pooch rahi hain ke "ghair muslim ko dawat dene ka sahi tareeqa kya hai?"</w:t>
      </w:r>
    </w:p>
    <w:p>
      <w:pPr>
        <w:jc w:val="right"/>
      </w:pPr>
      <w:r>
        <w:t>مولانا، ان کا ایک اور سوال ہے۔ وہ پوچھ رہی ہیں کہ "غیر مسلم کو دعوت دینے کا صحیح طریقہ کیا ہے؟"</w:t>
      </w:r>
    </w:p>
    <w:p>
      <w:r>
        <w:rPr>
          <w:b/>
        </w:rPr>
        <w:t xml:space="preserve">[53:28] </w:t>
      </w:r>
      <w:r>
        <w:t>sahi tareeqa hai un ke khair khwah ban jaiye. yeh jab maa khair khwah hoti hai apne bete ki to kya beta koi maa ja ke poochti hai mohalle mein ke bhai mein kya karoon bete ke liye?</w:t>
      </w:r>
    </w:p>
    <w:p>
      <w:pPr>
        <w:jc w:val="right"/>
      </w:pPr>
      <w:r>
        <w:t>صحیح طریقہ ہے ان کے خیر خواہ بن جائیے۔ یہ جب ماں خیر خواہ ہوتی ہے اپنے بیٹے کی تو کیا بیٹا کوئی ماں جا کے پوچھتی ہے محلے میں کہ بھئی میں کیا کروں بیٹے کے لیے؟</w:t>
      </w:r>
    </w:p>
    <w:p>
      <w:r>
        <w:rPr>
          <w:b/>
        </w:rPr>
        <w:t xml:space="preserve">[53:42] </w:t>
      </w:r>
      <w:r>
        <w:t>kya koi maa aisi dekhi hai aap ne ke beta paida ho to mohalle mein ghoome? are bhai, mera beta paida hua hai, batao mein mujhe kya karna hai?</w:t>
      </w:r>
    </w:p>
    <w:p>
      <w:pPr>
        <w:jc w:val="right"/>
      </w:pPr>
      <w:r>
        <w:t>کیا کوئی ماں ایسی دیکھی ہے آپ نے کہ بیٹا پیدا ہو تو محلے میں گھومے؟ ارے بھائی، میرا بیٹا پیدا ہوا ہے، بتاؤ میں مجھے کیا کرنا ہے؟</w:t>
      </w:r>
    </w:p>
    <w:p>
      <w:r>
        <w:rPr>
          <w:b/>
        </w:rPr>
        <w:t xml:space="preserve">[53:51] </w:t>
      </w:r>
      <w:r>
        <w:t>maa ki mohabbat, maa ki khair khwahi apne aap mein batati hai ke use kya karna hai. to dawat jo hai, kahan se shuru hoti hai?</w:t>
      </w:r>
    </w:p>
    <w:p>
      <w:pPr>
        <w:jc w:val="right"/>
      </w:pPr>
      <w:r>
        <w:t>ماں کی محبت، ماں کی خیر خواہی اپنے آپ میں بتاتی ہے کہ اسے کیا کرنا ہے۔ تو دعوت جو ہے، کہاں سے شروع ہوتی ہے؟</w:t>
      </w:r>
    </w:p>
    <w:p>
      <w:r>
        <w:rPr>
          <w:b/>
        </w:rPr>
        <w:t xml:space="preserve">[53:59] </w:t>
      </w:r>
      <w:r>
        <w:t>yaad rakhiye, khair khwahi se, mohabbat se shuru hoti hai. logon ko mohabbat hi nahi to dawat kya denge woh?</w:t>
      </w:r>
    </w:p>
    <w:p>
      <w:pPr>
        <w:jc w:val="right"/>
      </w:pPr>
      <w:r>
        <w:t>یاد رکھیے، خیر خواہی سے، محبت سے شروع ہوتی ہے۔ لوگوں کو محبت ہی نہیں تو دعوت کیا دیں گے وہ؟</w:t>
      </w:r>
    </w:p>
    <w:p>
      <w:r>
        <w:rPr>
          <w:b/>
        </w:rPr>
        <w:t xml:space="preserve">[54:09] </w:t>
      </w:r>
      <w:r>
        <w:t>"ani lakum nasih" quran mein aata hai ke mein tumhara khair khwah hoon. to maa khair khwah hoti hai, is liye woh jaan leti hai ke mujhe kya karna hai apne bete ke bare mein.</w:t>
      </w:r>
    </w:p>
    <w:p>
      <w:pPr>
        <w:jc w:val="right"/>
      </w:pPr>
      <w:r>
        <w:t>"انی لکم ناصح" قرآن میں آتا ہے کہ میں تمہارا خیر خواہ ہوں۔ تو ماں خیر خواہ ہوتی ہے، اس لیے وہ جان لیتی ہے کہ مجھے کیا کرنا ہے اپنے بیٹے کے بارے میں۔</w:t>
      </w:r>
    </w:p>
    <w:p>
      <w:r>
        <w:rPr>
          <w:b/>
        </w:rPr>
        <w:t xml:space="preserve">[54:20] </w:t>
      </w:r>
      <w:r>
        <w:t>muslim khair khwahi nahi hai doosron ke to kya jaane ke kya karna hai woh?</w:t>
      </w:r>
    </w:p>
    <w:p>
      <w:pPr>
        <w:jc w:val="right"/>
      </w:pPr>
      <w:r>
        <w:t>مسلمان خیر خواہی نہیں ہے دوسروں کے تو کیا جانے کہ کیا کرنا ہے وہ؟</w:t>
      </w:r>
    </w:p>
    <w:p>
      <w:r>
        <w:rPr>
          <w:b/>
        </w:rPr>
        <w:t xml:space="preserve">[54:28] </w:t>
      </w:r>
      <w:r>
        <w:t>to sab se pehli jo cheez darkar hai, woh yeh hai ke aap...</w:t>
      </w:r>
    </w:p>
    <w:p>
      <w:pPr>
        <w:jc w:val="right"/>
      </w:pPr>
      <w:r>
        <w:t>تو سب سے پہلی جو چیز درکار ہے، وہ یہ ہے کہ آپ...</w:t>
      </w:r>
    </w:p>
    <w:p>
      <w:r>
        <w:rPr>
          <w:b/>
        </w:rPr>
        <w:t xml:space="preserve">[54:36] </w:t>
      </w:r>
      <w:r>
        <w:t>mein ek martaba wahan gaya tha bhopal to ek naujawan ne kaha ke aap dawat ki baatein karte hain.</w:t>
      </w:r>
    </w:p>
    <w:p>
      <w:pPr>
        <w:jc w:val="right"/>
      </w:pPr>
      <w:r>
        <w:t>میں ایک مرتبہ وہاں گیا تھا بھوپال تو ایک نوجوان نے کہا کہ آپ دعوت کی باتیں کرتے ہیں۔</w:t>
      </w:r>
    </w:p>
    <w:p>
      <w:r>
        <w:rPr>
          <w:b/>
        </w:rPr>
        <w:t xml:space="preserve">[54:44] </w:t>
      </w:r>
      <w:r>
        <w:t>dawat to sab hi baat karte hain, sabhi log dawat ka kaam karte hain. to aap dawat dawat karte hain, taaza taaza. mein ne kaha aap ne dawat ko samjha nahi.</w:t>
      </w:r>
    </w:p>
    <w:p>
      <w:pPr>
        <w:jc w:val="right"/>
      </w:pPr>
      <w:r>
        <w:t>دعوت تو سب ہی بات کرتے ہیں، سبھی لوگ دعوت کا کام کرتے ہیں۔ تو آپ دعوت دعوت کرتے ہیں، تازہ تازہ۔ میں نے کہا آپ نے دعوت کو سمجھا نہیں۔</w:t>
      </w:r>
    </w:p>
    <w:p>
      <w:r>
        <w:rPr>
          <w:b/>
        </w:rPr>
        <w:t xml:space="preserve">[54:55] </w:t>
      </w:r>
      <w:r>
        <w:t>dawat ko aap samajhte hain ke jaise sari taqreerein hoti hain, aise kuch aur taqreerein kar do to dawat ho gayi. to mein us waqt mere dimagh se nikla tha ke mauzu se mohabbat karna padta hai, us ke baad dawat ka aaghaz hota hai.</w:t>
      </w:r>
    </w:p>
    <w:p>
      <w:pPr>
        <w:jc w:val="right"/>
      </w:pPr>
      <w:r>
        <w:t>دعوت کو آپ سمجھتے ہیں کہ جیسے ساری تقریریں ہوتی ہیں، ایسے کچھ اور تقریریں کر دو تو دعوت ہو گئی۔ تو میں اس وقت میرے دماغ سے نکلا تھا کہ موضوع سے محبت کرنا پڑتا ہے، اس کے بعد دعوت کا آغاز ہوتا ہے۔</w:t>
      </w:r>
    </w:p>
    <w:p>
      <w:r>
        <w:rPr>
          <w:b/>
        </w:rPr>
        <w:t xml:space="preserve">[55:11] </w:t>
      </w:r>
      <w:r>
        <w:t>mauzu se mohabbat karna hota hai, mauzu se mohabbat karna padta hai, us ke baad dawat ka aaghaz hota hai.</w:t>
      </w:r>
    </w:p>
    <w:p>
      <w:pPr>
        <w:jc w:val="right"/>
      </w:pPr>
      <w:r>
        <w:t>موضوع سے محبت کرنا ہوتا ہے، موضوع سے محبت کرنا پڑتا ہے، اس کے بعد دعوت کا آغاز ہوتا ہے۔</w:t>
      </w:r>
    </w:p>
    <w:p>
      <w:r>
        <w:rPr>
          <w:b/>
        </w:rPr>
        <w:t xml:space="preserve">[55:19] </w:t>
      </w:r>
      <w:r>
        <w:t>to logon ko mohabbat to hai hi nahi aur dawat ki baatein karte hain. yaad rakhiye, mauzu se aap ko wahi mohabbat karni padegi jo maa ko apne bete se hoti hai.</w:t>
      </w:r>
    </w:p>
    <w:p>
      <w:pPr>
        <w:jc w:val="right"/>
      </w:pPr>
      <w:r>
        <w:t>تو لوگوں کو محبت تو ہے ہی نہیں اور دعوت کی باتیں کرتے ہیں۔ یاد رکھیے، موضوع سے آپ کو وہی محبت کرنی پڑے گی جو ماں کو اپنے بیٹے سے ہوتی ہے۔</w:t>
      </w:r>
    </w:p>
    <w:p>
      <w:r>
        <w:rPr>
          <w:b/>
        </w:rPr>
        <w:t xml:space="preserve">[55:31] </w:t>
      </w:r>
      <w:r>
        <w:t>yaad rakhiye, is se kam agar aap ka ta'alluq hai to aap</w:t>
      </w:r>
    </w:p>
    <w:p>
      <w:pPr>
        <w:jc w:val="right"/>
      </w:pPr>
      <w:r>
        <w:t>یاد رکھیے، اس سے کم اگر آپ کا تعلق ہے تو آپ</w:t>
      </w:r>
    </w:p>
    <w:p>
      <w:r>
        <w:rPr>
          <w:b/>
        </w:rPr>
        <w:t xml:space="preserve">[55:37] </w:t>
      </w:r>
      <w:r>
        <w:t>ko dawat ka naam nahi lena chahiye. dawat ka naam nahi lena chahiye. aap yeh is ko quran majeed mein kaha gaya hai ke "yuhbbuun yuhmad bima lam yaf'aluu" yani aise kaam ka credit lena jis ko aadmi ne kiya hi nahi.</w:t>
      </w:r>
    </w:p>
    <w:p>
      <w:pPr>
        <w:jc w:val="right"/>
      </w:pPr>
      <w:r>
        <w:t>کو دعوت کا نام نہیں لینا چاہیے۔ دعوت کا نام نہیں لینا چاہیے۔ آپ یہ اس کو قرآن مجید میں کہا گیا ہے کہ "یحبون یحمد بما لم یفعلوا" یعنی ایسے کام کا کریڈٹ لینا جس کو آدمی نے کیا ہی نہیں۔</w:t>
      </w:r>
    </w:p>
    <w:p>
      <w:r>
        <w:rPr>
          <w:b/>
        </w:rPr>
        <w:t xml:space="preserve">[55:55] </w:t>
      </w:r>
      <w:r>
        <w:t>to dawat to di nahi aur is ka credit lena chahte hain dawat ka. to yaad rakhiye, agar aap ko dawat ka Allah taala ke haan reward lena hai to mauzu se woh mohabbat karna seekhein jo maa ko apne bete se hoti hai.</w:t>
      </w:r>
    </w:p>
    <w:p>
      <w:pPr>
        <w:jc w:val="right"/>
      </w:pPr>
      <w:r>
        <w:t>تو دعوت تو دی نہیں اور اس کا کریڈٹ لینا چاہتے ہیں دعوت کا۔ تو یاد رکھیے، اگر آپ کو دعوت کا اللہ تعالی کے ہاں ریوارڈ لینا ہے تو موضوع سے وہ محبت کرنا سیکھیں جو ماں کو اپنے بیٹے سے ہوتی ہے۔</w:t>
      </w:r>
    </w:p>
    <w:p>
      <w:r>
        <w:rPr>
          <w:b/>
        </w:rPr>
        <w:t xml:space="preserve">[56:15] </w:t>
      </w:r>
      <w:r>
        <w:t>nahi to dawat ka inaam aap ko milne wala nahi hai.</w:t>
      </w:r>
    </w:p>
    <w:p>
      <w:pPr>
        <w:jc w:val="right"/>
      </w:pPr>
      <w:r>
        <w:t>نہیں تو دعوت کا انعام آپ کو ملنے والا نہیں ہے۔</w:t>
      </w:r>
    </w:p>
    <w:p>
      <w:r>
        <w:rPr>
          <w:b/>
        </w:rPr>
        <w:t xml:space="preserve">[56:20] </w:t>
      </w:r>
      <w:r>
        <w:t>maulana, yeh sawal miss naghma siddiqui ne kiya hai nayi dilli se. unhon ne poocha hai ke "how can muslims be made to realize that they are not following islamic principles?"</w:t>
      </w:r>
    </w:p>
    <w:p>
      <w:pPr>
        <w:jc w:val="right"/>
      </w:pPr>
      <w:r>
        <w:t>مولانا، یہ سوال مس نغمہ صدیقی نے کیا ہے نئی دلی سے۔ انہوں نے پوچھا ہے کہ "ہاؤ کین مسلمز بی میڈ ٹو ریلائز دیٹ دے آر ناٹ فالونگ اسلامک پرنسپلز؟"</w:t>
      </w:r>
    </w:p>
    <w:p>
      <w:r>
        <w:rPr>
          <w:b/>
        </w:rPr>
        <w:t xml:space="preserve">[56:37] </w:t>
      </w:r>
      <w:r>
        <w:t>kya principle padhiye? "how can muslims be made to realize that they are not following islamic principles?"</w:t>
      </w:r>
    </w:p>
    <w:p>
      <w:pPr>
        <w:jc w:val="right"/>
      </w:pPr>
      <w:r>
        <w:t>کیا پرنسپل پڑھیے؟ "ہاؤ کین مسلمز بی میڈ ٹو ریلائز دیٹ دے آر ناٹ فالونگ اسلامک پرنسپلز؟"</w:t>
      </w:r>
    </w:p>
    <w:p>
      <w:r>
        <w:rPr>
          <w:b/>
        </w:rPr>
        <w:t xml:space="preserve">[56:46] </w:t>
      </w:r>
      <w:r>
        <w:t>bhai, wahi to hum log kar rahe hain. literature phailaiye, risala padhwaiye, kitabein padhwaiye, logon ko samjhaiye.</w:t>
      </w:r>
    </w:p>
    <w:p>
      <w:pPr>
        <w:jc w:val="right"/>
      </w:pPr>
      <w:r>
        <w:t>بھئی، وہی تو ہم لوگ کر رہے ہیں۔ لیٹریچر پھیلائیے، رسالہ پڑھوائیے، کتابیں پڑھوائیے، لوگوں کو سمجھائیے۔</w:t>
      </w:r>
    </w:p>
    <w:p>
      <w:r>
        <w:rPr>
          <w:b/>
        </w:rPr>
        <w:t xml:space="preserve">[56:56] </w:t>
      </w:r>
      <w:r>
        <w:t>yeh to ek lamba process hai, ek lamba process hai.</w:t>
      </w:r>
    </w:p>
    <w:p>
      <w:pPr>
        <w:jc w:val="right"/>
      </w:pPr>
      <w:r>
        <w:t>یہ تو ایک لمبا پروسیس ہے، ایک لمبا پروسیس ہے۔</w:t>
      </w:r>
    </w:p>
    <w:p>
      <w:r>
        <w:rPr>
          <w:b/>
        </w:rPr>
        <w:t xml:space="preserve">[57:07] </w:t>
      </w:r>
      <w:r>
        <w:t>ek majlis mein aap ne umeed kar sakte hain ke woh aadmi samajh lega is baat ko. is ko bohat kuch parhna parega, bohat kuch seekhna parega.</w:t>
      </w:r>
    </w:p>
    <w:p>
      <w:pPr>
        <w:jc w:val="right"/>
      </w:pPr>
      <w:r>
        <w:t>ایک مجلس میں آپ نے امید کر سکتے ہیں کہ وہ آدمی سمجھ لے گا اس بات کو۔ اس کو بہت کچھ پڑھنا پڑے گا، بہت کچھ سیکھنا پڑے گا۔</w:t>
      </w:r>
    </w:p>
    <w:p>
      <w:r>
        <w:rPr>
          <w:b/>
        </w:rPr>
        <w:t xml:space="preserve">[57:16] </w:t>
      </w:r>
      <w:r>
        <w:t>is ke mind ki yani de conditioning karni hogi. har aadmi conditioning ka case hai</w:t>
      </w:r>
    </w:p>
    <w:p>
      <w:pPr>
        <w:jc w:val="right"/>
      </w:pPr>
      <w:r>
        <w:t>اس کے مائنڈ کی یعنی ڈی کنڈیشننگ کرنی ہوگی۔ ہر آدمی کنڈیشننگ کا کیس ہے</w:t>
      </w:r>
    </w:p>
    <w:p>
      <w:r>
        <w:rPr>
          <w:b/>
        </w:rPr>
        <w:t xml:space="preserve">[57:25] </w:t>
      </w:r>
      <w:r>
        <w:t>aur de conditioning ek bohat hi zyada mushkil process hai. jab tak de conditioning na ho jaye, aadmi kuch nahi samjhega.</w:t>
      </w:r>
    </w:p>
    <w:p>
      <w:pPr>
        <w:jc w:val="right"/>
      </w:pPr>
      <w:r>
        <w:t>اور ڈی کنڈیشننگ ایک بہت ہی زیادہ مشکل پروسیس ہے۔ جب تک ڈی کنڈیشننگ نہ ہو جائے، آدمی کچھ نہیں سمجھے گا۔</w:t>
      </w:r>
    </w:p>
    <w:p>
      <w:r>
        <w:rPr>
          <w:b/>
        </w:rPr>
        <w:t xml:space="preserve">[57:36] </w:t>
      </w:r>
      <w:r>
        <w:t>to yeh to ek lamba process hai, ek bohat hi yani bohat bari ek ek ek campaign chalana hai</w:t>
      </w:r>
    </w:p>
    <w:p>
      <w:pPr>
        <w:jc w:val="right"/>
      </w:pPr>
      <w:r>
        <w:t>تو یہ تو ایک لمبا پروسیس ہے، ایک بہت ہی یعنی بہت بڑی ایک ایک ایک کیمپین چلانا ہے</w:t>
      </w:r>
    </w:p>
    <w:p>
      <w:r>
        <w:rPr>
          <w:b/>
        </w:rPr>
        <w:t xml:space="preserve">[57:45] </w:t>
      </w:r>
      <w:r>
        <w:t>aur subah shaam sochna hai, subah shaam isi ke liye ghulna hai, subah shaam isi ke liye planning karna hai. tab ja ke result niklega.</w:t>
      </w:r>
    </w:p>
    <w:p>
      <w:pPr>
        <w:jc w:val="right"/>
      </w:pPr>
      <w:r>
        <w:t>اور صبح شام سوچنا ہے، صبح شام اسی کے لیے گھلنا ہے، صبح شام اسی کے لیے پلاننگ کرنا ہے۔ تب جا کے رزلٹ نکلے گا۔</w:t>
      </w:r>
    </w:p>
    <w:p>
      <w:r>
        <w:rPr>
          <w:b/>
        </w:rPr>
        <w:t xml:space="preserve">[57:55] </w:t>
      </w:r>
      <w:r>
        <w:t>aise result nikalne wala nahi hai.</w:t>
      </w:r>
    </w:p>
    <w:p>
      <w:pPr>
        <w:jc w:val="right"/>
      </w:pPr>
      <w:r>
        <w:t>ایسے رزلٹ نکلنے والا نہیں ہے۔</w:t>
      </w:r>
    </w:p>
    <w:p>
      <w:r>
        <w:rPr>
          <w:b/>
        </w:rPr>
        <w:t xml:space="preserve">[57:59] </w:t>
      </w:r>
      <w:r>
        <w:t>maulana, yeh sawal kiya hai maulana zikwan nadvi ne nai dilli se. unhon ne aap se poocha hai ke kya maujooda musalmanon ko tehreek ke zareeye reform ya change kiya ja sakta hai?</w:t>
      </w:r>
    </w:p>
    <w:p>
      <w:pPr>
        <w:jc w:val="right"/>
      </w:pPr>
      <w:r>
        <w:t>مولانا، یہ سوال کیا ہے مولانا زکوان ندوی نے نئی دلی سے۔ انہوں نے آپ سے پوچھا ہے کہ کیا موجودہ مسلمانوں کو تحریک کے ذریعے ریفارم یا چینج کیا جا سکتا ہے؟</w:t>
      </w:r>
    </w:p>
    <w:p>
      <w:r>
        <w:rPr>
          <w:b/>
        </w:rPr>
        <w:t xml:space="preserve">[58:13] </w:t>
      </w:r>
      <w:r>
        <w:t>kya kisi degenerated ahl-e-kitab community ke bare mein aisa samajhna sahi hai?</w:t>
      </w:r>
    </w:p>
    <w:p>
      <w:pPr>
        <w:jc w:val="right"/>
      </w:pPr>
      <w:r>
        <w:t>کیا کسی ڈی جنریٹڈ اہل کتاب کمیونٹی کے بارے میں ایسا سمجھنا صحیح ہے؟</w:t>
      </w:r>
    </w:p>
    <w:p>
      <w:r>
        <w:rPr>
          <w:b/>
        </w:rPr>
        <w:t xml:space="preserve">[58:20] </w:t>
      </w:r>
      <w:r>
        <w:t>bilkul sahi hai aur quran mein bataya gaya hai. woh kis surah mein hai? sahib, woh jo hai do ayatein quran majeed mein hain ke murda zameen ko khuda zinda karta hai.</w:t>
      </w:r>
    </w:p>
    <w:p>
      <w:pPr>
        <w:jc w:val="right"/>
      </w:pPr>
      <w:r>
        <w:t>بالکل صحیح ہے اور قرآن میں بتایا گیا ہے۔ وہ کس سورہ میں ہے؟ صاحب، وہ جو ہے دو آیتیں قرآن مجید میں ہیں کہ مردہ زمین کو خدا زندہ کرتا ہے۔</w:t>
      </w:r>
    </w:p>
    <w:p>
      <w:r>
        <w:rPr>
          <w:b/>
        </w:rPr>
        <w:t xml:space="preserve">[58:34] </w:t>
      </w:r>
      <w:r>
        <w:t>surah hadid mein hai. surah hadid mein hai. ji. haan.</w:t>
      </w:r>
    </w:p>
    <w:p>
      <w:pPr>
        <w:jc w:val="right"/>
      </w:pPr>
      <w:r>
        <w:t>سورہ حدید میں ہے۔ سورہ حدید میں ہے۔ جی۔ ہاں۔</w:t>
      </w:r>
    </w:p>
    <w:p>
      <w:r>
        <w:rPr>
          <w:b/>
        </w:rPr>
        <w:t xml:space="preserve">[58:41] </w:t>
      </w:r>
      <w:r>
        <w:t>mera sawal is ke bare mein hai maulana ke log yeh samajhte hain ke poori ki poori community ko zinda kiya sakta hai aur yeh samajhte hain ke zara nam hote hain, mitti bohat zyada phir hai zaati.</w:t>
      </w:r>
    </w:p>
    <w:p>
      <w:pPr>
        <w:jc w:val="right"/>
      </w:pPr>
      <w:r>
        <w:t>میرا سوال اس کے بارے میں ہے مولانا کہ لوگ یہ سمجھتے ہیں کہ پوری کی پوری کمیونٹی کو زندہ کیا سکتا ہے اور یہ سمجھتے ہیں کہ ذرا نم ہوتے ہیں، مٹی بہت زیادہ پھر ہے ذاتی۔</w:t>
      </w:r>
    </w:p>
    <w:p>
      <w:r>
        <w:rPr>
          <w:b/>
        </w:rPr>
        <w:t xml:space="preserve">[58:51] </w:t>
      </w:r>
      <w:r>
        <w:t>is ke bare mein.</w:t>
      </w:r>
    </w:p>
    <w:p>
      <w:pPr>
        <w:jc w:val="right"/>
      </w:pPr>
      <w:r>
        <w:t>اس کے بارے میں۔</w:t>
      </w:r>
    </w:p>
    <w:p>
      <w:r>
        <w:rPr>
          <w:b/>
        </w:rPr>
        <w:t xml:space="preserve">[58:53] </w:t>
      </w:r>
      <w:r>
        <w:t>nahi, yeh to paighambar bhi nahi kar sakta ke poori poori community zinda kar de. hazrat musa jo hain, sare yahudiyon ko zinda nahi kar sake. khud rasool Allah salallahu alaihi wasallam jo quraish the ya jo jo wahan arab ke log the, woh ibrahimi ummat apne ko samajhte the.</w:t>
      </w:r>
    </w:p>
    <w:p>
      <w:pPr>
        <w:jc w:val="right"/>
      </w:pPr>
      <w:r>
        <w:t>نہیں، یہ تو پیغمبر بھی نہیں کر سکتا کہ پوری پوری کمیونٹی زندہ کر دے۔ حضرت موسیٰ جو ہیں، سارے یہودیوں کو زندہ نہیں کر سکے۔ خود رسول اللہ صلی اللہ علیہ وسلم جو قریش تھے یا جو جو وہاں عرب کے لوگ تھے، وہ ابراہیمی امت اپنے کو سمجھتے تھے۔</w:t>
      </w:r>
    </w:p>
    <w:p>
      <w:r>
        <w:rPr>
          <w:b/>
        </w:rPr>
        <w:t xml:space="preserve">[59:07] </w:t>
      </w:r>
      <w:r>
        <w:t>to ek ek fard thori ho gaya. dekhiye, islah ka nateeja hamein fard par nikalta hai, ijtima par nahi nikalta. chahe paighambar ka kaam ho ya hamara aap ka kaam ho, kuch fard ki islah ho jayegi</w:t>
      </w:r>
    </w:p>
    <w:p>
      <w:pPr>
        <w:jc w:val="right"/>
      </w:pPr>
      <w:r>
        <w:t>تو ایک ایک فرد تھوڑی ہو گیا۔ دیکھیے، اصلاح کا نتیجہ ہمیں فرد پر نکلتا ہے، اجتماع پر نہیں نکلتا۔ چاہے پیغمبر کا کام ہو یا ہمارا آپ کا کام ہو، کچھ فرد کی اصلاح ہو جائے 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