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Question and Answer 03 May 2009</w:t>
      </w:r>
    </w:p>
    <w:p>
      <w:r>
        <w:t>https://www.youtube.com/watch?v=iwHKsGnU7gg</w:t>
      </w:r>
    </w:p>
    <w:p>
      <w:r>
        <w:rPr>
          <w:b/>
        </w:rPr>
        <w:t xml:space="preserve">[00:12] </w:t>
      </w:r>
      <w:r>
        <w:t>This question is from Dr. Naseem Siddiqui. "A Muslim is very pious, but he has done some sins.</w:t>
      </w:r>
    </w:p>
    <w:p>
      <w:pPr>
        <w:jc w:val="right"/>
      </w:pPr>
      <w:r>
        <w:t>This question is from Dr. Naseem Siddiqui. "A Muslim is very pious, but he has done some sins.</w:t>
      </w:r>
    </w:p>
    <w:p>
      <w:r>
        <w:rPr>
          <w:b/>
        </w:rPr>
        <w:t xml:space="preserve">[00:22] </w:t>
      </w:r>
      <w:r>
        <w:t>Will he go to hell first for some time, and then to paradise? Kindly explain."</w:t>
      </w:r>
    </w:p>
    <w:p>
      <w:pPr>
        <w:jc w:val="right"/>
      </w:pPr>
      <w:r>
        <w:t>Will he go to hell first for some time, and then to paradise? Kindly explain."</w:t>
      </w:r>
    </w:p>
    <w:p>
      <w:r>
        <w:rPr>
          <w:b/>
        </w:rPr>
        <w:t xml:space="preserve">[00:30] </w:t>
      </w:r>
      <w:r>
        <w:t>paradise mein jane ka jo mamla hai woh is se nahi ke koi musalman paida hoga musalman ghar mein. log samajhte hain ke musalman ghar mein paida hoga to bas woh paradise ki likhi hui hai.</w:t>
      </w:r>
    </w:p>
    <w:p>
      <w:pPr>
        <w:jc w:val="right"/>
      </w:pPr>
      <w:r>
        <w:t>پارادائز میں جانے کا جو معاملہ ہے وہ اس سے نہیں کہ کوئی مسلمان پیدا ہوگا مسلمان گھر میں۔ لوگ سمجھتے ہیں کہ مسلمان گھر میں پیدا ہوگا تو بس وہ پارادائز کی لکھی ہوئی ہے۔</w:t>
      </w:r>
    </w:p>
    <w:p>
      <w:r>
        <w:rPr>
          <w:b/>
        </w:rPr>
        <w:t xml:space="preserve">[00:39] </w:t>
      </w:r>
      <w:r>
        <w:t>is tarah to galat baat koi nahi ho sakti hai.</w:t>
      </w:r>
    </w:p>
    <w:p>
      <w:pPr>
        <w:jc w:val="right"/>
      </w:pPr>
      <w:r>
        <w:t>اس طرح تو غلط بات کوئی نہیں ہو سکتی ہے۔</w:t>
      </w:r>
    </w:p>
    <w:p>
      <w:r>
        <w:rPr>
          <w:b/>
        </w:rPr>
        <w:t xml:space="preserve">[00:45] </w:t>
      </w:r>
      <w:r>
        <w:t>har aadmi ke liye ek hi criterion hai ke khuda ki discovery is ko ho, khuda ko woh realize kare jis ko iman kaha gaya hai.</w:t>
      </w:r>
    </w:p>
    <w:p>
      <w:pPr>
        <w:jc w:val="right"/>
      </w:pPr>
      <w:r>
        <w:t>ہر آدمی کے لیے ایک ہی کرائٹیرین ہے کہ خدا کی ڈسکوری اس کو ہو، خدا کو وہ ریلائز کرے جس کو ایمان کہا گیا ہے۔</w:t>
      </w:r>
    </w:p>
    <w:p>
      <w:r>
        <w:rPr>
          <w:b/>
        </w:rPr>
        <w:t xml:space="preserve">[00:58] </w:t>
      </w:r>
      <w:r>
        <w:t>phir woh islam par amal kare jo taleemat is ki hain,</w:t>
      </w:r>
    </w:p>
    <w:p>
      <w:pPr>
        <w:jc w:val="right"/>
      </w:pPr>
      <w:r>
        <w:t>پھر وہ اسلام پر عمل کرے جو تعلیمات اس کی ہیں،</w:t>
      </w:r>
    </w:p>
    <w:p>
      <w:r>
        <w:rPr>
          <w:b/>
        </w:rPr>
        <w:t xml:space="preserve">[01:03] </w:t>
      </w:r>
      <w:r>
        <w:t>jitna is ke bas mein hai. phir jahan tak gunah ki baat hai to gunah ke liye tauba hai. tauba se har ek ki gunah maaf ho jati hai.</w:t>
      </w:r>
    </w:p>
    <w:p>
      <w:pPr>
        <w:jc w:val="right"/>
      </w:pPr>
      <w:r>
        <w:t>جتنا اس کے بس میں ہے۔ پھر جہاں تک گناہ کی بات ہے تو گناہ کے لیے توبہ ہے۔ توبہ سے ہر ایک کی گناہ معاف ہو جاتی ہے۔</w:t>
      </w:r>
    </w:p>
    <w:p>
      <w:r>
        <w:rPr>
          <w:b/>
        </w:rPr>
        <w:t xml:space="preserve">[01:17] </w:t>
      </w:r>
      <w:r>
        <w:t>to agar is ne tauba kiya hai to zahir hai ke Allah taala is ki tauba qabool kar lega. lekin tauba ka matlab lafz service nahi hai. tauba jo hai is ki haqeeqat hai repentance.</w:t>
      </w:r>
    </w:p>
    <w:p>
      <w:pPr>
        <w:jc w:val="right"/>
      </w:pPr>
      <w:r>
        <w:t>تو اگر اس نے توبہ کیا ہے تو ظاہر ہے کہ اللہ تعالی اس کی توبہ قبول کر لے گا۔ لیکن توبہ کا مطلب لفظ سروس نہیں ہے۔ توبہ جو ہے اس کی حقیقت ہے ریپنٹنس۔</w:t>
      </w:r>
    </w:p>
    <w:p>
      <w:r>
        <w:rPr>
          <w:b/>
        </w:rPr>
        <w:t xml:space="preserve">[01:30] </w:t>
      </w:r>
      <w:r>
        <w:t>yani bohat zyada sharmindagi, bohat zyada nadamat.</w:t>
      </w:r>
    </w:p>
    <w:p>
      <w:pPr>
        <w:jc w:val="right"/>
      </w:pPr>
      <w:r>
        <w:t>یعنی بہت زیادہ شرمندگی، بہت زیادہ ندامت۔</w:t>
      </w:r>
    </w:p>
    <w:p>
      <w:r>
        <w:rPr>
          <w:b/>
        </w:rPr>
        <w:t xml:space="preserve">[01:35] </w:t>
      </w:r>
      <w:r>
        <w:t>yeh soch aadmi ke door mein ek bari kya pagal pan kar diya, kya hamakat kar di. to tauba jo hai woh aadmi ki hadith mein aata hai ke "at taubatu nadam" ke tauba ki harkat nadam hai.</w:t>
      </w:r>
    </w:p>
    <w:p>
      <w:pPr>
        <w:jc w:val="right"/>
      </w:pPr>
      <w:r>
        <w:t>یہ سوچ آدمی کے دور میں ایک بڑی کیا پاگل پن کر دیا، کیا حماقت کر دی۔ تو توبہ جو ہے وہ آدمی کی حدیث میں آتا ہے کہ "التوبۃ الندم" کہ توبہ کی حرکت ندم ہے۔</w:t>
      </w:r>
    </w:p>
    <w:p>
      <w:r>
        <w:rPr>
          <w:b/>
        </w:rPr>
        <w:t xml:space="preserve">[01:50] </w:t>
      </w:r>
      <w:r>
        <w:t>tauba ka yeh nahi ke tauba tauba tauba kar de, munh se bol diya.</w:t>
      </w:r>
    </w:p>
    <w:p>
      <w:pPr>
        <w:jc w:val="right"/>
      </w:pPr>
      <w:r>
        <w:t>توبہ کا یہ نہیں کہ توبہ توبہ توبہ کر دے، منہ سے بول دیا۔</w:t>
      </w:r>
    </w:p>
    <w:p>
      <w:r>
        <w:rPr>
          <w:b/>
        </w:rPr>
        <w:t xml:space="preserve">[01:54] </w:t>
      </w:r>
      <w:r>
        <w:t>nadm yani toba ki harkat jo hai woh repentance hai, sharmindagi hai, nadamat hai. jab yeh ho to toba is ka dhal jata hai, is ka jo kuch ghalati hui hai.</w:t>
      </w:r>
    </w:p>
    <w:p>
      <w:pPr>
        <w:jc w:val="right"/>
      </w:pPr>
      <w:r>
        <w:t>ندم یعنی توبہ کی حرکت جو ہے وہ ریپنٹنس ہے، شرمندگی ہے، ندامت ہے۔ جب یہ ہو تو توبہ اس کا دھل جاتا ہے، اس کا جو کچھ غلطی ہوئی ہے۔</w:t>
      </w:r>
    </w:p>
    <w:p>
      <w:r>
        <w:rPr>
          <w:b/>
        </w:rPr>
        <w:t xml:space="preserve">[02:08] </w:t>
      </w:r>
      <w:r>
        <w:t>aur aage na kare woh kaam.</w:t>
      </w:r>
    </w:p>
    <w:p>
      <w:pPr>
        <w:jc w:val="right"/>
      </w:pPr>
      <w:r>
        <w:t>اور آگے نہ کرے وہ کام۔</w:t>
      </w:r>
    </w:p>
    <w:p>
      <w:r>
        <w:rPr>
          <w:b/>
        </w:rPr>
        <w:t xml:space="preserve">[02:13] </w:t>
      </w:r>
      <w:r>
        <w:t>to yeh is baat ko samajh lijiye ke nijat ka talluq yani yeh accident of bus se nahi hai.</w:t>
      </w:r>
    </w:p>
    <w:p>
      <w:pPr>
        <w:jc w:val="right"/>
      </w:pPr>
      <w:r>
        <w:t>تو یہ اس بات کو سمجھ لیجئے کہ نجات کا تعلق یعنی یہ ایکسیڈنٹ آف بس سے نہیں ہے۔</w:t>
      </w:r>
    </w:p>
    <w:p>
      <w:r>
        <w:rPr>
          <w:b/>
        </w:rPr>
        <w:t xml:space="preserve">[02:22] </w:t>
      </w:r>
      <w:r>
        <w:t>is ka talluq is se hai ke islam ki marfat ho aadmi ki, aur is ko is par amal kare. aur jab ghalati ho, gunah ho to woh toba kare.</w:t>
      </w:r>
    </w:p>
    <w:p>
      <w:pPr>
        <w:jc w:val="right"/>
      </w:pPr>
      <w:r>
        <w:t>اس کا تعلق اس سے ہے کہ اسلام کی معرفت ہو آدمی کی، اور اس کو اس پر عمل کرے۔ اور جب غلطی ہو، گناہ ہو تو وہ توبہ کرے۔</w:t>
      </w:r>
    </w:p>
    <w:p>
      <w:r>
        <w:rPr>
          <w:b/>
        </w:rPr>
        <w:t xml:space="preserve">[02:33] </w:t>
      </w:r>
      <w:r>
        <w:t>aur yeh ek process jo zindagi mein chalta rehta hai.</w:t>
      </w:r>
    </w:p>
    <w:p>
      <w:pPr>
        <w:jc w:val="right"/>
      </w:pPr>
      <w:r>
        <w:t>اور یہ ایک پراسیس جو زندگی میں چلتا رہتا ہے۔</w:t>
      </w:r>
    </w:p>
    <w:p>
      <w:r>
        <w:rPr>
          <w:b/>
        </w:rPr>
        <w:t xml:space="preserve">[02:39] </w:t>
      </w:r>
      <w:r>
        <w:t>This question is from Miss Shahida Zaman. "I am confused. Some people say Prophet Muhammad was the representative of God, but in Quran everywhere the word 'messenger' has been mentioned.</w:t>
      </w:r>
    </w:p>
    <w:p>
      <w:pPr>
        <w:jc w:val="right"/>
      </w:pPr>
      <w:r>
        <w:t>This question is from Miss Shahida Zaman۔ "I am confused. Some people say Prophet Muhammad was the representative of God, but in Quran everywhere the word 'messenger' has been mentioned.</w:t>
      </w:r>
    </w:p>
    <w:p>
      <w:r>
        <w:rPr>
          <w:b/>
        </w:rPr>
        <w:t xml:space="preserve">[02:57] </w:t>
      </w:r>
      <w:r>
        <w:t>Kindly clarify."</w:t>
      </w:r>
    </w:p>
    <w:p>
      <w:pPr>
        <w:jc w:val="right"/>
      </w:pPr>
      <w:r>
        <w:t>Kindly clarify."</w:t>
      </w:r>
    </w:p>
    <w:p>
      <w:r>
        <w:rPr>
          <w:b/>
        </w:rPr>
        <w:t xml:space="preserve">[03:00] </w:t>
      </w:r>
      <w:r>
        <w:t>nahi dekhen, representative woh kehte hain urdu mein numainda. to yeh galat baat hai ke rasool Allah Khuda ke numainda thay. Khuda ka numainda koi nahi hota hai.</w:t>
      </w:r>
    </w:p>
    <w:p>
      <w:pPr>
        <w:jc w:val="right"/>
      </w:pPr>
      <w:r>
        <w:t>نہیں دیکھیں، ریپریزنٹیٹیو وہ کہتے ہیں اردو میں نمائندہ۔ تو یہ غلط بات ہے کہ رسول اللہ خدا کے نمائندہ تھے۔ خدا کا نمائندہ کوئی نہیں ہوتا ہے۔</w:t>
      </w:r>
    </w:p>
    <w:p>
      <w:r>
        <w:rPr>
          <w:b/>
        </w:rPr>
        <w:t xml:space="preserve">[03:12] </w:t>
      </w:r>
      <w:r>
        <w:t>Khuda ke rasool thay, rasool ke baray mein messenger. bas</w:t>
      </w:r>
    </w:p>
    <w:p>
      <w:pPr>
        <w:jc w:val="right"/>
      </w:pPr>
      <w:r>
        <w:t>خدا کے رسول تھے، رسول کے بارے میں میسنجر۔ بس</w:t>
      </w:r>
    </w:p>
    <w:p>
      <w:r>
        <w:rPr>
          <w:b/>
        </w:rPr>
        <w:t xml:space="preserve">[03:17] </w:t>
      </w:r>
      <w:r>
        <w:t>jo kehte hain woh un se poochen ke tum kahan se nikalte ho yeh baat? koi hawala do, koi reference do Quran o Hadees mein. to Allah taala ka ek tareeqa hai ke apni hidayat ko bhejny ke liye kisi insaan ko chunta hai woh.</w:t>
      </w:r>
    </w:p>
    <w:p>
      <w:pPr>
        <w:jc w:val="right"/>
      </w:pPr>
      <w:r>
        <w:t>جو کہتے ہیں وہ ان سے پوچھیں کہ تم کہاں سے نکالتے ہو یہ بات؟ کوئی حوالہ دو، کوئی ریفرنس دو قرآن و حدیث میں۔ تو اللہ تعالی کا ایک طریقہ ہے کہ اپنی ہدایت کو بھیجنے کے لیے کسی انسان کو چنتا ہے وہ۔</w:t>
      </w:r>
    </w:p>
    <w:p>
      <w:r>
        <w:rPr>
          <w:b/>
        </w:rPr>
        <w:t xml:space="preserve">[03:34] </w:t>
      </w:r>
      <w:r>
        <w:t>is par woh apni wahi bhejta hai. aur woh logon ko pohanchata hai. to rasool ka sahi jo concept hai islam mein woh hai ke woh Khuda ka messenger hai.</w:t>
      </w:r>
    </w:p>
    <w:p>
      <w:pPr>
        <w:jc w:val="right"/>
      </w:pPr>
      <w:r>
        <w:t>اس پر وہ اپنی وحی بھیجتا ہے۔ اور وہ لوگوں کو پہنچاتا ہے۔ تو رسول کا صحیح جو کانسیپٹ ہے اسلام میں وہ ہے کہ وہ خدا کا میسنجر ہے۔</w:t>
      </w:r>
    </w:p>
    <w:p>
      <w:r>
        <w:rPr>
          <w:b/>
        </w:rPr>
        <w:t xml:space="preserve">[03:51] </w:t>
      </w:r>
      <w:r>
        <w:t>Khuda ki baat</w:t>
      </w:r>
    </w:p>
    <w:p>
      <w:pPr>
        <w:jc w:val="right"/>
      </w:pPr>
      <w:r>
        <w:t>خدا کی بات</w:t>
      </w:r>
    </w:p>
    <w:p>
      <w:r>
        <w:rPr>
          <w:b/>
        </w:rPr>
        <w:t xml:space="preserve">[03:54] </w:t>
      </w:r>
      <w:r>
        <w:t>ko jo farishtay ke zariye aati hai us ko doosron tak pohanchata hai bas. baqi numainda hai yeh ek jis jo sahaba se kehte hain un se poochen ke reference batao is ka.</w:t>
      </w:r>
    </w:p>
    <w:p>
      <w:pPr>
        <w:jc w:val="right"/>
      </w:pPr>
      <w:r>
        <w:t>کو جو فرشتے کے ذریعے آتی ہے اس کو دوسروں تک پہنچاتا ہے بس۔ باقی نمائندہ ہے یہ ایک جس جو صحابہ سے کہتے ہیں ان سے پوچھیں کہ ریفرنس بتاؤ اس کا۔</w:t>
      </w:r>
    </w:p>
    <w:p>
      <w:r>
        <w:rPr>
          <w:b/>
        </w:rPr>
        <w:t xml:space="preserve">[04:03] </w:t>
      </w:r>
      <w:r>
        <w:t>koi reference aisa nahi un ke paas hoga batany ke liye. This</w:t>
      </w:r>
    </w:p>
    <w:p>
      <w:pPr>
        <w:jc w:val="right"/>
      </w:pPr>
      <w:r>
        <w:t>کوئی ریفرنس ایسا نہیں ان کے پاس ہوگا بتانے کے لیے۔ This</w:t>
      </w:r>
    </w:p>
    <w:p>
      <w:r>
        <w:rPr>
          <w:b/>
        </w:rPr>
        <w:t xml:space="preserve">[04:10] </w:t>
      </w:r>
      <w:r>
        <w:t>question is from Miss Tuti. "In the context of دعویٰ work, what role can women play in today's modern world?"</w:t>
      </w:r>
    </w:p>
    <w:p>
      <w:pPr>
        <w:jc w:val="right"/>
      </w:pPr>
      <w:r>
        <w:t>question is from Miss Tuti۔ "In the context of دعویٰ work، what role can women play in today's modern world?"</w:t>
      </w:r>
    </w:p>
    <w:p>
      <w:r>
        <w:rPr>
          <w:b/>
        </w:rPr>
        <w:t xml:space="preserve">[04:22] </w:t>
      </w:r>
      <w:r>
        <w:t>dekhen islam mein jahan tak دعویٰ work ki baat hai to aurat mard ka koi farq nahi hai. ek hi kaam hai jo dono ko karna hai.</w:t>
      </w:r>
    </w:p>
    <w:p>
      <w:pPr>
        <w:jc w:val="right"/>
      </w:pPr>
      <w:r>
        <w:t>دیکھیں اسلام میں جہاں تک دعویٰ work کی بات ہے تو عورت مرد کا کوئی فرق نہیں ہے۔ ایک ہی کام ہے جو دونوں کو کرنا ہے۔</w:t>
      </w:r>
    </w:p>
    <w:p>
      <w:r>
        <w:rPr>
          <w:b/>
        </w:rPr>
        <w:t xml:space="preserve">[04:33] </w:t>
      </w:r>
      <w:r>
        <w:t>apne apne capacity ke mutabiq. jis ki jitni capacity hai</w:t>
      </w:r>
    </w:p>
    <w:p>
      <w:pPr>
        <w:jc w:val="right"/>
      </w:pPr>
      <w:r>
        <w:t>اپنے اپنے کیپیسٹی کے مطابق۔ جس کی جتنی کیپیسٹی ہے</w:t>
      </w:r>
    </w:p>
    <w:p>
      <w:r>
        <w:rPr>
          <w:b/>
        </w:rPr>
        <w:t xml:space="preserve">[04:39] </w:t>
      </w:r>
      <w:r>
        <w:t>hoti hai us ki zimmedari hai. اتقوا الله ما استطعتم to yeh aadmi khud apne aap yani koi aurat ho ya mard woh khud aas paas ya apne halaat ko soch kar</w:t>
      </w:r>
    </w:p>
    <w:p>
      <w:pPr>
        <w:jc w:val="right"/>
      </w:pPr>
      <w:r>
        <w:t>ہوتی ہے اس کی ذمہ داری ہے۔ اتقوا الله ما استطعتم تو یہ آدمی خود اپنے آپ یعنی کوئی عورت ہو یا مرد وہ خود آس پاس یا اپنے حالات کو سوچ کر</w:t>
      </w:r>
    </w:p>
    <w:p>
      <w:r>
        <w:rPr>
          <w:b/>
        </w:rPr>
        <w:t xml:space="preserve">[04:55] </w:t>
      </w:r>
      <w:r>
        <w:t>jaan sakta hai ke main mere bas mein kitna دعویٰ work karna hai. koi bahar se nahi bata sakta aap ko. main is se bhi yeh tay hi kar sakta hoon ke دعویٰ work har aadmi ki, har ek shakhs ki zimmedari hai.</w:t>
      </w:r>
    </w:p>
    <w:p>
      <w:pPr>
        <w:jc w:val="right"/>
      </w:pPr>
      <w:r>
        <w:t>جان سکتا ہے کہ میں میرے بس میں کتنا دعویٰ work کرنا ہے۔ کوئی باہر سے نہیں بتا سکتا آپ کو۔ میں اس سے بھی یہ طے ہی کر سکتا ہوں کہ دعویٰ work ہر آدمی کی، ہر ایک شخص کی ذمہ داری ہے۔</w:t>
      </w:r>
    </w:p>
    <w:p>
      <w:r>
        <w:rPr>
          <w:b/>
        </w:rPr>
        <w:t xml:space="preserve">[05:08] </w:t>
      </w:r>
      <w:r>
        <w:t>yeh farz kifaya nahi hai, yeh farz ain hai. yeh jo log is ko farz kifaya batatay hain woh bilkul galat kehte hain.</w:t>
      </w:r>
    </w:p>
    <w:p>
      <w:pPr>
        <w:jc w:val="right"/>
      </w:pPr>
      <w:r>
        <w:t>یہ فرض کفایہ نہیں ہے، یہ فرض آئین ہے۔ یہ جو لوگ اس کو فرض کفایہ بتاتے ہیں وہ بالکل غلط کہتے ہیں۔</w:t>
      </w:r>
    </w:p>
    <w:p>
      <w:r>
        <w:rPr>
          <w:b/>
        </w:rPr>
        <w:t xml:space="preserve">[05:17] </w:t>
      </w:r>
      <w:r>
        <w:t>har har aadmi ke jis tarah namaz parhna zimmedari hai, us tarah dawat bhi zimmedari hai is ki. baqi yeh hai ke yeh according to the capacity Quran mein saaf saaf hai ke لا يكلف الله نفسا الا وسعها jitna bas mein hai utni hi zimmedari hai.</w:t>
      </w:r>
    </w:p>
    <w:p>
      <w:pPr>
        <w:jc w:val="right"/>
      </w:pPr>
      <w:r>
        <w:t>ہر ہر آدمی کے جس طرح نماز پڑھنا ذمہ داری ہے، اس طرح دعوت بھی ذمہ داری ہے اس کی۔ باقی یہ ہے کہ یہ according to the capacity قرآن میں صاف صاف ہے کہ لا يكلف الله نفسا الا وسعها جتنا بس میں ہے اتنی ہی ذمہ داری ہے۔</w:t>
      </w:r>
    </w:p>
    <w:p>
      <w:r>
        <w:rPr>
          <w:b/>
        </w:rPr>
        <w:t xml:space="preserve">[05:36] </w:t>
      </w:r>
      <w:r>
        <w:t>bas mein kitna hai yeh aadmi khud jaan sakta hai, doosra aadmi nahi bata sakta. to main ne usay ek ek formula banaya hai ke ke one mind one mission, one mind to mission.</w:t>
      </w:r>
    </w:p>
    <w:p>
      <w:pPr>
        <w:jc w:val="right"/>
      </w:pPr>
      <w:r>
        <w:t>بس میں کتنا ہے یہ آدمی خود جان سکتا ہے، دوسرا آدمی نہیں بتا سکتا۔ تو میں نے اسے ایک ایک فارمولا بنایا ہے کہ کہ ون مائنڈ ون مشن، ون مائنڈ ٹو مشن۔</w:t>
      </w:r>
    </w:p>
    <w:p>
      <w:r>
        <w:rPr>
          <w:b/>
        </w:rPr>
        <w:t xml:space="preserve">[05:48] </w:t>
      </w:r>
      <w:r>
        <w:t>ek aadmi woh hai jo apni poori zindagi laga sakta hai, apne aap ko</w:t>
      </w:r>
    </w:p>
    <w:p>
      <w:pPr>
        <w:jc w:val="right"/>
      </w:pPr>
      <w:r>
        <w:t>ایک آدمی وہ ہے جو اپنی پوری زندگی لگا سکتا ہے، اپنے آپ کو</w:t>
      </w:r>
    </w:p>
    <w:p>
      <w:r>
        <w:rPr>
          <w:b/>
        </w:rPr>
        <w:t xml:space="preserve">[05:54] </w:t>
      </w:r>
      <w:r>
        <w:t>poori tarah se dedicate kar sakta hai to woh one mind one mission kaha jayega. aur ek aadmi woh hai ke is tarah apne aap ko dedicate nahi kar sakta to 50 percent woh kare apna, apni jo zindagi ki jo zimmedariyan hain us ko aur 50 percent woh دعویٰ work kare.</w:t>
      </w:r>
    </w:p>
    <w:p>
      <w:pPr>
        <w:jc w:val="right"/>
      </w:pPr>
      <w:r>
        <w:t>پوری طریقے سے ڈیڈیکیٹ کر سکتا ہے تو وہ ون مائنڈ ون مشن کہا جائے گا۔ اور ایک آدمی وہ ہے کہ اس طرح اپنے آپ کو ڈیڈیکیٹ نہیں کر سکتا تو 50 پرسنٹ وہ کرے اپنا، اپنی جو زندگی کی جو ذمہ داریاں ہیں اس کو اور 50 پرسنٹ وہ دعویٰ work کرے۔</w:t>
      </w:r>
    </w:p>
    <w:p>
      <w:r>
        <w:rPr>
          <w:b/>
        </w:rPr>
        <w:t xml:space="preserve">[06:16] </w:t>
      </w:r>
      <w:r>
        <w:t>meri samajh se yahi do sooraten hain. teesri koi soorat mere sath mere paas nahi hai. haan, agar koi shakhs bilkul hi majboor hai, sach poochhiye, kisi wajah se majboor ho gaya hai to us ke liye kya hai?</w:t>
      </w:r>
    </w:p>
    <w:p>
      <w:pPr>
        <w:jc w:val="right"/>
      </w:pPr>
      <w:r>
        <w:t>میری سمجھ سے یہی دو صورتیں ہیں۔ تیسری کوئی صورت میرے ساتھ میرے پاس نہیں ہے۔ ہاں، اگر کوئی شخص بالکل ہی مجبور ہے، سچ پوچھیے، کسی وجہ سے مجبور ہو گیا ہے تو اس کے لیے کیا ہے؟</w:t>
      </w:r>
    </w:p>
    <w:p>
      <w:r>
        <w:rPr>
          <w:b/>
        </w:rPr>
        <w:t xml:space="preserve">[06:29] </w:t>
      </w:r>
      <w:r>
        <w:t>dua karna. kisi ke paas</w:t>
      </w:r>
    </w:p>
    <w:p>
      <w:pPr>
        <w:jc w:val="right"/>
      </w:pPr>
      <w:r>
        <w:t>دعا کرنا۔ کسی کے پاس</w:t>
      </w:r>
    </w:p>
    <w:p>
      <w:r>
        <w:rPr>
          <w:b/>
        </w:rPr>
        <w:t xml:space="preserve">[06:34] </w:t>
      </w:r>
      <w:r>
        <w:t>dua karna is ke liye. is zamane mein daawa work itna aasan hai ke literature mein sab baat aa gayi hai. aap literature rakhiye ho, is ko phailaiye.</w:t>
      </w:r>
    </w:p>
    <w:p>
      <w:pPr>
        <w:jc w:val="right"/>
      </w:pPr>
      <w:r>
        <w:t>دعا کرنا اس کے لیے۔ اس زمانے میں دعویٰ work اتنا آسان ہے کہ لٹریچر میں سب بات آ گئی ہے۔ آپ لٹریچر رکھیے ہو، اس کو پھیلائیے۔</w:t>
      </w:r>
    </w:p>
    <w:p>
      <w:r>
        <w:rPr>
          <w:b/>
        </w:rPr>
        <w:t xml:space="preserve">[06:44] </w:t>
      </w:r>
      <w:r>
        <w:t>is ki zaroorat nahi ke aap speaker hon, aap writer hon. bohat hi aasan hai is zamane mein</w:t>
      </w:r>
    </w:p>
    <w:p>
      <w:pPr>
        <w:jc w:val="right"/>
      </w:pPr>
      <w:r>
        <w:t>اس کی ضرورت نہیں کہ آپ اسپیکر ہوں، آپ رائٹر ہوں۔ بہت ہی آسان ہے اس زمانے میں</w:t>
      </w:r>
    </w:p>
    <w:p>
      <w:r>
        <w:rPr>
          <w:b/>
        </w:rPr>
        <w:t xml:space="preserve">[06:51] </w:t>
      </w:r>
      <w:r>
        <w:t>daawa work karna. literature rakhiye, aap ko do do waraq ke bhi hain, leaflet bhi hain, aur pamphlet bhi hai, kitaab bhi hai, aur jahan jaisa ho waisa phailaiye.</w:t>
      </w:r>
    </w:p>
    <w:p>
      <w:pPr>
        <w:jc w:val="right"/>
      </w:pPr>
      <w:r>
        <w:t>دعویٰ work کرنا۔ لٹریچر رکھیے، آپ کو دو دو ورق کے بھی ہیں، لیفلیٹ بھی ہیں، اور پمفلیٹ بھی ہے، کتاب بھی ہے، اور جہاں جیسا ہو ویسا پھیلائیے۔</w:t>
      </w:r>
    </w:p>
    <w:p>
      <w:r>
        <w:rPr>
          <w:b/>
        </w:rPr>
        <w:t xml:space="preserve">[07:05] </w:t>
      </w:r>
      <w:r>
        <w:t>to kisi ke liye koi excuse nahi raha hai.</w:t>
      </w:r>
    </w:p>
    <w:p>
      <w:pPr>
        <w:jc w:val="right"/>
      </w:pPr>
      <w:r>
        <w:t>تو کسی کے لیے کوئی ایکسکیوز نہیں رہا ہے۔</w:t>
      </w:r>
    </w:p>
    <w:p>
      <w:r>
        <w:rPr>
          <w:b/>
        </w:rPr>
        <w:t xml:space="preserve">[07:08] </w:t>
      </w:r>
      <w:r>
        <w:t>koi excuse nahi hai. ya to aadmi one mind one mission bane ya one mind to mission bane.</w:t>
      </w:r>
    </w:p>
    <w:p>
      <w:pPr>
        <w:jc w:val="right"/>
      </w:pPr>
      <w:r>
        <w:t>کوئی ایکسکیوز نہیں ہے۔ یا تو آدمی ون مائنڈ ون مشن بنے یا ون مائنڈ ٹو مشن بنے۔</w:t>
      </w:r>
    </w:p>
    <w:p>
      <w:r>
        <w:rPr>
          <w:b/>
        </w:rPr>
        <w:t xml:space="preserve">[07:18] </w:t>
      </w:r>
      <w:r>
        <w:t>This question is from Mr. Nafeez Shiraz. kya kisi ghair muslim ko "assalam o alaikum" keh sakte hain ya nahi?</w:t>
      </w:r>
    </w:p>
    <w:p>
      <w:pPr>
        <w:jc w:val="right"/>
      </w:pPr>
      <w:r>
        <w:t>This question is from Mr. Nafeez Shiraz۔ کیا کسی غیر مسلم کو "السلام علیکم" کہہ سکتے ہیں یا نہیں؟</w:t>
      </w:r>
    </w:p>
    <w:p>
      <w:r>
        <w:rPr>
          <w:b/>
        </w:rPr>
        <w:t xml:space="preserve">[07:27] </w:t>
      </w:r>
      <w:r>
        <w:t>aur agar koi ghair muslim "assalam o alaikum" kahe to jawab mein "wa alaikum assalam" keh sakte hain ya nahi? isi tarah kya koi musalman kisi hindu bhai ko namaskar kar sakta hai?</w:t>
      </w:r>
    </w:p>
    <w:p>
      <w:pPr>
        <w:jc w:val="right"/>
      </w:pPr>
      <w:r>
        <w:t>اور اگر کوئی غیر مسلم "السلام علیکم" کہے تو جواب میں "وعلیکم السلام" کہہ سکتے ہیں یا نہیں؟ اسی طرح کیا کوئی مسلمان کسی ہندو بھائی کو نمسکار کر سکتا ہے؟</w:t>
      </w:r>
    </w:p>
    <w:p>
      <w:r>
        <w:rPr>
          <w:b/>
        </w:rPr>
        <w:t xml:space="preserve">[07:41] </w:t>
      </w:r>
      <w:r>
        <w:t>aur agar koi hindu bhai namaskar kare to jawab mein namaskar keh sakte hain ya nahi?</w:t>
      </w:r>
    </w:p>
    <w:p>
      <w:pPr>
        <w:jc w:val="right"/>
      </w:pPr>
      <w:r>
        <w:t>اور اگر کوئی ہندو بھائی نمسکار کرے تو جواب میں نمسکار کہہ سکتے ہیں یا نہیں؟</w:t>
      </w:r>
    </w:p>
    <w:p>
      <w:r>
        <w:rPr>
          <w:b/>
        </w:rPr>
        <w:t xml:space="preserve">[07:48] </w:t>
      </w:r>
      <w:r>
        <w:t>yeh sab bekar ke jhagde hain. hamare bashar mein yeh sab kisi ko hi importance nahi hai. aap namaskar karein un ko tab bhi theek hai, "assalam o alaikum" kahein tab bhi theek hai.</w:t>
      </w:r>
    </w:p>
    <w:p>
      <w:pPr>
        <w:jc w:val="right"/>
      </w:pPr>
      <w:r>
        <w:t>یہ سب بیکار کے جھگڑے ہیں۔ ہمارے بشر میں یہ سب کسی کو ہی امپورٹنس نہیں ہے۔ آپ نمسکار کریں ان کو تب بھی ٹھیک ہے، "السلام علیکم" کہیں تب بھی ٹھیک ہے۔</w:t>
      </w:r>
    </w:p>
    <w:p>
      <w:r>
        <w:rPr>
          <w:b/>
        </w:rPr>
        <w:t xml:space="preserve">[07:59] </w:t>
      </w:r>
      <w:r>
        <w:t>yeh sab bekar ke jhagde hain. yeh asal mein yeh hai ke is zamane mein musalman jo hai woh samajhte hain sab se bari cheez samajh bethe hain identity. woh bilkul hi un islamic hai.</w:t>
      </w:r>
    </w:p>
    <w:p>
      <w:pPr>
        <w:jc w:val="right"/>
      </w:pPr>
      <w:r>
        <w:t>یہ سب بیکار کے جھگڑے ہیں۔ یہ اصل میں یہ ہے کہ اس زمانے میں مسلمان جو ہے وہ سمجھتے ہیں سب سے بڑی چیز سمجھ بیٹھے ہیں آئیڈینٹیٹی۔ وہ بالکل ہی ان اسلامک ہے۔</w:t>
      </w:r>
    </w:p>
    <w:p>
      <w:r>
        <w:rPr>
          <w:b/>
        </w:rPr>
        <w:t xml:space="preserve">[08:11] </w:t>
      </w:r>
      <w:r>
        <w:t>What is identity?</w:t>
      </w:r>
    </w:p>
    <w:p>
      <w:pPr>
        <w:jc w:val="right"/>
      </w:pPr>
      <w:r>
        <w:t>What is identity?</w:t>
      </w:r>
    </w:p>
    <w:p>
      <w:r>
        <w:rPr>
          <w:b/>
        </w:rPr>
        <w:t xml:space="preserve">[08:13] </w:t>
      </w:r>
      <w:r>
        <w:t>sab se bara yeh samajhte hain ke meri musalmanon ki identity, identity hai jo kehte hain shanakht, pehchan, woh baqi rahe. haalankeh islam mein kahin hai hi nahi identity ka concept.</w:t>
      </w:r>
    </w:p>
    <w:p>
      <w:pPr>
        <w:jc w:val="right"/>
      </w:pPr>
      <w:r>
        <w:t>سب سے بڑا یہ سمجھتے ہیں کہ میری مسلمانوں کی آئیڈینٹیٹی، آئیڈینٹیٹی ہے جو کہتے ہیں شناخت، پہچان، وہ باقی رہے۔ حالانکہ اسلام میں کہیں ہے ہی نہیں آئیڈینٹیٹی کا کانسیپٹ۔</w:t>
      </w:r>
    </w:p>
    <w:p>
      <w:r>
        <w:rPr>
          <w:b/>
        </w:rPr>
        <w:t xml:space="preserve">[08:26] </w:t>
      </w:r>
      <w:r>
        <w:t>yeh sab ke daawa par chhaya hua hai. apni identity ko maintain karne ke liye yeh sab masle nikle hain. yeh sab masle</w:t>
      </w:r>
    </w:p>
    <w:p>
      <w:pPr>
        <w:jc w:val="right"/>
      </w:pPr>
      <w:r>
        <w:t>یہ سب کے دعویٰ پر چھایا ہوا ہے۔ اپنی آئیڈینٹیٹی کو مینٹین کرنے کے لیے یہ سب مسئلے نکلے ہیں۔ یہ سب مسئلے</w:t>
      </w:r>
    </w:p>
    <w:p>
      <w:r>
        <w:rPr>
          <w:b/>
        </w:rPr>
        <w:t xml:space="preserve">[08:33] </w:t>
      </w:r>
      <w:r>
        <w:t>banawati masle hain mere nazdeek. har aadmi insan hai, hindu bhi insan hai, aap bhi insan hain. koi farq nahi hai ke aap namaskar kahein ya "assalam o alaikum" kahein, dono mein koi harj nahi hai.</w:t>
      </w:r>
    </w:p>
    <w:p>
      <w:pPr>
        <w:jc w:val="right"/>
      </w:pPr>
      <w:r>
        <w:t>بناوٹی مسئلے ہیں میرے نزدیک۔ ہر آدمی انسان ہے، ہندو بھی انسان ہے، آپ بھی انسان ہیں۔ کوئی فرق نہیں ہے کہ آپ نمسکار کہیں یا "السلام علیکم" کہیں، دونوں میں کوئی حرج نہیں ہے۔</w:t>
      </w:r>
    </w:p>
    <w:p>
      <w:r>
        <w:rPr>
          <w:b/>
        </w:rPr>
        <w:t xml:space="preserve">[08:46] </w:t>
      </w:r>
      <w:r>
        <w:t>bilkul. agar yahi sab jhagdon ki wajah se daawa work ruka hua hai.</w:t>
      </w:r>
    </w:p>
    <w:p>
      <w:pPr>
        <w:jc w:val="right"/>
      </w:pPr>
      <w:r>
        <w:t>بالکل۔ اگر یہی سب جھگڑوں کی وجہ سے دعویٰ work رکا ہوا ہے۔</w:t>
      </w:r>
    </w:p>
    <w:p>
      <w:r>
        <w:rPr>
          <w:b/>
        </w:rPr>
        <w:t xml:space="preserve">[08:52] </w:t>
      </w:r>
      <w:r>
        <w:t>aap insan se mohabbat karna nahi jante, insanon ko yani ghair samjhe hue bethe hain. aksar log ghair ke lafz istemal karte hain.</w:t>
      </w:r>
    </w:p>
    <w:p>
      <w:pPr>
        <w:jc w:val="right"/>
      </w:pPr>
      <w:r>
        <w:t>آپ انسان سے محبت کرنا نہیں جانتے، انسانوں کو یعنی غیر سمجھے ہوئے بیٹھے ہیں۔ اکثر لوگ غیر کے لفظ استعمال کرتے ہیں۔</w:t>
      </w:r>
    </w:p>
    <w:p>
      <w:r>
        <w:rPr>
          <w:b/>
        </w:rPr>
        <w:t xml:space="preserve">[09:02] </w:t>
      </w:r>
      <w:r>
        <w:t>ghair qaum. yeh bilkul un islamic hai. bilkul. ghair qaum kya cheez hoti hai? hum bhi insan, woh bhi insan.</w:t>
      </w:r>
    </w:p>
    <w:p>
      <w:pPr>
        <w:jc w:val="right"/>
      </w:pPr>
      <w:r>
        <w:t>غیر قوم۔ یہ بالکل ان اسلامک ہے۔ بالکل۔ غیر قوم کیا چیز ہوتی ہے؟ ہم بھی انسان، وہ بھی انسان۔</w:t>
      </w:r>
    </w:p>
    <w:p>
      <w:r>
        <w:rPr>
          <w:b/>
        </w:rPr>
        <w:t xml:space="preserve">[09:09] </w:t>
      </w:r>
      <w:r>
        <w:t>ghair qaum concept 100 percent un islamic hai. hum bhi insan, woh bhi insan.</w:t>
      </w:r>
    </w:p>
    <w:p>
      <w:pPr>
        <w:jc w:val="right"/>
      </w:pPr>
      <w:r>
        <w:t>غیر قوم کانسیپٹ 100 پرسنٹ ان اسلامک ہے۔ ہم بھی انسان، وہ بھی انسان۔</w:t>
      </w:r>
    </w:p>
    <w:p>
      <w:r>
        <w:rPr>
          <w:b/>
        </w:rPr>
        <w:t xml:space="preserve">[09:19] </w:t>
      </w:r>
      <w:r>
        <w:t>rasool Allah ne ek ek ghair muslim ka respect diya to kisi ne is par aitraz kiya to aap ne kaha ke alaihis salam nafsan? kya woh insan nahi? un ko kyun na respect dein?</w:t>
      </w:r>
    </w:p>
    <w:p>
      <w:pPr>
        <w:jc w:val="right"/>
      </w:pPr>
      <w:r>
        <w:t>رسول اللہ نے ایک ایک غیر مسلم کا ریسپیکٹ دیا تو کسی نے اس پر اعتراض کیا تو آپ نے کہا کہ علیہ السلام نفسا؟ کیا وہ انسان نہیں؟ ان کو کیوں نہ ریسپیکٹ دیں؟</w:t>
      </w:r>
    </w:p>
    <w:p>
      <w:r>
        <w:rPr>
          <w:b/>
        </w:rPr>
        <w:t xml:space="preserve">[09:32] </w:t>
      </w:r>
      <w:r>
        <w:t>insan friendly behaviour ka naam islam hai, yaad rakhiye.</w:t>
      </w:r>
    </w:p>
    <w:p>
      <w:pPr>
        <w:jc w:val="right"/>
      </w:pPr>
      <w:r>
        <w:t>انسان فرینڈلی بیہیویئر کا نام اسلام ہے، یاد رکھیے۔</w:t>
      </w:r>
    </w:p>
    <w:p>
      <w:r>
        <w:rPr>
          <w:b/>
        </w:rPr>
        <w:t xml:space="preserve">[09:38] </w:t>
      </w:r>
      <w:r>
        <w:t>muslim friendly behaviour ka naam islam nahi hai. hamara ikram muslim ka tasawwur hai lekin aap ikram insan ka tasawwur nahi.</w:t>
      </w:r>
    </w:p>
    <w:p>
      <w:pPr>
        <w:jc w:val="right"/>
      </w:pPr>
      <w:r>
        <w:t>مسلم فرینڈلی بیہیویئر کا نام اسلام نہیں ہے۔ ہمارا اکرام مسلم کا تصور ہے لیکن آپ اکرام انسان کا تصور نہیں۔</w:t>
      </w:r>
    </w:p>
    <w:p>
      <w:r>
        <w:rPr>
          <w:b/>
        </w:rPr>
        <w:t xml:space="preserve">[09:48] </w:t>
      </w:r>
      <w:r>
        <w:t>yeh yeh islam nahi hai. yeh yeh ikram muslim ka aap jante hain, aap ikram insan ko aap nahi jante.</w:t>
      </w:r>
    </w:p>
    <w:p>
      <w:pPr>
        <w:jc w:val="right"/>
      </w:pPr>
      <w:r>
        <w:t>یہ یہ اسلام نہیں ہے۔ یہ یہ اکرام مسلم کا آپ جانتے ہیں، آپ اکرام انسان کو آپ نہیں جانتے۔</w:t>
      </w:r>
    </w:p>
    <w:p>
      <w:r>
        <w:rPr>
          <w:b/>
        </w:rPr>
        <w:t xml:space="preserve">[09:55] </w:t>
      </w:r>
      <w:r>
        <w:t>yeh daawa culture ke khilaf hai, islam ki spirit ke khilaf hai, aur yeh paighambar ki sunnat ke khilaf hai. is in sab jhagdon se humein bahar aana chahiye warna hum na dunya mein taraqqi kar sakte hain na akhirat mein hamara koi maqam hoga.</w:t>
      </w:r>
    </w:p>
    <w:p>
      <w:pPr>
        <w:jc w:val="right"/>
      </w:pPr>
      <w:r>
        <w:t>یہ دعویٰ کلچر کے خلاف ہے، اسلام کی سپرٹ کے خلاف ہے، اور یہ پیغمبر کی سنت کے خلاف ہے۔ اس ان سب جھگڑوں سے ہمیں باہر آنا چاہیے ورنہ ہم نہ دنیا میں ترقی کر سکتے ہیں نہ آخرت میں ہمارا کوئی مقام ہوگا۔</w:t>
      </w:r>
    </w:p>
    <w:p>
      <w:r>
        <w:rPr>
          <w:b/>
        </w:rPr>
        <w:t xml:space="preserve">[10:14] </w:t>
      </w:r>
      <w:r>
        <w:t>This question is from Mr. Muhammad Shoaib Khan bank mein naukri karna kaise hai? yani koi shakhs bank mein naukri karta hai to us ki kamai halaal hogi ya haraam</w:t>
      </w:r>
    </w:p>
    <w:p>
      <w:pPr>
        <w:jc w:val="right"/>
      </w:pPr>
      <w:r>
        <w:t>This question is from Mr. Muhammad Shoaib Khan بینک میں نوکری کرنا کیسے ہے؟ یعنی کوئی شخص بینک میں نوکری کرتا ہے تو اس کی کمائی حلال ہوگی یا حرام</w:t>
      </w:r>
    </w:p>
    <w:p>
      <w:r>
        <w:rPr>
          <w:b/>
        </w:rPr>
        <w:t xml:space="preserve">[10:29] </w:t>
      </w:r>
      <w:r>
        <w:t>? yeh sab bekar ke masle hain. samjhe aap? sab se bura kaam bank ki naukri nahi hai. sab se bura kaam woh hai jo har namazi ke dil mein bhi maujood hai, woh hai nafrat.</w:t>
      </w:r>
    </w:p>
    <w:p>
      <w:pPr>
        <w:jc w:val="right"/>
      </w:pPr>
      <w:r>
        <w:t>؟ یہ سب بیکار کے مسئلے ہیں۔ سمجھے آپ؟ سب سے برا کام بینک کی نوکری نہیں ہے۔ سب سے برا کام وہ ہے جو ہر نمازی کے دل میں بھی موجود ہے، وہ ہے نفرت۔</w:t>
      </w:r>
    </w:p>
    <w:p>
      <w:r>
        <w:rPr>
          <w:b/>
        </w:rPr>
        <w:t xml:space="preserve">[10:41] </w:t>
      </w:r>
      <w:r>
        <w:t>yeh ghair qaum hai. sab se buri cheez hai negative thinking, doosre se nafrat karna.</w:t>
      </w:r>
    </w:p>
    <w:p>
      <w:pPr>
        <w:jc w:val="right"/>
      </w:pPr>
      <w:r>
        <w:t>یہ غیر قوم ہے۔ سب سے بری چیز ہے نیگیٹیو تھنکنگ، دوسرے سے نفرت کرنا۔</w:t>
      </w:r>
    </w:p>
    <w:p>
      <w:r>
        <w:rPr>
          <w:b/>
        </w:rPr>
        <w:t xml:space="preserve">[10:50] </w:t>
      </w:r>
      <w:r>
        <w:t>sab se buri cheez hai.</w:t>
      </w:r>
    </w:p>
    <w:p>
      <w:pPr>
        <w:jc w:val="right"/>
      </w:pPr>
      <w:r>
        <w:t>سب سے بری چیز ہے۔</w:t>
      </w:r>
    </w:p>
    <w:p>
      <w:r>
        <w:rPr>
          <w:b/>
        </w:rPr>
        <w:t xml:space="preserve">[10:52] </w:t>
      </w:r>
      <w:r>
        <w:t>bank ki naukri karna na karna yeh koi kuch bhi nahi. jis mein aap ko rozi mil rahi hai, wahan rozi hasil kijiye. asal cheez jo hai ke aap jhoot na bolen.</w:t>
      </w:r>
    </w:p>
    <w:p>
      <w:pPr>
        <w:jc w:val="right"/>
      </w:pPr>
      <w:r>
        <w:t>بینک کی نوکری کرنا نہ کرنا یہ کوئی کچھ بھی نہیں۔ جس میں آپ کو روزی مل رہی ہے، وہاں روزی حاصل کیجئے۔ اصل چیز جو ہے کہ آپ جھوٹ نہ بولیں۔</w:t>
      </w:r>
    </w:p>
    <w:p>
      <w:r>
        <w:rPr>
          <w:b/>
        </w:rPr>
        <w:t xml:space="preserve">[11:01] </w:t>
      </w:r>
      <w:r>
        <w:t>jhoot. saare log aaj kal jhoot bolte hain. direct jhoot ya indirect jhoot. main to kisi ko nahi paya jhoot na bolta ho.</w:t>
      </w:r>
    </w:p>
    <w:p>
      <w:pPr>
        <w:jc w:val="right"/>
      </w:pPr>
      <w:r>
        <w:t>جھوٹ۔ سارے لوگ آج کل جھوٹ بولتے ہیں۔ ڈائریکٹ جھوٹ یا ان ڈائریکٹ جھوٹ۔ میں تو کسی کو نہیں پایا جھوٹ نہ بولتا ہو۔</w:t>
      </w:r>
    </w:p>
    <w:p>
      <w:r>
        <w:rPr>
          <w:b/>
        </w:rPr>
        <w:t xml:space="preserve">[11:10] </w:t>
      </w:r>
      <w:r>
        <w:t>tahajjud parhne wale bhi jhoot bolte hain. direct jhoot kam bolenge lekin indirect jhoot sab jhoot bolte hain. jhoot bolna chhodiye.</w:t>
      </w:r>
    </w:p>
    <w:p>
      <w:pPr>
        <w:jc w:val="right"/>
      </w:pPr>
      <w:r>
        <w:t>تہجد پڑھنے والے بھی جھوٹ بولتے ہیں۔ ڈائریکٹ جھوٹ کم بولیں گے لیکن ان ڈائریکٹ جھوٹ سب جھوٹ بولتے ہیں۔ جھوٹ بولنا چھوڑیے۔</w:t>
      </w:r>
    </w:p>
    <w:p>
      <w:r>
        <w:rPr>
          <w:b/>
        </w:rPr>
        <w:t xml:space="preserve">[11:20] </w:t>
      </w:r>
      <w:r>
        <w:t>nafrat chhodiye. aur violence chhodiye. doosron ke liye problem banna chhodiye. hadith mein aata hai, dekhiye ke wallah la yoman wallah la yoman wallah la yoman alladhi la yaman jar bawaf</w:t>
      </w:r>
    </w:p>
    <w:p>
      <w:pPr>
        <w:jc w:val="right"/>
      </w:pPr>
      <w:r>
        <w:t>نفرت چھوڑیے۔ اور وائیلنس چھوڑیے۔ دوسروں کے لیے پرابلم بننا چھوڑیے۔ حدیث میں آتا ہے، دیکھیے کہ واللہ لا یومن واللہ لا یومن واللہ لا یومن الذی لا یامن جار بواق</w:t>
      </w:r>
    </w:p>
    <w:p>
      <w:r>
        <w:rPr>
          <w:b/>
        </w:rPr>
        <w:t xml:space="preserve">[11:37] </w:t>
      </w:r>
      <w:r>
        <w:t>is hadith ke mutabiq woh shakhs momin nahi hai jo doosre insano ke liye problem bane, nuisance create kare. yeh sab asal masle hain.</w:t>
      </w:r>
    </w:p>
    <w:p>
      <w:pPr>
        <w:jc w:val="right"/>
      </w:pPr>
      <w:r>
        <w:t>اس حدیث کے مطابق وہ شخص مومن نہیں ہے جو دوسرے انسانوں کے لیے پرابلم بنے، نیوسنس کریٹ کرے۔ یہ سب اصل مسئلے ہیں۔</w:t>
      </w:r>
    </w:p>
    <w:p>
      <w:r>
        <w:rPr>
          <w:b/>
        </w:rPr>
        <w:t xml:space="preserve">[11:48] </w:t>
      </w:r>
      <w:r>
        <w:t>woh sab to banawati masle hain. insaan se mohabbat karna seekhiye, insaan ke sath khair khwahi kijiye.</w:t>
      </w:r>
    </w:p>
    <w:p>
      <w:pPr>
        <w:jc w:val="right"/>
      </w:pPr>
      <w:r>
        <w:t>وہ سب تو بناوٹی مسئلے ہیں۔ انسان سے محبت کرنا سیکھیے، انسان کے ساتھ خیر خواہی کیجئے۔</w:t>
      </w:r>
    </w:p>
    <w:p>
      <w:r>
        <w:rPr>
          <w:b/>
        </w:rPr>
        <w:t xml:space="preserve">[11:58] </w:t>
      </w:r>
      <w:r>
        <w:t>har ek ko apne jaisa samhiye. aur yeh woh</w:t>
      </w:r>
    </w:p>
    <w:p>
      <w:pPr>
        <w:jc w:val="right"/>
      </w:pPr>
      <w:r>
        <w:t>ہر ایک کو اپنے جیسا سمجھیے۔ اور یہ وہ</w:t>
      </w:r>
    </w:p>
    <w:p>
      <w:r>
        <w:rPr>
          <w:b/>
        </w:rPr>
        <w:t xml:space="preserve">[12:07] </w:t>
      </w:r>
      <w:r>
        <w:t>be andekh kansept islam mein nahi hai. be andekh jo kansept hai, islam mein nahi hai. islam mein jo kansept hai, woh sab insaan hain.</w:t>
      </w:r>
    </w:p>
    <w:p>
      <w:pPr>
        <w:jc w:val="right"/>
      </w:pPr>
      <w:r>
        <w:t>بی اندیکھ کانسیپٹ اسلام میں نہیں ہے۔ بی اندیکھ جو کانسیپٹ ہے، اسلام میں نہیں ہے۔ اسلام میں جو کانسیپٹ ہے، وہ سب انسان ہیں۔</w:t>
      </w:r>
    </w:p>
    <w:p>
      <w:r>
        <w:rPr>
          <w:b/>
        </w:rPr>
        <w:t xml:space="preserve">[12:17] </w:t>
      </w:r>
      <w:r>
        <w:t>jaise hum insaan, waise doosre insaan hain.</w:t>
      </w:r>
    </w:p>
    <w:p>
      <w:pPr>
        <w:jc w:val="right"/>
      </w:pPr>
      <w:r>
        <w:t>جیسے ہم انسان، ویسے دوسرے انسان ہیں۔</w:t>
      </w:r>
    </w:p>
    <w:p>
      <w:r>
        <w:rPr>
          <w:b/>
        </w:rPr>
        <w:t xml:space="preserve">[12:25] </w:t>
      </w:r>
      <w:r>
        <w:t>This question is from Mr. main is liye in sab baton par main nahi fatwa deta. bank ki mulazmat waghera, yeh shift of emphasis hai.</w:t>
      </w:r>
    </w:p>
    <w:p>
      <w:pPr>
        <w:jc w:val="right"/>
      </w:pPr>
      <w:r>
        <w:t>This question is from Mr. میں اس لیے ان سب باتوں پر میں نہیں فتوی دیتا۔ بینک کی ملازمت وغیرہ، یہ شفٹ آف ایمفیسز ہے۔</w:t>
      </w:r>
    </w:p>
    <w:p>
      <w:r>
        <w:rPr>
          <w:b/>
        </w:rPr>
        <w:t xml:space="preserve">[12:38] </w:t>
      </w:r>
      <w:r>
        <w:t>yani asal mein jahan zor dena chahiye, wahan zor nahi dete log aur kisi aur cheez par zor diye hue hain ke ja ke bank ki jo naukri na kar raha hai, woh bara acha aadmi hai. jo bank ki naukri kar raha hai, woh bura aadmi hai.</w:t>
      </w:r>
    </w:p>
    <w:p>
      <w:pPr>
        <w:jc w:val="right"/>
      </w:pPr>
      <w:r>
        <w:t>یعنی اصل میں جہاں زور دینا چاہیے، وہاں زور نہیں دیتے لوگ اور کسی اور چیز پر زور دیے ہوئے ہیں کہ جا کے بینک کی جو نوکری نہ کر رہا ہے، وہ بڑا اچھا آدمی ہے۔ جو بینک کی نوکری کر رہا ہے، وہ برا آدمی ہے۔</w:t>
      </w:r>
    </w:p>
    <w:p>
      <w:r>
        <w:rPr>
          <w:b/>
        </w:rPr>
        <w:t xml:space="preserve">[12:49] </w:t>
      </w:r>
      <w:r>
        <w:t>yeh hai shift of emphasis. yeh islam mein nahi hai.</w:t>
      </w:r>
    </w:p>
    <w:p>
      <w:pPr>
        <w:jc w:val="right"/>
      </w:pPr>
      <w:r>
        <w:t>یہ ہے شفٹ آف ایمفیسز۔ یہ اسلام میں نہیں ہے۔</w:t>
      </w:r>
    </w:p>
    <w:p>
      <w:r>
        <w:rPr>
          <w:b/>
        </w:rPr>
        <w:t xml:space="preserve">[12:55] </w:t>
      </w:r>
      <w:r>
        <w:t>This question is from Mr. Nafeez Shiraz main ne aksar logon ko kehte suna hai ke zulm karna gunah hai to zulm sehna bhi gunah hai.</w:t>
      </w:r>
    </w:p>
    <w:p>
      <w:pPr>
        <w:jc w:val="right"/>
      </w:pPr>
      <w:r>
        <w:t>This question is from Mr. Nafeez Shiraz میں نے اکثر لوگوں کو کہتے سنا ہے کہ ظلم کرنا گناہ ہے تو ظلم سہنا بھی گناہ ہے۔</w:t>
      </w:r>
    </w:p>
    <w:p>
      <w:r>
        <w:rPr>
          <w:b/>
        </w:rPr>
        <w:t xml:space="preserve">[13:06] </w:t>
      </w:r>
      <w:r>
        <w:t>jabke zulm sehne ka matlab hai sabr karna aur islam hamein sabr karne ki taleem deta hai. to sabr karna gunah kaise ho sakta hai?</w:t>
      </w:r>
    </w:p>
    <w:p>
      <w:pPr>
        <w:jc w:val="right"/>
      </w:pPr>
      <w:r>
        <w:t>جبکہ ظلم سہنے کا مطلب ہے صبر کرنا اور اسلام ہمیں صبر کرنے کی تعلیم دیتا ہے۔ تو صبر کرنا گناہ کیسے ہو سکتا ہے؟</w:t>
      </w:r>
    </w:p>
    <w:p>
      <w:r>
        <w:rPr>
          <w:b/>
        </w:rPr>
        <w:t xml:space="preserve">[13:17] </w:t>
      </w:r>
      <w:r>
        <w:t>jo kahe, us se puchiye reference. zulm sehna gunah hai to bilkul jhooti baat hai. yeh to baqayda log jhoot bolte hain. yani ek aisi cheez jis ki base quran o hadith mein na ho, woh aap kahein to yeh to jhoot hua.</w:t>
      </w:r>
    </w:p>
    <w:p>
      <w:pPr>
        <w:jc w:val="right"/>
      </w:pPr>
      <w:r>
        <w:t>جو کہے، اس سے پوچھیے ریفرنس۔ ظلم سہنا گناہ ہے تو بالکل جھوٹی بات ہے۔ یہ تو باقاعدہ لوگ جھوٹ بولتے ہیں۔ یعنی ایک ایسی چیز جس کی بیس قرآن و حدیث میں نہ ہو، وہ آپ کہیں تو یہ تو جھوٹ ہوا۔</w:t>
      </w:r>
    </w:p>
    <w:p>
      <w:r>
        <w:rPr>
          <w:b/>
        </w:rPr>
        <w:t xml:space="preserve">[13:32] </w:t>
      </w:r>
      <w:r>
        <w:t>kahan hai ke zulm sehna</w:t>
      </w:r>
    </w:p>
    <w:p>
      <w:pPr>
        <w:jc w:val="right"/>
      </w:pPr>
      <w:r>
        <w:t>کہاں ہے کہ ظلم سہنا</w:t>
      </w:r>
    </w:p>
    <w:p>
      <w:r>
        <w:rPr>
          <w:b/>
        </w:rPr>
        <w:t xml:space="preserve">[13:35] </w:t>
      </w:r>
      <w:r>
        <w:t>gunah hai? kahan likha hua hai? rasool Allah zulm sehte rahe 13 saal tak makka mein? to kaha gunah kiya hai? naoozubillah. rasool Allah ek martaba makka mein, woh ek yaasir the jo islam qabool kar liya tha unho ne aur</w:t>
      </w:r>
    </w:p>
    <w:p>
      <w:pPr>
        <w:jc w:val="right"/>
      </w:pPr>
      <w:r>
        <w:t>گناہ ہے؟ کہاں لکھا ہوا ہے؟ رسول اللہ ظلم سہتے رہے 13 سال تک مکہ میں؟ تو کہا گناہ کیا ہے؟ نعوذ باللہ۔ رسول اللہ ایک مرتبہ مکہ میں، وہ ایک یاسر تھے جو اسلام قبول کر لیا تھا انہوں نے اور</w:t>
      </w:r>
    </w:p>
    <w:p>
      <w:r>
        <w:rPr>
          <w:b/>
        </w:rPr>
        <w:t xml:space="preserve">[13:51] </w:t>
      </w:r>
      <w:r>
        <w:t>woh kamzor tabqe se taluq rakhte the to un ko log maar peet rahe the. wahan aap se aap guzre to unho ne kaha ke dekhiye rasool Allah, hum ko maar rahe hain yeh.</w:t>
      </w:r>
    </w:p>
    <w:p>
      <w:pPr>
        <w:jc w:val="right"/>
      </w:pPr>
      <w:r>
        <w:t>وہ کمزور طبقے سے تعلق رکھتے تھے تو ان کو لوگ مار پیٹ رہے تھے۔ وہاں آپ سے آپ گزرے تو انہوں نے کہا کہ دیکھیں رسول اللہ، ہم کو مار رہے ہیں یہ۔</w:t>
      </w:r>
    </w:p>
    <w:p>
      <w:r>
        <w:rPr>
          <w:b/>
        </w:rPr>
        <w:t xml:space="preserve">[14:03] </w:t>
      </w:r>
      <w:r>
        <w:t>to aap ne kya kaha? aap ne kaha sabra ya al yaasir fanbadukum al jannah</w:t>
      </w:r>
    </w:p>
    <w:p>
      <w:pPr>
        <w:jc w:val="right"/>
      </w:pPr>
      <w:r>
        <w:t>تو آپ نے کیا کہا؟ آپ نے کہا صبرا یا ال یاسر فنبادکم الجنہ</w:t>
      </w:r>
    </w:p>
    <w:p>
      <w:r>
        <w:rPr>
          <w:b/>
        </w:rPr>
        <w:t xml:space="preserve">[14:12] </w:t>
      </w:r>
      <w:r>
        <w:t>ae al yaasir, sabr karo kyunke tum ko jannat milegi. to zulm sahne usi ko to kehte hain zulm sehana. jo log aisa kehte hain, woh khud gunah kar rahe hain.</w:t>
      </w:r>
    </w:p>
    <w:p>
      <w:pPr>
        <w:jc w:val="right"/>
      </w:pPr>
      <w:r>
        <w:t>اے ال یاسر، صبر کرو کیونکہ تم کو جنت ملے گی۔ تو ظلم سہانے اسی کو تو کہتے ہیں ظلم سہانا۔ جو لوگ ایسا کہتے ہیں، وہ خود گناہ کر رہے ہیں۔</w:t>
      </w:r>
    </w:p>
    <w:p>
      <w:r>
        <w:rPr>
          <w:b/>
        </w:rPr>
        <w:t xml:space="preserve">[14:24] </w:t>
      </w:r>
      <w:r>
        <w:t>kahan se nikala tum ne ke zulm sehana gunah hai? kahan se? kahan likha hua hai?</w:t>
      </w:r>
    </w:p>
    <w:p>
      <w:pPr>
        <w:jc w:val="right"/>
      </w:pPr>
      <w:r>
        <w:t>کہاں سے نکالا تم نے کہ ظلم سہانا گناہ ہے؟ کہاں سے؟ کہاں لکھا ہوا ہے؟</w:t>
      </w:r>
    </w:p>
    <w:p>
      <w:r>
        <w:rPr>
          <w:b/>
        </w:rPr>
        <w:t xml:space="preserve">[14:29] </w:t>
      </w:r>
      <w:r>
        <w:t>isi liye main kehta hoon sab log jhoot bolte hain. jis baat ka asal na quran mein na hadith mein, us ko bayan karte ho to jhoot nahi hai. yeh aur aap log aadat bani hui, koi keh de to sun lete hain, us se koi nahi puchte ke reference batao.</w:t>
      </w:r>
    </w:p>
    <w:p>
      <w:pPr>
        <w:jc w:val="right"/>
      </w:pPr>
      <w:r>
        <w:t>اسی لیے میں کہتا ہوں سب لوگ جھوٹ بولتے ہیں۔ جس بات کا اصل نہ قرآن میں نہ حدیث میں، اس کو بیان کرتے ہو تو جھوٹ نہیں ہے۔ یہ اور آپ لوگ عادت بنی ہوئی، کوئی کہہ دے تو سن لیتے ہیں، اس سے کوئی نہیں پوچھتے کہ ریفرنس بتاؤ۔</w:t>
      </w:r>
    </w:p>
    <w:p>
      <w:r>
        <w:rPr>
          <w:b/>
        </w:rPr>
        <w:t xml:space="preserve">[14:45] </w:t>
      </w:r>
      <w:r>
        <w:t>hamari qaum mein musalmanon mein yeh mizaj nahi bana hai ke reference poochein quran o hadith mein. bas jo kisi ne keh diya, woh maan liya.</w:t>
      </w:r>
    </w:p>
    <w:p>
      <w:pPr>
        <w:jc w:val="right"/>
      </w:pPr>
      <w:r>
        <w:t>ہماری قوم میں مسلمانوں میں یہ مزاج نہیں بنا ہے کہ ریفرنس پوچھیں قرآن و حدیث میں۔ بس جو کسی نے کہہ دیا، وہ مان لیا۔</w:t>
      </w:r>
    </w:p>
    <w:p>
      <w:r>
        <w:rPr>
          <w:b/>
        </w:rPr>
        <w:t xml:space="preserve">[14:54] </w:t>
      </w:r>
      <w:r>
        <w:t>aur hadith mein aata hai ke kafa bilmarak yuhaddith bikulli ma sami'a yeh bhi aadmi ko ke jhoota hone ke liye kafi hai.</w:t>
      </w:r>
    </w:p>
    <w:p>
      <w:pPr>
        <w:jc w:val="right"/>
      </w:pPr>
      <w:r>
        <w:t>اور حدیث میں آتا ہے کہ کفا بالمرک یحدث بکل ما سمع یہ بھی آدمی کو کہ جھوٹا ہونے کے لیے کافی ہے۔</w:t>
      </w:r>
    </w:p>
    <w:p>
      <w:r>
        <w:rPr>
          <w:b/>
        </w:rPr>
        <w:t xml:space="preserve">[15:06] </w:t>
      </w:r>
      <w:r>
        <w:t>yani woh aadmi bhi jhoota aadmi hai ke jo suna hai, usi ko bayan kare. yaad rakhiye, yeh bhi ek hadith hai</w:t>
      </w:r>
    </w:p>
    <w:p>
      <w:pPr>
        <w:jc w:val="right"/>
      </w:pPr>
      <w:r>
        <w:t>یعنی وہ آدمی بھی جھوٹا آدمی ہے کہ جو سنا ہے، اسی کو بیان کرے۔ یاد رکھیے، یہ بھی ایک حدیث ہے</w:t>
      </w:r>
    </w:p>
    <w:p>
      <w:r>
        <w:rPr>
          <w:b/>
        </w:rPr>
        <w:t xml:space="preserve">[15:12] </w:t>
      </w:r>
      <w:r>
        <w:t>ke jo suna aap ne, usi ko bayan kar rahe hain. aap yeh bhi ek qism ka jhoot hai. sab se pehle aap ko is insaan se poochna chahiye ke tum kahan se bol rahe ho?</w:t>
      </w:r>
    </w:p>
    <w:p>
      <w:pPr>
        <w:jc w:val="right"/>
      </w:pPr>
      <w:r>
        <w:t>کہ جو سنا آپ نے، اسی کو بیان کر رہے ہیں۔ آپ یہ بھی ایک قسم کا جھوٹ ہے۔ سب سے پہلے آپ کو اس انسان سے پوچھنا چاہیے کہ تم کہاں سے بول رہے ہو؟</w:t>
      </w:r>
    </w:p>
    <w:p>
      <w:r>
        <w:rPr>
          <w:b/>
        </w:rPr>
        <w:t xml:space="preserve">[15:20] </w:t>
      </w:r>
      <w:r>
        <w:t>yeh kahan se keh rahe ho? yeh kahan quran mein likha hua hai ke zulm sahna gunah hai? sab se pehle isi se poochna chahiye</w:t>
      </w:r>
    </w:p>
    <w:p>
      <w:pPr>
        <w:jc w:val="right"/>
      </w:pPr>
      <w:r>
        <w:t>یہ کہاں سے کہہ رہے ہو؟ یہ کہاں قرآن میں لکھا ہوا ہے کہ ظلم سہانا گناہ ہے؟ سب سے پہلے اسی سے پوچھنا چاہیے</w:t>
      </w:r>
    </w:p>
    <w:p>
      <w:r>
        <w:rPr>
          <w:b/>
        </w:rPr>
        <w:t xml:space="preserve">[15:31] </w:t>
      </w:r>
      <w:r>
        <w:t>kafa bilmarak yuhaddith bikulli ma sami'a yani woh aadmi bhi jhoota aadmi hai jo har suni hui baat ko bayan karne lage. yaad rakhiye, islam mein tehqeeq karna farz hai.</w:t>
      </w:r>
    </w:p>
    <w:p>
      <w:pPr>
        <w:jc w:val="right"/>
      </w:pPr>
      <w:r>
        <w:t>کفا بالمرک یحدث بکل ما سمع یعنی وہ آدمی بھی جھوٹا آدمی ہے جو ہر سنی ہوئی بات کو بیان کرنے لگے۔ یاد رکھیے، اسلام میں تحقیق کرنا فرض ہے۔</w:t>
      </w:r>
    </w:p>
    <w:p>
      <w:r>
        <w:rPr>
          <w:b/>
        </w:rPr>
        <w:t xml:space="preserve">[15:43] </w:t>
      </w:r>
      <w:r>
        <w:t>ya jahan koi fasiq bain bain tabayyin, koi baat aadmi kahe to us ki us ki tehqeeq karo, us ki scrutiny karo.</w:t>
      </w:r>
    </w:p>
    <w:p>
      <w:pPr>
        <w:jc w:val="right"/>
      </w:pPr>
      <w:r>
        <w:t>یا جہاں کوئی فاسق بین بین تبین، کوئی بات آدمی کہے تو اس کی اس کی تحقیق کرو، اس کی اسکرٹنی کرو۔</w:t>
      </w:r>
    </w:p>
    <w:p>
      <w:r>
        <w:rPr>
          <w:b/>
        </w:rPr>
        <w:t xml:space="preserve">[15:52] </w:t>
      </w:r>
      <w:r>
        <w:t>yeh nahi ke bas suna bayan kiya, suna bayan karne lage to allah ke rasool ke nazdeek yeh yeh aadmi jhoot bol raha hai.</w:t>
      </w:r>
    </w:p>
    <w:p>
      <w:pPr>
        <w:jc w:val="right"/>
      </w:pPr>
      <w:r>
        <w:t>یہ نہیں کہ بس سنا بیان کیا، سنا بیان کرنے لگے تو اللہ کے رسول کے نزدیک یہ یہ آدمی جھوٹ بول رہا ہے۔</w:t>
      </w:r>
    </w:p>
    <w:p>
      <w:r>
        <w:rPr>
          <w:b/>
        </w:rPr>
        <w:t xml:space="preserve">[16:00] </w:t>
      </w:r>
      <w:r>
        <w:t>saara kehte hain sakht baat hai. yaad rakhiye, yeh hadith kehti hai sakht hai. is mein saare musalman is mein mubtala hain. suni hui baat ko bayan karna,</w:t>
      </w:r>
    </w:p>
    <w:p>
      <w:pPr>
        <w:jc w:val="right"/>
      </w:pPr>
      <w:r>
        <w:t>سارا کہتے ہیں سخت بات ہے۔ یاد رکھیے، یہ حدیث کہتی ہے سخت ہے۔ اس میں سارے مسلمانوں اس میں مبتلا ہیں۔ سنی ہوئی بات کو بیان کرنا،</w:t>
      </w:r>
    </w:p>
    <w:p>
      <w:r>
        <w:rPr>
          <w:b/>
        </w:rPr>
        <w:t xml:space="preserve">[16:10] </w:t>
      </w:r>
      <w:r>
        <w:t>yani saare musalman is mein mubtala hain jo suna hai, usi ko bayan kar rahe hain. bohat bura kaam hai yeh ke suni hui cheez ko bayan karna.</w:t>
      </w:r>
    </w:p>
    <w:p>
      <w:pPr>
        <w:jc w:val="right"/>
      </w:pPr>
      <w:r>
        <w:t>یعنی سارے مسلمان اس میں مبتلا ہیں جو سنا ہے، اسی کو بیان کر رہے ہیں۔ بہت برا کام ہے یہ کہ سنی ہوئی چیز کو بیان کرنا۔</w:t>
      </w:r>
    </w:p>
    <w:p>
      <w:r>
        <w:rPr>
          <w:b/>
        </w:rPr>
        <w:t xml:space="preserve">[16:19] </w:t>
      </w:r>
      <w:r>
        <w:t>suni hui baat ki tehqeeq karna chahiye, scrutiny karna chahiye pehle. tab woh darja aata hai ke us ko aap bayan karein.</w:t>
      </w:r>
    </w:p>
    <w:p>
      <w:pPr>
        <w:jc w:val="right"/>
      </w:pPr>
      <w:r>
        <w:t>سنی ہوئی بات کی تحقیق کرنا چاہیے، اسکرٹنی کرنا چاہیے پہلے۔ تب وہ درجہ آتا ہے کہ اس کو آپ بیان کریں۔</w:t>
      </w:r>
    </w:p>
    <w:p>
      <w:r>
        <w:rPr>
          <w:b/>
        </w:rPr>
        <w:t xml:space="preserve">[16:30] </w:t>
      </w:r>
      <w:r>
        <w:t>This question is from Mr. Amir az it nesesari to change wanz nem afatr kanvarting to islam?</w:t>
      </w:r>
    </w:p>
    <w:p>
      <w:pPr>
        <w:jc w:val="right"/>
      </w:pPr>
      <w:r>
        <w:t>This question is from Mr. Amir از اٹ نیسیسری ٹو چینج ونز نیم افٹر کنورٹنگ ٹو اسلام؟</w:t>
      </w:r>
    </w:p>
    <w:p>
      <w:r>
        <w:rPr>
          <w:b/>
        </w:rPr>
        <w:t xml:space="preserve">[16:39] </w:t>
      </w:r>
      <w:r>
        <w:t>nahi, nahi, har giz nahi. yeh bilkul yani ek galat bhaavna logon mein padi hui hai, galat zehan bana hua hai. dil ke badalne se aadmi ko sachai milti hai, naam badalne se sachai nahi milti.</w:t>
      </w:r>
    </w:p>
    <w:p>
      <w:pPr>
        <w:jc w:val="right"/>
      </w:pPr>
      <w:r>
        <w:t>نہیں، نہیں، ہرگز نہیں۔ یہ بالکل یعنی ایک غلط بھاونا لوگوں میں پڑی ہوئی ہے، غلط ذہن بنا ہوا ہے۔ دل کے بدلنے سے آدمی کو سچائی ملتی ہے، نام بدلنے سے سچائی نہیں ملتی۔</w:t>
      </w:r>
    </w:p>
    <w:p>
      <w:r>
        <w:rPr>
          <w:b/>
        </w:rPr>
        <w:t xml:space="preserve">[16:52] </w:t>
      </w:r>
      <w:r>
        <w:t>dil to badalte nahi, logon ke zehan badalte nahi. logon ki deconditioning hoti hai na? yeh bas naam badlo, naam badlo, naam badlo, kapda badlo, kapda badlo, kapda badlo.</w:t>
      </w:r>
    </w:p>
    <w:p>
      <w:pPr>
        <w:jc w:val="right"/>
      </w:pPr>
      <w:r>
        <w:t>دل تو بدلتے نہیں، لوگوں کے ذہن بدلتے نہیں۔ لوگوں کی ڈی کنڈیشننگ ہوتی ہے نا؟ یہ بس نام بدلو، نام بدلو، نام بدلو، کپڑا بدلو، کپڑا بدلو، کپڑا بدلو۔</w:t>
      </w:r>
    </w:p>
    <w:p>
      <w:r>
        <w:rPr>
          <w:b/>
        </w:rPr>
        <w:t xml:space="preserve">[17:02] </w:t>
      </w:r>
      <w:r>
        <w:t>yeh koi islam thodi hai. logon ki deconditioning kijiye, logon ke zehan ko badliye, logon ke dil ko badliye, logon ke bolne ke tareeqe ko badliye, logon ke soch ko badliye.</w:t>
      </w:r>
    </w:p>
    <w:p>
      <w:pPr>
        <w:jc w:val="right"/>
      </w:pPr>
      <w:r>
        <w:t>یہ کوئی اسلام تھوڑی ہے۔ لوگوں کی ڈی کنڈیشننگ کیجئے، لوگوں کے ذہن کو بدلیے، لوگوں کے دل کو بدلیے، لوگوں کے بولنے کے طریقے کو بدلیے، لوگوں کے سوچ کو بدلیے۔</w:t>
      </w:r>
    </w:p>
    <w:p>
      <w:r>
        <w:rPr>
          <w:b/>
        </w:rPr>
        <w:t xml:space="preserve">[17:14] </w:t>
      </w:r>
      <w:r>
        <w:t>is ke baad yeh is ka apna option hai ke naam badle ke na badle. aap maang nahi kar sakte is se, woh jo naam badle ya na badle.</w:t>
      </w:r>
    </w:p>
    <w:p>
      <w:pPr>
        <w:jc w:val="right"/>
      </w:pPr>
      <w:r>
        <w:t>اس کے بعد یہ اس کا اپنا آپشن ہے کہ نام بدلے کہ نہ بدلے۔ آپ مانگ نہیں کر سکتے اس سے، وہ جو نام بدلے یا نہ بدلے۔</w:t>
      </w:r>
    </w:p>
    <w:p>
      <w:r>
        <w:rPr>
          <w:b/>
        </w:rPr>
        <w:t xml:space="preserve">[17:26] </w:t>
      </w:r>
      <w:r>
        <w:t>This question is from Mr. Nafeez Shiraz farz kijiye ek aadmi rozana subah sawere uth kar nahata hai aur din bhar pak o saaf rehta hai, to kya phir bhi har namaz se pehle wazu karna lazmi hai?</w:t>
      </w:r>
    </w:p>
    <w:p>
      <w:pPr>
        <w:jc w:val="right"/>
      </w:pPr>
      <w:r>
        <w:t>This question is from Mr. Nafeez Shiraz فرض کیجئے ایک آدمی روزانہ صبح سویرے اٹھ کر نہاتا ہے اور دن بھر پاک و صاف رہتا ہے، تو کیا پھر بھی ہر نماز سے پہلے وضو کرنا لازمی ہے؟</w:t>
      </w:r>
    </w:p>
    <w:p>
      <w:r>
        <w:rPr>
          <w:b/>
        </w:rPr>
        <w:t xml:space="preserve">[17:44] </w:t>
      </w:r>
      <w:r>
        <w:t>nahane se wazu mein kya talluq? nahana alag cheez hai, wazu karna alag cheez hai. wazu to karna hi karna hai. aap chahe hazar baar nahayein, tab bhi aap hazar baar nahaiye to is se thodi ke wazu nahane ke waqt wazu kar lenge to woh wazu mana jayega.</w:t>
      </w:r>
    </w:p>
    <w:p>
      <w:pPr>
        <w:jc w:val="right"/>
      </w:pPr>
      <w:r>
        <w:t>نہانے سے وضو میں کیا تعلق؟ نہانا الگ چیز ہے، وضو کرنا الگ چیز ہے۔ وضو تو کرنا ہی کرنا ہے۔ آپ چاہے ہزار بار نہائیں، تب بھی آپ ہزار بار نہائیے تو اس سے تھوڑی کہ وضو نہانے کے وقت وضو کر لیں گے تو وہ وضو مانا جائے گا۔</w:t>
      </w:r>
    </w:p>
    <w:p>
      <w:r>
        <w:rPr>
          <w:b/>
        </w:rPr>
        <w:t xml:space="preserve">[18:02] </w:t>
      </w:r>
      <w:r>
        <w:t>dekhein, islam ka tareeqa yeh hai ke jab aap nahayein to wazu karein. pehle wazu kar ke phir namaz nahana shuru karein.</w:t>
      </w:r>
    </w:p>
    <w:p>
      <w:pPr>
        <w:jc w:val="right"/>
      </w:pPr>
      <w:r>
        <w:t>دیکھیں، اسلام کا طریقہ یہ ہے کہ جب آپ نہائیں تو وضو کریں۔ پہلے وضو کر کے پھر نماز نہانا شروع کریں۔</w:t>
      </w:r>
    </w:p>
    <w:p>
      <w:r>
        <w:rPr>
          <w:b/>
        </w:rPr>
        <w:t xml:space="preserve">[18:11] </w:t>
      </w:r>
      <w:r>
        <w:t>to jab tak wazu toote ga nahi, us waqt tak wazu baqar mana jayega. kyunke wazu tootne ke baad woh woh ghusl nahi mana jayega.</w:t>
      </w:r>
    </w:p>
    <w:p>
      <w:pPr>
        <w:jc w:val="right"/>
      </w:pPr>
      <w:r>
        <w:t>تو جب تک وضو ٹوٹے گا نہیں، اس وقت تک وضو باقر مانا جائے گا۔ کیونکہ وضو ٹوٹنے کے بعد وہ وہ غسل نہیں مانا جائے گا۔</w:t>
      </w:r>
    </w:p>
    <w:p>
      <w:r>
        <w:rPr>
          <w:b/>
        </w:rPr>
        <w:t xml:space="preserve">[18:19] </w:t>
      </w:r>
      <w:r>
        <w:t>kyunke ghusl jo hai, wazu nahi hai. Hazrat Usman رضی اللہ عنہ ke bare mein kehta hai ke un ke un ke khadim kehte hain kaana yakhtasir kull yawm martayain Hazrat Usman jo khalifa the, teesre khalifa kaana yakhtasir kull yawm martayain</w:t>
      </w:r>
    </w:p>
    <w:p>
      <w:pPr>
        <w:jc w:val="right"/>
      </w:pPr>
      <w:r>
        <w:t>کیونکہ غسل جو ہے، وضو نہیں ہے۔ حضرت عثمان رضی اللہ عنہ کے بارے میں کہتا ہے کہ ان کے ان کے خادم کہتے ہیں کان یختصر کل یوم مرتین حضرت عثمان جو خلیفہ تھے، تیسرے خلیفہ کان یختصر کل یوم مرتین</w:t>
      </w:r>
    </w:p>
    <w:p>
      <w:r>
        <w:rPr>
          <w:b/>
        </w:rPr>
        <w:t xml:space="preserve">[18:40] </w:t>
      </w:r>
      <w:r>
        <w:t>ya ya kull yawm. to woh rozana do baar nahate the. is ka matlab thodi ke wazu nahi karte the. wazu ek alag cheez hai, nahana ek alag cheez hai.</w:t>
      </w:r>
    </w:p>
    <w:p>
      <w:pPr>
        <w:jc w:val="right"/>
      </w:pPr>
      <w:r>
        <w:t>یا یا کل یوم۔ تو وہ روزانہ دو بار نہاتے تھے۔ اس کا مطلب تھوڑی کہ وضو نہیں کرتے تھے۔ وضو ایک الگ چیز ہے، نہانا ایک الگ چیز ہے۔</w:t>
      </w:r>
    </w:p>
    <w:p>
      <w:r>
        <w:rPr>
          <w:b/>
        </w:rPr>
        <w:t xml:space="preserve">[18:52] </w:t>
      </w:r>
      <w:r>
        <w:t>This question is from Mr. Basit Jamaal Maulana, what is the meaning of khalifa? both literally and in the sense of quran.</w:t>
      </w:r>
    </w:p>
    <w:p>
      <w:pPr>
        <w:jc w:val="right"/>
      </w:pPr>
      <w:r>
        <w:t>This question is from Mr. Basit Jamaal مولانا، واٹ از دا میننگ اف خلیفہ؟ بوتھ لٹرلی اینڈ ان ان دی سینس اف قرآن۔</w:t>
      </w:r>
    </w:p>
    <w:p>
      <w:r>
        <w:rPr>
          <w:b/>
        </w:rPr>
        <w:t xml:space="preserve">[19:04] </w:t>
      </w:r>
      <w:r>
        <w:t>dekhein, khalifa ke maani hote hain successor. successor. aaj kal bohat zyada bari ghalti karte hain log khalifa ka mean naib batate hain.</w:t>
      </w:r>
    </w:p>
    <w:p>
      <w:pPr>
        <w:jc w:val="right"/>
      </w:pPr>
      <w:r>
        <w:t>دیکھیں، خلیفہ کے معنی ہوتے ہیں سکسیسر۔ سکسیسر۔ آج کل بہت زیادہ بڑی غلطی کرتے ہیں لوگ خلیفہ کا مین نائب بتاتے ہیں۔</w:t>
      </w:r>
    </w:p>
    <w:p>
      <w:r>
        <w:rPr>
          <w:b/>
        </w:rPr>
        <w:t xml:space="preserve">[19:14] </w:t>
      </w:r>
      <w:r>
        <w:t>halanke khalifa ka mean naib nahi hai. yani vicegerent. khalifa ka tarjuma karte hain vicegerent ya naib. yeh bilkul galat tarjuma hai.</w:t>
      </w:r>
    </w:p>
    <w:p>
      <w:pPr>
        <w:jc w:val="right"/>
      </w:pPr>
      <w:r>
        <w:t>حالانکہ خلیفہ کا مین نائب نہیں ہے۔ یعنی وائس جرنٹ۔ خلیفہ کا ترجمہ کرتے ہیں وائس جرنٹ یا نائب۔ یہ بالکل غلط ترجمہ ہے۔</w:t>
      </w:r>
    </w:p>
    <w:p>
      <w:r>
        <w:rPr>
          <w:b/>
        </w:rPr>
        <w:t xml:space="preserve">[19:23] </w:t>
      </w:r>
      <w:r>
        <w:t>khaleefa ke mani hote hain successor. phir woh istemal mein aisa hota hai ke koi log mujarrad ho kar ke us ke mani ban jate hain.</w:t>
      </w:r>
    </w:p>
    <w:p>
      <w:pPr>
        <w:jc w:val="right"/>
      </w:pPr>
      <w:r>
        <w:t>خلیفہ کے معنی ہوتے ہیں سکسیسر۔ پھر وہ استعمال میں ایسا ہوتا ہے کہ کوئی لوگ مجرد ہو کر کے اس کے معنی بن جاتے ہیں۔</w:t>
      </w:r>
    </w:p>
    <w:p>
      <w:r>
        <w:rPr>
          <w:b/>
        </w:rPr>
        <w:t xml:space="preserve">[19:33] </w:t>
      </w:r>
      <w:r>
        <w:t>to yahan par khaleefa jo aya hai quran majeed mein, woh aya hai ba ikhtiyar ke mani mein. zameen mein aik ba ikhtiyar makhlooq mein bananay wala hoon. bas itnay hi mani us ke hain.</w:t>
      </w:r>
    </w:p>
    <w:p>
      <w:pPr>
        <w:jc w:val="right"/>
      </w:pPr>
      <w:r>
        <w:t>تو یہاں پر خلیفہ جو آیا ہے قرآن مجید میں، وہ آیا ہے با اختیار کے معنی میں۔ زمین میں ایک با اختیار مخلوق میں بنانے والا ہوں۔ بس اتنے ہی معنی اس کے ہیں۔</w:t>
      </w:r>
    </w:p>
    <w:p>
      <w:r>
        <w:rPr>
          <w:b/>
        </w:rPr>
        <w:t xml:space="preserve">[19:45] </w:t>
      </w:r>
      <w:r>
        <w:t>is ke baray mein maine likha hai tafseel se. aap is mein bhai, is mein parh lijiyay. hamari woh jo tafseer hai, us mein.</w:t>
      </w:r>
    </w:p>
    <w:p>
      <w:pPr>
        <w:jc w:val="right"/>
      </w:pPr>
      <w:r>
        <w:t>اس کے بارے میں میں نے لکھا ہے تفصیل سے۔ آپ اس میں بھائی، اس میں پڑھ لیجئے۔ ہماری وہ جو تفسیر ہے، اس میں۔</w:t>
      </w:r>
    </w:p>
    <w:p>
      <w:r>
        <w:rPr>
          <w:b/>
        </w:rPr>
        <w:t xml:space="preserve">[19:54] </w:t>
      </w:r>
      <w:r>
        <w:t>This question is from Mr. Idris af saman was not a muslim but he or she was a good person and contributed positively for human beings.</w:t>
      </w:r>
    </w:p>
    <w:p>
      <w:pPr>
        <w:jc w:val="right"/>
      </w:pPr>
      <w:r>
        <w:t>This question is from Mr. Idris اف سمن واز ناٹ ا مسلم بٹ ہی اور شی واز ا گڈ پرسن اینڈ کنٹریبیوٹڈ پوزیٹیولی فار ہیومن بینگ۔</w:t>
      </w:r>
    </w:p>
    <w:p>
      <w:r>
        <w:rPr>
          <w:b/>
        </w:rPr>
        <w:t xml:space="preserve">[20:06] </w:t>
      </w:r>
      <w:r>
        <w:t>is it okay to hope god might bless him with paradise</w:t>
      </w:r>
    </w:p>
    <w:p>
      <w:pPr>
        <w:jc w:val="right"/>
      </w:pPr>
      <w:r>
        <w:t>از اٹ اوکے ٹو ہوپ گاڈ مائٹ بلیس ہم ود پیراڈائز</w:t>
      </w:r>
    </w:p>
    <w:p>
      <w:r>
        <w:rPr>
          <w:b/>
        </w:rPr>
        <w:t xml:space="preserve">[20:11] </w:t>
      </w:r>
      <w:r>
        <w:t>? kyunke paradise is ka goal hi nahi tha, to jab woh surprise kyun de di jaye gi us ko? kyunke kam az kam goal to is ka ho paradise. ya ajeeb baat hai ke log, yani paradise ko apna goal na banayein, is ke hareess na hon, is ke talib na hon, aur jab aisay Khuda un ko paradise de de, aisa kaise ho sakta hai?</w:t>
      </w:r>
    </w:p>
    <w:p>
      <w:pPr>
        <w:jc w:val="right"/>
      </w:pPr>
      <w:r>
        <w:t>؟ کیونکہ پیراڈائز اس کا گول ہی نہیں تھا، تو جب وہ سپرائز کیوں دے دی جائے گی اس کو؟ کیونکہ کم از کم گول تو اس کا ہو پیراڈائز۔ یا عجیب بات ہے کہ لوگ، یعنی پیراڈائز کو اپنا گول نہ بنائیں، اس کے حریص نہ ہوں، اس کے طالب نہ ہوں، اور جب ایسے خدا ان کو پیراڈائز دے دے، ایسا کیسے ہو سکتا ہے؟</w:t>
      </w:r>
    </w:p>
    <w:p>
      <w:r>
        <w:rPr>
          <w:b/>
        </w:rPr>
        <w:t xml:space="preserve">[20:33] </w:t>
      </w:r>
      <w:r>
        <w:t>kam se kam yeh hai ke aap paradise ke hareess banein. kam se kam yeh hai janay ke paradise kya cheez hai. zindagi bhar paradise ko koi important nahi.</w:t>
      </w:r>
    </w:p>
    <w:p>
      <w:pPr>
        <w:jc w:val="right"/>
      </w:pPr>
      <w:r>
        <w:t>کم سے کم یہ ہے کہ آپ پیراڈائز کے حریص بنیں۔ کم سے کم یہ ہے جانیں کہ پیراڈائز کیا چیز ہے۔ زندگی بھر پیراڈائز کو کوئی امپورٹنٹ نہیں۔</w:t>
      </w:r>
    </w:p>
    <w:p>
      <w:r>
        <w:rPr>
          <w:b/>
        </w:rPr>
        <w:t xml:space="preserve">[20:44] </w:t>
      </w:r>
      <w:r>
        <w:t>zindagi mein aap diya, aap ne kuch bhi nahi. is par aap ki soch nahi bani, is ko aap ne apna goal nahi banaya.</w:t>
      </w:r>
    </w:p>
    <w:p>
      <w:pPr>
        <w:jc w:val="right"/>
      </w:pPr>
      <w:r>
        <w:t>زندگی میں آپ دیا، آپ نے کچھ بھی نہیں۔ اس پر آپ کی سوچ نہیں بنی، اس کو آپ نے اپنا گول نہیں بنایا۔</w:t>
      </w:r>
    </w:p>
    <w:p>
      <w:r>
        <w:rPr>
          <w:b/>
        </w:rPr>
        <w:t xml:space="preserve">[20:52] </w:t>
      </w:r>
      <w:r>
        <w:t>to to aisay aadmi ke liye paradise nahi hai. jo chaha tha, woh mil gaya us ko. fame chaha tha, mil gaya. paradise nahi chahiye thi, paradise kyun mil jaye gi us ko?</w:t>
      </w:r>
    </w:p>
    <w:p>
      <w:pPr>
        <w:jc w:val="right"/>
      </w:pPr>
      <w:r>
        <w:t>تو تو ایسے آدمی کے لیے پیراڈائز نہیں ہے۔ جو چاہا تھا، وہ مل گیا اس کو۔ فیم چاہا تھا، مل گیا۔ پیراڈائز نہیں چاہیے تھی، پیراڈائز کیوں مل جائے گی اس کو؟</w:t>
      </w:r>
    </w:p>
    <w:p>
      <w:r>
        <w:rPr>
          <w:b/>
        </w:rPr>
        <w:t xml:space="preserve">[21:05] </w:t>
      </w:r>
      <w:r>
        <w:t>yaad rakhiye, kam se kam jo shart hai paradise ke liye ke aap is ke hareess banein. hareess.</w:t>
      </w:r>
    </w:p>
    <w:p>
      <w:pPr>
        <w:jc w:val="right"/>
      </w:pPr>
      <w:r>
        <w:t>یاد رکھیے، کم سے کم جو شرط ہے پیراڈائز کے لیے کہ آپ اس کے حریص بنیں۔ حریص۔</w:t>
      </w:r>
    </w:p>
    <w:p>
      <w:r>
        <w:rPr>
          <w:b/>
        </w:rPr>
        <w:t xml:space="preserve">[21:11] </w:t>
      </w:r>
      <w:r>
        <w:t>hareess banne ka mani hai ke doosri cheezon ki hiras khatam ho. yani paradise ke sath doosri cheezon ka shauq, hiras, talab khatam ho jaye.</w:t>
      </w:r>
    </w:p>
    <w:p>
      <w:pPr>
        <w:jc w:val="right"/>
      </w:pPr>
      <w:r>
        <w:t>حریص بننے کا معنی ہے کہ دوسری چیزوں کی حرص ختم ہو۔ یعنی پیراڈائز کے ساتھ دوسری چیزوں کا شوق، حرص، طلب ختم ہو جائے۔</w:t>
      </w:r>
    </w:p>
    <w:p>
      <w:r>
        <w:rPr>
          <w:b/>
        </w:rPr>
        <w:t xml:space="preserve">[21:20] </w:t>
      </w:r>
      <w:r>
        <w:t>yeh kam se kam shart hai. koi doosri cheez aap ko khush na kare, ke yeh doosri cheez se aap ko koi lagao na rahe.</w:t>
      </w:r>
    </w:p>
    <w:p>
      <w:pPr>
        <w:jc w:val="right"/>
      </w:pPr>
      <w:r>
        <w:t>یہ کم سے کم شرط ہے۔ کوئی دوسری چیز آپ کو خوش نہ کرے، کہ یہ دوسری چیز سے آپ کو کوئی لگاؤ نہ رہے۔</w:t>
      </w:r>
    </w:p>
    <w:p>
      <w:r>
        <w:rPr>
          <w:b/>
        </w:rPr>
        <w:t xml:space="preserve">[21:30] </w:t>
      </w:r>
      <w:r>
        <w:t>to yeh to kam se kam shart hai.</w:t>
      </w:r>
    </w:p>
    <w:p>
      <w:pPr>
        <w:jc w:val="right"/>
      </w:pPr>
      <w:r>
        <w:t>تو یہ تو کم سے کم شرط ہے۔</w:t>
      </w:r>
    </w:p>
    <w:p>
      <w:r>
        <w:rPr>
          <w:b/>
        </w:rPr>
        <w:t xml:space="preserve">[21:37] </w:t>
      </w:r>
      <w:r>
        <w:t>This question is from Mr. Zubair Ahmed what do we mean by ahl-e-bait? my friends say ke we must love the ahl-e-bait.</w:t>
      </w:r>
    </w:p>
    <w:p>
      <w:pPr>
        <w:jc w:val="right"/>
      </w:pPr>
      <w:r>
        <w:t>This question is from Mr. Zubair Ahmed واٹ ڈو وی مین بائے اہل بیت؟ مائی فرینڈز سے کہتے ہیں کہ we must love the اہل بیت۔</w:t>
      </w:r>
    </w:p>
    <w:p>
      <w:r>
        <w:rPr>
          <w:b/>
        </w:rPr>
        <w:t xml:space="preserve">[21:48] </w:t>
      </w:r>
      <w:r>
        <w:t>if we don't, we are munafiq. yeh sab</w:t>
      </w:r>
    </w:p>
    <w:p>
      <w:pPr>
        <w:jc w:val="right"/>
      </w:pPr>
      <w:r>
        <w:t>if we don't, we are منافق۔ یہ سب</w:t>
      </w:r>
    </w:p>
    <w:p>
      <w:r>
        <w:rPr>
          <w:b/>
        </w:rPr>
        <w:t xml:space="preserve">[21:52] </w:t>
      </w:r>
      <w:r>
        <w:t>bilkul galat baatein hain. bilkul galat baatein hain. yeh sab hain. yahan</w:t>
      </w:r>
    </w:p>
    <w:p>
      <w:pPr>
        <w:jc w:val="right"/>
      </w:pPr>
      <w:r>
        <w:t>بالکل غلط باتیں ہیں۔ بالکل غلط باتیں ہیں۔ یہ سب ہیں۔ یہاں</w:t>
      </w:r>
    </w:p>
    <w:p>
      <w:r>
        <w:rPr>
          <w:b/>
        </w:rPr>
        <w:t xml:space="preserve">[22:01] </w:t>
      </w:r>
      <w:r>
        <w:t>yeh sab galat baatein hain. logon ne, yani ne khud sa apne self khud se bana liya hai criteria.</w:t>
      </w:r>
    </w:p>
    <w:p>
      <w:pPr>
        <w:jc w:val="right"/>
      </w:pPr>
      <w:r>
        <w:t>یہ سب غلط باتیں ہیں۔ لوگوں نے، یعنی نے خود سا اپنے سیلف خود سے بنا لیا ہے کرائٹیریا۔</w:t>
      </w:r>
    </w:p>
    <w:p>
      <w:r>
        <w:rPr>
          <w:b/>
        </w:rPr>
        <w:t xml:space="preserve">[22:10] </w:t>
      </w:r>
      <w:r>
        <w:t>sara masla aik criteria galat hai logon ka. yeh jo sahib hain, un se kahiye jo aisa bolte hon ke quran majeed mein nikal kar dikhao</w:t>
      </w:r>
    </w:p>
    <w:p>
      <w:pPr>
        <w:jc w:val="right"/>
      </w:pPr>
      <w:r>
        <w:t>سارا مسئلہ ایک کرائٹیریا غلط ہے لوگوں کا۔ یہ جو صاحب ہیں، ان سے کہیے جو ایسا بولتے ہوں کہ قرآن مجید میں نکال کر دکھاؤ</w:t>
      </w:r>
    </w:p>
    <w:p>
      <w:r>
        <w:rPr>
          <w:b/>
        </w:rPr>
        <w:t xml:space="preserve">[22:19] </w:t>
      </w:r>
      <w:r>
        <w:t>ke kya condition hai, kya shartein hain. kisi ko aap manayen ge, kisi ko nahi manayen ge. khud hi khud bana liya shartein. kisi ne yeh bana liya, kisi ne woh bana liya.</w:t>
      </w:r>
    </w:p>
    <w:p>
      <w:pPr>
        <w:jc w:val="right"/>
      </w:pPr>
      <w:r>
        <w:t>کہ کیا کنڈیشن ہے، کیا شرطیں ہیں۔ کسی کو آپ مانیں گے، کسی کو نہیں مانیں گے۔ خود ہی خود بنا لیا شرطیں۔ کسی نے یہ بنا لیا، کسی نے وہ بنا لیا۔</w:t>
      </w:r>
    </w:p>
    <w:p>
      <w:r>
        <w:rPr>
          <w:b/>
        </w:rPr>
        <w:t xml:space="preserve">[22:32] </w:t>
      </w:r>
      <w:r>
        <w:t>ahl-e-bait ka matlab sirf yeh hai ke rasool Allah ke jo family thi, us ne rasool Allah ka sath diya. un se is ki wajah se hamare dil mein un ki qadar aik hai.</w:t>
      </w:r>
    </w:p>
    <w:p>
      <w:pPr>
        <w:jc w:val="right"/>
      </w:pPr>
      <w:r>
        <w:t>اہل بیت کا مطلب صرف یہ ہے کہ رسول اللہ کے جو فیملی تھی، اس نے رسول اللہ کا ساتھ دیا۔ ان سے اس کی وجہ سے ہمارے دل میں ان کی قدر ایک ہے۔</w:t>
      </w:r>
    </w:p>
    <w:p>
      <w:r>
        <w:rPr>
          <w:b/>
        </w:rPr>
        <w:t xml:space="preserve">[22:43] </w:t>
      </w:r>
      <w:r>
        <w:t>meri family ne mera sath diya. aap dekhein ke main 85 saal ki umar mein hoon, pohancha hoon. poori poori umrein meri family ne mera sath diya hai.</w:t>
      </w:r>
    </w:p>
    <w:p>
      <w:pPr>
        <w:jc w:val="right"/>
      </w:pPr>
      <w:r>
        <w:t>میری فیملی نے میرا ساتھ دیا۔ آپ دیکھیں کہ میں 85 سال کی عمر میں ہوں، پہنچا ہوں۔ پوری پوری عمریں میری فیملی نے میرا ساتھ دیا ہے۔</w:t>
      </w:r>
    </w:p>
    <w:p>
      <w:r>
        <w:rPr>
          <w:b/>
        </w:rPr>
        <w:t xml:space="preserve">[22:52] </w:t>
      </w:r>
      <w:r>
        <w:t>bachpan se le kar aaj tak</w:t>
      </w:r>
    </w:p>
    <w:p>
      <w:pPr>
        <w:jc w:val="right"/>
      </w:pPr>
      <w:r>
        <w:t>بچپن سے لے کر آج تک</w:t>
      </w:r>
    </w:p>
    <w:p>
      <w:r>
        <w:rPr>
          <w:b/>
        </w:rPr>
        <w:t xml:space="preserve">[22:55] </w:t>
      </w:r>
      <w:r>
        <w:t>ke maine koi business nahi ki, maine koi service nahi ki, kuch bhi nahi kiya. maine ke main kaise zinda hoon? meri family mera sath de rahi hai. to jo aadmi bhi is mission se juray ga, woh meri family ke liye is ke dil mein qadar aa jaye gi.</w:t>
      </w:r>
    </w:p>
    <w:p>
      <w:pPr>
        <w:jc w:val="right"/>
      </w:pPr>
      <w:r>
        <w:t>کہ میں نے کوئی بزنس نہیں کی، میں نے کوئی سروس نہیں کی، کچھ بھی نہیں کیا۔ میں نے کہ میں کیسے زندہ ہوں؟ میری فیملی میرا ساتھ دے رہی ہے۔ تو جو آدمی بھی اس مشن سے جڑے گا، وہ میری فیملی کے لیے اس کے دل میں قدر آ جائے گی۔</w:t>
      </w:r>
    </w:p>
    <w:p>
      <w:r>
        <w:rPr>
          <w:b/>
        </w:rPr>
        <w:t xml:space="preserve">[23:09] </w:t>
      </w:r>
      <w:r>
        <w:t>bilkul it is natural</w:t>
      </w:r>
    </w:p>
    <w:p>
      <w:pPr>
        <w:jc w:val="right"/>
      </w:pPr>
      <w:r>
        <w:t>بالکل اٹ از نیچرل</w:t>
      </w:r>
    </w:p>
    <w:p>
      <w:r>
        <w:rPr>
          <w:b/>
        </w:rPr>
        <w:t xml:space="preserve">[23:11] </w:t>
      </w:r>
      <w:r>
        <w:t>ke jo aadmi bhi janay ga is mission ko, is se us ko taluq hoga to zaroor meri family ko bhi qadar ke nazar se dekhe ga ke bhai yeh logon ne itna support diya, tab yeh kaam chalta raha.</w:t>
      </w:r>
    </w:p>
    <w:p>
      <w:pPr>
        <w:jc w:val="right"/>
      </w:pPr>
      <w:r>
        <w:t>کہ جو آدمی بھی جانے گا اس مشن کو، اس سے اس کو تعلق ہوگا تو ضرور میری فیملی کو بھی قدر کے نظر سے دیکھے گا کہ بھئی یہ لوگوں نے اتنا سپورٹ دیا، تب یہ کام چلتا رہا۔</w:t>
      </w:r>
    </w:p>
    <w:p>
      <w:r>
        <w:rPr>
          <w:b/>
        </w:rPr>
        <w:t xml:space="preserve">[23:25] </w:t>
      </w:r>
      <w:r>
        <w:t>to rasool Allah sal Allah aleh wasalam ki family ne aap ko support diya to hum is ki qadar karte hain.</w:t>
      </w:r>
    </w:p>
    <w:p>
      <w:pPr>
        <w:jc w:val="right"/>
      </w:pPr>
      <w:r>
        <w:t>تو رسول اللہ صلی اللہ علیہ وسلم کی فیملی نے آپ کو سپورٹ دیا تو ہم اس کی قدر کرتے ہیں۔</w:t>
      </w:r>
    </w:p>
    <w:p>
      <w:r>
        <w:rPr>
          <w:b/>
        </w:rPr>
        <w:t xml:space="preserve">[23:30] </w:t>
      </w:r>
      <w:r>
        <w:t>yeh to aik fitri, aik fitri baat hai. is mein koi bhi serious nahi hai. waise hi jaise ke mein jitne mere saathi hain, meri family ko qadar ki nazar se dekhte hain.</w:t>
      </w:r>
    </w:p>
    <w:p>
      <w:pPr>
        <w:jc w:val="right"/>
      </w:pPr>
      <w:r>
        <w:t>یہ تو ایک فطری، ایک فطری بات ہے۔ اس میں کوئی بھی سیریس نہیں ہے۔ ویسے ہی جیسے کہ میں جتنے میرے ساتھی ہیں، میری فیملی کو قدر کی نظر سے دیکھتے ہیں۔</w:t>
      </w:r>
    </w:p>
    <w:p>
      <w:r>
        <w:rPr>
          <w:b/>
        </w:rPr>
        <w:t xml:space="preserve">[23:40] </w:t>
      </w:r>
      <w:r>
        <w:t>jab suntay hain ke meri family jo hai, bachpan se aaj tak mera saath diye chali ja rahi hai, aur is ki wajah se mein is mission ko chalane ke qabil hua hoon.</w:t>
      </w:r>
    </w:p>
    <w:p>
      <w:pPr>
        <w:jc w:val="right"/>
      </w:pPr>
      <w:r>
        <w:t>جب سنتے ہیں کہ میری فیملی جو ہے، بچپن سے آج تک میرا ساتھ دیے چلی جا رہی ہے، اور اس کی وجہ سے میں اس مشن کو چلانے کے قابل ہوا ہوں۔</w:t>
      </w:r>
    </w:p>
    <w:p>
      <w:r>
        <w:rPr>
          <w:b/>
        </w:rPr>
        <w:t xml:space="preserve">[23:48] </w:t>
      </w:r>
      <w:r>
        <w:t>to yeh aik bilkul fitri baat hai. but natural to aik fitri baat ko log mysterious bana dete hain. mysterious aqeedah bana dete hain. yeh aqeeday ki baat nahi hai.</w:t>
      </w:r>
    </w:p>
    <w:p>
      <w:pPr>
        <w:jc w:val="right"/>
      </w:pPr>
      <w:r>
        <w:t>تو یہ ایک بالکل فطری بات ہے۔ بٹ نیچرل تو ایک فطری بات کو لوگ مسٹیریس بنا دیتے ہیں۔ مسٹیریس عقیدہ بنا دیتے ہیں۔ یہ عقیدے کی بات نہیں ہے۔</w:t>
      </w:r>
    </w:p>
    <w:p>
      <w:r>
        <w:rPr>
          <w:b/>
        </w:rPr>
        <w:t xml:space="preserve">[23:57] </w:t>
      </w:r>
      <w:r>
        <w:t>yeh yeh yeh yeh matter of belief nahi hai. yeh yeh to aik aik fitrat ka taqaza hai.</w:t>
      </w:r>
    </w:p>
    <w:p>
      <w:pPr>
        <w:jc w:val="right"/>
      </w:pPr>
      <w:r>
        <w:t>یہ یہ یہ یہ میٹر اف بیلیف نہیں ہے۔ یہ یہ تو ایک ایک فطرت کا تقاضا ہے۔</w:t>
      </w:r>
    </w:p>
    <w:p>
      <w:r>
        <w:rPr>
          <w:b/>
        </w:rPr>
        <w:t xml:space="preserve">[24:07] </w:t>
      </w:r>
      <w:r>
        <w:t>His next question is how could we feel that we have realized God</w:t>
      </w:r>
    </w:p>
    <w:p>
      <w:pPr>
        <w:jc w:val="right"/>
      </w:pPr>
      <w:r>
        <w:t>His next question is how could we feel that we have realized God</w:t>
      </w:r>
    </w:p>
    <w:p>
      <w:r>
        <w:rPr>
          <w:b/>
        </w:rPr>
        <w:t xml:space="preserve">[24:14] </w:t>
      </w:r>
      <w:r>
        <w:t>jab realize kar le ga, khud hi maloom ho jaye ga aap ko. bahir ka koi aadmi batane aur clear nahi aye ga.</w:t>
      </w:r>
    </w:p>
    <w:p>
      <w:pPr>
        <w:jc w:val="right"/>
      </w:pPr>
      <w:r>
        <w:t>جب ریلائز کر لے گا، خود ہی معلوم ہو جائے گا آپ کو۔ باہر کا کوئی آدمی بتانے اور کلیئر نہیں آئے گا۔</w:t>
      </w:r>
    </w:p>
    <w:p>
      <w:r>
        <w:rPr>
          <w:b/>
        </w:rPr>
        <w:t xml:space="preserve">[24:23] </w:t>
      </w:r>
      <w:r>
        <w:t>jab bhi koi bachcha apni maan ko pa leta hai, jab intezar karta hai, koi aa ke batao ke tumhari maan hai, tab tab jane ga woh us ko.</w:t>
      </w:r>
    </w:p>
    <w:p>
      <w:pPr>
        <w:jc w:val="right"/>
      </w:pPr>
      <w:r>
        <w:t>جب بھی کوئی بچہ اپنی ماں کو پا لیتا ہے، جب انتظار کرتا ہے، کوئی آ کے بتاوے کہ تمہاری ماں ہے، تب تب جانے گا وہ اس کو۔</w:t>
      </w:r>
    </w:p>
    <w:p>
      <w:r>
        <w:rPr>
          <w:b/>
        </w:rPr>
        <w:t xml:space="preserve">[24:32] </w:t>
      </w:r>
      <w:r>
        <w:t>kisi koi mela hai, koi bheed hai, is mein aik bachcha bichhad gaya apni maan se, dhoondh raha hai, dhoondh raha hai, dhoondh raha hai, ab pa gaya to kya woh wait kare ga ke koi aa ke batao ke yeh meri maan hai?</w:t>
      </w:r>
    </w:p>
    <w:p>
      <w:pPr>
        <w:jc w:val="right"/>
      </w:pPr>
      <w:r>
        <w:t>کسی کوئی میلہ ہے، کوئی بھیڑ ہے، اس میں ایک بچہ بچھڑ گیا اپنی ماں سے، ڈھونڈ رہا ہے، ڈھونڈ رہا ہے، ڈھونڈ رہا ہے، اب پا گیا تو کیا وہ ویٹ کرے گا کہ کوئی آ کے بتاوے کہ یہ میری ماں ہے؟</w:t>
      </w:r>
    </w:p>
    <w:p>
      <w:r>
        <w:rPr>
          <w:b/>
        </w:rPr>
        <w:t xml:space="preserve">[24:42] </w:t>
      </w:r>
      <w:r>
        <w:t>tab woh tab us ko pata chalega. to jis din aap Khuda ko daryaft kar len ge, to kisi ke bataye baghair hi aap ko yaqeen aa jaye ga ke mein ne Khuda ko daryaft kar liya.</w:t>
      </w:r>
    </w:p>
    <w:p>
      <w:pPr>
        <w:jc w:val="right"/>
      </w:pPr>
      <w:r>
        <w:t>تب وہ تب اس کو پتہ چلے گا۔ تو جس دن آپ خدا کو دریافت کر لیں گے، تو کسی کے بتائے بغیر ہی آپ کو یقین آ جائے گا کہ میں نے خدا کو دریافت کر لیا۔</w:t>
      </w:r>
    </w:p>
    <w:p>
      <w:r>
        <w:rPr>
          <w:b/>
        </w:rPr>
        <w:t xml:space="preserve">[24:54] </w:t>
      </w:r>
      <w:r>
        <w:t>kisi ko batane ke aap wait nahi karen ge.</w:t>
      </w:r>
    </w:p>
    <w:p>
      <w:pPr>
        <w:jc w:val="right"/>
      </w:pPr>
      <w:r>
        <w:t>کسی کو بتانے کے آپ ویٹ نہیں کریں گے۔</w:t>
      </w:r>
    </w:p>
    <w:p>
      <w:r>
        <w:rPr>
          <w:b/>
        </w:rPr>
        <w:t xml:space="preserve">[24:59] </w:t>
      </w:r>
      <w:r>
        <w:t>This question is from Maulana Zikwan why people don't seriously think about truth and live?</w:t>
      </w:r>
    </w:p>
    <w:p>
      <w:pPr>
        <w:jc w:val="right"/>
      </w:pPr>
      <w:r>
        <w:t>This question is from مولانا زکوان وائی پیپل ڈونٹ سیریسلی تھنک اباؤٹ ٹروتھ اینڈ لائیو؟</w:t>
      </w:r>
    </w:p>
    <w:p>
      <w:r>
        <w:rPr>
          <w:b/>
        </w:rPr>
        <w:t xml:space="preserve">[25:07] </w:t>
      </w:r>
      <w:r>
        <w:t>bas jo jo worldly cheezein hain, usi ko importance diya hua hai. jhoot bol kar ke aap apni apna status banta hai, to jhoot bol den ge.</w:t>
      </w:r>
    </w:p>
    <w:p>
      <w:pPr>
        <w:jc w:val="right"/>
      </w:pPr>
      <w:r>
        <w:t>بس جو جو ورڈلی چیزیں ہیں، اسی کو امپورٹنس دیا ہوا ہے۔ جھوٹ بول کر کے آپ اپنی اپنا اسٹیٹس بنتا ہے، تو جھوٹ بول دیں گے۔</w:t>
      </w:r>
    </w:p>
    <w:p>
      <w:r>
        <w:rPr>
          <w:b/>
        </w:rPr>
        <w:t xml:space="preserve">[25:19] </w:t>
      </w:r>
      <w:r>
        <w:t>sach bolne, sach bol kar, sach bolne se koi interest ban ban raha hota hai, sach bol den ge wahan pe.</w:t>
      </w:r>
    </w:p>
    <w:p>
      <w:pPr>
        <w:jc w:val="right"/>
      </w:pPr>
      <w:r>
        <w:t>سچ بولنے، سچ بول کر، سچ بولنے سے کوئی انٹرسٹ بن بن رہا ہوتا ہے، سچ بول دیں گے وہاں پہ۔</w:t>
      </w:r>
    </w:p>
    <w:p>
      <w:r>
        <w:rPr>
          <w:b/>
        </w:rPr>
        <w:t xml:space="preserve">[25:24] </w:t>
      </w:r>
      <w:r>
        <w:t>to un ka jo concern hai, woh yeh nahi ke mein sach boloon ya jhoot boloon, yeh nahi concern hai. concern yeh hai ke mera interest kaise bane, mera faida kaise hasil ho.</w:t>
      </w:r>
    </w:p>
    <w:p>
      <w:pPr>
        <w:jc w:val="right"/>
      </w:pPr>
      <w:r>
        <w:t>تو ان کا جو کنسرن ہے، وہ یہ نہیں کہ میں سچ بولوں یا جھوٹ بولوں، یہ نہیں کنسرن ہے۔ کنسرن یہ ہے کہ میرا انٹرسٹ کیسے بنے، میرا فائدہ کیسے حاصل ہو۔</w:t>
      </w:r>
    </w:p>
    <w:p>
      <w:r>
        <w:rPr>
          <w:b/>
        </w:rPr>
        <w:t xml:space="preserve">[25:33] </w:t>
      </w:r>
      <w:r>
        <w:t>kisi ka political interest hai, kisi ka paise ka interest hai, kisi ka family ka interest. to apna interest jo hai, us ka un ka supreme concern hai.</w:t>
      </w:r>
    </w:p>
    <w:p>
      <w:pPr>
        <w:jc w:val="right"/>
      </w:pPr>
      <w:r>
        <w:t>کسی کا پولیٹیکل انٹرسٹ ہے، کسی کا پیسے کا انٹرسٹ ہے، کسی کا فیملی کا انٹرسٹ۔ تو اپنا انٹرسٹ جو ہے، اس کا ان کا سپریم کنسرن ہے۔</w:t>
      </w:r>
    </w:p>
    <w:p>
      <w:r>
        <w:rPr>
          <w:b/>
        </w:rPr>
        <w:t xml:space="preserve">[25:43] </w:t>
      </w:r>
      <w:r>
        <w:t>jaise hasil ho, bas jaise aap ka beta hai, aap ke samne aata hai, koi poochta hai ke kaun hai?</w:t>
      </w:r>
    </w:p>
    <w:p>
      <w:pPr>
        <w:jc w:val="right"/>
      </w:pPr>
      <w:r>
        <w:t>جیسے حاصل ہو، بس جیسے آپ کا بیٹا ہے، آپ کے سامنے آتا ہے، کوئی پوچھتا ہے کہ کون ہے؟</w:t>
      </w:r>
    </w:p>
    <w:p>
      <w:r>
        <w:rPr>
          <w:b/>
        </w:rPr>
        <w:t xml:space="preserve">[25:51] </w:t>
      </w:r>
      <w:r>
        <w:t>to aap kahen ge mera beta hai. to wahan jhoot nahi bolen ge, aap wahan nahi jhoot bolen ge. aap kahen ge sahib se ke mera beta hai. kisi aur mauqe par wahan jhoot bol den ge ke wahan jhoot bol ke kaam ban raha hai ya sach bol ke kaam ban raha hai.</w:t>
      </w:r>
    </w:p>
    <w:p>
      <w:pPr>
        <w:jc w:val="right"/>
      </w:pPr>
      <w:r>
        <w:t>تو آپ کہیں گے میرا بیٹا ہے۔ تو وہاں جھوٹ نہیں بولیں گے، آپ وہاں نہیں جھوٹ بولیں گے۔ آپ کہیں گے صاحب سے کہ میرا بیٹا ہے۔ کسی اور موقع پر وہاں جھوٹ بول دیں گے کہ وہاں جھوٹ بول کے کام بن رہا ہے یا سچ بول کے کام بن رہا ہے۔</w:t>
      </w:r>
    </w:p>
    <w:p>
      <w:r>
        <w:rPr>
          <w:b/>
        </w:rPr>
        <w:t xml:space="preserve">[26:05] </w:t>
      </w:r>
      <w:r>
        <w:t>to criteria logon ne doosre bana rakhe hain, is wajah se aisa ho raha hai. agar hum is is ko dimagh mein baitha len ke humein to sach bolna hi bolna hai aur jhoot bolna hi nahi hai kabhi kisi haal mein,</w:t>
      </w:r>
    </w:p>
    <w:p>
      <w:pPr>
        <w:jc w:val="right"/>
      </w:pPr>
      <w:r>
        <w:t>تو کرائٹیریا لوگوں نے دوسرے بنا رکھے ہیں، اس وجہ سے ایسا ہو رہا ہے۔ اگر ہم اس اس کو دماغ میں بٹھا لیں کہ ہمیں تو سچ بولنا ہی بولنا ہے اور جھوٹ بولنا ہی نہیں ہے کبھی کسی حال میں،</w:t>
      </w:r>
    </w:p>
    <w:p>
      <w:r>
        <w:rPr>
          <w:b/>
        </w:rPr>
        <w:t xml:space="preserve">[26:20] </w:t>
      </w:r>
      <w:r>
        <w:t>tab yeh</w:t>
      </w:r>
    </w:p>
    <w:p>
      <w:pPr>
        <w:jc w:val="right"/>
      </w:pPr>
      <w:r>
        <w:t>تب یہ</w:t>
      </w:r>
    </w:p>
    <w:p>
      <w:r>
        <w:rPr>
          <w:b/>
        </w:rPr>
        <w:t xml:space="preserve">[26:22] </w:t>
      </w:r>
      <w:r>
        <w:t>burai nahi dekhen ge aap koi.</w:t>
      </w:r>
    </w:p>
    <w:p>
      <w:pPr>
        <w:jc w:val="right"/>
      </w:pPr>
      <w:r>
        <w:t>برائی نہیں دیکھیں گے آپ کوئی۔</w:t>
      </w:r>
    </w:p>
    <w:p>
      <w:r>
        <w:rPr>
          <w:b/>
        </w:rPr>
        <w:t xml:space="preserve">[26:27] </w:t>
      </w:r>
      <w:r>
        <w:t>This question is from Mr. Zubair Ahmed some scholars say that standing up when the national anthem is sung is shirk.</w:t>
      </w:r>
    </w:p>
    <w:p>
      <w:pPr>
        <w:jc w:val="right"/>
      </w:pPr>
      <w:r>
        <w:t>This question is from Mr. Zubair Ahmed سم سکالرز سے کہتے ہیں کہ سٹینڈنگ اپ وین دا نیشنل اینتھم از سنگ از شرک۔</w:t>
      </w:r>
    </w:p>
    <w:p>
      <w:r>
        <w:rPr>
          <w:b/>
        </w:rPr>
        <w:t xml:space="preserve">[26:38] </w:t>
      </w:r>
      <w:r>
        <w:t>Please comment</w:t>
      </w:r>
    </w:p>
    <w:p>
      <w:pPr>
        <w:jc w:val="right"/>
      </w:pPr>
      <w:r>
        <w:t>پلیز کمنٹ</w:t>
      </w:r>
    </w:p>
    <w:p>
      <w:r>
        <w:rPr>
          <w:b/>
        </w:rPr>
        <w:t xml:space="preserve">[26:39] </w:t>
      </w:r>
      <w:r>
        <w:t>Are bekar baatein hain, yeh sab khurafat. kab tak aap log isi sochun mein rahen ge? aap log is mulk mein rehte hain, aap is mulk ke wafadar nahi hain. national anthem, anthem jo hai, woh national ki cheez hai.</w:t>
      </w:r>
    </w:p>
    <w:p>
      <w:pPr>
        <w:jc w:val="right"/>
      </w:pPr>
      <w:r>
        <w:t>۔ ارے بیکار باتیں ہیں، یہ سب خرافات۔ کب تک آپ لوگ اسی سوچوں میں رہیں گے؟ آپ لوگ اس ملک میں رہتے ہیں، آپ اس ملک کے وفادار نہیں ہیں۔ نیشنل اینتھم، اینتھم جو ہے، وہ نیشنل کی چیز ہے۔</w:t>
      </w:r>
    </w:p>
    <w:p>
      <w:r>
        <w:rPr>
          <w:b/>
        </w:rPr>
        <w:t xml:space="preserve">[26:50] </w:t>
      </w:r>
      <w:r>
        <w:t>nation ki cheez jo log aisa samajhte hon ke mulk chhod ke chale jayen, woh</w:t>
      </w:r>
    </w:p>
    <w:p>
      <w:pPr>
        <w:jc w:val="right"/>
      </w:pPr>
      <w:r>
        <w:t>نیشن کی چیز جو لوگ ایسا سمجھتے ہوں کہ ملک چھوڑ کے چلے جائیں، وہ</w:t>
      </w:r>
    </w:p>
    <w:p>
      <w:r>
        <w:rPr>
          <w:b/>
        </w:rPr>
        <w:t xml:space="preserve">[26:56] </w:t>
      </w:r>
      <w:r>
        <w:t>kyun? is mulk mein rehte hain aise log kyun? is mein rehte hain mulk mein. hamein is mulk ka wafadar banna hai. is mulk ka hamara watan hai, wahi jazba hamare hona chahiye hamare andar jo constitution mein likha hua hai.</w:t>
      </w:r>
    </w:p>
    <w:p>
      <w:pPr>
        <w:jc w:val="right"/>
      </w:pPr>
      <w:r>
        <w:t>کیوں؟ اس ملک میں رہتے ہیں ایسے لوگ کیوں؟ اس میں رہتے ہیں ملک میں۔ ہمیں اس ملک کا وفادار بننا ہے۔ اس ملک کا ہمارا وطن ہے، وہی جذبہ ہمارے ہونا چاہیے ہمارے اندر جو کانسٹیٹیوشن میں لکھا ہوا ہے۔</w:t>
      </w:r>
    </w:p>
    <w:p>
      <w:r>
        <w:rPr>
          <w:b/>
        </w:rPr>
        <w:t xml:space="preserve">[27:12] </w:t>
      </w:r>
      <w:r>
        <w:t>yaad dekhen, jo aadmi is mulk mein rahe, us se mohabbat na ho. is mulk se is qabil nahi ke wahan rahe. woh woh bhi jhoot hai. yeh</w:t>
      </w:r>
    </w:p>
    <w:p>
      <w:pPr>
        <w:jc w:val="right"/>
      </w:pPr>
      <w:r>
        <w:t>یاد دیکھیں، جو آدمی اس ملک میں رہے، اس سے محبت نہ ہو۔ اس ملک سے اس قابل نہیں کہ وہاں رہے۔ وہ وہ بھی جھوٹ ہے۔ یہ</w:t>
      </w:r>
    </w:p>
    <w:p>
      <w:r>
        <w:rPr>
          <w:b/>
        </w:rPr>
        <w:t xml:space="preserve">[27:19] </w:t>
      </w:r>
      <w:r>
        <w:t>jhoot par jeena hai. yeh quran mein hadith mein hai ke woh kya hai? woh jo jhoot bolna natural hai aur jhoot par amal karna na chhoden.</w:t>
      </w:r>
    </w:p>
    <w:p>
      <w:pPr>
        <w:jc w:val="right"/>
      </w:pPr>
      <w:r>
        <w:t>جھوٹ پر جینا ہے۔ یہ قرآن میں حدیث میں ہے کہ وہ کیا ہے؟ وہ جو جھوٹ بولنا نیچرل ہے اور جھوٹ پر عمل کرنا نہ چھوڑے۔</w:t>
      </w:r>
    </w:p>
    <w:p>
      <w:r>
        <w:rPr>
          <w:b/>
        </w:rPr>
        <w:t xml:space="preserve">[27:32] </w:t>
      </w:r>
      <w:r>
        <w:t>yeh jhoot par amal karna hai. yeh har woh cheez jo</w:t>
      </w:r>
    </w:p>
    <w:p>
      <w:pPr>
        <w:jc w:val="right"/>
      </w:pPr>
      <w:r>
        <w:t>یہ جھوٹ پر عمل کرنا ہے۔ یہ ہر وہ چیز جو</w:t>
      </w:r>
    </w:p>
    <w:p>
      <w:r>
        <w:rPr>
          <w:b/>
        </w:rPr>
        <w:t xml:space="preserve">[27:37] </w:t>
      </w:r>
      <w:r>
        <w:t>jis ka talluq nation se hai, woh hamari hai. agar hum is mulk mein rehna chahte hain to hum is mulk ke wafadar shehri hain. to har woh cheez jis ka talluq nation se hai, woh hamari hai.</w:t>
      </w:r>
    </w:p>
    <w:p>
      <w:pPr>
        <w:jc w:val="right"/>
      </w:pPr>
      <w:r>
        <w:t>جس کا تعلق نیشن سے ہے، وہ ہماری ہے۔ اگر ہم اس ملک میں رہنا چاہتے ہیں تو ہم اس ملک کے وفادار شہری ہیں۔ تو ہر وہ چیز جس کا تعلق نیشن سے ہے، وہ ہماری ہے۔</w:t>
      </w:r>
    </w:p>
    <w:p>
      <w:r>
        <w:rPr>
          <w:b/>
        </w:rPr>
        <w:t xml:space="preserve">[27:46] </w:t>
      </w:r>
      <w:r>
        <w:t>jis ka talluq aqeeday se nahi hai, jo is aqeeday ka masla banayein, woh bohat hi zyada galat kaam karte hain aur woh Allah taala ke hath bohat zyada pakde jayenge.</w:t>
      </w:r>
    </w:p>
    <w:p>
      <w:pPr>
        <w:jc w:val="right"/>
      </w:pPr>
      <w:r>
        <w:t>جس کا تعلق عقیدے سے نہیں ہے، جو اس عقیدے کا مسئلہ بنائیں، وہ بہت ہی زیادہ غلط کام کرتے ہیں اور وہ اللہ تعالیٰ کے ہاتھ بہت زیادہ پکڑے جائیں گے۔</w:t>
      </w:r>
    </w:p>
    <w:p>
      <w:r>
        <w:rPr>
          <w:b/>
        </w:rPr>
        <w:t xml:space="preserve">[27:56] </w:t>
      </w:r>
      <w:r>
        <w:t>woh log.</w:t>
      </w:r>
    </w:p>
    <w:p>
      <w:pPr>
        <w:jc w:val="right"/>
      </w:pPr>
      <w:r>
        <w:t>وہ لوگ۔</w:t>
      </w:r>
    </w:p>
    <w:p>
      <w:r>
        <w:rPr>
          <w:b/>
        </w:rPr>
        <w:t xml:space="preserve">[27:58] </w:t>
      </w:r>
      <w:r>
        <w:t>This question is from Muhammad Sanaullah Khan Maulana aap ne bataya ke tadad ka aitbaar nahi. hadith mein hai ke jannat ek chateel maidan hai.</w:t>
      </w:r>
    </w:p>
    <w:p>
      <w:pPr>
        <w:jc w:val="right"/>
      </w:pPr>
      <w:r>
        <w:t>This question is from محمد ثناء اللہ خان مولانا آپ نے بتایا کہ تعداد کا اعتبار نہیں۔ حدیث میں ہے کہ جنت ایک چٹیل میدان ہے۔</w:t>
      </w:r>
    </w:p>
    <w:p>
      <w:r>
        <w:rPr>
          <w:b/>
        </w:rPr>
        <w:t xml:space="preserve">[28:11] </w:t>
      </w:r>
      <w:r>
        <w:t>jitni martaba Allah Akbar kahenge, jannat mein utne darakht ugengen. baraye karam wazahat farmayein.</w:t>
      </w:r>
    </w:p>
    <w:p>
      <w:pPr>
        <w:jc w:val="right"/>
      </w:pPr>
      <w:r>
        <w:t>جتنی مرتبہ اللہ اکبر کہیں گے، جنت میں اتنے درخت اگیں گے۔ برائے کرم وضاحت فرمائیں۔</w:t>
      </w:r>
    </w:p>
    <w:p>
      <w:r>
        <w:rPr>
          <w:b/>
        </w:rPr>
        <w:t xml:space="preserve">[28:19] </w:t>
      </w:r>
      <w:r>
        <w:t>is ka talluq tadad se nahi hai ke jitni baar Allah Akbar kahenge, yani Allah Akbar spirit jitna dikhayenge.</w:t>
      </w:r>
    </w:p>
    <w:p>
      <w:pPr>
        <w:jc w:val="right"/>
      </w:pPr>
      <w:r>
        <w:t>اس کا تعلق تعداد سے نہیں ہے کہ جتنی بار اللہ اکبر کہیں گے، یعنی اللہ اکبر اسپرٹ جتنا دکھائیں گے۔</w:t>
      </w:r>
    </w:p>
    <w:p>
      <w:r>
        <w:rPr>
          <w:b/>
        </w:rPr>
        <w:t xml:space="preserve">[28:28] </w:t>
      </w:r>
      <w:r>
        <w:t>aap yeh matlab hai is ka. yeh quantity term mein nahi hai, woh quantity term mein hai. woh bilkul jo log aisa samjhen ke ginti se jannat banti hai, unhone deen deen ko samjha nahi, Islam ko samjha nahi, quran ko samjha nahi, hadith ko samjha nahi.</w:t>
      </w:r>
    </w:p>
    <w:p>
      <w:pPr>
        <w:jc w:val="right"/>
      </w:pPr>
      <w:r>
        <w:t>آپ یہ مطلب ہے اس کا۔ یہ کوانٹٹی ٹرم میں نہیں ہے، وہ کوانٹٹی ٹرم میں ہے۔ وہ بالکل جو لوگ ایسا سمجھیں کہ گنتی سے جنت بنتی ہے، انہوں نے دین دین کو سمجھا نہیں، اسلام کو سمجھا نہیں، قرآن کو سمجھا نہیں، حدیث کو سمجھا نہیں۔</w:t>
      </w:r>
    </w:p>
    <w:p>
      <w:r>
        <w:rPr>
          <w:b/>
        </w:rPr>
        <w:t xml:space="preserve">[28:43] </w:t>
      </w:r>
      <w:r>
        <w:t>yeh to yeh to under estimate karna hai aap ko. kaise log hain jo ginti par samajhte hain ke Khuda ke faisle hote hain?</w:t>
      </w:r>
    </w:p>
    <w:p>
      <w:pPr>
        <w:jc w:val="right"/>
      </w:pPr>
      <w:r>
        <w:t>یہ تو یہ تو انڈر ایسٹیمیٹ کرنا ہے آپ کو۔ کیسے لوگ ہیں جو گنتی پر سمجھتے ہیں کہ خدا کے فیصلے ہوتے ہیں؟</w:t>
      </w:r>
    </w:p>
    <w:p>
      <w:r>
        <w:rPr>
          <w:b/>
        </w:rPr>
        <w:t xml:space="preserve">[28:53] </w:t>
      </w:r>
      <w:r>
        <w:t>ginti par Khuda par faisle haqeeqat par hote hain, haqeeqat par spirits par faisle hote hain, ginti par nahi. yeh to common sense samajhne ke liye kafi hai.</w:t>
      </w:r>
    </w:p>
    <w:p>
      <w:pPr>
        <w:jc w:val="right"/>
      </w:pPr>
      <w:r>
        <w:t>گنتی پر خدا پر فیصلے حقیقت پر ہوتے ہیں، حقیقت پر اسپرٹس پر فیصلے ہوتے ہیں، گنتی پر نہیں۔ یہ تو کامن سینس سمجھنے کے لیے کافی ہے۔</w:t>
      </w:r>
    </w:p>
    <w:p>
      <w:r>
        <w:rPr>
          <w:b/>
        </w:rPr>
        <w:t xml:space="preserve">[29:06] </w:t>
      </w:r>
      <w:r>
        <w:t>This question is from Qazi Muhammad Mian Maulana aaj kal kuch log Israel supported company se bane products ke boycott ke liye muhim chala rahe hain.</w:t>
      </w:r>
    </w:p>
    <w:p>
      <w:pPr>
        <w:jc w:val="right"/>
      </w:pPr>
      <w:r>
        <w:t>This question is from قاضی محمد میاں مولانا آج کل کچھ لوگ اسرائیل سپورٹڈ کمپنی سے بنے پروڈکٹس کے بائیکاٹ کے لیے مہم چلا رہے ہیں۔</w:t>
      </w:r>
    </w:p>
    <w:p>
      <w:r>
        <w:rPr>
          <w:b/>
        </w:rPr>
        <w:t xml:space="preserve">[29:19] </w:t>
      </w:r>
      <w:r>
        <w:t>is tarah ki muhim ki kya hesiyat</w:t>
      </w:r>
    </w:p>
    <w:p>
      <w:pPr>
        <w:jc w:val="right"/>
      </w:pPr>
      <w:r>
        <w:t>اس طرح کی مہم کی کیا حیثیت</w:t>
      </w:r>
    </w:p>
    <w:p>
      <w:r>
        <w:rPr>
          <w:b/>
        </w:rPr>
        <w:t xml:space="preserve">[29:21] </w:t>
      </w:r>
      <w:r>
        <w:t>hai? kuch nahi, haqeeqat hai. yeh baseless baatein hain jo kya Islam se koi talluq nahi hai. yeh jhooti leadership banauga is ko chief property gate karne ke liye.</w:t>
      </w:r>
    </w:p>
    <w:p>
      <w:pPr>
        <w:jc w:val="right"/>
      </w:pPr>
      <w:r>
        <w:t>ہے؟ کچھ نہیں، حقیقت ہے۔ یہ بیس لیس باتیں ہیں جو کیا اسلام سے کوئی تعلق نہیں ہے۔ یہ جھوٹی لیڈری بناؤں گا اس کو چیف پراپرٹی گیٹ کرنے کے لیے۔</w:t>
      </w:r>
    </w:p>
    <w:p>
      <w:r>
        <w:rPr>
          <w:b/>
        </w:rPr>
        <w:t xml:space="preserve">[29:30] </w:t>
      </w:r>
      <w:r>
        <w:t>to yeh sara mamla hai chief property. jaldi chhup jaate hain akhbaron mein, koi charcha hota hai. bas is ka talluq na aqeeday se hai, na Islam se hai, na deen se hai, na Khuda se hai, na jannat se hai, na kisi cheez se hai.</w:t>
      </w:r>
    </w:p>
    <w:p>
      <w:pPr>
        <w:jc w:val="right"/>
      </w:pPr>
      <w:r>
        <w:t>تو یہ سارا معاملہ ہے چیف پراپرٹی۔ جلدی چھپ جاتے ہیں اخباروں میں، کوئی چرچا ہوتا ہے۔ بس اس کا تعلق نہ عقیدے سے ہے، نہ اسلام سے ہے، نہ دین سے ہے، نہ خدا سے ہے، نہ جنت سے ہے، نہ کسی چیز سے ہے۔</w:t>
      </w:r>
    </w:p>
    <w:p>
      <w:r>
        <w:rPr>
          <w:b/>
        </w:rPr>
        <w:t xml:space="preserve">[29:43] </w:t>
      </w:r>
      <w:r>
        <w:t>bekar baatein hain, sab bilkul bogus baatein hain. asal cheez hai sirf dawat, aur dawat aap ko agar aap sachi spirit aa jayegi to saare insaan ko aap ek samjhenge.</w:t>
      </w:r>
    </w:p>
    <w:p>
      <w:pPr>
        <w:jc w:val="right"/>
      </w:pPr>
      <w:r>
        <w:t>بیکار باتیں ہیں، سب بالکل بوگس باتیں ہیں۔ اصل چیز ہے صرف دعوت، اور دعوت آپ کو اگر آپ سچی اسپرٹ آ جائے گی تو سارے انسان کو آپ ایک سمجھیں گے۔</w:t>
      </w:r>
    </w:p>
    <w:p>
      <w:r>
        <w:rPr>
          <w:b/>
        </w:rPr>
        <w:t xml:space="preserve">[29:54] </w:t>
      </w:r>
      <w:r>
        <w:t>chahe Yahudi ho, chahe Isai ho, chahe Hindu ho, ya yeh nahi ho, koi bhi, sab ek hain, sab barabar hain.</w:t>
      </w:r>
    </w:p>
    <w:p>
      <w:pPr>
        <w:jc w:val="right"/>
      </w:pPr>
      <w:r>
        <w:t>چاہے یہودی ہو، چاہے عیسائی ہو، چاہے ہندو ہو، یا یہ نہیں ہو، کوئی بھی، سب ایک ہیں، سب برابر ہیں۔</w:t>
      </w:r>
    </w:p>
    <w:p>
      <w:r>
        <w:rPr>
          <w:b/>
        </w:rPr>
        <w:t xml:space="preserve">[30:01] </w:t>
      </w:r>
      <w:r>
        <w:t>dawti spirit na hone ki wajah se yeh sab masle nikal rahe hain, aur mein mein is ko gunah samajhta hoon. is tarah ki baatein kar ke mad'u ke bare mein nafrat paida karna, mad'u ke bare mein nafrat paida karna, is ko mein gunah samajhta hoon.</w:t>
      </w:r>
    </w:p>
    <w:p>
      <w:pPr>
        <w:jc w:val="right"/>
      </w:pPr>
      <w:r>
        <w:t>دعوتی اسپرٹ نہ ہونے کی وجہ سے یہ سب مسئلے نکل رہے ہیں، اور میں میں اس کو گناہ سمجھتا ہوں۔ اس طرح کی باتیں کر کے مدعو کے بارے میں نفرت پیدا کرنا، مدعو کے بارے میں نفرت پیدا کرنا، اس کو میں گناہ سمجھتا ہوں۔</w:t>
      </w:r>
    </w:p>
    <w:p>
      <w:r>
        <w:rPr>
          <w:b/>
        </w:rPr>
        <w:t xml:space="preserve">[30:17] </w:t>
      </w:r>
      <w:r>
        <w:t>sab se supreme mission jo hai aap ka, woh dawat hai.</w:t>
      </w:r>
    </w:p>
    <w:p>
      <w:pPr>
        <w:jc w:val="right"/>
      </w:pPr>
      <w:r>
        <w:t>سب سے سپریم کرسن جو ہے آپ کا، وہ دعوت ہے۔</w:t>
      </w:r>
    </w:p>
    <w:p>
      <w:r>
        <w:rPr>
          <w:b/>
        </w:rPr>
        <w:t xml:space="preserve">[30:20] </w:t>
      </w:r>
      <w:r>
        <w:t>baqi tamam cheezein isi ke isi ke andar mein aati hain.</w:t>
      </w:r>
    </w:p>
    <w:p>
      <w:pPr>
        <w:jc w:val="right"/>
      </w:pPr>
      <w:r>
        <w:t>باقی تمام چیزیں اسی کے اسی کے اندر میں آتی ہیں۔</w:t>
      </w:r>
    </w:p>
    <w:p>
      <w:r>
        <w:rPr>
          <w:b/>
        </w:rPr>
        <w:t xml:space="preserve">[30:27] </w:t>
      </w:r>
      <w:r>
        <w:t>This question is from Mr. Shafiq-ul-Iman kya jannat mein jaane ke liye Islam ka kalma La ilaha illallah Muhammadur Rasulullah kehna aur woh bhi Arabic mein zaroori hai?</w:t>
      </w:r>
    </w:p>
    <w:p>
      <w:pPr>
        <w:jc w:val="right"/>
      </w:pPr>
      <w:r>
        <w:t>This question is from مسٹر شفیق الایمان کیا جنت میں جانے کے لیے اسلام کا کلمہ لا الہ الا اللہ محمد رسول اللہ کہنا اور وہ بھی عربی میں ضروری ہے؟</w:t>
      </w:r>
    </w:p>
    <w:p>
      <w:r>
        <w:rPr>
          <w:b/>
        </w:rPr>
        <w:t xml:space="preserve">[30:44] </w:t>
      </w:r>
      <w:r>
        <w:t>bhai is par to aap bohat keh chuke hain, bohat likh chuke hain. kab tak yeh sawal karte hain? aap kitabein padhiye, bhai sari kitabein isi par hain, is ko padhiye aap.</w:t>
      </w:r>
    </w:p>
    <w:p>
      <w:pPr>
        <w:jc w:val="right"/>
      </w:pPr>
      <w:r>
        <w:t>بھئی اس پر تو آپ بہت کہہ چکے ہیں، بہت لکھ چکے ہیں۔ کب تک یہ سوال کرتے ہیں؟ آپ کتابیں پڑھیے، بھئی ساری کتابیں اسی پر ہیں، اس کو پڑھیے آپ۔</w:t>
      </w:r>
    </w:p>
    <w:p>
      <w:r>
        <w:rPr>
          <w:b/>
        </w:rPr>
        <w:t xml:space="preserve">[30:54] </w:t>
      </w:r>
      <w:r>
        <w:t>yeh to bilkul bogus, bilkul bilkul base less baat hai ke ek ek ek lafzon ka achaanak kar de aur jannat pahunch jaye. kuch words hain, un ka achaanak kar do aur jannat pahunch jao.</w:t>
      </w:r>
    </w:p>
    <w:p>
      <w:pPr>
        <w:jc w:val="right"/>
      </w:pPr>
      <w:r>
        <w:t>یہ تو بالکل بوگس، بالکل بالکل بیس لیس بات ہے کہ ایک ایک ایک لفظوں کا اچانک کر دے اور جنت پہنچ جائے۔ کچھ ورڈ ہیں، ان کا اچانک کر دو اور جنت پہنچ جاؤ۔</w:t>
      </w:r>
    </w:p>
    <w:p>
      <w:r>
        <w:rPr>
          <w:b/>
        </w:rPr>
        <w:t xml:space="preserve">[31:05] </w:t>
      </w:r>
      <w:r>
        <w:t>yeh jannat ka koi mazak hai? yeh to bohat baar mein ne kaha hai. yahan par lambi lambi speech di hai, kitaab mein is pe likh rakha hai.</w:t>
      </w:r>
    </w:p>
    <w:p>
      <w:pPr>
        <w:jc w:val="right"/>
      </w:pPr>
      <w:r>
        <w:t>یہ جنت کا کوئی مذاق ہے؟ یہ تو بہت بار میں نے کہا ہے۔ یہاں پر لمبی لمبی اسپیچ دی ہے، کتاب میں اس پہ لکھ رکھا ہے۔</w:t>
      </w:r>
    </w:p>
    <w:p>
      <w:r>
        <w:rPr>
          <w:b/>
        </w:rPr>
        <w:t xml:space="preserve">[31:14] </w:t>
      </w:r>
      <w:r>
        <w:t>mein ne jannat ka talluq jo hai in cheezon se nahi hai. to aap literature parhiye, jab tak aap literature nahi parhenge, koi baat clear nahi hogi.</w:t>
      </w:r>
    </w:p>
    <w:p>
      <w:pPr>
        <w:jc w:val="right"/>
      </w:pPr>
      <w:r>
        <w:t>میں نے جنت کا تعلق جو ہے ان چیزوں سے نہیں ہے۔ تو آپ لٹریچر پڑھیے، جب تک آپ لٹریچر نہیں پڑھیں گے، کوئی بات کلیئر نہیں ہوگی۔</w:t>
      </w:r>
    </w:p>
    <w:p>
      <w:r>
        <w:rPr>
          <w:b/>
        </w:rPr>
        <w:t xml:space="preserve">[31:25] </w:t>
      </w:r>
      <w:r>
        <w:t>This question is from Miss Raaziya Man gets angry over trivial things, and then he loses his ability to reason and see the situation objectively.</w:t>
      </w:r>
    </w:p>
    <w:p>
      <w:pPr>
        <w:jc w:val="right"/>
      </w:pPr>
      <w:r>
        <w:t>This question is from مس راضیہ Man gets angry over trivial things, and then he loses his ability to reason and see the situation objectively.</w:t>
      </w:r>
    </w:p>
    <w:p>
      <w:r>
        <w:rPr>
          <w:b/>
        </w:rPr>
        <w:t xml:space="preserve">[31:38] </w:t>
      </w:r>
      <w:r>
        <w:t>What should one do to avoid getting angry in any situation?</w:t>
      </w:r>
    </w:p>
    <w:p>
      <w:pPr>
        <w:jc w:val="right"/>
      </w:pPr>
      <w:r>
        <w:t>What should one do to avoid getting angry in any situation?</w:t>
      </w:r>
    </w:p>
    <w:p>
      <w:r>
        <w:rPr>
          <w:b/>
        </w:rPr>
        <w:t xml:space="preserve">[31:43] </w:t>
      </w:r>
      <w:r>
        <w:t>bhai is ke liye to mein bohat kuch keh chuka hoon baar baar ke dunya mein</w:t>
      </w:r>
    </w:p>
    <w:p>
      <w:pPr>
        <w:jc w:val="right"/>
      </w:pPr>
      <w:r>
        <w:t>بھائی اس کے لیے تو میں بہت کچھ کہہ چکا ہوں بار بار کہ دنیا میں</w:t>
      </w:r>
    </w:p>
    <w:p>
      <w:r>
        <w:rPr>
          <w:b/>
        </w:rPr>
        <w:t xml:space="preserve">[31:51] </w:t>
      </w:r>
      <w:r>
        <w:t>ghussa dikhana insaan ke khilaaf nahi hota, Khuda ke khilaaf hota hai. kis par ghussa kar rahe hain aap? jis ehsaas se ghussa kar rahe hain, woh Khuda ne is ko azaadi di hai, is liye woh apni azaadi ko misuse kar raha hai.</w:t>
      </w:r>
    </w:p>
    <w:p>
      <w:pPr>
        <w:jc w:val="right"/>
      </w:pPr>
      <w:r>
        <w:t>غصہ دکھانا انسان کے خلاف نہیں ہوتا، خدا کے خلاف ہوتا ہے۔ کس پر غصہ کر رہے ہیں آپ؟ جس احساس سے غصہ کر رہے ہیں، وہ خدا نے اس کو آزادی دی ہے، اس لیے وہ اپنی آزادی کو مس یوز کر رہا ہے۔</w:t>
      </w:r>
    </w:p>
    <w:p>
      <w:r>
        <w:rPr>
          <w:b/>
        </w:rPr>
        <w:t xml:space="preserve">[32:05] </w:t>
      </w:r>
      <w:r>
        <w:t>aap cheen nahi sakte is ki azaadi.</w:t>
      </w:r>
    </w:p>
    <w:p>
      <w:pPr>
        <w:jc w:val="right"/>
      </w:pPr>
      <w:r>
        <w:t>آپ چھین نہیں سکتے اس کی آزادی۔</w:t>
      </w:r>
    </w:p>
    <w:p>
      <w:r>
        <w:rPr>
          <w:b/>
        </w:rPr>
        <w:t xml:space="preserve">[32:09] </w:t>
      </w:r>
      <w:r>
        <w:t>kisi insaan se aap ne ghussa kiya kyun? kya ke is ne aap ko kuch takleef pohanchai? lekin woh kya tha? takleef pohanchana is ne apni azaadi ko misuse kiya.</w:t>
      </w:r>
    </w:p>
    <w:p>
      <w:pPr>
        <w:jc w:val="right"/>
      </w:pPr>
      <w:r>
        <w:t>کسی انسان سے آپ نے غصہ کیا کیوں؟ کیا کہ اس نے آپ کو کچھ تکلیف پہنچائی؟ لیکن وہ کیا تھا؟ تکلیف پہنچانا اس نے اپنی آزادی کو مس یوز کیا۔</w:t>
      </w:r>
    </w:p>
    <w:p>
      <w:r>
        <w:rPr>
          <w:b/>
        </w:rPr>
        <w:t xml:space="preserve">[32:21] </w:t>
      </w:r>
      <w:r>
        <w:t>azaadi kis ne di thi? Khuda ne di thi. to You have no other option</w:t>
      </w:r>
    </w:p>
    <w:p>
      <w:pPr>
        <w:jc w:val="right"/>
      </w:pPr>
      <w:r>
        <w:t>آزادی کس نے دی تھی؟ خدا نے دی تھی۔ تو You have no other option</w:t>
      </w:r>
    </w:p>
    <w:p>
      <w:r>
        <w:rPr>
          <w:b/>
        </w:rPr>
        <w:t xml:space="preserve">[32:26] </w:t>
      </w:r>
      <w:r>
        <w:t>except to keep patience kyunke hum Khuda se to lad nahi sakte. aap</w:t>
      </w:r>
    </w:p>
    <w:p>
      <w:pPr>
        <w:jc w:val="right"/>
      </w:pPr>
      <w:r>
        <w:t>except to keep patience کیونکہ ہم خدا سے تو لڑ نہیں سکتے۔ آپ</w:t>
      </w:r>
    </w:p>
    <w:p>
      <w:r>
        <w:rPr>
          <w:b/>
        </w:rPr>
        <w:t xml:space="preserve">[32:34] </w:t>
      </w:r>
      <w:r>
        <w:t>Khuda ki di hui azaadi ko abolish nahi kar sakta hai, aur Khuda ki di hui azaadi ko koi misuse karta hai to woh is ka haq hai.</w:t>
      </w:r>
    </w:p>
    <w:p>
      <w:pPr>
        <w:jc w:val="right"/>
      </w:pPr>
      <w:r>
        <w:t>خدا کی دی ہوئی آزادی کو ابولسٹک نہیں کر سکتا ہے، اور خدا کی دی ہوئی آزادی کو کوئی مس یوز کرتا ہے تو وہ اس کا حق ہے۔</w:t>
      </w:r>
    </w:p>
    <w:p>
      <w:r>
        <w:rPr>
          <w:b/>
        </w:rPr>
        <w:t xml:space="preserve">[32:43] </w:t>
      </w:r>
      <w:r>
        <w:t>aap aap cheen nahi sakte is se. to aap ke liye sirf yeh hai ke aap aap aap sabar karen, bas.</w:t>
      </w:r>
    </w:p>
    <w:p>
      <w:pPr>
        <w:jc w:val="right"/>
      </w:pPr>
      <w:r>
        <w:t>آپ آپ چھین نہیں سکتے اس سے۔ تو آپ کے لیے صرف یہ ہے کہ آپ آپ آپ صبر کریں، بس۔</w:t>
      </w:r>
    </w:p>
    <w:p>
      <w:r>
        <w:rPr>
          <w:b/>
        </w:rPr>
        <w:t xml:space="preserve">[32:52] </w:t>
      </w:r>
      <w:r>
        <w:t>aur sabar jo hai, kisi negative attitude ka naam nahi hai, passivity ka naam nahi hai. sabar 100 fisad positive attitude hai, kyunke sabar se kya hota hai?</w:t>
      </w:r>
    </w:p>
    <w:p>
      <w:pPr>
        <w:jc w:val="right"/>
      </w:pPr>
      <w:r>
        <w:t>اور صبر جو ہے، کسی نیگیٹیو ایٹیٹیوڈ کا نام نہیں ہے، پیسیوٹی کا نام نہیں ہے۔ صبر 100 فیصد پازیٹیو ایٹیٹیوڈ ہے، کیونکہ صبر سے کیا ہوتا ہے؟</w:t>
      </w:r>
    </w:p>
    <w:p>
      <w:r>
        <w:rPr>
          <w:b/>
        </w:rPr>
        <w:t xml:space="preserve">[33:03] </w:t>
      </w:r>
      <w:r>
        <w:t>intellectual development hota hai, personality development hota hai, nayi nayi baatein khulti hain.</w:t>
      </w:r>
    </w:p>
    <w:p>
      <w:pPr>
        <w:jc w:val="right"/>
      </w:pPr>
      <w:r>
        <w:t>انٹلیکچول ڈیویلپمنٹ ہوتا ہے، پرسنیلٹی ڈیویلپمنٹ ہوتا ہے، نئی نئی باتیں کھلتی ہیں۔</w:t>
      </w:r>
    </w:p>
    <w:p>
      <w:r>
        <w:rPr>
          <w:b/>
        </w:rPr>
        <w:t xml:space="preserve">[33:10] </w:t>
      </w:r>
      <w:r>
        <w:t>sabar to bohat bari cheez hai, bohat bari cheez. mein to rozana hi sabar karta hoon. sabar karne se meri mera development jo hai, woh chalta rehta hai.</w:t>
      </w:r>
    </w:p>
    <w:p>
      <w:pPr>
        <w:jc w:val="right"/>
      </w:pPr>
      <w:r>
        <w:t>صبر تو بہت بڑی چیز ہے، بہت بڑی چیز۔ میں تو روزانہ ہی صبر کرتا ہوں۔ صبر کرنے سے میری میرا ڈیویلپمنٹ جو ہے، وہ چلتا رہتا ہے۔</w:t>
      </w:r>
    </w:p>
    <w:p>
      <w:r>
        <w:rPr>
          <w:b/>
        </w:rPr>
        <w:t xml:space="preserve">[33:19] </w:t>
      </w:r>
      <w:r>
        <w:t>agar sabar na karo to isi waqt ruk jaye ga. sabar ka matlab na karne ka matlab hai stagnation. yaad rakhen, yeh sabar nahi karenge aap to intellectual stagnation aa jaye ga.</w:t>
      </w:r>
    </w:p>
    <w:p>
      <w:pPr>
        <w:jc w:val="right"/>
      </w:pPr>
      <w:r>
        <w:t>اگر صبر نہ کرو تو اسی وقت رک جائے گا۔ صبر کا مطلب نہ کرنے کا مطلب ہے سٹیگنیشن۔ یاد رکھیں، یہ صبر نہیں کریں گے آپ تو انٹلیکچول سٹیگنیشن آ جائے گا۔</w:t>
      </w:r>
    </w:p>
    <w:p>
      <w:r>
        <w:rPr>
          <w:b/>
        </w:rPr>
        <w:t xml:space="preserve">[33:32] </w:t>
      </w:r>
      <w:r>
        <w:t>to kitni bhaari qeemat deni parti hai aadmi ko sabar na karne ki.</w:t>
      </w:r>
    </w:p>
    <w:p>
      <w:pPr>
        <w:jc w:val="right"/>
      </w:pPr>
      <w:r>
        <w:t>تو کتنی بھاری قیمت دینی پڑتی ہے آدمی کو صبر نہ کرنے کی۔</w:t>
      </w:r>
    </w:p>
    <w:p>
      <w:r>
        <w:rPr>
          <w:b/>
        </w:rPr>
        <w:t xml:space="preserve">[33:38] </w:t>
      </w:r>
      <w:r>
        <w:t>This question is from Miss Saadia Many a times when I present the Quran to my non-Muslim friends, they ask me how should we read it, what should be the answer to this question?</w:t>
      </w:r>
    </w:p>
    <w:p>
      <w:pPr>
        <w:jc w:val="right"/>
      </w:pPr>
      <w:r>
        <w:t>This question is from مس سعدیہ Many a times when I present the Quran to my non-Muslim friends, they ask me how should we read it, what should be the answer to this question?</w:t>
      </w:r>
    </w:p>
    <w:p>
      <w:r>
        <w:rPr>
          <w:b/>
        </w:rPr>
        <w:t xml:space="preserve">[33:53] </w:t>
      </w:r>
      <w:r>
        <w:t>mujhe yeh sab kitaab parhte hain, woh yeh bhi parhen, bas. aur koi is mein condition nahi laga sakte hum. koi condition nahi hai. jaise sab kitaab parhte hain, woh yeh bhi parhen.</w:t>
      </w:r>
    </w:p>
    <w:p>
      <w:pPr>
        <w:jc w:val="right"/>
      </w:pPr>
      <w:r>
        <w:t>مجھے یہ سب کتاب پڑھتے ہیں، وہ یہ بھی پڑھیں، بس۔ اور کوئی اس میں کنڈیشن نہیں لگا سکتے ہم۔ کوئی کنڈیشن نہیں ہے۔ جیسے سب کتاب پڑھتے ہیں، وہ یہ بھی پڑھیں۔</w:t>
      </w:r>
    </w:p>
    <w:p>
      <w:r>
        <w:rPr>
          <w:b/>
        </w:rPr>
        <w:t xml:space="preserve">[34:07] </w:t>
      </w:r>
      <w:r>
        <w:t>ek hi shart ho sakti hai sincerity. jaise aadmi novel parhta hai to is mein woh sincere nahi hota, kyunke woh parhta hai sirf yaani time pass karne ke liye.</w:t>
      </w:r>
    </w:p>
    <w:p>
      <w:pPr>
        <w:jc w:val="right"/>
      </w:pPr>
      <w:r>
        <w:t>ایک ہی شرط ہو سکتی ہے سنسیرٹی۔ جیسے آدمی ناول پڑھتا ہے تو اس میں وہ سنسیر نہیں ہوتا، کیونکہ وہ پڑھتا ہے صرف یعنی ٹائم پاس کرنے کے لیے۔</w:t>
      </w:r>
    </w:p>
    <w:p>
      <w:r>
        <w:rPr>
          <w:b/>
        </w:rPr>
        <w:t xml:space="preserve">[34:19] </w:t>
      </w:r>
      <w:r>
        <w:t>to Quran ka sirf time</w:t>
      </w:r>
    </w:p>
    <w:p>
      <w:pPr>
        <w:jc w:val="right"/>
      </w:pPr>
      <w:r>
        <w:t>تو قرآن کا صرف ٹائم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