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Mission Conference 2023 April 30, 2023</w:t>
      </w:r>
    </w:p>
    <w:p>
      <w:r>
        <w:t>https://youtu.be/sfTBajRastM</w:t>
      </w:r>
    </w:p>
    <w:p>
      <w:r>
        <w:rPr>
          <w:b/>
        </w:rPr>
        <w:t xml:space="preserve">[00:12] </w:t>
      </w:r>
      <w:r>
        <w:t>starting a live sunday session class today. its a special episode from cps international peace conference, which is being held in delhi for 2 days. and we are very happy to share that more than 200 participants from different countries have participated in this peace conference, from india, from middle east, from africa, from usa, from singa</w:t>
      </w:r>
    </w:p>
    <w:p>
      <w:pPr>
        <w:jc w:val="right"/>
      </w:pPr>
      <w:r>
        <w:t>स्टार्टिंग अ लाइव संडे सेशन क्लास टुडे। इट्स अ स्पेशल एपिसोड फ्रॉम सीपीएस इंटरनेशनल पीस कॉन्फ्रेंस, व्हिच इज बीइंग हेल्ड इन दिल्ली फॉर 2 डेज। एंड वी आर वेरी हैप्पी टू शेयर दैट मोर दन 200 पार्टिसिपेंट्स फ्रॉम डिफरेंट कंट्रीज हैव पार्टिसिपेटेड इन दिस पीस कॉन्फ्रेंस, फ्रॉम इंडिया, फ्रॉम मिडिल ईस्ट, फ्रॉम अफ्रीका, फ्रॉम यूएसए, फ्रॉम सिंगा</w:t>
      </w:r>
    </w:p>
    <w:p>
      <w:r>
        <w:rPr>
          <w:b/>
        </w:rPr>
        <w:t xml:space="preserve">[00:39] </w:t>
      </w:r>
      <w:r>
        <w:t>pur. and many of the people have sent their wishes for the success of this peace conference. today we will have a conversation with professor farida khanam and doctor sanis nain khan on cps mission and questions on maulana waheeduddin khan sahib thought. to aap sabse pehle to mera sawal aap hi</w:t>
      </w:r>
    </w:p>
    <w:p>
      <w:pPr>
        <w:jc w:val="right"/>
      </w:pPr>
      <w:r>
        <w:t>पुर। एंड मेनी ऑफ द पीपल हैव सेंट देयर विशेस फॉर द सक्सेस ऑफ दिस पीस कॉन्फ्रेंस। टुडे वी विल हैव अ कन्वर्सेशन विद प्रोफेसर फरीदा खानम एंड डॉक्टर सानिस नैन खान ऑन सीपीएस मिशन एंड क्वेश्चंस ऑन मौलाना वैदुद्दीन खान साहब थॉट। तो आप सबसे पहले तो मेरा सवाल आप ही</w:t>
      </w:r>
    </w:p>
    <w:p>
      <w:r>
        <w:rPr>
          <w:b/>
        </w:rPr>
        <w:t xml:space="preserve">[01:03] </w:t>
      </w:r>
      <w:r>
        <w:t>se hai. aaj bohat khushi ki baat hai ke sab log yahan jama hue hain for taking the</w:t>
      </w:r>
    </w:p>
    <w:p>
      <w:pPr>
        <w:jc w:val="right"/>
      </w:pPr>
      <w:r>
        <w:t>से है। आज बहुत खुशी की बात है कि सब लोग यहां जमा हुए हैं फॉर टेकिंग द</w:t>
      </w:r>
    </w:p>
    <w:p>
      <w:r>
        <w:rPr>
          <w:b/>
        </w:rPr>
        <w:t xml:space="preserve">[01:10] </w:t>
      </w:r>
      <w:r>
        <w:t>maulana wahiduddin khan legacy forward.</w:t>
      </w:r>
    </w:p>
    <w:p>
      <w:pPr>
        <w:jc w:val="right"/>
      </w:pPr>
      <w:r>
        <w:t>मौलाना वैदुद्दीन खान लेगासी फॉरवर्ड।</w:t>
      </w:r>
    </w:p>
    <w:p>
      <w:r>
        <w:rPr>
          <w:b/>
        </w:rPr>
        <w:t xml:space="preserve">[01:13] </w:t>
      </w:r>
      <w:r>
        <w:t>toh aap sab se pehle main chahunga ke aap phir se hum sab ko yaad dilayein history of the mission,</w:t>
      </w:r>
    </w:p>
    <w:p>
      <w:pPr>
        <w:jc w:val="right"/>
      </w:pPr>
      <w:r>
        <w:t>तो आप सबसे पहले मैं चाहूंगा कि आप फिर से हम सबको याद दिलाएं हिस्ट्री ऑफ द मिशन,</w:t>
      </w:r>
    </w:p>
    <w:p>
      <w:r>
        <w:rPr>
          <w:b/>
        </w:rPr>
        <w:t xml:space="preserve">[01:19] </w:t>
      </w:r>
      <w:r>
        <w:t>kis tarah se yeh mission start hua, and kya kya challenge aaye, aur beech beech mein god ki special divine</w:t>
      </w:r>
    </w:p>
    <w:p>
      <w:pPr>
        <w:jc w:val="right"/>
      </w:pPr>
      <w:r>
        <w:t>किस तरीके से यह मिशन स्टार्ट हुआ, एंड क्या-क्या चैलेंज आए, और बीच-बीच में गॉड की स्पेशल डिवाइन</w:t>
      </w:r>
    </w:p>
    <w:p>
      <w:r>
        <w:rPr>
          <w:b/>
        </w:rPr>
        <w:t xml:space="preserve">[01:28] </w:t>
      </w:r>
      <w:r>
        <w:t>help bhi aayi.</w:t>
      </w:r>
    </w:p>
    <w:p>
      <w:pPr>
        <w:jc w:val="right"/>
      </w:pPr>
      <w:r>
        <w:t>हेल्प भी आई।</w:t>
      </w:r>
    </w:p>
    <w:p>
      <w:r>
        <w:rPr>
          <w:b/>
        </w:rPr>
        <w:t xml:space="preserve">[01:29] </w:t>
      </w:r>
      <w:r>
        <w:t>to main chahunga aap yahan se shuru kariye.</w:t>
      </w:r>
    </w:p>
    <w:p>
      <w:pPr>
        <w:jc w:val="right"/>
      </w:pPr>
      <w:r>
        <w:t>तो मैं चाहूंगा आप यहां से शुरू करिए।</w:t>
      </w:r>
    </w:p>
    <w:p>
      <w:r>
        <w:rPr>
          <w:b/>
        </w:rPr>
        <w:t xml:space="preserve">[01:35] </w:t>
      </w:r>
      <w:r>
        <w:t>bahut lambi, its a long story. i will try to sum up. when i was young, i just saw my father all the time. he was studying or writing, studying or writing. he was always in the library,</w:t>
      </w:r>
    </w:p>
    <w:p>
      <w:pPr>
        <w:jc w:val="right"/>
      </w:pPr>
      <w:r>
        <w:t>बहुत लंबी, इट्स अ लॉन्ग स्टोरी। आई विल ट्राई टू सम अप। व्हेन आई वाज यंग, आई जस्ट सॉ माय फादर ऑल द टाइम। ही वाज स्टडिंग और राइटिंग, स्टडिंग और राइटिंग। ही वाज ऑलवेज इन द लाइब्रेरी,</w:t>
      </w:r>
    </w:p>
    <w:p>
      <w:r>
        <w:rPr>
          <w:b/>
        </w:rPr>
        <w:t xml:space="preserve">[01:53] </w:t>
      </w:r>
      <w:r>
        <w:t>and we did not have enough contact or conversation with him. lekin</w:t>
      </w:r>
    </w:p>
    <w:p>
      <w:pPr>
        <w:jc w:val="right"/>
      </w:pPr>
      <w:r>
        <w:t>एंड वी डिड नॉट हैव इनफ कांटेक्ट और कन्वर्सेशन विद हिम। लेकिन</w:t>
      </w:r>
    </w:p>
    <w:p>
      <w:r>
        <w:rPr>
          <w:b/>
        </w:rPr>
        <w:t xml:space="preserve">[02:02] </w:t>
      </w:r>
      <w:r>
        <w:t>later on, when he started al risala, then we were involved in the mission.</w:t>
      </w:r>
    </w:p>
    <w:p>
      <w:pPr>
        <w:jc w:val="right"/>
      </w:pPr>
      <w:r>
        <w:t>लेटर ऑन, व्हेन ही स्टार्टेड अल रिसाला, देन वी वेर इवॉल्वड इन द मिशन।</w:t>
      </w:r>
    </w:p>
    <w:p>
      <w:r>
        <w:rPr>
          <w:b/>
        </w:rPr>
        <w:t xml:space="preserve">[02:16] </w:t>
      </w:r>
      <w:r>
        <w:t>the problem was that he had discovered that islam was a religion of peace, not a religion of violence and jiha</w:t>
      </w:r>
    </w:p>
    <w:p>
      <w:pPr>
        <w:jc w:val="right"/>
      </w:pPr>
      <w:r>
        <w:t>द प्रॉब्लम वाज दैट ही हैड डिस्कवर्ड दैट इस्लाम वाज अ रिलीजन ऑफ पीस, नॉट अ रिलीजन ऑफ वायलेंस एंड जिहा</w:t>
      </w:r>
    </w:p>
    <w:p>
      <w:r>
        <w:rPr>
          <w:b/>
        </w:rPr>
        <w:t xml:space="preserve">[02:26] </w:t>
      </w:r>
      <w:r>
        <w:t>d. all the muslims, matlab majority of the muslim, were engaged in jihad against the britishers, who had colonized different muslim countries,</w:t>
      </w:r>
    </w:p>
    <w:p>
      <w:pPr>
        <w:jc w:val="right"/>
      </w:pPr>
      <w:r>
        <w:t>द। ऑल द मुस्लिम्स, मतलब मेजॉरिटी ऑफ द मुस्लिम, वेर इंगेज्ड इन जिहाद अगेंस्ट द ब्रिटिशर्स, हु हैड कॉलोनाइज्ड डिफरेंट मुस्लिम कंट्रीज,</w:t>
      </w:r>
    </w:p>
    <w:p>
      <w:r>
        <w:rPr>
          <w:b/>
        </w:rPr>
        <w:t xml:space="preserve">[02:40] </w:t>
      </w:r>
      <w:r>
        <w:t>where they were ruling. so even in our home, my father senior cousin iqbal ahmed sohel was a congressi.</w:t>
      </w:r>
    </w:p>
    <w:p>
      <w:pPr>
        <w:jc w:val="right"/>
      </w:pPr>
      <w:r>
        <w:t>वेर दे वेर रूलिंग। सो इवन इन आवर होम, माय फादर सीनियर कजिन इकबाल अहमद सोहेल वाज अ कांग्रेसी।</w:t>
      </w:r>
    </w:p>
    <w:p>
      <w:r>
        <w:rPr>
          <w:b/>
        </w:rPr>
        <w:t xml:space="preserve">[02:54] </w:t>
      </w:r>
      <w:r>
        <w:t>so in in that, everyone was involved in politics, and they did not think ever that islam is a religion of peace, and it has to be come. its message has to be communicated with others,</w:t>
      </w:r>
    </w:p>
    <w:p>
      <w:pPr>
        <w:jc w:val="right"/>
      </w:pPr>
      <w:r>
        <w:t>सो इन इन दैट, एवरीवन वाज इवॉल्वड इन पॉलिटिक्स, एंड दे डिड नॉट थिंक एवर दैट इस्लाम इज अ रिलीजन ऑफ पीस, एंड इट हैज टू बी कम। इट्स मैसेज हैज टू बी कम्युनिकेटेड विद अदर्स,</w:t>
      </w:r>
    </w:p>
    <w:p>
      <w:r>
        <w:rPr>
          <w:b/>
        </w:rPr>
        <w:t xml:space="preserve">[03:13] </w:t>
      </w:r>
      <w:r>
        <w:t>because it is as we believe that prophet mohammad is the final prophet</w:t>
      </w:r>
    </w:p>
    <w:p>
      <w:pPr>
        <w:jc w:val="right"/>
      </w:pPr>
      <w:r>
        <w:t>बिकॉज इट इज एज वी बिलीव दैट प्रोफेट मोहम्मद इज द फाइनल प्रोफेट</w:t>
      </w:r>
    </w:p>
    <w:p>
      <w:r>
        <w:rPr>
          <w:b/>
        </w:rPr>
        <w:t xml:space="preserve">[03:21] </w:t>
      </w:r>
      <w:r>
        <w:t>. so his message has to be communicated to others, and that message is one of peace and adjustment and tolerance and of well wishing</w:t>
      </w:r>
    </w:p>
    <w:p>
      <w:pPr>
        <w:jc w:val="right"/>
      </w:pPr>
      <w:r>
        <w:t>। सो हिज मैसेज हैज टू बी कम्युनिकेटेड टू अदर्स, एंड दैट मैसेज इज वन ऑफ पीस एंड एडजस्टमेंट एंड टॉलरेंस एंड ऑफ वेल विशिंग</w:t>
      </w:r>
    </w:p>
    <w:p>
      <w:r>
        <w:rPr>
          <w:b/>
        </w:rPr>
        <w:t xml:space="preserve">[03:33] </w:t>
      </w:r>
      <w:r>
        <w:t>. so when he started writing about these issues in perspective of in the light of quran and hadith and the companions,</w:t>
      </w:r>
    </w:p>
    <w:p>
      <w:pPr>
        <w:jc w:val="right"/>
      </w:pPr>
      <w:r>
        <w:t>। सो व्हेन ही स्टार्टेड राइटिंग अबाउट दीज इश्यूज इन पर्सपेक्टिव ऑफ इन द लाइट ऑफ कुरान एंड हदीस एंड द कंपनियंस,</w:t>
      </w:r>
    </w:p>
    <w:p>
      <w:r>
        <w:rPr>
          <w:b/>
        </w:rPr>
        <w:t xml:space="preserve">[03:49] </w:t>
      </w:r>
      <w:r>
        <w:t>the prophet companions, as they understood islam. so people, because they were so obsessed with politics, they opposed him tooth and nail.</w:t>
      </w:r>
    </w:p>
    <w:p>
      <w:pPr>
        <w:jc w:val="right"/>
      </w:pPr>
      <w:r>
        <w:t>द प्रोफेट कंपनियंस, एज दे अंडरस्टूड इस्लाम। सो पीपल, बिकॉज दे वेर सो ऑब्सेस्ड विद पॉलिटिक्स, दे अपोज हिम टूथ एंड नेल।</w:t>
      </w:r>
    </w:p>
    <w:p>
      <w:r>
        <w:rPr>
          <w:b/>
        </w:rPr>
        <w:t xml:space="preserve">[04:04] </w:t>
      </w:r>
      <w:r>
        <w:t>they boycotted him. they</w:t>
      </w:r>
    </w:p>
    <w:p>
      <w:pPr>
        <w:jc w:val="right"/>
      </w:pPr>
      <w:r>
        <w:t>दे बॉयकॉटेड हिम। दे</w:t>
      </w:r>
    </w:p>
    <w:p>
      <w:r>
        <w:rPr>
          <w:b/>
        </w:rPr>
        <w:t xml:space="preserve">[04:09] </w:t>
      </w:r>
      <w:r>
        <w:t>is ko personal taib, personal taib, matlab they criticized everything about him, not only his presentation of islam, but they criticized him that he was not. he was an age</w:t>
      </w:r>
    </w:p>
    <w:p>
      <w:pPr>
        <w:jc w:val="right"/>
      </w:pPr>
      <w:r>
        <w:t>इसको पर्सनल ताइब, पर्सनल ताइब, मतलब दे क्रिटिसाइज्ड एवरीथिंग अबाउट हिम, नॉट ओनली हिज प्रेजेंटेशन ऑफ इस्लाम, बट दे क्रिटिसाइज्ड हिम दैट ही वाज नॉट। ही वाज एन एज</w:t>
      </w:r>
    </w:p>
    <w:p>
      <w:r>
        <w:rPr>
          <w:b/>
        </w:rPr>
        <w:t xml:space="preserve">[04:33] </w:t>
      </w:r>
      <w:r>
        <w:t>. yes, now i understand that he was an agent of the the enemies.</w:t>
      </w:r>
    </w:p>
    <w:p>
      <w:pPr>
        <w:jc w:val="right"/>
      </w:pPr>
      <w:r>
        <w:t>। यस, नाउ आई अंडरस्टैंड दैट ही वाज एन एजेंट ऑफ दी दी एनिमीज।</w:t>
      </w:r>
    </w:p>
    <w:p>
      <w:r>
        <w:rPr>
          <w:b/>
        </w:rPr>
        <w:t xml:space="preserve">[04:41] </w:t>
      </w:r>
      <w:r>
        <w:t>so that was a big problem.</w:t>
      </w:r>
    </w:p>
    <w:p>
      <w:pPr>
        <w:jc w:val="right"/>
      </w:pPr>
      <w:r>
        <w:t>सो दैट वाज अ बिग प्रॉब्लम।</w:t>
      </w:r>
    </w:p>
    <w:p>
      <w:r>
        <w:rPr>
          <w:b/>
        </w:rPr>
        <w:t xml:space="preserve">[04:43] </w:t>
      </w:r>
      <w:r>
        <w:t>but what what impressed me the most was his</w:t>
      </w:r>
    </w:p>
    <w:p>
      <w:pPr>
        <w:jc w:val="right"/>
      </w:pPr>
      <w:r>
        <w:t>बट व्हाट व्हाट इंप्रेस्ड मी द मोस्ट वाज हिज</w:t>
      </w:r>
    </w:p>
    <w:p>
      <w:r>
        <w:rPr>
          <w:b/>
        </w:rPr>
        <w:t xml:space="preserve">[04:50] </w:t>
      </w:r>
      <w:r>
        <w:t>his conviction, his determination,</w:t>
      </w:r>
    </w:p>
    <w:p>
      <w:pPr>
        <w:jc w:val="right"/>
      </w:pPr>
      <w:r>
        <w:t>हिज कन्विक्शन, हिज डिटरमिनेशन,</w:t>
      </w:r>
    </w:p>
    <w:p>
      <w:r>
        <w:rPr>
          <w:b/>
        </w:rPr>
        <w:t xml:space="preserve">[04:55] </w:t>
      </w:r>
      <w:r>
        <w:t>and he and his positivity.</w:t>
      </w:r>
    </w:p>
    <w:p>
      <w:pPr>
        <w:jc w:val="right"/>
      </w:pPr>
      <w:r>
        <w:t>एंड ही एंड हिज पॉजिटिविटी।</w:t>
      </w:r>
    </w:p>
    <w:p>
      <w:r>
        <w:rPr>
          <w:b/>
        </w:rPr>
        <w:t xml:space="preserve">[04:58] </w:t>
      </w:r>
      <w:r>
        <w:t>he took everything very very positively.</w:t>
      </w:r>
    </w:p>
    <w:p>
      <w:pPr>
        <w:jc w:val="right"/>
      </w:pPr>
      <w:r>
        <w:t>ही टूक एवरीथिंग वेरी वेरी पॉजिटिवली।</w:t>
      </w:r>
    </w:p>
    <w:p>
      <w:r>
        <w:rPr>
          <w:b/>
        </w:rPr>
        <w:t xml:space="preserve">[05:04] </w:t>
      </w:r>
      <w:r>
        <w:t>so he was never perturbed, he was never disturbed. he was so connected to god, and he he was firmly believed that god help will come,</w:t>
      </w:r>
    </w:p>
    <w:p>
      <w:pPr>
        <w:jc w:val="right"/>
      </w:pPr>
      <w:r>
        <w:t>सो ही वाज नेवर परटर्बड, ही वाज नेवर डिस्टर्बड। ही वाज सो कनेक्टेड टू गॉड, एंड ही ही वाज फर्मली बिलीव्ड दैट गॉड हेल्प विल कम,</w:t>
      </w:r>
    </w:p>
    <w:p>
      <w:r>
        <w:rPr>
          <w:b/>
        </w:rPr>
        <w:t xml:space="preserve">[05:18] </w:t>
      </w:r>
      <w:r>
        <w:t>and his message, he will be able to succeed in in communicating, in conveying god's message to the people.</w:t>
      </w:r>
    </w:p>
    <w:p>
      <w:pPr>
        <w:jc w:val="right"/>
      </w:pPr>
      <w:r>
        <w:t>एंड हिज मैसेज, ही विल बी एबल टू सक्सीड इन इन कम्युनिकेटिंग, इन कन्वेइंग गॉड्स मैसेज टू द पीपल।</w:t>
      </w:r>
    </w:p>
    <w:p>
      <w:r>
        <w:rPr>
          <w:b/>
        </w:rPr>
        <w:t xml:space="preserve">[05:29] </w:t>
      </w:r>
      <w:r>
        <w:t>so sometimes it happen after the his proposal for babri masjid. so people turn against him. they wanted to even kill him. so government provided security. even then, he was not disturbed. he just worked on and on, day and night</w:t>
      </w:r>
    </w:p>
    <w:p>
      <w:pPr>
        <w:jc w:val="right"/>
      </w:pPr>
      <w:r>
        <w:t>सो समटाइम्स इट हैपन आफ्टर द हिज प्रपोजल फॉर बाबरी मस्जिद। सो पीपल टर्न अगेंस्ट हिम। दे वांटेड टू इवन किल हिम। सो गवर्नमेंट प्रोवाइडेड सिक्योरिटी। इवन देन, ही वाज नॉट डिस्टर्बड। ही जस्ट वर्क्ड ऑन एंड ऑन, डे एंड नाइट</w:t>
      </w:r>
    </w:p>
    <w:p>
      <w:r>
        <w:rPr>
          <w:b/>
        </w:rPr>
        <w:t xml:space="preserve">[05:54] </w:t>
      </w:r>
      <w:r>
        <w:t>. sometimes i got up at night, and i saw his lights in his room. where was on. he was studying some</w:t>
      </w:r>
    </w:p>
    <w:p>
      <w:pPr>
        <w:jc w:val="right"/>
      </w:pPr>
      <w:r>
        <w:t>। समटाइम्स आई गट अप एट नाइट, एंड आई सॉ हिज लाइट्स इन हिज रूम। वेर वाज ऑन। ही वाज स्टडिंग समथ</w:t>
      </w:r>
    </w:p>
    <w:p>
      <w:r>
        <w:rPr>
          <w:b/>
        </w:rPr>
        <w:t xml:space="preserve">[06:02] </w:t>
      </w:r>
      <w:r>
        <w:t>thing. he said, "whenever any idea comes to my mind, i want to to study in detail from source books, from encyclopedia, and see this idea, which i wanted. i want to write. i want to do some research before putting my pen to paper.</w:t>
      </w:r>
    </w:p>
    <w:p>
      <w:pPr>
        <w:jc w:val="right"/>
      </w:pPr>
      <w:r>
        <w:t>िंग। ही सेड, "व्हेन एवर एनी आइडिया कम्स टू माय माइंड, आई वांट टू टू स्टडी इन डिटेल फ्रॉम सोर्स बुक्स, फ्रॉम एनसाइक्लोपीडिया, एंड सी दिस आइडिया, व्हिच आई वांटेड। आई वांट टू राइट। आई वांट टू डू सम रिसर्च बिफोर पुटिंग माय पेन टू पेपर।</w:t>
      </w:r>
    </w:p>
    <w:p>
      <w:r>
        <w:rPr>
          <w:b/>
        </w:rPr>
        <w:t xml:space="preserve">[06:25] </w:t>
      </w:r>
      <w:r>
        <w:t>" so all the time he was busy, and i think he was too positive to be disturbed by any opposition. so and i still remember that the last word he uttered was positivity.</w:t>
      </w:r>
    </w:p>
    <w:p>
      <w:pPr>
        <w:jc w:val="right"/>
      </w:pPr>
      <w:r>
        <w:t>" सो ऑल द टाइम ही वाज बिजी, एंड आई थिंक ही वाज टू पॉजिटिव टू बी डिस्टर्बड बाय एनी अपोजिशन। सो एंड आई स्टिल रिमेंबर दैट द लास्ट वर्ड ही अटर्ड वाज पॉजिटिविटी।</w:t>
      </w:r>
    </w:p>
    <w:p>
      <w:r>
        <w:rPr>
          <w:b/>
        </w:rPr>
        <w:t xml:space="preserve">[06:43] </w:t>
      </w:r>
      <w:r>
        <w:t>so that is why, in spite of so much opposition, he was able to continue his mission, and he finally god's help came in a big way, and he succeeded</w:t>
      </w:r>
    </w:p>
    <w:p>
      <w:pPr>
        <w:jc w:val="right"/>
      </w:pPr>
      <w:r>
        <w:t>सो दैट इज व्हाई, इन स्पाइट ऑफ सो मच अपोजिशन, ही वाज एबल टू कंटिन्यू हिज मिशन, एंड ही फाइनली गॉड्स हेल्प केम इन अ बिग वे, एंड ही सक्सीडेड</w:t>
      </w:r>
    </w:p>
    <w:p>
      <w:r>
        <w:rPr>
          <w:b/>
        </w:rPr>
        <w:t xml:space="preserve">[07:01] </w:t>
      </w:r>
      <w:r>
        <w:t>. and especially when</w:t>
      </w:r>
    </w:p>
    <w:p>
      <w:pPr>
        <w:jc w:val="right"/>
      </w:pPr>
      <w:r>
        <w:t>। एंड स्पेशली व्हेन</w:t>
      </w:r>
    </w:p>
    <w:p>
      <w:r>
        <w:rPr>
          <w:b/>
        </w:rPr>
        <w:t xml:space="preserve">[07:05] </w:t>
      </w:r>
      <w:r>
        <w:t>when the when my my brother is the most has done the greatest work in in publishing the quran in english and many and about more than 40 languages. so quran became the identity of our mission,</w:t>
      </w:r>
    </w:p>
    <w:p>
      <w:pPr>
        <w:jc w:val="right"/>
      </w:pPr>
      <w:r>
        <w:t>व्हेन द व्हेन माय माय ब्रदर इज द मोस्ट हैज डन द ग्रेटेस्ट वर्क इन इन पब्लिशिंग द कुरान इन इंग्लिश एंड मेनी एंड अबाउट मोर दन 40 लैंग्वेजेस। सो कुरान बिकम द आइडेंटिटी ऑफ आवर मिशन,</w:t>
      </w:r>
    </w:p>
    <w:p>
      <w:r>
        <w:rPr>
          <w:b/>
        </w:rPr>
        <w:t xml:space="preserve">[07:27] </w:t>
      </w:r>
      <w:r>
        <w:t>and the work spread globally</w:t>
      </w:r>
    </w:p>
    <w:p>
      <w:pPr>
        <w:jc w:val="right"/>
      </w:pPr>
      <w:r>
        <w:t>एंड द वर्क स्प्रेड ग्लोबली</w:t>
      </w:r>
    </w:p>
    <w:p>
      <w:r>
        <w:rPr>
          <w:b/>
        </w:rPr>
        <w:t xml:space="preserve">[07:30] </w:t>
      </w:r>
      <w:r>
        <w:t>there are so many, so many volunteers all over the world, who are spreading the word of god</w:t>
      </w:r>
    </w:p>
    <w:p>
      <w:pPr>
        <w:jc w:val="right"/>
      </w:pPr>
      <w:r>
        <w:t>। देयर आर सो मेनी, सो मेनी वॉलंटियर्स ऑल ओवर द वर्ल्ड, हु आर स्प्रेडिंग द वर्ड ऑफ गॉड</w:t>
      </w:r>
    </w:p>
    <w:p>
      <w:r>
        <w:rPr>
          <w:b/>
        </w:rPr>
        <w:t xml:space="preserve">[07:40] </w:t>
      </w:r>
      <w:r>
        <w:t>so now, once my my father, when he was in big trouble, all the muslims were opposing him. so he saw a dream that bandon ka jo nasir hai,</w:t>
      </w:r>
    </w:p>
    <w:p>
      <w:pPr>
        <w:jc w:val="right"/>
      </w:pPr>
      <w:r>
        <w:t>। सो नाउ, वंस माय माय फादर, व्हेन ही वाज इन बिग ट्रबल, ऑल द मुस्लिम्स वेर अपोजिंग हिम। सो ही सॉ अ ड्रीम दैट बंदों का जो नासिर है,</w:t>
      </w:r>
    </w:p>
    <w:p>
      <w:r>
        <w:rPr>
          <w:b/>
        </w:rPr>
        <w:t xml:space="preserve">[07:59] </w:t>
      </w:r>
      <w:r>
        <w:t>wo nusrat banda karke rahega.</w:t>
      </w:r>
    </w:p>
    <w:p>
      <w:pPr>
        <w:jc w:val="right"/>
      </w:pPr>
      <w:r>
        <w:t>वो नुसरत बंदा करके रहेगा।</w:t>
      </w:r>
    </w:p>
    <w:p>
      <w:r>
        <w:rPr>
          <w:b/>
        </w:rPr>
        <w:t xml:space="preserve">[08:03] </w:t>
      </w:r>
      <w:r>
        <w:t>who god, who helps his servants, will is bound to help,</w:t>
      </w:r>
    </w:p>
    <w:p>
      <w:pPr>
        <w:jc w:val="right"/>
      </w:pPr>
      <w:r>
        <w:t>हु गॉड, हु हेल्प्स हिज सर्वेंट्स, विल इज बाउंड टू हेल्प,</w:t>
      </w:r>
    </w:p>
    <w:p>
      <w:r>
        <w:rPr>
          <w:b/>
        </w:rPr>
        <w:t xml:space="preserve">[08:11] </w:t>
      </w:r>
      <w:r>
        <w:t>help his his servant, who is</w:t>
      </w:r>
    </w:p>
    <w:p>
      <w:pPr>
        <w:jc w:val="right"/>
      </w:pPr>
      <w:r>
        <w:t>हेल्प हिज हिज सर्वेंट, हु इज</w:t>
      </w:r>
    </w:p>
    <w:p>
      <w:r>
        <w:rPr>
          <w:b/>
        </w:rPr>
        <w:t xml:space="preserve">[08:17] </w:t>
      </w:r>
      <w:r>
        <w:t>who is only</w:t>
      </w:r>
    </w:p>
    <w:p>
      <w:pPr>
        <w:jc w:val="right"/>
      </w:pPr>
      <w:r>
        <w:t>हु इज ओनली</w:t>
      </w:r>
    </w:p>
    <w:p>
      <w:r>
        <w:rPr>
          <w:b/>
        </w:rPr>
        <w:t xml:space="preserve">[08:21] </w:t>
      </w:r>
      <w:r>
        <w:t>busy in spreading his word to the people, because there is a hadith in which it is said</w:t>
      </w:r>
    </w:p>
    <w:p>
      <w:pPr>
        <w:jc w:val="right"/>
      </w:pPr>
      <w:r>
        <w:t>बिजी इन स्प्रेडिंग हिज वर्ड टू द पीपल, बिकॉज देयर इज अ हदीस इन व्हिच इट इज सेड</w:t>
      </w:r>
    </w:p>
    <w:p>
      <w:r>
        <w:rPr>
          <w:b/>
        </w:rPr>
        <w:t xml:space="preserve">[08:29] </w:t>
      </w:r>
      <w:r>
        <w:t>that this word of god will spread in every home, big or small</w:t>
      </w:r>
    </w:p>
    <w:p>
      <w:pPr>
        <w:jc w:val="right"/>
      </w:pPr>
      <w:r>
        <w:t>दैट दिस वर्ड ऑफ गॉड विल स्प्रेड इन एवरी होम, बिग और स्मॉल</w:t>
      </w:r>
    </w:p>
    <w:p>
      <w:r>
        <w:rPr>
          <w:b/>
        </w:rPr>
        <w:t xml:space="preserve">[08:37] </w:t>
      </w:r>
      <w:r>
        <w:t>so this is our mission to spread the peaceful message of god, and and and and do everything we can to ignore the provocations. we we are we are told by my father to refrain to from any provocation</w:t>
      </w:r>
    </w:p>
    <w:p>
      <w:pPr>
        <w:jc w:val="right"/>
      </w:pPr>
      <w:r>
        <w:t>। सो दिस इज आवर मिशन टू स्प्रेड द पीसफुल मैसेज ऑफ गॉड, एंड एंड एंड एंड डू एवरीथिंग वी कैन टू इग्नोर द प्रोवोकेशंस। वी वी आर वी आर टोल्ड बाय माय फादर टू रिफ्रेन टू फ्रॉम एनी प्रोवोकेशन</w:t>
      </w:r>
    </w:p>
    <w:p>
      <w:r>
        <w:rPr>
          <w:b/>
        </w:rPr>
        <w:t xml:space="preserve">[09:03] </w:t>
      </w:r>
      <w:r>
        <w:t>even if there is any provocation, we are not allowed to be provoked, like that happen that incident that happen in the in Sweden. so my father wrote an article, "just ignore it." so by ignoring, you nip the evil in the bud. if you don't ignore, the evil spreads the further complication you face</w:t>
      </w:r>
    </w:p>
    <w:p>
      <w:pPr>
        <w:jc w:val="right"/>
      </w:pPr>
      <w:r>
        <w:t>। इवन इफ देयर इज एनी प्रोवोकेशन, वी आर नॉट अलाउड टू बी प्रोवोकड, लाइक दैट हैपन दैट इंसिडेंट दैट हैपन इन द इन स्वीडन। सो माय फादर रोट एन आर्टिकल, "जस्ट इग्नोर इट।" सो बाय इग्नोरिंग, यू निप द इविल इन द बड। इफ यू डोंट इग्नोर, द इविल स्प्रेड्स द फर्दर कॉम्प्लिकेशन यू फेस</w:t>
      </w:r>
    </w:p>
    <w:p>
      <w:r>
        <w:rPr>
          <w:b/>
        </w:rPr>
        <w:t xml:space="preserve">[09:29] </w:t>
      </w:r>
      <w:r>
        <w:t>so we are just ignoring any provocation, because if you are positive, if you are connected to god, if you believe in in god and his and divine help, then you feel its its its a matter of time. god's help will come in a big way,</w:t>
      </w:r>
    </w:p>
    <w:p>
      <w:pPr>
        <w:jc w:val="right"/>
      </w:pPr>
      <w:r>
        <w:t>। सो वी आर जस्ट इग्नोरिंग एनी प्रोवोकेशन, बिकॉज इफ यू आर पॉजिटिव, इफ यू आर कनेक्टेड टू गॉड, इफ यू बिलीव इन इन गॉड एंड हिज एंड डिवाइन हेल्प, देन यू फील इट्स इट्स इट्स अ मैटर ऑफ टाइम। गॉड्स हेल्प विल कम इन अ बिग वे,</w:t>
      </w:r>
    </w:p>
    <w:p>
      <w:r>
        <w:rPr>
          <w:b/>
        </w:rPr>
        <w:t xml:space="preserve">[09:51] </w:t>
      </w:r>
      <w:r>
        <w:t>and we will succeed. and i i think this has happen and this is happening.</w:t>
      </w:r>
    </w:p>
    <w:p>
      <w:pPr>
        <w:jc w:val="right"/>
      </w:pPr>
      <w:r>
        <w:t>एंड वी विल सक्सीड। एंड आई आई थिंक दिस हैज हैपन एंड दिस इज हैपनिंग।</w:t>
      </w:r>
    </w:p>
    <w:p>
      <w:r>
        <w:rPr>
          <w:b/>
        </w:rPr>
        <w:t xml:space="preserve">[09:57] </w:t>
      </w:r>
      <w:r>
        <w:t>more and more people are joining in cps, and we are spreading globally the message of god that we are duty bound to do. ji, aap aapne bilkul sahi kaha ke god's help will indeed come. in fact, mujhe yaad aa gaya ke ek martaba sunday class ke liye maulana ko main lekar ja raha tha.</w:t>
      </w:r>
    </w:p>
    <w:p>
      <w:pPr>
        <w:jc w:val="right"/>
      </w:pPr>
      <w:r>
        <w:t>मोर एंड मोर पीपल आर जॉइनिंग इन सीपीएस, एंड वी आर स्प्रेडिंग ग्लोबली द मैसेज ऑफ गॉड दैट वी आर ड्यूटी बाउंड टू डू। जी, आप आपने बिल्कुल सही कहा कि गॉड्स हेल्प विल इनडीड कम। इनफैक्ट, मुझे याद आ गया कि एक मर्तबा संडे क्लास के लिए मौलाना को मैं लेकर जा रहा था।</w:t>
      </w:r>
    </w:p>
    <w:p>
      <w:r>
        <w:rPr>
          <w:b/>
        </w:rPr>
        <w:t xml:space="preserve">[10:22] </w:t>
      </w:r>
      <w:r>
        <w:t>to jab hum building mein dakhil hue, to maulana achanak unhon ne turn kiya meri taraf aur matlab sab cps members ko address karte hue kaha. unhon ne kaha ke, "dekhiye, yaad rakhiyega, agar aap sab log kabhi kisi difficult situation mein phans jaen, challenging situation mein phans jaen, aapko samajh na aaye ke kya karen</w:t>
      </w:r>
    </w:p>
    <w:p>
      <w:pPr>
        <w:jc w:val="right"/>
      </w:pPr>
      <w:r>
        <w:t>तो जब हम बिल्डिंग में दाखिल हुए, तो मौलाना अचानक उन्होंने टर्न किया मेरी तरफ और मतलब सब सीपीएस मेंबर्स को एड्रेस करते हुए कहा। उन्होंने कहा कि, "देखिए, याद रखिएगा, अगर आप सब लोग कभी किसी डिफिकल्ट सिचुएशन में फंस जाएं, चैलेंजिंग सिचुएशन में फंस जाएं, आपको समझ ना आए कि क्या करें</w:t>
      </w:r>
    </w:p>
    <w:p>
      <w:r>
        <w:rPr>
          <w:b/>
        </w:rPr>
        <w:t xml:space="preserve">[10:43] </w:t>
      </w:r>
      <w:r>
        <w:t>, bas us waqt ek cheez kariega, dua karke khade ho jaiyega. aur aap foran notice karenge ke allah ke special help, farishton ke shakal mein, aapke liye madad ke liye toot padenge. to aap sab log ghabraiyega nahin." to aur aap aisa hi hua, mission from strength to strength aage badhta gaya. doctor sahab, mera agla sawal isliye aapse hai ke,</w:t>
      </w:r>
    </w:p>
    <w:p>
      <w:pPr>
        <w:jc w:val="right"/>
      </w:pPr>
      <w:r>
        <w:t>, बस उस वक्त एक चीज करिएगा, दुआ करके खड़े हो जाइएगा। और आप फौरन नोटिस करेंगे कि अल्लाह के स्पेशल हेल्प, फरिश्तों के शक्ल में, आपके लिए मदद के लिए टूट पड़ेंगे। तो आप सब लोग घबराइए नहीं।" तो और आप ऐसा ही हुआ, मिशन फ्रॉम स्ट्रेंथ टू स्ट्रेंथ आगे बढ़ता गया। डॉक्टर साहब, मेरा अगला सवाल इसलिए आपसे है कि,</w:t>
      </w:r>
    </w:p>
    <w:p>
      <w:r>
        <w:rPr>
          <w:b/>
        </w:rPr>
        <w:t xml:space="preserve">[11:08] </w:t>
      </w:r>
      <w:r>
        <w:t>as a spiritual leader, maulana sahab did what a</w:t>
      </w:r>
    </w:p>
    <w:p>
      <w:pPr>
        <w:jc w:val="right"/>
      </w:pPr>
      <w:r>
        <w:t>एज अ स्पिरिचुअल लीडर, मौलाना साहब डिड व्हाट ए</w:t>
      </w:r>
    </w:p>
    <w:p>
      <w:r>
        <w:rPr>
          <w:b/>
        </w:rPr>
        <w:t xml:space="preserve">[11:12] </w:t>
      </w:r>
      <w:r>
        <w:t>where he could.</w:t>
      </w:r>
    </w:p>
    <w:p>
      <w:pPr>
        <w:jc w:val="right"/>
      </w:pPr>
      <w:r>
        <w:t>वर ही कुड।</w:t>
      </w:r>
    </w:p>
    <w:p>
      <w:r>
        <w:rPr>
          <w:b/>
        </w:rPr>
        <w:t xml:space="preserve">[11:12] </w:t>
      </w:r>
      <w:r>
        <w:t>in fact, he went beyond capacity of a normal man.</w:t>
      </w:r>
    </w:p>
    <w:p>
      <w:pPr>
        <w:jc w:val="right"/>
      </w:pPr>
      <w:r>
        <w:t>इनफैक्ट, ही वेंट बियोंड कैपेसिटी ऑफ अ नॉर्मल मैन।</w:t>
      </w:r>
    </w:p>
    <w:p>
      <w:r>
        <w:rPr>
          <w:b/>
        </w:rPr>
        <w:t xml:space="preserve">[11:16] </w:t>
      </w:r>
      <w:r>
        <w:t>he was an extraordinary spiritual leader, and he made it easy for all of us.</w:t>
      </w:r>
    </w:p>
    <w:p>
      <w:pPr>
        <w:jc w:val="right"/>
      </w:pPr>
      <w:r>
        <w:t>ही वाज एन एक्स्ट्राऑर्डिनरी स्पिरिचुअल लीडर, एंड ही मेड इट इजी फॉर ऑल ऑफ अस।</w:t>
      </w:r>
    </w:p>
    <w:p>
      <w:r>
        <w:rPr>
          <w:b/>
        </w:rPr>
        <w:t xml:space="preserve">[11:22] </w:t>
      </w:r>
      <w:r>
        <w:t>humein sab kuch ek tareeqe se tayyar shakal mein mil chuka hai.</w:t>
      </w:r>
    </w:p>
    <w:p>
      <w:pPr>
        <w:jc w:val="right"/>
      </w:pPr>
      <w:r>
        <w:t>हमें सब कुछ एक तरीके से तैयार शक्ल में मिल चुका है।</w:t>
      </w:r>
    </w:p>
    <w:p>
      <w:r>
        <w:rPr>
          <w:b/>
        </w:rPr>
        <w:t xml:space="preserve">[11:26] </w:t>
      </w:r>
      <w:r>
        <w:t>so our goal is to take the mission on to the next level.</w:t>
      </w:r>
    </w:p>
    <w:p>
      <w:pPr>
        <w:jc w:val="right"/>
      </w:pPr>
      <w:r>
        <w:t>सो आवर गोल इज टू टेक द मिशन ऑन टू द नेक्स्ट लेवल।</w:t>
      </w:r>
    </w:p>
    <w:p>
      <w:r>
        <w:rPr>
          <w:b/>
        </w:rPr>
        <w:t xml:space="preserve">[11:31] </w:t>
      </w:r>
      <w:r>
        <w:t>to main chahunga is par aap hum sab ko batayein.</w:t>
      </w:r>
    </w:p>
    <w:p>
      <w:pPr>
        <w:jc w:val="right"/>
      </w:pPr>
      <w:r>
        <w:t>तो मैं चाहूंगा इस पर आप कुछ हम सबको बताएं।</w:t>
      </w:r>
    </w:p>
    <w:p>
      <w:r>
        <w:rPr>
          <w:b/>
        </w:rPr>
        <w:t xml:space="preserve">[11:35] </w:t>
      </w:r>
      <w:r>
        <w:t>bismillah rahman rahim rab ishrah li sadri wa yassir li amri wah lul uqdatan min lisani yafqahu qawli</w:t>
      </w:r>
    </w:p>
    <w:p>
      <w:pPr>
        <w:jc w:val="right"/>
      </w:pPr>
      <w:r>
        <w:t>بسم الله الرحمن الرحيم رب اشرح لی صدری ویسر لی امری واحل العقدۃ من لسانی یفقہ قولی</w:t>
      </w:r>
    </w:p>
    <w:p>
      <w:r>
        <w:rPr>
          <w:b/>
        </w:rPr>
        <w:t xml:space="preserve">[11:43] </w:t>
      </w:r>
      <w:r>
        <w:t>maulana was in a conference, attending a conference in a arab country, and somebody said, "we like your books, and they are very good books, and your mission is also very notable. but what will happen after you are gone?" so before he could reply, somebody stood up and said, "he was in arab, and he said in arabic,</w:t>
      </w:r>
    </w:p>
    <w:p>
      <w:pPr>
        <w:jc w:val="right"/>
      </w:pPr>
      <w:r>
        <w:t>मौलाना वाज इन ए कॉन्फ्रेंस, अटेंडिंग ए कॉन्फ्रेंस इन ए अरब कंट्री, एंड समबडी सेड, "वी लाइक योर बुक्स, एंड दे आर वेरी गुड बुक्स, एंड योर मिशन इज आल्सो वेरी नोटेबल। बट व्हाट विल हैपन आफ्टर यू आर गॉन?" सो बिफोर ही कुड रिप्लाई, समबडी स्टूड अप एंड सेड, "ही वाज इन अरब, एंड ही सेड इन अरबिक,</w:t>
      </w:r>
    </w:p>
    <w:p>
      <w:r>
        <w:rPr>
          <w:b/>
        </w:rPr>
        <w:t xml:space="preserve">[12:10] </w:t>
      </w:r>
      <w:r>
        <w:t>wahiduddin la yakun illa wahida.</w:t>
      </w:r>
    </w:p>
    <w:p>
      <w:pPr>
        <w:jc w:val="right"/>
      </w:pPr>
      <w:r>
        <w:t>वहीदुद्दीन ला यकून इल्ला वहीदा।</w:t>
      </w:r>
    </w:p>
    <w:p>
      <w:r>
        <w:rPr>
          <w:b/>
        </w:rPr>
        <w:t xml:space="preserve">[12:13] </w:t>
      </w:r>
      <w:r>
        <w:t>wahiduddin sirf ek baar hi hota hai. there is only one wahiduddin." to maulana ne bhi likha hai, "main padhta hoon ek line. maulana ne al salam mein likha hai,</w:t>
      </w:r>
    </w:p>
    <w:p>
      <w:pPr>
        <w:jc w:val="right"/>
      </w:pPr>
      <w:r>
        <w:t>वहीदुद्दीन सिर्फ एक बार ही होता है। देर इज ओनली वन वहीदुद्दीन।" तो मौलाना ने भी लिखा है, "मैं पढ़ता हूं एक लाइन। मौलाना ने अल सलाम में लिखा है,</w:t>
      </w:r>
    </w:p>
    <w:p>
      <w:r>
        <w:rPr>
          <w:b/>
        </w:rPr>
        <w:t xml:space="preserve">[12:28] </w:t>
      </w:r>
      <w:r>
        <w:t>'maine musalsal jahd-o-juhd ke zariye ek team taiyar karne ki koshish ki, jo mere baad al salam mission ko aindah jaari rakhenge. yeh team taqreeban taiyar ho gayi hai.</w:t>
      </w:r>
    </w:p>
    <w:p>
      <w:pPr>
        <w:jc w:val="right"/>
      </w:pPr>
      <w:r>
        <w:t>'मैंने मुसलसल जद्दोजहद के जरिए एक टीम तैयार करने की कोशिश की, जो मेरे बाद अल सलाम मिशन को आइंदा जारी रखेंगे। यह टीम तकरीबन तैयार हो गई है।</w:t>
      </w:r>
    </w:p>
    <w:p>
      <w:r>
        <w:rPr>
          <w:b/>
        </w:rPr>
        <w:t xml:space="preserve">[12:39] </w:t>
      </w:r>
      <w:r>
        <w:t>mujhe yaqeen hai ke team ke log mere baad mazeed mutaharrik ho jayenge. they will become more active after i am gone.' aur hawar aur ansar ullah, yani disciple of jesus ki misal li hai maulana ne, ke tareekh ko zinda karenge aur al risala mission ko sari duniya mein phaila denge. to</w:t>
      </w:r>
    </w:p>
    <w:p>
      <w:pPr>
        <w:jc w:val="right"/>
      </w:pPr>
      <w:r>
        <w:t>मुझे यकीन है कि टीम के लोग मेरे बाद मजीद متحرک हो जाएंगे। दे विल बिकम मोर एक्टिव आफ्टर आई एम गॉन।' और हवार और अंसार उल्लाह, यानी डिसाइल ऑफ जीसस की मिसाल ली है मौलाना ने, कि तारीख को जिंदा करेंगे और अल रिसाला मिशन को सारी दुनिया में फैला देंगे। तो</w:t>
      </w:r>
    </w:p>
    <w:p>
      <w:r>
        <w:rPr>
          <w:b/>
        </w:rPr>
        <w:t xml:space="preserve">[13:03] </w:t>
      </w:r>
      <w:r>
        <w:t>yeh</w:t>
      </w:r>
    </w:p>
    <w:p>
      <w:pPr>
        <w:jc w:val="right"/>
      </w:pPr>
      <w:r>
        <w:t>यह</w:t>
      </w:r>
    </w:p>
    <w:p>
      <w:r>
        <w:rPr>
          <w:b/>
        </w:rPr>
        <w:t xml:space="preserve">[13:06] </w:t>
      </w:r>
      <w:r>
        <w:t>alhamdulillah, allah ke fazl se, team kafi active hai aur taiyar ho gayi hai. aur humein rasoolullah sallallahu alaihi wasallam ki hadith se bhi yeh sab baaten milti hain.</w:t>
      </w:r>
    </w:p>
    <w:p>
      <w:pPr>
        <w:jc w:val="right"/>
      </w:pPr>
      <w:r>
        <w:t>अल्हम्दुलिल्लाह, अल्लाह के फजल से, टीम काफी एक्टिव है और तैयार हो गई है। और हमें रसूलल्लाह सल्लल्लाहु अलैहि वसल्लम की हदीस से भी यह सब बातें मिलती हैं।</w:t>
      </w:r>
    </w:p>
    <w:p>
      <w:r>
        <w:rPr>
          <w:b/>
        </w:rPr>
        <w:t xml:space="preserve">[13:21] </w:t>
      </w:r>
      <w:r>
        <w:t>jaise ek waqia hai, ek baar rasoolullah oont par baithe hue the, arafat ke maidan mein hajj ka mauka tha. to sahaba charon taraf the. ek sahabi ne oont ki jo baag hoti hai, woh bhi pakad rakhi thi. to rasoolullah bole ke, "aaj kaun sa din hai?"</w:t>
      </w:r>
    </w:p>
    <w:p>
      <w:pPr>
        <w:jc w:val="right"/>
      </w:pPr>
      <w:r>
        <w:t>जैसे एक वाकया है, एक बार रसूलल्लाह ऊंट पर बैठे हुए थे, अराफात के मैदान में हज का मौका था। तो सहाबा चारों तरफ थे। एक सहाबी ने ऊंट की जो बाग होती है, वह भी पकड़ रखी थी। तो रसूलल्लाह बोले कि, "आज कौन सा दिन है?</w:t>
      </w:r>
    </w:p>
    <w:p>
      <w:r>
        <w:rPr>
          <w:b/>
        </w:rPr>
        <w:t xml:space="preserve">[13:49] </w:t>
      </w:r>
      <w:r>
        <w:t>" to sahabi khamosh rahe. saare sahaba kyunke bolte nahin the, sahaba chup rehte the. to rasoolullah ne kaha, "kya qurbani ka din nahin hai?" to sahaba ne kaha, "kulna bala ke haan, hai zaroor, qurbani ka din hai." to phir kaha ke, "kaun sa mahina hai?" phir khamosh rahe sahaba. to phir rasoolullah bole, "kya yeh zulhijja nahin hai?"</w:t>
      </w:r>
    </w:p>
    <w:p>
      <w:pPr>
        <w:jc w:val="right"/>
      </w:pPr>
      <w:r>
        <w:t>" तो सहाबी खामोश रहे। सारे सहाबा क्योंकि बोलते नहीं थे, सहाबा चुप रहते थे। तो रसूलल्लाह ने कहा, "क्या कुर्बानी का दिन नहीं है?" तो सहाबा ने कहा, "कुलना बला कि हां, है जरूर, कुर्बानी का दिन है।" तो फिर कहा कि, "कौन सा महीना है?" फिर खामोश रहे सहाबा। तो फिर रसूलल्लाह बोले, "क्या यह जुल्हिज्जा नहीं है?</w:t>
      </w:r>
    </w:p>
    <w:p>
      <w:r>
        <w:rPr>
          <w:b/>
        </w:rPr>
        <w:t xml:space="preserve">[14:18] </w:t>
      </w:r>
      <w:r>
        <w:t>" to sahaba ne kaha, "kulna bala, haan, kyun nahin hai? hai yeh zulhijja." tab unhon ne rasoolullah sallallahu alaihi wasallam ne kuch badi achhi naseehat ki baaten kahi thin aur us waqt kaha tha ke, "let</w:t>
      </w:r>
    </w:p>
    <w:p>
      <w:pPr>
        <w:jc w:val="right"/>
      </w:pPr>
      <w:r>
        <w:t>" तो सहाबा ने कहा, "कुलना बला, हां, क्यों नहीं है? है यह जुल्हिज्जा।" तब उन्होंने रसूलल्लाह सल्लल्लाहु अलैहि वसल्लम ने कुछ बड़ी अच्छी नसीहत की बातें कही थीं और उस वक्त कहा था कि, "लेट</w:t>
      </w:r>
    </w:p>
    <w:p>
      <w:r>
        <w:rPr>
          <w:b/>
        </w:rPr>
        <w:t xml:space="preserve">[14:33] </w:t>
      </w:r>
      <w:r>
        <w:t>the present convey to the absent." yani ek itni chhoti si baat kahi, lekin bahut hi comprehensive ke jo log maujood hain, woh ghair maujood ko pahuncha de.</w:t>
      </w:r>
    </w:p>
    <w:p>
      <w:pPr>
        <w:jc w:val="right"/>
      </w:pPr>
      <w:r>
        <w:t>द प्रेजेंट कन्वे टू द एब्सेंट।" यानी एक इतनी छोटी सी बात कही, लेकिन बहुत ही कंप्रिहेंसिव कि जो लोग मौजूद हैं, वह गैर मौजूद को पहुंचा दे।</w:t>
      </w:r>
    </w:p>
    <w:p>
      <w:r>
        <w:rPr>
          <w:b/>
        </w:rPr>
        <w:t xml:space="preserve">[14:46] </w:t>
      </w:r>
      <w:r>
        <w:t>yani jo baat maine kahi hai, woh logon tak pahuncha de. aur aur kaha ki, "jisne yeh baat mujhse suni hai, usse behtar tarike se woh samajh samjhega, jisko tum pahunchaoge." toh yani aur intensive de incentive de diya ki,</w:t>
      </w:r>
    </w:p>
    <w:p>
      <w:pPr>
        <w:jc w:val="right"/>
      </w:pPr>
      <w:r>
        <w:t>यानी जो बात मैंने कही है, वह लोगों तक पहुंचा दे। और और कहा कि, "जिसने यह बात मुझसे सुनी है, उससे बेहतर तरीके से वह समझ समझेगा, जिसको तुम पहुंचाओगे।" तो यानी और इंटेंसिव दे इंसेंटिव दे दिया कि,</w:t>
      </w:r>
    </w:p>
    <w:p>
      <w:r>
        <w:rPr>
          <w:b/>
        </w:rPr>
        <w:t xml:space="preserve">[15:05] </w:t>
      </w:r>
      <w:r>
        <w:t>"tum meri baat pahuncha do aur ho sakta hai woh woh tumse aur behtar tarike se samjhe</w:t>
      </w:r>
    </w:p>
    <w:p>
      <w:pPr>
        <w:jc w:val="right"/>
      </w:pPr>
      <w:r>
        <w:t>"तुम मेरी बात पहुंचा दो और हो सकता है वह वह तुमसे और बेहतर तरीके से समझे</w:t>
      </w:r>
    </w:p>
    <w:p>
      <w:r>
        <w:rPr>
          <w:b/>
        </w:rPr>
        <w:t xml:space="preserve">[15:10] </w:t>
      </w:r>
      <w:r>
        <w:t>." toh yeh cheez jo rasoolullah ne arafat ke maidan mein kahi thi, woh aaj tak jaari aur qayamat tak jaari rahegi ki humne jo paigham liya hai rasoolullah sallallahu alaihi wasallam se, woh humein aage tak pahunchana hai. aur ek waqia hai ukba bin nafe razi allah an ka. yeh ek tabi the,</w:t>
      </w:r>
    </w:p>
    <w:p>
      <w:pPr>
        <w:jc w:val="right"/>
      </w:pPr>
      <w:r>
        <w:t>।" तो यह चीज जो रसूलल्लाह ने अराफात के मैदान में कही थी, वह आज तक जारी और कयामत तक जारी रहेगी कि हमने जो पैगाम लिया है रसूलल्लाह सल्लल्लाहु अलैहि वसल्लम से, वह हमें आगे तक पहुंचाना है। और एक वाकया है उकबा बिन नाफे रजि अल्लाह अन का। यह एक ताबी थे,</w:t>
      </w:r>
    </w:p>
    <w:p>
      <w:r>
        <w:rPr>
          <w:b/>
        </w:rPr>
        <w:t xml:space="preserve">[15:30] </w:t>
      </w:r>
      <w:r>
        <w:t>toh yeh madina se nikle apne saathiyon ke saath.</w:t>
      </w:r>
    </w:p>
    <w:p>
      <w:pPr>
        <w:jc w:val="right"/>
      </w:pPr>
      <w:r>
        <w:t>तो यह मदीना से निकले अपने साथियों के साथ।</w:t>
      </w:r>
    </w:p>
    <w:p>
      <w:r>
        <w:rPr>
          <w:b/>
        </w:rPr>
        <w:t xml:space="preserve">[15:33] </w:t>
      </w:r>
      <w:r>
        <w:t>maulana ne isko bahut achhi tarah se ek jagah likha hai. aur aage badhte gaye north ki taraf, egypt pahunch gaye. aur jahan-jahan gaye, wahan unhone khuda ka paigham pahunchaya. egypt se libya aur tunis aur aur jo aljazayra waghera mein hote-hote morocco pahu</w:t>
      </w:r>
    </w:p>
    <w:p>
      <w:pPr>
        <w:jc w:val="right"/>
      </w:pPr>
      <w:r>
        <w:t>मौलाना ने इसको बहुत अच्छी तरह से एक जगह लिखा है। और आगे बढ़ते गए नॉर्थ की तरफ, इजिप्ट पहुंच गए। और जहां-जहां गए, वहां उन्होंने खुदा का पैगाम पहुंचाया। इजिप्ट से लीबिया और ट्यूनिस और और जो अलजजायरा वगैरह में होते-होते मोरक्को पहु</w:t>
      </w:r>
    </w:p>
    <w:p>
      <w:r>
        <w:rPr>
          <w:b/>
        </w:rPr>
        <w:t xml:space="preserve">[15:54] </w:t>
      </w:r>
      <w:r>
        <w:t>nche. phir morocco se</w:t>
      </w:r>
    </w:p>
    <w:p>
      <w:pPr>
        <w:jc w:val="right"/>
      </w:pPr>
      <w:r>
        <w:t>ंचे। फिर मोरक्को से</w:t>
      </w:r>
    </w:p>
    <w:p>
      <w:r>
        <w:rPr>
          <w:b/>
        </w:rPr>
        <w:t xml:space="preserve">[15:58] </w:t>
      </w:r>
      <w:r>
        <w:t>bilkul uske shore par pahunch gaye africa ke atlantic ocean ke. aur wahan unhone kaha tha, khade hokar ghode ke upar ki, "ae allah, agar mujhe maloom hota ki is samundar ke aage bhi log rehte hain,</w:t>
      </w:r>
    </w:p>
    <w:p>
      <w:pPr>
        <w:jc w:val="right"/>
      </w:pPr>
      <w:r>
        <w:t>बिल्कुल उसके शोर पर पहुंच गए अफ्रीका के अटलांटिक ओशन के। और वहां उन्होंने कहा था, खड़े होकर घोड़े के ऊपर कि, "ए अल्लाह, अगर मुझे मालूम होता कि इस समुंदर के आगे भी लोग रहते हैं,</w:t>
      </w:r>
    </w:p>
    <w:p>
      <w:r>
        <w:rPr>
          <w:b/>
        </w:rPr>
        <w:t xml:space="preserve">[16:16] </w:t>
      </w:r>
      <w:r>
        <w:t>toh main unke paas pahunchta aur unko tera paigham pahunchata."</w:t>
      </w:r>
    </w:p>
    <w:p>
      <w:pPr>
        <w:jc w:val="right"/>
      </w:pPr>
      <w:r>
        <w:t>तो मैं उनके पास पहुंचता और उनको तेरा पैगाम पहुंचाता।"</w:t>
      </w:r>
    </w:p>
    <w:p>
      <w:r>
        <w:rPr>
          <w:b/>
        </w:rPr>
        <w:t xml:space="preserve">[16:22] </w:t>
      </w:r>
      <w:r>
        <w:t>kyunki us zamane mein log samajhte the ki america toh discover nahi hua tha. woh samajhte the ki woh end of the world hai. toh yeh badi, yani motivating, motivate karta hai yeh waqia ki hum wahi us raste par chale jo sahaba ka rasta tha.</w:t>
      </w:r>
    </w:p>
    <w:p>
      <w:pPr>
        <w:jc w:val="right"/>
      </w:pPr>
      <w:r>
        <w:t>क्योंकि उस जमाने में लोग समझते थे कि अमेरिका तो डिस्कवर नहीं हुआ था। वो समझते थे कि वो एंड ऑफ द वर्ल्ड है। तो यह बड़ी, यानी मोटिवेटिंग, मोटिवेट करता है यह वाकया कि हम वही उस रास्ते पर चले जो सहाबा का रास्ता था।</w:t>
      </w:r>
    </w:p>
    <w:p>
      <w:r>
        <w:rPr>
          <w:b/>
        </w:rPr>
        <w:t xml:space="preserve">[16:45] </w:t>
      </w:r>
      <w:r>
        <w:t>phail gaye the saare duniya mein aur jagah-jagah jaakar paigham pahunchaya. toh maulana ka kehna hai ki hamara jo mission hai, it is a literature based mission. toh ab humein yahi kaam karna hai ki literature taiyar hai, saari languages mein aa gaya hai, bahut sari languages</w:t>
      </w:r>
    </w:p>
    <w:p>
      <w:pPr>
        <w:jc w:val="right"/>
      </w:pPr>
      <w:r>
        <w:t>फैल गए थे सारे दुनिया में और जगह-जगह जाकर पैगाम पहुंचाया। तो मौलाना का कहना है कि हमारा जो मिशन है, इट इज अ लिटरेचर बेस्ड मिशन। तो अब हमें यही काम करना है कि लिटरेचर तैयार है, सारी लैंग्वेजेस में आ गया है, बहुत सारी लैंग्वे</w:t>
      </w:r>
    </w:p>
    <w:p>
      <w:r>
        <w:rPr>
          <w:b/>
        </w:rPr>
        <w:t xml:space="preserve">[17:07] </w:t>
      </w:r>
      <w:r>
        <w:t>mein aa gaya. isko ab humein aage pahunchana hai aur inshallah isi ke zariye mission aage badhega. jazak allah doctor sahib achha, aap maulana sahib aksar ek cheez par bahut emphasis karte the. aur yahan par hall mein maujood sab jante hain ki creation plan of god</w:t>
      </w:r>
    </w:p>
    <w:p>
      <w:pPr>
        <w:jc w:val="right"/>
      </w:pPr>
      <w:r>
        <w:t>जेस में आ गया। इसको अब हमें आगे पहुंचाना है और इंशाल्लाह इसी के जरिए मिशन आगे बढ़ेगा। جزاک اللہ ڈاکٹر صاحب अच्छा, आप मौलाना साहब अक्सर एक चीज पर बहुत एमफसा इज करते थे। और यहां पर हॉल में मौजूद सब जानते हैं कि क्रिएशन प्लान ऑफ गॉड</w:t>
      </w:r>
    </w:p>
    <w:p>
      <w:r>
        <w:rPr>
          <w:b/>
        </w:rPr>
        <w:t xml:space="preserve">[17:30] </w:t>
      </w:r>
      <w:r>
        <w:t>. in fact, unse agar koi poochta bhi tha ki single most message quran ka agar nikale ki kya</w:t>
      </w:r>
    </w:p>
    <w:p>
      <w:pPr>
        <w:jc w:val="right"/>
      </w:pPr>
      <w:r>
        <w:t>। इनफैक्ट, उनसे अगर कोई पूछता भी था कि सिंगल मोस्ट मैसेज कुरान का अगर निकाले कि क्या</w:t>
      </w:r>
    </w:p>
    <w:p>
      <w:r>
        <w:rPr>
          <w:b/>
        </w:rPr>
        <w:t xml:space="preserve">[17:37] </w:t>
      </w:r>
      <w:r>
        <w:t>hai, to woh yeh kehte the ki yahi hai ki duniya ko creation plan of god batana.</w:t>
      </w:r>
    </w:p>
    <w:p>
      <w:pPr>
        <w:jc w:val="right"/>
      </w:pPr>
      <w:r>
        <w:t>है, तो वह यह कहते थे कि यही है कि दुनिया को क्रिएशन प्लान ऑफ गॉड बताना।</w:t>
      </w:r>
    </w:p>
    <w:p>
      <w:r>
        <w:rPr>
          <w:b/>
        </w:rPr>
        <w:t xml:space="preserve">[17:43] </w:t>
      </w:r>
      <w:r>
        <w:t>lekin aap yahan par ek bahut aham baat yeh bhi aati hai ki agar creation plan of god</w:t>
      </w:r>
    </w:p>
    <w:p>
      <w:pPr>
        <w:jc w:val="right"/>
      </w:pPr>
      <w:r>
        <w:t>लेकिन आप यहां पर एक बहुत अहम बात यह भी आती है कि अगर क्रिएशन प्लान ऑफ गॉड</w:t>
      </w:r>
    </w:p>
    <w:p>
      <w:r>
        <w:rPr>
          <w:b/>
        </w:rPr>
        <w:t xml:space="preserve">[17:49] </w:t>
      </w:r>
      <w:r>
        <w:t>madhu tak pahunchana hai, to uske liye dai aur madhu ka relation friendly relation hona chahiye.</w:t>
      </w:r>
    </w:p>
    <w:p>
      <w:pPr>
        <w:jc w:val="right"/>
      </w:pPr>
      <w:r>
        <w:t>मधु तक पहुंचाना है, तो उसके लिए दाई और मधु का रिलेशन फ्रेंडली रिलेशन होना चाहिए।</w:t>
      </w:r>
    </w:p>
    <w:p>
      <w:r>
        <w:rPr>
          <w:b/>
        </w:rPr>
        <w:t xml:space="preserve">[17:56] </w:t>
      </w:r>
      <w:r>
        <w:t>to main chahunga ki is par aap thoda sa elaborate karke isko aur samjhayein.</w:t>
      </w:r>
    </w:p>
    <w:p>
      <w:pPr>
        <w:jc w:val="right"/>
      </w:pPr>
      <w:r>
        <w:t>तो मैं चाहूंगा कि इस पर आप थोड़ा सा एलेबोरेट करके इसको और समझाएं।</w:t>
      </w:r>
    </w:p>
    <w:p>
      <w:r>
        <w:rPr>
          <w:b/>
        </w:rPr>
        <w:t xml:space="preserve">[18:04] </w:t>
      </w:r>
      <w:r>
        <w:t>maulana ka jo main concept tha woh tha about creation plan of god. once we understand god's creation plan, we are able to take all the negative situations, all the problems, all the sufferings in the world in the right perspective.</w:t>
      </w:r>
    </w:p>
    <w:p>
      <w:pPr>
        <w:jc w:val="right"/>
      </w:pPr>
      <w:r>
        <w:t>مولانا کا جو مین کانسیپٹ تھا وہ تھا اباؤٹ کریشن پلان اف گاڈ۔ ونس وی انڈرسٹینڈ گاڈز کریشن پلان، وی ار ایبل ٹو ٹیک ال دا نیگیٹیو سچویشن، ال دا پرابلمز، ال دا سفرنگز ان دا ورلڈ ان دا رائٹ پرسپیکٹو۔</w:t>
      </w:r>
    </w:p>
    <w:p>
      <w:r>
        <w:rPr>
          <w:b/>
        </w:rPr>
        <w:t xml:space="preserve">[18:25] </w:t>
      </w:r>
      <w:r>
        <w:t>j</w:t>
      </w:r>
    </w:p>
    <w:p>
      <w:pPr>
        <w:jc w:val="right"/>
      </w:pPr>
      <w:r>
        <w:t>ج</w:t>
      </w:r>
    </w:p>
    <w:p>
      <w:r>
        <w:rPr>
          <w:b/>
        </w:rPr>
        <w:t xml:space="preserve">[18:26] </w:t>
      </w:r>
      <w:r>
        <w:t>yahi said that god has given man full freedom, because we have been sent to this world for being tested.</w:t>
      </w:r>
    </w:p>
    <w:p>
      <w:pPr>
        <w:jc w:val="right"/>
      </w:pPr>
      <w:r>
        <w:t>ی ہی سیڈ دیٹ گاڈ ہیز گیون مین فل فریڈم، بیکاز وی ہیو بین سینڈ ٹو دس ورلڈ فار بینگ ٹیسٹڈ۔</w:t>
      </w:r>
    </w:p>
    <w:p>
      <w:r>
        <w:rPr>
          <w:b/>
        </w:rPr>
        <w:t xml:space="preserve">[18:37] </w:t>
      </w:r>
      <w:r>
        <w:t>and if we are not given freedom, then how can we be tested? so that was a part and parcel of our test.</w:t>
      </w:r>
    </w:p>
    <w:p>
      <w:pPr>
        <w:jc w:val="right"/>
      </w:pPr>
      <w:r>
        <w:t>اینڈ اف وی ار ناٹ گیون فریڈم، دین ہاؤ کین وی بی ٹیسٹڈ؟ سو دیٹ واز ا پارٹ اینڈ پارسل اف اور ٹیسٹ۔</w:t>
      </w:r>
    </w:p>
    <w:p>
      <w:r>
        <w:rPr>
          <w:b/>
        </w:rPr>
        <w:t xml:space="preserve">[18:48] </w:t>
      </w:r>
      <w:r>
        <w:t>so that is why if we protest, and if we don't find willing, we don't accept this situation that we have suffering in this world.</w:t>
      </w:r>
    </w:p>
    <w:p>
      <w:pPr>
        <w:jc w:val="right"/>
      </w:pPr>
      <w:r>
        <w:t>سو دیٹ از وائی اف وی پروٹیسٹ، اینڈ اف وی ڈونٹ فائنڈ ولنگ، وی ڈونٹ ایکسیپٹ دس سچویشن دیٹ وی ہیو سفرنگ ان دس ورلڈ۔</w:t>
      </w:r>
    </w:p>
    <w:p>
      <w:r>
        <w:rPr>
          <w:b/>
        </w:rPr>
        <w:t xml:space="preserve">[19:04] </w:t>
      </w:r>
      <w:r>
        <w:t>we have problems in this world. people are not friendly, people work against our plans</w:t>
      </w:r>
    </w:p>
    <w:p>
      <w:pPr>
        <w:jc w:val="right"/>
      </w:pPr>
      <w:r>
        <w:t>وی ہیو پرابلمز ان دس ورلڈ۔ پیپل ار ناٹ فرینڈلی، پیپل ورک اگینسٹ اور پلانز</w:t>
      </w:r>
    </w:p>
    <w:p>
      <w:r>
        <w:rPr>
          <w:b/>
        </w:rPr>
        <w:t xml:space="preserve">[19:13] </w:t>
      </w:r>
      <w:r>
        <w:t>। then that means. maulana said that we are not accepting god's plan.</w:t>
      </w:r>
    </w:p>
    <w:p>
      <w:pPr>
        <w:jc w:val="right"/>
      </w:pPr>
      <w:r>
        <w:t>۔ دین دیٹ مینز۔ مولانا سیڈ دیٹ وی ار ناٹ ایکسیپٹنگ گاڈز پلان۔</w:t>
      </w:r>
    </w:p>
    <w:p>
      <w:r>
        <w:rPr>
          <w:b/>
        </w:rPr>
        <w:t xml:space="preserve">[19:22] </w:t>
      </w:r>
      <w:r>
        <w:t>so that is why once we understand god's plan, then it becomes so easy for us to accept all the negativity that prevails in our in our life, in our society.</w:t>
      </w:r>
    </w:p>
    <w:p>
      <w:pPr>
        <w:jc w:val="right"/>
      </w:pPr>
      <w:r>
        <w:t>سو دیٹ از وائی ونس وی انڈرسٹینڈ گاڈز پلان، دین اٹ بیکم سو ایزی فار اس ٹو ایکسیپٹ ال دا نیگیٹیوٹی دیٹ پریویلز ان اور ان اور لائف، ان اور سوسائٹی۔</w:t>
      </w:r>
    </w:p>
    <w:p>
      <w:r>
        <w:rPr>
          <w:b/>
        </w:rPr>
        <w:t xml:space="preserve">[19:39] </w:t>
      </w:r>
      <w:r>
        <w:t>and our next most important task given by the prophet of islam is that we have to communicate the divine message to the people, because as we all believe that prophet muhammad was the final prophet.</w:t>
      </w:r>
    </w:p>
    <w:p>
      <w:pPr>
        <w:jc w:val="right"/>
      </w:pPr>
      <w:r>
        <w:t>اینڈ اور نیکسٹ موسٹ امپورٹنٹ ٹاسک گیون بائی دا پرافٹ اف اسلام از دیٹ وی ہیو ٹو کمیونیکیٹ دا ڈیوائن میسج ٹو دا پیپل، بیکاز ایز وی ال بیلیو دیٹ پرافٹ محمد واز دا فائنل پرافٹ۔</w:t>
      </w:r>
    </w:p>
    <w:p>
      <w:r>
        <w:rPr>
          <w:b/>
        </w:rPr>
        <w:t xml:space="preserve">[20:01] </w:t>
      </w:r>
      <w:r>
        <w:t>we believe in all the prophets. god has sent more than one lakh 24 thousand prophets in this world</w:t>
      </w:r>
    </w:p>
    <w:p>
      <w:pPr>
        <w:jc w:val="right"/>
      </w:pPr>
      <w:r>
        <w:t>وی بیلیو ان ال دا پرافٹس۔ گاڈ ہیز سینڈ مور دین ون لاکھ 24 تھا پرافٹس ان دس ورلڈ</w:t>
      </w:r>
    </w:p>
    <w:p>
      <w:r>
        <w:rPr>
          <w:b/>
        </w:rPr>
        <w:t xml:space="preserve">[20:09] </w:t>
      </w:r>
      <w:r>
        <w:t>। but we believe that prophet muhammad was the last prophet. so after him, how his message or the divine message should be conveyed to the people in every generation.</w:t>
      </w:r>
    </w:p>
    <w:p>
      <w:pPr>
        <w:jc w:val="right"/>
      </w:pPr>
      <w:r>
        <w:t>، بٹ وی بیلیو دیٹ پرافٹ محمد واز دا لاسٹ پرافٹ۔ سو افٹر ہم، ہاؤ ہز میسج اور دا ڈیوائن میسج شوڈ بی کنوےڈ ٹو دا پیپل ان ایوری جنریشن۔</w:t>
      </w:r>
    </w:p>
    <w:p>
      <w:r>
        <w:rPr>
          <w:b/>
        </w:rPr>
        <w:t xml:space="preserve">[20:31] </w:t>
      </w:r>
      <w:r>
        <w:t>and unless and until we have good relations, friendly relations, we are well wishers of non muslims. whom he called madhu.</w:t>
      </w:r>
    </w:p>
    <w:p>
      <w:pPr>
        <w:jc w:val="right"/>
      </w:pPr>
      <w:r>
        <w:t>اینڈ انلیس اینڈ انٹل وی ہیو گڈ ریلیشنز، فرینڈلی ریلیشنز، وی ار ویل وشرز اف نان مسلمز، ہوم ہی کالڈ مدھو۔</w:t>
      </w:r>
    </w:p>
    <w:p>
      <w:r>
        <w:rPr>
          <w:b/>
        </w:rPr>
        <w:t xml:space="preserve">[20:43] </w:t>
      </w:r>
      <w:r>
        <w:t>in the world maulana lived, people were divided between friends and enemies.</w:t>
      </w:r>
    </w:p>
    <w:p>
      <w:pPr>
        <w:jc w:val="right"/>
      </w:pPr>
      <w:r>
        <w:t>ان دا ورلڈ مولانا لیوڈ، پیپل وار ڈیوائیڈڈ بٹوین فرینڈز اینڈ اینمیز۔</w:t>
      </w:r>
    </w:p>
    <w:p>
      <w:r>
        <w:rPr>
          <w:b/>
        </w:rPr>
        <w:t xml:space="preserve">[20:55] </w:t>
      </w:r>
      <w:r>
        <w:t>muslims were friends and non muslims were enemies, because they had come to dominate.</w:t>
      </w:r>
    </w:p>
    <w:p>
      <w:pPr>
        <w:jc w:val="right"/>
      </w:pPr>
      <w:r>
        <w:t>مسلمز ویر فرینڈز اینڈ نان مسلمز ویر اینمیز، بیکاز دے ہیڈ کم ٹو ڈومینیٹ۔</w:t>
      </w:r>
    </w:p>
    <w:p>
      <w:r>
        <w:rPr>
          <w:b/>
        </w:rPr>
        <w:t xml:space="preserve">[21:03] </w:t>
      </w:r>
      <w:r>
        <w:t>matlab they had come to they an early muslims were rulers of the most parts of the inhabited world.</w:t>
      </w:r>
    </w:p>
    <w:p>
      <w:pPr>
        <w:jc w:val="right"/>
      </w:pPr>
      <w:r>
        <w:t>مطلب دے ہیڈ کم ٹو دے ان ارلی مسلمز ویر رولرز اف دا موسٹ پارٹس اف دا انہیبیٹڈ ورلڈ۔</w:t>
      </w:r>
    </w:p>
    <w:p>
      <w:r>
        <w:rPr>
          <w:b/>
        </w:rPr>
        <w:t xml:space="preserve">[21:15] </w:t>
      </w:r>
      <w:r>
        <w:t>then the western powers, because of their superior progress in science and tech</w:t>
      </w:r>
    </w:p>
    <w:p>
      <w:pPr>
        <w:jc w:val="right"/>
      </w:pPr>
      <w:r>
        <w:t>دین دا ویسٹرن پاورز، بیکاز اف دیر سپیریئر پروگریس ان سائنس اینڈ ٹیکن</w:t>
      </w:r>
    </w:p>
    <w:p>
      <w:r>
        <w:rPr>
          <w:b/>
        </w:rPr>
        <w:t xml:space="preserve">[21:23] </w:t>
      </w:r>
      <w:r>
        <w:t>nology, so they managed to control most of the populated world. the british empire, then the americans, then and these powers became the rulers.</w:t>
      </w:r>
    </w:p>
    <w:p>
      <w:pPr>
        <w:jc w:val="right"/>
      </w:pPr>
      <w:r>
        <w:t>الوجی، سو دے مینج ٹو کنٹرول موسٹ اف دا پاپولیٹڈ ورلڈ۔ دا برٹش ایمپائر، دین دا امریکنز، دین اینڈ دیز پاورز بیکم دی رولرز۔</w:t>
      </w:r>
    </w:p>
    <w:p>
      <w:r>
        <w:rPr>
          <w:b/>
        </w:rPr>
        <w:t xml:space="preserve">[21:38] </w:t>
      </w:r>
      <w:r>
        <w:t>and muslims felt that they had been subjugated</w:t>
      </w:r>
    </w:p>
    <w:p>
      <w:pPr>
        <w:jc w:val="right"/>
      </w:pPr>
      <w:r>
        <w:t>اینڈ مسلمز فیلٹ دیٹ دے ہیڈ بین سبجوکیٹڈ</w:t>
      </w:r>
    </w:p>
    <w:p>
      <w:r>
        <w:rPr>
          <w:b/>
        </w:rPr>
        <w:t xml:space="preserve">[21:42] </w:t>
      </w:r>
      <w:r>
        <w:t>by them. so they turn their, they became their enemies, and they were all engaged in political movement against the britishez.</w:t>
      </w:r>
    </w:p>
    <w:p>
      <w:pPr>
        <w:jc w:val="right"/>
      </w:pPr>
      <w:r>
        <w:t>بائی دیم۔ سو دے ٹرن دیر، دے بیکم دیر اینمیز، اینڈ دے ویر ال انگیجڈ ان پولیٹیکل موومنٹ اگینسٹ دا برٹشز۔</w:t>
      </w:r>
    </w:p>
    <w:p>
      <w:r>
        <w:rPr>
          <w:b/>
        </w:rPr>
        <w:t xml:space="preserve">[21:53] </w:t>
      </w:r>
      <w:r>
        <w:t>and this is where we believe that god inspired Maulana that this is not the message of Islam</w:t>
      </w:r>
    </w:p>
    <w:p>
      <w:pPr>
        <w:jc w:val="right"/>
      </w:pPr>
      <w:r>
        <w:t>اینڈ دس از ویر وی بیلیو دیٹ گاڈ انسپائرڈ مولانا دیٹ دس از ناٹ دا میسج اف اسلام</w:t>
      </w:r>
    </w:p>
    <w:p>
      <w:r>
        <w:rPr>
          <w:b/>
        </w:rPr>
        <w:t xml:space="preserve">[22:04] </w:t>
      </w:r>
      <w:r>
        <w:t>. this is not the divine message to become politically engaged, because the political power is the prerogative of god.</w:t>
      </w:r>
    </w:p>
    <w:p>
      <w:pPr>
        <w:jc w:val="right"/>
      </w:pPr>
      <w:r>
        <w:t>۔ دس از ناٹ دا ڈیوائن میسج ٹو بیکم پولیٹیکلی انگیجڈ، بیکاز دا پولیٹیکل پاور از دا پریروگیٹیو اف گاڈ۔</w:t>
      </w:r>
    </w:p>
    <w:p>
      <w:r>
        <w:rPr>
          <w:b/>
        </w:rPr>
        <w:t xml:space="preserve">[22:16] </w:t>
      </w:r>
      <w:r>
        <w:t>he gives power to the people, to different groups, different nations, different communities, because that is also test paper.</w:t>
      </w:r>
    </w:p>
    <w:p>
      <w:pPr>
        <w:jc w:val="right"/>
      </w:pPr>
      <w:r>
        <w:t>ہی گیوز پاور ٹو دا پیپل، ٹو ڈفرنٹ گروپس، ڈفرنٹ نیشنز، ڈفرنٹ کمیونٹیز، بیکاز دیٹ از السو ٹیسٹ پیپر۔</w:t>
      </w:r>
    </w:p>
    <w:p>
      <w:r>
        <w:rPr>
          <w:b/>
        </w:rPr>
        <w:t xml:space="preserve">[22:29] </w:t>
      </w:r>
      <w:r>
        <w:t>so everyone has to be tested in this world</w:t>
      </w:r>
    </w:p>
    <w:p>
      <w:pPr>
        <w:jc w:val="right"/>
      </w:pPr>
      <w:r>
        <w:t>سو ایوری ون ہیز ٹو بی ٹیسٹڈ ان دس ورلڈ</w:t>
      </w:r>
    </w:p>
    <w:p>
      <w:r>
        <w:rPr>
          <w:b/>
        </w:rPr>
        <w:t xml:space="preserve">[22:32] </w:t>
      </w:r>
      <w:r>
        <w:t>. so that is a test paper, and that is given by god. so there is no point in opposing and else comes to power.</w:t>
      </w:r>
    </w:p>
    <w:p>
      <w:pPr>
        <w:jc w:val="right"/>
      </w:pPr>
      <w:r>
        <w:t>۔ سو دیٹ از ا ٹیسٹ پیپر، اینڈ دیٹ از گیون بائی گاڈ۔ سو دیر از نو پوائنٹ ان اپوزنگ اینڈ ایلس کمز ٹو پاور۔</w:t>
      </w:r>
    </w:p>
    <w:p>
      <w:r>
        <w:rPr>
          <w:b/>
        </w:rPr>
        <w:t xml:space="preserve">[22:48] </w:t>
      </w:r>
      <w:r>
        <w:t>so that is what he made us understand that we are all human being</w:t>
      </w:r>
    </w:p>
    <w:p>
      <w:pPr>
        <w:jc w:val="right"/>
      </w:pPr>
      <w:r>
        <w:t>سو دیٹ از واٹ ہی میڈ اس انڈرسٹینڈ دیٹ وی ار ال ہیومن بین</w:t>
      </w:r>
    </w:p>
    <w:p>
      <w:r>
        <w:rPr>
          <w:b/>
        </w:rPr>
        <w:t xml:space="preserve">[22:56] </w:t>
      </w:r>
      <w:r>
        <w:t>g. be they muslims or non muslims, we have to have good relations. until and unless we have good relations with them, we will not be able to communicate the divine message to them.</w:t>
      </w:r>
    </w:p>
    <w:p>
      <w:pPr>
        <w:jc w:val="right"/>
      </w:pPr>
      <w:r>
        <w:t>گ۔ بی دے مسلمز اور نان مسلمز، وی ہیو ٹو ہیو گڈ ریلیشنز۔ انٹل اینڈ انلیس وی ہیو گڈ ریلیشنز ود دیم، وی ول ناٹ بی ایبل ٹو کمیونیکیٹ دا ڈیوائن میسج ٹو دیم۔</w:t>
      </w:r>
    </w:p>
    <w:p>
      <w:r>
        <w:rPr>
          <w:b/>
        </w:rPr>
        <w:t xml:space="preserve">[23:09] </w:t>
      </w:r>
      <w:r>
        <w:t>matlab they will not find it, they will not take any interest.</w:t>
      </w:r>
    </w:p>
    <w:p>
      <w:pPr>
        <w:jc w:val="right"/>
      </w:pPr>
      <w:r>
        <w:t>مطلب دے ول ناٹ فائنڈ اٹ، دے ول ناٹ ٹیک اینی انٹرسٹ۔</w:t>
      </w:r>
    </w:p>
    <w:p>
      <w:r>
        <w:rPr>
          <w:b/>
        </w:rPr>
        <w:t xml:space="preserve">[23:15] </w:t>
      </w:r>
      <w:r>
        <w:t>it will have no appeal if we have, if we don't have good relations, friendly relations, if we are not their well wishers.</w:t>
      </w:r>
    </w:p>
    <w:p>
      <w:pPr>
        <w:jc w:val="right"/>
      </w:pPr>
      <w:r>
        <w:t>اٹ ول ہیو نو اپیل اف وی ہیو، اف وی ڈونٹ ہیو گڈ ریلیشنز، فرینڈلی ریلیشنز، اف وی ار ناٹ دیر ویل وشرز۔</w:t>
      </w:r>
    </w:p>
    <w:p>
      <w:r>
        <w:rPr>
          <w:b/>
        </w:rPr>
        <w:t xml:space="preserve">[23:24] </w:t>
      </w:r>
      <w:r>
        <w:t>and when we go back to the life of the prophet, we find prophet ignored every provocation. he always prayed for them.</w:t>
      </w:r>
    </w:p>
    <w:p>
      <w:pPr>
        <w:jc w:val="right"/>
      </w:pPr>
      <w:r>
        <w:t>اینڈ وین وی گو بیک ٹو دا لائف اف دا پرافٹ، وی فائنڈ پرافٹ اگنورڈ ایوری پرووکیشن۔ ہی الویز پریڈ فار دیم۔</w:t>
      </w:r>
    </w:p>
    <w:p>
      <w:r>
        <w:rPr>
          <w:b/>
        </w:rPr>
        <w:t xml:space="preserve">[23:36] </w:t>
      </w:r>
      <w:r>
        <w:t>he he was, when he conquered mecca, all the prisoners of war, who had been so,</w:t>
      </w:r>
    </w:p>
    <w:p>
      <w:pPr>
        <w:jc w:val="right"/>
      </w:pPr>
      <w:r>
        <w:t>ہی ہی واز، وین ہی کانکرڈ مکہ، ال دا پریزنرز اف وار، ہو ہیڈ بین سو،</w:t>
      </w:r>
    </w:p>
    <w:p>
      <w:r>
        <w:rPr>
          <w:b/>
        </w:rPr>
        <w:t xml:space="preserve">[23:51] </w:t>
      </w:r>
      <w:r>
        <w:t>who had been so, who had made life of the prophet so difficult that he had to leave mecca for medina.</w:t>
      </w:r>
    </w:p>
    <w:p>
      <w:pPr>
        <w:jc w:val="right"/>
      </w:pPr>
      <w:r>
        <w:t>ہو ہیڈ بین سو، ہو ہیڈ میڈ لائف اف دا پرافٹ سو ڈیفیکلٹ دیٹ ہی ہیڈ ٹو لیو مکہ فار مدینہ۔</w:t>
      </w:r>
    </w:p>
    <w:p>
      <w:r>
        <w:rPr>
          <w:b/>
        </w:rPr>
        <w:t xml:space="preserve">[24:00] </w:t>
      </w:r>
      <w:r>
        <w:t>even then, they engaged in battle, engaged the prophet in battle. but when prophet conquered mecca, he forgave all of them, only because he wanted to have good relations with everyone.</w:t>
      </w:r>
    </w:p>
    <w:p>
      <w:pPr>
        <w:jc w:val="right"/>
      </w:pPr>
      <w:r>
        <w:t>ایون دین، دے انگیجڈ ان بیٹل، انگیج دا پرافٹ ان بیٹل۔ بٹ وین پرافٹ کانکرڈ مکہ، ہی فارگیو ال اف دیم، اونلی بیکاز ہی وانٹڈ ٹو ہیو گڈ ریلیشنز ود ایوری ون۔</w:t>
      </w:r>
    </w:p>
    <w:p>
      <w:r>
        <w:rPr>
          <w:b/>
        </w:rPr>
        <w:t xml:space="preserve">[24:18] </w:t>
      </w:r>
      <w:r>
        <w:t>only then, they will find the message of the prophet, understandable. then, they will think rationally, logically, and then, they will find any attraction.</w:t>
      </w:r>
    </w:p>
    <w:p>
      <w:pPr>
        <w:jc w:val="right"/>
      </w:pPr>
      <w:r>
        <w:t>اونلی دین، دے ول فائنڈ دا میسج اف دا پرافٹ، انڈرسٹینڈبل۔ دین، دے ول تھنک ریشنلی، لاجیکلی، اینڈ دین، دے ول فائنڈ اینی اٹریکشن۔</w:t>
      </w:r>
    </w:p>
    <w:p>
      <w:r>
        <w:rPr>
          <w:b/>
        </w:rPr>
        <w:t xml:space="preserve">[24:31] </w:t>
      </w:r>
      <w:r>
        <w:t>so that is must. if we have to communicate our message to the people, this is must that we have to have good relations with them.</w:t>
      </w:r>
    </w:p>
    <w:p>
      <w:pPr>
        <w:jc w:val="right"/>
      </w:pPr>
      <w:r>
        <w:t>سو دیٹ از مسٹ۔ اف وی ہیو ٹو کمیونیکیٹ اور میسج ٹو دا پیپل، دس از مسٹ دیٹ وی ہیو ٹو ہیو گڈ ریلیشنز ود دیم۔</w:t>
      </w:r>
    </w:p>
    <w:p>
      <w:r>
        <w:rPr>
          <w:b/>
        </w:rPr>
        <w:t xml:space="preserve">[24:43] </w:t>
      </w:r>
      <w:r>
        <w:t>ji, so this is very important message that Maulana has given us. ji,</w:t>
      </w:r>
    </w:p>
    <w:p>
      <w:pPr>
        <w:jc w:val="right"/>
      </w:pPr>
      <w:r>
        <w:t>جی، سو دس از ویری امپورٹنٹ میسج دیٹ مولانا ہیز گیون اس۔ جی،</w:t>
      </w:r>
    </w:p>
    <w:p>
      <w:r>
        <w:rPr>
          <w:b/>
        </w:rPr>
        <w:t xml:space="preserve">[24:48] </w:t>
      </w:r>
      <w:r>
        <w:t>aap bilkul aap ne sahi kaha ke jab tak dai aur madhu ke friendly relations nahi honge, to ek dai zimmedari se aur effectively message nahi deliver kar sakta.</w:t>
      </w:r>
    </w:p>
    <w:p>
      <w:pPr>
        <w:jc w:val="right"/>
      </w:pPr>
      <w:r>
        <w:t>آپ بالکل آپ نے صحیح کہا کہ جب تک دائی اور مدھو کے فرینڈلی ریلیشنز نہیں ہوں گے، تو ایک دائی ذمہ داری سے اور ایفیکٹیولی میسج نہیں ڈیلیور کر سکتا۔</w:t>
      </w:r>
    </w:p>
    <w:p>
      <w:r>
        <w:rPr>
          <w:b/>
        </w:rPr>
        <w:t xml:space="preserve">[24:59] </w:t>
      </w:r>
      <w:r>
        <w:t>lekin aap yahan par ek aur sawal aata hai ke dekha yeh jata hai real world mein ke muslims are engaged in affairs which are concerning their own community work, rather than working for gods</w:t>
      </w:r>
    </w:p>
    <w:p>
      <w:pPr>
        <w:jc w:val="right"/>
      </w:pPr>
      <w:r>
        <w:t>لیکن آپ یہاں پر ایک اور سوال آتا ہے کہ دیکھا یہ جاتا ہے ریئل ورلڈ میں کہ مسلمز ار انگیجڈ ان افیئرز وچ ار کنسرننگ دیر اون کمیونٹی ورک، رادر دین ورکنگ فار گاڈز</w:t>
      </w:r>
    </w:p>
    <w:p>
      <w:r>
        <w:rPr>
          <w:b/>
        </w:rPr>
        <w:t xml:space="preserve">[25:14] </w:t>
      </w:r>
      <w:r>
        <w:t>cause. to aap yeh jo da'wati kaam aur jo community ka kaam hai, yeh jo equation hai, main chahunga ke is ko aap thoda wazeh karen.</w:t>
      </w:r>
    </w:p>
    <w:p>
      <w:pPr>
        <w:jc w:val="right"/>
      </w:pPr>
      <w:r>
        <w:t>کاز۔ تو آپ یہ جو دعوتی کام اور جو کمیونٹی کا کام ہے، یہ جو ایکویشن ہے، میں چاہوں گا کہ اس کو آپ تھوڑا واضح کریں۔</w:t>
      </w:r>
    </w:p>
    <w:p>
      <w:r>
        <w:rPr>
          <w:b/>
        </w:rPr>
        <w:t xml:space="preserve">[25:28] </w:t>
      </w:r>
      <w:r>
        <w:t>community work is for the well being in this world.</w:t>
      </w:r>
    </w:p>
    <w:p>
      <w:pPr>
        <w:jc w:val="right"/>
      </w:pPr>
      <w:r>
        <w:t>کمیونٹی ورک از فار دا ویل بینگ ان دس ورلڈ۔</w:t>
      </w:r>
    </w:p>
    <w:p>
      <w:r>
        <w:rPr>
          <w:b/>
        </w:rPr>
        <w:t xml:space="preserve">[25:33] </w:t>
      </w:r>
      <w:r>
        <w:t>we have problems and we have to help those who have some difficulty, who suffer in any way, who are in need of us.</w:t>
      </w:r>
    </w:p>
    <w:p>
      <w:pPr>
        <w:jc w:val="right"/>
      </w:pPr>
      <w:r>
        <w:t>وی ہیو پرابلمز اینڈ وی ہیو ٹو ہیلپ دوز ہو ہیو سم ڈیفیکلٹی، ہو سفر ان اینی وے، ہو ار ان نیڈ اف اس۔</w:t>
      </w:r>
    </w:p>
    <w:p>
      <w:r>
        <w:rPr>
          <w:b/>
        </w:rPr>
        <w:t xml:space="preserve">[25:45] </w:t>
      </w:r>
      <w:r>
        <w:t>we should help them and there is so much emphasis in Islam. we have to give them zakat, we have to give them charity.</w:t>
      </w:r>
    </w:p>
    <w:p>
      <w:pPr>
        <w:jc w:val="right"/>
      </w:pPr>
      <w:r>
        <w:t>وی شوڈ ہیلپ دیم اینڈ دیر از سو مچ ایمفیسز ان اسلام۔ وی ہیو ٹو گیو دیم زکوۃ، وی ہیو ٹو گیو دیم چیریٹی۔</w:t>
      </w:r>
    </w:p>
    <w:p>
      <w:r>
        <w:rPr>
          <w:b/>
        </w:rPr>
        <w:t xml:space="preserve">[25:54] </w:t>
      </w:r>
      <w:r>
        <w:t>even otherwise,</w:t>
      </w:r>
    </w:p>
    <w:p>
      <w:pPr>
        <w:jc w:val="right"/>
      </w:pPr>
      <w:r>
        <w:t>ایون ادر وائز،</w:t>
      </w:r>
    </w:p>
    <w:p>
      <w:r>
        <w:rPr>
          <w:b/>
        </w:rPr>
        <w:t xml:space="preserve">[25:57] </w:t>
      </w:r>
      <w:r>
        <w:t>we have to help them, because God himself has said that those who help my servants, so I will reward them abundantly.</w:t>
      </w:r>
    </w:p>
    <w:p>
      <w:pPr>
        <w:jc w:val="right"/>
      </w:pPr>
      <w:r>
        <w:t>وی ہیو ٹو ہیلپ دیم، بیکاز گاڈ ہم سیلف ہیز سیڈ دیٹ دوز ہو ہیلپ مائی سرونٹس، سو آئی ویل ریوارڈ دیم ابنڈنٹلی۔</w:t>
      </w:r>
    </w:p>
    <w:p>
      <w:r>
        <w:rPr>
          <w:b/>
        </w:rPr>
        <w:t xml:space="preserve">[26:06] </w:t>
      </w:r>
      <w:r>
        <w:t>so that is something which has to be done, because we are all human beings and we must help one another.</w:t>
      </w:r>
    </w:p>
    <w:p>
      <w:pPr>
        <w:jc w:val="right"/>
      </w:pPr>
      <w:r>
        <w:t>سو دیٹ از سمتھنگ وچ ہیز ٹو بی ڈن، بیکاز وی ار ال ہیومن بینگز اینڈ وی مسٹ ہیلپ ون انادر۔</w:t>
      </w:r>
    </w:p>
    <w:p>
      <w:r>
        <w:rPr>
          <w:b/>
        </w:rPr>
        <w:t xml:space="preserve">[26:15] </w:t>
      </w:r>
      <w:r>
        <w:t>sometimes, we will be in need of help. if we don't help anyone, then how can we expect any help from them?</w:t>
      </w:r>
    </w:p>
    <w:p>
      <w:pPr>
        <w:jc w:val="right"/>
      </w:pPr>
      <w:r>
        <w:t>سم ٹائمز، وی ول بی ان نیڈ اف ہیلپ۔ اف وی ڈونٹ ہیلپ اینی ون، دین ہاؤ کین وی ایکسپیکٹ اینی ہیلپ فرام دیم؟</w:t>
      </w:r>
    </w:p>
    <w:p>
      <w:r>
        <w:rPr>
          <w:b/>
        </w:rPr>
        <w:t xml:space="preserve">[26:24] </w:t>
      </w:r>
      <w:r>
        <w:t>and and after death, when we are presented before God, we will be, we will need God's mercy.</w:t>
      </w:r>
    </w:p>
    <w:p>
      <w:pPr>
        <w:jc w:val="right"/>
      </w:pPr>
      <w:r>
        <w:t>اینڈ اینڈ افٹر ڈیتھ، وین وی ار پریزنٹڈ بیفور گاڈ، وی ول بی، وی ول نیڈ گاڈز مرسی۔</w:t>
      </w:r>
    </w:p>
    <w:p>
      <w:r>
        <w:rPr>
          <w:b/>
        </w:rPr>
        <w:t xml:space="preserve">[26:36] </w:t>
      </w:r>
      <w:r>
        <w:t>God's, unless and until God is kind to us, God is merciful</w:t>
      </w:r>
    </w:p>
    <w:p>
      <w:pPr>
        <w:jc w:val="right"/>
      </w:pPr>
      <w:r>
        <w:t>گاڈز، انلیس اینڈ انٹل گاڈ از کائنڈ ٹو اس، گاڈ از مرسی فل</w:t>
      </w:r>
    </w:p>
    <w:p>
      <w:r>
        <w:rPr>
          <w:b/>
        </w:rPr>
        <w:t xml:space="preserve">[26:43] </w:t>
      </w:r>
      <w:r>
        <w:t>to us, how can we enter paradise? so God will say that you did not help my servants, so how come you expect me to help you?</w:t>
      </w:r>
    </w:p>
    <w:p>
      <w:pPr>
        <w:jc w:val="right"/>
      </w:pPr>
      <w:r>
        <w:t>ٹو اس، ہاؤ کین وی انٹر پیراڈائز؟ سو گاڈ ویل سے دیٹ یو ڈیڈ ناٹ ہیلپ مائی سرونٹس، سو ہاؤ کم یو ایکسپیکٹ می ٹو ہیلپ یو؟</w:t>
      </w:r>
    </w:p>
    <w:p>
      <w:r>
        <w:rPr>
          <w:b/>
        </w:rPr>
        <w:t xml:space="preserve">[26:54] </w:t>
      </w:r>
      <w:r>
        <w:t>so that is very important. but dawah work is to help everyone find the truth, find God, find the connection with God, because we are all spiritual beings.</w:t>
      </w:r>
    </w:p>
    <w:p>
      <w:pPr>
        <w:jc w:val="right"/>
      </w:pPr>
      <w:r>
        <w:t>سو دیٹ از ویری امپورٹنٹ۔ بٹ دعوی ورک از ٹو ہیلپ ایوری ون فائنڈ دا ٹروتھ، فائنڈ گاڈ، فائنڈ دی کنیکشن ود گاڈ، بیکاز وی ار ال سپریچول بینگز۔</w:t>
      </w:r>
    </w:p>
    <w:p>
      <w:r>
        <w:rPr>
          <w:b/>
        </w:rPr>
        <w:t xml:space="preserve">[27:14] </w:t>
      </w:r>
      <w:r>
        <w:t>we and we have to discover the truth. so if and it happens that we are not able to discover truth in our own.</w:t>
      </w:r>
    </w:p>
    <w:p>
      <w:pPr>
        <w:jc w:val="right"/>
      </w:pPr>
      <w:r>
        <w:t>وی اینڈ وی ہیو ٹو ڈسکور دا ٹروتھ۔ تو اف اینڈ اٹ ہیپنز دیٹ وی ار ناٹ ایبل ٹو ڈسکور ٹروتھ ان اور اون۔</w:t>
      </w:r>
    </w:p>
    <w:p>
      <w:r>
        <w:rPr>
          <w:b/>
        </w:rPr>
        <w:t xml:space="preserve">[27:23] </w:t>
      </w:r>
      <w:r>
        <w:t>so that is more important, because that is that, that is the matlab that relates to the eternal world.</w:t>
      </w:r>
    </w:p>
    <w:p>
      <w:pPr>
        <w:jc w:val="right"/>
      </w:pPr>
      <w:r>
        <w:t>سو دیٹ از مور امپورٹنٹ، بیکاز دیٹ از دیٹ، دیٹ از دا مطلب دیٹ ریلیٹس ٹو دا ایٹرنل ورلڈ۔</w:t>
      </w:r>
    </w:p>
    <w:p>
      <w:r>
        <w:rPr>
          <w:b/>
        </w:rPr>
        <w:t xml:space="preserve">[27:36] </w:t>
      </w:r>
      <w:r>
        <w:t>community work relates to this world, and dawah work relates to the eternal world.</w:t>
      </w:r>
    </w:p>
    <w:p>
      <w:pPr>
        <w:jc w:val="right"/>
      </w:pPr>
      <w:r>
        <w:t>کمیونٹی ورک ریلیٹس ٹو دس ورلڈ، اینڈ دعوی ورک ریلیٹس ٹو دا ایٹرنل ورلڈ۔</w:t>
      </w:r>
    </w:p>
    <w:p>
      <w:r>
        <w:rPr>
          <w:b/>
        </w:rPr>
        <w:t xml:space="preserve">[27:43] </w:t>
      </w:r>
      <w:r>
        <w:t>so that is more important. ji, that can go side by side, but emphasis or our priority should be dawah work, because we have to tell people that once they die, then they will be, they will come face to face with God</w:t>
      </w:r>
    </w:p>
    <w:p>
      <w:pPr>
        <w:jc w:val="right"/>
      </w:pPr>
      <w:r>
        <w:t>سو دیٹ از مور امپورٹنٹ۔ جی، دیٹ کین گو سائیڈ بائی سائیڈ، بٹ ایمفیسز اور اور پرائرٹی شوڈ بی دعوی ورک، بیکاز وی ہیو ٹو ٹیل پیپل دیٹ ونس دے ڈائی، دین دے ول بی، دے ول کم فیس ٹو فیس ود گاڈ</w:t>
      </w:r>
    </w:p>
    <w:p>
      <w:r>
        <w:rPr>
          <w:b/>
        </w:rPr>
        <w:t xml:space="preserve">[28:04] </w:t>
      </w:r>
      <w:r>
        <w:t>. and unless and until they have discovered God in this world, they have connected to God in this world, and they have lived according to God's will in this world, they are not going to find a place in paradise.</w:t>
      </w:r>
    </w:p>
    <w:p>
      <w:pPr>
        <w:jc w:val="right"/>
      </w:pPr>
      <w:r>
        <w:t>۔ اینڈ انلیس اینڈ انٹل دے ہیو ڈسکورڈ گاڈ ان دس ورلڈ، دے ہیو کنیکٹڈ ٹو گاڈ ان دس ورلڈ، اینڈ دے ہیو لیوڈ اکارڈنگ ٹو گاڈز ول ان دس ورلڈ، دے ار ناٹ گوئنگ ٹو فائنڈ ا پلیس ان پیراڈائز۔</w:t>
      </w:r>
    </w:p>
    <w:p>
      <w:r>
        <w:rPr>
          <w:b/>
        </w:rPr>
        <w:t xml:space="preserve">[28:21] </w:t>
      </w:r>
      <w:r>
        <w:t>so that is more impor</w:t>
      </w:r>
    </w:p>
    <w:p>
      <w:pPr>
        <w:jc w:val="right"/>
      </w:pPr>
      <w:r>
        <w:t>سو دیٹ از مور امپور</w:t>
      </w:r>
    </w:p>
    <w:p>
      <w:r>
        <w:rPr>
          <w:b/>
        </w:rPr>
        <w:t xml:space="preserve">[28:23] </w:t>
      </w:r>
      <w:r>
        <w:t>tant. and all Maulana writings focus on this message that we have to discover God, we have to live spiritual life, and we have to guide others towards the same path.</w:t>
      </w:r>
    </w:p>
    <w:p>
      <w:pPr>
        <w:jc w:val="right"/>
      </w:pPr>
      <w:r>
        <w:t>ٹنٹ۔ اینڈ ال مولانا رائٹنگز فوکس ان دس میسج دیٹ وی ہیو ٹو ڈسکور گاڈ، وی ہیو ٹو لیو سپریچول لائف، اینڈ وی ہیو ٹو گائیڈ ادر ٹورڈز دا سیم پاتھ۔</w:t>
      </w:r>
    </w:p>
    <w:p>
      <w:r>
        <w:rPr>
          <w:b/>
        </w:rPr>
        <w:t xml:space="preserve">[28:38] </w:t>
      </w:r>
      <w:r>
        <w:t>ji, jazak Allah aap. bahut se log program ko dekh rahe hain har Sunday ki tarah, aur bahut messages aa rahe hain best wishes ke sath for the conference.</w:t>
      </w:r>
    </w:p>
    <w:p>
      <w:pPr>
        <w:jc w:val="right"/>
      </w:pPr>
      <w:r>
        <w:t>جی، جزاک اللہ آپ۔ بہت سے لوگ پروگرام کو دیکھ رہے ہیں ہر سنڈے کی طرح، اور بہت میسجز آ رہے ہیں بیسٹ وشز کے ساتھ فار دی کانفرنس۔</w:t>
      </w:r>
    </w:p>
    <w:p>
      <w:r>
        <w:rPr>
          <w:b/>
        </w:rPr>
        <w:t xml:space="preserve">[28:49] </w:t>
      </w:r>
      <w:r>
        <w:t>ek message main parhna chahunga agla sawal lene se</w:t>
      </w:r>
    </w:p>
    <w:p>
      <w:pPr>
        <w:jc w:val="right"/>
      </w:pPr>
      <w:r>
        <w:t>ایک میسج میں پڑھنا چاہوں گا اگلا سوال لینے سے</w:t>
      </w:r>
    </w:p>
    <w:p>
      <w:r>
        <w:rPr>
          <w:b/>
        </w:rPr>
        <w:t xml:space="preserve">[28:52] </w:t>
      </w:r>
      <w:r>
        <w:t>pehle. Tamil Nadu se Umme Ashad ne likha hai: "the peace conference is going on from yesterday. the whole heart is with you people.</w:t>
      </w:r>
    </w:p>
    <w:p>
      <w:pPr>
        <w:jc w:val="right"/>
      </w:pPr>
      <w:r>
        <w:t>پہلے۔ تمل ناڈو سے ام اشاد نے لکھا ہے: "دا پیس کانفرنس از گوئنگ ان فرام یسٹرڈے۔ دا ہول ہارٹ از ود یو پیپل۔</w:t>
      </w:r>
    </w:p>
    <w:p>
      <w:r>
        <w:rPr>
          <w:b/>
        </w:rPr>
        <w:t xml:space="preserve">[29:02] </w:t>
      </w:r>
      <w:r>
        <w:t>after Maulana, this team will strongly work effectively everywhere. God willing if the men will not go ahead with the mission, then we women will definitely complete it."</w:t>
      </w:r>
    </w:p>
    <w:p>
      <w:pPr>
        <w:jc w:val="right"/>
      </w:pPr>
      <w:r>
        <w:t>افٹر مولانا، دس ٹیم ویل سٹرونگلی ورک ایفیکٹیولی ایوری ویر۔ گاڈ ولنگ اف دا مین ول ناٹ گو اہیڈ ود دا مشن، دین وی وومن ول ڈیفینیٹلی کمپلیٹ اٹ۔"</w:t>
      </w:r>
    </w:p>
    <w:p>
      <w:r>
        <w:rPr>
          <w:b/>
        </w:rPr>
        <w:t xml:space="preserve">[29:17] </w:t>
      </w:r>
      <w:r>
        <w:t>aur main apni behan Umme Ashad se kehna chahunga ke kal aap hum log raat mein baat kar rahe the Maulana ka jo last talk tha, where Maulana said that har cheez mein aur mission mein bhi ek performer hota hai, ek booster hota hai.</w:t>
      </w:r>
    </w:p>
    <w:p>
      <w:pPr>
        <w:jc w:val="right"/>
      </w:pPr>
      <w:r>
        <w:t>اور میں اپنی بہن ام اشاد سے کہنا چاہوں گا کہ کل آپ ہم لوگ رات میں بات کر رہے تھے مولانا کا جو لاسٹ ٹاک تھا، ویئر مولانا سیڈ دیٹ ہر چیز میں اور مشن میں بھی ایک پرفارمر ہوتا ہے، ایک بوسٹر ہوتا ہے۔</w:t>
      </w:r>
    </w:p>
    <w:p>
      <w:r>
        <w:rPr>
          <w:b/>
        </w:rPr>
        <w:t xml:space="preserve">[29:33] </w:t>
      </w:r>
      <w:r>
        <w:t>to booster performer na banne ki koshish kare, aur performer booster na banne ki kosh</w:t>
      </w:r>
    </w:p>
    <w:p>
      <w:pPr>
        <w:jc w:val="right"/>
      </w:pPr>
      <w:r>
        <w:t>تو بوسٹر پرفارمر نہ بننے کی کوشش کرے، اور پرفارمر بوسٹر نہ بننے کی کوش</w:t>
      </w:r>
    </w:p>
    <w:p>
      <w:r>
        <w:rPr>
          <w:b/>
        </w:rPr>
        <w:t xml:space="preserve">[29:38] </w:t>
      </w:r>
      <w:r>
        <w:t>ish kare. to raat mein meri baat ho rahi thi, to main keh raha tha ke humein yeh acknowledge karna chahiye ke men in this mission are not performer, they are booster.</w:t>
      </w:r>
    </w:p>
    <w:p>
      <w:pPr>
        <w:jc w:val="right"/>
      </w:pPr>
      <w:r>
        <w:t>ش کرے۔ تو رات میں میری بات ہو رہی تھی، تو میں کہہ رہا تھا کہ ہمیں یہ ایکنالج کرنا چاہیے کہ مین ان دس مشن ار ناٹ پرفارمر، دے ار بوسٹر۔</w:t>
      </w:r>
    </w:p>
    <w:p>
      <w:r>
        <w:rPr>
          <w:b/>
        </w:rPr>
        <w:t xml:space="preserve">[29:48] </w:t>
      </w:r>
      <w:r>
        <w:t>aur women are performer, actually they are taking the mission forward. and Alhamdulillah jo CPS women hai, woh bilkul different hai, jaisa ke hum ne kal bhi is ki charcha kari thi.</w:t>
      </w:r>
    </w:p>
    <w:p>
      <w:pPr>
        <w:jc w:val="right"/>
      </w:pPr>
      <w:r>
        <w:t>وومن ار پرفارمر، ایکچولی دے ار ٹیکنگ دا مشن فارورڈ۔ اینڈ الحمدللہ جو سی پی ایس وومن ہے، وہ بالکل ڈفرنٹ ہے، جیسا کہ ہم نے کل بھی اس کی چرچا کری تھی۔</w:t>
      </w:r>
    </w:p>
    <w:p>
      <w:r>
        <w:rPr>
          <w:b/>
        </w:rPr>
        <w:t xml:space="preserve">[30:02] </w:t>
      </w:r>
      <w:r>
        <w:t>Doctor sahib, agla sawal aap se hai:</w:t>
      </w:r>
    </w:p>
    <w:p>
      <w:pPr>
        <w:jc w:val="right"/>
      </w:pPr>
      <w:r>
        <w:t>ڈاکٹر صاحب، اگلا سوال آپ سے ہے:</w:t>
      </w:r>
    </w:p>
    <w:p>
      <w:r>
        <w:rPr>
          <w:b/>
        </w:rPr>
        <w:t xml:space="preserve">[30:04] </w:t>
      </w:r>
      <w:r>
        <w:t>Doctor sahib, agar present world ko dekhen, it is full of tension, strife, suspicion, mistrust, anxiety. yeh bhi kaha jata hai ke stress is one of the biggest killer after cancer and heart attack, aur is ki ek wajah yeh bhi ho sakti hai, Doctor sahib, ke insaan معرفت se khali hai.</w:t>
      </w:r>
    </w:p>
    <w:p>
      <w:pPr>
        <w:jc w:val="right"/>
      </w:pPr>
      <w:r>
        <w:t>ڈاکٹر صاحب، اگر پریزنٹ ورلڈ کو دیکھیں، اٹ از فل اف ٹینشن، سٹرائف، سسپیشن، مس ٹرسٹ، اینگزائٹی۔ یہ بھی کہا جاتا ہے کہ سٹریس از ون اف دا بگسٹ کلر افٹر کینسر اینڈ ہارٹ اٹیک، اور اس کی ایک وجہ یہ بھی ہو سکتی ہے، ڈاکٹر صاحب، کہ انسان معرفت سے خالی ہے۔</w:t>
      </w:r>
    </w:p>
    <w:p>
      <w:r>
        <w:rPr>
          <w:b/>
        </w:rPr>
        <w:t xml:space="preserve">[30:26] </w:t>
      </w:r>
      <w:r>
        <w:t>معرفت is very important, it is the essence of spirituality</w:t>
      </w:r>
    </w:p>
    <w:p>
      <w:pPr>
        <w:jc w:val="right"/>
      </w:pPr>
      <w:r>
        <w:t>معرفت از ویری امپورٹنٹ، اٹ از دی ایسنس اف سپریچولیٹی</w:t>
      </w:r>
    </w:p>
    <w:p>
      <w:r>
        <w:rPr>
          <w:b/>
        </w:rPr>
        <w:t xml:space="preserve">[30:31] </w:t>
      </w:r>
      <w:r>
        <w:t>. In fact, it enhances a believer's relationship with God. To Doctor sahib, mera sawal aap se yahi hai ke معرفت ke bare mein aap batayen hum sab ko.</w:t>
      </w:r>
    </w:p>
    <w:p>
      <w:pPr>
        <w:jc w:val="right"/>
      </w:pPr>
      <w:r>
        <w:t>۔ ان فیکٹ، اٹ انہینسز ا بیلیورز ریلیشن شپ ود گاڈ۔ تو ڈاکٹر صاحب، میرا سوال آپ سے یہی ہے کہ معرفت کے بارے میں آپ بتائیں ہم سب کو۔</w:t>
      </w:r>
    </w:p>
    <w:p>
      <w:r>
        <w:rPr>
          <w:b/>
        </w:rPr>
        <w:t xml:space="preserve">[30:43] </w:t>
      </w:r>
      <w:r>
        <w:t>Inshallah, معرفت jo word hai, is ka matlab hai pehchanna, yani to recognize. Aur jab ek as Islamic terminology, it means that means realization of God.</w:t>
      </w:r>
    </w:p>
    <w:p>
      <w:pPr>
        <w:jc w:val="right"/>
      </w:pPr>
      <w:r>
        <w:t>انشاءاللہ، معرفت جو ورڈ ہے، اس کا مطلب ہے پہچاننا، یعنی ٹو ریکگنائز۔ اور جب ایک ایز اے اسلامک ٹرمینالوجی، اٹ مینز دیٹ مینز ریلائزیشن اف گاڈ۔</w:t>
      </w:r>
    </w:p>
    <w:p>
      <w:r>
        <w:rPr>
          <w:b/>
        </w:rPr>
        <w:t xml:space="preserve">[31:01] </w:t>
      </w:r>
      <w:r>
        <w:t>To Maulana ne kaha yeh bohat hi mehboob subject tha, aur Maulana ka kehna hai ke معرفت hasil karne ka sirf ek tareeqa hai, aur woh hai ghor o fikar, yani contemplation aur deep thinking.</w:t>
      </w:r>
    </w:p>
    <w:p>
      <w:pPr>
        <w:jc w:val="right"/>
      </w:pPr>
      <w:r>
        <w:t>تو مولانا نے کہا یہ بہت ہی محبوب سبجیکٹ تھا، اور مولانا کا کہنا ہے کہ معرفت حاصل کرنے کا صرف ایک طریقہ ہے، اور وہ ہے غور و فکر، یعنی کانٹمپلیشن اور ڈیپ تھنکنگ۔</w:t>
      </w:r>
    </w:p>
    <w:p>
      <w:r>
        <w:rPr>
          <w:b/>
        </w:rPr>
        <w:t xml:space="preserve">[31:15] </w:t>
      </w:r>
      <w:r>
        <w:t>Yani is ke zariye woh apne andar yeh salahiyat paida kar sakta hai, insaan apne andar yeh salahiyat paida kar sakta hai ke study aur observation ke dauran معرفت ka rizq pata rahe.</w:t>
      </w:r>
    </w:p>
    <w:p>
      <w:pPr>
        <w:jc w:val="right"/>
      </w:pPr>
      <w:r>
        <w:t>یعنی اس کے ذریعے وہ اپنے اندر یہ صلاحیت پیدا کر سکتا ہے، انسان اپنے اندر یہ صلاحیت پیدا کر سکتا ہے کہ اسٹڈی اور ابزرویشن کے دوران معرفت کا رزق پاتا رہے۔</w:t>
      </w:r>
    </w:p>
    <w:p>
      <w:r>
        <w:rPr>
          <w:b/>
        </w:rPr>
        <w:t xml:space="preserve">[31:30] </w:t>
      </w:r>
      <w:r>
        <w:t>معرفت ka nectar Maulana kehte the, aur rozmarra ke waqiat ko reference point bana kar معرفت ki daryaft karna, yani jo tajrubaat aur waqiat hote hain, us se معرفت ka food hasil karte rahe.</w:t>
      </w:r>
    </w:p>
    <w:p>
      <w:pPr>
        <w:jc w:val="right"/>
      </w:pPr>
      <w:r>
        <w:t>معرفت کا نیکٹر مولانا کہتے تھے، اور روزمرہ کے واقعات کو ریفرنس پوائنٹ بنا کر معرفت کی دریافت کرنا، یعنی جو تجربات اور واقعات ہوتے ہیں، اس سے معرفت کا فوڈ حاصل کرتے رہے۔</w:t>
      </w:r>
    </w:p>
    <w:p>
      <w:r>
        <w:rPr>
          <w:b/>
        </w:rPr>
        <w:t xml:space="preserve">[31:48] </w:t>
      </w:r>
      <w:r>
        <w:t>Aur shiddat se introspection karna, shiddat se introspection karna,</w:t>
      </w:r>
    </w:p>
    <w:p>
      <w:pPr>
        <w:jc w:val="right"/>
      </w:pPr>
      <w:r>
        <w:t>اور شدت سے انٹروسپیکشن کرنا، شدت سے انٹروسپیکشن کرنا،</w:t>
      </w:r>
    </w:p>
    <w:p>
      <w:r>
        <w:rPr>
          <w:b/>
        </w:rPr>
        <w:t xml:space="preserve">[31:57] </w:t>
      </w:r>
      <w:r>
        <w:t>In sab cheezon ki wajah se Maulana ne likha hai ke ek عارفانہ nigah paida ho jati hai. Is ki wajah se farishton ki hamnishini faraham hoti hai, yani farishte inspire karte hain.</w:t>
      </w:r>
    </w:p>
    <w:p>
      <w:pPr>
        <w:jc w:val="right"/>
      </w:pPr>
      <w:r>
        <w:t>ان سب چیزوں کی وجہ سے مولانا نے لکھا ہے کہ ایک عارفانہ نگاہ پیدا ہو جاتی ہے۔ اس کی وجہ سے فرشتوں کی ہمنشینی فراہم ہوتی ہے، یعنی فرشتے انسپائر کرتے ہیں۔</w:t>
      </w:r>
    </w:p>
    <w:p>
      <w:r>
        <w:rPr>
          <w:b/>
        </w:rPr>
        <w:t xml:space="preserve">[32:10] </w:t>
      </w:r>
      <w:r>
        <w:t>Farishte inspire karte hain, aur in cheezon se zyada lagao ho jata hai aise shakhs ko jis ke andar معرفت ki ghiza milti ho, yani jo aur baqi kaam hain, un se dilchaspi kam hoti ch</w:t>
      </w:r>
    </w:p>
    <w:p>
      <w:pPr>
        <w:jc w:val="right"/>
      </w:pPr>
      <w:r>
        <w:t>فرشتے انسپائر کرتے ہیں، اور ان چیزوں سے زیادہ لگاؤ ہو جاتا ہے ایسے شخص کو جس کے اندر معرفت کی غذا ملتی ہو، یعنی جو اور باقی کام ہیں، ان سے دلچسپی کم ہوتی چ</w:t>
      </w:r>
    </w:p>
    <w:p>
      <w:r>
        <w:rPr>
          <w:b/>
        </w:rPr>
        <w:t xml:space="preserve">[32:26] </w:t>
      </w:r>
      <w:r>
        <w:t>li jati hai. Maulana ne likha hai ke woh معرفت ki hawaon mein saans leta hai, aur معرفت ke mahol mein jeeta hai. Aur Maulana likhte hain ke jo kainat hai, universe,</w:t>
      </w:r>
    </w:p>
    <w:p>
      <w:pPr>
        <w:jc w:val="right"/>
      </w:pPr>
      <w:r>
        <w:t>لی جاتی ہے۔ مولانا نے لکھا ہے کہ وہ معرفت کی ہواؤں میں سانس لیتا ہے، اور معرفت کے ماحول میں جیتا ہے۔ اور مولانا لکھتے ہیں کہ جو کائنات ہے، یونیورس،</w:t>
      </w:r>
    </w:p>
    <w:p>
      <w:r>
        <w:rPr>
          <w:b/>
        </w:rPr>
        <w:t xml:space="preserve">[32:39] </w:t>
      </w:r>
      <w:r>
        <w:t>woh ek معرفت ki dastan hai, yani Allah taala ne is tareeqe se banai hai poori universe ke zara zara mein humein koi na koi Allah taala ka sabak mil sakta hai.</w:t>
      </w:r>
    </w:p>
    <w:p>
      <w:pPr>
        <w:jc w:val="right"/>
      </w:pPr>
      <w:r>
        <w:t>وہ ایک معرفت کی داستان ہے، یعنی اللہ تعالی نے اس طریقے سے بنائی ہے پوری یونیورس کہ ذرہ ذرے میں ہمیں کوئی نہ کوئی اللہ تعالی کا سبق مل سکتا ہے۔</w:t>
      </w:r>
    </w:p>
    <w:p>
      <w:r>
        <w:rPr>
          <w:b/>
        </w:rPr>
        <w:t xml:space="preserve">[32:54] </w:t>
      </w:r>
      <w:r>
        <w:t>Khuda ki glory, aur us ki azmat, aur us ki barhai, us ki kibriyai, yeh sab cheezein dil mein paida ho jati hain. Aur hadith mein aata hai Quran ke bare mein, yani is ke wonders kabhi khatam nahi honge.</w:t>
      </w:r>
    </w:p>
    <w:p>
      <w:pPr>
        <w:jc w:val="right"/>
      </w:pPr>
      <w:r>
        <w:t>خدا کی گلوری، اور اس کی عظمت، اور اس کی بڑائی، اس کی کبریائی، یہ سب چیزیں دل میں پیدا ہو جاتی ہیں۔ اور حدیث میں آتا ہے قرآن کے بارے میں، یعنی اس کے ونڈرز کبھی ختم نہیں ہوں گے۔</w:t>
      </w:r>
    </w:p>
    <w:p>
      <w:r>
        <w:rPr>
          <w:b/>
        </w:rPr>
        <w:t xml:space="preserve">[33:10] </w:t>
      </w:r>
      <w:r>
        <w:t>To main ek do waqiat leta hoon jis se pata chale jo yaar معرفت yafata log the, bare bare Sahaba waghera, to un ka un ka kya kya kaise sochte the.</w:t>
      </w:r>
    </w:p>
    <w:p>
      <w:pPr>
        <w:jc w:val="right"/>
      </w:pPr>
      <w:r>
        <w:t>تو میں ایک دو واقعات لیتا ہوں جس سے پتہ چلے جو یار معرفت یافتہ لوگ تھے، بڑے بڑے صحابہ وغیرہ، تو ان کا ان کا کیا کیا کیسے سوچتے تھے۔</w:t>
      </w:r>
    </w:p>
    <w:p>
      <w:r>
        <w:rPr>
          <w:b/>
        </w:rPr>
        <w:t xml:space="preserve">[33:29] </w:t>
      </w:r>
      <w:r>
        <w:t>Woh</w:t>
      </w:r>
    </w:p>
    <w:p>
      <w:pPr>
        <w:jc w:val="right"/>
      </w:pPr>
      <w:r>
        <w:t>وہ</w:t>
      </w:r>
    </w:p>
    <w:p>
      <w:r>
        <w:rPr>
          <w:b/>
        </w:rPr>
        <w:t xml:space="preserve">[33:30] </w:t>
      </w:r>
      <w:r>
        <w:t>Ab Hazrat Aisha ke bare mein, Hazrat Aisha Razi Allah Anha ke bare mein aata hai ke jab woh bohat bimar ho gayin, aakhri waqt qareeb tha, to Hazrat Abdullah Ibn Abbas Razi Allah Anhu aaye milne ke liye.</w:t>
      </w:r>
    </w:p>
    <w:p>
      <w:pPr>
        <w:jc w:val="right"/>
      </w:pPr>
      <w:r>
        <w:t>اب حضرت عائشہ کے بارے میں، حضرت عائشہ رضی اللہ عنہا کے بارے میں آتا ہے کہ جب وہ بہت بیمار ہو گئیں، آخری وقت قریب تھا، تو حضرت عبداللہ ابن عباس رضی اللہ عنہ آئے ملنے کے لیے۔</w:t>
      </w:r>
    </w:p>
    <w:p>
      <w:r>
        <w:rPr>
          <w:b/>
        </w:rPr>
        <w:t xml:space="preserve">[33:42] </w:t>
      </w:r>
      <w:r>
        <w:t>To bahar koi darban the ghar ke, to un se kaha ke main milna chahta hoon, ijazat chahta hoon. To ja ke unhone kaha ke Abdullah Ibn Abbas aaye hain, milna chahte hain.</w:t>
      </w:r>
    </w:p>
    <w:p>
      <w:pPr>
        <w:jc w:val="right"/>
      </w:pPr>
      <w:r>
        <w:t>تو باہر کوئی دربان تھے گھر کے، تو ان سے کہا کہ میں ملنا چاہتا ہوں، اجازت چاہتا ہوں۔ تو جا کے انہوں نے کہا کہ عبداللہ ابن عباس آئے ہیں، ملنا چاہتے ہیں۔</w:t>
      </w:r>
    </w:p>
    <w:p>
      <w:r>
        <w:rPr>
          <w:b/>
        </w:rPr>
        <w:t xml:space="preserve">[33:57] </w:t>
      </w:r>
      <w:r>
        <w:t>To wahan par us waqt Hazrat Aisha ke neffu baithe hue the jinka naam tha Abdullah bin Abdur Rehman, bare bhai ke bete the Hazrat Aisha Razi Allah Anha ke.</w:t>
      </w:r>
    </w:p>
    <w:p>
      <w:pPr>
        <w:jc w:val="right"/>
      </w:pPr>
      <w:r>
        <w:t>تو وہاں پر اس وقت حضرت عائشہ کے نیفیو بیٹھے ہوئے تھے جن کا نام تھا عبداللہ بن عبدالرحمن، بڑے بھائی کے بیٹے تھے حضرت عائشہ رضی اللہ عنہ کے۔</w:t>
      </w:r>
    </w:p>
    <w:p>
      <w:r>
        <w:rPr>
          <w:b/>
        </w:rPr>
        <w:t xml:space="preserve">[34:12] </w:t>
      </w:r>
      <w:r>
        <w:t>To unhone jhuk ke kaha Hazrat Aisha se ke Ibn Abbas aaye hain, aap se milna chahte hain. To Hazrat Aisha ne kaha chhod do, chhod do Ibn Abbas ko, matlab milne ki zaroorat nahi hai.</w:t>
      </w:r>
    </w:p>
    <w:p>
      <w:pPr>
        <w:jc w:val="right"/>
      </w:pPr>
      <w:r>
        <w:t>تو انہوں نے جھک کے کہا حضرت عائشہ سے کہ ابن عباس آئے ہیں، آپ سے ملنا چاہتے ہیں۔ تو حضرت عائشہ نے کہا چھوڑو، چھوڑو ابن عباس کو، مطلب ملنے کی ضرورت نہیں ہے۔</w:t>
      </w:r>
    </w:p>
    <w:p>
      <w:r>
        <w:rPr>
          <w:b/>
        </w:rPr>
        <w:t xml:space="preserve">[34:25] </w:t>
      </w:r>
      <w:r>
        <w:t>To phir unhone kaha ke Ibn Abbas aap ke bete ki tarah hain, saleheen mein se hain, aap se ijazat mang rahe hain milne ke liye. To kaha ke achha tum chahte ho to bula lo.</w:t>
      </w:r>
    </w:p>
    <w:p>
      <w:pPr>
        <w:jc w:val="right"/>
      </w:pPr>
      <w:r>
        <w:t>تو پھر انہوں نے کہا کہ ابن عباس آپ کے بیٹے کی طرح ہیں، صالحین میں سے ہیں، آپ سے اجازت مانگ رہے ہیں ملنے کے لیے۔ تو کہا کہ اچھا تم چاہتے ہو تو بلا لو۔</w:t>
      </w:r>
    </w:p>
    <w:p>
      <w:r>
        <w:rPr>
          <w:b/>
        </w:rPr>
        <w:t xml:space="preserve">[34:36] </w:t>
      </w:r>
      <w:r>
        <w:t>To Hazrat Hazrat Ibn Abbas Razi Allah Anhu aaye aur baithe, aur dekha ke Hazrat Aisha aakhri stage mein hain.</w:t>
      </w:r>
    </w:p>
    <w:p>
      <w:pPr>
        <w:jc w:val="right"/>
      </w:pPr>
      <w:r>
        <w:t>تو حضرت حضرت ابن عباس رضی اللہ عنہ آئے اور بیٹھے، اور دیکھا کہ حضرت عائشہ آخری اسٹیج میں ہیں۔</w:t>
      </w:r>
    </w:p>
    <w:p>
      <w:r>
        <w:rPr>
          <w:b/>
        </w:rPr>
        <w:t xml:space="preserve">[34:45] </w:t>
      </w:r>
      <w:r>
        <w:t>To phir kuch taareefi baatein karne lage ke aap jald hi Rasool Allah se milengi, Sahaba se milengi, aur aap ki ki wajah se tayammum ki ayat nazil hui, logon ko bada badi aasani ho gayi.</w:t>
      </w:r>
    </w:p>
    <w:p>
      <w:pPr>
        <w:jc w:val="right"/>
      </w:pPr>
      <w:r>
        <w:t>تو پھر کچھ تعریفی باتیں کرنے لگے کہ آپ جلد ہی رسول اللہ سے ملیں گی، صحابہ سے ملیں گی، اور آپ کی کی وجہ سے تیمم کی آیت نازل ہوئی، لوگوں کو بڑا بڑی آسانی ہو گئی۔</w:t>
      </w:r>
    </w:p>
    <w:p>
      <w:r>
        <w:rPr>
          <w:b/>
        </w:rPr>
        <w:t xml:space="preserve">[35:01] </w:t>
      </w:r>
      <w:r>
        <w:t>Jibril saatwein aasman se aaye, aap ko jo ilzaam lagaya tha us se bari kiya, aur log aap ke bare mein par</w:t>
      </w:r>
    </w:p>
    <w:p>
      <w:pPr>
        <w:jc w:val="right"/>
      </w:pPr>
      <w:r>
        <w:t>جبرائیل ساتویں آسمان سے آئے، آپ کو جو الزام لگایا تھا اس سے بری کیا، اور لوگ آپ کے بارے میں پڑ</w:t>
      </w:r>
    </w:p>
    <w:p>
      <w:r>
        <w:rPr>
          <w:b/>
        </w:rPr>
        <w:t xml:space="preserve">[35:10] </w:t>
      </w:r>
      <w:r>
        <w:t>hanay lagay. to yeh sab baatein, kai is tarah ki baatein kaheen to</w:t>
      </w:r>
    </w:p>
    <w:p>
      <w:pPr>
        <w:jc w:val="right"/>
      </w:pPr>
      <w:r>
        <w:t>ھنے لگے۔ تو یہ سب باتیں، کئی اس طرح کی باتیں کہیں تو</w:t>
      </w:r>
    </w:p>
    <w:p>
      <w:r>
        <w:rPr>
          <w:b/>
        </w:rPr>
        <w:t xml:space="preserve">[35:18] </w:t>
      </w:r>
      <w:r>
        <w:t>hazrat aisha ko pasand nahin aaein. unhon ne kaha chhoro in sab baaton ko, main to bas yeh chahti hoon ke main bhooli bisri ban jaon, nasia mansia, yaani na koi mujhe yaad kare, na koi mera jananay wala ho.</w:t>
      </w:r>
    </w:p>
    <w:p>
      <w:pPr>
        <w:jc w:val="right"/>
      </w:pPr>
      <w:r>
        <w:t>حضرت عائشہ کو پسند نہیں آئیں۔ انہوں نے کہا چھوڑو ان سب باتوں کو، میں تو بس یہ چاہتی ہوں کہ میں بھولی بسری بن جاؤں، نصیہ منسیہ، یعنی نہ کوئی مجھے یاد کرے، نہ کوئی میرا جاننے والا ہو۔</w:t>
      </w:r>
    </w:p>
    <w:p>
      <w:r>
        <w:rPr>
          <w:b/>
        </w:rPr>
        <w:t xml:space="preserve">[35:31] </w:t>
      </w:r>
      <w:r>
        <w:t>to jo marifat yafta log hotay hain, un un ke liye duniyavi cheezein bari haqeer ban jati hain.</w:t>
      </w:r>
    </w:p>
    <w:p>
      <w:pPr>
        <w:jc w:val="right"/>
      </w:pPr>
      <w:r>
        <w:t>تو جو معرفت یافتہ لوگ ہوتے ہیں، ان ان کے لیے دنیاوی چیزیں بڑی حقیر بن جاتی ہیں۔</w:t>
      </w:r>
    </w:p>
    <w:p>
      <w:r>
        <w:rPr>
          <w:b/>
        </w:rPr>
        <w:t xml:space="preserve">[35:40] </w:t>
      </w:r>
      <w:r>
        <w:t>to is ki misaal hamein milti hai. aik aur misaal hai, aik sahabi thay, un ka naam hai rabia bin kaab aslami raziallahu anhu.</w:t>
      </w:r>
    </w:p>
    <w:p>
      <w:pPr>
        <w:jc w:val="right"/>
      </w:pPr>
      <w:r>
        <w:t>تو اس کی مثال ہمیں ملتی ہے۔ ایک اور مثال ہے، ایک صحابی تھے، ان کا نام ہے ربیعہ بن کعب اسلمی رضی اللہ عنہ۔</w:t>
      </w:r>
    </w:p>
    <w:p>
      <w:r>
        <w:rPr>
          <w:b/>
        </w:rPr>
        <w:t xml:space="preserve">[35:53] </w:t>
      </w:r>
      <w:r>
        <w:t>yeh ashab al-suffa mein se thay, ashab al-suffa ke woh log thay jin ke paas koi ghar nahin hota tha, na paisa hota tha, no house, no family, no money.</w:t>
      </w:r>
    </w:p>
    <w:p>
      <w:pPr>
        <w:jc w:val="right"/>
      </w:pPr>
      <w:r>
        <w:t>یہ اصحاب الصفہ میں سے تھے، اصحاب الصفہ کے وہ لوگ تھے جن کے پاس کوئی گھر نہیں ہوتا تھا، نہ پیسہ ہوتا تھا، نو ہاؤس، نو فیملی، نو منی۔</w:t>
      </w:r>
    </w:p>
    <w:p>
      <w:r>
        <w:rPr>
          <w:b/>
        </w:rPr>
        <w:t xml:space="preserve">[36:04] </w:t>
      </w:r>
      <w:r>
        <w:t>to woh wahan rehte thay, masjid mein aik chabutra sa tha.</w:t>
      </w:r>
    </w:p>
    <w:p>
      <w:pPr>
        <w:jc w:val="right"/>
      </w:pPr>
      <w:r>
        <w:t>تو وہ وہاں رہتے تھے، مسجد میں ایک چبوترا سا تھا۔</w:t>
      </w:r>
    </w:p>
    <w:p>
      <w:r>
        <w:rPr>
          <w:b/>
        </w:rPr>
        <w:t xml:space="preserve">[36:08] </w:t>
      </w:r>
      <w:r>
        <w:t>to yeh young sahabi thay, aur rasool Allah ki khidmat karte thay, kabhi koi saman le aaye, kabhi wuzu ke liye pani le aaye. to aik bar prophet niklay ghar se tahajjud ke waqt, to pani le ke aaye wuzu karne ke liye kisi vessel mein.</w:t>
      </w:r>
    </w:p>
    <w:p>
      <w:pPr>
        <w:jc w:val="right"/>
      </w:pPr>
      <w:r>
        <w:t>تو یہینگ صحابی تھے، اور رسول اللہ کی خدمت کرتے تھے، کبھی کوئی سامان لے آئے، کبھی وضو کے لیے پانی لے آئے۔ تو ایک بار پرافٹ نکلے گھر سے تہجد کے وقت، تو پانی لے کے آئے وضو کرنے کے لیے کسی ویسل میں۔</w:t>
      </w:r>
    </w:p>
    <w:p>
      <w:r>
        <w:rPr>
          <w:b/>
        </w:rPr>
        <w:t xml:space="preserve">[36:24] </w:t>
      </w:r>
      <w:r>
        <w:t>to rasool Allah ne dekha to un ko andaza hua ke bohat hi zaroorat mand hain yeh. to rasool Allah salallahu alaihi wasallam ne kaha ke kuch mango, yaani agar woh kuch mangte to rasool Allah dua karte hain.</w:t>
      </w:r>
    </w:p>
    <w:p>
      <w:pPr>
        <w:jc w:val="right"/>
      </w:pPr>
      <w:r>
        <w:t>تو رسول اللہ نے دیکھا تو ان کو اندازہ ہوا کہ بہت ہی ضرورت مند ہیں یہ۔ تو رسول اللہ صلی اللہ علیہ وسلم نے کہا کہ کچھ مانگو، یعنی اگر وہ کچھ مانگتے تو رسول اللہ دعا کرتے ہیں۔</w:t>
      </w:r>
    </w:p>
    <w:p>
      <w:r>
        <w:rPr>
          <w:b/>
        </w:rPr>
        <w:t xml:space="preserve">[36:39] </w:t>
      </w:r>
      <w:r>
        <w:t>to rasool Allah ne kaha, yaani matlab tha make a wish, kuch tum chahte ho to woh mango, main dua karta hoon tumharay liye. aur rasool Allah agar dua karte to aasman se sona sone ki barish ho jati.</w:t>
      </w:r>
    </w:p>
    <w:p>
      <w:pPr>
        <w:jc w:val="right"/>
      </w:pPr>
      <w:r>
        <w:t>تو رسول اللہ نے کہا، یعنی مطلب تھا میک اے وش، کچھ تم چاہتے ہو تو وہ مانگو، میں دعا کرتا ہوں تمہارے لیے۔ اور رسول اللہ اگر دعا کرتے تو آسمان سے سونا سونے کی بارش ہو جاتی۔</w:t>
      </w:r>
    </w:p>
    <w:p>
      <w:r>
        <w:rPr>
          <w:b/>
        </w:rPr>
        <w:t xml:space="preserve">[37:02] </w:t>
      </w:r>
      <w:r>
        <w:t>to yeh young sahabi thay, unhon ne kaha</w:t>
      </w:r>
    </w:p>
    <w:p>
      <w:pPr>
        <w:jc w:val="right"/>
      </w:pPr>
      <w:r>
        <w:t>تو یہ جوینگ صحابی تھے، انہوں نے کہا</w:t>
      </w:r>
    </w:p>
    <w:p>
      <w:r>
        <w:rPr>
          <w:b/>
        </w:rPr>
        <w:t xml:space="preserve">[37:09] </w:t>
      </w:r>
      <w:r>
        <w:t>ke mujhe aap aap aap ki rifaqat chahiye, aap ka sath chahiye jannat mein.</w:t>
      </w:r>
    </w:p>
    <w:p>
      <w:pPr>
        <w:jc w:val="right"/>
      </w:pPr>
      <w:r>
        <w:t>کہ مجھے آپ آپ آپ کی رفاقت چاہیے، آپ کا ساتھ چاہیے جنت میں۔</w:t>
      </w:r>
    </w:p>
    <w:p>
      <w:r>
        <w:rPr>
          <w:b/>
        </w:rPr>
        <w:t xml:space="preserve">[37:19] </w:t>
      </w:r>
      <w:r>
        <w:t>halankay woh bohat zaroorat mand thay. to rasool Allah ne kaha nahin, kuch aur mango, yeh to tum akhirat ki baat kar rahe ho, dunya ki koi cheez mango. matlab yeh tha tumhein family chahiye, tumhein wife chahiye, tumhein paisa chahiye, tumhein ghar chahiye.</w:t>
      </w:r>
    </w:p>
    <w:p>
      <w:pPr>
        <w:jc w:val="right"/>
      </w:pPr>
      <w:r>
        <w:t>حالانکہ وہ بہت ضرورت مند تھے۔ تو رسول اللہ نے کہا نہیں، کچھ اور مانگو، یہ تو تم آخرت کی بات کر رہے ہو، دنیا کی کوئی چیز مانگو۔ مطلب یہ تھا تمہیں فیملی چاہیے، تمہیں وائف چاہیے، تمہیں پیسہ چاہیے، تمہیں گھر چاہیے۔</w:t>
      </w:r>
    </w:p>
    <w:p>
      <w:r>
        <w:rPr>
          <w:b/>
        </w:rPr>
        <w:t xml:space="preserve">[37:32] </w:t>
      </w:r>
      <w:r>
        <w:t>to unhon ne kaha nahin, bas mujhe yahi chahiye, aap ki rifaqat chahiye,</w:t>
      </w:r>
    </w:p>
    <w:p>
      <w:pPr>
        <w:jc w:val="right"/>
      </w:pPr>
      <w:r>
        <w:t>تو انہوں نے کہا نہیں، بس مجھے یہی چاہیے، آپ کی رفاقت چاہیے،</w:t>
      </w:r>
    </w:p>
    <w:p>
      <w:r>
        <w:rPr>
          <w:b/>
        </w:rPr>
        <w:t xml:space="preserve">[37:36] </w:t>
      </w:r>
      <w:r>
        <w:t>i want your companionship in paradise. to yeh jo jo marifat yafta log hotay hain, un ki yeh کیفیت hoti hai ke un ko duniyavi cheez haqeer ho jati hai.</w:t>
      </w:r>
    </w:p>
    <w:p>
      <w:pPr>
        <w:jc w:val="right"/>
      </w:pPr>
      <w:r>
        <w:t>آئی وانٹ یور کمپینین شپ ان پیراڈائز۔ تو یہ جو جو معرفت یافتہ لوگ ہوتے ہیں، ان کی یہ کیفیت ہوتی ہے کہ ان کو دنیاوی چیز حقیر ہو جاتی ہے۔</w:t>
      </w:r>
    </w:p>
    <w:p>
      <w:r>
        <w:rPr>
          <w:b/>
        </w:rPr>
        <w:t xml:space="preserve">[37:47] </w:t>
      </w:r>
      <w:r>
        <w:t>yehi haal hua jab hazrat abuhuraira ka waqt aaya aakhri, to woh ro rahe thay. to logon ne kaha ke aap kyun ro rahe hain?</w:t>
      </w:r>
    </w:p>
    <w:p>
      <w:pPr>
        <w:jc w:val="right"/>
      </w:pPr>
      <w:r>
        <w:t>یہی حال ہوا جب حضرت ابوہریرہ کا وقت آیا آخری، تو وہ رو رہے تھے۔ تو لوگوں نے کہا کہ آپ کیوں رو رہے ہیں؟</w:t>
      </w:r>
    </w:p>
    <w:p>
      <w:r>
        <w:rPr>
          <w:b/>
        </w:rPr>
        <w:t xml:space="preserve">[37:58] </w:t>
      </w:r>
      <w:r>
        <w:t>unhon ne kaha ke main tumhari dunya ke liye nahin ro raha hoon.</w:t>
      </w:r>
    </w:p>
    <w:p>
      <w:pPr>
        <w:jc w:val="right"/>
      </w:pPr>
      <w:r>
        <w:t>انہوں نے کہا کہ میں تمہاری دنیا کے لیے نہیں رو رہا ہوں۔</w:t>
      </w:r>
    </w:p>
    <w:p>
      <w:r>
        <w:rPr>
          <w:b/>
        </w:rPr>
        <w:t xml:space="preserve">[38:02] </w:t>
      </w:r>
      <w:r>
        <w:t>main hazrat abuhuraira raziallahu anhu itnay baray sahabi thay, woh bhi ashab al-suffa mein se thay ke agar woh na hotay to hamein hadith ka literature yaani bohat kam milta.</w:t>
      </w:r>
    </w:p>
    <w:p>
      <w:pPr>
        <w:jc w:val="right"/>
      </w:pPr>
      <w:r>
        <w:t>میں حضرت ابوہریرہ رضی اللہ عنہ اتنے بڑے صحابی تھے، وہ بھی اصحاب الصفہ میں سے تھے کہ اگر وہ نہ ہوتے تو ہمیں حدیث کا لٹریچر یعنی بہت کم ملتا۔</w:t>
      </w:r>
    </w:p>
    <w:p>
      <w:r>
        <w:rPr>
          <w:b/>
        </w:rPr>
        <w:t xml:space="preserve">[38:15] </w:t>
      </w:r>
      <w:r>
        <w:t>sari hadithain, beshtar shandar hadithain hazrat abuhuraira raziallahu anhu ki hain.</w:t>
      </w:r>
    </w:p>
    <w:p>
      <w:pPr>
        <w:jc w:val="right"/>
      </w:pPr>
      <w:r>
        <w:t>ساری حدیثیں، بیشتر شاندار حدیثیں حضرت ابوہریرہ رضی اللہ عنہ کی ہیں۔</w:t>
      </w:r>
    </w:p>
    <w:p>
      <w:r>
        <w:rPr>
          <w:b/>
        </w:rPr>
        <w:t xml:space="preserve">[38:22] </w:t>
      </w:r>
      <w:r>
        <w:t>to woh keh, woh unhon ne kaha ke main tumhari dunya ke liye nahin ro raha hoon, balkay main is liye ro raha hoon ke mera safar bohat lamba hai aur zad-e-rah bohat kam hai.</w:t>
      </w:r>
    </w:p>
    <w:p>
      <w:pPr>
        <w:jc w:val="right"/>
      </w:pPr>
      <w:r>
        <w:t>تو وہ کہہ، وہ انہوں نے کہا کہ میں تمہاری دنیا کے لیے نہیں رو رہا ہوں، بلکہ میں اس لیے رو رہا ہوں کہ میرا سفر بہت لمبا ہے اور زاد راہ بہت کم ہے۔</w:t>
      </w:r>
    </w:p>
    <w:p>
      <w:r>
        <w:rPr>
          <w:b/>
        </w:rPr>
        <w:t xml:space="preserve">[38:39] </w:t>
      </w:r>
      <w:r>
        <w:t>zad-e-rah ka matlab yeh tha safar ka saman, yaani main ab mere paas kuch nahin hai dikhane ke liye Allah ko, main kya le ke jaunga?</w:t>
      </w:r>
    </w:p>
    <w:p>
      <w:pPr>
        <w:jc w:val="right"/>
      </w:pPr>
      <w:r>
        <w:t>زاد راہ کا مطلب یہ تھا سفر کا سامان، یعنی میں اب میرے پاس کچھ نہیں ہے دکھانے کے لیے اللہ کو، میں کیا لے کے جاؤں گا؟</w:t>
      </w:r>
    </w:p>
    <w:p>
      <w:r>
        <w:rPr>
          <w:b/>
        </w:rPr>
        <w:t xml:space="preserve">[38:49] </w:t>
      </w:r>
      <w:r>
        <w:t>itnay baray sahabi ke yeh yeh</w:t>
      </w:r>
    </w:p>
    <w:p>
      <w:pPr>
        <w:jc w:val="right"/>
      </w:pPr>
      <w:r>
        <w:t>اتنے بڑے صحابی کے یہ یہ</w:t>
      </w:r>
    </w:p>
    <w:p>
      <w:r>
        <w:rPr>
          <w:b/>
        </w:rPr>
        <w:t xml:space="preserve">[38:51] </w:t>
      </w:r>
      <w:r>
        <w:t>haal hai. woh kehte hain ke main, mujhe aik aisay tille par, main ne aik aisay tille par subah ki jo jannat aur jahannum ki taraf utar raha hai,</w:t>
      </w:r>
    </w:p>
    <w:p>
      <w:pPr>
        <w:jc w:val="right"/>
      </w:pPr>
      <w:r>
        <w:t>حال ہے۔ وہ کہتے ہیں کہ میں، مجھے ایک ایسے ٹیلے پر، میں نے ایک ایسے ٹیلے پر صبح کی جو جنت اور جہنم کی طرف اتر رہا ہے،</w:t>
      </w:r>
    </w:p>
    <w:p>
      <w:r>
        <w:rPr>
          <w:b/>
        </w:rPr>
        <w:t xml:space="preserve">[39:09] </w:t>
      </w:r>
      <w:r>
        <w:t>aur mujhe nahin maloom ke mujh ko kon kis taraf utara jayega.</w:t>
      </w:r>
    </w:p>
    <w:p>
      <w:pPr>
        <w:jc w:val="right"/>
      </w:pPr>
      <w:r>
        <w:t>اور مجھے نہیں معلوم کہ مجھ کو کون کس طرف اتارا جائے گا۔</w:t>
      </w:r>
    </w:p>
    <w:p>
      <w:r>
        <w:rPr>
          <w:b/>
        </w:rPr>
        <w:t xml:space="preserve">[39:15] </w:t>
      </w:r>
      <w:r>
        <w:t>to yeh hazrat abuhuraira aur yeh sab baray baray sahaba ka yeh haal tha ke woh Khuda ki azmat ko itni is tarah se discover kiya tha unhon ne ke dunya ki cheezein bilkul haqeer ho gai theen.</w:t>
      </w:r>
    </w:p>
    <w:p>
      <w:pPr>
        <w:jc w:val="right"/>
      </w:pPr>
      <w:r>
        <w:t>تو یہ حضرت ابوہریرہ اور یہ سب بڑے بڑے صحابہ کا یہ حال تھا کہ وہ خدا کی عظمت کو اتنی اس طرح سے ڈسکور کیا تھا انہوں نے کہ دنیا کی چیزیں بالکل حقیر ہو گئی تھیں۔</w:t>
      </w:r>
    </w:p>
    <w:p>
      <w:r>
        <w:rPr>
          <w:b/>
        </w:rPr>
        <w:t xml:space="preserve">[39:28] </w:t>
      </w:r>
      <w:r>
        <w:t>aur aur to yeh sab baatein kitab marifat mein Maulana ne likhi hain. main chahunga ke aap sab log kitab marifat zaroor parhein, agar nahin parhi hai to dobara parhein.</w:t>
      </w:r>
    </w:p>
    <w:p>
      <w:pPr>
        <w:jc w:val="right"/>
      </w:pPr>
      <w:r>
        <w:t>اور اور تو یہ سب باتیں کتاب معرفت میں مولانا نے لکھی ہیں۔ میں چاہوں گا کہ آپ سب لوگ کتاب معرفت ضرور پڑھیں، اگر نہیں پڑھی ہے تو دوبارہ پڑھیں۔</w:t>
      </w:r>
    </w:p>
    <w:p>
      <w:r>
        <w:rPr>
          <w:b/>
        </w:rPr>
        <w:t xml:space="preserve">[39:40] </w:t>
      </w:r>
      <w:r>
        <w:t>yeh woh urdu mein bhi hai, english mein</w:t>
      </w:r>
    </w:p>
    <w:p>
      <w:pPr>
        <w:jc w:val="right"/>
      </w:pPr>
      <w:r>
        <w:t>یہ وہ اردو میں بھی ہے، انگلش میں</w:t>
      </w:r>
    </w:p>
    <w:p>
      <w:r>
        <w:rPr>
          <w:b/>
        </w:rPr>
        <w:t xml:space="preserve">[39:42] </w:t>
      </w:r>
      <w:r>
        <w:t>bhi hai, bohat hi umda yani is is se is ko parh ke imaan taaza ho jata hai. yeh bohat hi ahem kitaab hai, mein recommend karunga ke sab log zaroor parhein aur promote karein is kitaab ko.</w:t>
      </w:r>
    </w:p>
    <w:p>
      <w:pPr>
        <w:jc w:val="right"/>
      </w:pPr>
      <w:r>
        <w:t>بھی ہے، بہت ہی عمدہ یعنی اس اس سے اس کو پڑھ کے ایمان تازہ ہو جاتا ہے۔ یہ بہت ہی اہم کتاب ہے، میں ریکمنڈ کروں گا کہ سب لوگ ضرور پڑھیں اور پروموٹ کریں اس کتاب کو۔</w:t>
      </w:r>
    </w:p>
    <w:p>
      <w:r>
        <w:rPr>
          <w:b/>
        </w:rPr>
        <w:t xml:space="preserve">[39:54] </w:t>
      </w:r>
      <w:r>
        <w:t>jazak Allah doctor sahib, for معرفت field answer. in fact doctor sahib agar sochein to معرفت soch ki satah par hi hoti hai.</w:t>
      </w:r>
    </w:p>
    <w:p>
      <w:pPr>
        <w:jc w:val="right"/>
      </w:pPr>
      <w:r>
        <w:t>جزاک اللہ ڈاکٹر صاحب، فار معرفت فیلڈ انسر۔ ان فیکٹ ڈاکٹر صاحب اگر سوچیں تو معرفت سوچ کی سطح پر ہی ہوتی ہے۔</w:t>
      </w:r>
    </w:p>
    <w:p>
      <w:r>
        <w:rPr>
          <w:b/>
        </w:rPr>
        <w:t xml:space="preserve">[40:03] </w:t>
      </w:r>
      <w:r>
        <w:t>aur aik martaba Maulana ne kaha ke har soch se pehle yeh soch lijiye ke kya is se mere imaan ka faida hai?</w:t>
      </w:r>
    </w:p>
    <w:p>
      <w:pPr>
        <w:jc w:val="right"/>
      </w:pPr>
      <w:r>
        <w:t>اور ایک مرتبہ مولانا نے کہا کہ ہر سوچ سے پہلے یہ سوچ لیجئے کہ کیا اس سے میرے ایمان کا فائدہ ہے؟</w:t>
      </w:r>
    </w:p>
    <w:p>
      <w:r>
        <w:rPr>
          <w:b/>
        </w:rPr>
        <w:t xml:space="preserve">[40:13] </w:t>
      </w:r>
      <w:r>
        <w:t>kya is se mera shukr barhta hai? kya is se mera talluq barhta hai? aur kya meri ibaadat mein khushu barhti hai?</w:t>
      </w:r>
    </w:p>
    <w:p>
      <w:pPr>
        <w:jc w:val="right"/>
      </w:pPr>
      <w:r>
        <w:t>کیا اس سے میرا شکر بڑھتا ہے؟ کیا اس سے میرا تعلق بڑھتا ہے؟ اور کیا میری عبادت میں خشوع بڑھتی ہے؟</w:t>
      </w:r>
    </w:p>
    <w:p>
      <w:r>
        <w:rPr>
          <w:b/>
        </w:rPr>
        <w:t xml:space="preserve">[40:22] </w:t>
      </w:r>
      <w:r>
        <w:t>kyunke baqi sab shaitani soch hai. phir unhone kaha ke yaad rakhiye</w:t>
      </w:r>
    </w:p>
    <w:p>
      <w:pPr>
        <w:jc w:val="right"/>
      </w:pPr>
      <w:r>
        <w:t>کیونکہ باقی سب شیطانی سوچ ہے۔ پھر انہوں نے کہا کہ یاد رکھیے</w:t>
      </w:r>
    </w:p>
    <w:p>
      <w:r>
        <w:rPr>
          <w:b/>
        </w:rPr>
        <w:t xml:space="preserve">[40:27] </w:t>
      </w:r>
      <w:r>
        <w:t>ke har woh soch jo aap ke shukr ko ghata de, woh shaitani soch hai. to doctor sahib, agla sawal mera related hi hai, ke tadabbur pe Maulana ne bohat likha hai, bohat emphasize kiya hai, contemplation ji.</w:t>
      </w:r>
    </w:p>
    <w:p>
      <w:pPr>
        <w:jc w:val="right"/>
      </w:pPr>
      <w:r>
        <w:t>کہ ہر وہ سوچ جو آپ کے شکر کو گھٹا دے، وہ شیطانی سوچ ہے۔ تو ڈاکٹر صاحب، اگلا سوال میرا ریلیٹڈ ہی ہے، کہ تدبر پہ مولانا نے بہت لکھا ہے، بہت ایمفسائز کیا ہے، کانٹمپلیشن جی۔</w:t>
      </w:r>
    </w:p>
    <w:p>
      <w:r>
        <w:rPr>
          <w:b/>
        </w:rPr>
        <w:t xml:space="preserve">[40:43] </w:t>
      </w:r>
      <w:r>
        <w:t>aur woh kehte thay ke Quran is a book of wisdom, and the door to its treasure opens when a person engages oneself ji in contemplation.</w:t>
      </w:r>
    </w:p>
    <w:p>
      <w:pPr>
        <w:jc w:val="right"/>
      </w:pPr>
      <w:r>
        <w:t>اور وہ کہتے تھے کہ قرآن از ا بک اف وزڈم، اینڈ دا ڈور ٹو اٹس ٹریژر اوپنز وین ا پرسن انگیجز ون سیلف جی ان کانٹمپلی</w:t>
      </w:r>
    </w:p>
    <w:p>
      <w:r>
        <w:rPr>
          <w:b/>
        </w:rPr>
        <w:t xml:space="preserve">[40:54] </w:t>
      </w:r>
      <w:r>
        <w:t>lekin aksar dekha gaya ke Muslims jo hain, woh tilawat pe ziyada emphasize karte hain.</w:t>
      </w:r>
    </w:p>
    <w:p>
      <w:pPr>
        <w:jc w:val="right"/>
      </w:pPr>
      <w:r>
        <w:t>شن۔ لیکن اکثر دیکھا گیا کہ مسلمز جو ہیں، وہ تلاوت پہ زیادہ ایمفسائز کرتے ہیں۔</w:t>
      </w:r>
    </w:p>
    <w:p>
      <w:r>
        <w:rPr>
          <w:b/>
        </w:rPr>
        <w:t xml:space="preserve">[41:02] </w:t>
      </w:r>
      <w:r>
        <w:t>tilawat ghlat nahi hai, lekin woh emphasize shift of emphasize hai. to mein chahunga ke tadabbur aur tilawat is ke upar aap kuch roshni dalein.</w:t>
      </w:r>
    </w:p>
    <w:p>
      <w:pPr>
        <w:jc w:val="right"/>
      </w:pPr>
      <w:r>
        <w:t>تلاوت غلط نہیں ہے، لیکن وہ ایمفسائز شفٹ اف ایمفسائز ہے۔ تو میں چاہوں گا کہ تدبر اور تلاوت اس کے اوپر آپ کچھ روشنی ڈالیں۔</w:t>
      </w:r>
    </w:p>
    <w:p>
      <w:r>
        <w:rPr>
          <w:b/>
        </w:rPr>
        <w:t xml:space="preserve">[41:12] </w:t>
      </w:r>
      <w:r>
        <w:t>ji, hum yeh Maulana ka bohat hi ahem subject hai ke Quran ko tadabbur ke sath parhna chahiye.</w:t>
      </w:r>
    </w:p>
    <w:p>
      <w:pPr>
        <w:jc w:val="right"/>
      </w:pPr>
      <w:r>
        <w:t>جی، ہم یہ مولانا کا بہت ہی اہم سبجیکٹ ہے کہ قرآن کو تدبر کے ساتھ پڑھنا چاہیے۔</w:t>
      </w:r>
    </w:p>
    <w:p>
      <w:r>
        <w:rPr>
          <w:b/>
        </w:rPr>
        <w:t xml:space="preserve">[41:25] </w:t>
      </w:r>
      <w:r>
        <w:t>tadabbur ka matlab yeh hai, Maulana is ki example dete thay ke jaise ice berg hota hai, woh chota sa nazar aata hai, lekin andar bohat bara hota hai.</w:t>
      </w:r>
    </w:p>
    <w:p>
      <w:pPr>
        <w:jc w:val="right"/>
      </w:pPr>
      <w:r>
        <w:t>تدبر کا مطلب یہ ہے، مولانا اس کی ایگزامپل دیتے تھے کہ جیسے آئس برگ ہوتا ہے، وہ چھوٹا سا نظر آتا ہے، لیکن اندر بہت بڑا ہوتا ہے۔</w:t>
      </w:r>
    </w:p>
    <w:p>
      <w:r>
        <w:rPr>
          <w:b/>
        </w:rPr>
        <w:t xml:space="preserve">[41:34] </w:t>
      </w:r>
      <w:r>
        <w:t>woh to yahi haal Quran ka bhi hai ke Quran ke baray mein aata hai, luckily ayat minhazahr wa batn ke har Quran ki wirth mein aik outer content hai aur aik inner content hai.</w:t>
      </w:r>
    </w:p>
    <w:p>
      <w:pPr>
        <w:jc w:val="right"/>
      </w:pPr>
      <w:r>
        <w:t>وہ تو یہی حال قرآن کا بھی ہے کہ قرآن کے بارے میں آتا ہے، لکلی آیت منہا زہر و بطن کہ ہر قرآن کی ورث میں ایک آؤٹر کنٹینٹ ہے اور ایک انر کنٹینٹ ہے۔</w:t>
      </w:r>
    </w:p>
    <w:p>
      <w:r>
        <w:rPr>
          <w:b/>
        </w:rPr>
        <w:t xml:space="preserve">[41:49] </w:t>
      </w:r>
      <w:r>
        <w:t>to is ko tadabbur ke tor par, tadabbur yani wahi is ka matlab tadabbur hai. aur Maulana kehte thay ke Quran ko agar sirf aap ne arabi mein parh liya, aur arabi hamari mother tongue bhi nahi hai,</w:t>
      </w:r>
    </w:p>
    <w:p>
      <w:pPr>
        <w:jc w:val="right"/>
      </w:pPr>
      <w:r>
        <w:t>تو اس کو تدبر کے طور پر، تدبر یعنی وہی اس کا مطلب تدبر ہے۔ اور مولانا کہتے تھے کہ قرآن کو اگر صرف آپ نے عربی میں پڑھ لیا، اور عربی ہماری مدر ٹنگ بھی نہیں ہے،</w:t>
      </w:r>
    </w:p>
    <w:p>
      <w:r>
        <w:rPr>
          <w:b/>
        </w:rPr>
        <w:t xml:space="preserve">[42:05] </w:t>
      </w:r>
      <w:r>
        <w:t>aaj kal log sirf ziyada tar parhte hain sawab kamane ke liye, Quran ko arabi mein bana samjhe.</w:t>
      </w:r>
    </w:p>
    <w:p>
      <w:pPr>
        <w:jc w:val="right"/>
      </w:pPr>
      <w:r>
        <w:t>آج کل لوگ صرف زیادہ تر پڑھتے ہیں ثواب کمانے کے لیے، قرآن کو عربی میں بنا سمجھے۔</w:t>
      </w:r>
    </w:p>
    <w:p>
      <w:r>
        <w:rPr>
          <w:b/>
        </w:rPr>
        <w:t xml:space="preserve">[42:14] </w:t>
      </w:r>
      <w:r>
        <w:t>Maulana ka kehna tha ke Quran ko aise parhein ke aap ne koi hissa parha, phir us pe sochein, phir gehrai se sochein to aap ke layer upon layer jo is ke meaning hain, woh khulte chale jayenge.</w:t>
      </w:r>
    </w:p>
    <w:p>
      <w:pPr>
        <w:jc w:val="right"/>
      </w:pPr>
      <w:r>
        <w:t>مولانا کا کہنا تھا کہ قرآن کو ایسے پڑھیں کہ آپ نے کوئی حصہ پڑھا، پھر اس پہ سوچیے، پھر گہرائی سے سوچیے تو آپ کے لیئر اپون لیئر جو اس کے میننگ ہیں، وہ کھلتے چلے جائیں گے۔</w:t>
      </w:r>
    </w:p>
    <w:p>
      <w:r>
        <w:rPr>
          <w:b/>
        </w:rPr>
        <w:t xml:space="preserve">[42:27] </w:t>
      </w:r>
      <w:r>
        <w:t>Maulana ka kehna tha ke Quran aik choti book hai, if you compare it with bible, it is one sixth of the bible.</w:t>
      </w:r>
    </w:p>
    <w:p>
      <w:pPr>
        <w:jc w:val="right"/>
      </w:pPr>
      <w:r>
        <w:t>مولانا کا کہنا تھا کہ قرآن ایک چھوٹی بک ہے، اف یو کمپیئر اٹ ود بائبل، اٹ از ون سکسٹھ اف دا بائبل۔</w:t>
      </w:r>
    </w:p>
    <w:p>
      <w:r>
        <w:rPr>
          <w:b/>
        </w:rPr>
        <w:t xml:space="preserve">[42:37] </w:t>
      </w:r>
      <w:r>
        <w:t>bohat hi choti kitaab hai is sense mein.</w:t>
      </w:r>
    </w:p>
    <w:p>
      <w:pPr>
        <w:jc w:val="right"/>
      </w:pPr>
      <w:r>
        <w:t>بہت ہی چھوٹی کتاب ہے اس سینس میں۔</w:t>
      </w:r>
    </w:p>
    <w:p>
      <w:r>
        <w:rPr>
          <w:b/>
        </w:rPr>
        <w:t xml:space="preserve">[42:40] </w:t>
      </w:r>
      <w:r>
        <w:t>to lekin is ke jo meaning hain, woh hidden meaning hain, woh ice berg ki tarah se hain ke aap jab ghaur karte hain to jab ghaur karte hain to phir Allah taala ki taraf se inspirations aate hain, yani faizanat farishte ke zariye.</w:t>
      </w:r>
    </w:p>
    <w:p>
      <w:pPr>
        <w:jc w:val="right"/>
      </w:pPr>
      <w:r>
        <w:t>تو لیکن اس کے جو میننگ ہیں، وہ ہڈن میننگ ہیں، وہ آئس برگ کی طرح سے ہیں کہ آپ جب غور کرتے ہیں تو جب غور کرتے ہیں تو پھر اللہ تعالی کی طرف سے انسپیریشنز آتے ہیں، یعنی فیضانات فرشتے کے ذریعے۔</w:t>
      </w:r>
    </w:p>
    <w:p>
      <w:r>
        <w:rPr>
          <w:b/>
        </w:rPr>
        <w:t xml:space="preserve">[42:57] </w:t>
      </w:r>
      <w:r>
        <w:t>to woh faizanat aate hain, aap ko inspire karte hain, aur jo deeper meaning hai, us tak aap pahunch paate hain, aur wohi real meaning hai.</w:t>
      </w:r>
    </w:p>
    <w:p>
      <w:pPr>
        <w:jc w:val="right"/>
      </w:pPr>
      <w:r>
        <w:t>تو وہ فیضانات آتے ہیں، آپ کو انسپائر کرتے ہیں، اور جو ڈیپر میننگ ہے، اس تک آپ پہنچ پاتے ہیں، اور وہی ریئل میننگ ہے۔</w:t>
      </w:r>
    </w:p>
    <w:p>
      <w:r>
        <w:rPr>
          <w:b/>
        </w:rPr>
        <w:t xml:space="preserve">[43:05] </w:t>
      </w:r>
      <w:r>
        <w:t>Maulana ka kehna tha ke jo deeper meaning hai Quran ka, wohi real meaning hai. to Quran ko tarjume se parhein, urdu, hindi, english, kyunke mother tongue mein, mein khud urdu mein parhta hoon.</w:t>
      </w:r>
    </w:p>
    <w:p>
      <w:pPr>
        <w:jc w:val="right"/>
      </w:pPr>
      <w:r>
        <w:t>مولانا کا کہنا تھا کہ جو ڈیپر میننگ ہے قرآن کا، وہی ریئل میننگ ہے۔ تو قرآن کو ترجمے سے پڑھیں، اردو، ہندی، انگلش، چونکہ مدر ٹنگ میں، میں خود اردو میں پڑھتا ہوں۔</w:t>
      </w:r>
    </w:p>
    <w:p>
      <w:r>
        <w:rPr>
          <w:b/>
        </w:rPr>
        <w:t xml:space="preserve">[43:20] </w:t>
      </w:r>
      <w:r>
        <w:t>jab mother tongue mein hum parhte hain to ziyada hamare dil pe asar hota hai banisbat hum kisi foreign language mein parhein.</w:t>
      </w:r>
    </w:p>
    <w:p>
      <w:pPr>
        <w:jc w:val="right"/>
      </w:pPr>
      <w:r>
        <w:t>جب مدر ٹنگ میں ہم پڑھتے ہیں تو زیادہ ہمارے دل پہ اثر ہوتا ہے بنسبت ہم کسی فارن لینگویج میں پڑھیں۔</w:t>
      </w:r>
    </w:p>
    <w:p>
      <w:r>
        <w:rPr>
          <w:b/>
        </w:rPr>
        <w:t xml:space="preserve">[43:28] </w:t>
      </w:r>
      <w:r>
        <w:t>to yeh bohat zaroori hai ke urdu mein parhein, aur tazkir ul Quran ko is tarah se parhein ke is ke deeper meanings tak pahunch sakein.</w:t>
      </w:r>
    </w:p>
    <w:p>
      <w:pPr>
        <w:jc w:val="right"/>
      </w:pPr>
      <w:r>
        <w:t>تو یہ بہت ضروری ہے کہ اردو میں پڑھیں، اور تذکر القرآن کو اس طرح سے پڑھیں کہ اس کے ڈیپر میننگز تک پہنچ سکیں۔</w:t>
      </w:r>
    </w:p>
    <w:p>
      <w:r>
        <w:rPr>
          <w:b/>
        </w:rPr>
        <w:t xml:space="preserve">[43:37] </w:t>
      </w:r>
      <w:r>
        <w:t>aur jo tazkir ul Quran hai, yeh Maulana ne likhi hai, bohat hi mukhtasar tafseer hai, handy, aur is mein sirf Maulana ne khud yeh baat likhi hai is ke introduction mein ke yeh is mein tazkiri pehlu hi ko numayan kiya gaya hai.</w:t>
      </w:r>
    </w:p>
    <w:p>
      <w:pPr>
        <w:jc w:val="right"/>
      </w:pPr>
      <w:r>
        <w:t>اور جو تذکر القرآن ہے، یہ مولانا نے لکھی ہے، بہت ہی مختصر تفسیر ہے، ہینڈی، اور اس میں صرف مولانا نے خود یہ بات لکھی ہے اس کے انٹروڈکشن میں کہ یہ اس میں تذکیری پہلو ہی کو نمایاں کیا گیا ہے۔</w:t>
      </w:r>
    </w:p>
    <w:p>
      <w:r>
        <w:rPr>
          <w:b/>
        </w:rPr>
        <w:t xml:space="preserve">[43:55] </w:t>
      </w:r>
      <w:r>
        <w:t>y</w:t>
      </w:r>
    </w:p>
    <w:p>
      <w:pPr>
        <w:jc w:val="right"/>
      </w:pPr>
      <w:r>
        <w:t>ی</w:t>
      </w:r>
    </w:p>
    <w:p>
      <w:r>
        <w:rPr>
          <w:b/>
        </w:rPr>
        <w:t xml:space="preserve">[43:56] </w:t>
      </w:r>
      <w:r>
        <w:t>ani bohat sari information hai, bohat sari baatein hain, is ko ignore karte hue khud likha hai Maulana ne is mein ke woh sab cheezein ignore kar ke sirf jo tazkiri pehlu hai, jo sabaq ka pehlu hai, jis mein lessons hain hamare liye, is pehlu ko highlight kiya gaya hai, aur woh bhi bohat hi brief.</w:t>
      </w:r>
    </w:p>
    <w:p>
      <w:pPr>
        <w:jc w:val="right"/>
      </w:pPr>
      <w:r>
        <w:t>عنی بہت ساری انفارمیشن ہے، بہت ساری باتیں ہیں، اس کو اگنور کرتے ہوئے خود لکھا ہے مولانا نے اس میں کہ وہ سب چیزیں اگنور کر کے صرف جو تذکیری پہلو ہے، جو سبق کا پہلو ہے، جس میں لیسنز ہیں ہمارے لیے، اس پہلو کو ہائی لائٹ کیا گیا ہے، اور وہ بھی بہت ہی بریف۔</w:t>
      </w:r>
    </w:p>
    <w:p>
      <w:r>
        <w:rPr>
          <w:b/>
        </w:rPr>
        <w:t xml:space="preserve">[44:13] </w:t>
      </w:r>
      <w:r>
        <w:t>to tazkir ul Quran parhein, aur aap koshish karein ke is kitab ko apne apne halqe mein promote kar</w:t>
      </w:r>
    </w:p>
    <w:p>
      <w:pPr>
        <w:jc w:val="right"/>
      </w:pPr>
      <w:r>
        <w:t>تو تذکر القرآن پڑھیں، اور آپ کوشش کریں کہ اس کتاب کو اپنے اپنے حلقے میں پروموٹ ک</w:t>
      </w:r>
    </w:p>
    <w:p>
      <w:r>
        <w:rPr>
          <w:b/>
        </w:rPr>
        <w:t xml:space="preserve">[44:22] </w:t>
      </w:r>
      <w:r>
        <w:t>ein. Yani jo bhi log hain, parhe likhe log hain, ulma hain, masajid mein jo imam hain, chounke woh khutba dein ge to kuch is mein se parh ke dein to bohat achi baat hai.</w:t>
      </w:r>
    </w:p>
    <w:p>
      <w:pPr>
        <w:jc w:val="right"/>
      </w:pPr>
      <w:r>
        <w:t>ریں۔ یعنی جو بھی لوگ ہیں، پڑھے لکھے لوگ ہیں، علماء ہیں، مساجد میں جو امام ہیں، چونکہ وہ خطبہ دیں گے تو کچھ اس میں سے پڑھ کے دیں تو بہت اچھی بات ہے۔</w:t>
      </w:r>
    </w:p>
    <w:p>
      <w:r>
        <w:rPr>
          <w:b/>
        </w:rPr>
        <w:t xml:space="preserve">[44:37] </w:t>
      </w:r>
      <w:r>
        <w:t>ab yahan par ek hamare saathi hain, Ammar shayad yahan par hon, to woh Delhi mein unhone har masjid mein taqreeban yeh kitab rakhwa</w:t>
      </w:r>
    </w:p>
    <w:p>
      <w:pPr>
        <w:jc w:val="right"/>
      </w:pPr>
      <w:r>
        <w:t>اب یہاں پر ایک ہمارے ساتھی ہیں، عمار شاید یہاں پر ہوں، تو وہ دلی میں انہوں نے ہر مسجد میں تقریباً یہ کتاب رکھوا</w:t>
      </w:r>
    </w:p>
    <w:p>
      <w:r>
        <w:rPr>
          <w:b/>
        </w:rPr>
        <w:t xml:space="preserve">[44:47] </w:t>
      </w:r>
      <w:r>
        <w:t>di hai. Ji, to yeh mere khayal se bohat acha tareeqa hai ke apne apne maqam pe aap log Tazkir ul Quran ko Urdu, Hindi, English mein aa gayi hai, aur bhi languages mein kaam chal raha hai, paanch chhe languages mein aa gayi hai yeh kitab.</w:t>
      </w:r>
    </w:p>
    <w:p>
      <w:pPr>
        <w:jc w:val="right"/>
      </w:pPr>
      <w:r>
        <w:t>دی ہے۔ جی، تو یہ میرے خیال سے بہت اچھا طریقہ ہے کہ اپنے اپنے مقام پہ آپ لوگ تذکر القرآن کو اردو، ہندی، انگلش میں آ گئی ہے، اور بھی لینگویجز میں کام چل رہا ہے، پانچ چھ لینگویجز میں آ گئی ہے یہ کتاب۔</w:t>
      </w:r>
    </w:p>
    <w:p>
      <w:r>
        <w:rPr>
          <w:b/>
        </w:rPr>
        <w:t xml:space="preserve">[45:00] </w:t>
      </w:r>
      <w:r>
        <w:t>to aap is ko masajid mein rakhein, madaris mein dein, jo Sahaba zauk log hain, un tak pohanch</w:t>
      </w:r>
    </w:p>
    <w:p>
      <w:pPr>
        <w:jc w:val="right"/>
      </w:pPr>
      <w:r>
        <w:t>تو آپ اس کو مساجد میں رکھیں، مدارس میں دیں، جو صحابہ ذوق لوگ ہیں، ان تک پہنچ</w:t>
      </w:r>
    </w:p>
    <w:p>
      <w:r>
        <w:rPr>
          <w:b/>
        </w:rPr>
        <w:t xml:space="preserve">[45:08] </w:t>
      </w:r>
      <w:r>
        <w:t>ayein. To ek tareeqe se Quran ka behtareen, yani interpretation hai, aur Maulana ka ek taaruf bhi ho jata hai jo log nahi jante Mol</w:t>
      </w:r>
    </w:p>
    <w:p>
      <w:pPr>
        <w:jc w:val="right"/>
      </w:pPr>
      <w:r>
        <w:t>ائیں۔ تو ایک طریقے سے قرآن کا بہترین، یعنی انٹرپریٹیشن ہے، اور مولانا کا ایک تعارف بھی ہو جاتا ہے جو لوگ نہیں جانتے مول</w:t>
      </w:r>
    </w:p>
    <w:p>
      <w:r>
        <w:rPr>
          <w:b/>
        </w:rPr>
        <w:t xml:space="preserve">[45:19] </w:t>
      </w:r>
      <w:r>
        <w:t>ana ko. To main guzarish karunga aap sab se khaas taur se is kitab ko aap zyada se zyada promote karein taake yeh mission ki bhi ek bohat aham kitab hai, aur Maulana ka bhi introduction hota hai, aur is se yani bohat hi gehrai se baatein samajh mein aati hain.</w:t>
      </w:r>
    </w:p>
    <w:p>
      <w:pPr>
        <w:jc w:val="right"/>
      </w:pPr>
      <w:r>
        <w:t>انا کو۔ تو میں گزارش کروں گا آپ سب سے خاص طور سے اس کتاب کو آپ زیادہ سے زیادہ پروموٹ کریں تاکہ یہ مشن کی بھی ایک بہت اہم کتاب ہے، اور مولانا کا بھی انٹروڈکشن ہوتا ہے، اور اس سے یعنی بہت ہی گہرائی سے باتیں سمجھ میں آتی ہیں۔</w:t>
      </w:r>
    </w:p>
    <w:p>
      <w:r>
        <w:rPr>
          <w:b/>
        </w:rPr>
        <w:t xml:space="preserve">[45:39] </w:t>
      </w:r>
      <w:r>
        <w:t>inshallah ji, jazak Allah Doctor Sahab. Kuch comment parhna chahunga agle sawal lene se pehle. Rohit Kumar ji ne Amritsar se likha hai</w:t>
      </w:r>
    </w:p>
    <w:p>
      <w:pPr>
        <w:jc w:val="right"/>
      </w:pPr>
      <w:r>
        <w:t>انشاءاللہ جی، جزاک اللہ ڈاکٹر صاحب۔ کچھ کمنٹ پڑھنا چاہوں گا اگلے سوال لینے سے پہلے۔ روہت کمار جی نے امرتسر سے لکھا ہے</w:t>
      </w:r>
    </w:p>
    <w:p>
      <w:r>
        <w:rPr>
          <w:b/>
        </w:rPr>
        <w:t xml:space="preserve">[45:48] </w:t>
      </w:r>
      <w:r>
        <w:t>: "yeh khoobsurat program dekh kar Maulana Sahab ki kami mehsoos ho rahi hai. Allah taala hamein un ke bataye hue rastay par chalne ki tofeeq dein." Miss Fareeda Kamran ne Pakistan se likha hai: "Maulana Sahab said remain attached to the Quran always in terms of thought and contemplation.</w:t>
      </w:r>
    </w:p>
    <w:p>
      <w:pPr>
        <w:jc w:val="right"/>
      </w:pPr>
      <w:r>
        <w:t>: "یہ خوبصورت پروگرام دیکھ کر مولانا صاحب کی کمی محسوس ہو رہی ہے۔ اللہ تعالی ہمیں ان کے بتائے ہوئے راستے پر چلنے کی توفیق دیں۔" مس فریدہ کامران نے پاکستان سے لکھا ہے: "مولانا صاحب سیڈ ریمین اٹیچ ٹو دا قرآن الویز ان ٹرمز اف تھاٹ اینڈ کانٹمپلیشن۔</w:t>
      </w:r>
    </w:p>
    <w:p>
      <w:r>
        <w:rPr>
          <w:b/>
        </w:rPr>
        <w:t xml:space="preserve">[46:07] </w:t>
      </w:r>
      <w:r>
        <w:t>May Allah grant Maulana Sahab highest rewards in paradise and accept CPS team efforts. Ameen."</w:t>
      </w:r>
    </w:p>
    <w:p>
      <w:pPr>
        <w:jc w:val="right"/>
      </w:pPr>
      <w:r>
        <w:t>می اللہ گرانڈ مولانا صاحب ہائیسٹ ریوارڈز ان پیراڈائز اینڈ ایکسیپٹ سی پی ایس ٹیم ایفرٹس۔ آمین۔"</w:t>
      </w:r>
    </w:p>
    <w:p>
      <w:r>
        <w:rPr>
          <w:b/>
        </w:rPr>
        <w:t xml:space="preserve">[46:16] </w:t>
      </w:r>
      <w:r>
        <w:t>Tariq Badar Sahab ne bhi Lahore se best wishes bheji hain. Aap agla sawal mera aap se hai. Jaisa ke hum sab jante hain, Maulana used to emphasize a lot in duties.</w:t>
      </w:r>
    </w:p>
    <w:p>
      <w:pPr>
        <w:jc w:val="right"/>
      </w:pPr>
      <w:r>
        <w:t>طارق بدر صاحب نے بھی لاہور سے بیسٹ وشز بھیجی ہیں۔ آپ اگلا سوال میرا آپ سے ہے۔ جیسا کہ ہم سب جانتے ہیں، مولانا یوز ٹو ایمفسائز ا لاٹ ان ڈیوٹیز۔</w:t>
      </w:r>
    </w:p>
    <w:p>
      <w:r>
        <w:rPr>
          <w:b/>
        </w:rPr>
        <w:t xml:space="preserve">[46:28] </w:t>
      </w:r>
      <w:r>
        <w:t>woh kehte the ke mujhe rights mat bataiye. Aap sab logon ko duty conscious banna hai, right conscious nahi. Aur duty consciousness se hi aap "I will do it" spirit aati hai.</w:t>
      </w:r>
    </w:p>
    <w:p>
      <w:pPr>
        <w:jc w:val="right"/>
      </w:pPr>
      <w:r>
        <w:t>وہ کہتے تھے کہ مجھے رائٹس مت بتائیے۔ آپ سب لوگوں کو ڈیوٹی کانشیس بننا ہے، رائٹ کانشیس نہیں۔ اور ڈیوٹی کانشیسنس سے ہی آپ "آئی ویل ڈو اٹ" سپرٹ آتی ہے۔</w:t>
      </w:r>
    </w:p>
    <w:p>
      <w:r>
        <w:rPr>
          <w:b/>
        </w:rPr>
        <w:t xml:space="preserve">[46:40] </w:t>
      </w:r>
      <w:r>
        <w:t>aur yahi Sahaba culture bhi hai, Sahaba spirit bhi hai. To</w:t>
      </w:r>
    </w:p>
    <w:p>
      <w:pPr>
        <w:jc w:val="right"/>
      </w:pPr>
      <w:r>
        <w:t>اور یہی صحابہ کلچر بھی ہے، صحابہ سپرٹ بھی ہے۔ تو</w:t>
      </w:r>
    </w:p>
    <w:p>
      <w:r>
        <w:rPr>
          <w:b/>
        </w:rPr>
        <w:t xml:space="preserve">[46:45] </w:t>
      </w:r>
      <w:r>
        <w:t>mein chahunga is ke bare mein thoda sa aap hum sab ko bataein.</w:t>
      </w:r>
    </w:p>
    <w:p>
      <w:pPr>
        <w:jc w:val="right"/>
      </w:pPr>
      <w:r>
        <w:t>میں چاہوں گا اس کے بارے میں تھوڑا سا آپ ہم سب کو بتائیں۔</w:t>
      </w:r>
    </w:p>
    <w:p>
      <w:r>
        <w:rPr>
          <w:b/>
        </w:rPr>
        <w:t xml:space="preserve">[46:54] </w:t>
      </w:r>
      <w:r>
        <w:t>kisi bhi barhe kaam ke liye yeh bohat zaroori hai ke is ke bare mein hamare andar creative thinking ho.</w:t>
      </w:r>
    </w:p>
    <w:p>
      <w:pPr>
        <w:jc w:val="right"/>
      </w:pPr>
      <w:r>
        <w:t>کسی بھی بڑے کام کے لیے یہ بہت ضروری ہے کہ اس کے بارے میں ہمارے اندر کریٹیو تھنکنگ ہو۔</w:t>
      </w:r>
    </w:p>
    <w:p>
      <w:r>
        <w:rPr>
          <w:b/>
        </w:rPr>
        <w:t xml:space="preserve">[47:03] </w:t>
      </w:r>
      <w:r>
        <w:t>agar koi bataye aap ko ke yeh glass utha kar is mez par rakh doon, aur is ke baad aap kuch na kar sakein, to aap ek koi barha kaam, koi bhi barha kaam kaise karein g</w:t>
      </w:r>
    </w:p>
    <w:p>
      <w:pPr>
        <w:jc w:val="right"/>
      </w:pPr>
      <w:r>
        <w:t>اگر کوئی بتائے آپ کو کہ یہ گلاس اٹھا کر اس میز پر رکھ دوں، اور اس کے بعد آپ کچھ نہ کر سکیں، تو آپ ایک کوئی بڑا کام، کوئی بھی بڑا کام کیسے کریں گ</w:t>
      </w:r>
    </w:p>
    <w:p>
      <w:r>
        <w:rPr>
          <w:b/>
        </w:rPr>
        <w:t xml:space="preserve">[47:14] </w:t>
      </w:r>
      <w:r>
        <w:t>e? Ji, to creatively woh chahte the ke hamare jo unhone team team ko banane mein bohat mehnat kiya tha, ji ke team ke andar creative thinking aa jaye.</w:t>
      </w:r>
    </w:p>
    <w:p>
      <w:pPr>
        <w:jc w:val="right"/>
      </w:pPr>
      <w:r>
        <w:t>ے؟ جی، تو کریٹیولی وہ چاہتے تھے کہ ہمارے جو انہوں نے ٹیم ٹیم کو بنانے میں بہت محنت کیا تھا، جی کہ ٹیم کے اندر کریٹیو تھنکنگ آ جائے۔</w:t>
      </w:r>
    </w:p>
    <w:p>
      <w:r>
        <w:rPr>
          <w:b/>
        </w:rPr>
        <w:t xml:space="preserve">[47:26] </w:t>
      </w:r>
      <w:r>
        <w:t>chounke yeh bohat hi ek global kaam hai, bataya hi nahi ja sakta. Har jagah ke halaat alag hote hain, har jagah ka mahaul alag hota hai, har jagah ki requirement alag hoti hai.</w:t>
      </w:r>
    </w:p>
    <w:p>
      <w:pPr>
        <w:jc w:val="right"/>
      </w:pPr>
      <w:r>
        <w:t>کیونکہ یہ بہت ہی ایک گلوبل کام ہے، بتایا ہی نہیں جا سکتا۔ ہر جگہ کے حالات الگ ہوتے ہیں، ہر جگہ کا ماحول الگ ہوتا ہے، ہر جگہ کی ریکوائرمنٹ الگ ہوتی ہے۔</w:t>
      </w:r>
    </w:p>
    <w:p>
      <w:r>
        <w:rPr>
          <w:b/>
        </w:rPr>
        <w:t xml:space="preserve">[47:38] </w:t>
      </w:r>
      <w:r>
        <w:t>to hamein khud hi sochna parega ke hamein kaise kaise aage kaam karna hai.</w:t>
      </w:r>
    </w:p>
    <w:p>
      <w:pPr>
        <w:jc w:val="right"/>
      </w:pPr>
      <w:r>
        <w:t>تو ہمیں خود ہی سوچنا پڑے گا کہ ہمیں کیسے کیسے آگے کام کرنا ہے۔</w:t>
      </w:r>
    </w:p>
    <w:p>
      <w:r>
        <w:rPr>
          <w:b/>
        </w:rPr>
        <w:t xml:space="preserve">[47:44] </w:t>
      </w:r>
      <w:r>
        <w:t>to is ki ek misaal Hazrat Abu Bakr (AS), Hazrat Abu Bakr (RA) ki hai, ji ke jab Rasool Allah (SAW) ki wafat hui to bohat sare woh log the jin ko Bado kaha jata hai,</w:t>
      </w:r>
    </w:p>
    <w:p>
      <w:pPr>
        <w:jc w:val="right"/>
      </w:pPr>
      <w:r>
        <w:t>تو اس کی ایک مثال حضرت ابوبکر علیہ السلام، حضرت ابوبکر رضی اللہ عنہ کی ہے، جی کہ جب رسول اللہ صلی اللہ علیہ وسلم کی وفات ہوئی تو بہت سارے وہ لوگ تھے جن کو بدو کہا جاتا ہے،</w:t>
      </w:r>
    </w:p>
    <w:p>
      <w:r>
        <w:rPr>
          <w:b/>
        </w:rPr>
        <w:t xml:space="preserve">[47:59] </w:t>
      </w:r>
      <w:r>
        <w:t>matlab jo convert ho gaye the, aur un ko abhi time nahi mila tha proper training ka. And massah log convert ho gaye the, ji Fatah Makkah ke baad to woh nahi mila tha un ko</w:t>
      </w:r>
    </w:p>
    <w:p>
      <w:pPr>
        <w:jc w:val="right"/>
      </w:pPr>
      <w:r>
        <w:t>مطلب جو کنورٹ ہو گئے تھے، اور ان کو ابھی ٹائم نہیں ملا تھا پراپر ٹریننگ کا۔ اینڈ ماسہ لوگ کنورٹ ہو گئے تھے، جی فتح مکہ کے بعد تو وہ نہیں ملا تھا ان کو</w:t>
      </w:r>
    </w:p>
    <w:p>
      <w:r>
        <w:rPr>
          <w:b/>
        </w:rPr>
        <w:t xml:space="preserve">[48:13] </w:t>
      </w:r>
      <w:r>
        <w:t>۔ To ab chounke wahan ke to halaat pehle hi bohat kharab the, economic resources nahi the, to un logon ko zakat, jihad, yeh sab cheezein bohat mushkil lagti theen.</w:t>
      </w:r>
    </w:p>
    <w:p>
      <w:pPr>
        <w:jc w:val="right"/>
      </w:pPr>
      <w:r>
        <w:t>۔ تو اب چونکہ وہاں کے تو حالات پہلے ہی بہت خراب تھے، اکنامک ریسورسز نہیں تھے، تو ان لوگوں کو زکوۃ، جہاد، یہ سب چیزیں بہت مشکل لگتی تھیں۔</w:t>
      </w:r>
    </w:p>
    <w:p>
      <w:r>
        <w:rPr>
          <w:b/>
        </w:rPr>
        <w:t xml:space="preserve">[48:26] </w:t>
      </w:r>
      <w:r>
        <w:t>lekin woh karte the sab kaam. Unhone yeh socha ke ab profit ke intiqal ke baad, ab woh Khuda ki madad aati thi profit ke sath.</w:t>
      </w:r>
    </w:p>
    <w:p>
      <w:pPr>
        <w:jc w:val="right"/>
      </w:pPr>
      <w:r>
        <w:t>لیکن وہ کرتے تھے سب کام۔ انہوں نے یہ سوچا کہ اب پرافٹ کے انتقال کے بعد، اب وہ خدا کی مدد آتی تھی پرافٹ کے ساتھ۔</w:t>
      </w:r>
    </w:p>
    <w:p>
      <w:r>
        <w:rPr>
          <w:b/>
        </w:rPr>
        <w:t xml:space="preserve">[48:38] </w:t>
      </w:r>
      <w:r>
        <w:t>to ab woh profit ke sath woh Khuda ki madad to ab hai nahi</w:t>
      </w:r>
    </w:p>
    <w:p>
      <w:pPr>
        <w:jc w:val="right"/>
      </w:pPr>
      <w:r>
        <w:t>تو اب وہ پرافٹ کے ساتھ وہ خدا کی مدد تو اب ہے نہیں</w:t>
      </w:r>
    </w:p>
    <w:p>
      <w:r>
        <w:rPr>
          <w:b/>
        </w:rPr>
        <w:t xml:space="preserve">[48:42] </w:t>
      </w:r>
      <w:r>
        <w:t>to hum revolt kar sakte hain. to ek bohat bari tadad ne revolt kar diya, jis ko irtidad kaha jata hai. to us waqt Hazrat Abu Bakr khare ho gaye ke yeh nahi ho sakta ke main zinda hoon aur deen mein kami ki jaye gi.</w:t>
      </w:r>
    </w:p>
    <w:p>
      <w:pPr>
        <w:jc w:val="right"/>
      </w:pPr>
      <w:r>
        <w:t>، تو ہم ریولٹ کر سکتے ہیں۔ تو ایک بہت بڑی تعداد نے ریولٹ کر دیا، جس کو ارتداد کہا جاتا ہے۔ تو اس وقت حضرت ابوبکر کھڑے ہوگئے کہ یہ نہیں ہو سکتا کہ میں زندہ ہوں اور دین میں کمی کی جائے گی۔</w:t>
      </w:r>
    </w:p>
    <w:p>
      <w:r>
        <w:rPr>
          <w:b/>
        </w:rPr>
        <w:t xml:space="preserve">[48:59] </w:t>
      </w:r>
      <w:r>
        <w:t>to yeh thi "I will do spirit". aur us waqt tamam log, matlab bohat sare log, yahan tak ke Hazrat Umar ne bhi mashwara diya ke abhi hum is position mein nahi hain ke in tamam logon se jang kar saken.</w:t>
      </w:r>
    </w:p>
    <w:p>
      <w:pPr>
        <w:jc w:val="right"/>
      </w:pPr>
      <w:r>
        <w:t>تو یہ تھی "آئی ویل ڈو سپرٹ"۔ اور اس وقت تمام لوگ، مطلب بہت سارے لوگ، یہاں تک کہ حضرت عمر نے بھی مشورہ دیا کہ ابھی ہم اس پوزیشن میں نہیں ہیں کہ ان تمام لوگوں سے جنگ کر سکیں۔</w:t>
      </w:r>
    </w:p>
    <w:p>
      <w:r>
        <w:rPr>
          <w:b/>
        </w:rPr>
        <w:t xml:space="preserve">[49:13] </w:t>
      </w:r>
      <w:r>
        <w:t>lekin aap ne kaha nahi, yeh harghiz nahi, main hone doon ga ke deen ke jo basic pillars hain, is mein log kami kar dain.</w:t>
      </w:r>
    </w:p>
    <w:p>
      <w:pPr>
        <w:jc w:val="right"/>
      </w:pPr>
      <w:r>
        <w:t>لیکن آپ نے کہا نہیں، یہ ہرگز نہیں، میں ہونے دوں گا کہ دین کے جو بیسک پلرز ہیں، اس میں لوگ کمی کر دیں۔</w:t>
      </w:r>
    </w:p>
    <w:p>
      <w:r>
        <w:rPr>
          <w:b/>
        </w:rPr>
        <w:t xml:space="preserve">[49:22] </w:t>
      </w:r>
      <w:r>
        <w:t>to is tarah se phir unhon ne in logon se jang ki, aur in logon ko sab due kiya, aur dobara Islam ke tamam jo hain, five pillars of Islam jo basic hain iman ke, faith ke, to woh dobara sab ne is ko accept kar liya.</w:t>
      </w:r>
    </w:p>
    <w:p>
      <w:pPr>
        <w:jc w:val="right"/>
      </w:pPr>
      <w:r>
        <w:t>تو اس طریقے سے پھر انہوں نے ان لوگوں سے جنگ کی، اور ان لوگوں کو سب ڈو کیا، اور دوبارہ اسلام کے تمام جو ہیں، فائیو پلرز اف اسلام جو بیسک ہیں ایمان کے، فیتھ کے، تو وہ دوبارہ سب نے اس کو ایکسیپٹ کر لیا۔</w:t>
      </w:r>
    </w:p>
    <w:p>
      <w:r>
        <w:rPr>
          <w:b/>
        </w:rPr>
        <w:t xml:space="preserve">[49:42] </w:t>
      </w:r>
      <w:r>
        <w:t>to yeh jo hai, ab Rasool Allah salallahu alaihi wasallam bata ke thori gaye the ke mere baad jo hai log irtidad ho jaye ga, tum un se jang karna, aur un ko dobara sab due karna.</w:t>
      </w:r>
    </w:p>
    <w:p>
      <w:pPr>
        <w:jc w:val="right"/>
      </w:pPr>
      <w:r>
        <w:t>تو یہ جو ہے، اب رسول اللہ صلی اللہ علیہ وسلم بتا کے تھوڑی گئے تھے کہ میرے بعد جو ہے لوگ ارتداد ہو جائے گا، تم ان سے جنگ کرنا، اور ان کو دوبارہ سب ڈو کرنا۔</w:t>
      </w:r>
    </w:p>
    <w:p>
      <w:r>
        <w:rPr>
          <w:b/>
        </w:rPr>
        <w:t xml:space="preserve">[49:53] </w:t>
      </w:r>
      <w:r>
        <w:t>to yeh hamein khud hi karna parta hai. and our CPS team has been trained by Maulana. so we have been trained to do everything creatively.</w:t>
      </w:r>
    </w:p>
    <w:p>
      <w:pPr>
        <w:jc w:val="right"/>
      </w:pPr>
      <w:r>
        <w:t>تو یہ ہمیں خود ہی کرنا پڑتا ہے۔ اینڈ اور سی پی ایس ٹیم ہیز بین ٹرینڈ بائے مولانا۔ سو وی ہیو بین ٹرینڈ ٹو ڈو ایوری تھنگ کریٹیولی۔</w:t>
      </w:r>
    </w:p>
    <w:p>
      <w:r>
        <w:rPr>
          <w:b/>
        </w:rPr>
        <w:t xml:space="preserve">[50:06] </w:t>
      </w:r>
      <w:r>
        <w:t>if you say that I will manage it</w:t>
      </w:r>
    </w:p>
    <w:p>
      <w:pPr>
        <w:jc w:val="right"/>
      </w:pPr>
      <w:r>
        <w:t>افن یو سے دیٹ آئی ویل مینج اٹ</w:t>
      </w:r>
    </w:p>
    <w:p>
      <w:r>
        <w:rPr>
          <w:b/>
        </w:rPr>
        <w:t xml:space="preserve">[50:09] </w:t>
      </w:r>
      <w:r>
        <w:t>creatively. theek hai, to we have to be creative, and only then we can undertake such a gigantic task of spreading the word of God to the whole world.</w:t>
      </w:r>
    </w:p>
    <w:p>
      <w:pPr>
        <w:jc w:val="right"/>
      </w:pPr>
      <w:r>
        <w:t>کریٹیولی۔ ٹھیک ہے، تو وی ہیو ٹو بی کریٹیو، اینڈ اونلی دین وی کین انڈرٹیک سچ ا جائنٹک ٹاسک اف سپریڈنگ دا ورڈ اف گاڈ ٹو دا ہول ورلڈ۔</w:t>
      </w:r>
    </w:p>
    <w:p>
      <w:r>
        <w:rPr>
          <w:b/>
        </w:rPr>
        <w:t xml:space="preserve">[50:24] </w:t>
      </w:r>
      <w:r>
        <w:t>there are so many instances in this regard, not only of the companions, but also in recent times.</w:t>
      </w:r>
    </w:p>
    <w:p>
      <w:pPr>
        <w:jc w:val="right"/>
      </w:pPr>
      <w:r>
        <w:t>دیر ار سو مینی انسٹنسز ان دس ریگارڈ، ناٹ اونلی اف دی کمپینینز، بٹ السو ان ریسنٹ ٹائمز۔</w:t>
      </w:r>
    </w:p>
    <w:p>
      <w:r>
        <w:rPr>
          <w:b/>
        </w:rPr>
        <w:t xml:space="preserve">[50:31] </w:t>
      </w:r>
      <w:r>
        <w:t>so I think we have literature of Maulana, and I would request people to study more and more, and become creative, become matlab they will, they should be able to handle the situations in their own.</w:t>
      </w:r>
    </w:p>
    <w:p>
      <w:pPr>
        <w:jc w:val="right"/>
      </w:pPr>
      <w:r>
        <w:t>سو آئی تھنک وی ہیو لٹریچر اف مولانا، اینڈ آئی وڈ ریکویسٹ پیپل ٹو سٹڈی مور اینڈ مور، اینڈ بیکم کریٹیو، بیکم مطلب دے ویل، دے شوڈ بی ایبل ٹو ہینڈل دا سچویشنز ان دیر اون۔</w:t>
      </w:r>
    </w:p>
    <w:p>
      <w:r>
        <w:rPr>
          <w:b/>
        </w:rPr>
        <w:t xml:space="preserve">[50:52] </w:t>
      </w:r>
      <w:r>
        <w:t>they won't find all the time someone to guide them.</w:t>
      </w:r>
    </w:p>
    <w:p>
      <w:pPr>
        <w:jc w:val="right"/>
      </w:pPr>
      <w:r>
        <w:t>دے وونٹ فائنڈ ال دا ٹائم سم ون ٹو گائیڈ دیم۔</w:t>
      </w:r>
    </w:p>
    <w:p>
      <w:r>
        <w:rPr>
          <w:b/>
        </w:rPr>
        <w:t xml:space="preserve">[50:56] </w:t>
      </w:r>
      <w:r>
        <w:t>ji, so they have to manage things creatively, and this is the teaching of Maulana. Masha Allah, jazak Allah aap d</w:t>
      </w:r>
    </w:p>
    <w:p>
      <w:pPr>
        <w:jc w:val="right"/>
      </w:pPr>
      <w:r>
        <w:t>جی، سو دے ہیو ٹو مینج تھنگز کریٹیولی، اینڈ دس از دا ٹیچنگ اف مولانا۔ ماشاءاللہ، جزاک اللہ آپ ڈ</w:t>
      </w:r>
    </w:p>
    <w:p>
      <w:r>
        <w:rPr>
          <w:b/>
        </w:rPr>
        <w:t xml:space="preserve">[51:06] </w:t>
      </w:r>
      <w:r>
        <w:t>Doctor Sahab. agla sawal aap se hai, jaise hadith mein aaya hai ke "man and women are two equal half of a single unit".</w:t>
      </w:r>
    </w:p>
    <w:p>
      <w:pPr>
        <w:jc w:val="right"/>
      </w:pPr>
      <w:r>
        <w:t>اکٹر صاحب۔ اگلا سوال آپ سے ہے، جیسے حدیث میں آیا ہے کہ "مین اینڈ وومن ار ٹو ایکول ہاف اف ا سنگل یونٹ"۔</w:t>
      </w:r>
    </w:p>
    <w:p>
      <w:r>
        <w:rPr>
          <w:b/>
        </w:rPr>
        <w:t xml:space="preserve">[51:15] </w:t>
      </w:r>
      <w:r>
        <w:t>aur Maulana Wahiduddin Khan Sahab bohat ziyada is cheez ko emphasize bhi karte the, aur advice bhi karte the ke "man and women should make one another as intellectual companions".</w:t>
      </w:r>
    </w:p>
    <w:p>
      <w:pPr>
        <w:jc w:val="right"/>
      </w:pPr>
      <w:r>
        <w:t>اور مولانا ودین خان صاحب بہت زیادہ اس چیز کو ایمفسائز بھی کرتے تھے، اور ایڈوائس بھی کرتے تھے کہ "مین اینڈ وومن شوڈ میک ون اینڈ ادر ایز انٹلیکچول کمپینینز"۔</w:t>
      </w:r>
    </w:p>
    <w:p>
      <w:r>
        <w:rPr>
          <w:b/>
        </w:rPr>
        <w:t xml:space="preserve">[51:28] </w:t>
      </w:r>
      <w:r>
        <w:t>to main chahoon ga ke yeh jo spiritual partnership hai, spiritual partners ka concept hai, jo woh bohat emphasize karte the, us ke baray mein aap kuch hum sab ko batain.</w:t>
      </w:r>
    </w:p>
    <w:p>
      <w:pPr>
        <w:jc w:val="right"/>
      </w:pPr>
      <w:r>
        <w:t>تو میں چاہوں گا کہ یہ جو سپرچول پارٹنرشپ ہے، سپرچول پارٹنرز کا کانسیپٹ ہے، جو وہ بہت ایمفسائز کرتے تھے، اس کے بارے میں آپ کچھ ہم سب کو بتائیں۔</w:t>
      </w:r>
    </w:p>
    <w:p>
      <w:r>
        <w:rPr>
          <w:b/>
        </w:rPr>
        <w:t xml:space="preserve">[51:39] </w:t>
      </w:r>
      <w:r>
        <w:t>Inshallah, kal jo session hua tha CPS ladies ka, woh to bara inspiring tha. ji, bilkul. to already maine bohat hi gehrai se is baat ko samjha hua hai.</w:t>
      </w:r>
    </w:p>
    <w:p>
      <w:pPr>
        <w:jc w:val="right"/>
      </w:pPr>
      <w:r>
        <w:t>انشاءاللہ، کل جو سیشن ہوا تھا سی پی ایس لیڈیز کا، وہ تو بڑا انسپائرنگ تھا۔ جی، بالکل۔ تو الریڈی میں نے بہت ہی گہرائی سے اس بات کو سمجھا ہوا ہے۔</w:t>
      </w:r>
    </w:p>
    <w:p>
      <w:r>
        <w:rPr>
          <w:b/>
        </w:rPr>
        <w:t xml:space="preserve">[51:50] </w:t>
      </w:r>
      <w:r>
        <w:t>Maulana spiritual partner aur intellectual partner ki baatein karte the. in fact, Doctor Sahab, sorry to</w:t>
      </w:r>
    </w:p>
    <w:p>
      <w:pPr>
        <w:jc w:val="right"/>
      </w:pPr>
      <w:r>
        <w:t>مولانا سپرچول پارٹنر اور انٹلیکچول پارٹنر کی باتیں کرتے تھے۔ ان فیکٹ، ڈاکٹر صاحب، سوری ٹ</w:t>
      </w:r>
    </w:p>
    <w:p>
      <w:r>
        <w:rPr>
          <w:b/>
        </w:rPr>
        <w:t xml:space="preserve">[51:56] </w:t>
      </w:r>
      <w:r>
        <w:t>interrupt, kal mostly, most of the men were saying ke "women outclass men yesterday". and I agree to that.</w:t>
      </w:r>
    </w:p>
    <w:p>
      <w:pPr>
        <w:jc w:val="right"/>
      </w:pPr>
      <w:r>
        <w:t>و انٹرپٹ، کل موسٹلی، موسٹ اف دا مین ور سینگ کہ "ومن آؤٹ کلاس مین یسٹرڈے"۔ اینڈ آئی ایگری ٹو دیٹ۔</w:t>
      </w:r>
    </w:p>
    <w:p>
      <w:r>
        <w:rPr>
          <w:b/>
        </w:rPr>
        <w:t xml:space="preserve">[52:05] </w:t>
      </w:r>
      <w:r>
        <w:t>ab hamein kuch karna hoga. ji, acha. to main kuch misalein leta hoon. sab se achi misal to hamein Ummahat al-Momineen ki milti hai.</w:t>
      </w:r>
    </w:p>
    <w:p>
      <w:pPr>
        <w:jc w:val="right"/>
      </w:pPr>
      <w:r>
        <w:t>اب ہمیں کچھ کرنا ہوگا۔ جی، اچھا۔ تو میں کچھ مثالیں لیتا ہوں۔ سب سے اچھی مثال تو ہمیں امہات المومنین کی ملتی ہے۔</w:t>
      </w:r>
    </w:p>
    <w:p>
      <w:r>
        <w:rPr>
          <w:b/>
        </w:rPr>
        <w:t xml:space="preserve">[52:18] </w:t>
      </w:r>
      <w:r>
        <w:t>Hazrat Aisha batati hain ke tahajjud ke waqt Rasool Allah salallahu alaihi wasallam uthte the to namaz parhne ke liye, to agar main jaag rahi hoti thi to mujh se baatein karte the.</w:t>
      </w:r>
    </w:p>
    <w:p>
      <w:pPr>
        <w:jc w:val="right"/>
      </w:pPr>
      <w:r>
        <w:t>حضرت عائشہ بتاتی ہیں کہ تہجد کے وقت رسول اللہ صلی اللہ علیہ وسلم اٹھتے تھے تو نماز پڑھنے کے لیے، تو اگر میں جاگ رہی ہوتی تھی تو مجھ سے باتیں کرتے تھے۔</w:t>
      </w:r>
    </w:p>
    <w:p>
      <w:r>
        <w:rPr>
          <w:b/>
        </w:rPr>
        <w:t xml:space="preserve">[52:32] </w:t>
      </w:r>
      <w:r>
        <w:t>fa kanat mustayqizatan haddathani yeh ab Rasool Allah salallahu alaihi wasallam us waqt spiritual discussion nahi karte honge, intellectual discussion karte</w:t>
      </w:r>
    </w:p>
    <w:p>
      <w:pPr>
        <w:jc w:val="right"/>
      </w:pPr>
      <w:r>
        <w:t>فان کنت مستيقظة حدثنی یہ اب رسول اللہ صلی اللہ علیہ وسلم اس وقت سپرچول ڈسکشن نہیں کرتے ہوں گے، انٹلیکچول ڈسکشن کرتے</w:t>
      </w:r>
    </w:p>
    <w:p>
      <w:r>
        <w:rPr>
          <w:b/>
        </w:rPr>
        <w:t xml:space="preserve">[52:43] </w:t>
      </w:r>
      <w:r>
        <w:t>rahe honge. is ki wajah se Hazrat Aisha R.A. ne bohat sari aisi cheezein discover keen Rasool Allah ki zindagi se, jis ko istinbat Aisha kaha jata hai,</w:t>
      </w:r>
    </w:p>
    <w:p>
      <w:pPr>
        <w:jc w:val="right"/>
      </w:pPr>
      <w:r>
        <w:t>رہے ہوں گے۔ اس کی وجہ سے حضرت عائشہ رضی اللہ عنہا نے بہت ساری ایسی چیزیں ڈسکور کیں رسول اللہ کی زندگی سے، جس کو استنبات عائشہ کہا جاتا ہے،</w:t>
      </w:r>
    </w:p>
    <w:p>
      <w:r>
        <w:rPr>
          <w:b/>
        </w:rPr>
        <w:t xml:space="preserve">[52:57] </w:t>
      </w:r>
      <w:r>
        <w:t>jis ki wajah se yani ummat ko bohat faida hua. aur kai waqiat hain.</w:t>
      </w:r>
    </w:p>
    <w:p>
      <w:pPr>
        <w:jc w:val="right"/>
      </w:pPr>
      <w:r>
        <w:t>جس کی وجہ سے یعنی امت کو بہت فائدہ ہوا۔ اور کئی واقعات ہیں۔</w:t>
      </w:r>
    </w:p>
    <w:p>
      <w:r>
        <w:rPr>
          <w:b/>
        </w:rPr>
        <w:t xml:space="preserve">[53:09] </w:t>
      </w:r>
      <w:r>
        <w:t>ek</w:t>
      </w:r>
    </w:p>
    <w:p>
      <w:pPr>
        <w:jc w:val="right"/>
      </w:pPr>
      <w:r>
        <w:t>ایک</w:t>
      </w:r>
    </w:p>
    <w:p>
      <w:r>
        <w:rPr>
          <w:b/>
        </w:rPr>
        <w:t xml:space="preserve">[53:13] </w:t>
      </w:r>
      <w:r>
        <w:t>khaas cheez yeh hai ke Rasool Allah jo jo prophet ke ghar ki baat thi, yani household kaisa tha, Rasool Allah ke kaise baat cheet hoti thi, ke kya discussion hote the, kis tarah, woh sab cheezein hamein Hazrat Aisha ki hadithon se milte hain.</w:t>
      </w:r>
    </w:p>
    <w:p>
      <w:pPr>
        <w:jc w:val="right"/>
      </w:pPr>
      <w:r>
        <w:t>خاص چیز یہ ہے کہ رسول اللہ جو جو پرافٹ کے گھر کی بات تھی، یعنی ہاؤس ہولڈ کیسا تھا، رسول اللہ کے کیسے بات چیت ہوتی تھی، کہ کیا ڈسکشن ہوتے تھے، کس طرح، وہ سب چیزیں ہمیں حضرت عائشہ کی حدیثوں سے ملتے ہیں۔</w:t>
      </w:r>
    </w:p>
    <w:p>
      <w:r>
        <w:rPr>
          <w:b/>
        </w:rPr>
        <w:t xml:space="preserve">[53:31] </w:t>
      </w:r>
      <w:r>
        <w:t>bohat sari baaten.</w:t>
      </w:r>
    </w:p>
    <w:p>
      <w:pPr>
        <w:jc w:val="right"/>
      </w:pPr>
      <w:r>
        <w:t>بہت ساری باتیں۔</w:t>
      </w:r>
    </w:p>
    <w:p>
      <w:r>
        <w:rPr>
          <w:b/>
        </w:rPr>
        <w:t xml:space="preserve">[53:36] </w:t>
      </w:r>
      <w:r>
        <w:t>aik baat kehti hain ke rasool Allah kabhi arguments mein nahi parhte thay, behas waghera mein. agar kabhi bohat majboora behas ya arguments mein parhna parta tha to Prophet was the last person to start the argument and the first person to exit from it.</w:t>
      </w:r>
    </w:p>
    <w:p>
      <w:pPr>
        <w:jc w:val="right"/>
      </w:pPr>
      <w:r>
        <w:t>ایک بات کہتی ہیں کہ رسول اللہ کبھی ارگیومنٹس میں نہیں پڑھتے تھے، بحث وغیرہ میں۔ اگر کبھی بہت مجبورا بحث یا ارگیومنٹس میں پڑھنا پڑتا تھا تو Prophet was the last person to start the argument and the first person to exit from it.</w:t>
      </w:r>
    </w:p>
    <w:p>
      <w:r>
        <w:rPr>
          <w:b/>
        </w:rPr>
        <w:t xml:space="preserve">[53:55] </w:t>
      </w:r>
      <w:r>
        <w:t>yani bohat mushkil se behas waghera karte thay kabhi,</w:t>
      </w:r>
    </w:p>
    <w:p>
      <w:pPr>
        <w:jc w:val="right"/>
      </w:pPr>
      <w:r>
        <w:t>یعنی بہت مشکل سے بحث وغیرہ کرتے تھے کبھی،</w:t>
      </w:r>
    </w:p>
    <w:p>
      <w:r>
        <w:rPr>
          <w:b/>
        </w:rPr>
        <w:t xml:space="preserve">[53:59] </w:t>
      </w:r>
      <w:r>
        <w:t>agar majboora, aur agar ho bhi gayi, arguments ho gaye to foran nikal jatay thay. aik thora dilchasp waqia hai.</w:t>
      </w:r>
    </w:p>
    <w:p>
      <w:pPr>
        <w:jc w:val="right"/>
      </w:pPr>
      <w:r>
        <w:t>اگر مجبورا، اور اگر ہو بھی گئی، ارگیومنٹس ہو گئے تو فورا نکل جاتے تھے۔ ایک تھوڑا دلچسپ واقعہ ہے۔</w:t>
      </w:r>
    </w:p>
    <w:p>
      <w:r>
        <w:rPr>
          <w:b/>
        </w:rPr>
        <w:t xml:space="preserve">[54:09] </w:t>
      </w:r>
      <w:r>
        <w:t>aik baar Hazrat Aisha R.A. ki aur rasool Allah ki bohat behas ho gayi, khatam hi nahi ho rahi thi baat. to rasool Allah ne kaha ke acha, tum kisi judge ko bula lo, woh ab faisla kar de.</w:t>
      </w:r>
    </w:p>
    <w:p>
      <w:pPr>
        <w:jc w:val="right"/>
      </w:pPr>
      <w:r>
        <w:t>ایک بار حضرت عائشہ رضی اللہ عنہا کی اور رسول اللہ کی بہت بحث ہو گئی، ختم ہی نہیں ہو رہی تھی بات۔ تو رسول اللہ نے کہا کہ اچھا، تم کسی جج کو بلا لو، وہ اب فیصلہ کر دے۔</w:t>
      </w:r>
    </w:p>
    <w:p>
      <w:r>
        <w:rPr>
          <w:b/>
        </w:rPr>
        <w:t xml:space="preserve">[54:27] </w:t>
      </w:r>
      <w:r>
        <w:t>to rasool Allah ne kaha ke Hazrat Abu Ubada Ibn Al-Jarah ko bulatay hain. baray Sahabi thay.</w:t>
      </w:r>
    </w:p>
    <w:p>
      <w:pPr>
        <w:jc w:val="right"/>
      </w:pPr>
      <w:r>
        <w:t>تو رسول اللہ نے کہا کہ حضرت ابو عبادہ ابن الجراح کو بلاتے ہیں۔ بڑے صحابی تھے۔</w:t>
      </w:r>
    </w:p>
    <w:p>
      <w:r>
        <w:rPr>
          <w:b/>
        </w:rPr>
        <w:t xml:space="preserve">[54:36] </w:t>
      </w:r>
      <w:r>
        <w:t>to unhon ne kaha No, he might favor you. to Hazrat Abu Ubada Ibn Al-Jarah, Ameen Al-Ummah kaha tha rasool Allah ne, the most trusted Sahabi of this community.</w:t>
      </w:r>
    </w:p>
    <w:p>
      <w:pPr>
        <w:jc w:val="right"/>
      </w:pPr>
      <w:r>
        <w:t>تو انہوں نے کہا No, he might favor you. تو حضرت ابو عبادہ ابن الجراح، امین الامہ کہا تھا رسول اللہ نے، the most trusted صحابی of this کمیونٹی۔</w:t>
      </w:r>
    </w:p>
    <w:p>
      <w:r>
        <w:rPr>
          <w:b/>
        </w:rPr>
        <w:t xml:space="preserve">[54:54] </w:t>
      </w:r>
      <w:r>
        <w:t>to unhon ne kaha ke nahi, how about my father Abu Bakr? to rasool Allah ne kaha theek hai, ab Hazrat Abu Bakr ko bulatay hain. to Hazrat Abu Bakr aaye, bethe.</w:t>
      </w:r>
    </w:p>
    <w:p>
      <w:pPr>
        <w:jc w:val="right"/>
      </w:pPr>
      <w:r>
        <w:t>تو انہوں نے کہا کہ نہیں، how about my father ابوبکر؟ تو رسول اللہ نے کہا ٹھیک ہے، اب حضرت ابوبکر کو بلاتے ہیں۔ تو حضرت ابوبکر آئے، بیٹھے۔</w:t>
      </w:r>
    </w:p>
    <w:p>
      <w:r>
        <w:rPr>
          <w:b/>
        </w:rPr>
        <w:t xml:space="preserve">[55:06] </w:t>
      </w:r>
      <w:r>
        <w:t>to Prophet ne kaha Hazrat Aisha se ke acha, tum shuru karo. to Hazrat Aisha ne kaha No, you start aur bolein ke agar aap koi galat baat kahengay to main abhi beech mein I'll stop you and I'll correct you.</w:t>
      </w:r>
    </w:p>
    <w:p>
      <w:pPr>
        <w:jc w:val="right"/>
      </w:pPr>
      <w:r>
        <w:t>تو پرافٹ نے کہا حضرت عائشہ سے کہ اچھا، تم شروع کرو۔ تو حضرت عائشہ نے کہا No, you start اور بولیں کہ اگر آپ کوئی غلط بات کہیں گے تو میں ابھی بیچ میں I'll stop you and I'll correct you.</w:t>
      </w:r>
    </w:p>
    <w:p>
      <w:r>
        <w:rPr>
          <w:b/>
        </w:rPr>
        <w:t xml:space="preserve">[55:23] </w:t>
      </w:r>
      <w:r>
        <w:t>to is andaaz ki jab baat suni Hazrat Abu Bakr ne to woh khare ho gaye aur ghusay ho gaye ke How can you talk to he is the messenger of Allah? to he was about to slap her pakar liya Hazrat Aisha ko aur aik haath laganay walay thay, tab tak rasool Allah aa gaye, bachaya.</w:t>
      </w:r>
    </w:p>
    <w:p>
      <w:pPr>
        <w:jc w:val="right"/>
      </w:pPr>
      <w:r>
        <w:t>تو اس انداز کی جب بات سنی حضرت ابوبکر نے تو وہ کھڑے ہو گئے اور غصے ہو گئے کہ How can you talk to he is the messenger of اللہ؟ تو he was about to slap ہر پکڑ لیا حضرت عائشہ کو اور ایک ہاتھ لگانے والے تھے، تب تک رسول اللہ آ گئے، بچایا۔</w:t>
      </w:r>
    </w:p>
    <w:p>
      <w:r>
        <w:rPr>
          <w:b/>
        </w:rPr>
        <w:t xml:space="preserve">[55:41] </w:t>
      </w:r>
      <w:r>
        <w:t>to khair, woh baat khatam ho gayi aur Hazrat Abu Bakr chalay gaye. to Prophet ne kaha ke Look, I have saved from you I have saved from this person I have saved you from this person.</w:t>
      </w:r>
    </w:p>
    <w:p>
      <w:pPr>
        <w:jc w:val="right"/>
      </w:pPr>
      <w:r>
        <w:t>تو خیر، وہ بات ختم ہو گئی اور حضرت ابوبکر چلے گئے۔ تو پرافٹ نے کہا کہ Look, I have saved from you I have saved from this person I have saved you from this person.</w:t>
      </w:r>
    </w:p>
    <w:p>
      <w:r>
        <w:rPr>
          <w:b/>
        </w:rPr>
        <w:t xml:space="preserve">[55:52] </w:t>
      </w:r>
      <w:r>
        <w:t>to is tarah ki bhi baaten hoti theen, thoray dilchasp andaaz ki. to yeh matlab rasool Allah ویسے to paighambar thay lekin ghar mein saaray ghar ghar ke kaam karte thay.</w:t>
      </w:r>
    </w:p>
    <w:p>
      <w:pPr>
        <w:jc w:val="right"/>
      </w:pPr>
      <w:r>
        <w:t>تو اس طرح کی بھی باتیں ہوتی تھیں، تھوڑے دلچسپ انداز کی۔ تو یہ مطلب رسول اللہ ویسے تو پیغمبر تھے لیکن گھر میں سارے گھر گھر کے کام کرتے تھے۔</w:t>
      </w:r>
    </w:p>
    <w:p>
      <w:r>
        <w:rPr>
          <w:b/>
        </w:rPr>
        <w:t xml:space="preserve">[56:04] </w:t>
      </w:r>
      <w:r>
        <w:t>Hazrat Aisha batati hain, khud apnay kapray silte thay jo phat jatay thay ya apnay sandal waghera khud theek karte thay. household ka kaam jo hota tha, woh bhi karte thay.</w:t>
      </w:r>
    </w:p>
    <w:p>
      <w:pPr>
        <w:jc w:val="right"/>
      </w:pPr>
      <w:r>
        <w:t>حضرت عائشہ بتاتی ہیں، خود اپنے کپڑے سلتے تھے جو پھٹ جاتے تھے یا اپنے سینڈل وغیرہ خود ٹھیک کرتے تھے۔ ہاؤس ہولڈ کا کام جو ہوتا تھا، وہ بھی کرتے تھے۔</w:t>
      </w:r>
    </w:p>
    <w:p>
      <w:r>
        <w:rPr>
          <w:b/>
        </w:rPr>
        <w:t xml:space="preserve">[56:15] </w:t>
      </w:r>
      <w:r>
        <w:t>to yeh yeh yeh sab baaten hamein Hazrat Aisha ki hadithon se milta hai, milti hain. aik aik aik aik parosi tha, Iranian,</w:t>
      </w:r>
    </w:p>
    <w:p>
      <w:pPr>
        <w:jc w:val="right"/>
      </w:pPr>
      <w:r>
        <w:t>تو یہ یہ یہ سب باتیں ہمیں حضرت عائشہ کی حدیثوں سے ملتا ہے، ملتی ہیں۔ ایک ایک ایک ایک پڑوسی تھا، ایرانین،</w:t>
      </w:r>
    </w:p>
    <w:p>
      <w:r>
        <w:rPr>
          <w:b/>
        </w:rPr>
        <w:t xml:space="preserve">[56:30] </w:t>
      </w:r>
      <w:r>
        <w:t>woh kabhi koi bohat acha soup banata tha to woh Prophet ko invite karta tha. to aik baar woh aaya, kaha Prophet se ke Please come and have some soup with us.</w:t>
      </w:r>
    </w:p>
    <w:p>
      <w:pPr>
        <w:jc w:val="right"/>
      </w:pPr>
      <w:r>
        <w:t>وہ کبھی کوئی بہت اچھا سوپ بناتا تھا تو وہ پرافٹ کو انوائٹ کرتا تھا۔ تو ایک بار وہ آیا، کہا پرافٹ سے کہ Please come and have some soup with us.</w:t>
      </w:r>
    </w:p>
    <w:p>
      <w:r>
        <w:rPr>
          <w:b/>
        </w:rPr>
        <w:t xml:space="preserve">[56:44] </w:t>
      </w:r>
      <w:r>
        <w:t>to Hazrat Aisha bhi theen wahan barabar mein. to rasool Allah ne kaha ke Wahazihi, what about her? Can she also come? Can she also join?</w:t>
      </w:r>
    </w:p>
    <w:p>
      <w:pPr>
        <w:jc w:val="right"/>
      </w:pPr>
      <w:r>
        <w:t>تو حضرت عائشہ بھی تھیں وہاں برابر میں۔ تو رسول اللہ نے کہا کہ Wahazihi, what about her? Can she also come? Can she also join?</w:t>
      </w:r>
    </w:p>
    <w:p>
      <w:r>
        <w:rPr>
          <w:b/>
        </w:rPr>
        <w:t xml:space="preserve">[56:53] </w:t>
      </w:r>
      <w:r>
        <w:t>to us ne kaha No, only you. to rasool Allah ne kaha ke Then I will not come. I am not coming. to phir us ne insist kiya, Iranian ne, ke Please come, please come have some soup with us.</w:t>
      </w:r>
    </w:p>
    <w:p>
      <w:pPr>
        <w:jc w:val="right"/>
      </w:pPr>
      <w:r>
        <w:t>تو اس نے کہا No, only you. تو پرافٹ نے کہا Then I will not come. I am not coming. تو پھر اس نے انسسٹ کیا، ایرانین نے، کہ Please come, please come have some soup with us.</w:t>
      </w:r>
    </w:p>
    <w:p>
      <w:r>
        <w:rPr>
          <w:b/>
        </w:rPr>
        <w:t xml:space="preserve">[57:07] </w:t>
      </w:r>
      <w:r>
        <w:t>to phir rasool Allah ne kaha Wahazihi, what about her? And she, can she also come?</w:t>
      </w:r>
    </w:p>
    <w:p>
      <w:pPr>
        <w:jc w:val="right"/>
      </w:pPr>
      <w:r>
        <w:t>تو پھر رسول اللہ نے کہا Wahazihi, what about her? And she, can she also come?</w:t>
      </w:r>
    </w:p>
    <w:p>
      <w:r>
        <w:rPr>
          <w:b/>
        </w:rPr>
        <w:t xml:space="preserve">[57:13] </w:t>
      </w:r>
      <w:r>
        <w:t>to us ne kaha No, only you. to rasool Allah ne kaha ke No, then I am not come. I am not coming. to teesri baar us Iranian ne phir insist kiya Please come, have some soup.</w:t>
      </w:r>
    </w:p>
    <w:p>
      <w:pPr>
        <w:jc w:val="right"/>
      </w:pPr>
      <w:r>
        <w:t>تو اس نے کہا No, only you. تو رسول اللہ نے کہا کہ No, then I am not come. I am not coming. تو تیسری بار اس ایرانین نے پھر انسسٹ کیا Please come, have some soup.</w:t>
      </w:r>
    </w:p>
    <w:p>
      <w:r>
        <w:rPr>
          <w:b/>
        </w:rPr>
        <w:t xml:space="preserve">[57:25] </w:t>
      </w:r>
      <w:r>
        <w:t>Please come inside. Please, please. phir Prophet ne kaha ke Wahazihi, what about her? And can she join?</w:t>
      </w:r>
    </w:p>
    <w:p>
      <w:pPr>
        <w:jc w:val="right"/>
      </w:pPr>
      <w:r>
        <w:t>Please come inside. Please, please. پھر پرافٹ نے کہا کہ Wahazihi, what about her? And can she join?</w:t>
      </w:r>
    </w:p>
    <w:p>
      <w:r>
        <w:rPr>
          <w:b/>
        </w:rPr>
        <w:t xml:space="preserve">[57:33] </w:t>
      </w:r>
      <w:r>
        <w:t>to woh Iranian ne kaha Wahazihi, let her come. to us tareeqay se rasool Allah ka talluq tha.</w:t>
      </w:r>
    </w:p>
    <w:p>
      <w:pPr>
        <w:jc w:val="right"/>
      </w:pPr>
      <w:r>
        <w:t>تو وہ ایرانین نے کہا Wahazihi, let her come. تو اس طریقے سے رسول اللہ کا تعلق تھا۔</w:t>
      </w:r>
    </w:p>
    <w:p>
      <w:r>
        <w:rPr>
          <w:b/>
        </w:rPr>
        <w:t xml:space="preserve">[57:41] </w:t>
      </w:r>
      <w:r>
        <w:t>aik aur waqia hai. aik baar rasool Allah so rahay thay aur Hazrat Aisha bhi so rahi theen.</w:t>
      </w:r>
    </w:p>
    <w:p>
      <w:pPr>
        <w:jc w:val="right"/>
      </w:pPr>
      <w:r>
        <w:t>ایک اور واقعہ ہے۔ ایک بار رسول اللہ سو رہے تھے اور حضرت عائشہ بھی سو رہی تھیں۔</w:t>
      </w:r>
    </w:p>
    <w:p>
      <w:r>
        <w:rPr>
          <w:b/>
        </w:rPr>
        <w:t xml:space="preserve">[57:51] </w:t>
      </w:r>
      <w:r>
        <w:t>to raat ka waqt tha, us waqt charagh waghera bhi nahi hota tha. andheray mein jab un ki aankh khul gayi, Hazrat Aisha ki, to unhon ne aisay kar ke dekha to laga un ko ke Prophet hain nahi.</w:t>
      </w:r>
    </w:p>
    <w:p>
      <w:pPr>
        <w:jc w:val="right"/>
      </w:pPr>
      <w:r>
        <w:t>تو رات کا وقت تھا، اس وقت چراغ وغیرہ بھی نہیں ہوتا تھا۔ اندھیرے میں جب ان کی آنکھ کھل گئی، حضرت عائشہ کی، تو انہوں نے ایسے کر کے دیکھا تو لگا ان کو کہ پرافٹ ہیں نہیں۔</w:t>
      </w:r>
    </w:p>
    <w:p>
      <w:r>
        <w:rPr>
          <w:b/>
        </w:rPr>
        <w:t xml:space="preserve">[58:06] </w:t>
      </w:r>
      <w:r>
        <w:t>unhein unhein yeh guman hua ke shayad bahar chalay gaye, kisi aur ghar mein chalay gaye. to</w:t>
      </w:r>
    </w:p>
    <w:p>
      <w:pPr>
        <w:jc w:val="right"/>
      </w:pPr>
      <w:r>
        <w:t>انہیں انہیں یہ گمان ہوا کہ شاید باہر چلے گئے، کسی اور گھر میں چلے گئے۔ تو</w:t>
      </w:r>
    </w:p>
    <w:p>
      <w:r>
        <w:rPr>
          <w:b/>
        </w:rPr>
        <w:t xml:space="preserve">[58:14] </w:t>
      </w:r>
      <w:r>
        <w:t>phir aisay aisay kiya to Prophet ke sir pe haath laga. to Prophet uth gaye, bolay ke Has your Saturn come to you?</w:t>
      </w:r>
    </w:p>
    <w:p>
      <w:pPr>
        <w:jc w:val="right"/>
      </w:pPr>
      <w:r>
        <w:t>پھر ایسے ایسے کیا تو پرافٹ کے سر پہ ہاتھ لگا۔ تو پرافٹ اٹھ گئے، بولے کہ Has your Saturn come to you?</w:t>
      </w:r>
    </w:p>
    <w:p>
      <w:r>
        <w:rPr>
          <w:b/>
        </w:rPr>
        <w:t xml:space="preserve">[58:24] </w:t>
      </w:r>
      <w:r>
        <w:t>yani woh jo gumaan kar rahi thi. To hazrat aisha ne kaha ke O Messenger of Allah, don't you have a Saturn? To prophet ne kaha ke Yes, I do have a Saturn, but God has given me control over him, and I have made him a Muslim.</w:t>
      </w:r>
    </w:p>
    <w:p>
      <w:pPr>
        <w:jc w:val="right"/>
      </w:pPr>
      <w:r>
        <w:t>یعنی وہ جو گمان کر رہی تھی۔ تو حضرت عائشہ نے کہا کہ O Messenger of Allah, don't you have a Saturn? تو پرافٹ نے کہا کہ Yes, I do have a Saturn, but God has given me control over him, and I have made him a Muslim.</w:t>
      </w:r>
    </w:p>
    <w:p>
      <w:r>
        <w:rPr>
          <w:b/>
        </w:rPr>
        <w:t xml:space="preserve">[58:41] </w:t>
      </w:r>
      <w:r>
        <w:t>To thora bohat subtle humor bhi tha rasool Allah ki baaton mein. Aise hi hazrat khadija ke baray mein bhi bohat achi baatein hain.</w:t>
      </w:r>
    </w:p>
    <w:p>
      <w:pPr>
        <w:jc w:val="right"/>
      </w:pPr>
      <w:r>
        <w:t>تو تھوڑا بہت subtle humor بھی تھا رسول اللہ کی باتوں میں۔ ایسے ہی حضرت خدیجہ کے بارے میں بھی بہت اچھی باتیں ہیں۔</w:t>
      </w:r>
    </w:p>
    <w:p>
      <w:r>
        <w:rPr>
          <w:b/>
        </w:rPr>
        <w:t xml:space="preserve">[58:52] </w:t>
      </w:r>
      <w:r>
        <w:t>Woh to un ke baray mein to aik baar hadith mein aata hai ke prophet cave mein thay aur jibril farishtay bhi aaye hue thay.</w:t>
      </w:r>
    </w:p>
    <w:p>
      <w:pPr>
        <w:jc w:val="right"/>
      </w:pPr>
      <w:r>
        <w:t>وہ تو ان کے بارے میں تو ایک بار حدیث میں آتا ہے کہ پرافٹ cave میں تھے اور جبرائیل فرشتے بھی آئے ہوئے تھے۔</w:t>
      </w:r>
    </w:p>
    <w:p>
      <w:r>
        <w:rPr>
          <w:b/>
        </w:rPr>
        <w:t xml:space="preserve">[59:04] </w:t>
      </w:r>
      <w:r>
        <w:t>To farishtay jibril ne kaha ke khadija aa rahi hain.</w:t>
      </w:r>
    </w:p>
    <w:p>
      <w:pPr>
        <w:jc w:val="right"/>
      </w:pPr>
      <w:r>
        <w:t>تو فرشتے جبرائیل نے کہا کہ خدیجہ آ رہی ہیں۔</w:t>
      </w:r>
    </w:p>
    <w:p>
      <w:r>
        <w:rPr>
          <w:b/>
        </w:rPr>
        <w:t xml:space="preserve">[59:09] </w:t>
      </w:r>
      <w:r>
        <w:t>Yani cave aap logon ko pata hai kitnay ooper hai aur hazrat khadija makkah se un ke liye kuch saman le ke aa rahi thi. To jibril ne kaha ke aik vessel un ke hath mein hai jis mein kuch There is some soup and there is some water and there is some food for you.</w:t>
      </w:r>
    </w:p>
    <w:p>
      <w:pPr>
        <w:jc w:val="right"/>
      </w:pPr>
      <w:r>
        <w:t>یعنی cave آپ لوگوں کو پتہ ہے کتنے اوپر ہے اور حضرت خدیجہ مکہ سے ان کے لیے کچھ سامان لے کے آ رہی تھیں۔ تو جبرائیل نے کہا کہ ایک vessel ان کے ہاتھ میں ہے جس میں کچھ There is some soup and there is some water and there is some food for you.</w:t>
      </w:r>
    </w:p>
    <w:p>
      <w:r>
        <w:rPr>
          <w:b/>
        </w:rPr>
        <w:t xml:space="preserve">[59:26] </w:t>
      </w:r>
      <w:r>
        <w:t>She is bringing that vessel for you.</w:t>
      </w:r>
    </w:p>
    <w:p>
      <w:pPr>
        <w:jc w:val="right"/>
      </w:pPr>
      <w:r>
        <w:t>She is bringing that vessel for you.</w:t>
      </w:r>
    </w:p>
    <w:p>
      <w:r>
        <w:rPr>
          <w:b/>
        </w:rPr>
        <w:t xml:space="preserve">[59:29] </w:t>
      </w:r>
      <w:r>
        <w:t>To ab woh aap tasawwur karein She was fifty-five years old at that time. Lekin un ka ta'alluq aur dilchaspi aur shauq itna tha ke rasool Allah ke liye khana le ke aa rahi thi aur ooper charh ke aayi.</w:t>
      </w:r>
    </w:p>
    <w:p>
      <w:pPr>
        <w:jc w:val="right"/>
      </w:pPr>
      <w:r>
        <w:t>تو اب وہ آپ تصور کریں She was fifty-five years old at that time. لیکن ان کا تعلق اور دلچسپی اور شوق اتنا تھا کہ رسول اللہ کے لیے کھانا لے کے آ رہی تھیں اور اوپر چڑھ کے آئیں۔</w:t>
      </w:r>
    </w:p>
    <w:p>
      <w:r>
        <w:rPr>
          <w:b/>
        </w:rPr>
        <w:t xml:space="preserve">[59:42] </w:t>
      </w:r>
      <w:r>
        <w:t>To</w:t>
      </w:r>
    </w:p>
    <w:p>
      <w:pPr>
        <w:jc w:val="right"/>
      </w:pPr>
      <w:r>
        <w:t>تو</w:t>
      </w:r>
    </w:p>
    <w:p>
      <w:r>
        <w:rPr>
          <w:b/>
        </w:rPr>
        <w:t xml:space="preserve">[59:44] </w:t>
      </w:r>
      <w:r>
        <w:t>Jibril farishtay jibril ne kaha ke jab woh aayi to un ko un ke rab ka salam kahiye aur mera bhi salam kahiye.</w:t>
      </w:r>
    </w:p>
    <w:p>
      <w:pPr>
        <w:jc w:val="right"/>
      </w:pPr>
      <w:r>
        <w:t>جبرائیل فرشتے جبرائیل نے کہا کہ جب وہ آئیں تو ان کو ان کے رب کا سلام کہیے اور میرا بھی سلام کہیے۔</w:t>
      </w:r>
    </w:p>
    <w:p>
      <w:r>
        <w:rPr>
          <w:b/>
        </w:rPr>
        <w:t xml:space="preserve">[59:55] </w:t>
      </w:r>
      <w:r>
        <w:t>Aur kahiye ke un ke liye aik aisa ghar hoga motiyon ka jis mein na koi shor hoga na koi takleef. La sakhb fiha wa la nasb</w:t>
      </w:r>
    </w:p>
    <w:p>
      <w:pPr>
        <w:jc w:val="right"/>
      </w:pPr>
      <w:r>
        <w:t>اور کہیے کہ ان کے لیے ایک ایسا گھر ہوگا موتیوں کا جس میں نہ کوئی شور ہوگا نہ کوئی تکلیف۔ لا سخب فيه ولا نسب</w:t>
      </w:r>
    </w:p>
    <w:p>
      <w:r>
        <w:rPr>
          <w:b/>
        </w:rPr>
        <w:t xml:space="preserve">[1:00:06] </w:t>
      </w:r>
      <w:r>
        <w:t>Asal mein kya tha ke makkah ke jo shareer log thay na woh aa ke shor machate thay, phainkte thay saman, kooda karkat dalte thay. To hazrat khadija ko takleef pohnchti thi.</w:t>
      </w:r>
    </w:p>
    <w:p>
      <w:pPr>
        <w:jc w:val="right"/>
      </w:pPr>
      <w:r>
        <w:t>اصل میں کیا تھا کہ مکہ کے جو شریر لوگ تھے نا وہ آ کے شور مچاتے تھے، پھینکتے تھے سامان، کوڑا کرکٹ ڈالتے تھے۔ تو حضرت خدیجہ کو تکلیف پہنچتی تھی۔</w:t>
      </w:r>
    </w:p>
    <w:p>
      <w:r>
        <w:rPr>
          <w:b/>
        </w:rPr>
        <w:t xml:space="preserve">[1:00:15] </w:t>
      </w:r>
      <w:r>
        <w:t>Isi ki taraf ishara hai ke tumhein aisa ghar Allah de ga jannat mein ke na koi shor hoga na koi takleef hogi. To jab hazrat khadija aayi ooper charh ke saman le ke to prophet ne kaha ke yahan jibril hain, woh dekh nahi sakti thi aur tum ko salam bhej rahi hain.</w:t>
      </w:r>
    </w:p>
    <w:p>
      <w:pPr>
        <w:jc w:val="right"/>
      </w:pPr>
      <w:r>
        <w:t>اسی کی طرف اشارہ ہے کہ تمہیں ایسا گھر اللہ دے گا جنت میں کہ نہ کوئی شور ہوگا نہ کوئی تکلیف ہوگی۔ تو جب حضرت خدیجہ آئیں اوپر چڑھ کے سامان لے کے تو پرافٹ نے کہا کہ یہاں جبرائیل ہیں، وہ دیکھ نہیں سکتی تھیں اور تم کو سلام بھیج رہی ہیں۔</w:t>
      </w:r>
    </w:p>
    <w:p>
      <w:r>
        <w:rPr>
          <w:b/>
        </w:rPr>
        <w:t xml:space="preserve">[1:00:36] </w:t>
      </w:r>
      <w:r>
        <w:t>Tum ko Allah ka salam le ke aayi hain. Yani God has sent salam to her. Yeh to shayad koi aur misaal nahi milti.</w:t>
      </w:r>
    </w:p>
    <w:p>
      <w:pPr>
        <w:jc w:val="right"/>
      </w:pPr>
      <w:r>
        <w:t>تم کو اللہ کا سلام لے کے آئیں ہیں۔ یعنی God has sent سلام to her. یہ تو شاید کوئی اور مثال نہیں ملتی۔</w:t>
      </w:r>
    </w:p>
    <w:p>
      <w:r>
        <w:rPr>
          <w:b/>
        </w:rPr>
        <w:t xml:space="preserve">[1:00:46] </w:t>
      </w:r>
      <w:r>
        <w:t>To rasool Allah ne kaha hai ke Allah ka salam tum ko le ke aa rahe hain aur aur woh khud bhi salam kar rahe hain, keh rahe</w:t>
      </w:r>
    </w:p>
    <w:p>
      <w:pPr>
        <w:jc w:val="right"/>
      </w:pPr>
      <w:r>
        <w:t>تو رسول اللہ نے کہا ہے کہ اللہ کا سلام تم کو لے کے آ رہے ہیں اور اور وہ خود بھی سلام کر رہے ہیں، کہہ رہ</w:t>
      </w:r>
    </w:p>
    <w:p>
      <w:r>
        <w:rPr>
          <w:b/>
        </w:rPr>
        <w:t xml:space="preserve">[1:00:52] </w:t>
      </w:r>
      <w:r>
        <w:t>hain. To hazrat khadija muskurayi aur boli ke Allah hi salamat ka sar chashma hai aur mera salam jibril ko bhi aur aap ko bhi mera salam aur Allah ki rehmaten.</w:t>
      </w:r>
    </w:p>
    <w:p>
      <w:pPr>
        <w:jc w:val="right"/>
      </w:pPr>
      <w:r>
        <w:t>ے ہیں۔ تو حضرت خدیجہ مسکرائیں اور بولیں کہ اللہ ہی سلامتی کا سرچشمہ ہے اور میرا سلام جبرائیل کو بھی اور آپ کو بھی میرا سلام اور اللہ کی رحمتیں۔</w:t>
      </w:r>
    </w:p>
    <w:p>
      <w:r>
        <w:rPr>
          <w:b/>
        </w:rPr>
        <w:t xml:space="preserve">[1:01:08] </w:t>
      </w:r>
      <w:r>
        <w:t>To yeh darja tha hazrat khadija ka aur aur bohat hi achi</w:t>
      </w:r>
    </w:p>
    <w:p>
      <w:pPr>
        <w:jc w:val="right"/>
      </w:pPr>
      <w:r>
        <w:t>تو یہ درجہ تھا حضرت خدیجہ کا اور اور بہت ہی اچھی</w:t>
      </w:r>
    </w:p>
    <w:p>
      <w:r>
        <w:rPr>
          <w:b/>
        </w:rPr>
        <w:t xml:space="preserve">[1:01:16] </w:t>
      </w:r>
      <w:r>
        <w:t>. Ab jaise aik aik aur waqia aakhri mein leta hoon mukhtasar sa ke jab hudaybiya ka mauqa tha to rasool Allah sal Allah alayh wasallam ne kaha sahaba se ke ab tum log makkah mat jao, qurbani kar lo yahin, wapas chalte hain.</w:t>
      </w:r>
    </w:p>
    <w:p>
      <w:pPr>
        <w:jc w:val="right"/>
      </w:pPr>
      <w:r>
        <w:t>۔ اب جیسے ایک ایک اور واقعہ آخری میں لیتا ہوں مختصر سا کہ جب حدیبیہ کا موقع تھا تو رسول اللہ صلی اللہ علیہ وسلم نے کہا صحابہ سے کہ اب تم لوگ مکہ مت جاؤ، قربانی کر لو یہیں، واپس چلتے ہیں۔</w:t>
      </w:r>
    </w:p>
    <w:p>
      <w:r>
        <w:rPr>
          <w:b/>
        </w:rPr>
        <w:t xml:space="preserve">[1:01:33] </w:t>
      </w:r>
      <w:r>
        <w:t>To aap ko pata hai ke sahaba ne rasool Allah ki baat nahi mani aur rasool Allah bohat pareshan hue ke koi meri baat nahi sun raha.</w:t>
      </w:r>
    </w:p>
    <w:p>
      <w:pPr>
        <w:jc w:val="right"/>
      </w:pPr>
      <w:r>
        <w:t>تو آپ کو پتہ ہے کہ صحابہ نے رسول اللہ کی بات نہیں مانی اور رسول اللہ بہت پریشان ہوئے کہ کوئی میری بات نہیں سن رہے۔</w:t>
      </w:r>
    </w:p>
    <w:p>
      <w:r>
        <w:rPr>
          <w:b/>
        </w:rPr>
        <w:t xml:space="preserve">[1:01:43] </w:t>
      </w:r>
      <w:r>
        <w:t>To wapas jab tent mein aaye to wahan par us waqt hazrat umm salama thi jo ke bohat hi scholar thi aur bari mudabir khatoon thi.</w:t>
      </w:r>
    </w:p>
    <w:p>
      <w:pPr>
        <w:jc w:val="right"/>
      </w:pPr>
      <w:r>
        <w:t>تو واپس جب ٹینٹ میں آئے تو وہاں پر اس وقت حضرت ام سلمہ تھیں جو کہ بہت ہی اسکالر تھیں اور بڑی مدبر خاتون تھیں۔</w:t>
      </w:r>
    </w:p>
    <w:p>
      <w:r>
        <w:rPr>
          <w:b/>
        </w:rPr>
        <w:t xml:space="preserve">[1:01:52] </w:t>
      </w:r>
      <w:r>
        <w:t>To hazrat umm salama ne kaha ke matlab mashwara diya prophet ko ke aap aisa karein, aap qurbani kar dijiye, baqi phir sahaba sab kar len ge.</w:t>
      </w:r>
    </w:p>
    <w:p>
      <w:pPr>
        <w:jc w:val="right"/>
      </w:pPr>
      <w:r>
        <w:t>تو حضرت ام سلمہ نے کہا کہ مطلب مشورہ دیا پرافٹ کو کہ آپ ایسا کریں، آپ قربانی کر دیجئے، باقی پھر صحابہ سب کر لیں گے۔</w:t>
      </w:r>
    </w:p>
    <w:p>
      <w:r>
        <w:rPr>
          <w:b/>
        </w:rPr>
        <w:t xml:space="preserve">[1:02:02] </w:t>
      </w:r>
      <w:r>
        <w:t>To aise hi kiya rasool Allah ne aur phir sahaba ne qurbani</w:t>
      </w:r>
    </w:p>
    <w:p>
      <w:pPr>
        <w:jc w:val="right"/>
      </w:pPr>
      <w:r>
        <w:t>تو ایسے ہی کیا رسول اللہ نے اور پھر صحابہ نے قربانی</w:t>
      </w:r>
    </w:p>
    <w:p>
      <w:r>
        <w:rPr>
          <w:b/>
        </w:rPr>
        <w:t xml:space="preserve">[1:02:07] </w:t>
      </w:r>
      <w:r>
        <w:t>ki. To yani yeh jo husband wife ka role hai woh yahi hai ke intellectual partner bane, spiritual partner bane taake aik doosre ki spirituality ko jagayein aur yahi goal mere khayal se hona chahiye.</w:t>
      </w:r>
    </w:p>
    <w:p>
      <w:pPr>
        <w:jc w:val="right"/>
      </w:pPr>
      <w:r>
        <w:t>کی۔ تو یعنی یہ جو husband wife کا کا role ہے وہ یہی ہے کہ intellectual partner بنے، spiritual partner بنے تاکہ ایک دوسرے کی spirituality کو جگائیں اور یہی goal میرے خیال سے ہونا چاہیے۔</w:t>
      </w:r>
    </w:p>
    <w:p>
      <w:r>
        <w:rPr>
          <w:b/>
        </w:rPr>
        <w:t xml:space="preserve">[1:02:23] </w:t>
      </w:r>
      <w:r>
        <w:t>Ji to sab se achi misaal to hamein hazrat aisha ki baaton se milti hai. Ji ji mashallah, bohat achay examples diye doctor sahib, bohat achay se wazih</w:t>
      </w:r>
    </w:p>
    <w:p>
      <w:pPr>
        <w:jc w:val="right"/>
      </w:pPr>
      <w:r>
        <w:t>جی تو سب سے اچھی مثال تو ہمیں حضرت عائشہ کی باتوں سے ملتی ہے۔ جی جی ماشاءاللہ، بہت اچھے examples دیے ڈاکٹر صاحب، بہت اچھے سے واض</w:t>
      </w:r>
    </w:p>
    <w:p>
      <w:r>
        <w:rPr>
          <w:b/>
        </w:rPr>
        <w:t xml:space="preserve">[1:02:33] </w:t>
      </w:r>
      <w:r>
        <w:t>kiya. Maulana kehte thay ke intellectual partnership is very important and it's the highest goal. In fact, he used to say that if there is one word to define its success, it is adjustment.</w:t>
      </w:r>
    </w:p>
    <w:p>
      <w:pPr>
        <w:jc w:val="right"/>
      </w:pPr>
      <w:r>
        <w:t>ح کیا۔ مولانا کہتے تھے کہ intellectual partnership is very important and it's the highest goal. In fact, he used to say that if there is one word to define its success, it is adjustment.</w:t>
      </w:r>
    </w:p>
    <w:p>
      <w:r>
        <w:rPr>
          <w:b/>
        </w:rPr>
        <w:t xml:space="preserve">[1:02:47] </w:t>
      </w:r>
      <w:r>
        <w:t>And adjustment is not surrender or submission. It just shows that the person who adjusts is living on a higher intellectual level of thinking.</w:t>
      </w:r>
    </w:p>
    <w:p>
      <w:pPr>
        <w:jc w:val="right"/>
      </w:pPr>
      <w:r>
        <w:t>And adjustment is not surrender or submission. It just shows that the person who adjusts is living on a higher intellectual level of thinking.</w:t>
      </w:r>
    </w:p>
    <w:p>
      <w:r>
        <w:rPr>
          <w:b/>
        </w:rPr>
        <w:t xml:space="preserve">[1:02:59] </w:t>
      </w:r>
      <w:r>
        <w:t>So adjustment comes from a high level of thinking and is a very enjoyable experience. To ab aap jaise mein ne adjustment ki bhi baat ki thi to agla question mein aap se poochna chahta hoon on teamwork and unity.</w:t>
      </w:r>
    </w:p>
    <w:p>
      <w:pPr>
        <w:jc w:val="right"/>
      </w:pPr>
      <w:r>
        <w:t>So adjustment comes from a high level of thinking and is a very enjoyable experience. تو اب آپ جیسے میں نے adjustment کی بھی بات کی تھی تو اگلا question میں آپ سے پوچھنا چاہتا ہوں on teamwork and unity.</w:t>
      </w:r>
    </w:p>
    <w:p>
      <w:r>
        <w:rPr>
          <w:b/>
        </w:rPr>
        <w:t xml:space="preserve">[1:03:16] </w:t>
      </w:r>
      <w:r>
        <w:t>Dawat ka kaam effective tor pe tabhi ho sakta hai jab hum collectively unity ke saath teamwork ki shakal mein is ko karein</w:t>
      </w:r>
    </w:p>
    <w:p>
      <w:pPr>
        <w:jc w:val="right"/>
      </w:pPr>
      <w:r>
        <w:t>دعوت کا کام effective طور پہ تبھی ہو سکتا ہے جب ہم collectively unity کے ساتھ teamwork کی شکل میں اس کو کریں</w:t>
      </w:r>
    </w:p>
    <w:p>
      <w:r>
        <w:rPr>
          <w:b/>
        </w:rPr>
        <w:t xml:space="preserve">[1:03:25] </w:t>
      </w:r>
      <w:r>
        <w:t>. Kyunke is ke baghair individual level pe aap aala darje ka dawat ka kaam nahi kar sakte. Kal hum ne is pe charcha bhi ki thi.</w:t>
      </w:r>
    </w:p>
    <w:p>
      <w:pPr>
        <w:jc w:val="right"/>
      </w:pPr>
      <w:r>
        <w:t>۔ کیونکہ اس کے بغیر individual level پہ آپ اعلیٰ درجے کا دعوت کا کام نہیں کر سکتے۔ کل ہم نے اس پہ چرچا بھی کی تھی۔</w:t>
      </w:r>
    </w:p>
    <w:p>
      <w:r>
        <w:rPr>
          <w:b/>
        </w:rPr>
        <w:t xml:space="preserve">[1:03:34] </w:t>
      </w:r>
      <w:r>
        <w:t>To yeh mera aakhri sawal hai aaj ka, is ke baray mein aap kuch batayein.</w:t>
      </w:r>
    </w:p>
    <w:p>
      <w:pPr>
        <w:jc w:val="right"/>
      </w:pPr>
      <w:r>
        <w:t>تو یہ میرا آخری سوال ہے آج کا، اس کے بارے میں آپ کچھ بتائیں۔</w:t>
      </w:r>
    </w:p>
    <w:p>
      <w:r>
        <w:rPr>
          <w:b/>
        </w:rPr>
        <w:t xml:space="preserve">[1:03:42] </w:t>
      </w:r>
      <w:r>
        <w:t>Unity is the most important value in life. Not only for dawat work but also for any</w:t>
      </w:r>
    </w:p>
    <w:p>
      <w:pPr>
        <w:jc w:val="right"/>
      </w:pPr>
      <w:r>
        <w:t>Unity is the most important value in life. Not only for دعوت work but also for any</w:t>
      </w:r>
    </w:p>
    <w:p>
      <w:r>
        <w:rPr>
          <w:b/>
        </w:rPr>
        <w:t xml:space="preserve">[1:03:52] </w:t>
      </w:r>
      <w:r>
        <w:t>great work. You cannot perform any great work on an individual level. Individually you can't perform any great work.</w:t>
      </w:r>
    </w:p>
    <w:p>
      <w:pPr>
        <w:jc w:val="right"/>
      </w:pPr>
      <w:r>
        <w:t>great work. You cannot perform any great work on an individual level. Individually you can't perform any great work.</w:t>
      </w:r>
    </w:p>
    <w:p>
      <w:r>
        <w:rPr>
          <w:b/>
        </w:rPr>
        <w:t xml:space="preserve">[1:04:02] </w:t>
      </w:r>
      <w:r>
        <w:t>And dawat work, which is a global task given to Muslim Ummah, so how can you perform without uniting</w:t>
      </w:r>
    </w:p>
    <w:p>
      <w:pPr>
        <w:jc w:val="right"/>
      </w:pPr>
      <w:r>
        <w:t>And دعوت work, which is a global task given to مسلم امہ, so how can you perform without uniting</w:t>
      </w:r>
    </w:p>
    <w:p>
      <w:r>
        <w:rPr>
          <w:b/>
        </w:rPr>
        <w:t xml:space="preserve">[1:04:13] </w:t>
      </w:r>
      <w:r>
        <w:t>? Because whenever more than one people join together for a cause, for a mission, there are differences.</w:t>
      </w:r>
    </w:p>
    <w:p>
      <w:pPr>
        <w:jc w:val="right"/>
      </w:pPr>
      <w:r>
        <w:t>? Because whenever more than one people join together for a cause, for a mission, there are differences.</w:t>
      </w:r>
    </w:p>
    <w:p>
      <w:r>
        <w:rPr>
          <w:b/>
        </w:rPr>
        <w:t xml:space="preserve">[1:04:25] </w:t>
      </w:r>
      <w:r>
        <w:t>You know, we think differently. Even brothers and sisters think differently. So but we adjust in our home, so why can't we adjust outside of our homes?</w:t>
      </w:r>
    </w:p>
    <w:p>
      <w:pPr>
        <w:jc w:val="right"/>
      </w:pPr>
      <w:r>
        <w:t>You know, we think differently. Even brothers and sisters think differently. So but we adjust in our home, so why can't we adjust outside of our homes?</w:t>
      </w:r>
    </w:p>
    <w:p>
      <w:r>
        <w:rPr>
          <w:b/>
        </w:rPr>
        <w:t xml:space="preserve">[1:04:41] </w:t>
      </w:r>
      <w:r>
        <w:t>So we must think that, always think that this is something God given. And you cannot go against the planning of God.</w:t>
      </w:r>
    </w:p>
    <w:p>
      <w:pPr>
        <w:jc w:val="right"/>
      </w:pPr>
      <w:r>
        <w:t>So we must think that, always think that this is something God given. And you cannot go against the planning of God.</w:t>
      </w:r>
    </w:p>
    <w:p>
      <w:r>
        <w:rPr>
          <w:b/>
        </w:rPr>
        <w:t xml:space="preserve">[1:04:55] </w:t>
      </w:r>
      <w:r>
        <w:t>God has given us freedom, God has given us</w:t>
      </w:r>
    </w:p>
    <w:p>
      <w:pPr>
        <w:jc w:val="right"/>
      </w:pPr>
      <w:r>
        <w:t>God has given us freedom, God has given us</w:t>
      </w:r>
    </w:p>
    <w:p>
      <w:r>
        <w:rPr>
          <w:b/>
        </w:rPr>
        <w:t xml:space="preserve">[1:05:01] </w:t>
      </w:r>
      <w:r>
        <w:t>this thinking ability. Everyone thinks differently. So</w:t>
      </w:r>
    </w:p>
    <w:p>
      <w:pPr>
        <w:jc w:val="right"/>
      </w:pPr>
      <w:r>
        <w:t>this thinking ability. Everyone thinks differently. So</w:t>
      </w:r>
    </w:p>
    <w:p>
      <w:r>
        <w:rPr>
          <w:b/>
        </w:rPr>
        <w:t xml:space="preserve">[1:05:09] </w:t>
      </w:r>
      <w:r>
        <w:t>in, you know, I did my MA in English literature, so there is one paper on criticism.</w:t>
      </w:r>
    </w:p>
    <w:p>
      <w:pPr>
        <w:jc w:val="right"/>
      </w:pPr>
      <w:r>
        <w:t>in, you know, I did my MA in English literature, so there is one paper on criticism.</w:t>
      </w:r>
    </w:p>
    <w:p>
      <w:r>
        <w:rPr>
          <w:b/>
        </w:rPr>
        <w:t xml:space="preserve">[1:05:19] </w:t>
      </w:r>
      <w:r>
        <w:t>But in Urdu syllabuses, we don't have such papers on criticism. So criticism is invited.</w:t>
      </w:r>
    </w:p>
    <w:p>
      <w:pPr>
        <w:jc w:val="right"/>
      </w:pPr>
      <w:r>
        <w:t>But in Urdu syllabuses, we don't have such papers on criticism. So criticism is invited.</w:t>
      </w:r>
    </w:p>
    <w:p>
      <w:r>
        <w:rPr>
          <w:b/>
        </w:rPr>
        <w:t xml:space="preserve">[1:05:29] </w:t>
      </w:r>
      <w:r>
        <w:t>My father used to say that I love being criticized.</w:t>
      </w:r>
    </w:p>
    <w:p>
      <w:pPr>
        <w:jc w:val="right"/>
      </w:pPr>
      <w:r>
        <w:t>My father used to say that I love being criticized.</w:t>
      </w:r>
    </w:p>
    <w:p>
      <w:r>
        <w:rPr>
          <w:b/>
        </w:rPr>
        <w:t xml:space="preserve">[1:05:35] </w:t>
      </w:r>
      <w:r>
        <w:t>That is why he never,</w:t>
      </w:r>
    </w:p>
    <w:p>
      <w:pPr>
        <w:jc w:val="right"/>
      </w:pPr>
      <w:r>
        <w:t>That is why he never,</w:t>
      </w:r>
    </w:p>
    <w:p>
      <w:r>
        <w:rPr>
          <w:b/>
        </w:rPr>
        <w:t xml:space="preserve">[1:05:39] </w:t>
      </w:r>
      <w:r>
        <w:t>he was never disturbed of criticism. He said that this creates our thinking, this gives us, hamari thinking ability ko barhata hai, this promotes our thinking ability.</w:t>
      </w:r>
    </w:p>
    <w:p>
      <w:pPr>
        <w:jc w:val="right"/>
      </w:pPr>
      <w:r>
        <w:t>he was never disturbed of criticism. He said that this creates our thinking, this gives us, ہماری thinking ability کو بڑھاتا ہے، this promotes our thinking ability.</w:t>
      </w:r>
    </w:p>
    <w:p>
      <w:r>
        <w:rPr>
          <w:b/>
        </w:rPr>
        <w:t xml:space="preserve">[1:06:00] </w:t>
      </w:r>
      <w:r>
        <w:t>So that is why when we are criticized by anyone, we should not think that he is our enemy or she is our enemy.</w:t>
      </w:r>
    </w:p>
    <w:p>
      <w:pPr>
        <w:jc w:val="right"/>
      </w:pPr>
      <w:r>
        <w:t>So that is why when we are criticized by anyone, we should not think that he is our enemy or she is our enemy.</w:t>
      </w:r>
    </w:p>
    <w:p>
      <w:r>
        <w:rPr>
          <w:b/>
        </w:rPr>
        <w:t xml:space="preserve">[1:06:10] </w:t>
      </w:r>
      <w:r>
        <w:t>We just should think that is he making some valid point. If the point is valid, we must be ready to accept it</w:t>
      </w:r>
    </w:p>
    <w:p>
      <w:pPr>
        <w:jc w:val="right"/>
      </w:pPr>
      <w:r>
        <w:t>We just should think that is he making some valid point. If the point is valid, we must be ready to accept it</w:t>
      </w:r>
    </w:p>
    <w:p>
      <w:r>
        <w:rPr>
          <w:b/>
        </w:rPr>
        <w:t xml:space="preserve">[1:06:22] </w:t>
      </w:r>
      <w:r>
        <w:t>. And if the point is not valid, we can either ignore it or we can explain to the person that that point is not right.</w:t>
      </w:r>
    </w:p>
    <w:p>
      <w:pPr>
        <w:jc w:val="right"/>
      </w:pPr>
      <w:r>
        <w:t>. And if the point is not valid, we can either ignore it or we can explain to the person that that point is notright.</w:t>
      </w:r>
    </w:p>
    <w:p>
      <w:r>
        <w:rPr>
          <w:b/>
        </w:rPr>
        <w:t xml:space="preserve">[1:06:33] </w:t>
      </w:r>
      <w:r>
        <w:t>This is not the right, this is not right. So but cool mindedly, we should never be disturbed and we should never feel bad about it.</w:t>
      </w:r>
    </w:p>
    <w:p>
      <w:pPr>
        <w:jc w:val="right"/>
      </w:pPr>
      <w:r>
        <w:t>This is not theright, this is notright. So but cool mindedly, we should never be disturbed and we should never feel bad about it.</w:t>
      </w:r>
    </w:p>
    <w:p>
      <w:r>
        <w:rPr>
          <w:b/>
        </w:rPr>
        <w:t xml:space="preserve">[1:06:47] </w:t>
      </w:r>
      <w:r>
        <w:t>We should never mind if we are being criticized.</w:t>
      </w:r>
    </w:p>
    <w:p>
      <w:pPr>
        <w:jc w:val="right"/>
      </w:pPr>
      <w:r>
        <w:t>We should never mind if we are being criticized.</w:t>
      </w:r>
    </w:p>
    <w:p>
      <w:r>
        <w:rPr>
          <w:b/>
        </w:rPr>
        <w:t xml:space="preserve">[1:06:51] </w:t>
      </w:r>
      <w:r>
        <w:t>Because criticism, healthy criticism, is very important for the promotion of our thinking faculty.</w:t>
      </w:r>
    </w:p>
    <w:p>
      <w:pPr>
        <w:jc w:val="right"/>
      </w:pPr>
      <w:r>
        <w:t>Because criticism, healthy criticism, is very important for the promotion of our thinking faculty.</w:t>
      </w:r>
    </w:p>
    <w:p>
      <w:r>
        <w:rPr>
          <w:b/>
        </w:rPr>
        <w:t xml:space="preserve">[1:07:03] </w:t>
      </w:r>
      <w:r>
        <w:t>We must be ever ready to do so. And unless and until we don't accept criticism, we cannot work unitedly for this divine cause of especially dawat work</w:t>
      </w:r>
    </w:p>
    <w:p>
      <w:pPr>
        <w:jc w:val="right"/>
      </w:pPr>
      <w:r>
        <w:t>We must be ever ready to do so. And unless and until we don't accept criticism, we cannot work unitedly for this divine cause of especially دعوت work</w:t>
      </w:r>
    </w:p>
    <w:p>
      <w:r>
        <w:rPr>
          <w:b/>
        </w:rPr>
        <w:t xml:space="preserve">[1:07:21] </w:t>
      </w:r>
      <w:r>
        <w:t>. Now we are a global team. So this is something must for us. Because we can't perform individually.</w:t>
      </w:r>
    </w:p>
    <w:p>
      <w:pPr>
        <w:jc w:val="right"/>
      </w:pPr>
      <w:r>
        <w:t>. Now we are a global team. So this is something must for us. Because we can't perform individually.</w:t>
      </w:r>
    </w:p>
    <w:p>
      <w:r>
        <w:rPr>
          <w:b/>
        </w:rPr>
        <w:t xml:space="preserve">[1:07:32] </w:t>
      </w:r>
      <w:r>
        <w:t>How can one individual work for this mission which is being done at a global level?</w:t>
      </w:r>
    </w:p>
    <w:p>
      <w:pPr>
        <w:jc w:val="right"/>
      </w:pPr>
      <w:r>
        <w:t>How can one individual work for this mission which is being done at a global level?</w:t>
      </w:r>
    </w:p>
    <w:p>
      <w:r>
        <w:rPr>
          <w:b/>
        </w:rPr>
        <w:t xml:space="preserve">[1:07:44] </w:t>
      </w:r>
      <w:r>
        <w:t>So we must understand it, we must read Maulana's literature that criticism is a must, is a sign of one non if we want to do something unitedly and at a global level.</w:t>
      </w:r>
    </w:p>
    <w:p>
      <w:pPr>
        <w:jc w:val="right"/>
      </w:pPr>
      <w:r>
        <w:t>So we must understand it, we must read مولانا's literature that criticism is a must, is a sign of one non if we want to do something unitedly and at a global level.</w:t>
      </w:r>
    </w:p>
    <w:p>
      <w:r>
        <w:rPr>
          <w:b/>
        </w:rPr>
        <w:t xml:space="preserve">[1:08:03] </w:t>
      </w:r>
      <w:r>
        <w:t>Even at home, if we are always disturbed with criticism, there are something or the other always because everyone thinks differently.</w:t>
      </w:r>
    </w:p>
    <w:p>
      <w:pPr>
        <w:jc w:val="right"/>
      </w:pPr>
      <w:r>
        <w:t>Even at home, if we are always disturbed with criticism, there are something or the other always because everyone thinks differently.</w:t>
      </w:r>
    </w:p>
    <w:p>
      <w:r>
        <w:rPr>
          <w:b/>
        </w:rPr>
        <w:t xml:space="preserve">[1:08:17] </w:t>
      </w:r>
      <w:r>
        <w:t>There is a saying that if everyone thinks alike, no one thinks very much. So this is very, very true that we have to be open to criticism</w:t>
      </w:r>
    </w:p>
    <w:p>
      <w:pPr>
        <w:jc w:val="right"/>
      </w:pPr>
      <w:r>
        <w:t>There is a saying that if everyone thinks alike, no one thinks very much. So this is very, very true that we have to be open to criticism</w:t>
      </w:r>
    </w:p>
    <w:p>
      <w:r>
        <w:rPr>
          <w:b/>
        </w:rPr>
        <w:t xml:space="preserve">[1:08:32] </w:t>
      </w:r>
      <w:r>
        <w:t>. And if my father would not have been open to criticism, he would not have worked, he would not have produced all the literature he produced, more than two hundred books.</w:t>
      </w:r>
    </w:p>
    <w:p>
      <w:pPr>
        <w:jc w:val="right"/>
      </w:pPr>
      <w:r>
        <w:t>. And if my father would not have been open to criticism, he would not have worked, he would not have produced all the literature he produced, more than two hundred books.</w:t>
      </w:r>
    </w:p>
    <w:p>
      <w:r>
        <w:rPr>
          <w:b/>
        </w:rPr>
        <w:t xml:space="preserve">[1:08:45] </w:t>
      </w:r>
      <w:r>
        <w:t>Because he was open to criticism, he was never disturbed. There were so many people who came to him and criticized him on his face.</w:t>
      </w:r>
    </w:p>
    <w:p>
      <w:pPr>
        <w:jc w:val="right"/>
      </w:pPr>
      <w:r>
        <w:t>Because he was open to criticism, he was never disturbed. There were so many people who came to him and criticized him on his face.</w:t>
      </w:r>
    </w:p>
    <w:p>
      <w:r>
        <w:rPr>
          <w:b/>
        </w:rPr>
        <w:t xml:space="preserve">[1:08:54] </w:t>
      </w:r>
      <w:r>
        <w:t>But he did not mind, he just smiled as if nothing serious had happened.</w:t>
      </w:r>
    </w:p>
    <w:p>
      <w:pPr>
        <w:jc w:val="right"/>
      </w:pPr>
      <w:r>
        <w:t>But he did not mind, he just smiled as if nothing serious had happened.</w:t>
      </w:r>
    </w:p>
    <w:p>
      <w:r>
        <w:rPr>
          <w:b/>
        </w:rPr>
        <w:t xml:space="preserve">[1:09:00] </w:t>
      </w:r>
      <w:r>
        <w:t>So we have learned from him that we should also be open to criticism and this is necessary for performing the dawah work, the mission.</w:t>
      </w:r>
    </w:p>
    <w:p>
      <w:pPr>
        <w:jc w:val="right"/>
      </w:pPr>
      <w:r>
        <w:t>So we have learned from him that we should also be open to criticism and this is necessary for performing the دعوت work, the mission.</w:t>
      </w:r>
    </w:p>
    <w:p>
      <w:r>
        <w:rPr>
          <w:b/>
        </w:rPr>
        <w:t xml:space="preserve">[1:09:13] </w:t>
      </w:r>
      <w:r>
        <w:t>Not only at global level, at national level, at international level, this is must because we are working together. Ji jazak Allah apa, we are actually running behind the schedule, so I will not be able to take more questions or comments.</w:t>
      </w:r>
    </w:p>
    <w:p>
      <w:pPr>
        <w:jc w:val="right"/>
      </w:pPr>
      <w:r>
        <w:t>Not only at global level, at national level, at international level, this is must because we are working together. جی جزاک اللہ آپا، we are actually running behind the schedule, so I will not be able to take more questions or comments.</w:t>
      </w:r>
    </w:p>
    <w:p>
      <w:r>
        <w:rPr>
          <w:b/>
        </w:rPr>
        <w:t xml:space="preserve">[1:09:29] </w:t>
      </w:r>
      <w:r>
        <w:t>But lastly, I would request Dr. sahib that in the end to share some prayers with all of us. Inshallah, Maulana ka kehna tha ke jo dua hai woh dil ke ehsas ka naam hai,</w:t>
      </w:r>
    </w:p>
    <w:p>
      <w:pPr>
        <w:jc w:val="right"/>
      </w:pPr>
      <w:r>
        <w:t>But lastly, I would request Dr. صاحب that in the end to share some prayers with all of us. انشاءاللہ، مولانا کا کہنا تھا کہ جو دعا ہے وہ دل کے احساس کا نام ہے،</w:t>
      </w:r>
    </w:p>
    <w:p>
      <w:r>
        <w:rPr>
          <w:b/>
        </w:rPr>
        <w:t xml:space="preserve">[1:09:45] </w:t>
      </w:r>
      <w:r>
        <w:t>kuch alfaaz ka naam nahi hai. Yani aam taur se hum sunte hain jo log bolne wale hain ke yeh dua aap pachaas baar padh lijiye, yeh subah padh lijiye, yeh shaam ko padh lijiye.</w:t>
      </w:r>
    </w:p>
    <w:p>
      <w:pPr>
        <w:jc w:val="right"/>
      </w:pPr>
      <w:r>
        <w:t>کچھ الفاظ کا نام نہیں ہے۔ یعنی عام طور سے ہم سنتے ہیں جو لوگ بولنے والے ہیں کہ یہ دعا آپ پچاس بار پڑھ لیجیے، یہ صبح پڑھ لیجیے، یہ شام کو پڑھ لیجیے۔</w:t>
      </w:r>
    </w:p>
    <w:p>
      <w:r>
        <w:rPr>
          <w:b/>
        </w:rPr>
        <w:t xml:space="preserve">[1:09:58] </w:t>
      </w:r>
      <w:r>
        <w:t>Toh yeh yeh koi sahi baat nahi hai. Dua toh dil ki gehrai se nikalti hai, phir woh alfaaz mein dhal jati hai. Yani seene mein aap ke ek samandar jab beh padta hai, samandar moajzan hota hai toh phir woh kuch alfaaz niklte</w:t>
      </w:r>
    </w:p>
    <w:p>
      <w:pPr>
        <w:jc w:val="right"/>
      </w:pPr>
      <w:r>
        <w:t>تو یہ یہ کوئی صحیح بات نہیں ہے۔ دعا تو دل کی گہرائی سے نکلتی ہے، پھر وہ الفاظ میں ڈھل جاتی ہے۔ یعنی سینے میں آپ کے ایک سمندر جب بہہ پڑتا ہے، سمندر معجزن ہوتا ہے تو پھر وہ کچھ الفاظ نکلتے</w:t>
      </w:r>
    </w:p>
    <w:p>
      <w:r>
        <w:rPr>
          <w:b/>
        </w:rPr>
        <w:t xml:space="preserve">[1:10:16] </w:t>
      </w:r>
      <w:r>
        <w:t>hain. Toh jo jo paighambaron ki duayein hain Quran mein ya sahaba ki duayein hain ya Rasool Allah salallahu alaihi wasallam ki duayein hain, woh aisi duayein hain ke woh unke ehsasat ki akasi hai.</w:t>
      </w:r>
    </w:p>
    <w:p>
      <w:pPr>
        <w:jc w:val="right"/>
      </w:pPr>
      <w:r>
        <w:t>ہیں۔ تو جو جو پیغمبروں کی دعائیں ہیں قرآن میں یا صحابہ کی دعائیں ہیں یا رسول اللہ صلی اللہ علیہ وسلم کی دعائیں ہیں، وہ ایسی دعائیں ہیں کہ وہ ان کے احساسات کی عکاسی ہے۔</w:t>
      </w:r>
    </w:p>
    <w:p>
      <w:r>
        <w:rPr>
          <w:b/>
        </w:rPr>
        <w:t xml:space="preserve">[1:10:32] </w:t>
      </w:r>
      <w:r>
        <w:t>Ab mein ek do dua leta hoon, chuki waqt ab bohat kam hai. Ek dua jo Prophet ko bohat pasand thi aur Maulana bhi aksar usko padhte the,</w:t>
      </w:r>
    </w:p>
    <w:p>
      <w:pPr>
        <w:jc w:val="right"/>
      </w:pPr>
      <w:r>
        <w:t>اب میں ایک دو دعا لیتا ہوں، چونکہ وقت اب بہت کم ہے۔ ایک دعا جو Prophet کو بہت پسند تھی اور مولانا بھی اکثر اس کو پڑھتے تھے،</w:t>
      </w:r>
    </w:p>
    <w:p>
      <w:r>
        <w:rPr>
          <w:b/>
        </w:rPr>
        <w:t xml:space="preserve">[1:10:45] </w:t>
      </w:r>
      <w:r>
        <w:t>bohat Maulana ko pasand thi. Yeh hai Ya Hayyu Ya Qayyumu bi rahmatika astagheethu O Living God, O Sustaining God, I seek Your Mercy.</w:t>
      </w:r>
    </w:p>
    <w:p>
      <w:pPr>
        <w:jc w:val="right"/>
      </w:pPr>
      <w:r>
        <w:t>بہت مولانا کو پسند تھی۔ یہ ہے يَحَيُّ يَقَيُّومُ بِرَحْمَتِكَ أَسْتَغِيثُ او Living God، او Sustaining God، I seek Your Mercy.</w:t>
      </w:r>
    </w:p>
    <w:p>
      <w:r>
        <w:rPr>
          <w:b/>
        </w:rPr>
        <w:t xml:space="preserve">[1:10:56] </w:t>
      </w:r>
      <w:r>
        <w:t>Mein teri mercy, mein teri rehmat ka mohtaj hoon. Ya Hayyu Ya Qayyumu bi rahmatika astagheethu aur iska agla hissa hai Aslih li shani kulli ke meri sari jo meri Problems hain, usko solve kar d</w:t>
      </w:r>
    </w:p>
    <w:p>
      <w:pPr>
        <w:jc w:val="right"/>
      </w:pPr>
      <w:r>
        <w:t>میں تیری مرسی، میں تیری رحمت کا محتاج ہوں۔ يَحَيُّ يَقَيُّومُ بِرَحْمَتِكَ أَسْتَغِيثُ اور اس کا اگلا حصہ ہے أَسْلَحْ لِي شَانِي كُلُّ کہ میری ساری جو میری Problems ہیں، اس کو Solve کر د</w:t>
      </w:r>
    </w:p>
    <w:p>
      <w:r>
        <w:rPr>
          <w:b/>
        </w:rPr>
        <w:t xml:space="preserve">[1:11:11] </w:t>
      </w:r>
      <w:r>
        <w:t>e. I seek Your Help in settingright all my affairs. Aslih li shani kulli wa la takilni ila nafsi tarfata aini yeh bohat zabardast hai ke Please do not leave me to myself even for a blink of an eye.</w:t>
      </w:r>
    </w:p>
    <w:p>
      <w:pPr>
        <w:jc w:val="right"/>
      </w:pPr>
      <w:r>
        <w:t>ے۔ I seek Your Help in settingright all my affairs. أَسْلَحْ لِي شَانِي كُلُّ وَلَا تَكِلْنِي إِلَى نَفْسِي تَرْفَةَ عِينِي یہ بہت زبردست ہے کہ Please do not leave me to myself even for a blink of an eye.</w:t>
      </w:r>
    </w:p>
    <w:p>
      <w:r>
        <w:rPr>
          <w:b/>
        </w:rPr>
        <w:t xml:space="preserve">[1:11:30] </w:t>
      </w:r>
      <w:r>
        <w:t>Don't leave me alone even for a blink of an eye. La takilni ila nafsi tarfata aini</w:t>
      </w:r>
    </w:p>
    <w:p>
      <w:pPr>
        <w:jc w:val="right"/>
      </w:pPr>
      <w:r>
        <w:t>Don't leave me alone even for a blink of an eye. لَا تَكِلْنِي إِلَى نَفْسِي تَرْفَةَ عِينِ</w:t>
      </w:r>
    </w:p>
    <w:p>
      <w:r>
        <w:rPr>
          <w:b/>
        </w:rPr>
        <w:t xml:space="preserve">[1:11:37] </w:t>
      </w:r>
      <w:r>
        <w:t>yeh bohat achi dua hai aur Maulana aksar usko padhte the. Aur sahaba bhi kehte hain ke jab koi pareshani hoti thi Rasool Allah, koi News aati thi kahin se toh hum sunne lagte the ke woh ahista ahista padhte the Ya Hayyu Ya Qayyumu bi rahmatika astagheethu aur</w:t>
      </w:r>
    </w:p>
    <w:p>
      <w:pPr>
        <w:jc w:val="right"/>
      </w:pPr>
      <w:r>
        <w:t>ي یہ بہت اچھی دعا ہے اور مولانا اکثر اس کو پڑھتے تھے۔ اور صحابہ بھی کہتے ہیں کہ جب کوئی پریشانی ہوتی تھی رسول اللہ، کوئی News آتی تھی کہیں سے تو ہم سننے لگتے تھے کہ وہ آہستہ آہستہ پڑھتے تھے يَحَيُّ يَقَيُّومُ بِرَحْمَتِكَ أَسْتَغِيثُ اور</w:t>
      </w:r>
    </w:p>
    <w:p>
      <w:r>
        <w:rPr>
          <w:b/>
        </w:rPr>
        <w:t xml:space="preserve">[1:11:59] </w:t>
      </w:r>
      <w:r>
        <w:t>ek dua jo Rasool Allah ki bohat achi dua hai Quran ke bare mein, bohat hi zabardast dua hai,</w:t>
      </w:r>
    </w:p>
    <w:p>
      <w:pPr>
        <w:jc w:val="right"/>
      </w:pPr>
      <w:r>
        <w:t>ایک دعا جو رسول اللہ کی بہت اچھی دعا ہے قرآن کے بارے میں، بہت ہی زبردست دعا ہے،</w:t>
      </w:r>
    </w:p>
    <w:p>
      <w:r>
        <w:rPr>
          <w:b/>
        </w:rPr>
        <w:t xml:space="preserve">[1:12:07] </w:t>
      </w:r>
      <w:r>
        <w:t>woh hai Allahumma taj al al Qurana rabiyya qalbi O Allah, make the Quran the spring of my heart, and the light of my chest, and the remover of my sadness,</w:t>
      </w:r>
    </w:p>
    <w:p>
      <w:pPr>
        <w:jc w:val="right"/>
      </w:pPr>
      <w:r>
        <w:t>وہ ہے اللَّهُمَّ تَجْعَلَ الْقُرْآنَ رَبِيَّ قَلْبِي او اللہ، make the Quran the spring of my heart, and the light of my chest, and the remover of my sadness,</w:t>
      </w:r>
    </w:p>
    <w:p>
      <w:r>
        <w:rPr>
          <w:b/>
        </w:rPr>
        <w:t xml:space="preserve">[1:12:25] </w:t>
      </w:r>
      <w:r>
        <w:t>and the reliever of my worries. Such a beautiful dua yani Allahumma taj al al Qurana rabiyya qalbi wa noora sadri wa jala huzni wa dhahaba hammi.</w:t>
      </w:r>
    </w:p>
    <w:p>
      <w:pPr>
        <w:jc w:val="right"/>
      </w:pPr>
      <w:r>
        <w:t>and the reliever of my worries. Such a beautiful دعا یعنی اللَّهُمَّ تَجْعَلَ الْقُرْآنَ رَبِيَّ قَلْبِي و نور صدری وجلا حزنی وذہب ہمی۔</w:t>
      </w:r>
    </w:p>
    <w:p>
      <w:r>
        <w:rPr>
          <w:b/>
        </w:rPr>
        <w:t xml:space="preserve">[1:12:37] </w:t>
      </w:r>
      <w:r>
        <w:t>Kitni zabardast dua hai yeh aur haqeeqat yeh hai ke jab Quran aap padhein, jaise abhi baat hui thi tadabbur ke sath aur gehrai se, toh yeh Quran aap ke dil ki aur aap ke seene ka noor ban jata hai.</w:t>
      </w:r>
    </w:p>
    <w:p>
      <w:pPr>
        <w:jc w:val="right"/>
      </w:pPr>
      <w:r>
        <w:t>کتنی زبردست دعا ہے یہ اور حقیقت یہ ہے کہ جب قرآن آپ پڑھیں، جیسے ابھی بات ہوئی تھی تدبر کے ساتھ اور گہرائی سے، تو یہ قرآن آپ کے دل کی اور آپ کے سینے کا نور بن جاتا ہے۔</w:t>
      </w:r>
    </w:p>
    <w:p>
      <w:r>
        <w:rPr>
          <w:b/>
        </w:rPr>
        <w:t xml:space="preserve">[1:12:55] </w:t>
      </w:r>
      <w:r>
        <w:t>Noor ka matlab yeh hai, noor woh light wale, yeh light wale noor nahi, balkeh Maulana kehte the ke noor ka matlab jahan bhi noor lafz aaya hai Quran mein, toh woh guidance ke bare mein aaya hai, Khuda ki guidance.</w:t>
      </w:r>
    </w:p>
    <w:p>
      <w:pPr>
        <w:jc w:val="right"/>
      </w:pPr>
      <w:r>
        <w:t>نور کا مطلب یہ ہے، نور وہ لائٹ والے، یہ لائٹ والے نور نہیں، بلکہ مولانا کہتے تھے کہ نور کا مطلب جہاں بھی نور لفظ آیا ہے قرآن میں، تو وہ Guidance کے بارے میں آیا ہے، خدا کی Guidance۔</w:t>
      </w:r>
    </w:p>
    <w:p>
      <w:r>
        <w:rPr>
          <w:b/>
        </w:rPr>
        <w:t xml:space="preserve">[1:13:08] </w:t>
      </w:r>
      <w:r>
        <w:t>Yani yeh Quran aap ke liye guide book ban jayegi jab aap gehrai se padhenge. Is liye yeh Allahumma taj al al Qurana rabiyya qalbi wa noora sadri wa jala huzni wa dhahaba hammi.</w:t>
      </w:r>
    </w:p>
    <w:p>
      <w:pPr>
        <w:jc w:val="right"/>
      </w:pPr>
      <w:r>
        <w:t>یعنی یہ قرآن آپ کے لیے Guide Book بن جائے گی جب آپ گہرائی سے پڑھیں گے۔ اس لیے یہ اللَّهُمَّ تَجْعَلَ الْقُرْآنَ رَبِيَّ قَلْبِي و نور صدری وجلا حزنی وذہب ہمی۔</w:t>
      </w:r>
    </w:p>
    <w:p>
      <w:r>
        <w:rPr>
          <w:b/>
        </w:rPr>
        <w:t xml:space="preserve">[1:13:20] </w:t>
      </w:r>
      <w:r>
        <w:t>yani jo aap ki takleefein hain, jo pareshaniyan hain, jis mein aap mubtala rehte hain, subah shaam sochte rehte hain, jab quran gehrai se aap padhenge aur us ki jo gehri baatein aap ke dil mein utrengi, to yeh sab jo masail hain, woh aap ke liye bohat halke hote chale jayenge.</w:t>
      </w:r>
    </w:p>
    <w:p>
      <w:pPr>
        <w:jc w:val="right"/>
      </w:pPr>
      <w:r>
        <w:t>یعنی جو آپ کی تکلیفیں ہیں، جو پریشانیاں ہیں، جس میں آپ مبتلا رہتے ہیں، صبح شام سوچتے رہتے ہیں، جب قرآن گہرائی سے آپ پڑھیں گے اور اس کی جو گہری باتیں آپ کے دل میں اتریں گی، تو یہ سب جو مسائل ہیں، وہ آپ کے لیے بہت ہلکے ہوتے چلے جائیں گے۔</w:t>
      </w:r>
    </w:p>
    <w:p>
      <w:r>
        <w:rPr>
          <w:b/>
        </w:rPr>
        <w:t xml:space="preserve">[1:13:40] </w:t>
      </w:r>
      <w:r>
        <w:t>aur sari jo pareshani hai aur Sadness hai aur takleef hai, aur woh sab cheezein ahista ahista khatam ho jayengi.</w:t>
      </w:r>
    </w:p>
    <w:p>
      <w:pPr>
        <w:jc w:val="right"/>
      </w:pPr>
      <w:r>
        <w:t>اور ساری جو پریشانی ہے اور Sadness ہے اور تکلیف ہے، اور وہ سب چیزیں آہستہ آہستہ ختم ہو جائیں گی۔</w:t>
      </w:r>
    </w:p>
    <w:p>
      <w:r>
        <w:rPr>
          <w:b/>
        </w:rPr>
        <w:t xml:space="preserve">[1:13:50] </w:t>
      </w:r>
      <w:r>
        <w:t>aur to yeh bohat hi achhi hain paighambaron ki duaein quran mein aati hain. Hazrat Musa (AS) ki dua itni achhi dua hai aur balkeh jo hum log padhte hain Rabbishrah li sadri woh khud bohat hi zabardast dua hai, us mein sari baat aa gayi</w:t>
      </w:r>
    </w:p>
    <w:p>
      <w:pPr>
        <w:jc w:val="right"/>
      </w:pPr>
      <w:r>
        <w:t>اور تو یہ بہت ہی اچھی ہیں پیغمبروں کی دعائیں قرآن میں آتی ہیں۔ حضرت موسیٰ علیہ السلام کی دعا اتنی اچھی دعا ہے اور بلکہ جو ہم لوگ پڑھتے ہیں رَبِّ شُرِحْ لِي صَدْرِي وہ خود بہت ہی زبردست دعا ہے، اس میں ساری بات آ گئی</w:t>
      </w:r>
    </w:p>
    <w:p>
      <w:r>
        <w:rPr>
          <w:b/>
        </w:rPr>
        <w:t xml:space="preserve">[1:14:07] </w:t>
      </w:r>
      <w:r>
        <w:t>hai. Musa (AS) ne jab dua ki to bohat hi umdah dua hai aur bohat hi achhi dua hai. To ab jaise Rasool Allah ne kaha ke jo Zunun ki dua kare, us ki dua Reject nahi hoti hai.</w:t>
      </w:r>
    </w:p>
    <w:p>
      <w:pPr>
        <w:jc w:val="right"/>
      </w:pPr>
      <w:r>
        <w:t>ہے۔ موسیٰ علیہ السلام نے جب دعا کی تو بہت ہی عمدہ دعا ہے اور بہت ہی اچھی دعا ہے۔ تو اب جیسے رسول اللہ نے کہا کہ جو ذنون کی دعا کرے، اس کی دعا Reject نہیں ہوتی ہے۔</w:t>
      </w:r>
    </w:p>
    <w:p>
      <w:r>
        <w:rPr>
          <w:b/>
        </w:rPr>
        <w:t xml:space="preserve">[1:14:22] </w:t>
      </w:r>
      <w:r>
        <w:t>yani Yunus (AS) ki dua jab woh machhli ke pait mein chale gaye to unhone kaha La ilaha illa anta subhanaka inni kuntu minaz zalimin ke aye Allah, tu pak hai, main hi maine hi zulm kiya hai.</w:t>
      </w:r>
    </w:p>
    <w:p>
      <w:pPr>
        <w:jc w:val="right"/>
      </w:pPr>
      <w:r>
        <w:t>یعنی یونس علیہ السلام کی دعا جب وہ مچھلی کے پیٹ میں چلے گئے تو انہوں نے کہا لا إله إلا أنت سبحانك إني كنت من الظالمين کہ اے اللہ، تو پاک ہے، میں ہی میں نے ہی ظلم کیا ہے۔</w:t>
      </w:r>
    </w:p>
    <w:p>
      <w:r>
        <w:rPr>
          <w:b/>
        </w:rPr>
        <w:t xml:space="preserve">[1:14:35] </w:t>
      </w:r>
      <w:r>
        <w:t>to</w:t>
      </w:r>
    </w:p>
    <w:p>
      <w:pPr>
        <w:jc w:val="right"/>
      </w:pPr>
      <w:r>
        <w:t>تو</w:t>
      </w:r>
    </w:p>
    <w:p>
      <w:r>
        <w:rPr>
          <w:b/>
        </w:rPr>
        <w:t xml:space="preserve">[1:14:36] </w:t>
      </w:r>
      <w:r>
        <w:t>Allah ne usi waqt qabool ki, machhli ne la ke daal diya aur dua ki taaseer dekhiye ke jab gaye Hazrat Yunus (AS) to jo jo log un ko Reject kar rahe the, woh bhi iman le aaye, ek lakh</w:t>
      </w:r>
    </w:p>
    <w:p>
      <w:pPr>
        <w:jc w:val="right"/>
      </w:pPr>
      <w:r>
        <w:t>اللہ نے اسی وقت قبول کی، مچھلی نے لا کے ڈال دیا اور دعا کی تاثیر دیکھیے کہ جب گئے حضرت یونس علیہ السلام تو جو جو لوگ ان کو Reject کر رہے تھے، وہ بھی ایمان لے آئے، ایک لاکھ</w:t>
      </w:r>
    </w:p>
    <w:p>
      <w:r>
        <w:rPr>
          <w:b/>
        </w:rPr>
        <w:t xml:space="preserve">[1:14:52] </w:t>
      </w:r>
      <w:r>
        <w:t>se zyada. To itni zabardast dua hai lekin dua dil se nikalni chahiye. Aur Hazrat</w:t>
      </w:r>
    </w:p>
    <w:p>
      <w:pPr>
        <w:jc w:val="right"/>
      </w:pPr>
      <w:r>
        <w:t>سے زیادہ۔ تو اتنی زبردست دعا ہے لیکن دعا دل سے نکلنی چاہیے۔ اور حضرت</w:t>
      </w:r>
    </w:p>
    <w:p>
      <w:r>
        <w:rPr>
          <w:b/>
        </w:rPr>
        <w:t xml:space="preserve">[1:15:05] </w:t>
      </w:r>
      <w:r>
        <w:t>Zakariya ki dua bohat hi achhi quran mein Surah Maryam ke bilkul aaghaz mein hai ke Id nadā rabbahu nidā'an kha</w:t>
      </w:r>
    </w:p>
    <w:p>
      <w:pPr>
        <w:jc w:val="right"/>
      </w:pPr>
      <w:r>
        <w:t>زکریا کی دعا بہت ہی اچھی قرآن میں سورہ مریم کے بالکل آغاز میں ہے کہ اِذْ نَادَى رَبَّهُ نِدَاءً خَ</w:t>
      </w:r>
    </w:p>
    <w:p>
      <w:r>
        <w:rPr>
          <w:b/>
        </w:rPr>
        <w:t xml:space="preserve">[1:15:14] </w:t>
      </w:r>
      <w:r>
        <w:t>fiyyan When he called his Lord in low voice yani khafi kehte hain bareek cheez ko ke aisi yani Whisper ke andaaz mein dua ki.</w:t>
      </w:r>
    </w:p>
    <w:p>
      <w:pPr>
        <w:jc w:val="right"/>
      </w:pPr>
      <w:r>
        <w:t>فِيًّا When he called his Lord in low voice یعنی خفی کہتے ہیں باریک چیز کو کہ ایسی یعنی Whisper کے انداز میں دعا کی۔</w:t>
      </w:r>
    </w:p>
    <w:p>
      <w:r>
        <w:rPr>
          <w:b/>
        </w:rPr>
        <w:t xml:space="preserve">[1:15:26] </w:t>
      </w:r>
      <w:r>
        <w:t>kitni zabardast hai ke us ne apne Rab ko Whisper ke andaaz mein pukara. Choonkeh aap jab Allah se dua karte hain to Loudspeaker pe nahi hoti hai, woh bohat hi khamosh dil se nikli hui dua hoti hai.</w:t>
      </w:r>
    </w:p>
    <w:p>
      <w:pPr>
        <w:jc w:val="right"/>
      </w:pPr>
      <w:r>
        <w:t>کتنی زبردست ہے کہ اس نے اپنے رب کو Whisper کے انداز میں پکارا۔ چونکہ آپ جب اللہ سے دعا کرتے ہیں تو Loudspeaker پہ نہیں ہوتی ہے، وہ بہت ہی خاموش دل سے نکلی ہوئی دعا ہوتی ہے۔</w:t>
      </w:r>
    </w:p>
    <w:p>
      <w:r>
        <w:rPr>
          <w:b/>
        </w:rPr>
        <w:t xml:space="preserve">[1:15:42] </w:t>
      </w:r>
      <w:r>
        <w:t>aur Hazrat Zakariya ne farmaya ke lam akum bidu'aika Rabbi shaqiyyan ke aye mere Rab, tujh se main dua kar ke kabhi mayoos nahi hua, kabhi tune meri dua Reject nahi ki.</w:t>
      </w:r>
    </w:p>
    <w:p>
      <w:pPr>
        <w:jc w:val="right"/>
      </w:pPr>
      <w:r>
        <w:t>اور حضرت زکریا نے فرمایا کہ لَمْ أَكُمْ بِدُعَائِكَ رَبِّي شَقِيًّا کہ اے میرے رب، تجھ سے میں دعا کر کے کبھی مایوس نہیں ہوا، کبھی تو نے میری دعا Reject نہیں کی۔</w:t>
      </w:r>
    </w:p>
    <w:p>
      <w:r>
        <w:rPr>
          <w:b/>
        </w:rPr>
        <w:t xml:space="preserve">[1:15:54] </w:t>
      </w:r>
      <w:r>
        <w:t>to yeh jo paighambaron ki duaein hain, woh bohat hi umdah duaein hain, woh hamein batati hain ke kisi khaas mauqe pe un ke dil mein kya ehsasat paida hue, kya un ke dil ki کیفیت thi.</w:t>
      </w:r>
    </w:p>
    <w:p>
      <w:pPr>
        <w:jc w:val="right"/>
      </w:pPr>
      <w:r>
        <w:t>تو یہ جو پیغمبروں کی دعائیں ہیں، وہ بہت ہی عمدہ دعائیں ہیں، وہ ہمیں بتاتی ہیں کہ کسی خاص موقع پہ ان کے دل میں کیا احساسات پیدا ہوئے، کیا ان کے دل کی کیفیت تھی۔</w:t>
      </w:r>
    </w:p>
    <w:p>
      <w:r>
        <w:rPr>
          <w:b/>
        </w:rPr>
        <w:t xml:space="preserve">[1:16:07] </w:t>
      </w:r>
      <w:r>
        <w:t>to dil ke ehsasat ka naam dua hai. Baqi jo paighambaron ki duaein hain, woh bohat hi achhi hain. Rabbana zalamna anfusana ab yeh dono dua kar rahe hain, Adam and Eve dono dua kar rahe hain</w:t>
      </w:r>
    </w:p>
    <w:p>
      <w:pPr>
        <w:jc w:val="right"/>
      </w:pPr>
      <w:r>
        <w:t>تو دل کے احساسات کا نام دعا ہے۔ باقی جو پیغمبروں کی دعائیں ہیں، وہ بہت ہی اچھی ہیں۔ رَبَّنَا ظَلَمْنَا أَنْفُسَنَا اب یہ دونوں دعا کر رہے ہیں، Adam and Eve دونوں دعا کر رہے ہیں</w:t>
      </w:r>
    </w:p>
    <w:p>
      <w:r>
        <w:rPr>
          <w:b/>
        </w:rPr>
        <w:t xml:space="preserve">[1:16:22] </w:t>
      </w:r>
      <w:r>
        <w:t>Rabbana zalamna anfusana Our Lord, we have wronged our souls, and if you will not forgive us and have mercy on us, we will be among the lost.</w:t>
      </w:r>
    </w:p>
    <w:p>
      <w:pPr>
        <w:jc w:val="right"/>
      </w:pPr>
      <w:r>
        <w:t>رَبَّنَا ظَلَمْنَا أَنْفُسَنَا Our Lord, we have wronged our souls, and if you will not forgive us and have mercy on us, we will be among the lost.</w:t>
      </w:r>
    </w:p>
    <w:p>
      <w:r>
        <w:rPr>
          <w:b/>
        </w:rPr>
        <w:t xml:space="preserve">[1:16:32] </w:t>
      </w:r>
      <w:r>
        <w:t>Rabbana zalamna anfusana wa in lam taghfir lana wa tarhamna lanakunnana minal khasirin to zabardast dua hai yeh aur sari paighambaron ki duaein jo hain, woh hamein batati hain ke dua ka tareeqa kya</w:t>
      </w:r>
    </w:p>
    <w:p>
      <w:pPr>
        <w:jc w:val="right"/>
      </w:pPr>
      <w:r>
        <w:t>رَبَّنَا ظَلَمْنَا أَنْفُسَنَا وإن لم تغفر لنا وترحمنا لنكونن من الخاسرين تو زبردست دعا ہے یہ اور ساری پیغمبروں کی دعائیں جو ہیں، وہ ہمیں بتاتی ہیں کہ دعا کا طریقہ کیا</w:t>
      </w:r>
    </w:p>
    <w:p>
      <w:r>
        <w:rPr>
          <w:b/>
        </w:rPr>
        <w:t xml:space="preserve">[1:16:48] </w:t>
      </w:r>
      <w:r>
        <w:t>hai. To ji, dua behraal dil se honi chahiye aur un ki hamein duaon se hamein ek rasta, ek tareeqa milta hai ke hum kaise dua karein.</w:t>
      </w:r>
    </w:p>
    <w:p>
      <w:pPr>
        <w:jc w:val="right"/>
      </w:pPr>
      <w:r>
        <w:t>ہے۔ تو جی، دعا بہرحال دل سے ہونی چاہیے اور ان کی ہمیں دعاؤں سے ہمیں ایک راستہ، ایک طریقہ ملتا ہے کہ ہم کیسے دعا کریں۔</w:t>
      </w:r>
    </w:p>
    <w:p>
      <w:r>
        <w:rPr>
          <w:b/>
        </w:rPr>
        <w:t xml:space="preserve">[1:16:59] </w:t>
      </w:r>
      <w:r>
        <w:t>Thank you Doctor Sahab, aaj ki Sunday class waqai mein bohat special thi. Aa, is ka, is ke, is ka experience, is ke lessons inshallah hum sab ko yaad rahenge.</w:t>
      </w:r>
    </w:p>
    <w:p>
      <w:pPr>
        <w:jc w:val="right"/>
      </w:pPr>
      <w:r>
        <w:t>Thank you ڈاکٹر صاحب، آج کی Sunday کلاس واقعی میں بہت special تھی۔ آ، اس کا، اس کے، اس کا experience، اس کے lessons انشاءاللہ ہم سب کو یاد رہیں گے۔</w:t>
      </w:r>
    </w:p>
    <w:p>
      <w:r>
        <w:rPr>
          <w:b/>
        </w:rPr>
        <w:t xml:space="preserve">[1:17:12] </w:t>
      </w:r>
      <w:r>
        <w:t>Jazak Allah Doctor Sahab, Jazak Allah Aapa for doing an amazing session today. Thank you.</w:t>
      </w:r>
    </w:p>
    <w:p>
      <w:pPr>
        <w:jc w:val="right"/>
      </w:pPr>
      <w:r>
        <w:t>جزاک اللہ ڈاکٹر صاحب، جزاک اللہ آپا for doing an amazing session today. Thank you.</w:t>
      </w:r>
    </w:p>
    <w:p>
      <w:r>
        <w:rPr>
          <w:b/>
        </w:rPr>
        <w:t xml:space="preserve">[1:17:18] </w:t>
      </w:r>
      <w:r>
        <w:t>And with this, we will end this session now.</w:t>
      </w:r>
    </w:p>
    <w:p>
      <w:pPr>
        <w:jc w:val="right"/>
      </w:pPr>
      <w:r>
        <w:t>And with this, we will end this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