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Interaction February 22, 2020 Maulana Wahiduddin Khan</w:t>
      </w:r>
    </w:p>
    <w:p>
      <w:r>
        <w:t>https://www.youtube.com/watch?v=s4MIiunBRxI</w:t>
      </w:r>
    </w:p>
    <w:p>
      <w:r>
        <w:rPr>
          <w:b/>
        </w:rPr>
        <w:t xml:space="preserve">[00:14] </w:t>
      </w:r>
      <w:r>
        <w:t>Okay, uh, Salaam Walekum. Uh, today, uh, we have with us CPS members from Mumbai, Bhopal, and Pune.</w:t>
      </w:r>
    </w:p>
    <w:p>
      <w:pPr>
        <w:jc w:val="right"/>
      </w:pPr>
      <w:r>
        <w:t>Okay, uh, सलाम वालेकुम। Uh, today, uh, we have with us CPS members from Mumbai, Bhopal, and Pune.</w:t>
      </w:r>
    </w:p>
    <w:p>
      <w:r>
        <w:rPr>
          <w:b/>
        </w:rPr>
        <w:t xml:space="preserve">[00:24] </w:t>
      </w:r>
      <w:r>
        <w:t>aur ab hum interactive session shuru karne jaa rahe hain Maulana Sahab ke saath. Uh, sab se pehle, uh, ek mein sawal poochna chahunga Maulana Wahiduddin Khan Sahab se. yeh sawal, uh, bheja hai Mr.</w:t>
      </w:r>
    </w:p>
    <w:p>
      <w:pPr>
        <w:jc w:val="right"/>
      </w:pPr>
      <w:r>
        <w:t>और अब हम interactive session शुरू करने जा रहे हैं मौलाना साहब के साथ। Uh, सबसे पहले, uh, एक मैं सवाल पूछना चाहूँगा मौलाना वैद्युद्दीन खान साहब से। ये सवाल, uh, भेजा है Mr.</w:t>
      </w:r>
    </w:p>
    <w:p>
      <w:r>
        <w:rPr>
          <w:b/>
        </w:rPr>
        <w:t xml:space="preserve">[00:38] </w:t>
      </w:r>
      <w:r>
        <w:t>Arvind Amrit Sahab ne, aur unhon ne likha hai, uh, "Sir, I have been seeing your videos, and I am very much influenced by it.</w:t>
      </w:r>
    </w:p>
    <w:p>
      <w:pPr>
        <w:jc w:val="right"/>
      </w:pPr>
      <w:r>
        <w:t>अरविंद अमृत साहब ने, और उन्होंने लिखा है, uh, "Sir, I have been seeing your videos, and I am very much influenced by it.</w:t>
      </w:r>
    </w:p>
    <w:p>
      <w:r>
        <w:rPr>
          <w:b/>
        </w:rPr>
        <w:t xml:space="preserve">[00:52] </w:t>
      </w:r>
      <w:r>
        <w:t>I want to ask a question, and my question is, if Allah has written our destinies in each and every second of our lives before the creation of human being,</w:t>
      </w:r>
    </w:p>
    <w:p>
      <w:pPr>
        <w:jc w:val="right"/>
      </w:pPr>
      <w:r>
        <w:t>I want to ask a question, and my question is, if Allah has written our destinies in each and every second of our lives before the creation of human being,</w:t>
      </w:r>
    </w:p>
    <w:p>
      <w:r>
        <w:rPr>
          <w:b/>
        </w:rPr>
        <w:t xml:space="preserve">[01:07] </w:t>
      </w:r>
      <w:r>
        <w:t>then why do we feel regretful after sinning? Why do the rapists and the wrongdoers enter Jahannam?</w:t>
      </w:r>
    </w:p>
    <w:p>
      <w:pPr>
        <w:jc w:val="right"/>
      </w:pPr>
      <w:r>
        <w:t>then why do we feel regretful after sinning? Why do the rapists and the wrongdoers enter Jahannam?</w:t>
      </w:r>
    </w:p>
    <w:p>
      <w:r>
        <w:rPr>
          <w:b/>
        </w:rPr>
        <w:t xml:space="preserve">[01:16] </w:t>
      </w:r>
      <w:r>
        <w:t>Because if it was written that he will rape someone or someone will do something wrong, and someone will practice shirk." Maulana sahab, please answer this question that I have.</w:t>
      </w:r>
    </w:p>
    <w:p>
      <w:pPr>
        <w:jc w:val="right"/>
      </w:pPr>
      <w:r>
        <w:t>Because if it was written that he will rape someone or someone will do something wrong, and someone will practice shirk." मौलाना साहब, please answer this question that I have.</w:t>
      </w:r>
    </w:p>
    <w:p>
      <w:r>
        <w:rPr>
          <w:b/>
        </w:rPr>
        <w:t xml:space="preserve">[01:31] </w:t>
      </w:r>
      <w:r>
        <w:t>ye bohat hi achha question hai. Achha, dekhiye, is</w:t>
      </w:r>
    </w:p>
    <w:p>
      <w:pPr>
        <w:jc w:val="right"/>
      </w:pPr>
      <w:r>
        <w:t>ये बहुत ही अच्छा question है। अच्छा, देखिए, इस</w:t>
      </w:r>
    </w:p>
    <w:p>
      <w:r>
        <w:rPr>
          <w:b/>
        </w:rPr>
        <w:t xml:space="preserve">[01:40] </w:t>
      </w:r>
      <w:r>
        <w:t>hadis ko samajhne mein galti ye hoti hai ki log aadhi hadis lete hain, aadhi nahi lete. Aadhi lete hain, aadhi nahi lete. Dekhiye, hadis mein ek taraf ye hai ki Allah ne</w:t>
      </w:r>
    </w:p>
    <w:p>
      <w:pPr>
        <w:jc w:val="right"/>
      </w:pPr>
      <w:r>
        <w:t>हदीस को समझने में गलती ये होती है कि लोग आधी हदीस लेते हैं, आधी नहीं लेते। आधी लेते हैं, आधी नहीं लेते। देखिए, हदीस में एक तरफ ये है कि Allah ने</w:t>
      </w:r>
    </w:p>
    <w:p>
      <w:r>
        <w:rPr>
          <w:b/>
        </w:rPr>
        <w:t xml:space="preserve">[01:59] </w:t>
      </w:r>
      <w:r>
        <w:t>har insaan ki destiny likh di hai.</w:t>
      </w:r>
    </w:p>
    <w:p>
      <w:pPr>
        <w:jc w:val="right"/>
      </w:pPr>
      <w:r>
        <w:t>हर इंसान की destiny लिख दी है।</w:t>
      </w:r>
    </w:p>
    <w:p>
      <w:r>
        <w:rPr>
          <w:b/>
        </w:rPr>
        <w:t xml:space="preserve">[02:06] </w:t>
      </w:r>
      <w:r>
        <w:t>usi hadis se doosri baat ye hai, doosri hadison mein, ki Allah ne, Allah ka jo plan hai, Allah ke jo nazdeek jo good aur bad hai,</w:t>
      </w:r>
    </w:p>
    <w:p>
      <w:pPr>
        <w:jc w:val="right"/>
      </w:pPr>
      <w:r>
        <w:t>उसी हदीस से दूसरी बात ये है, दूसरी हदीसों में, कि Allah ने, Allah का जो plan है, Allah के जो के नज़दीक जो good और bad है,</w:t>
      </w:r>
    </w:p>
    <w:p>
      <w:r>
        <w:rPr>
          <w:b/>
        </w:rPr>
        <w:t xml:space="preserve">[02:22] </w:t>
      </w:r>
      <w:r>
        <w:t>sab likh diya hai. To dekhiye, ye hadis us insaan ke bare mein hai jo sincere ho. Sincere insaan ke liye har baat hoti hai, yaad rakhiye. Insincere logon ko koi baat nahi hoti hai.</w:t>
      </w:r>
    </w:p>
    <w:p>
      <w:pPr>
        <w:jc w:val="right"/>
      </w:pPr>
      <w:r>
        <w:t>सब लिख दिया है। तो देखिए, ये हदीस उस इंसान के बारे में है जो sincere हो। Sincere इंसान के लिए हर बात होती है, याद रखिए। Insincere लोगों को कोई बात नहीं होती है।</w:t>
      </w:r>
    </w:p>
    <w:p>
      <w:r>
        <w:rPr>
          <w:b/>
        </w:rPr>
        <w:t xml:space="preserve">[02:40] </w:t>
      </w:r>
      <w:r>
        <w:t>is baat ko achhi tarah samajh lein ki insincerity ki koi baat nahi hoti. Har baat sincere logon ke liye hoti hai. To is hadis ko jab aap lenge, to ek taraf ye sunenge aap</w:t>
      </w:r>
    </w:p>
    <w:p>
      <w:pPr>
        <w:jc w:val="right"/>
      </w:pPr>
      <w:r>
        <w:t>इस बात को अच्छी तरह समझ लें कि insincerity की कोई बात नहीं होती। हर बात sincere लोगों के लिए होती है। तो इस हदीस को जब आप लेंगे, तो एक तरफ ये सुनेंगे आप</w:t>
      </w:r>
    </w:p>
    <w:p>
      <w:r>
        <w:rPr>
          <w:b/>
        </w:rPr>
        <w:t xml:space="preserve">[02:57] </w:t>
      </w:r>
      <w:r>
        <w:t>ki Allah ne likh diya hai sab kuch. To Allah ne sara plan bhi de diya hai, kya karo, kya na karo. And do's and don'ts bhi bata diya hai.</w:t>
      </w:r>
    </w:p>
    <w:p>
      <w:pPr>
        <w:jc w:val="right"/>
      </w:pPr>
      <w:r>
        <w:t>कि Allah ने लिख दिया है सब कुछ। तो Allah ने सारा plan भी दे दिया है, क्या करो, क्या न करो। And do's and don'ts भी बता दिया है।</w:t>
      </w:r>
    </w:p>
    <w:p>
      <w:r>
        <w:rPr>
          <w:b/>
        </w:rPr>
        <w:t xml:space="preserve">[03:10] </w:t>
      </w:r>
      <w:r>
        <w:t>ek taraf agar Allah ne destiny likh di hai, to ye bhi to likh diya hai ki what to do, do, karo kya hai, na karo kya hai. To aap gaur kijiye ki agar aadmi se ek galti ho jati hai,</w:t>
      </w:r>
    </w:p>
    <w:p>
      <w:pPr>
        <w:jc w:val="right"/>
      </w:pPr>
      <w:r>
        <w:t>एक तरफ अगर Allah ने destiny लिख दी है, तो ये भी तो लिख दिया है कि what to do, do, करो क्या है, न करो क्या है। तो आप गौर कीजिए कि अगर आदमी से एक गलती हो जाती है,</w:t>
      </w:r>
    </w:p>
    <w:p>
      <w:r>
        <w:rPr>
          <w:b/>
        </w:rPr>
        <w:t xml:space="preserve">[03:30] </w:t>
      </w:r>
      <w:r>
        <w:t>ek galti ho jati hai, jisko Quran mein kaha hai lamm. Lamm maane pad jaana, galtiyan pad jaana hai. To agar ek galti ho jati hai, to wo insincere se us insaan ko</w:t>
      </w:r>
    </w:p>
    <w:p>
      <w:pPr>
        <w:jc w:val="right"/>
      </w:pPr>
      <w:r>
        <w:t>एक गलती हो जाती है, जिसको क़ुरआन में कहा है लमम। लमम माने पड़ जाना, गलतियाँ पड़ जाना है। तो अगर एक गलती हो जाती है, तो वो insincere से उस इंसान को</w:t>
      </w:r>
    </w:p>
    <w:p>
      <w:r>
        <w:rPr>
          <w:b/>
        </w:rPr>
        <w:t xml:space="preserve">[03:50] </w:t>
      </w:r>
      <w:r>
        <w:t>sincere insaan kaise dikhega?</w:t>
      </w:r>
    </w:p>
    <w:p>
      <w:pPr>
        <w:jc w:val="right"/>
      </w:pPr>
      <w:r>
        <w:t>sincere इंसान कैसे दिखेगा?</w:t>
      </w:r>
    </w:p>
    <w:p>
      <w:r>
        <w:rPr>
          <w:b/>
        </w:rPr>
        <w:t xml:space="preserve">[03:53] </w:t>
      </w:r>
      <w:r>
        <w:t>kyunki har galti ke baad for repentance aata hai. By nature, ye aapki nature mein involved hai ki har galti ke baad repentance aata hai. To follow that repentance.</w:t>
      </w:r>
    </w:p>
    <w:p>
      <w:pPr>
        <w:jc w:val="right"/>
      </w:pPr>
      <w:r>
        <w:t>क्योंकि हर गलती के बाद for repentance आता है। By nature, ये आपकी nature में involved है कि हर गलती के बाद repentance आता है। तो follow that repentance।</w:t>
      </w:r>
    </w:p>
    <w:p>
      <w:r>
        <w:rPr>
          <w:b/>
        </w:rPr>
        <w:t xml:space="preserve">[04:12] </w:t>
      </w:r>
      <w:r>
        <w:t>Sincere insaan jab galti karega, to foreign uske baad repentance aa jayega ki aah, hamari ye galti kar di. To jaante hain kya hai?</w:t>
      </w:r>
    </w:p>
    <w:p>
      <w:pPr>
        <w:jc w:val="right"/>
      </w:pPr>
      <w:r>
        <w:t>Sincere इंसान जब गलती करेगा, तो foreign उसके बाद repentance आ जाएगा कि आह, हमारी ये गलती कर दी। तो जानते हैं क्या है?</w:t>
      </w:r>
    </w:p>
    <w:p>
      <w:r>
        <w:rPr>
          <w:b/>
        </w:rPr>
        <w:t xml:space="preserve">[04:24] </w:t>
      </w:r>
      <w:r>
        <w:t>us insaan ke andar naya shauk, amal ka naya jazba, nayi spirit jagegi. Chalo, ab to ho gaya, ab nahi karunga.</w:t>
      </w:r>
    </w:p>
    <w:p>
      <w:pPr>
        <w:jc w:val="right"/>
      </w:pPr>
      <w:r>
        <w:t>उस इंसान के अंदर नया शौक, अमल का नया जज़्बा, नई spirit जगेगी। चलो, अब तो हो गया, अब नहीं करूँगा।</w:t>
      </w:r>
    </w:p>
    <w:p>
      <w:r>
        <w:rPr>
          <w:b/>
        </w:rPr>
        <w:t xml:space="preserve">[04:37] </w:t>
      </w:r>
      <w:r>
        <w:t>ab to ho gaya, ab main koi naya kaam karunga, koi achhi baat karunga jo jisse wo wo cheez dhul jaye meri. To iske maane ye hain ki ye jo Allah ne kaha ki likh diya hai,</w:t>
      </w:r>
    </w:p>
    <w:p>
      <w:pPr>
        <w:jc w:val="right"/>
      </w:pPr>
      <w:r>
        <w:t>अब तो हो गया, अब मैं कोई नया काम करूँगा, कोई अच्छी बात करूँगा जो जिससे वो वो चीज़ धुल जाए मेरी। तो इसके माने ये हैं कि ये जो Allah ने कहा कि लिख दिया है,</w:t>
      </w:r>
    </w:p>
    <w:p>
      <w:r>
        <w:rPr>
          <w:b/>
        </w:rPr>
        <w:t xml:space="preserve">[04:55] </w:t>
      </w:r>
      <w:r>
        <w:t>to iske maane ye hain ki likh to diya hai, lekin uska jo result niklega, good hamesha. Kyunki wo insaan galti, lamm ke taur par galti to cover ho jayegi usse. Sochega, sochega, sochega, ab usse ye galti ho gayi hai.</w:t>
      </w:r>
    </w:p>
    <w:p>
      <w:pPr>
        <w:jc w:val="right"/>
      </w:pPr>
      <w:r>
        <w:t>तो इसके माने ये हैं कि लिख तो दिया है, लेकिन उसका जो result निकलेगा, good हमेशा। क्योंकि वो इंसान गलती, लमम के तौर पर गलती तो cover हो जाएगी उससे। सोचेगा, सोचेगा, सोचेगा, अब उससे ये गलती हो गई है।</w:t>
      </w:r>
    </w:p>
    <w:p>
      <w:r>
        <w:rPr>
          <w:b/>
        </w:rPr>
        <w:t xml:space="preserve">[05:16] </w:t>
      </w:r>
      <w:r>
        <w:t>to aur badi, aur aur bada amal karega wo. Pehle se zyada bada amal. Main aapko apna ek kissa batata hoon, naujawani ke zamane mein. Main ek zamindar family mein paida hua. To zamindar family apne ilake mein</w:t>
      </w:r>
    </w:p>
    <w:p>
      <w:pPr>
        <w:jc w:val="right"/>
      </w:pPr>
      <w:r>
        <w:t>तो और बड़ी, और और बड़ा अमल करेगा वो। पहले से ज्यादा बड़ा अमल। मैं आपको अपना एक किस्सा बताता हूँ, नौजवानी के ज़माने में। मैं एक ज़मींदार family में पैदा हुआ। तो ज़मींदार family अपने इलाके में</w:t>
      </w:r>
    </w:p>
    <w:p>
      <w:r>
        <w:rPr>
          <w:b/>
        </w:rPr>
        <w:t xml:space="preserve">[05:35] </w:t>
      </w:r>
      <w:r>
        <w:t>lord hua karti thi, lord. To ek ek aadmi jo aajkal ke zamane mein dalit tha, dalit, us zamane mein hum log usko chamar kehte the. To main kisi baat par</w:t>
      </w:r>
    </w:p>
    <w:p>
      <w:pPr>
        <w:jc w:val="right"/>
      </w:pPr>
      <w:r>
        <w:t>लॉर्ड हुआ करती थी, लॉर्ड। तो एक एक आदमी जो आजकल के ज़माने में दलित था, दलित, उस ज़माने में हम लोग उसको चमार कहते थे। तो मैं किसी बात पर</w:t>
      </w:r>
    </w:p>
    <w:p>
      <w:r>
        <w:rPr>
          <w:b/>
        </w:rPr>
        <w:t xml:space="preserve">[05:52] </w:t>
      </w:r>
      <w:r>
        <w:t>usko maine ek lakdi mere haath mein thi, usko maar diya. Uska naam tha Ramnath. Bahut pehle ki baat hai, jab main teen age mein teenager tha garbon.</w:t>
      </w:r>
    </w:p>
    <w:p>
      <w:pPr>
        <w:jc w:val="right"/>
      </w:pPr>
      <w:r>
        <w:t>उसको मैंने एक लकड़ी मेरे हाथ में थी, उसको मार दिया। उसका नाम था रामनाथ। बहुत पहले की बात है, जब मैं teen age में teenager था garbon।</w:t>
      </w:r>
    </w:p>
    <w:p>
      <w:r>
        <w:rPr>
          <w:b/>
        </w:rPr>
        <w:t xml:space="preserve">[06:11] </w:t>
      </w:r>
      <w:r>
        <w:t>to maine usko maar diya. Lekin maarne ke baad jab main ghar aaya,</w:t>
      </w:r>
    </w:p>
    <w:p>
      <w:pPr>
        <w:jc w:val="right"/>
      </w:pPr>
      <w:r>
        <w:t>तो मैंने उसको मार दिया। लेकिन मारने के बाद जब मैं घर आया,</w:t>
      </w:r>
    </w:p>
    <w:p>
      <w:r>
        <w:rPr>
          <w:b/>
        </w:rPr>
        <w:t xml:space="preserve">[06:22] </w:t>
      </w:r>
      <w:r>
        <w:t>to Hazrat Abu Darda ne kaha hai, bahut achhi baat, ki</w:t>
      </w:r>
    </w:p>
    <w:p>
      <w:pPr>
        <w:jc w:val="right"/>
      </w:pPr>
      <w:r>
        <w:t>तो हज़रत अबू दर्दा ने कहा है, बहुत अच्छी बात, कि</w:t>
      </w:r>
    </w:p>
    <w:p>
      <w:r>
        <w:rPr>
          <w:b/>
        </w:rPr>
        <w:t xml:space="preserve">[06:30] </w:t>
      </w:r>
      <w:r>
        <w:t>jab aadmi</w:t>
      </w:r>
    </w:p>
    <w:p>
      <w:pPr>
        <w:jc w:val="right"/>
      </w:pPr>
      <w:r>
        <w:t>जब आदमी</w:t>
      </w:r>
    </w:p>
    <w:p>
      <w:r>
        <w:rPr>
          <w:b/>
        </w:rPr>
        <w:t xml:space="preserve">[06:35] </w:t>
      </w:r>
      <w:r>
        <w:t>aqalmand ho, matlab sincere, sincere ho, to wo bahar doosre ko sakht kahega, andar agar apne ko sakht, usse bhi zyada sakht alfaaz mein apne ko mukhatib karega wo.</w:t>
      </w:r>
    </w:p>
    <w:p>
      <w:pPr>
        <w:jc w:val="right"/>
      </w:pPr>
      <w:r>
        <w:t>अकलमंद हो, मतलब sincere, sincere हो, तो वो बाहर दूसरे को सख्त कहेगा, अंदर अगर अपने को सख्त, उससे भी ज़्यादा सख्त अल्फ़ाज़ में अपने को मुखातिब करेगा वो।</w:t>
      </w:r>
    </w:p>
    <w:p>
      <w:r>
        <w:rPr>
          <w:b/>
        </w:rPr>
        <w:t xml:space="preserve">[06:54] </w:t>
      </w:r>
      <w:r>
        <w:t>to maine usko maar diya. Lekin jab ghar aaya, to mujhe bahut zyada repentance ho gaya, repentance.</w:t>
      </w:r>
    </w:p>
    <w:p>
      <w:pPr>
        <w:jc w:val="right"/>
      </w:pPr>
      <w:r>
        <w:t>तो मैंने उसको मार दिया। लेकिन जब घर आया, तो मुझे बहुत ज़्यादा repentance हो गया, repentance।</w:t>
      </w:r>
    </w:p>
    <w:p>
      <w:r>
        <w:rPr>
          <w:b/>
        </w:rPr>
        <w:t xml:space="preserve">[07:03] </w:t>
      </w:r>
      <w:r>
        <w:t>aur maine socha ki main uski talafi karna hai. to wo ek ek wo jaag pada apne andar.</w:t>
      </w:r>
    </w:p>
    <w:p>
      <w:pPr>
        <w:jc w:val="right"/>
      </w:pPr>
      <w:r>
        <w:t>और मैंने सोचा कि मैं उसकी तलाफी करना है। तो वो एक एक वो जाग पड़ा अपने अंदर।</w:t>
      </w:r>
    </w:p>
    <w:p>
      <w:r>
        <w:rPr>
          <w:b/>
        </w:rPr>
        <w:t xml:space="preserve">[07:21] </w:t>
      </w:r>
      <w:r>
        <w:t>sakht jazba</w:t>
      </w:r>
    </w:p>
    <w:p>
      <w:pPr>
        <w:jc w:val="right"/>
      </w:pPr>
      <w:r>
        <w:t>सख्त जज़्बा</w:t>
      </w:r>
    </w:p>
    <w:p>
      <w:r>
        <w:rPr>
          <w:b/>
        </w:rPr>
        <w:t xml:space="preserve">[07:25] </w:t>
      </w:r>
      <w:r>
        <w:t>jaag pada. to mujhe yaad aata hai ki maine ek maulvi se poocha tha ki main ab kya karoon, to usne maar diya. to unhone koi khaas baat nahi batai. lekin mera andar ki jazba</w:t>
      </w:r>
    </w:p>
    <w:p>
      <w:pPr>
        <w:jc w:val="right"/>
      </w:pPr>
      <w:r>
        <w:t>जाग पड़ा। तो मुझे याद आता है कि मैंने एक मौलवी से पूछा था कि मैं अब क्या करूँ, तो उसने मार दिया। तो उन्होंने कोई खास बात नहीं बताई। लेकिन मेरा अंदर की जज़्बा</w:t>
      </w:r>
    </w:p>
    <w:p>
      <w:r>
        <w:rPr>
          <w:b/>
        </w:rPr>
        <w:t xml:space="preserve">[07:41] </w:t>
      </w:r>
      <w:r>
        <w:t>kaam karta raha. aur main apne gaon se chalkar wahan gaya, uske gaon. to ek jhopdi banai thi, bahut. poochtaach ke main pahuncha wahan. jab khatkaya, to uske andar se wo Ramnath nikla.</w:t>
      </w:r>
    </w:p>
    <w:p>
      <w:pPr>
        <w:jc w:val="right"/>
      </w:pPr>
      <w:r>
        <w:t>काम करता रहा। और मैं अपने गाँव से चलकर वहाँ गया, उसके गाँव। तो एक झोपड़ी बनाई थी, बहुत। पूछताछ के मैं पहुँचा वहाँ। जब खटकाया, तो उसके अंदर से वो रामनाथ निकला।</w:t>
      </w:r>
    </w:p>
    <w:p>
      <w:r>
        <w:rPr>
          <w:b/>
        </w:rPr>
        <w:t xml:space="preserve">[08:02] </w:t>
      </w:r>
      <w:r>
        <w:t>to wo bahut ghabra gaya ki kaise aa gaye. to maine kaha, maine falan din tumko maar diya tha, to main uski maafi mangne ke liye aaya hoon. to wo mere paon pe gir pada. to saahab, us din maine jo nek ki neki kamai,</w:t>
      </w:r>
    </w:p>
    <w:p>
      <w:pPr>
        <w:jc w:val="right"/>
      </w:pPr>
      <w:r>
        <w:t>तो वो बहुत घबरा गया कि कैसे आ गए। तो मैंने कहा, मैंने फलाँ दिन तुमको मार दिया था, तो मैं उसकी माफी माँगने के लिए आया हूँ। तो वो मेरे पाँव पे गिर पड़ा। तो साहब, उस दिन मैंने जो नेक की नेकी कमाई,</w:t>
      </w:r>
    </w:p>
    <w:p>
      <w:r>
        <w:rPr>
          <w:b/>
        </w:rPr>
        <w:t xml:space="preserve">[08:22] </w:t>
      </w:r>
      <w:r>
        <w:t>shayad meri neend sab roz neki thi wo, ki ek raat, ek din, balki kai raat, kai din main uske liye sochta raha, duaen karta raha.</w:t>
      </w:r>
    </w:p>
    <w:p>
      <w:pPr>
        <w:jc w:val="right"/>
      </w:pPr>
      <w:r>
        <w:t>शायद मेरी नींद सब रोज नेकी थी वो, कि एक रात, एक दिन, बल्कि कई रात, कई दिन मैं उसके लिए सोचता रहा, दुआएँ करता रहा।</w:t>
      </w:r>
    </w:p>
    <w:p>
      <w:r>
        <w:rPr>
          <w:b/>
        </w:rPr>
        <w:t xml:space="preserve">[08:36] </w:t>
      </w:r>
      <w:r>
        <w:t>mera jo andar ka insaan tha, wo aur zyada, aur jaga, aur zyada jaga, aur zyada jaga.</w:t>
      </w:r>
    </w:p>
    <w:p>
      <w:pPr>
        <w:jc w:val="right"/>
      </w:pPr>
      <w:r>
        <w:t>मेरा जो अंदर का इंसान था, वो और ज़्यादा, और जागा, और ज़्यादा जागा, और ज़्यादा जागा।</w:t>
      </w:r>
    </w:p>
    <w:p>
      <w:r>
        <w:rPr>
          <w:b/>
        </w:rPr>
        <w:t xml:space="preserve">[08:44] </w:t>
      </w:r>
      <w:r>
        <w:t>aur usse jaakar maine maafi mangi. isse maine samjha ki iska matlab kya hai. jab aap ek galti karenge, to tab bhi ye likha hua hai ki ae insaan, dekhna, ye galat hai, ye galat tha, ye galat hai.</w:t>
      </w:r>
    </w:p>
    <w:p>
      <w:pPr>
        <w:jc w:val="right"/>
      </w:pPr>
      <w:r>
        <w:t>और उससे जाकर मैंने माफी माँगी। इससे मैंने समझा कि इसका मतलब क्या है। जब आप एक गलती करेंगे, तो तब भी ये लिखा हुआ है कि ऐ इंसान, देखना, ये गलत है, ये गलत था, ये गलत है।</w:t>
      </w:r>
    </w:p>
    <w:p>
      <w:r>
        <w:rPr>
          <w:b/>
        </w:rPr>
        <w:t xml:space="preserve">[09:04] </w:t>
      </w:r>
      <w:r>
        <w:t>jab Allah ki di hui ijazat se aap aisa karenge, tab bhi aapko man yaad rahega, aapko ki ae insaan, ye Allah ki scheme jo hai, scheme of things, usme ye galat tha, ye galat tha, ye galat hai.</w:t>
      </w:r>
    </w:p>
    <w:p>
      <w:pPr>
        <w:jc w:val="right"/>
      </w:pPr>
      <w:r>
        <w:t>जब Allah की दी हुई इजाज़त से आप ऐसा करेंगे, तब भी आपको मन याद रहेगा, आपको कि ऐ इंसान, ये Allah की स्कीम जो है, स्कीम ऑफ थिंग्स, उसमें ये गलत था, ये गलत था, ये गलत है।</w:t>
      </w:r>
    </w:p>
    <w:p>
      <w:r>
        <w:rPr>
          <w:b/>
        </w:rPr>
        <w:t xml:space="preserve">[09:21] </w:t>
      </w:r>
      <w:r>
        <w:t>to iska maane ye hai ki aap jab galti karenge, to saath-saath repentance bhi jaagega, saath-saath. pashemmani, nazamat. to iska maane ki aap double, balki pata nahi kitne guna zyada</w:t>
      </w:r>
    </w:p>
    <w:p>
      <w:pPr>
        <w:jc w:val="right"/>
      </w:pPr>
      <w:r>
        <w:t>तो इसका माने ये है कि आप जब गलती करेंगे, तो साथ-साथ repentance भी जागेगा, साथ-साथ। पशेमानी, नज़ामत। तो इसका माने कि आप double, बल्कि पता नहीं कितने गुना ज़्यादा</w:t>
      </w:r>
    </w:p>
    <w:p>
      <w:r>
        <w:rPr>
          <w:b/>
        </w:rPr>
        <w:t xml:space="preserve">[09:39] </w:t>
      </w:r>
      <w:r>
        <w:t>neki jaag pad gayi, aapke andar jaag padegi. jaise maine jo jaag ke jaakar usse maafi mangi thi. to us zamane mein ek zameendar ke</w:t>
      </w:r>
    </w:p>
    <w:p>
      <w:pPr>
        <w:jc w:val="right"/>
      </w:pPr>
      <w:r>
        <w:t>नेकी जाग पड़ गई, आपके अंदर जाग पड़ेगी। जैसे मैंने जो जाग के जाकर उससे माफी माँगी थी। तो उस ज़माने में एक ज़मींदार के</w:t>
      </w:r>
    </w:p>
    <w:p>
      <w:r>
        <w:rPr>
          <w:b/>
        </w:rPr>
        <w:t xml:space="preserve">[09:56] </w:t>
      </w:r>
      <w:r>
        <w:t>ek ka jaakar maafi mangna, ye bahut hi mushkil kaam tha. bahut mushkil kaam tha. to iska maane hai ki ek mushkil kaam karke jo mujhe farishton ne likha hoga,</w:t>
      </w:r>
    </w:p>
    <w:p>
      <w:pPr>
        <w:jc w:val="right"/>
      </w:pPr>
      <w:r>
        <w:t>एक का जाकर माफी माँगना, ये बहुत ही मुश्किल काम था। बहुत मुश्किल काम था। तो इसका माने है कि एक मुश्किल काम करके जो मुझे फरिश्तों ने लिखा होगा,</w:t>
      </w:r>
    </w:p>
    <w:p>
      <w:r>
        <w:rPr>
          <w:b/>
        </w:rPr>
        <w:t xml:space="preserve">[10:09] </w:t>
      </w:r>
      <w:r>
        <w:t>ek neki, wo bahut hi badi neki hogi.</w:t>
      </w:r>
    </w:p>
    <w:p>
      <w:pPr>
        <w:jc w:val="right"/>
      </w:pPr>
      <w:r>
        <w:t>एक नेकी, वो बहुत ही बड़ी नेकी होगी।</w:t>
      </w:r>
    </w:p>
    <w:p>
      <w:r>
        <w:rPr>
          <w:b/>
        </w:rPr>
        <w:t xml:space="preserve">[10:13] </w:t>
      </w:r>
      <w:r>
        <w:t>mujhe nahi maloom ki bahut farishton ne kya likha, lekin mujhe yaqeen hai ki jo spirit thi mere andar, nazamat ki buniyad par, wo isse pehle kabhi hui nahi thi. to hamare bhai ne jo jo sawal kiya hai,</w:t>
      </w:r>
    </w:p>
    <w:p>
      <w:pPr>
        <w:jc w:val="right"/>
      </w:pPr>
      <w:r>
        <w:t>मुझे नहीं मालूम कि बहुत फरिश्तों ने क्या लिखा, लेकिन मुझे यकीन है कि जो spirit थी मेरे अंदर, नज़ामत की बुनियाद पर, वो इससे पहले कभी हुई नहीं थी। तो हमारे भाई ने जो जो सवाल किया है,</w:t>
      </w:r>
    </w:p>
    <w:p>
      <w:r>
        <w:rPr>
          <w:b/>
        </w:rPr>
        <w:t xml:space="preserve">[10:32] </w:t>
      </w:r>
      <w:r>
        <w:t>main us sawal ko bahut aam samajhta hoon. kyun?</w:t>
      </w:r>
    </w:p>
    <w:p>
      <w:pPr>
        <w:jc w:val="right"/>
      </w:pPr>
      <w:r>
        <w:t>मैं उस सवाल को बहुत आम समझता हूँ। क्यों?</w:t>
      </w:r>
    </w:p>
    <w:p>
      <w:r>
        <w:rPr>
          <w:b/>
        </w:rPr>
        <w:t xml:space="preserve">[10:35] </w:t>
      </w:r>
      <w:r>
        <w:t>lekin unhe ye jaanna chahiye ki ye aapki spirit of workshop ko aur accelerate karne ke liye hai wo, aur jagane ke liye.</w:t>
      </w:r>
    </w:p>
    <w:p>
      <w:pPr>
        <w:jc w:val="right"/>
      </w:pPr>
      <w:r>
        <w:t>लेकिन उन्हें ये जानना चाहिए कि ये आपकी spirit of workshop को और accelerate करने के लिए है वो, और जगाने के लिए।</w:t>
      </w:r>
    </w:p>
    <w:p>
      <w:r>
        <w:rPr>
          <w:b/>
        </w:rPr>
        <w:t xml:space="preserve">[10:50] </w:t>
      </w:r>
      <w:r>
        <w:t>aur main apne bare mein keh sakta hoon ki main jab bhi bachche ki koi galti hoti hai, maslan kisi ko main hammering mein kaha karta hoon ki maine sakht bol diya, sakht bol diya. to uske baad main uske andar jo khairkhwahiyaan aati hain, jo duaen main karta hoon uske liye,</w:t>
      </w:r>
    </w:p>
    <w:p>
      <w:pPr>
        <w:jc w:val="right"/>
      </w:pPr>
      <w:r>
        <w:t>और मैं अपने बारे में कह सकता हूँ कि मैं जब भी बच्चे की कोई गलती होती है, मसलन किसी को मैं hammering में कहा करता हूँ कि मैंने सख्त बोल दिया, सख्त बोल दिया। तो उसके बाद मैं उसके अंदर जो खैरख्वाहियाँ आती हैं, जो दुआएँ मैं करता हूँ उसके लिए,</w:t>
      </w:r>
    </w:p>
    <w:p>
      <w:r>
        <w:rPr>
          <w:b/>
        </w:rPr>
        <w:t xml:space="preserve">[11:10] </w:t>
      </w:r>
      <w:r>
        <w:t>wo dugna, chauguna, das guna badhkar hoti hain aam aadmi se. to poore insaan ko lekar sochiye, poori scheme of thing ko lekar sochiye. tab aapko iska jawab mil jayega.</w:t>
      </w:r>
    </w:p>
    <w:p>
      <w:pPr>
        <w:jc w:val="right"/>
      </w:pPr>
      <w:r>
        <w:t>वो दुगना, चौगुना, दस गुना बढ़कर होती हैं आम आदमी से। तो पूरे इंसान को लेकर सोचिए, पूरी स्कीम ऑफ थिंग को लेकर सोचिए। तब आपको इसका जवाब मिल जाएगा।</w:t>
      </w:r>
    </w:p>
    <w:p>
      <w:r>
        <w:rPr>
          <w:b/>
        </w:rPr>
        <w:t xml:space="preserve">[11:24] </w:t>
      </w:r>
      <w:r>
        <w:t>maulana, mera sawal ye hai ki ye sensitivity hai hamare andar, jiske zariye hamein apni galti ka ehsaas hota hai. lekin mujhe kai baar aisa mahsus hota hai ki sensitive zyada hone ki wajah se main aisi cheezon mein,</w:t>
      </w:r>
    </w:p>
    <w:p>
      <w:pPr>
        <w:jc w:val="right"/>
      </w:pPr>
      <w:r>
        <w:t>मौलाना, मेरा सवाल ये है कि ये sensitivity है हमारे अंदर, जिसके ज़रिए हमें अपनी गलती का एहसास होता है। लेकिन मुझे कई बार ऐसा महसूस होता है कि sensitive ज़्यादा होने की वजह से मैं ऐसी चीज़ों में,</w:t>
      </w:r>
    </w:p>
    <w:p>
      <w:r>
        <w:rPr>
          <w:b/>
        </w:rPr>
        <w:t xml:space="preserve">[11:39] </w:t>
      </w:r>
      <w:r>
        <w:t>yaani fans jata hoon jo ghair-aham bhi hoti hain, because of my extra being sensitive.</w:t>
      </w:r>
    </w:p>
    <w:p>
      <w:pPr>
        <w:jc w:val="right"/>
      </w:pPr>
      <w:r>
        <w:t>यानी फँस जाता हूँ जो गैर-अहम भी होती हैं, because of my extra being sensitive।</w:t>
      </w:r>
    </w:p>
    <w:p>
      <w:r>
        <w:rPr>
          <w:b/>
        </w:rPr>
        <w:t xml:space="preserve">[11:45] </w:t>
      </w:r>
      <w:r>
        <w:t>to isko kaise control kiya jaye ke kis cheezon mein sensitive hona hai aur kis cheezon ke bare</w:t>
      </w:r>
    </w:p>
    <w:p>
      <w:pPr>
        <w:jc w:val="right"/>
      </w:pPr>
      <w:r>
        <w:t>तो इसको कैसे कंट्रोल किया जाए कि किस चीज़ों में sensitive होना है और किस चीज़ों के बारे</w:t>
      </w:r>
    </w:p>
    <w:p>
      <w:r>
        <w:rPr>
          <w:b/>
        </w:rPr>
        <w:t xml:space="preserve">[11:50] </w:t>
      </w:r>
      <w:r>
        <w:t>mein neutral hona hai ya uska asar nahi lena hai.</w:t>
      </w:r>
    </w:p>
    <w:p>
      <w:pPr>
        <w:jc w:val="right"/>
      </w:pPr>
      <w:r>
        <w:t>में neutral होना है या उसका असर नहीं लेना है।</w:t>
      </w:r>
    </w:p>
    <w:p>
      <w:r>
        <w:rPr>
          <w:b/>
        </w:rPr>
        <w:t xml:space="preserve">[11:53] </w:t>
      </w:r>
      <w:r>
        <w:t>maulana, jaise misal ke taur pe bahut sare log paise ka sawal karte hain ke hamein zarurat hai,</w:t>
      </w:r>
    </w:p>
    <w:p>
      <w:pPr>
        <w:jc w:val="right"/>
      </w:pPr>
      <w:r>
        <w:t>मौलाना, जैसे मिसाल के तौर पे बहुत सारे लोग पैसे का सवाल करते हैं कि हमें ज़रूरत है,</w:t>
      </w:r>
    </w:p>
    <w:p>
      <w:r>
        <w:rPr>
          <w:b/>
        </w:rPr>
        <w:t xml:space="preserve">[11:59] </w:t>
      </w:r>
      <w:r>
        <w:t>hamein madad kijiye.</w:t>
      </w:r>
    </w:p>
    <w:p>
      <w:pPr>
        <w:jc w:val="right"/>
      </w:pPr>
      <w:r>
        <w:t>हमें मदद कीजिए।</w:t>
      </w:r>
    </w:p>
    <w:p>
      <w:r>
        <w:rPr>
          <w:b/>
        </w:rPr>
        <w:t xml:space="preserve">[12:00] </w:t>
      </w:r>
      <w:r>
        <w:t>to mujhe ehsas hota hai ke mere paas agar paisa hai, to main unki madad karoon.</w:t>
      </w:r>
    </w:p>
    <w:p>
      <w:pPr>
        <w:jc w:val="right"/>
      </w:pPr>
      <w:r>
        <w:t>तो मुझे एहसास होता है कि मेरे पास अगर पैसा है, तो मैं उनकी मदद करूँ।</w:t>
      </w:r>
    </w:p>
    <w:p>
      <w:r>
        <w:rPr>
          <w:b/>
        </w:rPr>
        <w:t xml:space="preserve">[12:05] </w:t>
      </w:r>
      <w:r>
        <w:t>lekin baad mein ye lagta hai ke shayad unki madad karna utna zaruri nahi tha, wo khud apne</w:t>
      </w:r>
    </w:p>
    <w:p>
      <w:pPr>
        <w:jc w:val="right"/>
      </w:pPr>
      <w:r>
        <w:t>लेकिन बाद में ये लगता है कि शायद उनकी मदद करना उतना ज़रूरी नहीं था, वो खुद अपने</w:t>
      </w:r>
    </w:p>
    <w:p>
      <w:r>
        <w:rPr>
          <w:b/>
        </w:rPr>
        <w:t xml:space="preserve">[12:11] </w:t>
      </w:r>
      <w:r>
        <w:t>hisaab se apna intezam kar sakte the.</w:t>
      </w:r>
    </w:p>
    <w:p>
      <w:pPr>
        <w:jc w:val="right"/>
      </w:pPr>
      <w:r>
        <w:t>हिसाब से अपना इंतज़ाम कर सकते थे।</w:t>
      </w:r>
    </w:p>
    <w:p>
      <w:r>
        <w:rPr>
          <w:b/>
        </w:rPr>
        <w:t xml:space="preserve">[12:14] </w:t>
      </w:r>
      <w:r>
        <w:t>nahi, is mamle mein to quran mein baqayda bataya hua hai, usool. la tutus safa amwalikum. kya alfaaz hain sab?</w:t>
      </w:r>
    </w:p>
    <w:p>
      <w:pPr>
        <w:jc w:val="right"/>
      </w:pPr>
      <w:r>
        <w:t>नहीं, इस मामले में तो क़ुरआन में बाकायदा बताया हुआ है, उसूल। ला तूतुस सफा अम्वालिकुम। क्या अल्फ़ाज़ हैं सब?</w:t>
      </w:r>
    </w:p>
    <w:p>
      <w:r>
        <w:rPr>
          <w:b/>
        </w:rPr>
        <w:t xml:space="preserve">[12:25] </w:t>
      </w:r>
      <w:r>
        <w:t>alfaaz kya hain? la tutus safa amwalikum.</w:t>
      </w:r>
    </w:p>
    <w:p>
      <w:pPr>
        <w:jc w:val="right"/>
      </w:pPr>
      <w:r>
        <w:t>अल्फ़ाज़ क्या हैं? ला तूतुस सफा अम्वालिकुम।</w:t>
      </w:r>
    </w:p>
    <w:p>
      <w:r>
        <w:rPr>
          <w:b/>
        </w:rPr>
        <w:t xml:space="preserve">[12:38] </w:t>
      </w:r>
      <w:r>
        <w:t>la tutus safa amwalikum lati jalallahu lakum qiyaman. yaani nadanon ko apna maal na do. ye bahut aam, jiske mutalik maloom ho ki wo right way mein usko kharch karega, to do. lekin aapko ye samjhen ki</w:t>
      </w:r>
    </w:p>
    <w:p>
      <w:pPr>
        <w:jc w:val="right"/>
      </w:pPr>
      <w:r>
        <w:t>ला तूतुस सफा अम्वालिकुम लती जालल्लाहु लकम क़ियामन। यानी नादानों को अपना माल न दो। ये बहुत आम, जिसके मुतालिक मालूम हो कि वोright way में उसको खर्च करेगा, तो दो। लेकिन आपको ये समझें कि</w:t>
      </w:r>
    </w:p>
    <w:p>
      <w:r>
        <w:rPr>
          <w:b/>
        </w:rPr>
        <w:t xml:space="preserve">[13:00] </w:t>
      </w:r>
      <w:r>
        <w:t>ye fuzool mein kharch karega. to mat dijiye aap, chahe aapka bhai kyun na ho. kyunki us quran mein khud hai ki ek taraf dene ki baat taalim hai, doosri taraf ye bhi hai ki la tutus safa amwalikum. dono taalim hain.</w:t>
      </w:r>
    </w:p>
    <w:p>
      <w:pPr>
        <w:jc w:val="right"/>
      </w:pPr>
      <w:r>
        <w:t>ये फुजूल में खर्च करेगा। तो मत दीजिए आप, चाहे आपका भाई क्यों न हो। क्योंकि उस क़ुरआन में खुद है कि एक तरफ देने की बात तालीम है, दूसरी तरफ ये भी है कि ला तूतुस सफा अम्वालिकुम। दोनों तालीम हैं।</w:t>
      </w:r>
    </w:p>
    <w:p>
      <w:r>
        <w:rPr>
          <w:b/>
        </w:rPr>
        <w:t xml:space="preserve">[13:20] </w:t>
      </w:r>
      <w:r>
        <w:t>maslan, main aapko apna waqya batata hoon. main alamgarh mein tha, us zamane mein. to us zamane mein maine ek fund banaya tha, jo jo manga, usko diya jaye, jo manga, usko diya jaye.</w:t>
      </w:r>
    </w:p>
    <w:p>
      <w:pPr>
        <w:jc w:val="right"/>
      </w:pPr>
      <w:r>
        <w:t>मसलन, मैं आपको अपना वाक़या बताता हूँ। मैं आलमगढ़ में था, उस ज़माने में। तो उस ज़माने में मैंने एक fund बनाया था, जो जो माँगा, उसको दिया जाए, जो माँगा, उसको दिया जाए।</w:t>
      </w:r>
    </w:p>
    <w:p>
      <w:r>
        <w:rPr>
          <w:b/>
        </w:rPr>
        <w:t xml:space="preserve">[13:37] </w:t>
      </w:r>
      <w:r>
        <w:t>to ek din ek aadmi aaya mere paas. to usne kaha ki main falan jagah se aaya tha, gorakhpur ya kahan se. to mere paas jitna paisa tha, meri jeb mein.</w:t>
      </w:r>
    </w:p>
    <w:p>
      <w:pPr>
        <w:jc w:val="right"/>
      </w:pPr>
      <w:r>
        <w:t>तो एक दिन एक आदमी आया मेरे पास। तो उसने कहा कि मैं फलाँ जगह से आया था, गोरखपुर या कहाँ से। तो मेरे पास जितना पैसा था, मेरी जेब में।</w:t>
      </w:r>
    </w:p>
    <w:p>
      <w:r>
        <w:rPr>
          <w:b/>
        </w:rPr>
        <w:t xml:space="preserve">[13:56] </w:t>
      </w:r>
      <w:r>
        <w:t>wo kisi ne nikaal liya, koi pocket maarne. to ab mere paas wapsi ke liye kiraya nahi hai. wapsi ke liye mere paas kiraya nahi hai. to maine kaha, bahut achha. kitna kiraya hota hai, aapko pata hai. to foreign maine unko kiraye ki poori rakam de di.</w:t>
      </w:r>
    </w:p>
    <w:p>
      <w:pPr>
        <w:jc w:val="right"/>
      </w:pPr>
      <w:r>
        <w:t>वो किसी ने निकाल लिया, कोई pocket मारने। तो अब मेरे पास वापसी के लिए किराया नहीं है। वापसी के लिए मेरे पास किराया नहीं है। तो मैंने कहा, बहुत अच्छा। कितना किराया होता है, आपको पता है। तो foreign मैंने उनको किराये की पूरी रकम दे दी।</w:t>
      </w:r>
    </w:p>
    <w:p>
      <w:r>
        <w:rPr>
          <w:b/>
        </w:rPr>
        <w:t xml:space="preserve">[14:18] </w:t>
      </w:r>
      <w:r>
        <w:t>achha, ittefaq kya hua ki jis din maine unko di thi, to wo din mein ye waqea hua tha. to shaam ko maghrib ke waqt main masjid mein, kisi masjid mein namaz padhi, alamgarh mein. to wahi vaad bhi wahan maujood tha.</w:t>
      </w:r>
    </w:p>
    <w:p>
      <w:pPr>
        <w:jc w:val="right"/>
      </w:pPr>
      <w:r>
        <w:t>अच्छा, इत्तेफाक क्या हुआ कि जिस दिन मैंने उनको दी थी, तो वो दिन में ये वाक़या हुआ था। तो शाम को मगरिब के वक्त मैं मस्जिद में, किसी मस्जिद में नमाज़ पढ़ी, आलमगढ़ में। तो वही वाद भी वहाँ मौजूद था।</w:t>
      </w:r>
    </w:p>
    <w:p>
      <w:r>
        <w:rPr>
          <w:b/>
        </w:rPr>
        <w:t xml:space="preserve">[14:34] </w:t>
      </w:r>
      <w:r>
        <w:t>aur namaz khatm hui, to khada ho gaya. aur same baat dohrai usne ki bhaiyon, main musafir hoon, mera paisa kisi ne nikaal liya, mujhe jaana hai wapas.</w:t>
      </w:r>
    </w:p>
    <w:p>
      <w:pPr>
        <w:jc w:val="right"/>
      </w:pPr>
      <w:r>
        <w:t>और नमाज़ खत्म हुई, तो खड़ा हो गया। और same बात दोहराई उसने कि भाइयों, मैं मुसाफिर हूँ, मेरा पैसा किसी ने निकाल लिया, मुझे जाना है वापस।</w:t>
      </w:r>
    </w:p>
    <w:p>
      <w:r>
        <w:rPr>
          <w:b/>
        </w:rPr>
        <w:t xml:space="preserve">[14:50] </w:t>
      </w:r>
      <w:r>
        <w:t>to tab maine samjha ki kya mamla hai. us aadmi ko mila main namaz ke baad ki maine tumko paisa de diya tha, phir tumne sawal kyun kiya?</w:t>
      </w:r>
    </w:p>
    <w:p>
      <w:pPr>
        <w:jc w:val="right"/>
      </w:pPr>
      <w:r>
        <w:t>तो तब मैंने समझा कि क्या मामला है। उस आदमी को मिला मैं नमाज़ के बाद कि मैंने तुमको पैसा दे दिया था, फिर तुमने सवाल क्यों किया?</w:t>
      </w:r>
    </w:p>
    <w:p>
      <w:r>
        <w:rPr>
          <w:b/>
        </w:rPr>
        <w:t xml:space="preserve">[15:02] </w:t>
      </w:r>
      <w:r>
        <w:t>to aise log jo peshevar hon, unko aap mat dijiye paisa. jinke mutaalik aap jaane ki</w:t>
      </w:r>
    </w:p>
    <w:p>
      <w:pPr>
        <w:jc w:val="right"/>
      </w:pPr>
      <w:r>
        <w:t>तो ऐसे लोग जो पेशेवर हों, उनको आप मत दीजिए पैसा। जिनके मुतालिक आप जानें कि</w:t>
      </w:r>
    </w:p>
    <w:p>
      <w:r>
        <w:rPr>
          <w:b/>
        </w:rPr>
        <w:t xml:space="preserve">[15:18] </w:t>
      </w:r>
      <w:r>
        <w:t>ye aadmi waqai zarooratmand hai, usko dijiye. to matlab ye ki har cheez se pehle aqal hai. aap aqal ka istemal kijiye. aakhir jo kahe, wo kijiye. ji maulana, mera naam doctor junaid hai. main mumbai team se hoon. mera sawal ye hai ki hum log spirit of introspection ko kis tarah badhaen?</w:t>
      </w:r>
    </w:p>
    <w:p>
      <w:pPr>
        <w:jc w:val="right"/>
      </w:pPr>
      <w:r>
        <w:t>ये आदमी वाकई ज़रूरतमंद है, उसको दीजिए। तो मतलब ये कि हर चीज़ से पहले अकल है। आप अकल का इस्तेमाल कीजिए। आख़िर जो कहे, वो कीजिए। जी मौलाना, मेरा नाम डॉक्टर जुनैद है। मैं मुंबई टीम से हूँ। मेरा सवाल ये है कि हम लोग spirit of introspection को किस तरह बढ़ाएँ?</w:t>
      </w:r>
    </w:p>
    <w:p>
      <w:r>
        <w:rPr>
          <w:b/>
        </w:rPr>
        <w:t xml:space="preserve">[15:44] </w:t>
      </w:r>
      <w:r>
        <w:t>dekhiye, main samajhta hoon ki koi aadmi, doosra, other than you, iska jawab nahi de sakta. kyunki</w:t>
      </w:r>
    </w:p>
    <w:p>
      <w:pPr>
        <w:jc w:val="right"/>
      </w:pPr>
      <w:r>
        <w:t>देखिए, मैं समझता हूँ कि कोई आदमी, दूसरा, other than you, इसका जवाब नहीं दे सकता। क्योंकि</w:t>
      </w:r>
    </w:p>
    <w:p>
      <w:r>
        <w:rPr>
          <w:b/>
        </w:rPr>
        <w:t xml:space="preserve">[15:58] </w:t>
      </w:r>
      <w:r>
        <w:t>muhasaba andar se bolta hai. aap kuch sensitive hon, to apne aap aapka andar ka insaan bolega, bolega, bolega. nahi to kuch nahi bolega. to aapko apne</w:t>
      </w:r>
    </w:p>
    <w:p>
      <w:pPr>
        <w:jc w:val="right"/>
      </w:pPr>
      <w:r>
        <w:t>मुहासबा अंदर से बोलता है। आप कुछ sensitive हों, तो अपने आप आपका अंदर का इंसान बोलेगा, बोलेगा, बोलेगा। नहीं तो कुछ नहीं बोलेगा। तो आपको अपने</w:t>
      </w:r>
    </w:p>
    <w:p>
      <w:r>
        <w:rPr>
          <w:b/>
        </w:rPr>
        <w:t xml:space="preserve">[16:18] </w:t>
      </w:r>
      <w:r>
        <w:t>vishwas ko develop karna padega. main samajhta hoon ki koi doosra aadmi aapko kuch nahi de sakta. aapko khud discover karna padega.</w:t>
      </w:r>
    </w:p>
    <w:p>
      <w:pPr>
        <w:jc w:val="right"/>
      </w:pPr>
      <w:r>
        <w:t>विश्वास को develop करना पड़ेगा। मैं समझता हूँ कि कोई दूसरा आदमी आपको कुछ नहीं दे सकता। आपको खुद discover करना पड़ेगा।</w:t>
      </w:r>
    </w:p>
    <w:p>
      <w:r>
        <w:rPr>
          <w:b/>
        </w:rPr>
        <w:t xml:space="preserve">[16:39] </w:t>
      </w:r>
      <w:r>
        <w:t>main apni zindagi ke bahut se qisse bata deta hoon aapko ki maine soch kar nikala, soch kar nikala. maslan, aap mein se aksar log jaante honge ki pehle main bahut hammering karta tha logon ki.</w:t>
      </w:r>
    </w:p>
    <w:p>
      <w:pPr>
        <w:jc w:val="right"/>
      </w:pPr>
      <w:r>
        <w:t>मैं अपनी ज़िंदगी के बहुत से किस्से बता देता हूँ आपको कि मैंने सोच कर निकाला, सोच कर निकाला। मसलन, आप में से अक्सर लोग जानते होंगे कि पहले मैं बहुत hammering करता था लोगों की।</w:t>
      </w:r>
    </w:p>
    <w:p>
      <w:r>
        <w:rPr>
          <w:b/>
        </w:rPr>
        <w:t xml:space="preserve">[16:56] </w:t>
      </w:r>
      <w:r>
        <w:t>bahut zyada hammering karta tha. to main samajhta tha ki hammering jo main karta hoon, main bahut achhi baat hai wo. bahut achhi baat hai wo. to maine ek quran ki ek ayat padhi. wahan par atak gaya.</w:t>
      </w:r>
    </w:p>
    <w:p>
      <w:pPr>
        <w:jc w:val="right"/>
      </w:pPr>
      <w:r>
        <w:t>बहुत ज़्यादा hammering करता था। तो मैं समझता था कि hammering जो मैं करता हूँ, मैं बहुत अच्छी बात है वो। बहुत अच्छी बात है वो। तो मैंने एक क़ुरआन की एक आयत पढ़ी। वहाँ पर अटक गया।</w:t>
      </w:r>
    </w:p>
    <w:p>
      <w:r>
        <w:rPr>
          <w:b/>
        </w:rPr>
        <w:t xml:space="preserve">[17:14] </w:t>
      </w:r>
      <w:r>
        <w:t>atak gaya wahan par.</w:t>
      </w:r>
    </w:p>
    <w:p>
      <w:pPr>
        <w:jc w:val="right"/>
      </w:pPr>
      <w:r>
        <w:t>अटक गया वहाँ पर।</w:t>
      </w:r>
    </w:p>
    <w:p>
      <w:r>
        <w:rPr>
          <w:b/>
        </w:rPr>
        <w:t xml:space="preserve">[17:21] </w:t>
      </w:r>
      <w:r>
        <w:t>agar tum hote shadeed kal wale, to log tumse bikhar jaate. to maine socha ki ye cheez jo hai, quran ye nahi kaha hai ki ye to aisa karna haram hai,</w:t>
      </w:r>
    </w:p>
    <w:p>
      <w:pPr>
        <w:jc w:val="right"/>
      </w:pPr>
      <w:r>
        <w:t>अगर तुम होते शदीद कल वाले, तो लोग तुमसे बिखर जाते। तो मैंने सोचा कि ये चीज़ जो है, क़ुरआन ये नहीं कहा है कि ये तो ऐसा करना हराम है,</w:t>
      </w:r>
    </w:p>
    <w:p>
      <w:r>
        <w:rPr>
          <w:b/>
        </w:rPr>
        <w:t xml:space="preserve">[17:38] </w:t>
      </w:r>
      <w:r>
        <w:t>ghair-akhlaqi hai. nahi, ye kaha hai ki log tumse door ho jaate. to allah taala ne yahan result ko hawala diya, akhlaq ka nahi hawala diya.</w:t>
      </w:r>
    </w:p>
    <w:p>
      <w:pPr>
        <w:jc w:val="right"/>
      </w:pPr>
      <w:r>
        <w:t>गैर-अखलाकी है। नहीं, ये कहा है कि लोग तुमसे दूर हो जाते। तो अल्लाह ताला ने यहाँ result को हवाला दिया, अखलाक का नहीं हवाला दिया।</w:t>
      </w:r>
    </w:p>
    <w:p>
      <w:r>
        <w:rPr>
          <w:b/>
        </w:rPr>
        <w:t xml:space="preserve">[17:53] </w:t>
      </w:r>
      <w:r>
        <w:t>akhlaq ka nahi hawala diya. to isko jaanchon result ke aitbaar se ki agar koi insaan aisa ho jo usse galat result,</w:t>
      </w:r>
    </w:p>
    <w:p>
      <w:pPr>
        <w:jc w:val="right"/>
      </w:pPr>
      <w:r>
        <w:t>अखलाक का नहीं हवाला दिया। तो इसको जाँचो result के इतबार से कि अगर कोई इंसान ऐसा हो जो उससे गलत result,</w:t>
      </w:r>
    </w:p>
    <w:p>
      <w:r>
        <w:rPr>
          <w:b/>
        </w:rPr>
        <w:t xml:space="preserve">[18:07] </w:t>
      </w:r>
      <w:r>
        <w:t>uske baad bhi, to hammering ke baad bhi wo tumse achha sabak le, to uske saath</w:t>
      </w:r>
    </w:p>
    <w:p>
      <w:pPr>
        <w:jc w:val="right"/>
      </w:pPr>
      <w:r>
        <w:t>उसके बाद भी, तो hammering के बाद भी वो तुमसे अच्छा सबक ले, तो उसके साथ</w:t>
      </w:r>
    </w:p>
    <w:p>
      <w:r>
        <w:rPr>
          <w:b/>
        </w:rPr>
        <w:t xml:space="preserve">[18:14] </w:t>
      </w:r>
      <w:r>
        <w:t>mat aisa karo.</w:t>
      </w:r>
    </w:p>
    <w:p>
      <w:pPr>
        <w:jc w:val="right"/>
      </w:pPr>
      <w:r>
        <w:t>मत ऐसा करो।</w:t>
      </w:r>
    </w:p>
    <w:p>
      <w:r>
        <w:rPr>
          <w:b/>
        </w:rPr>
        <w:t xml:space="preserve">[18:18] </w:t>
      </w:r>
      <w:r>
        <w:t>balki usko dekho jo tumhari hammering ka ulta asar deta hai, bhaag jata hai tumse. to maine ekdam chhod diya. ab aap jo log mujhse milte honge, wo dekhte honge ki main hammering nahi karta, jisse pehle karta tha.</w:t>
      </w:r>
    </w:p>
    <w:p>
      <w:pPr>
        <w:jc w:val="right"/>
      </w:pPr>
      <w:r>
        <w:t>बल्कि उसको देखो जो तुम्हारी hammering का उल्टा असर देता है, भाग जाता है तुमसे। तो मैंने एकदम छोड़ दिया। अब आप जो लोग मुझसे मिलते होंगे, वो देखते होंगे कि मैं hammering नहीं करता, जिससे पहले करता था।</w:t>
      </w:r>
    </w:p>
    <w:p>
      <w:r>
        <w:rPr>
          <w:b/>
        </w:rPr>
        <w:t xml:space="preserve">[18:35] </w:t>
      </w:r>
      <w:r>
        <w:t>kyunki main quran ke usool ko pakda ki result ko dekho, akhlaq ko mat dekho.</w:t>
      </w:r>
    </w:p>
    <w:p>
      <w:pPr>
        <w:jc w:val="right"/>
      </w:pPr>
      <w:r>
        <w:t>क्योंकि मैं क़ुरआन के उसूल को पकड़ा कि result को देखो, अखलाक को मत देखो।</w:t>
      </w:r>
    </w:p>
    <w:p>
      <w:r>
        <w:rPr>
          <w:b/>
        </w:rPr>
        <w:t xml:space="preserve">[18:43] </w:t>
      </w:r>
      <w:r>
        <w:t>maulana, ispe ek question ye bhi aata hai jo doctor junaid ne poocha tha introspection ko leke. maulana, agar koi insaan yahi soche hamesha ki wo sahi hai aur doosra galat hai, to introspection bhi hai, wo ye karega to usko yahi lagega ki uski galti nahi hai. to wo jo aap hamesha kehte hain na, mercy-less introspection, wo kaise art apne andar paida ho?</w:t>
      </w:r>
    </w:p>
    <w:p>
      <w:pPr>
        <w:jc w:val="right"/>
      </w:pPr>
      <w:r>
        <w:t>मौलाना, इसपे एक question ये भी आता है जो डॉक्टर जुनैद ने पूछा था introspection को लेके। मौलाना, अगर कोई इंसान यही सोचे हमेशा कि वो सही है और दूसरा गलत है, तो introspection भी है, वो ये करेगा तो उसको यही लगेगा कि उसकी गलती नहीं है। तो वो जो आप हमेशा कहते हैं ना, mercy-less introspection, वो कैसे art अपने अंदर पैदा हो?</w:t>
      </w:r>
    </w:p>
    <w:p>
      <w:r>
        <w:rPr>
          <w:b/>
        </w:rPr>
        <w:t xml:space="preserve">[19:08] </w:t>
      </w:r>
      <w:r>
        <w:t>dekhiye, pehli shart insaniyat ki ye hai ki aadmi sincere ho. wo insaan insani nahi hai jo sincere na ho. to ye kab tak chalega</w:t>
      </w:r>
    </w:p>
    <w:p>
      <w:pPr>
        <w:jc w:val="right"/>
      </w:pPr>
      <w:r>
        <w:t>देखिए, पहली शर्त इंसानियत की ये है कि आदमी sincere हो। वो इंसान इंसानी नहीं है जो sincere न हो। तो ये कब तक चलेगा</w:t>
      </w:r>
    </w:p>
    <w:p>
      <w:r>
        <w:rPr>
          <w:b/>
        </w:rPr>
        <w:t xml:space="preserve">[19:24] </w:t>
      </w:r>
      <w:r>
        <w:t>? aap agar sincere hain, to kahin na kahin aapka zameer tok dega ki ye kya, ye kya. to apne zameer ko alive rakhiye. jaise maine us chamar ke ghar jaakar ke wo kiya tha,</w:t>
      </w:r>
    </w:p>
    <w:p>
      <w:pPr>
        <w:jc w:val="right"/>
      </w:pPr>
      <w:r>
        <w:t>? आप अगर sincere हैं, तो कहीं न कहीं आपका ज़मीर टोक देगा कि ये क्या, ये क्या। तो अपने ज़मीर को alive रखिए। जैसे मैंने उस चमार के घर जाकर के वो किया था,</w:t>
      </w:r>
    </w:p>
    <w:p>
      <w:r>
        <w:rPr>
          <w:b/>
        </w:rPr>
        <w:t xml:space="preserve">[19:40] </w:t>
      </w:r>
      <w:r>
        <w:t>to main zareeb alive raha. agar main ye karta, jaise kuch logon ne kaha tha, are bhai ho gaya, ho gaya. to main phir hamesha ke liye mera zameer mar jata. to mera zameer zinda raha. to aap apne zameer ko alive rakhiye.</w:t>
      </w:r>
    </w:p>
    <w:p>
      <w:pPr>
        <w:jc w:val="right"/>
      </w:pPr>
      <w:r>
        <w:t>तो मैं ज़रीब alive रहा। अगर मैं ये करता, जैसे कुछ लोगों ने कहा था, अरे भाई हो गया, हो गया। तो मैं फिर हमेशा के लिए मेरा ज़मीर मर जाता। तो मेरा ज़मीर जिंदा रहा। तो आप अपने ज़मीर को alive रखिए।</w:t>
      </w:r>
    </w:p>
    <w:p>
      <w:r>
        <w:rPr>
          <w:b/>
        </w:rPr>
        <w:t xml:space="preserve">[20:05] </w:t>
      </w:r>
      <w:r>
        <w:t>aap gaur kijiye ki agar main usi ehsaas ke saath sota aur jaagta ki maar diya to maar diya, aisa kya hua?</w:t>
      </w:r>
    </w:p>
    <w:p>
      <w:pPr>
        <w:jc w:val="right"/>
      </w:pPr>
      <w:r>
        <w:t>आप गौर कीजिए कि अगर मैं उसी एहसास के साथ सोता और जागता कि मार दिया तो मार दिया, ऐसा क्या हुआ?</w:t>
      </w:r>
    </w:p>
    <w:p>
      <w:r>
        <w:rPr>
          <w:b/>
        </w:rPr>
        <w:t xml:space="preserve">[20:15] </w:t>
      </w:r>
      <w:r>
        <w:t>to hamesha ke liye main mar jaata. lekin maine usko zinda rakha ke nahi bhai, maar diya to mujhe uski talafi karni hai. to aap zameer, aapke andar khaliq ne ek</w:t>
      </w:r>
    </w:p>
    <w:p>
      <w:pPr>
        <w:jc w:val="right"/>
      </w:pPr>
      <w:r>
        <w:t>तो हमेशा के लिए मैं मर जाता। लेकिन मैंने उसको जिंदा रखा कि नहीं भाई, मार दिया तो मुझे उसकी तलाफी करनी है। तो आप ज़मीर, आपके अंदर खालिक ने एक</w:t>
      </w:r>
    </w:p>
    <w:p>
      <w:r>
        <w:rPr>
          <w:b/>
        </w:rPr>
        <w:t xml:space="preserve">[20:33] </w:t>
      </w:r>
      <w:r>
        <w:t>wash karne wala banaya hai, wo wash kar raha hai aapka. aapka zameer, aapka zameer ka matlab hai conscience. conscience aapko wash kar raha hai. to wash karne wala jahan aapko toka hai, to fauran rukiye.</w:t>
      </w:r>
    </w:p>
    <w:p>
      <w:pPr>
        <w:jc w:val="right"/>
      </w:pPr>
      <w:r>
        <w:t>wash करने वाला बनाया है, वो wash कर रहा है आपका। आपका ज़मीर, आपका ज़मीर का मतलब है conscience। Conscience आपको wash कर रहा है। तो wash करने वाला जहाँ आपको टोका है, तो फौरन रुकिए।</w:t>
      </w:r>
    </w:p>
    <w:p>
      <w:r>
        <w:rPr>
          <w:b/>
        </w:rPr>
        <w:t xml:space="preserve">[20:53] </w:t>
      </w:r>
      <w:r>
        <w:t>to apni sincerity ko develop kijiye. sincerity nahi rahegi, to kuch kehne se koi faida nahi hai. sincerity ko marne na dijiye.</w:t>
      </w:r>
    </w:p>
    <w:p>
      <w:pPr>
        <w:jc w:val="right"/>
      </w:pPr>
      <w:r>
        <w:t>तो अपनी sincerity को develop कीजिए। Sincerity नहीं रहेगी, तो कुछ कहने से कोई फायदा नहीं है। Sincerity को मरने न दीजिए।</w:t>
      </w:r>
    </w:p>
    <w:p>
      <w:r>
        <w:rPr>
          <w:b/>
        </w:rPr>
        <w:t xml:space="preserve">[21:09] </w:t>
      </w:r>
      <w:r>
        <w:t>marne ka matlab ye hai ke agar main us amar, us dalit ke ghar na jaata, to is baat ko maine apni sincerity ko daba diya, usko dead kar diya. to phir hamesha ke liye hogi wo.</w:t>
      </w:r>
    </w:p>
    <w:p>
      <w:pPr>
        <w:jc w:val="right"/>
      </w:pPr>
      <w:r>
        <w:t>मरने का मतलब ये है कि अगर मैं उस अमर, उस दलित के घर न जाता, तो इस बात को मैंने अपनी sincerity को दबा दिया, उसको dead कर दिया। तो फिर हमेशा के लिए होगी वो।</w:t>
      </w:r>
    </w:p>
    <w:p>
      <w:r>
        <w:rPr>
          <w:b/>
        </w:rPr>
        <w:t xml:space="preserve">[21:27] </w:t>
      </w:r>
      <w:r>
        <w:t>to aisa na hone dijiye. aisa na hone dijiye ke aapki sincerity jo hai, wo kisi wajah se kill ho jaye ya dab ho, dab kar reh jaye.</w:t>
      </w:r>
    </w:p>
    <w:p>
      <w:pPr>
        <w:jc w:val="right"/>
      </w:pPr>
      <w:r>
        <w:t>तो ऐसा न होने दीजिए। ऐसा न होने दीजिए कि आपकी sincerity जो है, वो किसी वजह से kill हो जाए या दब हो, दब कर रह जाए।</w:t>
      </w:r>
    </w:p>
    <w:p>
      <w:r>
        <w:rPr>
          <w:b/>
        </w:rPr>
        <w:t xml:space="preserve">[21:39] </w:t>
      </w:r>
      <w:r>
        <w:t>mera naam israr khan hai, main mumbai team se hoon. mera sawal rooh ke mutaliq hai ke atma ko agar kisi ko samjhana hai ya khud samajhna hai ke rooh kya hoti hai, to ye jawab jo quran mein hai ke "kul rooh min amr rabbi",</w:t>
      </w:r>
    </w:p>
    <w:p>
      <w:pPr>
        <w:jc w:val="right"/>
      </w:pPr>
      <w:r>
        <w:t>मेरा नाम इसरार खान है, मैं मुंबई टीम से हूँ। मेरा सवाल रूह के मुतालिक है कि आत्मा को अगर किसी को समझाना है या खुद समझना है कि रूह क्या होती है, तो ये जवाब जो क़ुरआन में है कि "कुल रूह मिन अम्र रब्बी",</w:t>
      </w:r>
    </w:p>
    <w:p>
      <w:r>
        <w:rPr>
          <w:b/>
        </w:rPr>
        <w:t xml:space="preserve">[21:55] </w:t>
      </w:r>
      <w:r>
        <w:t>isko kis tarah se samjha ja sakta hai? rooh kya hai? ji.</w:t>
      </w:r>
    </w:p>
    <w:p>
      <w:pPr>
        <w:jc w:val="right"/>
      </w:pPr>
      <w:r>
        <w:t>इसको किस तरह से समझा जा सकता है? रूह क्या है? जी।</w:t>
      </w:r>
    </w:p>
    <w:p>
      <w:r>
        <w:rPr>
          <w:b/>
        </w:rPr>
        <w:t xml:space="preserve">[22:02] </w:t>
      </w:r>
      <w:r>
        <w:t>rooh ka matlab hai spirit. spirit mein conscience bhi aa jata hai aur kai cheezein aa jati hain. to kyunke ye quantitative cheez nahi hai,</w:t>
      </w:r>
    </w:p>
    <w:p>
      <w:pPr>
        <w:jc w:val="right"/>
      </w:pPr>
      <w:r>
        <w:t>रूह का मतलब है spirit। Spirit में conscience भी आ जाता है और कई चीज़ें आ जाती हैं। तो क्योंकि ये quantitative चीज़ नहीं है,</w:t>
      </w:r>
    </w:p>
    <w:p>
      <w:r>
        <w:rPr>
          <w:b/>
        </w:rPr>
        <w:t xml:space="preserve">[22:19] </w:t>
      </w:r>
      <w:r>
        <w:t>qualitative cheez hai, isko bahut zyada well-defined alfaaz mein hum nahi keh sakte, rooh ko. kuch cheezein aisi hoti hain ke quantitative term mein bandhne ki ho sakti hain wo. quantitative term mein</w:t>
      </w:r>
    </w:p>
    <w:p>
      <w:pPr>
        <w:jc w:val="right"/>
      </w:pPr>
      <w:r>
        <w:t>qualitative चीज़ है, इसको बहुत ज़्यादा well-defined अल्फ़ाज़ में हम नहीं कह सकते, रूह को। कुछ चीज़ें ऐसी होती हैं कि quantitative term में बांधने की हो सकती है वो। Quantitative term में</w:t>
      </w:r>
    </w:p>
    <w:p>
      <w:r>
        <w:rPr>
          <w:b/>
        </w:rPr>
        <w:t xml:space="preserve">[22:37] </w:t>
      </w:r>
      <w:r>
        <w:t>hoti hain wo, isliye mujhe. to jo cheez quantitative term mein hai, wo usko quantitative term mein aap chahen dhalna, to ye nahi ho sakta. aapko apni sense of understanding ko, sense of understanding ko badhana hoga.</w:t>
      </w:r>
    </w:p>
    <w:p>
      <w:pPr>
        <w:jc w:val="right"/>
      </w:pPr>
      <w:r>
        <w:t>होती हैं वो, इसलिए मुझे। तो जो चीज़ quantitative term में है, वो उसको quantitative term में आप चाहेंढालना, तो ये नहीं हो सकता। आपको अपनी sense of understanding को, sense of understanding को बढ़ाना होगा।</w:t>
      </w:r>
    </w:p>
    <w:p>
      <w:r>
        <w:rPr>
          <w:b/>
        </w:rPr>
        <w:t xml:space="preserve">[22:55] </w:t>
      </w:r>
      <w:r>
        <w:t>sense of understanding. aap chahen ke usko qualitative term se nikal ke quantitative term mein bandh kar diya jaye, to ye possible nahi hai. aapko apne sense of understanding ko badhana hoga.</w:t>
      </w:r>
    </w:p>
    <w:p>
      <w:pPr>
        <w:jc w:val="right"/>
      </w:pPr>
      <w:r>
        <w:t>Sense of understanding। आप चाहें कि उसको qualitative term से निकाल के quantitative term में बांध कर दिया जाए, तो ये possible नहीं है। आपको अपने sense of understanding को बढ़ाना होगा।</w:t>
      </w:r>
    </w:p>
    <w:p>
      <w:r>
        <w:rPr>
          <w:b/>
        </w:rPr>
        <w:t xml:space="preserve">[23:14] </w:t>
      </w:r>
      <w:r>
        <w:t>main hoon abdul rauf khatib, bhai chiplun se.</w:t>
      </w:r>
    </w:p>
    <w:p>
      <w:pPr>
        <w:jc w:val="right"/>
      </w:pPr>
      <w:r>
        <w:t>मैं हूँ अब्दुल रफ़ ख़तीब, भाई चिपलून से।</w:t>
      </w:r>
    </w:p>
    <w:p>
      <w:r>
        <w:rPr>
          <w:b/>
        </w:rPr>
        <w:t xml:space="preserve">[23:16] </w:t>
      </w:r>
      <w:r>
        <w:t>maulana, mera sawal ye hai ke hazrat yusuf alahissalam ko khwab ki taabeer batane ka ilm diya gaya</w:t>
      </w:r>
    </w:p>
    <w:p>
      <w:pPr>
        <w:jc w:val="right"/>
      </w:pPr>
      <w:r>
        <w:t>मौलाना, मेरा सवाल ये है कि हज़रत यूसुफ़ अलैहिस्सलाम को ख़्वाब की ताबीर बताने का इल्म दिया गया</w:t>
      </w:r>
    </w:p>
    <w:p>
      <w:r>
        <w:rPr>
          <w:b/>
        </w:rPr>
        <w:t xml:space="preserve">[23:22] </w:t>
      </w:r>
      <w:r>
        <w:t>tha. jaise ke quran mein hai ke wo jaise saat dubli gayen moti gayon ko kha rahi hain.</w:t>
      </w:r>
    </w:p>
    <w:p>
      <w:pPr>
        <w:jc w:val="right"/>
      </w:pPr>
      <w:r>
        <w:t>था। जैसे कि क़ुरआन में है कि वो जैसे सात दुबली गायें मोटी गायों को खा रही हैं।</w:t>
      </w:r>
    </w:p>
    <w:p>
      <w:r>
        <w:rPr>
          <w:b/>
        </w:rPr>
        <w:t xml:space="preserve">[23:28] </w:t>
      </w:r>
      <w:r>
        <w:t>uski taabeer hazrat yusuf alahissalam ne ye batai ke pehle saat saal mein anaaj kaafi achha hoga, uske</w:t>
      </w:r>
    </w:p>
    <w:p>
      <w:pPr>
        <w:jc w:val="right"/>
      </w:pPr>
      <w:r>
        <w:t>उसकी ताबीर हज़रत यूसुफ़ अलैहिस्सलाम ने ये बताई कि पहले सात साल में अनाज काफी अच्छा होगा, उसके</w:t>
      </w:r>
    </w:p>
    <w:p>
      <w:r>
        <w:rPr>
          <w:b/>
        </w:rPr>
        <w:t xml:space="preserve">[23:34] </w:t>
      </w:r>
      <w:r>
        <w:t>baad qahatsali saat saal aayegi.</w:t>
      </w:r>
    </w:p>
    <w:p>
      <w:pPr>
        <w:jc w:val="right"/>
      </w:pPr>
      <w:r>
        <w:t>बाद क़हतसाली सात साल आएगी।</w:t>
      </w:r>
    </w:p>
    <w:p>
      <w:r>
        <w:rPr>
          <w:b/>
        </w:rPr>
        <w:t xml:space="preserve">[23:36] </w:t>
      </w:r>
      <w:r>
        <w:t>usmein us qahatsali ke zamane mein jo anaaj jo hai, wo khaya jayega.</w:t>
      </w:r>
    </w:p>
    <w:p>
      <w:pPr>
        <w:jc w:val="right"/>
      </w:pPr>
      <w:r>
        <w:t>उसमें उस क़हतसाली के ज़माने में जो अनाज जो है, वो खाया जाएगा।</w:t>
      </w:r>
    </w:p>
    <w:p>
      <w:r>
        <w:rPr>
          <w:b/>
        </w:rPr>
        <w:t xml:space="preserve">[23:42] </w:t>
      </w:r>
      <w:r>
        <w:t>yaani achhe zamane mein jo anaaj paida hua ho.</w:t>
      </w:r>
    </w:p>
    <w:p>
      <w:pPr>
        <w:jc w:val="right"/>
      </w:pPr>
      <w:r>
        <w:t>यानी अच्छे ज़माने में जो अनाज पैदा हुआ हो।</w:t>
      </w:r>
    </w:p>
    <w:p>
      <w:r>
        <w:rPr>
          <w:b/>
        </w:rPr>
        <w:t xml:space="preserve">[23:45] </w:t>
      </w:r>
      <w:r>
        <w:t>lekin khwab ki taabeer batane ka ye jo mamla hai, kya wo inference ka mamla hai, jis tarah</w:t>
      </w:r>
    </w:p>
    <w:p>
      <w:pPr>
        <w:jc w:val="right"/>
      </w:pPr>
      <w:r>
        <w:t>लेकिन ख़्वाब की ताबीर बताने का ये जो मामला है, क्या वो inference का मामला है, जिस तरह</w:t>
      </w:r>
    </w:p>
    <w:p>
      <w:r>
        <w:rPr>
          <w:b/>
        </w:rPr>
        <w:t xml:space="preserve">[23:49] </w:t>
      </w:r>
      <w:r>
        <w:t>ek science-dan ko hota hai ke yaani nakabil-e-mushahida cheezon ko kabil-e-mushahida cheezon se darya</w:t>
      </w:r>
    </w:p>
    <w:p>
      <w:pPr>
        <w:jc w:val="right"/>
      </w:pPr>
      <w:r>
        <w:t>एक साइंसदान को होता है कि यानी नाकाबिल-ए-मुशाहिदा चीज़ों को काबिल-ए-मुशाहिदा चीज़ों से दरया</w:t>
      </w:r>
    </w:p>
    <w:p>
      <w:r>
        <w:rPr>
          <w:b/>
        </w:rPr>
        <w:t xml:space="preserve">[23:57] </w:t>
      </w:r>
      <w:r>
        <w:t>uft karna? kya isi tarah ka ye khwab ki tabeer batana, usi tarah ka ek mamla hai? ye mera sawal hai.</w:t>
      </w:r>
    </w:p>
    <w:p>
      <w:pPr>
        <w:jc w:val="right"/>
      </w:pPr>
      <w:r>
        <w:t>फ्त करना? क्या इसी तरह का ये ख़्वाब की ताबीर बताना, उसी तरह का एक मामला है? ये मेरा सवाल है।</w:t>
      </w:r>
    </w:p>
    <w:p>
      <w:r>
        <w:rPr>
          <w:b/>
        </w:rPr>
        <w:t xml:space="preserve">[24:03] </w:t>
      </w:r>
      <w:r>
        <w:t>dekhiye, ek hai hamare aapka dream, ek hai prophet ka dream.</w:t>
      </w:r>
    </w:p>
    <w:p>
      <w:pPr>
        <w:jc w:val="right"/>
      </w:pPr>
      <w:r>
        <w:t>देखिए, एक है हमारे आपका dream, एक है prophet का dream।</w:t>
      </w:r>
    </w:p>
    <w:p>
      <w:r>
        <w:rPr>
          <w:b/>
        </w:rPr>
        <w:t xml:space="preserve">[24:08] </w:t>
      </w:r>
      <w:r>
        <w:t>donon farq hain.</w:t>
      </w:r>
    </w:p>
    <w:p>
      <w:pPr>
        <w:jc w:val="right"/>
      </w:pPr>
      <w:r>
        <w:t>दोनों फर्क हैं।</w:t>
      </w:r>
    </w:p>
    <w:p>
      <w:r>
        <w:rPr>
          <w:b/>
        </w:rPr>
        <w:t xml:space="preserve">[24:10] </w:t>
      </w:r>
      <w:r>
        <w:t>kyunki prophet ka dream khuda ki wahi se hota hai.</w:t>
      </w:r>
    </w:p>
    <w:p>
      <w:pPr>
        <w:jc w:val="right"/>
      </w:pPr>
      <w:r>
        <w:t>क्योंकि prophet का dream ख़ुदा की वही से होता है।</w:t>
      </w:r>
    </w:p>
    <w:p>
      <w:r>
        <w:rPr>
          <w:b/>
        </w:rPr>
        <w:t xml:space="preserve">[24:15] </w:t>
      </w:r>
      <w:r>
        <w:t>to prophet agar dream ka interpretation deta hai, to wo sahi hota hai.</w:t>
      </w:r>
    </w:p>
    <w:p>
      <w:pPr>
        <w:jc w:val="right"/>
      </w:pPr>
      <w:r>
        <w:t>तो prophet अगर dream का interpretation देता है, तो वो सही होता है।</w:t>
      </w:r>
    </w:p>
    <w:p>
      <w:r>
        <w:rPr>
          <w:b/>
        </w:rPr>
        <w:t xml:space="preserve">[24:19] </w:t>
      </w:r>
      <w:r>
        <w:t>usmein koi galti nahi ho sakti.</w:t>
      </w:r>
    </w:p>
    <w:p>
      <w:pPr>
        <w:jc w:val="right"/>
      </w:pPr>
      <w:r>
        <w:t>उसमें कोई गलती नहीं हो सकती।</w:t>
      </w:r>
    </w:p>
    <w:p>
      <w:r>
        <w:rPr>
          <w:b/>
        </w:rPr>
        <w:t xml:space="preserve">[24:21] </w:t>
      </w:r>
      <w:r>
        <w:t>hum ab jo karte hain, to inference hota hai.</w:t>
      </w:r>
    </w:p>
    <w:p>
      <w:pPr>
        <w:jc w:val="right"/>
      </w:pPr>
      <w:r>
        <w:t>हम अब जो करते हैं, तो inference होता है।</w:t>
      </w:r>
    </w:p>
    <w:p>
      <w:r>
        <w:rPr>
          <w:b/>
        </w:rPr>
        <w:t xml:space="preserve">[24:25] </w:t>
      </w:r>
      <w:r>
        <w:t>hamare aapke dream</w:t>
      </w:r>
    </w:p>
    <w:p>
      <w:pPr>
        <w:jc w:val="right"/>
      </w:pPr>
      <w:r>
        <w:t>हमारे आपके dream</w:t>
      </w:r>
    </w:p>
    <w:p>
      <w:r>
        <w:rPr>
          <w:b/>
        </w:rPr>
        <w:t xml:space="preserve">[24:29] </w:t>
      </w:r>
      <w:r>
        <w:t>bataur inference hum</w:t>
      </w:r>
    </w:p>
    <w:p>
      <w:pPr>
        <w:jc w:val="right"/>
      </w:pPr>
      <w:r>
        <w:t>बतौर inference हम</w:t>
      </w:r>
    </w:p>
    <w:p>
      <w:r>
        <w:rPr>
          <w:b/>
        </w:rPr>
        <w:t xml:space="preserve">[24:32] </w:t>
      </w:r>
      <w:r>
        <w:t>usko interpret karte hain.</w:t>
      </w:r>
    </w:p>
    <w:p>
      <w:pPr>
        <w:jc w:val="right"/>
      </w:pPr>
      <w:r>
        <w:t>उसको interpret करते हैं।</w:t>
      </w:r>
    </w:p>
    <w:p>
      <w:r>
        <w:rPr>
          <w:b/>
        </w:rPr>
        <w:t xml:space="preserve">[24:34] </w:t>
      </w:r>
      <w:r>
        <w:t>usmein sahi bhi ho sakta hai, galat bhi ho sakta hai.</w:t>
      </w:r>
    </w:p>
    <w:p>
      <w:pPr>
        <w:jc w:val="right"/>
      </w:pPr>
      <w:r>
        <w:t>उसमें सही भी हो सकता है, गलत भी हो सकता है।</w:t>
      </w:r>
    </w:p>
    <w:p>
      <w:r>
        <w:rPr>
          <w:b/>
        </w:rPr>
        <w:t xml:space="preserve">[24:38] </w:t>
      </w:r>
      <w:r>
        <w:t>abdul basit umri sahab ne gulbarga se sawal kiya hai.</w:t>
      </w:r>
    </w:p>
    <w:p>
      <w:pPr>
        <w:jc w:val="right"/>
      </w:pPr>
      <w:r>
        <w:t>अब्दुल बासित उमरी साहब ने गुलबर्गा से सवाल किया है।</w:t>
      </w:r>
    </w:p>
    <w:p>
      <w:r>
        <w:rPr>
          <w:b/>
        </w:rPr>
        <w:t xml:space="preserve">[24:43] </w:t>
      </w:r>
      <w:r>
        <w:t>maulana, aapka ek article dawat ke mauzu par main padh raha tha.</w:t>
      </w:r>
    </w:p>
    <w:p>
      <w:pPr>
        <w:jc w:val="right"/>
      </w:pPr>
      <w:r>
        <w:t>मौलाना, आपका एक article दावत के मौज़ू पर मैं पढ़ रहा था।</w:t>
      </w:r>
    </w:p>
    <w:p>
      <w:r>
        <w:rPr>
          <w:b/>
        </w:rPr>
        <w:t xml:space="preserve">[24:48] </w:t>
      </w:r>
      <w:r>
        <w:t>quran ki ek aayat ko lekar maulana ne likha hai ke "والله يعصمك من الناس".</w:t>
      </w:r>
    </w:p>
    <w:p>
      <w:pPr>
        <w:jc w:val="right"/>
      </w:pPr>
      <w:r>
        <w:t>क़ुरआन की एक आयत को लेकर मौलाना ने लिखा है कि "والله يعصمك من الناس"।</w:t>
      </w:r>
    </w:p>
    <w:p>
      <w:r>
        <w:rPr>
          <w:b/>
        </w:rPr>
        <w:t xml:space="preserve">[24:54] </w:t>
      </w:r>
      <w:r>
        <w:t>ye aayat dushmanon ki sazishon se bachane ke liye khuda ki taraf se zamanat hai.</w:t>
      </w:r>
    </w:p>
    <w:p>
      <w:pPr>
        <w:jc w:val="right"/>
      </w:pPr>
      <w:r>
        <w:t>ये आयत दुश्मनों की साज़िशों से बचाने के लिए ख़ुदा की तरफ से ज़मानत है।</w:t>
      </w:r>
    </w:p>
    <w:p>
      <w:r>
        <w:rPr>
          <w:b/>
        </w:rPr>
        <w:t xml:space="preserve">[25:00] </w:t>
      </w:r>
      <w:r>
        <w:t>to mera sawal ye hai ke kya ek insan jo dawat ke kaam ke liye khada ho, to</w:t>
      </w:r>
    </w:p>
    <w:p>
      <w:pPr>
        <w:jc w:val="right"/>
      </w:pPr>
      <w:r>
        <w:t>तो मेरा सवाल ये है कि क्या एक इंसान जो दावत के काम के लिए खड़ा हो, तो</w:t>
      </w:r>
    </w:p>
    <w:p>
      <w:r>
        <w:rPr>
          <w:b/>
        </w:rPr>
        <w:t xml:space="preserve">[25:04] </w:t>
      </w:r>
      <w:r>
        <w:t>khuda maashi zarooriyat ke mamle mein bhi uska zamman hoga?</w:t>
      </w:r>
    </w:p>
    <w:p>
      <w:pPr>
        <w:jc w:val="right"/>
      </w:pPr>
      <w:r>
        <w:t>ख़ुदा معاشی ضروریات के मामले में भी उसका ضامن होगा?</w:t>
      </w:r>
    </w:p>
    <w:p>
      <w:r>
        <w:rPr>
          <w:b/>
        </w:rPr>
        <w:t xml:space="preserve">[25:09] </w:t>
      </w:r>
      <w:r>
        <w:t>aisi koi quran ki ayat ya hadith hai is bare mein? nahi, dekhiye, khuda ki madad ka wada jo hai, ek shart ke sath hai. wo shart ye hai ke aap khuda ki, khuda ki apni jo banai hui scheme of things hai,</w:t>
      </w:r>
    </w:p>
    <w:p>
      <w:pPr>
        <w:jc w:val="right"/>
      </w:pPr>
      <w:r>
        <w:t>ऐसी कोई क़ुरआन की आयत या حدیث है इस बारे में? नहीं, देखिए, ख़ुदा की मदद का वादा जो है, एक शर्त के साथ है। वो शर्त ये है कि आप ख़ुदा की, ख़ुदा की अपनी जो बनाई हुई scheme of things है,</w:t>
      </w:r>
    </w:p>
    <w:p>
      <w:r>
        <w:rPr>
          <w:b/>
        </w:rPr>
        <w:t xml:space="preserve">[25:30] </w:t>
      </w:r>
      <w:r>
        <w:t>jo method hai, usko follow karein. ye follow karein apni aur umeed rakhein allah se. maslan, aap farz kijiye ke aap, farz kijiye ke aap ek</w:t>
      </w:r>
    </w:p>
    <w:p>
      <w:pPr>
        <w:jc w:val="right"/>
      </w:pPr>
      <w:r>
        <w:t>जो method है, उसको follow करें। ये follow करें अपनी और उम्मीद रखें अल्लाह से। मसलन, आप फर्ज़ कीजिए कि आप, फर्ज़ कीजिए कि आप एक</w:t>
      </w:r>
    </w:p>
    <w:p>
      <w:r>
        <w:rPr>
          <w:b/>
        </w:rPr>
        <w:t xml:space="preserve">[25:49] </w:t>
      </w:r>
      <w:r>
        <w:t>service kar rahe hain. service mein aapko kam paisa milta hai, farz kijiye. to aap sochein ke main business karunga aur beti ke liye zyada kamaunga aur usko main aalat aalit dilauga aur service chhod dein.</w:t>
      </w:r>
    </w:p>
    <w:p>
      <w:pPr>
        <w:jc w:val="right"/>
      </w:pPr>
      <w:r>
        <w:t>service कर रहे हैं। Service में आपको कम पैसा मिलता है, फर्ज़ कीजिए। तो आप सोचें कि मैं business करूँगा और बेटी के लिए ज़्यादा कमाऊँगा और उसको मैं आलात आलित दिलाऊँगा और service छोड़ दें।</w:t>
      </w:r>
    </w:p>
    <w:p>
      <w:r>
        <w:rPr>
          <w:b/>
        </w:rPr>
        <w:t xml:space="preserve">[26:05] </w:t>
      </w:r>
      <w:r>
        <w:t>is tarah ki kabhi bhi khuda ki madad nahi aayegi. ye to aapki apni khwahish ke phir chale aap.</w:t>
      </w:r>
    </w:p>
    <w:p>
      <w:pPr>
        <w:jc w:val="right"/>
      </w:pPr>
      <w:r>
        <w:t>इस तरह की कभी भी ख़ुदा की मदद नहीं आएगी। ये तो आपकी अपनी ख़्वाहिश के फिर चले आप।</w:t>
      </w:r>
    </w:p>
    <w:p>
      <w:r>
        <w:rPr>
          <w:b/>
        </w:rPr>
        <w:t xml:space="preserve">[26:15] </w:t>
      </w:r>
      <w:r>
        <w:t>allah ne jo mukarrar kiya tareeka, wo ye ke bachche ke incentive ko</w:t>
      </w:r>
    </w:p>
    <w:p>
      <w:pPr>
        <w:jc w:val="right"/>
      </w:pPr>
      <w:r>
        <w:t>अल्लाह ने जो मुकर्रर किया तरीका, वो ये कि बच्चे के incentive को</w:t>
      </w:r>
    </w:p>
    <w:p>
      <w:r>
        <w:rPr>
          <w:b/>
        </w:rPr>
        <w:t xml:space="preserve">[26:25] </w:t>
      </w:r>
      <w:r>
        <w:t>jagaao. bachche ke apne andar jo jazba hai, usko ubharo. aur aapne kaha ke bachche ki taraf se aap khud ban gaye ke main kamaunga bachche ko kaam banane ke liye. to ye to allah ne nahi kaha.</w:t>
      </w:r>
    </w:p>
    <w:p>
      <w:pPr>
        <w:jc w:val="right"/>
      </w:pPr>
      <w:r>
        <w:t>जगाओ। बच्चे के अपने अंदर जो जज़्बा है, उसको उभारो। और आपने कहा कि बच्चे की तरफ से आप खुद बन गए कि मैं कमाऊँगा बच्चे को काम बनाने के लिए। तो ये तो अल्लाह ने नहीं कहा।</w:t>
      </w:r>
    </w:p>
    <w:p>
      <w:r>
        <w:rPr>
          <w:b/>
        </w:rPr>
        <w:t xml:space="preserve">[26:47] </w:t>
      </w:r>
      <w:r>
        <w:t>sabse aham kaam aulad ke liye baap ke upar jo hai, baap ke jo karna hai, wo bachche ke incentive ko jagana.</w:t>
      </w:r>
    </w:p>
    <w:p>
      <w:pPr>
        <w:jc w:val="right"/>
      </w:pPr>
      <w:r>
        <w:t>सबसे अहम काम औलाद के लिए बाप के ऊपर जो है, बाप के जो करना है, वो बच्चे के incentive को जगाना।</w:t>
      </w:r>
    </w:p>
    <w:p>
      <w:r>
        <w:rPr>
          <w:b/>
        </w:rPr>
        <w:t xml:space="preserve">[27:02] </w:t>
      </w:r>
      <w:r>
        <w:t>jaise rasoolullah ke paas ek aadmi aaya</w:t>
      </w:r>
    </w:p>
    <w:p>
      <w:pPr>
        <w:jc w:val="right"/>
      </w:pPr>
      <w:r>
        <w:t>जैसे रसूलल्लाह के पास एक आदमी आया</w:t>
      </w:r>
    </w:p>
    <w:p>
      <w:r>
        <w:rPr>
          <w:b/>
        </w:rPr>
        <w:t xml:space="preserve">[27:05] </w:t>
      </w:r>
      <w:r>
        <w:t>ke mujhe kuch, main gareeb hoon. to aapne usko kaha ke jaakar mehnat karo, mehnat se jo paisa mile, use apna kaam chalao. to aap aadmi ke andar jo quality hai, jo incentive daba hua hai, usko jagaiye.</w:t>
      </w:r>
    </w:p>
    <w:p>
      <w:pPr>
        <w:jc w:val="right"/>
      </w:pPr>
      <w:r>
        <w:t>कि मुझे कुछ, मैं गरीब हूँ। तो आपने उसको कहा कि जाकर मेहनत करो, मेहनत से जो पैसा मिले, उसे अपना काम चलाओ। तो आप आदमी के अंदर जो quality है, जो incentive दबा हुआ है, उसको जगाइए।</w:t>
      </w:r>
    </w:p>
    <w:p>
      <w:r>
        <w:rPr>
          <w:b/>
        </w:rPr>
        <w:t xml:space="preserve">[27:25] </w:t>
      </w:r>
      <w:r>
        <w:t>ye koi tareeka nahi hai ke aap bachche ki khatir</w:t>
      </w:r>
    </w:p>
    <w:p>
      <w:pPr>
        <w:jc w:val="right"/>
      </w:pPr>
      <w:r>
        <w:t>ये कोई तरीका नहीं है कि आप बच्चे की खातिर</w:t>
      </w:r>
    </w:p>
    <w:p>
      <w:r>
        <w:rPr>
          <w:b/>
        </w:rPr>
        <w:t xml:space="preserve">[27:32] </w:t>
      </w:r>
      <w:r>
        <w:t>apni sari tawajjoh laga dein ke bachche ko kamana pade aur main kamau. to Allah ki madad nahin aaegi aapko.</w:t>
      </w:r>
    </w:p>
    <w:p>
      <w:pPr>
        <w:jc w:val="right"/>
      </w:pPr>
      <w:r>
        <w:t>अपनी सारी तवज्जो लगा दें कि बच्चे को कमाना पड़े और मैं कमाऊँ। तो अल्लाह की मदद नहीं आएगी आपको।</w:t>
      </w:r>
    </w:p>
    <w:p>
      <w:r>
        <w:rPr>
          <w:b/>
        </w:rPr>
        <w:t xml:space="preserve">[27:42] </w:t>
      </w:r>
      <w:r>
        <w:t>maulana, mera naam nisar ahmad hai, mumbai team se. mera sawal ye hai ki aap bait-e-rizwan aur sulah hudaybiya ko kaise relate karte hain?</w:t>
      </w:r>
    </w:p>
    <w:p>
      <w:pPr>
        <w:jc w:val="right"/>
      </w:pPr>
      <w:r>
        <w:t>मौलाना, मेरा नाम निसार अहमद है, मुंबई टीम से। मेरा सवाल ये है कि आप बैते रिजवान और सुलेह हुदैबिया को कैसे relate करते हैं?</w:t>
      </w:r>
    </w:p>
    <w:p>
      <w:r>
        <w:rPr>
          <w:b/>
        </w:rPr>
        <w:t xml:space="preserve">[27:50] </w:t>
      </w:r>
      <w:r>
        <w:t>kuch log ye kehte hain ki pehle bait-e-rizwan hui, jismein badle ki baat hui, uske baad hi sulah hudaybiya possible hua.</w:t>
      </w:r>
    </w:p>
    <w:p>
      <w:pPr>
        <w:jc w:val="right"/>
      </w:pPr>
      <w:r>
        <w:t>कुछ लोग ये कहते हैं कि पहले बैते रिजवान हुई, जिसमें बदले की बात हुई, उसके बाद ही सुलेह हुदैबिया possible हुआ।</w:t>
      </w:r>
    </w:p>
    <w:p>
      <w:r>
        <w:rPr>
          <w:b/>
        </w:rPr>
        <w:t xml:space="preserve">[27:58] </w:t>
      </w:r>
      <w:r>
        <w:t>bait-e-rizwan kya thi, usko samjhiye ki rasulullah sallallahu alaihi wasallam ne ek salish bheja tha makka baat karne ke liye. to khabar mashhoor ho gai ki unko maar dala. to rasulullah ne uski bait li thi ek babool ke darakht ke neeche. wo bait kya thi?</w:t>
      </w:r>
    </w:p>
    <w:p>
      <w:pPr>
        <w:jc w:val="right"/>
      </w:pPr>
      <w:r>
        <w:t>बैते रिजवान क्या थी, उसको समझिए कि रसूलल्लाह सल्लल्लाहु अलैहि वसल्लम ने एक सालिश भेजा था मक्का बात करने के लिए। तो ख़बर मशहूर हो गई कि उनको मार डाला। तो रसूलल्लाह ने उसकी बैत ली थी एक बबूल के दरख्त के नीचे। वो बैत क्या थी?</w:t>
      </w:r>
    </w:p>
    <w:p>
      <w:r>
        <w:rPr>
          <w:b/>
        </w:rPr>
        <w:t xml:space="preserve">[28:26] </w:t>
      </w:r>
      <w:r>
        <w:t>wo inteqam ki bait nahin thi. wo bait thi ki hum peeche nahin hatenge. kya lal lahauj the?</w:t>
      </w:r>
    </w:p>
    <w:p>
      <w:pPr>
        <w:jc w:val="right"/>
      </w:pPr>
      <w:r>
        <w:t>वो इंतकाम की बैत नहीं थी। वो बैत थी कि हम पीछे नहीं हटेंगे। क्या लाल लहौज थे?</w:t>
      </w:r>
    </w:p>
    <w:p>
      <w:r>
        <w:rPr>
          <w:b/>
        </w:rPr>
        <w:t xml:space="preserve">[28:40] </w:t>
      </w:r>
      <w:r>
        <w:t>laan affirro ke?</w:t>
      </w:r>
    </w:p>
    <w:p>
      <w:pPr>
        <w:jc w:val="right"/>
      </w:pPr>
      <w:r>
        <w:t>लान अफिर्रो के?</w:t>
      </w:r>
    </w:p>
    <w:p>
      <w:r>
        <w:rPr>
          <w:b/>
        </w:rPr>
        <w:t xml:space="preserve">[28:42] </w:t>
      </w:r>
      <w:r>
        <w:t>haan, laan affirro. abhi tak to wo afwah hai ki unka irada hai hamla karne ka. to agar wo sachmuch kara rahe hain hamla, to hum peeche nahin hatenge. jo nikal rahe hain, jo log, wo to inteqam ke liye nikal rahe hain. to phir se bataiye, aap kya nikal rahe hain log?</w:t>
      </w:r>
    </w:p>
    <w:p>
      <w:pPr>
        <w:jc w:val="right"/>
      </w:pPr>
      <w:r>
        <w:t>हाँ, लान अफिर्रो। अभी तक तो वो अफवाह है कि उनका इरादा है हमला करने का। तो अगर वो सचमुच करा रहे हैं हमला, तो हम पीछे नहीं हटेंगे। जो निकाल रहे हैं, जो लोग, वो तो इंतकाम के लिए निकाल रहे हैं। तो फिर से बताइए, आप क्या निकाल रहे हैं लोग?</w:t>
      </w:r>
    </w:p>
    <w:p>
      <w:r>
        <w:rPr>
          <w:b/>
        </w:rPr>
        <w:t xml:space="preserve">[29:03] </w:t>
      </w:r>
      <w:r>
        <w:t>haan, inteqam ka hi nikal rahe hain. wo keh rahe hain inteqam ka hi nikal rahe hain, matlab</w:t>
      </w:r>
    </w:p>
    <w:p>
      <w:pPr>
        <w:jc w:val="right"/>
      </w:pPr>
      <w:r>
        <w:t>हाँ, इंतकाम का ही निकाल रहे हैं। वो कह रहे हैं इंतकाम का ही निकाल रहे हैं, मतलब</w:t>
      </w:r>
    </w:p>
    <w:p>
      <w:r>
        <w:rPr>
          <w:b/>
        </w:rPr>
        <w:t xml:space="preserve">[29:07] </w:t>
      </w:r>
      <w:r>
        <w:t>? haan. to usmein inteqam nahin hai. agar wo hamla kar dein, to us waqt hum peeche nahin hatenge. to abhi peeche, aap kabhi duniya mein, kahin musalman par hamla nahin hua. har jagah lad rahe hain, wo khamkha, khamkha lad rahe hain. iska usse koi talluq nahin hai.</w:t>
      </w:r>
    </w:p>
    <w:p>
      <w:pPr>
        <w:jc w:val="right"/>
      </w:pPr>
      <w:r>
        <w:t>? हाँ। तो उसमें इंतकाम नहीं है। अगर वो हमला कर दें, तो उस वक्त हम पीछे नहीं हटेंगे। तो अभी पीछे, आप कभी दुनिया में, कहीं मुसलमान पर हमला नहीं हुआ। हर जगह लड़ रहे हैं, वो खामखा, खामखा लड़ रहे हैं। इसका उससे कोई ताल्लुक नहीं है।</w:t>
      </w:r>
    </w:p>
    <w:p>
      <w:r>
        <w:rPr>
          <w:b/>
        </w:rPr>
        <w:t xml:space="preserve">[29:27] </w:t>
      </w:r>
      <w:r>
        <w:t>maulana, main mahboob bol raha hoon, mumbai team se. maulana, aapne ye likha hai ki insaan ke dna mein maut ke bare mein kuch bhi likha nahin gaya hai. to aapne likha hai. to mera sawal ye hai ki hum log maut ko kaisa yaad rakhein?</w:t>
      </w:r>
    </w:p>
    <w:p>
      <w:pPr>
        <w:jc w:val="right"/>
      </w:pPr>
      <w:r>
        <w:t>मौलाना, मैं महबूब बोल रहा हूँ, मुंबई टीम से। मौलाना, आपने ये लिखा है कि इंसान के डीएनए में मौत के बारे में कुछ भी लिखा नहीं गया है। तो आपने लिखा है। तो मेरा सवाल ये है कि हम लोग मौत को कैसा याद रखें?</w:t>
      </w:r>
    </w:p>
    <w:p>
      <w:r>
        <w:rPr>
          <w:b/>
        </w:rPr>
        <w:t xml:space="preserve">[29:43] </w:t>
      </w:r>
      <w:r>
        <w:t>ki jo ki maut ka yaad rakhna hi asal akhirat ki tayyari ke liye ek bahut bada cheez hoti hai. to hum log maut ko phir kaise yaad rakhein, jabki hamare dna mein pehle se maujood hi nahin hai</w:t>
      </w:r>
    </w:p>
    <w:p>
      <w:pPr>
        <w:jc w:val="right"/>
      </w:pPr>
      <w:r>
        <w:t>कि जो कि मौत का याद रखना ही असल आख़िरत की तैयारी के लिए एक बहुत बड़ा चीज़ होती है। तो हम लोग मौत को फिर कैसे याद रखें, जबकि हमारे डीएनए में पहले से मौजूद ही नहीं है</w:t>
      </w:r>
    </w:p>
    <w:p>
      <w:r>
        <w:rPr>
          <w:b/>
        </w:rPr>
        <w:t xml:space="preserve">[29:55] </w:t>
      </w:r>
      <w:r>
        <w:t>? hamare dna mein hi nahin hai. aap confusion mein daal rahe hain aadmi ko. dna mein maujood nahin hai. date. ye to ek maut hai. maut to har aadmi janta hai ki mar raha hai. duniya mein kaun hai jo na janta ho ki mar raha hai?</w:t>
      </w:r>
    </w:p>
    <w:p>
      <w:pPr>
        <w:jc w:val="right"/>
      </w:pPr>
      <w:r>
        <w:t>? हमारे डीएनए में ही नहीं है। आप confusion में डाल रहे हैं आदमी को। डीएनए में मौजूद नहीं है। Date। ये तो एक मौत है। मौत तो हर आदमी जानता है कि मर रहा है। दुनिया में कौन है जो न जानता हो कि मर रहा है?</w:t>
      </w:r>
    </w:p>
    <w:p>
      <w:r>
        <w:rPr>
          <w:b/>
        </w:rPr>
        <w:t xml:space="preserve">[30:12] </w:t>
      </w:r>
      <w:r>
        <w:t>dna mein exact date nahin likhi hui hai. to aap date likhi, tab bhi is ye waqia to maloom waqia hai ki mar raha hai. usko yaad kijiye aap.</w:t>
      </w:r>
    </w:p>
    <w:p>
      <w:pPr>
        <w:jc w:val="right"/>
      </w:pPr>
      <w:r>
        <w:t>डीएनए में exact date नहीं लिखी हुई है। तो आप date लिखी, तब भी इस ये वाक़िया तो मालूम वाक़िया है कि मर रहा है। उसको याद कीजिए आप।</w:t>
      </w:r>
    </w:p>
    <w:p>
      <w:r>
        <w:rPr>
          <w:b/>
        </w:rPr>
        <w:t xml:space="preserve">[30:23] </w:t>
      </w:r>
      <w:r>
        <w:t>maulana, aap hamein kehte hain ki literature aapka padhein. to usi ko follow karte hue main pichhle dinon aapki pehli kitab "naye ahad ke darwaze par" padh rahi thi aur "God Arises", jo uska culmination hai, jo tees saal baad aapne likhi, dono padh rahi thi. aur</w:t>
      </w:r>
    </w:p>
    <w:p>
      <w:pPr>
        <w:jc w:val="right"/>
      </w:pPr>
      <w:r>
        <w:t>मौलाना, आप हमें कहते हैं कि literature आपका पढ़ें। तो उसी को follow करते हुए मैं पिछले दिनों आपकी पहली किताब "नए अहद के दरवाजे पर" पढ़ रही थी और "God Arises", जो उसका culmination है, जो तीस साल बाद आपने लिखी, दोनों पढ़ रही थी। और</w:t>
      </w:r>
    </w:p>
    <w:p>
      <w:r>
        <w:rPr>
          <w:b/>
        </w:rPr>
        <w:t xml:space="preserve">[30:47] </w:t>
      </w:r>
      <w:r>
        <w:t>kal hi dono khatm hui hain. aur maulana, main literally sijde mein gir gai ki khuda bilkul aisa lag raha tha mere saamne hain un donon kitabon ko padhkar. aur aise lag raha tha ki creation aur poori history aur culmination of history saamne aa gai hai. aur main itna</w:t>
      </w:r>
    </w:p>
    <w:p>
      <w:pPr>
        <w:jc w:val="right"/>
      </w:pPr>
      <w:r>
        <w:t>कल ही दोनों खत्म हुई हैं। और मौलाना, मैं literally सिजदे में गिर गई कि ख़ुदा बिल्कुल ऐसा लग रहा था मेरे सामने हैं उन दोनों किताबों को पढ़कर। और ऐसे लग रहा था कि creation और पूरी history और culmination of history सामने आ गई है। और मैं इतना</w:t>
      </w:r>
    </w:p>
    <w:p>
      <w:r>
        <w:rPr>
          <w:b/>
        </w:rPr>
        <w:t xml:space="preserve">[31:09] </w:t>
      </w:r>
      <w:r>
        <w:t>ek to shukr kar rahi thi khuda ka ki unhone hamein uska ek culmination ka ek part banaya. aur aapka shukr kar rahi thi ki aapne wo itna clear kar diya ki hamare saamne bilkul agar koi padhe use, to</w:t>
      </w:r>
    </w:p>
    <w:p>
      <w:pPr>
        <w:jc w:val="right"/>
      </w:pPr>
      <w:r>
        <w:t>एक तो शुक्र कर रही थी ख़ुदा का कि उन्होंने हमें उसका एक culmination का एक part बनाया। और आपका शुक्र कर रही थी कि आपने वो इतना clear कर दिया कि हमारे सामने बिल्कुल अगर कोई पढ़े उसे, तो</w:t>
      </w:r>
    </w:p>
    <w:p>
      <w:r>
        <w:rPr>
          <w:b/>
        </w:rPr>
        <w:t xml:space="preserve">[31:27] </w:t>
      </w:r>
      <w:r>
        <w:t>he has to understand everything. khuda bilkul scientifically proved ho jata hai. iska main bahut shukr kar rahi hoon khuda ka aur aapka. lekin mera ek question hai ki aapne ek kitab likhi nineteen fifty-five mein, usko padh ke bhi aisa lagta hai ki khuda saamne aa gaya. aur phir</w:t>
      </w:r>
    </w:p>
    <w:p>
      <w:pPr>
        <w:jc w:val="right"/>
      </w:pPr>
      <w:r>
        <w:t>he has to understand everything। ख़ुदा बिल्कुल scientifically proved हो जाता है। इसका मैं बहुत शुक्र कर रही हूँ ख़ुदा का और आपका। लेकिन मेरा एक question है कि आपने एक किताब लिखी nineteen fifty-five में, उसको पढ़ के भी ऐसा लगता है कि ख़ुदा सामने आ गया। और फिर</w:t>
      </w:r>
    </w:p>
    <w:p>
      <w:r>
        <w:rPr>
          <w:b/>
        </w:rPr>
        <w:t xml:space="preserve">[31:50] </w:t>
      </w:r>
      <w:r>
        <w:t>thirty years later aapne usko bahut detailed mein bataya. to itne young age pe aap kaise samajh paaye</w:t>
      </w:r>
    </w:p>
    <w:p>
      <w:pPr>
        <w:jc w:val="right"/>
      </w:pPr>
      <w:r>
        <w:t>thirty years later आपने उसको बहुत detailed में बताया। तो इतने young age पे आप कैसे समझ पाए</w:t>
      </w:r>
    </w:p>
    <w:p>
      <w:r>
        <w:rPr>
          <w:b/>
        </w:rPr>
        <w:t xml:space="preserve">[31:59] </w:t>
      </w:r>
      <w:r>
        <w:t>ise? ye poochhna chah rahi hoon main aapse. dekhiye, suniye. asal cheez jo hai har insaan ke paas, ab wo din se jab paida hota hai, tab se ek cheez hoti hai nature. nature.</w:t>
      </w:r>
    </w:p>
    <w:p>
      <w:pPr>
        <w:jc w:val="right"/>
      </w:pPr>
      <w:r>
        <w:t>इसे? ये पूछना चाह रही हूँ मैं आपसे। देखिए, सुनिए। असल चीज़ जो है हर इंसान के पास, अब वो दिन से जब पैदा होता है, तब से एक चीज़ होती है nature। Nature।</w:t>
      </w:r>
    </w:p>
    <w:p>
      <w:r>
        <w:rPr>
          <w:b/>
        </w:rPr>
        <w:t xml:space="preserve">[32:17] </w:t>
      </w:r>
      <w:r>
        <w:t>agar aap nature padh rahe hain, to har aadmi ka wahi haal hoga jo mera haal hua.</w:t>
      </w:r>
    </w:p>
    <w:p>
      <w:pPr>
        <w:jc w:val="right"/>
      </w:pPr>
      <w:r>
        <w:t>अगर आप nature पढ़ रहे हैं, तो हर आदमी का वही हाल होगा जो मेरा हाल हुआ।</w:t>
      </w:r>
    </w:p>
    <w:p>
      <w:r>
        <w:rPr>
          <w:b/>
        </w:rPr>
        <w:t xml:space="preserve">[32:26] </w:t>
      </w:r>
      <w:r>
        <w:t>lekin log nature ko deviate kar dete hain. deviate ko intact nahin rakhte.</w:t>
      </w:r>
    </w:p>
    <w:p>
      <w:pPr>
        <w:jc w:val="right"/>
      </w:pPr>
      <w:r>
        <w:t>लेकिन लोग nature को deviate कर देते हैं। Deviate को intact नहीं रखते।</w:t>
      </w:r>
    </w:p>
    <w:p>
      <w:r>
        <w:rPr>
          <w:b/>
        </w:rPr>
        <w:t xml:space="preserve">[32:37] </w:t>
      </w:r>
      <w:r>
        <w:t>meri, meri, yani I was lucky ki kuch aise mere zindagi mein aise baatein huin ki meri nature intact rahi.</w:t>
      </w:r>
    </w:p>
    <w:p>
      <w:pPr>
        <w:jc w:val="right"/>
      </w:pPr>
      <w:r>
        <w:t>मेरी, मेरी, यानी I was lucky कि कुछ ऐसे मेरे जिंदगी में ऐसे बातें हुईं कि मेरी nature intact रही।</w:t>
      </w:r>
    </w:p>
    <w:p>
      <w:r>
        <w:rPr>
          <w:b/>
        </w:rPr>
        <w:t xml:space="preserve">[32:55] </w:t>
      </w:r>
      <w:r>
        <w:t>bilkul hi. shayad isi ko mere baap, mere maa ne khwab mein dekha tha ki main jab paida hua, to ek hathi aaya, bada sa hathi. usko soot par uthaya usne aur peeth par rakha aur leke chala gaya.</w:t>
      </w:r>
    </w:p>
    <w:p>
      <w:pPr>
        <w:jc w:val="right"/>
      </w:pPr>
      <w:r>
        <w:t>बिल्कुल ही। शायद इसी को मेरे बाप, मेरे माँ ने ख़्वाब में देखा था कि मैं जब पैदा हुआ, तो एक हाथी आया, बड़ा सा हाथी। उसको सूट पर उठाया उसने और पीठ पर रखा और लेके चला गया।</w:t>
      </w:r>
    </w:p>
    <w:p>
      <w:r>
        <w:rPr>
          <w:b/>
        </w:rPr>
        <w:t xml:space="preserve">[33:13] </w:t>
      </w:r>
      <w:r>
        <w:t>to meri maa kehti hai, "are, itna achha bachcha tha." aur usko hathi utha le gaya. to main sochta hoon ki kisi wajah se aisa hua ki main paida hua insani avadhi mein, lekin meri upbringing jo hui, upbringing</w:t>
      </w:r>
    </w:p>
    <w:p>
      <w:pPr>
        <w:jc w:val="right"/>
      </w:pPr>
      <w:r>
        <w:t>तो मेरी माँ कहती है, "अरे, इतना अच्छा बच्चा था।" और उसको हाथी उठा ले गया। तो मैं सोचता हूँ कि किसी वजह से ऐसा हुआ कि मैं पैदा हुआ इंसानी अवधि में, लेकिन मेरी upbringing जो हुई, upbringing</w:t>
      </w:r>
    </w:p>
    <w:p>
      <w:r>
        <w:rPr>
          <w:b/>
        </w:rPr>
        <w:t xml:space="preserve">[33:33] </w:t>
      </w:r>
      <w:r>
        <w:t>jangal mein hui. jangal wale jo janwar hote hain, bilkul nature mein hote hain. ye galat hai manna ki jangli, jangal mein rehne wala janwar, aap concrete na maarein, to kabhi bhi janwar aap par hamla nahin karega.</w:t>
      </w:r>
    </w:p>
    <w:p>
      <w:pPr>
        <w:jc w:val="right"/>
      </w:pPr>
      <w:r>
        <w:t>जंगल में हुई। जंगल वाले जो जानवर होते हैं, बिल्कुल nature में होते हैं। ये गलत है मानना कि जंगली, जंगल में रहने वाला जानवर, आप concrete ना मारें, तो कभी भी जानवर आप पर हमला नहीं करेगा।</w:t>
      </w:r>
    </w:p>
    <w:p>
      <w:r>
        <w:rPr>
          <w:b/>
        </w:rPr>
        <w:t xml:space="preserve">[33:55] </w:t>
      </w:r>
      <w:r>
        <w:t>jangal mein rehne wala janwar sirf retaliate karta hai. ye insan hai jo apni taraf se marta hai. to shayad mere sath Allah taala ne kisi wajah se aisa kiya ke mujhe, meri jo upbringing hui, wo</w:t>
      </w:r>
    </w:p>
    <w:p>
      <w:pPr>
        <w:jc w:val="right"/>
      </w:pPr>
      <w:r>
        <w:t>जंगल में रहने वाला जानवर सिर्फ retaliate करता है। ये इंसान है जो अपनी तरफ से मारता है। तो शायद मेरे साथ अल्लाह ताला ने किसी वजह से ऐसा किया कि मुझे, मेरी जो upbringing हुई, वो</w:t>
      </w:r>
    </w:p>
    <w:p>
      <w:r>
        <w:rPr>
          <w:b/>
        </w:rPr>
        <w:t xml:space="preserve">[34:14] </w:t>
      </w:r>
      <w:r>
        <w:t>fitrat ke mahol mein hui hai. to bachpan se bhi yahi baatein thin mere sath. ekdam chhota tha, tab se ye baatein thin. maslan, mujhe yaad hai ke main gaon mein rehta tha. gaon ke bachche gaali dete the.</w:t>
      </w:r>
    </w:p>
    <w:p>
      <w:pPr>
        <w:jc w:val="right"/>
      </w:pPr>
      <w:r>
        <w:t>फितरत के माहौल में हुई है। तो बचपन से भी यही बातें थीं मेरे साथ। एकदम छोटा था, तब से ये बातें थीं। मसलन, मुझे याद है कि मैं गाँव में रहता था। गाँव के बच्चे गाली देते थे।</w:t>
      </w:r>
    </w:p>
    <w:p>
      <w:r>
        <w:rPr>
          <w:b/>
        </w:rPr>
        <w:t xml:space="preserve">[34:33] </w:t>
      </w:r>
      <w:r>
        <w:t>unka takle kalam tha gaali. maine apni zuban se kabhi ek bar bhi gaali ka lafz nahi nikala. kabhi bhi nahi. meri zuban se gaali ka lafz nikalta hi nahi tha. halanki mere aas-pas idhar-udhar log bahut aasani se gaali dete the. gaon ke bachche.</w:t>
      </w:r>
    </w:p>
    <w:p>
      <w:pPr>
        <w:jc w:val="right"/>
      </w:pPr>
      <w:r>
        <w:t>उनका तके कलाम था गाली। मैंने अपनी ज़ुबान से कभी एक बार भी गाली का लफ्ज़ नहीं निकाला। कभी भी नहीं। मेरी ज़ुबान से गाली का लफ्ज़ निकलता ही नहीं था। हालाँकि मेरे आस-पास इधर-उधर लोग बहुत आसानी से गाली देते थे। गाँव के बच्चे।</w:t>
      </w:r>
    </w:p>
    <w:p>
      <w:r>
        <w:rPr>
          <w:b/>
        </w:rPr>
        <w:t xml:space="preserve">[34:55] </w:t>
      </w:r>
      <w:r>
        <w:t>to ye to ab maine, ye keh sakta hoon ke agar aap, aap, aapke walidain aapke baba aapko nature par rakh kar bacha saken, nature ko bigadne na den,</w:t>
      </w:r>
    </w:p>
    <w:p>
      <w:pPr>
        <w:jc w:val="right"/>
      </w:pPr>
      <w:r>
        <w:t>तो ये तो अब मैंने, ये कह सकता हूँ कि अगर आप, आप, आपके वालदैन आपके बाबा आपको nature पर रखकर बचा सकें, nature को बिगाड़ने ना दें,</w:t>
      </w:r>
    </w:p>
    <w:p>
      <w:r>
        <w:rPr>
          <w:b/>
        </w:rPr>
        <w:t xml:space="preserve">[35:13] </w:t>
      </w:r>
      <w:r>
        <w:t>to aap bhi waise hi honge jaise aapko nature chahta hai.</w:t>
      </w:r>
    </w:p>
    <w:p>
      <w:pPr>
        <w:jc w:val="right"/>
      </w:pPr>
      <w:r>
        <w:t>तो आप भी वैसे ही होंगे जैसे आपको nature चाहता है।</w:t>
      </w:r>
    </w:p>
    <w:p>
      <w:r>
        <w:rPr>
          <w:b/>
        </w:rPr>
        <w:t xml:space="preserve">[35:17] </w:t>
      </w:r>
      <w:r>
        <w:t>maulana, ek aspect main aur kehna chah rahi hoon jo kal maine aapse kaha tha ke ek to</w:t>
      </w:r>
    </w:p>
    <w:p>
      <w:pPr>
        <w:jc w:val="right"/>
      </w:pPr>
      <w:r>
        <w:t>मौलाना, एक aspect मैं और कहना चाह रही हूँ जो कल मैंने आपसे कहा था कि एक तो</w:t>
      </w:r>
    </w:p>
    <w:p>
      <w:r>
        <w:rPr>
          <w:b/>
        </w:rPr>
        <w:t xml:space="preserve">[35:25] </w:t>
      </w:r>
      <w:r>
        <w:t>hai ki urdu mein aap ne likha aur usko aap ne translate kiya.</w:t>
      </w:r>
    </w:p>
    <w:p>
      <w:pPr>
        <w:jc w:val="right"/>
      </w:pPr>
      <w:r>
        <w:t>है कि उर्दू में आपने लिखा और उसको आप ने translate किया।</w:t>
      </w:r>
    </w:p>
    <w:p>
      <w:r>
        <w:rPr>
          <w:b/>
        </w:rPr>
        <w:t xml:space="preserve">[35:30] </w:t>
      </w:r>
      <w:r>
        <w:t>aur mujh jaise person jo urdu nahi janta, usko samajh mein aa gaya ki aap ne, matlab "God Arises"</w:t>
      </w:r>
    </w:p>
    <w:p>
      <w:pPr>
        <w:jc w:val="right"/>
      </w:pPr>
      <w:r>
        <w:t>और मुझ जैसे person जो उर्दू नहीं जानता, उसको समझ में आ गया कि आपने, मतलब "God Arises"</w:t>
      </w:r>
    </w:p>
    <w:p>
      <w:r>
        <w:rPr>
          <w:b/>
        </w:rPr>
        <w:t xml:space="preserve">[35:38] </w:t>
      </w:r>
      <w:r>
        <w:t>main par saki.</w:t>
      </w:r>
    </w:p>
    <w:p>
      <w:pPr>
        <w:jc w:val="right"/>
      </w:pPr>
      <w:r>
        <w:t>मैं पढ़ सकी।</w:t>
      </w:r>
    </w:p>
    <w:p>
      <w:r>
        <w:rPr>
          <w:b/>
        </w:rPr>
        <w:t xml:space="preserve">[35:39] </w:t>
      </w:r>
      <w:r>
        <w:t>to main aap ka bhi bohat bara shukr karna chahti hoon ki unhon ne english mein literature tayyar kara.</w:t>
      </w:r>
    </w:p>
    <w:p>
      <w:pPr>
        <w:jc w:val="right"/>
      </w:pPr>
      <w:r>
        <w:t>तो मैं आप का भी बहुत बड़ा शुक्र करना चाहती हूँ कि उन्होंने इंग्लिश में literature तैयार करा।</w:t>
      </w:r>
    </w:p>
    <w:p>
      <w:r>
        <w:rPr>
          <w:b/>
        </w:rPr>
        <w:t xml:space="preserve">[35:46] </w:t>
      </w:r>
      <w:r>
        <w:t>And I want to rededicate myself to helping her to take all your books,</w:t>
      </w:r>
    </w:p>
    <w:p>
      <w:pPr>
        <w:jc w:val="right"/>
      </w:pPr>
      <w:r>
        <w:t>And I want to rededicate myself to helping her to take all your books,</w:t>
      </w:r>
    </w:p>
    <w:p>
      <w:r>
        <w:rPr>
          <w:b/>
        </w:rPr>
        <w:t xml:space="preserve">[35:54] </w:t>
      </w:r>
      <w:r>
        <w:t>translating them into English and spreading them worldwide.</w:t>
      </w:r>
    </w:p>
    <w:p>
      <w:pPr>
        <w:jc w:val="right"/>
      </w:pPr>
      <w:r>
        <w:t>translating them into English and spreading them worldwide.</w:t>
      </w:r>
    </w:p>
    <w:p>
      <w:r>
        <w:rPr>
          <w:b/>
        </w:rPr>
        <w:t xml:space="preserve">[36:02] </w:t>
      </w:r>
      <w:r>
        <w:t>jajakallah. jajakallah. main chhipalon se hoon, abdul raftaar. musalmanon mein filhal kuch extra namazon ka riwaj hai. usmein khaskar salat tasbeeh hai. uske quran o hadees ke mutabiq kya authenticity hai?</w:t>
      </w:r>
    </w:p>
    <w:p>
      <w:pPr>
        <w:jc w:val="right"/>
      </w:pPr>
      <w:r>
        <w:t>जजाकुलल्लाह। जजाकुलल्लाह। मैं चिपलौन से हूँ, अब्दुल रफ्तार। मुसलमानों में फिलहाल कुछ extra नमाजों का रिवाज है। उसमें खासकर सलात तस्बीह है। उसके क़ुरआन व हदीस के मुताबिक क्या authenticity है?</w:t>
      </w:r>
    </w:p>
    <w:p>
      <w:r>
        <w:rPr>
          <w:b/>
        </w:rPr>
        <w:t xml:space="preserve">[36:17] </w:t>
      </w:r>
      <w:r>
        <w:t>maulana, wo ye keh rahe hain ke musalmanon mein kuch nafl namazen padhne ka riwaj hai. jaise musalmanon mein kuch nafl namazen padhne ka riwaj hai. jaise salat tasbeeh. to ye salat tasbeeh ki haqeeqat kya hai?</w:t>
      </w:r>
    </w:p>
    <w:p>
      <w:pPr>
        <w:jc w:val="right"/>
      </w:pPr>
      <w:r>
        <w:t>मौलाना, वो ये कह रहे हैं कि मुसलमानों में कुछ नफ़्ल नमाजें पढ़ने का रिवाज है। जैसे मुसलमानों में कुछ नफ़्ल नमाजें पढ़ने का रिवाज है। जैसे सलात तस्बीह। तो ये सलात तस्बीह की हकीकत क्या है?</w:t>
      </w:r>
    </w:p>
    <w:p>
      <w:r>
        <w:rPr>
          <w:b/>
        </w:rPr>
        <w:t xml:space="preserve">[36:33] </w:t>
      </w:r>
      <w:r>
        <w:t>dekhiye, salat tasbeeh ke bare mein jo meri tahqeeq hai, ke salat tasbeeh ko main nahi manta. wo hadees, bahut se ulma mante hain usko. lekin meri tahqeeq mein maine usko,</w:t>
      </w:r>
    </w:p>
    <w:p>
      <w:pPr>
        <w:jc w:val="right"/>
      </w:pPr>
      <w:r>
        <w:t>देखिए, सलात तस्बीह के बारे में जो मेरी तहकीक है, कि सलात तस्बीह को मैं नहीं मानता। वो हदीस, बहुत से उलमा मानते हैं उसको। लेकिन मेरी तहकीक में मैंने उसको,</w:t>
      </w:r>
    </w:p>
    <w:p>
      <w:r>
        <w:rPr>
          <w:b/>
        </w:rPr>
        <w:t xml:space="preserve">[36:47] </w:t>
      </w:r>
      <w:r>
        <w:t>yani main nahi samajhta ke wo sahi hai. sahi nahi hai. jo quran mein hai, wo hi asal baat hai. har cheez ko jahan chahiye, quran padho. quran mein agar hai,</w:t>
      </w:r>
    </w:p>
    <w:p>
      <w:pPr>
        <w:jc w:val="right"/>
      </w:pPr>
      <w:r>
        <w:t>यानी मैं नहीं समझता कि वो सही है। सही नहीं है। जो क़ुरआन में है, वो ही असल बात है। हर चीज़ को जहाँ चाहिए, क़ुरआन पढ़ो। क़ुरआन में अगर है,</w:t>
      </w:r>
    </w:p>
    <w:p>
      <w:r>
        <w:rPr>
          <w:b/>
        </w:rPr>
        <w:t xml:space="preserve">[37:03] </w:t>
      </w:r>
      <w:r>
        <w:t>tab usko theek maniye. quran mein nahi hai aur doosre tareeqe se aapko pahunchti hai, to usko mat maniye.</w:t>
      </w:r>
    </w:p>
    <w:p>
      <w:pPr>
        <w:jc w:val="right"/>
      </w:pPr>
      <w:r>
        <w:t>तब उसकोठीक मानिए। क़ुरआन में नहीं है और दूसरे तरीके से आपको पहुँचती है, तो उसको मत मानिए।</w:t>
      </w:r>
    </w:p>
    <w:p>
      <w:r>
        <w:rPr>
          <w:b/>
        </w:rPr>
        <w:t xml:space="preserve">[37:13] </w:t>
      </w:r>
      <w:r>
        <w:t>abdul raftaar, chhipalon se. maulana, filhal jo zamana hai, khaskar hindustani musalmanon ke liye, kya aap rah-e-amal denge?</w:t>
      </w:r>
    </w:p>
    <w:p>
      <w:pPr>
        <w:jc w:val="right"/>
      </w:pPr>
      <w:r>
        <w:t>अब्दुल रफ्तार, चिपलौन से। मौलाना, फिलहाल जो ज़माना है, खासकर हिंदुस्तानी मुसलमानों के लिए, क्या आप राह-ए-अमल देंगे?</w:t>
      </w:r>
    </w:p>
    <w:p>
      <w:r>
        <w:rPr>
          <w:b/>
        </w:rPr>
        <w:t xml:space="preserve">[37:22] </w:t>
      </w:r>
      <w:r>
        <w:t>dawat ya protest? maulana, is waqt musalmanon ko aap kya rah-e-amal denge?</w:t>
      </w:r>
    </w:p>
    <w:p>
      <w:pPr>
        <w:jc w:val="right"/>
      </w:pPr>
      <w:r>
        <w:t>दावत या protest? मौलाना, इस वक्त मुसलमानों को आप क्या राह-ए-अमल देंगे?</w:t>
      </w:r>
    </w:p>
    <w:p>
      <w:r>
        <w:rPr>
          <w:b/>
        </w:rPr>
        <w:t xml:space="preserve">[37:31] </w:t>
      </w:r>
      <w:r>
        <w:t>is waqt, abhi filwaqt, recently aap musalmanon ko kya naseehat karenge? dawat ka kaam karen ya jaise protest chal raha hai, wo karen?</w:t>
      </w:r>
    </w:p>
    <w:p>
      <w:pPr>
        <w:jc w:val="right"/>
      </w:pPr>
      <w:r>
        <w:t>इस वक्त, अभी फिलवक्त, recently आप मुसलमानों को क्या नसीहत करेंगे? दावत का काम करें या जैसे protest चल रहा है, वो करें?</w:t>
      </w:r>
    </w:p>
    <w:p>
      <w:r>
        <w:rPr>
          <w:b/>
        </w:rPr>
        <w:t xml:space="preserve">[37:40] </w:t>
      </w:r>
      <w:r>
        <w:t>dawat kya? protest, e</w:t>
      </w:r>
    </w:p>
    <w:p>
      <w:pPr>
        <w:jc w:val="right"/>
      </w:pPr>
      <w:r>
        <w:t>दावत क्या? Protest, ए</w:t>
      </w:r>
    </w:p>
    <w:p>
      <w:r>
        <w:rPr>
          <w:b/>
        </w:rPr>
        <w:t xml:space="preserve">[37:42] </w:t>
      </w:r>
      <w:r>
        <w:t>htejaj. protest to behad hi haram hai. jayaz hi nahi hai wo.</w:t>
      </w:r>
    </w:p>
    <w:p>
      <w:pPr>
        <w:jc w:val="right"/>
      </w:pPr>
      <w:r>
        <w:t>हतेजाज। Protest तो बेहद ही हराम है। जायज़ ही नहीं है वो।</w:t>
      </w:r>
    </w:p>
    <w:p>
      <w:r>
        <w:rPr>
          <w:b/>
        </w:rPr>
        <w:t xml:space="preserve">[37:49] </w:t>
      </w:r>
      <w:r>
        <w:t>usko main usko jayaz nahi samajhta. kyunki dekhiye, rasoolullah sallallahu alaihi wasallam ke zamane mein, aaj jo kuch musalmanon ke paas beet raha hai, usse hazar guna bada masla tha ke kaaba mein but. gaur kijiye ke isse bada burai kya ho sakti hai ke kaaba mein but. rasoolullah ne kabhi ek lafz bhi</w:t>
      </w:r>
    </w:p>
    <w:p>
      <w:pPr>
        <w:jc w:val="right"/>
      </w:pPr>
      <w:r>
        <w:t>उसको मैं उसको जायज़ नहीं समझता। क्योंकि देखिए, रसूलल्लाह सल्लल्लाहु अलैहि वसल्लम के ज़माने में, आज जो कुछ मुसलमानों के पास बीत रहा है, उससे हज़ार गुना बड़ा मसला था कि काबा में बुत। गौर कीजिए कि इससे बड़ा बुराई क्या हो सकती है कि काबा में बुत। रसूलल्लाह ने कभी एक लफ्ज़ भी</w:t>
      </w:r>
    </w:p>
    <w:p>
      <w:r>
        <w:rPr>
          <w:b/>
        </w:rPr>
        <w:t xml:space="preserve">[38:10] </w:t>
      </w:r>
      <w:r>
        <w:t>us par koi ehtejaj nahi kiya. ehtejaj to mere hisab se haram hai. is zamane mein dekhiye, mere paas ek sahab aaye isi sawal ko lekar ke. ehtejaj. to maine kaha ke aap</w:t>
      </w:r>
    </w:p>
    <w:p>
      <w:pPr>
        <w:jc w:val="right"/>
      </w:pPr>
      <w:r>
        <w:t>उस पर कोई एहतेजाज नहीं किया। एहतेजाज तो मेरे हिसाब से हराम है। इस ज़माने में देखिए, मेरे पास एक साहब आए इसी सवाल को लेकर के। एहतेजाज। तो मैंने कहा कि आप</w:t>
      </w:r>
    </w:p>
    <w:p>
      <w:r>
        <w:rPr>
          <w:b/>
        </w:rPr>
        <w:t xml:space="preserve">[38:27] </w:t>
      </w:r>
      <w:r>
        <w:t>is naye daur mein hain aap. aapka, aapki jo wo hai, jo aapki complaint jo hai, jo shikayat aapki hai, usko paper mein likhiye.</w:t>
      </w:r>
    </w:p>
    <w:p>
      <w:pPr>
        <w:jc w:val="right"/>
      </w:pPr>
      <w:r>
        <w:t>इस नए दौर में हैं आप। आपका, आपकी जो वो है, जो आपकी complaint जो है, जो शिकायत आपकी है, उसको पेपर में लिखिए।</w:t>
      </w:r>
    </w:p>
    <w:p>
      <w:r>
        <w:rPr>
          <w:b/>
        </w:rPr>
        <w:t xml:space="preserve">[38:42] </w:t>
      </w:r>
      <w:r>
        <w:t>paper likh kar ke aap jo sahib-e-aamar hain, usko aap bhej dijiye. aap ja kar wahan jhanda le kar khade ho jaen, protest karen. iski kya zaroorat hai?</w:t>
      </w:r>
    </w:p>
    <w:p>
      <w:pPr>
        <w:jc w:val="right"/>
      </w:pPr>
      <w:r>
        <w:t>पेपर लिख करके आप जो साहब-ए-आमर हैं, उसको आप भेज दीजिए। आप जाकर वहाँ झंडा लेकर खड़े हो जाएँ, protest करें। इसकी क्या जरूरत है?</w:t>
      </w:r>
    </w:p>
    <w:p>
      <w:r>
        <w:rPr>
          <w:b/>
        </w:rPr>
        <w:t xml:space="preserve">[38:54] </w:t>
      </w:r>
      <w:r>
        <w:t>to main ehtejaj ko bilkul galat samajhta hoon. aap dua kijiye. aap unke paas writing mein bhejiye.</w:t>
      </w:r>
    </w:p>
    <w:p>
      <w:pPr>
        <w:jc w:val="right"/>
      </w:pPr>
      <w:r>
        <w:t>तो मैं एहतेजाज को बिल्कुल गलत समझता हूँ। आप दुआ कीजिए। आप उनके पास writing में भेजिए।</w:t>
      </w:r>
    </w:p>
    <w:p>
      <w:r>
        <w:rPr>
          <w:b/>
        </w:rPr>
        <w:t xml:space="preserve">[39:09] </w:t>
      </w:r>
      <w:r>
        <w:t>baqi ehtejaj ko main sahi nahi samajhta.</w:t>
      </w:r>
    </w:p>
    <w:p>
      <w:pPr>
        <w:jc w:val="right"/>
      </w:pPr>
      <w:r>
        <w:t>बाकी एहतेजाज को मैं सही नहीं समझता।</w:t>
      </w:r>
    </w:p>
    <w:p>
      <w:r>
        <w:rPr>
          <w:b/>
        </w:rPr>
        <w:t xml:space="preserve">[39:14] </w:t>
      </w:r>
      <w:r>
        <w:t>protest par kuch kehna chah rahi thi main. mere paas ek message aaya tha ke isi tarah jaise aaj bill aaya hai, usi tarah se abu jahl bhi bill le kar aaya tha. matlab ke makka se nikalna hai. to lekin dekhiye, hua kya?</w:t>
      </w:r>
    </w:p>
    <w:p>
      <w:pPr>
        <w:jc w:val="right"/>
      </w:pPr>
      <w:r>
        <w:t>protest पर कुछ कहना चाह रही थी मैं। मेरे पास एक message आया था कि इसी तरह जैसे आज बिल आया है, उसी तरीके से अबू जहल भी बिल लेकर आया था। मतलब कि मक्का से निकालना है। तो लेकिन देखिए, हुआ क्या?</w:t>
      </w:r>
    </w:p>
    <w:p>
      <w:r>
        <w:rPr>
          <w:b/>
        </w:rPr>
        <w:t xml:space="preserve">[39:29] </w:t>
      </w:r>
      <w:r>
        <w:t>fateh makka hui.</w:t>
      </w:r>
    </w:p>
    <w:p>
      <w:pPr>
        <w:jc w:val="right"/>
      </w:pPr>
      <w:r>
        <w:t>फतह मक्का हुई।</w:t>
      </w:r>
    </w:p>
    <w:p>
      <w:r>
        <w:rPr>
          <w:b/>
        </w:rPr>
        <w:t xml:space="preserve">[39:30] </w:t>
      </w:r>
      <w:r>
        <w:t>to musalman saare beech ki kadiyan bhool jaate hain.</w:t>
      </w:r>
    </w:p>
    <w:p>
      <w:pPr>
        <w:jc w:val="right"/>
      </w:pPr>
      <w:r>
        <w:t>तो मुसलमान सारे बीच की कड़ियाँ भूल जाते हैं।</w:t>
      </w:r>
    </w:p>
    <w:p>
      <w:r>
        <w:rPr>
          <w:b/>
        </w:rPr>
        <w:t xml:space="preserve">[39:34] </w:t>
      </w:r>
      <w:r>
        <w:t>khali fateh makka, fateh makka kar rahe hain.</w:t>
      </w:r>
    </w:p>
    <w:p>
      <w:pPr>
        <w:jc w:val="right"/>
      </w:pPr>
      <w:r>
        <w:t>खाली फतह मक्का, फतह मक्का कर रहे हैं।</w:t>
      </w:r>
    </w:p>
    <w:p>
      <w:r>
        <w:rPr>
          <w:b/>
        </w:rPr>
        <w:t xml:space="preserve">[39:36] </w:t>
      </w:r>
      <w:r>
        <w:t>rasoolullah sallallahu alaihi wasallam ne kis tarike se batchit ki, unke liye duaein ki, kis tarike se dabkar</w:t>
      </w:r>
    </w:p>
    <w:p>
      <w:pPr>
        <w:jc w:val="right"/>
      </w:pPr>
      <w:r>
        <w:t>रसूलल्लाह सल्लल्लाहु अलैहि वसल्लम ने किस तरीके से बातचीत की, उनके लिए दुआएँ की, किस तरीके से दबकर</w:t>
      </w:r>
    </w:p>
    <w:p>
      <w:r>
        <w:rPr>
          <w:b/>
        </w:rPr>
        <w:t xml:space="preserve">[39:43] </w:t>
      </w:r>
      <w:r>
        <w:t>sulh ki, wo sab baat hi nahi karte hain.</w:t>
      </w:r>
    </w:p>
    <w:p>
      <w:pPr>
        <w:jc w:val="right"/>
      </w:pPr>
      <w:r>
        <w:t>सुलह की, वो सब बात ही नहीं करते हैं।</w:t>
      </w:r>
    </w:p>
    <w:p>
      <w:r>
        <w:rPr>
          <w:b/>
        </w:rPr>
        <w:t xml:space="preserve">[39:45] </w:t>
      </w:r>
      <w:r>
        <w:t>ab jab do bade-bade</w:t>
      </w:r>
    </w:p>
    <w:p>
      <w:pPr>
        <w:jc w:val="right"/>
      </w:pPr>
      <w:r>
        <w:t>अब जब दो बड़े-बड़े</w:t>
      </w:r>
    </w:p>
    <w:p>
      <w:r>
        <w:rPr>
          <w:b/>
        </w:rPr>
        <w:t xml:space="preserve">[39:48] </w:t>
      </w:r>
      <w:r>
        <w:t>lawyers bheje hain supreme court ne, to unse koi seedhi baat nahi kar raha hai.</w:t>
      </w:r>
    </w:p>
    <w:p>
      <w:pPr>
        <w:jc w:val="right"/>
      </w:pPr>
      <w:r>
        <w:t>lawyers भेजे हैं सुप्रीम कोर्ट ने, तो उनसे कोई सीधी बात नहीं कर रहा है।</w:t>
      </w:r>
    </w:p>
    <w:p>
      <w:r>
        <w:rPr>
          <w:b/>
        </w:rPr>
        <w:t xml:space="preserve">[39:54] </w:t>
      </w:r>
      <w:r>
        <w:t>khali apni shikayatein darj kar rahe hain.</w:t>
      </w:r>
    </w:p>
    <w:p>
      <w:pPr>
        <w:jc w:val="right"/>
      </w:pPr>
      <w:r>
        <w:t>खाली अपनी शिकायतें दर्ज कर रहे हैं।</w:t>
      </w:r>
    </w:p>
    <w:p>
      <w:r>
        <w:rPr>
          <w:b/>
        </w:rPr>
        <w:t xml:space="preserve">[39:56] </w:t>
      </w:r>
      <w:r>
        <w:t>sirf shikayat. kya rasoolullah sallallahu alaihi wasallam ne aisi shikayatein darj ki thi</w:t>
      </w:r>
    </w:p>
    <w:p>
      <w:pPr>
        <w:jc w:val="right"/>
      </w:pPr>
      <w:r>
        <w:t>सिर्फ शिकायत। क्या रसूलल्लाह सल्लल्लाहु अलैहि वसल्लम ने ऐसी शिकायतें दर्ज की थी</w:t>
      </w:r>
    </w:p>
    <w:p>
      <w:r>
        <w:rPr>
          <w:b/>
        </w:rPr>
        <w:t xml:space="preserve">[40:00] </w:t>
      </w:r>
      <w:r>
        <w:t>n? har baat unki maankar sulah kar liya tha. ye log baat hi koi nahi maan rahe hain. bas apni shikayatein karte jaate hain. tarah tarah ke video mere paas aate rehte hain. to unki koi baat sun hi nahi rahe hain. bas sirf apni shikayat darj kar rahe hain. to aise fateh makka hoti hai. aadhi baat lete hain, aadhi chhod dete hain.</w:t>
      </w:r>
    </w:p>
    <w:p>
      <w:pPr>
        <w:jc w:val="right"/>
      </w:pPr>
      <w:r>
        <w:t>ं? हर बात उनकी मानकर सुलह कर लिया था। ये लोग बात ही कोई नहीं मान रहे हैं। बस अपनी शिकायतें करते जाते हैं। तरह-तरह के वीडियो मेरे पास आते रहते हैं। तो उनकी कोई बात सुन ही नहीं रहे हैं। बस सिर्फ अपनी शिकायत दर्ज कर रहे हैं। तो ऐसे फतह मक्का होती है। आधी बात लेते हैं, आधी छोड़ देते हैं।</w:t>
      </w:r>
    </w:p>
    <w:p>
      <w:r>
        <w:rPr>
          <w:b/>
        </w:rPr>
        <w:t xml:space="preserve">[40:21] </w:t>
      </w:r>
      <w:r>
        <w:t>bahut sahi, bahut sahi, bahut sahi baat hai. bahut sahi baat hai.</w:t>
      </w:r>
    </w:p>
    <w:p>
      <w:pPr>
        <w:jc w:val="right"/>
      </w:pPr>
      <w:r>
        <w:t>बहुत सही, बहुत सही, बहुत सही बात है। बहुत सही बात है।</w:t>
      </w:r>
    </w:p>
    <w:p>
      <w:r>
        <w:rPr>
          <w:b/>
        </w:rPr>
        <w:t xml:space="preserve">[40:36] </w:t>
      </w:r>
      <w:r>
        <w:t>aise hi baat hogi ki jaise aap namaz na padhein, aap musalle mein baithkar dua karein. namaz padhein, tab dua karein. ye thodi ki namaz chhod dein aur musalle mein baithkar dua karein. bahut, bahut achhi baat kahi unhone.</w:t>
      </w:r>
    </w:p>
    <w:p>
      <w:pPr>
        <w:jc w:val="right"/>
      </w:pPr>
      <w:r>
        <w:t>ऐसे ही बात होगी कि जैसे आप नमाज ना पढ़ें, आप मुसल्ले में बैठकर दुआ करें। नमाज पढ़ें, तब दुआ करें। ये थोड़ी कि नमाज छोड़ दें और मुसल्ले में बैठकर दुआ करें। बहुत, बहुत अच्छी बात कही उन्होंने।</w:t>
      </w:r>
    </w:p>
    <w:p>
      <w:r>
        <w:rPr>
          <w:b/>
        </w:rPr>
        <w:t xml:space="preserve">[40:56] </w:t>
      </w:r>
      <w:r>
        <w:t>maulana sajid anwar, mumbai se. sur yusuf ki ek ayat hai, usko main padh raha hoon aur uske talluq se mera ek sawal hai. ayat number chaubis hai. aur aurat ne uska irada kar liya aur wo bhi uska irada karta, agar wo apne rab ki burhan na dekh leta. to maulana, ismein rab ki burhan se kya murad hai?</w:t>
      </w:r>
    </w:p>
    <w:p>
      <w:pPr>
        <w:jc w:val="right"/>
      </w:pPr>
      <w:r>
        <w:t>मौलाना साजिद अनवर, मुंबई से। सूर यूसुफ की एक आयत है, उसको मैं पढ़ रहा हूँ और उसके ताल्लुक से मेरा एक सवाल है। आयत नंबर चौबीस है। और औरत ने उसका इरादा कर लिया और वो भी उसका इरादा करता, अगर वो अपने रब की बुरहान ना देख लेता। तो मौलाना, इसमें रब की बुरहान से क्या मुराद है?</w:t>
      </w:r>
    </w:p>
    <w:p>
      <w:r>
        <w:rPr>
          <w:b/>
        </w:rPr>
        <w:t xml:space="preserve">[41:22] </w:t>
      </w:r>
      <w:r>
        <w:t>sur yusuf ki ayat hai.</w:t>
      </w:r>
    </w:p>
    <w:p>
      <w:pPr>
        <w:jc w:val="right"/>
      </w:pPr>
      <w:r>
        <w:t>सूर यूसुफ की आयत है।</w:t>
      </w:r>
    </w:p>
    <w:p>
      <w:r>
        <w:rPr>
          <w:b/>
        </w:rPr>
        <w:t xml:space="preserve">[41:29] </w:t>
      </w:r>
      <w:r>
        <w:t>hazrat yusuf ke bare mein ki us aurat ne bhi irada kar liya aur yusuf ne bhi irada kar liya tha, agar wo apne rab ka burhan na dekhta. to ye rab ka burhan kya tha hazrat yusu</w:t>
      </w:r>
    </w:p>
    <w:p>
      <w:pPr>
        <w:jc w:val="right"/>
      </w:pPr>
      <w:r>
        <w:t>हजरत यूसुफ के बारे में कि उस औरत ने भी इरादा कर लिया और यूसुफ ने भी इरादा कर लिया था, अगर वो अपने रब का बुरहान ना देखता। तो ये रब का बुरहान क्या था हजरत यूसु</w:t>
      </w:r>
    </w:p>
    <w:p>
      <w:r>
        <w:rPr>
          <w:b/>
        </w:rPr>
        <w:t xml:space="preserve">[41:40] </w:t>
      </w:r>
      <w:r>
        <w:t>f ke liye? wo sawal hai. unka andar ka jo gyan hai, wo jaag utha. isliye ki saamne kuch likha hua dikhai pad gaya. lekin nature,</w:t>
      </w:r>
    </w:p>
    <w:p>
      <w:pPr>
        <w:jc w:val="right"/>
      </w:pPr>
      <w:r>
        <w:t>फ के लिए? वो सवाल है। उनका अंदर का जो ज्ञान है, वो जाग उठा। इसलिए कि सामने कुछ लिखा हुआ दिखाई पड़ गया। लेकिन nature,</w:t>
      </w:r>
    </w:p>
    <w:p>
      <w:r>
        <w:rPr>
          <w:b/>
        </w:rPr>
        <w:t xml:space="preserve">[41:56] </w:t>
      </w:r>
      <w:r>
        <w:t>andar ka jo nature hai, andar ke jo inka khuda-e-ilm hai, wo sab jaag utha. wo hum, hum aur aapke andar bhi wo cheez ho sakti hai.</w:t>
      </w:r>
    </w:p>
    <w:p>
      <w:pPr>
        <w:jc w:val="right"/>
      </w:pPr>
      <w:r>
        <w:t>अंदर का जो nature है, अंदर के जो इनका ख़ुदा-ए-इल्म है, वो सब जाग उठा। वो हम, हम और आपके अंदर भी वो चीज़ हो सकती है।</w:t>
      </w:r>
    </w:p>
    <w:p>
      <w:r>
        <w:rPr>
          <w:b/>
        </w:rPr>
        <w:t xml:space="preserve">[42:10] </w:t>
      </w:r>
      <w:r>
        <w:t>pune se abdul samad hoon main. wahan aapki ek kitab ka tarjuma hua, abhi abhi. haan, haan. "In Search of God" angrezi mein jo aapki kitab hai, uska bana hua hai "shodh parmeshvaracha". marathi mein abhi abhi hua ye. ye kal ishra hoga, uska dikhane ke liye hi kiya. to mujhe batana ye hai ki ye kitab jisne tarjuma kiya, wo ek professor hain</w:t>
      </w:r>
    </w:p>
    <w:p>
      <w:pPr>
        <w:jc w:val="right"/>
      </w:pPr>
      <w:r>
        <w:t>पुणे से अब्दुल समद हूँ मैं। वहाँ आपकी एक किताब का तर्जुमा हुआ, अभी-अभी। हाँ, हाँ। "In Search of God" अंग्रेजी में जो आपकी किताब है, उसका बना हुआ है "शोध परमेश्वराचा"। मराठी में अभी-अभी हुआ ये। ये कल इजरा होगा, उसका दिखाने के लिए ही किया। तो मुझे बताना ये है कि ये किताब जिसने तर्जुमा किया, वो एक प्रोफेसर हैं</w:t>
      </w:r>
    </w:p>
    <w:p>
      <w:r>
        <w:rPr>
          <w:b/>
        </w:rPr>
        <w:t xml:space="preserve">[42:33] </w:t>
      </w:r>
      <w:r>
        <w:t>parbhani ke. wahan se thodi door pe gaon hai jintoor karke.</w:t>
      </w:r>
    </w:p>
    <w:p>
      <w:pPr>
        <w:jc w:val="right"/>
      </w:pPr>
      <w:r>
        <w:t>परभणी के। वहाँ से थोड़ी दूर पे गाँव है जिंतूर करके।</w:t>
      </w:r>
    </w:p>
    <w:p>
      <w:r>
        <w:rPr>
          <w:b/>
        </w:rPr>
        <w:t xml:space="preserve">[42:37] </w:t>
      </w:r>
      <w:r>
        <w:t>wo mujhe, unhon ne kitab ke zariye se, doosri kitab ke zariye se mujhse unka taluq aaya.</w:t>
      </w:r>
    </w:p>
    <w:p>
      <w:pPr>
        <w:jc w:val="right"/>
      </w:pPr>
      <w:r>
        <w:t>वो मुझे, उन्होंने किताब के जरिए से, दूसरी किताब के जरिए से मुझसे उनका ताल्लुक आया।</w:t>
      </w:r>
    </w:p>
    <w:p>
      <w:r>
        <w:rPr>
          <w:b/>
        </w:rPr>
        <w:t xml:space="preserve">[42:43] </w:t>
      </w:r>
      <w:r>
        <w:t>aur unhon ne phir mujhse kitabein mange aur ye kitab unhon ne khud tarjuma karke abhi ye banai.</w:t>
      </w:r>
    </w:p>
    <w:p>
      <w:pPr>
        <w:jc w:val="right"/>
      </w:pPr>
      <w:r>
        <w:t>और उन्होंने फिर मुझसे किताबें मांगे और ये किताब उन्होंने खुद तर्जुमा करके अभी ये बनाई।</w:t>
      </w:r>
    </w:p>
    <w:p>
      <w:r>
        <w:rPr>
          <w:b/>
        </w:rPr>
        <w:t xml:space="preserve">[42:49] </w:t>
      </w:r>
      <w:r>
        <w:t>hamari. aisi hamari ye aathveen kitab hai, maulana, pune mein.</w:t>
      </w:r>
    </w:p>
    <w:p>
      <w:pPr>
        <w:jc w:val="right"/>
      </w:pPr>
      <w:r>
        <w:t>हमारी। ऐसी हमारी ये आठवीं किताब है, मौलाना, पुणे में।</w:t>
      </w:r>
    </w:p>
    <w:p>
      <w:r>
        <w:rPr>
          <w:b/>
        </w:rPr>
        <w:t xml:space="preserve">[42:53] </w:t>
      </w:r>
      <w:r>
        <w:t>jo aap ki sab kitabon ki hui hai.</w:t>
      </w:r>
    </w:p>
    <w:p>
      <w:pPr>
        <w:jc w:val="right"/>
      </w:pPr>
      <w:r>
        <w:t>जो आपकी सब किताबों की हुई है।</w:t>
      </w:r>
    </w:p>
    <w:p>
      <w:r>
        <w:rPr>
          <w:b/>
        </w:rPr>
        <w:t xml:space="preserve">[42:55] </w:t>
      </w:r>
      <w:r>
        <w:t>aur kuch-kuch kitabein to teen baar uska ye ho raha, revision bana karna pad raha mujhe uske demand</w:t>
      </w:r>
    </w:p>
    <w:p>
      <w:pPr>
        <w:jc w:val="right"/>
      </w:pPr>
      <w:r>
        <w:t>और कुछ-कुछ किताबें तो तीन बार उसका ये हो रहा, रिवीजन बना करना पड़ रहा मुझे उसके डिमांड</w:t>
      </w:r>
    </w:p>
    <w:p>
      <w:r>
        <w:rPr>
          <w:b/>
        </w:rPr>
        <w:t xml:space="preserve">[43:01] </w:t>
      </w:r>
      <w:r>
        <w:t>ki wajah se.</w:t>
      </w:r>
    </w:p>
    <w:p>
      <w:pPr>
        <w:jc w:val="right"/>
      </w:pPr>
      <w:r>
        <w:t>की वजह से।</w:t>
      </w:r>
    </w:p>
    <w:p>
      <w:r>
        <w:rPr>
          <w:b/>
        </w:rPr>
        <w:t xml:space="preserve">[43:02] </w:t>
      </w:r>
      <w:r>
        <w:t>kuch kitabon</w:t>
      </w:r>
    </w:p>
    <w:p>
      <w:pPr>
        <w:jc w:val="right"/>
      </w:pPr>
      <w:r>
        <w:t>कुछ किताबों</w:t>
      </w:r>
    </w:p>
    <w:p>
      <w:r>
        <w:rPr>
          <w:b/>
        </w:rPr>
        <w:t xml:space="preserve">[43:03] </w:t>
      </w:r>
      <w:r>
        <w:t>ka. to ye batana tha ki ye jo shakhs hai, jo khud kitab ke zariye se mila, usne ye kitab apne khud se ye offer kiya ki main maulana ki ye kitab jo hai, tarjuma karta rahoon. aap usko kijiye. unka naam hai sartaj n siddiqui karke.</w:t>
      </w:r>
    </w:p>
    <w:p>
      <w:pPr>
        <w:jc w:val="right"/>
      </w:pPr>
      <w:r>
        <w:t>का। तो ये बताना था कि ये जो शख्स है, जो खुद किताब के जरिए से मिला, उसने ये किताब अपने खुद से ये ऑफर किया कि मैं मौलाना की ये किताब जो है, तर्जुमा करता रहूँ। आप उसको कीजिए। उनका नाम है सरताज एन सिद्दीकी करके।</w:t>
      </w:r>
    </w:p>
    <w:p>
      <w:r>
        <w:rPr>
          <w:b/>
        </w:rPr>
        <w:t xml:space="preserve">[43:21] </w:t>
      </w:r>
      <w:r>
        <w:t>bhai, inke liye hum dua karte hain. allah taala unki khidmat ko qubool farmaye. aur hum sabko unki barkat se hum sabki bakhsh kare. aur maulana sahab, ye kitab gujarat se hui hui hai. kya anis naam unke?</w:t>
      </w:r>
    </w:p>
    <w:p>
      <w:pPr>
        <w:jc w:val="right"/>
      </w:pPr>
      <w:r>
        <w:t>भाई, इनके लिए हम दुआ करते हैं। अल्लाह ताला उनकी खिदमत को क़ुबूल फरमाए। और हम सबको उनकी बरकत से हम सबकी बख़्श करे। और मौलाना साहब, ये किताब गुजरात से हुई हुई है। क्या अनिस नाम उनके?</w:t>
      </w:r>
    </w:p>
    <w:p>
      <w:r>
        <w:rPr>
          <w:b/>
        </w:rPr>
        <w:t xml:space="preserve">[43:46] </w:t>
      </w:r>
      <w:r>
        <w:t>anas malik</w:t>
      </w:r>
    </w:p>
    <w:p>
      <w:pPr>
        <w:jc w:val="right"/>
      </w:pPr>
      <w:r>
        <w:t>अनस मलिक</w:t>
      </w:r>
    </w:p>
    <w:p>
      <w:r>
        <w:rPr>
          <w:b/>
        </w:rPr>
        <w:t xml:space="preserve">[43:47] </w:t>
      </w:r>
      <w:r>
        <w:t>. anas malik sahab ne ye banaya hua hai. ye khandani zindagi pe unhone, jo urdu ka hai apna, uspe se ye banaya unhone. gujarati mein hai. ye bhi abhi aayi hai. masha allah. inke liye bhi hum dua karte hain. allah taala isko qubool farmaye. allah taala isko qubool farmaye. bahut badi khidmat hai is allah ke deen ki.</w:t>
      </w:r>
    </w:p>
    <w:p>
      <w:pPr>
        <w:jc w:val="right"/>
      </w:pPr>
      <w:r>
        <w:t>। अनस मलिक साहब ने ये बनाया हुआ है। ये खानदानी ज़िंदगी पे उन्होंने, जो उर्दू का है अपना, उसपे से ये बनाया उन्होंने। गुजराती में है। ये भी अभी आई है। माशा अल्लाह। इनके लिए भी हम दुआ करते हैं। अल्लाह ताला इसको क़ुबूल फरमाए। अल्लाह ताला इसको क़ुबूल फरमाए। बहुत बड़ी खिदमत है इस अल्लाह के दीन की।</w:t>
      </w:r>
    </w:p>
    <w:p>
      <w:r>
        <w:rPr>
          <w:b/>
        </w:rPr>
        <w:t xml:space="preserve">[44:12] </w:t>
      </w:r>
      <w:r>
        <w:t>maulana, main apna ek jatiya tassur aapke samne batana chahta. wo mera jatiya hai, main aur logon ke bare mein nahi bolta. ye ek, aapne abhi abhi ye january ke risale mein pehle hi safe pe chapa hua hai. jo unnis sau pachasi ki diary hai. usmein ye hai ki main apne daftar mein baitha hua ek mazmoon likh raha tha.</w:t>
      </w:r>
    </w:p>
    <w:p>
      <w:pPr>
        <w:jc w:val="right"/>
      </w:pPr>
      <w:r>
        <w:t>मौलाना, मैं अपना एक जातीय तास्सुर आपके सामने बताना चाहता। वो मेरा जातीय है, मैं और लोगों के बारे में नहीं बोलता। ये एक, आपने अभी-अभी ये जनवरी के रिसाले में पहले ही सफे पे छपा हुआ है। जो उन्नीस सौ पंचासी की डायरी है। उसमें ये है कि मैं अपने दफ्तर में बैठा हुआ एक मजमून लिख रहा था।</w:t>
      </w:r>
    </w:p>
    <w:p>
      <w:r>
        <w:rPr>
          <w:b/>
        </w:rPr>
        <w:t xml:space="preserve">[44:34] </w:t>
      </w:r>
      <w:r>
        <w:t>khayalat musalsal dimag mein umad rahe the. wo alfaaz ki surat mendhalkar kalam par aa rahe the. aur kagaz par murtasim hote chale ja rahe the. to ye jo jumle maulana jab aap apne kalam se likhte the aur ab jo dictate karte hain, usmein mujhe fark lagta hai. ismein jo jaan aaj tak hai, wo abhi usmein, wo wo angrezi ke tarjume mein nahi, wo baat hai.</w:t>
      </w:r>
    </w:p>
    <w:p>
      <w:pPr>
        <w:jc w:val="right"/>
      </w:pPr>
      <w:r>
        <w:t>ख़यालात मुसलसल दिमाग में उमड़ रहे थे। वो अल्फाज़ की सूरत मेंढलकर कलम पर आ रहे थे। और कागज़ पर मुर्तसिम होते चले जा रहे थे। तो ये जो जुमले मौलाना जब आप अपने कलम से लिखते थे और अब जो डिक्टेट करते हैं, उसमें मुझे फर्क लगता है। इसमें जो जान आज तक है, वो अभी उसमें, वो वो अंग्रेजी के तर्जुमे में नहीं, वो बात है।</w:t>
      </w:r>
    </w:p>
    <w:p>
      <w:r>
        <w:rPr>
          <w:b/>
        </w:rPr>
        <w:t xml:space="preserve">[44:57] </w:t>
      </w:r>
      <w:r>
        <w:t>ye mera khud ka apna ye hai.</w:t>
      </w:r>
    </w:p>
    <w:p>
      <w:pPr>
        <w:jc w:val="right"/>
      </w:pPr>
      <w:r>
        <w:t>ये मेरा खुद का अपना ये है।</w:t>
      </w:r>
    </w:p>
    <w:p>
      <w:r>
        <w:rPr>
          <w:b/>
        </w:rPr>
        <w:t xml:space="preserve">[44:58] </w:t>
      </w:r>
      <w:r>
        <w:t>ye jumle aap hi ke hain.</w:t>
      </w:r>
    </w:p>
    <w:p>
      <w:pPr>
        <w:jc w:val="right"/>
      </w:pPr>
      <w:r>
        <w:t>ये जुमले आप ही के हैं।</w:t>
      </w:r>
    </w:p>
    <w:p>
      <w:r>
        <w:rPr>
          <w:b/>
        </w:rPr>
        <w:t xml:space="preserve">[45:00] </w:t>
      </w:r>
      <w:r>
        <w:t>aap ke qalam se nikle hue hain.</w:t>
      </w:r>
    </w:p>
    <w:p>
      <w:pPr>
        <w:jc w:val="right"/>
      </w:pPr>
      <w:r>
        <w:t>आपके कलम से निकले हुए हैं।</w:t>
      </w:r>
    </w:p>
    <w:p>
      <w:r>
        <w:rPr>
          <w:b/>
        </w:rPr>
        <w:t xml:space="preserve">[45:01] </w:t>
      </w:r>
      <w:r>
        <w:t>to ye murtasim main nahin janta.</w:t>
      </w:r>
    </w:p>
    <w:p>
      <w:pPr>
        <w:jc w:val="right"/>
      </w:pPr>
      <w:r>
        <w:t>तो ये मुर्तसिम मैं नहीं जानता।</w:t>
      </w:r>
    </w:p>
    <w:p>
      <w:r>
        <w:rPr>
          <w:b/>
        </w:rPr>
        <w:t xml:space="preserve">[45:03] </w:t>
      </w:r>
      <w:r>
        <w:t>main kyunke formal education nahin hua.</w:t>
      </w:r>
    </w:p>
    <w:p>
      <w:pPr>
        <w:jc w:val="right"/>
      </w:pPr>
      <w:r>
        <w:t>मैं क्योंकि फॉर्मल एजुकेशन नहीं हुआ।</w:t>
      </w:r>
    </w:p>
    <w:p>
      <w:r>
        <w:rPr>
          <w:b/>
        </w:rPr>
        <w:t xml:space="preserve">[45:05] </w:t>
      </w:r>
      <w:r>
        <w:t>to main kai jagah pe gaya, ye kai mauliyon se poocha.</w:t>
      </w:r>
    </w:p>
    <w:p>
      <w:pPr>
        <w:jc w:val="right"/>
      </w:pPr>
      <w:r>
        <w:t>तो मैं कई जगह पे गया, ये कई मौलियों से पूछा।</w:t>
      </w:r>
    </w:p>
    <w:p>
      <w:r>
        <w:rPr>
          <w:b/>
        </w:rPr>
        <w:t xml:space="preserve">[45:08] </w:t>
      </w:r>
      <w:r>
        <w:t>uske baad mujhe maloom pada ke ye rasm se bana aur iska naksh chhod jata ye.</w:t>
      </w:r>
    </w:p>
    <w:p>
      <w:pPr>
        <w:jc w:val="right"/>
      </w:pPr>
      <w:r>
        <w:t>उसके बाद मुझे मालूम पड़ा कि ये रस्म से बना और इसका नक्श छोड़ जाता ये।</w:t>
      </w:r>
    </w:p>
    <w:p>
      <w:r>
        <w:rPr>
          <w:b/>
        </w:rPr>
        <w:t xml:space="preserve">[45:13] </w:t>
      </w:r>
      <w:r>
        <w:t>to wahi naksh hamari zindagi mein aapki taalim ne chhod diya hua hai.</w:t>
      </w:r>
    </w:p>
    <w:p>
      <w:pPr>
        <w:jc w:val="right"/>
      </w:pPr>
      <w:r>
        <w:t>तो वही नक्श हमारी ज़िंदगी में आपकी तालीम ने छोड़ दिया हुआ है।</w:t>
      </w:r>
    </w:p>
    <w:p>
      <w:r>
        <w:rPr>
          <w:b/>
        </w:rPr>
        <w:t xml:space="preserve">[45:17] </w:t>
      </w:r>
      <w:r>
        <w:t>jisko angrezi mein embossing karte ye.</w:t>
      </w:r>
    </w:p>
    <w:p>
      <w:pPr>
        <w:jc w:val="right"/>
      </w:pPr>
      <w:r>
        <w:t>जिसको अंग्रेजी में इम्बोसिंग करते ये।</w:t>
      </w:r>
    </w:p>
    <w:p>
      <w:r>
        <w:rPr>
          <w:b/>
        </w:rPr>
        <w:t xml:space="preserve">[45:19] </w:t>
      </w:r>
      <w:r>
        <w:t>ye murtasim hote chale ja rahe hain kagaz pe jumle.</w:t>
      </w:r>
    </w:p>
    <w:p>
      <w:pPr>
        <w:jc w:val="right"/>
      </w:pPr>
      <w:r>
        <w:t>ये मुर्तसिम होते चले जा रहे हैं कागज़ पे जुमले।</w:t>
      </w:r>
    </w:p>
    <w:p>
      <w:r>
        <w:rPr>
          <w:b/>
        </w:rPr>
        <w:t xml:space="preserve">[45:22] </w:t>
      </w:r>
      <w:r>
        <w:t>to wo hamari zindagi mein naksh ho gaye hue hain.</w:t>
      </w:r>
    </w:p>
    <w:p>
      <w:pPr>
        <w:jc w:val="right"/>
      </w:pPr>
      <w:r>
        <w:t>तो वो हमारी ज़िंदगी में नक्श हो गए हुए हैं।</w:t>
      </w:r>
    </w:p>
    <w:p>
      <w:r>
        <w:rPr>
          <w:b/>
        </w:rPr>
        <w:t xml:space="preserve">[45:25] </w:t>
      </w:r>
      <w:r>
        <w:t>maine, aur main jab bhi Maulana</w:t>
      </w:r>
    </w:p>
    <w:p>
      <w:pPr>
        <w:jc w:val="right"/>
      </w:pPr>
      <w:r>
        <w:t>मैंने, और मैं जब भी मौलाना</w:t>
      </w:r>
    </w:p>
    <w:p>
      <w:r>
        <w:rPr>
          <w:b/>
        </w:rPr>
        <w:t xml:space="preserve">[45:27] </w:t>
      </w:r>
      <w:r>
        <w:t>koi aisa lafz aata, to main kai jagah jaake pooch ke hi usko padh, aaj bhi seekhta hoon main.</w:t>
      </w:r>
    </w:p>
    <w:p>
      <w:pPr>
        <w:jc w:val="right"/>
      </w:pPr>
      <w:r>
        <w:t>कोई ऐसा लफ्ज़ आता, तो मैं कई जगह जाके पूछ के ही उसको पढ़, आज भी सीखता हूँ मैं।</w:t>
      </w:r>
    </w:p>
    <w:p>
      <w:r>
        <w:rPr>
          <w:b/>
        </w:rPr>
        <w:t xml:space="preserve">[45:33] </w:t>
      </w:r>
      <w:r>
        <w:t>masha allah. masha allah. masha allah.</w:t>
      </w:r>
    </w:p>
    <w:p>
      <w:pPr>
        <w:jc w:val="right"/>
      </w:pPr>
      <w:r>
        <w:t>माशा अल्लाह। माशा अल्लाह। माशा अल्लाह।</w:t>
      </w:r>
    </w:p>
    <w:p>
      <w:r>
        <w:rPr>
          <w:b/>
        </w:rPr>
        <w:t xml:space="preserve">[45:47] </w:t>
      </w:r>
      <w:r>
        <w:t>maulana, main ek jagah juma ke liye gaya tha. to usmein imam sahab khutba se pehle urdu takreer kar rahe the. to urdu takreer mein unhone baddua kiya ki allah taala inko tu hidayat na de. aur uske baad imam sahab ne logon se mukhatib karte hue kaha ki aap inke liye hidayat ki dua nahi kijiyega. inko hidayat milne wali nahi hai. to maulana, aap hum logon ko advice kijiye ki aisi mentality humko rakhni chahiye ya nahi rakhni chahiye?</w:t>
      </w:r>
    </w:p>
    <w:p>
      <w:pPr>
        <w:jc w:val="right"/>
      </w:pPr>
      <w:r>
        <w:t>मौलाना, मैं एक जगह जुमा के लिए गया था। तो उसमें इमाम साहब खुत्बा से पहले उर्दू तकरीर कर रहे थे। तो उर्दू तकरीर में उन्होंने बददुआ किया कि अल्लाह ताला इनको तू हिदायत ना दे। और उसके बाद इमाम साहब ने लोगों से मुखातिब करते हुए कहा कि आप इनके लिए हिदायत की दुआ नहीं कीजिएगा। इनको हिदायत मिलने वाली नहीं है। तो मौलाना, आप हम लोगों को एडवाइस कीजिए कि ऐसी मेंटालिटी हमको रखनी चाहिए या नहीं रखनी चाहिए?</w:t>
      </w:r>
    </w:p>
    <w:p>
      <w:r>
        <w:rPr>
          <w:b/>
        </w:rPr>
        <w:t xml:space="preserve">[46:16] </w:t>
      </w:r>
      <w:r>
        <w:t>quran aur hadith ke mutabik aisi soch kahan tak durust hai?</w:t>
      </w:r>
    </w:p>
    <w:p>
      <w:pPr>
        <w:jc w:val="right"/>
      </w:pPr>
      <w:r>
        <w:t>क़ुरआन और हदीस के मुताबिक ऐसी सोच कहाँ तक दुरुस्त है?</w:t>
      </w:r>
    </w:p>
    <w:p>
      <w:r>
        <w:rPr>
          <w:b/>
        </w:rPr>
        <w:t xml:space="preserve">[46:23] </w:t>
      </w:r>
      <w:r>
        <w:t>durust ka matlab kehta hoon ki haram hai, haram.</w:t>
      </w:r>
    </w:p>
    <w:p>
      <w:pPr>
        <w:jc w:val="right"/>
      </w:pPr>
      <w:r>
        <w:t>दुरुस्त का मतलब कहता हूँ कि हराम है, हराम।</w:t>
      </w:r>
    </w:p>
    <w:p>
      <w:r>
        <w:rPr>
          <w:b/>
        </w:rPr>
        <w:t xml:space="preserve">[46:28] </w:t>
      </w:r>
      <w:r>
        <w:t>aapko haq nahi hai ye. allah ke domain mein kadam rakhna ye. aapko haq nahi hai ki aap ye kahein ki ye to hidayat na de. ye allah ki wajah se mushir hain aap.</w:t>
      </w:r>
    </w:p>
    <w:p>
      <w:pPr>
        <w:jc w:val="right"/>
      </w:pPr>
      <w:r>
        <w:t>आपको हक़ नहीं है ये। अल्लाह के डोमेन में कदम रखना ये। आपको हक़ नहीं है कि आप ये कहें कि ये तो हिदायत ना दे। ये अल्लाह की वजह से मुशीर हैं आप।</w:t>
      </w:r>
    </w:p>
    <w:p>
      <w:r>
        <w:rPr>
          <w:b/>
        </w:rPr>
        <w:t xml:space="preserve">[46:42] </w:t>
      </w:r>
      <w:r>
        <w:t>allah hi hai ki kya hai. ye dua kabhi qubool nahi hogi aur na hui. main aapko bataoon ki main bachpan se iski duayein sunta hoon. aur ye duayein hua karti thin britishers ke bare mein.</w:t>
      </w:r>
    </w:p>
    <w:p>
      <w:pPr>
        <w:jc w:val="right"/>
      </w:pPr>
      <w:r>
        <w:t>अल्लाह ही है कि क्या है। ये दुआ कभी क़ुबूल नहीं होगी और ना हुई। मैं आपको बताऊँ कि मैं बचपन से इसकी दुआएँ सुनता हूँ। और ये दुआएँ हुआ करती थीं ब्रिटिशर्स के बारे में।</w:t>
      </w:r>
    </w:p>
    <w:p>
      <w:r>
        <w:rPr>
          <w:b/>
        </w:rPr>
        <w:t xml:space="preserve">[47:00] </w:t>
      </w:r>
      <w:r>
        <w:t>aur ab ho rahi hain kuch aur ke bare mein. aisi dua kabhi qubool nahi hogi. chahe saare akabar jitne bade bade dadi wale hain, milkar aameen-naameen kahein, kabhi qubool nahi hogi. kyunki wo allah ki ishqi mafti inke khilaf hai. wo allah ki ishqi mafti inke khilaf hai.</w:t>
      </w:r>
    </w:p>
    <w:p>
      <w:pPr>
        <w:jc w:val="right"/>
      </w:pPr>
      <w:r>
        <w:t>और अब हो रही हैं कुछ और के बारे में। ऐसी दुआ कभी क़ुबूल नहीं होगी। चाहे सारे अकाबर जितने बड़े-बड़े दाढ़ी वाले हैं, मिलकर आमीन-नामीन कहें, कभी क़ुबूल नहीं होगी। क्योंकि वो अल्लाह की इश्क़ी माफ्ती इनके खिलाफ है। वो अल्लाह की इश्क़ी माफ्ती इनके खिलाफ है।</w:t>
      </w:r>
    </w:p>
    <w:p>
      <w:r>
        <w:rPr>
          <w:b/>
        </w:rPr>
        <w:t xml:space="preserve">[47:21] </w:t>
      </w:r>
      <w:r>
        <w:t>jaise allah ki ishqi mafti ye hai ki aap gehoon bo to gehoon nikle. ab sare buzurg khade ho ke kahenge, ae khuda, is khet mein gehoon se dan na nikle. tab bhi niklega wo. aap dua karte rahiye.</w:t>
      </w:r>
    </w:p>
    <w:p>
      <w:pPr>
        <w:jc w:val="right"/>
      </w:pPr>
      <w:r>
        <w:t>जैसे अल्लाह की इश्क़ी माफ्ती ये है कि आप गेहूँ बोओ तो गेहूँ निकले। अब सारे बुज़ुर्ग खड़े हो के कहेंगे, ऐ ख़ुदा, इस खेत में गेहूँ से दान ना निकले। तब भी निकलेगा वो। आप दुआ करते रहिए।</w:t>
      </w:r>
    </w:p>
    <w:p>
      <w:r>
        <w:rPr>
          <w:b/>
        </w:rPr>
        <w:t xml:space="preserve">[47:42] </w:t>
      </w:r>
      <w:r>
        <w:t>ye sab bilkul lagu hai. aisi-aisi baatein bilkul lagu hain, lagu hain.</w:t>
      </w:r>
    </w:p>
    <w:p>
      <w:pPr>
        <w:jc w:val="right"/>
      </w:pPr>
      <w:r>
        <w:t>ये सब बिल्कुल लागू है। ऐसी-ऐसी बातें बिल्कुल लागू हैं, लागू हैं।</w:t>
      </w:r>
    </w:p>
    <w:p>
      <w:r>
        <w:rPr>
          <w:b/>
        </w:rPr>
        <w:t xml:space="preserve">[47:52] </w:t>
      </w:r>
      <w:r>
        <w:t>humein sirf ek hi option hai, kuch bhi koi kare. humein option ye hai ki hum unki dua, unke liye dua karein. allah aur rasoolallah ne patthar mare gaye. to aapne kaha ki wahi aapko karna hai.</w:t>
      </w:r>
    </w:p>
    <w:p>
      <w:pPr>
        <w:jc w:val="right"/>
      </w:pPr>
      <w:r>
        <w:t>हमें सिर्फ एक ही ऑप्शन है, कुछ भी कोई करे। हमें ऑप्शन ये है कि हम उनकी दुआ, उनके लिए दुआ करें। अल्लाह और रसूलल्लाह ने पत्थर मारे गए। तो आपने कहा कि वही आपको करना है।</w:t>
      </w:r>
    </w:p>
    <w:p>
      <w:r>
        <w:rPr>
          <w:b/>
        </w:rPr>
        <w:t xml:space="preserve">[48:22] </w:t>
      </w:r>
      <w:r>
        <w:t>main ye soch rahi thi ke negative approach aur positive approach mein kitna zyada zameen-asman ka fark hai</w:t>
      </w:r>
    </w:p>
    <w:p>
      <w:pPr>
        <w:jc w:val="right"/>
      </w:pPr>
      <w:r>
        <w:t>मैं ये सोच रही थी कि नेगेटिव अप्रोच और पॉजिटिव अप्रोच में कितना ज्यादा जमीन-आसमान का फर्क है</w:t>
      </w:r>
    </w:p>
    <w:p>
      <w:r>
        <w:rPr>
          <w:b/>
        </w:rPr>
        <w:t xml:space="preserve">[48:28] </w:t>
      </w:r>
      <w:r>
        <w:t>ke kuch log dua kar rahe hain ke inko hidayat na dijiyega.</w:t>
      </w:r>
    </w:p>
    <w:p>
      <w:pPr>
        <w:jc w:val="right"/>
      </w:pPr>
      <w:r>
        <w:t>कि कुछ लोग दुआ कर रहे हैं कि इनको हिदायत ना दीजिएगा।</w:t>
      </w:r>
    </w:p>
    <w:p>
      <w:r>
        <w:rPr>
          <w:b/>
        </w:rPr>
        <w:t xml:space="preserve">[48:32] </w:t>
      </w:r>
      <w:r>
        <w:t>aur hum cps ke log ye soch rahe hain ke kis tarike se un tak pahuncha jaye.</w:t>
      </w:r>
    </w:p>
    <w:p>
      <w:pPr>
        <w:jc w:val="right"/>
      </w:pPr>
      <w:r>
        <w:t>और हम सीपीएस के लोग ये सोच रहे हैं कि किस तरीके से उन तक पहुँचा जाए।</w:t>
      </w:r>
    </w:p>
    <w:p>
      <w:r>
        <w:rPr>
          <w:b/>
        </w:rPr>
        <w:t xml:space="preserve">[48:36] </w:t>
      </w:r>
      <w:r>
        <w:t>kyunke ab pehli baar aisa hua hai partition ke baad ke tamam hindu, musalman, sikh, isai sab ek</w:t>
      </w:r>
    </w:p>
    <w:p>
      <w:pPr>
        <w:jc w:val="right"/>
      </w:pPr>
      <w:r>
        <w:t>क्योंकि अब पहली बार ऐसा हुआ है पार्टीशन के बाद कि तमाम हिंदू, मुसलमान, सिख, ईसाई सब एक</w:t>
      </w:r>
    </w:p>
    <w:p>
      <w:r>
        <w:rPr>
          <w:b/>
        </w:rPr>
        <w:t xml:space="preserve">[48:44] </w:t>
      </w:r>
      <w:r>
        <w:t>platform pe aa gaye hain.</w:t>
      </w:r>
    </w:p>
    <w:p>
      <w:pPr>
        <w:jc w:val="right"/>
      </w:pPr>
      <w:r>
        <w:t>प्लेटफार्म पे आ गए हैं।</w:t>
      </w:r>
    </w:p>
    <w:p>
      <w:r>
        <w:rPr>
          <w:b/>
        </w:rPr>
        <w:t xml:space="preserve">[48:46] </w:t>
      </w:r>
      <w:r>
        <w:t>to hum ye sochte hain ke kis tarike se un tak pahuncha jaye aur unko literature pahunchaya jaye,</w:t>
      </w:r>
    </w:p>
    <w:p>
      <w:pPr>
        <w:jc w:val="right"/>
      </w:pPr>
      <w:r>
        <w:t>तो हम ये सोचते हैं कि किस तरीके से उन तक पहुँचा जाए और उनको लिटरेचर पहुँचाया जाए,</w:t>
      </w:r>
    </w:p>
    <w:p>
      <w:r>
        <w:rPr>
          <w:b/>
        </w:rPr>
        <w:t xml:space="preserve">[48:51] </w:t>
      </w:r>
      <w:r>
        <w:t>khuda ka paigham pahunchaya jaye.</w:t>
      </w:r>
    </w:p>
    <w:p>
      <w:pPr>
        <w:jc w:val="right"/>
      </w:pPr>
      <w:r>
        <w:t>ख़ुदा का पैगाम पहुँचाया जाए।</w:t>
      </w:r>
    </w:p>
    <w:p>
      <w:r>
        <w:rPr>
          <w:b/>
        </w:rPr>
        <w:t xml:space="preserve">[48:53] </w:t>
      </w:r>
      <w:r>
        <w:t>kyunke shaheen bagh mein to sare sardar wahan, ek-ek sardar keh rahe the ke koi aisa sardar nahin</w:t>
      </w:r>
    </w:p>
    <w:p>
      <w:pPr>
        <w:jc w:val="right"/>
      </w:pPr>
      <w:r>
        <w:t>क्योंकि शाहीन बाग में तो सारे सरदार वहाँ, एक-एक सरदार कह रहे थे कि कोई ऐसा सरदार नहीं</w:t>
      </w:r>
    </w:p>
    <w:p>
      <w:r>
        <w:rPr>
          <w:b/>
        </w:rPr>
        <w:t xml:space="preserve">[49:01] </w:t>
      </w:r>
      <w:r>
        <w:t>hoga jo yahan na aaya ho.</w:t>
      </w:r>
    </w:p>
    <w:p>
      <w:pPr>
        <w:jc w:val="right"/>
      </w:pPr>
      <w:r>
        <w:t>होगा जो यहाँ ना आया हो।</w:t>
      </w:r>
    </w:p>
    <w:p>
      <w:r>
        <w:rPr>
          <w:b/>
        </w:rPr>
        <w:t xml:space="preserve">[49:03] </w:t>
      </w:r>
      <w:r>
        <w:t>ab baqayda sardaron ka langar chal raha hai.</w:t>
      </w:r>
    </w:p>
    <w:p>
      <w:pPr>
        <w:jc w:val="right"/>
      </w:pPr>
      <w:r>
        <w:t>अब बाकायदा सरदारों का लंगर चल रहा है।</w:t>
      </w:r>
    </w:p>
    <w:p>
      <w:r>
        <w:rPr>
          <w:b/>
        </w:rPr>
        <w:t xml:space="preserve">[49:06] </w:t>
      </w:r>
      <w:r>
        <w:t>ek sardar se kisi ne poocha</w:t>
      </w:r>
    </w:p>
    <w:p>
      <w:pPr>
        <w:jc w:val="right"/>
      </w:pPr>
      <w:r>
        <w:t>एक सरदार से किसी ने पूछा</w:t>
      </w:r>
    </w:p>
    <w:p>
      <w:r>
        <w:rPr>
          <w:b/>
        </w:rPr>
        <w:t xml:space="preserve">[49:07] </w:t>
      </w:r>
      <w:r>
        <w:t>ki ye fund, funding kahan se hoti hai?</w:t>
      </w:r>
    </w:p>
    <w:p>
      <w:pPr>
        <w:jc w:val="right"/>
      </w:pPr>
      <w:r>
        <w:t>कि ये फंड, फंडिंग कहाँ से होती है?</w:t>
      </w:r>
    </w:p>
    <w:p>
      <w:r>
        <w:rPr>
          <w:b/>
        </w:rPr>
        <w:t xml:space="preserve">[49:10] </w:t>
      </w:r>
      <w:r>
        <w:t>to sardar ne kaha ke mere teen flat hain, maine ek flat bech diya hai.</w:t>
      </w:r>
    </w:p>
    <w:p>
      <w:pPr>
        <w:jc w:val="right"/>
      </w:pPr>
      <w:r>
        <w:t>तो सरदार ने कहा कि मेरे तीन फ्लैट हैं, मैंने एक फ्लैट बेच दिया है।</w:t>
      </w:r>
    </w:p>
    <w:p>
      <w:r>
        <w:rPr>
          <w:b/>
        </w:rPr>
        <w:t xml:space="preserve">[49:14] </w:t>
      </w:r>
      <w:r>
        <w:t>aur zaroorat hogi to main wo doosre flat bhi bech dunga.</w:t>
      </w:r>
    </w:p>
    <w:p>
      <w:pPr>
        <w:jc w:val="right"/>
      </w:pPr>
      <w:r>
        <w:t>और जरूरत होगी तो मैं वो दूसरे फ्लैट भी बेच दूँगा।</w:t>
      </w:r>
    </w:p>
    <w:p>
      <w:r>
        <w:rPr>
          <w:b/>
        </w:rPr>
        <w:t xml:space="preserve">[49:17] </w:t>
      </w:r>
      <w:r>
        <w:t>to ye pehli baar aisa hua hai ke is tarike se mil-julkar koi bhi tehreek, hum-hum usko sahi</w:t>
      </w:r>
    </w:p>
    <w:p>
      <w:pPr>
        <w:jc w:val="right"/>
      </w:pPr>
      <w:r>
        <w:t>तो ये पहली बार ऐसा हुआ है कि इस तरीके से मिल-जुलकर कोई भी तहरीक, हम-हम उसको सही</w:t>
      </w:r>
    </w:p>
    <w:p>
      <w:r>
        <w:rPr>
          <w:b/>
        </w:rPr>
        <w:t xml:space="preserve">[49:23] </w:t>
      </w:r>
      <w:r>
        <w:t>nahin samajhte. lekin log ek platform pe aa gaye hain.</w:t>
      </w:r>
    </w:p>
    <w:p>
      <w:pPr>
        <w:jc w:val="right"/>
      </w:pPr>
      <w:r>
        <w:t>नहीं समझते। लेकिन लोग एक प्लेटफार्म पे आ गए हैं।</w:t>
      </w:r>
    </w:p>
    <w:p>
      <w:r>
        <w:rPr>
          <w:b/>
        </w:rPr>
        <w:t xml:space="preserve">[49:27] </w:t>
      </w:r>
      <w:r>
        <w:t>to jis tarike se rasoolullah sallallahu alaihi wasallam ne kaba mein jo but rakhe hue the, uski wajah</w:t>
      </w:r>
    </w:p>
    <w:p>
      <w:pPr>
        <w:jc w:val="right"/>
      </w:pPr>
      <w:r>
        <w:t>तो जिस तरीके से रसूलल्लाह सल्लल्लाहु अलैहि वसल्लम ने काबा में जो बुत रखे हुए थे, उसकी वजह</w:t>
      </w:r>
    </w:p>
    <w:p>
      <w:r>
        <w:rPr>
          <w:b/>
        </w:rPr>
        <w:t xml:space="preserve">[49:31] </w:t>
      </w:r>
      <w:r>
        <w:t>se tamam arab qabile aate the, usko istemal kiya.</w:t>
      </w:r>
    </w:p>
    <w:p>
      <w:pPr>
        <w:jc w:val="right"/>
      </w:pPr>
      <w:r>
        <w:t>से तमाम अरब कबीले आते थे, उसको इस्तेमाल किया।</w:t>
      </w:r>
    </w:p>
    <w:p>
      <w:r>
        <w:rPr>
          <w:b/>
        </w:rPr>
        <w:t xml:space="preserve">[49:35] </w:t>
      </w:r>
      <w:r>
        <w:t>to hum bhi isi tarike se istemal kar sakte the.</w:t>
      </w:r>
    </w:p>
    <w:p>
      <w:pPr>
        <w:jc w:val="right"/>
      </w:pPr>
      <w:r>
        <w:t>तो हम भी इसी तरीके से इस्तेमाल कर सकते थे।</w:t>
      </w:r>
    </w:p>
    <w:p>
      <w:r>
        <w:rPr>
          <w:b/>
        </w:rPr>
        <w:t xml:space="preserve">[49:37] </w:t>
      </w:r>
      <w:r>
        <w:t>agar hamara approach sahi hota,</w:t>
      </w:r>
    </w:p>
    <w:p>
      <w:pPr>
        <w:jc w:val="right"/>
      </w:pPr>
      <w:r>
        <w:t>अगर हमारा अप्रोच सही होता,</w:t>
      </w:r>
    </w:p>
    <w:p>
      <w:r>
        <w:rPr>
          <w:b/>
        </w:rPr>
        <w:t xml:space="preserve">[49:40] </w:t>
      </w:r>
      <w:r>
        <w:t>hum negativity hamare andar na bhari hui hoti, to hum usko bahut achhe tarike se istemal kar sakte</w:t>
      </w:r>
    </w:p>
    <w:p>
      <w:pPr>
        <w:jc w:val="right"/>
      </w:pPr>
      <w:r>
        <w:t>हम नेगेटिविटी हमारे अंदर ना भरी हुई होती, तो हम उसको बहुत अच्छे तरीके से इस्तेमाल कर सकते</w:t>
      </w:r>
    </w:p>
    <w:p>
      <w:r>
        <w:rPr>
          <w:b/>
        </w:rPr>
        <w:t xml:space="preserve">[49:46] </w:t>
      </w:r>
      <w:r>
        <w:t>the. Aur hum unko paigham pahunchate.</w:t>
      </w:r>
    </w:p>
    <w:p>
      <w:pPr>
        <w:jc w:val="right"/>
      </w:pPr>
      <w:r>
        <w:t>थे। और हम उनको पैगाम पहुँचाते।</w:t>
      </w:r>
    </w:p>
    <w:p>
      <w:r>
        <w:rPr>
          <w:b/>
        </w:rPr>
        <w:t xml:space="preserve">[49:50] </w:t>
      </w:r>
      <w:r>
        <w:t>wo kahan tak receptivity hai ya nahi hai.</w:t>
      </w:r>
    </w:p>
    <w:p>
      <w:pPr>
        <w:jc w:val="right"/>
      </w:pPr>
      <w:r>
        <w:t>वो कहाँ तक रिसेप्टिविटी है या नहीं है।</w:t>
      </w:r>
    </w:p>
    <w:p>
      <w:r>
        <w:rPr>
          <w:b/>
        </w:rPr>
        <w:t xml:space="preserve">[49:53] </w:t>
      </w:r>
      <w:r>
        <w:t>lekin hamein to Khuda ki madad milti.</w:t>
      </w:r>
    </w:p>
    <w:p>
      <w:pPr>
        <w:jc w:val="right"/>
      </w:pPr>
      <w:r>
        <w:t>लेकिन हमें तो ख़ुदा की मदद मिलती।</w:t>
      </w:r>
    </w:p>
    <w:p>
      <w:r>
        <w:rPr>
          <w:b/>
        </w:rPr>
        <w:t xml:space="preserve">[49:55] </w:t>
      </w:r>
      <w:r>
        <w:t>kyunki agar humne pahuncha diya, to phir hamein Khuda ki madad milegi.</w:t>
      </w:r>
    </w:p>
    <w:p>
      <w:pPr>
        <w:jc w:val="right"/>
      </w:pPr>
      <w:r>
        <w:t>क्योंकि अगर हमने पहुँचा दिया, तो फिर हमें ख़ुदा की मदद मिलेगी।</w:t>
      </w:r>
    </w:p>
    <w:p>
      <w:r>
        <w:rPr>
          <w:b/>
        </w:rPr>
        <w:t xml:space="preserve">[49:59] </w:t>
      </w:r>
      <w:r>
        <w:t>aur ismat bin annas ka jo Quran mein aaya hai, wo hamare upar apply hoga.</w:t>
      </w:r>
    </w:p>
    <w:p>
      <w:pPr>
        <w:jc w:val="right"/>
      </w:pPr>
      <w:r>
        <w:t>और इस्मत बिन अन्नास का जो क़ुरआन में आया है, वो हमारे ऊपर अप्लाई होगा।</w:t>
      </w:r>
    </w:p>
    <w:p>
      <w:r>
        <w:rPr>
          <w:b/>
        </w:rPr>
        <w:t xml:space="preserve">[50:04] </w:t>
      </w:r>
      <w:r>
        <w:t>abhi to kuch bhi nahi apply ho raha hai.</w:t>
      </w:r>
    </w:p>
    <w:p>
      <w:pPr>
        <w:jc w:val="right"/>
      </w:pPr>
      <w:r>
        <w:t>अभी तो कुछ भी नहीं अप्लाई हो रहा है।</w:t>
      </w:r>
    </w:p>
    <w:p>
      <w:r>
        <w:rPr>
          <w:b/>
        </w:rPr>
        <w:t xml:space="preserve">[50:06] </w:t>
      </w:r>
      <w:r>
        <w:t>kyunki hum Khuda ka kaam hi nahi kar rahe hain.</w:t>
      </w:r>
    </w:p>
    <w:p>
      <w:pPr>
        <w:jc w:val="right"/>
      </w:pPr>
      <w:r>
        <w:t>क्योंकि हम ख़ुदा का काम ही नहीं कर रहे हैं।</w:t>
      </w:r>
    </w:p>
    <w:p>
      <w:r>
        <w:rPr>
          <w:b/>
        </w:rPr>
        <w:t xml:space="preserve">[50:08] </w:t>
      </w:r>
      <w:r>
        <w:t>to kahan se ismat bin annas hamein milegi?</w:t>
      </w:r>
    </w:p>
    <w:p>
      <w:pPr>
        <w:jc w:val="right"/>
      </w:pPr>
      <w:r>
        <w:t>तो कहाँ से इस्मत बिन अन्नास हमें मिलेगी?</w:t>
      </w:r>
    </w:p>
    <w:p>
      <w:r>
        <w:rPr>
          <w:b/>
        </w:rPr>
        <w:t xml:space="preserve">[50:11] </w:t>
      </w:r>
      <w:r>
        <w:t>main to isko bilkul sahi samajhta hoon. hundred percent sahi. agar koi problem tha musalmanon ke liye, to dua karte ho. dawat ka kaam karte ho. quran mein jo alfaaz hain, wo ye hain ki</w:t>
      </w:r>
    </w:p>
    <w:p>
      <w:pPr>
        <w:jc w:val="right"/>
      </w:pPr>
      <w:r>
        <w:t>मैं तो इसको बिल्कुल सही समझता हूँ। हंड्रेड परसेंट सही। अगर कोई प्रॉब्लम था मुसलमानों के लिए, तो दुआ करते हो। दावत का काम करते हो। क़ुरआन में जो अल्फाज़ हैं, वो ये हैं कि</w:t>
      </w:r>
    </w:p>
    <w:p>
      <w:r>
        <w:rPr>
          <w:b/>
        </w:rPr>
        <w:t xml:space="preserve">[50:38] </w:t>
      </w:r>
      <w:r>
        <w:t>to aap allah ka jo message hai insan ke liye, wo usko insan tak pahunchaiye. aur iske badle mein allah tumhari hifazat karega.</w:t>
      </w:r>
    </w:p>
    <w:p>
      <w:pPr>
        <w:jc w:val="right"/>
      </w:pPr>
      <w:r>
        <w:t>तो आप अल्लाह का जो मैसेज है इंसान के लिए, वो उसको इंसान तक पहुँचाइए। और इसके बदले में अल्लाह तुम्हारी हिफाज़त करेगा।</w:t>
      </w:r>
    </w:p>
    <w:p>
      <w:r>
        <w:rPr>
          <w:b/>
        </w:rPr>
        <w:t xml:space="preserve">[50:51] </w:t>
      </w:r>
      <w:r>
        <w:t>to musalmanon ko dawat ka kaam karna chahiye. quran pahunchane ka kaam hai. yani ye-ye-ye masla, ye-ye jo problem pesh aaya hai, uska takaza ye tha ki dawat ka kaam,</w:t>
      </w:r>
    </w:p>
    <w:p>
      <w:pPr>
        <w:jc w:val="right"/>
      </w:pPr>
      <w:r>
        <w:t>तो मुसलमानों को दावत का काम करना चाहिए। क़ुरआन पहुँचाने का काम है। यानी ये-ये-ये मसला, ये-ये जो प्रॉब्लम पेश आया है, उसका तकाज़ा ये था कि दावत का काम,</w:t>
      </w:r>
    </w:p>
    <w:p>
      <w:r>
        <w:rPr>
          <w:b/>
        </w:rPr>
        <w:t xml:space="preserve">[51:08] </w:t>
      </w:r>
      <w:r>
        <w:t>quran pahunchane ka kaam ye karte.</w:t>
      </w:r>
    </w:p>
    <w:p>
      <w:pPr>
        <w:jc w:val="right"/>
      </w:pPr>
      <w:r>
        <w:t>क़ुरआन पहुँचाने का काम ये करते।</w:t>
      </w:r>
    </w:p>
    <w:p>
      <w:r>
        <w:rPr>
          <w:b/>
        </w:rPr>
        <w:t xml:space="preserve">[51:24] </w:t>
      </w:r>
      <w:r>
        <w:t>main mohammad akhtar bhopal se hoon. to aajkal bhopal mein bhi isi masle ko lekar nrc, ca, ca wagera ko lekar kafi protest chal raha hai. aur musalman usmein sharik hain. aur</w:t>
      </w:r>
    </w:p>
    <w:p>
      <w:pPr>
        <w:jc w:val="right"/>
      </w:pPr>
      <w:r>
        <w:t>मैं मोहम्मद अख्तर भोपाल से हूँ। तो आजकल भोपाल में भी इसी मसले को लेकर एनआरसी, सीए, सीए वगैरह को लेकर काफी प्रोटेस्ट चल रहा है। और मुसलमान उसमें शरीक हैं। और</w:t>
      </w:r>
    </w:p>
    <w:p>
      <w:r>
        <w:rPr>
          <w:b/>
        </w:rPr>
        <w:t xml:space="preserve">[51:40] </w:t>
      </w:r>
      <w:r>
        <w:t>is silsile mein hamare jo ulma hain, wahan ke kuch khas mansab par baithe hue. to unhone fajr ki namaz mein aur jume ki namaz mein qunoot nazila jo hai, wo padhna shuru kiya logon se. to jab ye kaha gaya ki bhai, qunoot nazila to</w:t>
      </w:r>
    </w:p>
    <w:p>
      <w:pPr>
        <w:jc w:val="right"/>
      </w:pPr>
      <w:r>
        <w:t>इस सिलसिले में हमारे जो उलमा हैं, वहाँ के कुछ खास मनसब पर बैठे हुए। तो उन्होंने फज्र की नमाज़ में और जुमे की नमाज़ में क़ुनूत नाज़िला जो है, वो पढ़ना शुरू किया लोगों से। तो जब ये कहा गया कि भाई, क़ुनूत नाज़िला तो</w:t>
      </w:r>
    </w:p>
    <w:p>
      <w:r>
        <w:rPr>
          <w:b/>
        </w:rPr>
        <w:t xml:space="preserve">[52:01] </w:t>
      </w:r>
      <w:r>
        <w:t>hanfiya ke yahan jume ki namaz mein hai hi nahi, fajr mein hai. to unhone ijtihad karke bata diya ki nahi, wo aise mauke par padhi ja sakti hai. to jab hamara sawal ye hai ki talaq salasa ke mamle mein kya ye ikhtiyar nahi kiya ja sakta tha, jo unhone qunoot nazila ke silsile mein jo hai, ijtihad kiya?</w:t>
      </w:r>
    </w:p>
    <w:p>
      <w:pPr>
        <w:jc w:val="right"/>
      </w:pPr>
      <w:r>
        <w:t>हनफिया के यहाँ जुमे की नमाज़ में है ही नहीं, फज्र में है। तो उन्होंने इज्तिहाज करके बता दिया कि नहीं, वो ऐसे मौके पर पढ़ी जा सकती है। तो जब हमारा सवाल ये है कि तलाक सलासा के मामले में क्या ये इख्तियार नहीं किया जा सकता था, जो उन्होंने क़ुनूत नाज़िला के सिलसिले में जो है, इज्तिहाज किया?</w:t>
      </w:r>
    </w:p>
    <w:p>
      <w:r>
        <w:rPr>
          <w:b/>
        </w:rPr>
        <w:t xml:space="preserve">[52:25] </w:t>
      </w:r>
      <w:r>
        <w:t>ye ravaiya durust hai kya? nahi, durust to nahi hai. baqi hai ki yahan kehne se koi fayda nahi hai. hum aap unse kahiye, wahan ke logon se. ab yahan par hum kuch kahein to usse to koi fayda hoga nahi. jinhone ye masla baid kiya,</w:t>
      </w:r>
    </w:p>
    <w:p>
      <w:pPr>
        <w:jc w:val="right"/>
      </w:pPr>
      <w:r>
        <w:t>ये रवैया दुरुस्त है क्या? नहीं, दुरुस्त तो नहीं है। बाकी है कि यहाँ कहने से कोई फायदा नहीं है। हम आप उनसे कहिए, वहाँ के लोगों से। अब यहाँ पर हम कुछ कहें तो उससे तो कोई फायदा होगा नहीं। जिन्होंने ये मसला बैद किया,</w:t>
      </w:r>
    </w:p>
    <w:p>
      <w:r>
        <w:rPr>
          <w:b/>
        </w:rPr>
        <w:t xml:space="preserve">[52:50] </w:t>
      </w:r>
      <w:r>
        <w:t>unse pahunchaiye ye baat ki aap kaise aisa kehte hain?</w:t>
      </w:r>
    </w:p>
    <w:p>
      <w:pPr>
        <w:jc w:val="right"/>
      </w:pPr>
      <w:r>
        <w:t>उनसे पहुँचाइए ये बात कि आप कैसे ऐसा कहते हैं?</w:t>
      </w:r>
    </w:p>
    <w:p>
      <w:r>
        <w:rPr>
          <w:b/>
        </w:rPr>
        <w:t xml:space="preserve">[53:03] </w:t>
      </w:r>
      <w:r>
        <w:t>maulana, main israr khan, mumbai team se hoon. mera sawal hai ki aajkal musalmanon ko khas aur sabhi logon ko agar qurane majeed se jodna hai, main ye dekhta hoon ki aam musalmanon mein aur quran mein doori hai. unka koi relation nahi hai, taluq nahi hai, bawajood iske ki wo khoob padhte hain. to iska kya method ho sakta hai?</w:t>
      </w:r>
    </w:p>
    <w:p>
      <w:pPr>
        <w:jc w:val="right"/>
      </w:pPr>
      <w:r>
        <w:t>मौलाना, मैं इसरार खान, मुंबई टीम से हूँ। मेरा सवाल है कि आजकल मुसलमानों को खास और सभी लोगों को अगर क़ुरआने मजीद से जोड़ना है, मैं ये देखता हूँ कि आम मुसलमानों में और क़ुरआन में दूरी है। उनका कोई रिलेशन नहीं है, ताल्लुक नहीं है, बावजूद इसके कि वो खूब पढ़ते हैं। तो इसका क्या मेथड हो सकता है?</w:t>
      </w:r>
    </w:p>
    <w:p>
      <w:r>
        <w:rPr>
          <w:b/>
        </w:rPr>
        <w:t xml:space="preserve">[53:27] </w:t>
      </w:r>
      <w:r>
        <w:t>musalman quran se to bahut jude hue hain. quran ko upright way mein nahi liya hai bas. sirf wo hafiza karte hain, mantra padhte hain, sawab ke liye padhte hain. ye sawab ke liye padhte hain, hidayat ke liye nahi padhte. ye batana hai. wo jude hue to sab hain.</w:t>
      </w:r>
    </w:p>
    <w:p>
      <w:pPr>
        <w:jc w:val="right"/>
      </w:pPr>
      <w:r>
        <w:t>मुसलमान क़ुरआन से तो बहुत जुड़े हुए हैं। क़ुरआन को अपराइट वे में नहीं लिया है बस। सिर्फ वो हाफिज़ा करते हैं, मंत्र पढ़ते हैं, सवाब के लिए पढ़ते हैं। ये सवाब के लिए पढ़ते हैं, हिदायत के लिए नहीं पढ़ते। ये बताना है। वो जुड़े हुए तो सब हैं।</w:t>
      </w:r>
    </w:p>
    <w:p>
      <w:r>
        <w:rPr>
          <w:b/>
        </w:rPr>
        <w:t xml:space="preserve">[53:52] </w:t>
      </w:r>
      <w:r>
        <w:t>to ji, applied way mein maulana, kaise unko joda ja sakta hai? jo applied way aap bata rahe hain, wo kaise unko jod sakte hain applied way mein?</w:t>
      </w:r>
    </w:p>
    <w:p>
      <w:pPr>
        <w:jc w:val="right"/>
      </w:pPr>
      <w:r>
        <w:t>तो जी, अप्लाइड वे में मौलाना, कैसे उनको जोड़ा जा सकता है? जो अप्लाइड वे आप बता रहे हैं, वो कैसे उनको जोड़ सकते हैं अप्लाइड वे में?</w:t>
      </w:r>
    </w:p>
    <w:p>
      <w:r>
        <w:rPr>
          <w:b/>
        </w:rPr>
        <w:t xml:space="preserve">[54:05] </w:t>
      </w:r>
      <w:r>
        <w:t>isi liye ki main kehta hoon ki quran ke sath-sath supported literature zaroori hai. sirf quran aap denge to wo kafi nahi hai. supported literature. maslan, hamare yahan jo quran distribute kiya jata hai, to uske sath preface hota hai. preface. us preface mein quran ki, yani</w:t>
      </w:r>
    </w:p>
    <w:p>
      <w:pPr>
        <w:jc w:val="right"/>
      </w:pPr>
      <w:r>
        <w:t>इसीलिए कि मैं कहता हूँ कि क़ुरआन के साथ-साथ सपोर्टेड लिटरेचर जरूरी है। सिर्फ क़ुरआन आप देंगे तो वो काफी नहीं है। सपोर्टेड लिटरेचर। मसलन, हमारे यहाँ जो क़ुरआन डिस्ट्रीब्यूट किया जाता है, तो उसके साथ प्रीफेस होता है। प्रीफेस। उस प्रीफेस में क़ुरआन की, यानी</w:t>
      </w:r>
    </w:p>
    <w:p>
      <w:r>
        <w:rPr>
          <w:b/>
        </w:rPr>
        <w:t xml:space="preserve">[54:34] </w:t>
      </w:r>
      <w:r>
        <w:t>un baaton ko wade kiya gaya hai jisse shak-shufa paida hota hai. to quran ke sath-sath main samajhta hoon ki supported literature bahut zaroori hai.</w:t>
      </w:r>
    </w:p>
    <w:p>
      <w:pPr>
        <w:jc w:val="right"/>
      </w:pPr>
      <w:r>
        <w:t>उन बातों को वादे किया गया है जिससे शक-शुफा पैदा होता है। तो क़ुरआन के साथ-साथ मैं समझता हूँ कि सपोर्टेड लिटरेचर बहुत जरूरी है।</w:t>
      </w:r>
    </w:p>
    <w:p>
      <w:r>
        <w:rPr>
          <w:b/>
        </w:rPr>
        <w:t xml:space="preserve">[54:53] </w:t>
      </w:r>
      <w:r>
        <w:t>shamsuddin bhopal team se. abhi jo mehboob sahab ne sawal kiya,</w:t>
      </w:r>
    </w:p>
    <w:p>
      <w:pPr>
        <w:jc w:val="right"/>
      </w:pPr>
      <w:r>
        <w:t>शमसुद्दीन भोपाल टीम से। अभी जो मेहू साहब ने सवाल किया,</w:t>
      </w:r>
    </w:p>
    <w:p>
      <w:r>
        <w:rPr>
          <w:b/>
        </w:rPr>
        <w:t xml:space="preserve">[55:02] </w:t>
      </w:r>
      <w:r>
        <w:t>aksiru zikr hadimillazzat, iski zara tashreeh ki jaise aksiru bin zikr kaul la ilaha illallah, to kuch log baith jate hain allah ka, allah, allah ka naam lena. to kya isi tarah hadimillazzat, maut-maut karne se kya wo yaad ho jayegi ya uska kya tashreeh hogi?</w:t>
      </w:r>
    </w:p>
    <w:p>
      <w:pPr>
        <w:jc w:val="right"/>
      </w:pPr>
      <w:r>
        <w:t>अकसिरू ज़िक्रा हादिमिल्लज़्ज़ात, इसकी ज़रा तशरीह कि जैसे अकसिरू बिन ज़िक्र कौल ला इलाहा इल्लल्लाह, तो कुछ लोग बैठ जाते हैं अल्लाह का, अल्लाह, अल्लाह का नाम लेना। तो क्या इसी तरह हादिमिल्लज़्ज़ात, मौत-मौत करने से क्या वो याद हो जाएगी या उसका क्या तशरीह होगी?</w:t>
      </w:r>
    </w:p>
    <w:p>
      <w:r>
        <w:rPr>
          <w:b/>
        </w:rPr>
        <w:t xml:space="preserve">[55:20] </w:t>
      </w:r>
      <w:r>
        <w:t>bhai, aap to masha allah aalim hain. aapko,</w:t>
      </w:r>
    </w:p>
    <w:p>
      <w:pPr>
        <w:jc w:val="right"/>
      </w:pPr>
      <w:r>
        <w:t>भाई, आप तो माशा अल्लाह आलिम हैं। आपको,</w:t>
      </w:r>
    </w:p>
    <w:p>
      <w:r>
        <w:rPr>
          <w:b/>
        </w:rPr>
        <w:t xml:space="preserve">[55:27] </w:t>
      </w:r>
      <w:r>
        <w:t>yani koi fayda iska nahi hai. koi fayda nahi. shamsuddin sahab hamare purane sathi hain aur ye aalim hain, masha allah. aur bahut achhe zehan ke aadmi hain. hum inke liye dua karte hain ki allah taala inke kaam ko qubool farmae.</w:t>
      </w:r>
    </w:p>
    <w:p>
      <w:pPr>
        <w:jc w:val="right"/>
      </w:pPr>
      <w:r>
        <w:t>यानी कोई फायदा इसका नहीं है। कोई फायदा नहीं। शमसुद्दीन साहब हमारे पुराने साथी हैं और ये आलिम हैं, माशा अल्लाह। और बहुत अच्छे ज़हन के आदमी हैं। हम इनके लिए दुआ करते हैं कि अल्लाह ताला इनके काम को क़ुबूल फरमाए।</w:t>
      </w:r>
    </w:p>
    <w:p>
      <w:r>
        <w:rPr>
          <w:b/>
        </w:rPr>
        <w:t xml:space="preserve">[55:57] </w:t>
      </w:r>
      <w:r>
        <w:t>maulana, ye session ka aakhri sawal hai. aur ye-ye sawal kiya hai mis gulzebaa ne, jo maryland mein rehti hain. unka sawal hai,</w:t>
      </w:r>
    </w:p>
    <w:p>
      <w:pPr>
        <w:jc w:val="right"/>
      </w:pPr>
      <w:r>
        <w:t>मौलाना, ये सेशन का आख़िरी सवाल है। और ये-ये सवाल किया है मिस गुलज़ेबा ने, जो मैरीलैंड में रहती हैं। उनका सवाल है,</w:t>
      </w:r>
    </w:p>
    <w:p>
      <w:r>
        <w:rPr>
          <w:b/>
        </w:rPr>
        <w:t xml:space="preserve">[56:13] </w:t>
      </w:r>
      <w:r>
        <w:t>unhone likha hai, "I'm listening to maulana's talkright now. My question is, every night, every Friday night we study aurat-memare-insaniyat with our USA CPS members.</w:t>
      </w:r>
    </w:p>
    <w:p>
      <w:pPr>
        <w:jc w:val="right"/>
      </w:pPr>
      <w:r>
        <w:t>उन्होंने लिखा है, "I'm listening to मौलाना's talkright now. My question is, every night, every Friday night we study औरत-मेमारे-इंसानियत with our USA CPS members.</w:t>
      </w:r>
    </w:p>
    <w:p>
      <w:r>
        <w:rPr>
          <w:b/>
        </w:rPr>
        <w:t xml:space="preserve">[56:29] </w:t>
      </w:r>
      <w:r>
        <w:t>today we studied women and intellectual partner. At one point you wrote that learn the art of intellectual partnership.</w:t>
      </w:r>
    </w:p>
    <w:p>
      <w:pPr>
        <w:jc w:val="right"/>
      </w:pPr>
      <w:r>
        <w:t>Today we studied women and intellectual partner. At one point you wrote that learn the art of intellectual partnership.</w:t>
      </w:r>
    </w:p>
    <w:p>
      <w:r>
        <w:rPr>
          <w:b/>
        </w:rPr>
        <w:t xml:space="preserve">[56:41] </w:t>
      </w:r>
      <w:r>
        <w:t>my question to you is, how does one learn this</w:t>
      </w:r>
    </w:p>
    <w:p>
      <w:pPr>
        <w:jc w:val="right"/>
      </w:pPr>
      <w:r>
        <w:t>My question to you is, how does one learn this</w:t>
      </w:r>
    </w:p>
    <w:p>
      <w:r>
        <w:rPr>
          <w:b/>
        </w:rPr>
        <w:t xml:space="preserve">[56:45] </w:t>
      </w:r>
      <w:r>
        <w:t>art?"</w:t>
      </w:r>
    </w:p>
    <w:p>
      <w:pPr>
        <w:jc w:val="right"/>
      </w:pPr>
      <w:r>
        <w:t>art?"</w:t>
      </w:r>
    </w:p>
    <w:p>
      <w:r>
        <w:rPr>
          <w:b/>
        </w:rPr>
        <w:t xml:space="preserve">[56:51] </w:t>
      </w:r>
      <w:r>
        <w:t>bhai, aapka intelligent partner to har waqt aapke saath hai. unse baatein kijiye, discuss kijiye.</w:t>
      </w:r>
    </w:p>
    <w:p>
      <w:pPr>
        <w:jc w:val="right"/>
      </w:pPr>
      <w:r>
        <w:t>भाई, आपका इंटेलिजेंट पार्टनर तो हर वक्त आपके साथ है। उनसे बातें कीजिए, डिस्कस कीजिए।</w:t>
      </w:r>
    </w:p>
    <w:p>
      <w:r>
        <w:rPr>
          <w:b/>
        </w:rPr>
        <w:t xml:space="preserve">[57:02] </w:t>
      </w:r>
      <w:r>
        <w:t>hamid zuddeen ne kiya,</w:t>
      </w:r>
    </w:p>
    <w:p>
      <w:pPr>
        <w:jc w:val="right"/>
      </w:pPr>
      <w:r>
        <w:t>हामिद ज़ुद्दीन ने किया,</w:t>
      </w:r>
    </w:p>
    <w:p>
      <w:r>
        <w:rPr>
          <w:b/>
        </w:rPr>
        <w:t xml:space="preserve">[57:06] </w:t>
      </w:r>
      <w:r>
        <w:t>"aurat jo hai, sirf wo partner nahi hai, intelligent partner hai. to usse shareek kijiye, usse baatein kijiye, usse rai lijiye. ye tareeka</w:t>
      </w:r>
    </w:p>
    <w:p>
      <w:pPr>
        <w:jc w:val="right"/>
      </w:pPr>
      <w:r>
        <w:t>"औरत जो है, सिर्फ वो पार्टनर नहीं है, इंटेलिजेंट पार्टनर है। तो उससे शरीक कीजिए, उससे बातें कीजिए, उससे राय लीजिए। ये तरीका</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