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10 Nov 2011 - Maulana Wahiduddin Khan</w:t>
      </w:r>
    </w:p>
    <w:p>
      <w:r>
        <w:t>https://www.youtube.com/watch?v=cmBNOsO1nVo</w:t>
      </w:r>
    </w:p>
    <w:p>
      <w:r>
        <w:rPr>
          <w:b/>
        </w:rPr>
        <w:t xml:space="preserve">[00:12] </w:t>
      </w:r>
      <w:r>
        <w:t>maulana, ek sawal aaya hai. sawal karne wale ka naam hai mister nagusha king. inhone apni location nahi batai hai. inhone sawal kiya hai, "maulana ji, why see have so much of diversity in society. i don't mean mani power, but some are very arrogant, some are very sweet,</w:t>
      </w:r>
    </w:p>
    <w:p>
      <w:pPr>
        <w:jc w:val="right"/>
      </w:pPr>
      <w:r>
        <w:t>मौलाना, एक सवाल आया है। सवाल करने वाले का नाम है मिस्टर नागुशा किंग। इन्होंने अपनी लोकेशन नहीं बताई है। उन्होंने सवाल किया है, "मौलाना जी, वही सी हैव सो मच ऑफ डायवर्सिटी इन सोसाइटी। आई डोंट मीन मणि पावर, बट सैम आर वेरी एरोगेंट, सैम आर वेरी स्वीट,</w:t>
      </w:r>
    </w:p>
    <w:p>
      <w:r>
        <w:rPr>
          <w:b/>
        </w:rPr>
        <w:t xml:space="preserve">[00:37] </w:t>
      </w:r>
      <w:r>
        <w:t>and some are some bad turn in good. why is this so."</w:t>
      </w:r>
    </w:p>
    <w:p>
      <w:pPr>
        <w:jc w:val="right"/>
      </w:pPr>
      <w:r>
        <w:t>एंड सैम आर सैम बेड टर्न इन गुड। वही इस दिस सो।"</w:t>
      </w:r>
    </w:p>
    <w:p>
      <w:r>
        <w:rPr>
          <w:b/>
        </w:rPr>
        <w:t xml:space="preserve">[00:50] </w:t>
      </w:r>
      <w:r>
        <w:t>to diversity to rahegi samaj mein. diversity nahi to activity khatm ho jayegi. usko aap challenge samjhiye. ek aadmi agar arrogant hai, to usko aapko challenge samjhiye.</w:t>
      </w:r>
    </w:p>
    <w:p>
      <w:pPr>
        <w:jc w:val="right"/>
      </w:pPr>
      <w:r>
        <w:t>तो डायवर्सिटी तो रहेगी समाज में। डायवर्सिटी नहीं तो एक्टिविटी खत्म हो जाएगी। उसको आप चैलेंज समझिए। एक आदमी अगर एरोगेंट है, तो उसको आपको चैलेंज समझिए।</w:t>
      </w:r>
    </w:p>
    <w:p>
      <w:r>
        <w:rPr>
          <w:b/>
        </w:rPr>
        <w:t xml:space="preserve">[01:04] </w:t>
      </w:r>
      <w:r>
        <w:t>problem ko challenge samajhna, yeh right thinking.</w:t>
      </w:r>
    </w:p>
    <w:p>
      <w:pPr>
        <w:jc w:val="right"/>
      </w:pPr>
      <w:r>
        <w:t>प्रॉब्लम को चैलेंज समझना, यह राइट थिंकिंग।</w:t>
      </w:r>
    </w:p>
    <w:p>
      <w:r>
        <w:rPr>
          <w:b/>
        </w:rPr>
        <w:t xml:space="preserve">[01:12] </w:t>
      </w:r>
      <w:r>
        <w:t>diversity hai to aap uska, aapko usse aapko discussion ka mauka milta hai. diversity of discussion kaise karenge?</w:t>
      </w:r>
    </w:p>
    <w:p>
      <w:pPr>
        <w:jc w:val="right"/>
      </w:pPr>
      <w:r>
        <w:t>डायवर्सिटी है तो आप उसका, आपको उससे आपको डिस्कशन का मौका मिलता है। डायवर्सिटी ऑफ डिस्कशन कैसे करेंगे?</w:t>
      </w:r>
    </w:p>
    <w:p>
      <w:r>
        <w:rPr>
          <w:b/>
        </w:rPr>
        <w:t xml:space="preserve">[01:24] </w:t>
      </w:r>
      <w:r>
        <w:t>koi arrogant hai to aapko challenge kar raha hai. aapko milta hai ki aap apne</w:t>
      </w:r>
    </w:p>
    <w:p>
      <w:pPr>
        <w:jc w:val="right"/>
      </w:pPr>
      <w:r>
        <w:t>कोई एरोगेंट है तो आपको चैलेंज कर रहा है। आपको मिलता है कि आप अपने</w:t>
      </w:r>
    </w:p>
    <w:p>
      <w:r>
        <w:rPr>
          <w:b/>
        </w:rPr>
        <w:t xml:space="preserve">[01:29] </w:t>
      </w:r>
      <w:r>
        <w:t>ko intellectual development paida karein apne andar. to dekhiye, duniya mein differences ka hona, diversity ka hona, problem ka hona, yeh sab ka sab challenge hai. agar yeh sab cheez na ho duniya mein,</w:t>
      </w:r>
    </w:p>
    <w:p>
      <w:pPr>
        <w:jc w:val="right"/>
      </w:pPr>
      <w:r>
        <w:t>को इंटेलेक्चुअल डेवलपमेंट पैदा करें अपने अंदर। तो देखिए, दुनिया में डिफरेंसेस का होना, डायवर्सिटी का होना, प्रॉब्लम का होना, यह सब का सब चैलेंज है। अगर यह सब चीज ना हो दुनिया में,</w:t>
      </w:r>
    </w:p>
    <w:p>
      <w:r>
        <w:rPr>
          <w:b/>
        </w:rPr>
        <w:t xml:space="preserve">[01:47] </w:t>
      </w:r>
      <w:r>
        <w:t>duniya mein tarakki khatm ho jayegi.</w:t>
      </w:r>
    </w:p>
    <w:p>
      <w:pPr>
        <w:jc w:val="right"/>
      </w:pPr>
      <w:r>
        <w:t>दुनिया में तरक्की खत्म हो जाएगी।</w:t>
      </w:r>
    </w:p>
    <w:p>
      <w:r>
        <w:rPr>
          <w:b/>
        </w:rPr>
        <w:t xml:space="preserve">[01:52] </w:t>
      </w:r>
      <w:r>
        <w:t>tarakki khatm ho jayegi. jitni taraqqiyan hain, woh sab challenge se paida hui hain.</w:t>
      </w:r>
    </w:p>
    <w:p>
      <w:pPr>
        <w:jc w:val="right"/>
      </w:pPr>
      <w:r>
        <w:t>तरक्की खत्म हो जाएगी। जितनी तरक्कियां हैं, वह सब चैलेंज से पैदा हुई हैं।</w:t>
      </w:r>
    </w:p>
    <w:p>
      <w:r>
        <w:rPr>
          <w:b/>
        </w:rPr>
        <w:t xml:space="preserve">[02:01] </w:t>
      </w:r>
      <w:r>
        <w:t>challenge se paida hui hain.</w:t>
      </w:r>
    </w:p>
    <w:p>
      <w:pPr>
        <w:jc w:val="right"/>
      </w:pPr>
      <w:r>
        <w:t>चैलेंज से पैदा हुई हैं।</w:t>
      </w:r>
    </w:p>
    <w:p>
      <w:r>
        <w:rPr>
          <w:b/>
        </w:rPr>
        <w:t xml:space="preserve">[02:05] </w:t>
      </w:r>
      <w:r>
        <w:t>science ki daryaftein bhi aur zani taraqqiyan bhi.</w:t>
      </w:r>
    </w:p>
    <w:p>
      <w:pPr>
        <w:jc w:val="right"/>
      </w:pPr>
      <w:r>
        <w:t>साइंस की دریافتें भी और जनी तरक्कियां भी।</w:t>
      </w:r>
    </w:p>
    <w:p>
      <w:r>
        <w:rPr>
          <w:b/>
        </w:rPr>
        <w:t xml:space="preserve">[02:14] </w:t>
      </w:r>
      <w:r>
        <w:t>to is maamle mein aapko yeh dekhna chahiye ki jo creator hai, uska takhleeqi naqsha kya hai. creator ka creator se yeh hai ki usne insaan ke andar potential rakhe. bahut zyada potential. lekin wo potential ko actual banana insaan ka apna kaam hai.</w:t>
      </w:r>
    </w:p>
    <w:p>
      <w:pPr>
        <w:jc w:val="right"/>
      </w:pPr>
      <w:r>
        <w:t>तो इस मामले में आपको यह देखना चाहिए कि जो क्रिएटर है, उसका تخلیقی नक्शा क्या है। क्रिएटर का क्रिएटर से यह है कि उसने इंसान के अंदर पोटेंशियल रखे। बहुत ज्यादा पोटेंशियल। लेकिन वो पोटेंशियल को एक्चुअल बनाना इंसान का अपना काम है।</w:t>
      </w:r>
    </w:p>
    <w:p>
      <w:r>
        <w:rPr>
          <w:b/>
        </w:rPr>
        <w:t xml:space="preserve">[02:36] </w:t>
      </w:r>
      <w:r>
        <w:t>khuda ne hamare andar potential to rakh diya, lekin actual banana hamare upar chhod diya. to actual kab bana payenge?</w:t>
      </w:r>
    </w:p>
    <w:p>
      <w:pPr>
        <w:jc w:val="right"/>
      </w:pPr>
      <w:r>
        <w:t>खुदा ने हमारे अंदर पोटेंशियल तो रख दिया, लेकिन एक्चुअल बनाना हमारे ऊपर छोड़ दिया। तो एक्चुअल कब बना पाएंगे?</w:t>
      </w:r>
    </w:p>
    <w:p>
      <w:r>
        <w:rPr>
          <w:b/>
        </w:rPr>
        <w:t xml:space="preserve">[02:45] </w:t>
      </w:r>
      <w:r>
        <w:t>jab humko shauk lage, humko challenge pesh aaye, humko difference ka saamna ho. tabhi to hoga yeh sab.</w:t>
      </w:r>
    </w:p>
    <w:p>
      <w:pPr>
        <w:jc w:val="right"/>
      </w:pPr>
      <w:r>
        <w:t>जब हमको शौक लगे, हमको चैलेंज पेश आए, हमको डिफरेंस का सामना हो। तभी तो होगा यह सब।</w:t>
      </w:r>
    </w:p>
    <w:p>
      <w:r>
        <w:rPr>
          <w:b/>
        </w:rPr>
        <w:t xml:space="preserve">[02:57] </w:t>
      </w:r>
      <w:r>
        <w:t>yeh sab na ho to sari tarakki khatm.</w:t>
      </w:r>
    </w:p>
    <w:p>
      <w:pPr>
        <w:jc w:val="right"/>
      </w:pPr>
      <w:r>
        <w:t>यह सब ना हो तो सारी तरक्की खत्म।</w:t>
      </w:r>
    </w:p>
    <w:p>
      <w:r>
        <w:rPr>
          <w:b/>
        </w:rPr>
        <w:t xml:space="preserve">[03:03] </w:t>
      </w:r>
      <w:r>
        <w:t>maulana iqbal umri ne tamil nadu se sawal kiya hai. unka sawal hai, "mohabbat elahi se ghaflat ka haqeeqi sabab kya hai?" iske baare mein bataein</w:t>
      </w:r>
    </w:p>
    <w:p>
      <w:pPr>
        <w:jc w:val="right"/>
      </w:pPr>
      <w:r>
        <w:t>मौलाना इकबाल उमरी ने तमिलनाडु से सवाल किया है। उनका सवाल है, "मोहब्बत इलाही से गफलत का हकीकी सबब क्या है?" इसके बारे में बताएं</w:t>
      </w:r>
    </w:p>
    <w:p>
      <w:r>
        <w:rPr>
          <w:b/>
        </w:rPr>
        <w:t xml:space="preserve">[03:14] </w:t>
      </w:r>
      <w:r>
        <w:t>। aam taur par insaan ka mizaj hai ki wo dekhi hui cheez par yakeen karta hai.</w:t>
      </w:r>
    </w:p>
    <w:p>
      <w:pPr>
        <w:jc w:val="right"/>
      </w:pPr>
      <w:r>
        <w:t>। आमतौर पर इंसान का मिजाज है कि वह देखी हुई चीज पर यकीन करता है।</w:t>
      </w:r>
    </w:p>
    <w:p>
      <w:r>
        <w:rPr>
          <w:b/>
        </w:rPr>
        <w:t xml:space="preserve">[03:22] </w:t>
      </w:r>
      <w:r>
        <w:t>kisi ne kaha ke yaman ne bat shahad. jo cheez dikhai na de, us par apne ko concentrate karna bahut mushkil hota hai. to log apna beta dikhai deta hai, apni family dikhai deti hai, apna business dikhai deta hai. to apne jazbat ko us se attach kar lete hain.</w:t>
      </w:r>
    </w:p>
    <w:p>
      <w:pPr>
        <w:jc w:val="right"/>
      </w:pPr>
      <w:r>
        <w:t>किसी ने कहा कि यमन ने बत शहद। जो चीज दिखाई ना दे, उस पर अपने को कंसंट्रेट करना बहुत मुश्किल होता है। तो लोग अपना बेटा दिखाई देता है, अपनी फैमिली दिखाई देती है, अपना बिजनेस दिखाई देता है। तो अपने जज्बात को उससे अटैच कर लेते हैं।</w:t>
      </w:r>
    </w:p>
    <w:p>
      <w:r>
        <w:rPr>
          <w:b/>
        </w:rPr>
        <w:t xml:space="preserve">[03:43] </w:t>
      </w:r>
      <w:r>
        <w:t>khud dikhai nahi deta, to us se jazbat attach nahi kar pate. phir sochte nahi ke jo kuch mila hua, kaise mila hua hai. cheezon ko for granted le lete hain. cheezon ko for granted le lete hain. vasa to hai.</w:t>
      </w:r>
    </w:p>
    <w:p>
      <w:pPr>
        <w:jc w:val="right"/>
      </w:pPr>
      <w:r>
        <w:t>खुद दिखाई नहीं देता, तो उससे जज्बात अटैच नहीं कर पाते। फिर सोचते नहीं कि जो कुछ मिला हुआ, कैसे मिला हुआ है। चीजों को फॉर ग्रांटेड ले लेते हैं। चीजों को फॉर ग्रांटेड ले लेते हैं। वसा तो है।</w:t>
      </w:r>
    </w:p>
    <w:p>
      <w:r>
        <w:rPr>
          <w:b/>
        </w:rPr>
        <w:t xml:space="preserve">[04:02] </w:t>
      </w:r>
      <w:r>
        <w:t>main chahta hoon ke</w:t>
      </w:r>
    </w:p>
    <w:p>
      <w:pPr>
        <w:jc w:val="right"/>
      </w:pPr>
      <w:r>
        <w:t>मैं चाहता हूं कि</w:t>
      </w:r>
    </w:p>
    <w:p>
      <w:r>
        <w:rPr>
          <w:b/>
        </w:rPr>
        <w:t xml:space="preserve">[04:06] </w:t>
      </w:r>
      <w:r>
        <w:t>yeh, yeh, yeh to test hai. yaani agar itna aasan hota mohabbat ilahi, to test kis baat ka hota?</w:t>
      </w:r>
    </w:p>
    <w:p>
      <w:pPr>
        <w:jc w:val="right"/>
      </w:pPr>
      <w:r>
        <w:t>यह, यह, यह तो टेस्ट है। यानी अगर इतना आसान होता मोहब्बत इलाही, तो टेस्ट किस बात का होता?</w:t>
      </w:r>
    </w:p>
    <w:p>
      <w:r>
        <w:rPr>
          <w:b/>
        </w:rPr>
        <w:t xml:space="preserve">[04:18] </w:t>
      </w:r>
      <w:r>
        <w:t>test yahi ke aap sochein. jo cheez dikhai na de rahi hai, us ko soch kar jayein. kyunke dekhiye, insan ki tareef hi kehti hai ke insan jo hai,</w:t>
      </w:r>
    </w:p>
    <w:p>
      <w:pPr>
        <w:jc w:val="right"/>
      </w:pPr>
      <w:r>
        <w:t>टेस्ट यही कि आप सोचें। जो चीज दिखाई ना दे रही है, उसको सोच कर जाएं। क्योंकि देखिए, इंसान की तारीफ ही कहती है कि इंसान जो है,</w:t>
      </w:r>
    </w:p>
    <w:p>
      <w:r>
        <w:rPr>
          <w:b/>
        </w:rPr>
        <w:t xml:space="preserve">[04:28] </w:t>
      </w:r>
      <w:r>
        <w:t>uske andar conceptual thinking hai. yahi insan ki, insan ki definition di thi. definition insan ko jo cheez mumayaz karti hai, doosri cheezon se,</w:t>
      </w:r>
    </w:p>
    <w:p>
      <w:pPr>
        <w:jc w:val="right"/>
      </w:pPr>
      <w:r>
        <w:t>उसके अंदर कांसेप्चुअल थिंकिंग है। यही इंसान की, इंसान की डेफिनेशन दिया थी। डेफिनेशन इंसान को जो चीज मुमय करती है, दूसरी चीजों से,</w:t>
      </w:r>
    </w:p>
    <w:p>
      <w:r>
        <w:rPr>
          <w:b/>
        </w:rPr>
        <w:t xml:space="preserve">[04:42] </w:t>
      </w:r>
      <w:r>
        <w:t>woh yeh ke insan ke andar conceptual thinking hai. yaani tasawwur-o-fikr,</w:t>
      </w:r>
    </w:p>
    <w:p>
      <w:pPr>
        <w:jc w:val="right"/>
      </w:pPr>
      <w:r>
        <w:t>वो यह कि इंसान के अंदर कांसेप्चुअल थिंकिंग है। यानी तसव्वुरा फिक्र,</w:t>
      </w:r>
    </w:p>
    <w:p>
      <w:r>
        <w:rPr>
          <w:b/>
        </w:rPr>
        <w:t xml:space="preserve">[04:47] </w:t>
      </w:r>
      <w:r>
        <w:t>zehni satah par tasawwur karke woh soch pata hai. to yeh kis liye diya gaya hai? is liye diya gaya hai ke aap jo cheez dikhai nahi deti, us par soch sakein. aap ghaib ko mushahida bana sakein. to agar aadmi apni tasawwur, yaani salahiyat ko, conceptual thinking ko</w:t>
      </w:r>
    </w:p>
    <w:p>
      <w:pPr>
        <w:jc w:val="right"/>
      </w:pPr>
      <w:r>
        <w:t>जहनी सतह पर तसव्वुर करके वो सोच पाता है। तो ये किस लिए दिया गया है? इसलिए दिया गया है कि आप जो चीज दिखाई नहीं देती, उस पर सोच सकें। आप गैब को मुशाहदा बना सकें। तो अगर आदमी अपनी तसव्वुरा, यानी सलाहियत को, कांसेप्चुअल थिंकिंग को</w:t>
      </w:r>
    </w:p>
    <w:p>
      <w:r>
        <w:rPr>
          <w:b/>
        </w:rPr>
        <w:t xml:space="preserve">[05:10] </w:t>
      </w:r>
      <w:r>
        <w:t>activate karega, to zaroor woh Khuda ko daryaft karega. jab daryaft karega, zaroor woh Khuda se mohabbat karne wala ban jayega.</w:t>
      </w:r>
    </w:p>
    <w:p>
      <w:pPr>
        <w:jc w:val="right"/>
      </w:pPr>
      <w:r>
        <w:t>एक्टिवेट करेगा, तो जरूर वो खुदा को दरिया करेगा। जब दरिया करेगा, जरूर वो खुदा से मोहब्बत करने वाला बन जाएगा।</w:t>
      </w:r>
    </w:p>
    <w:p>
      <w:r>
        <w:rPr>
          <w:b/>
        </w:rPr>
        <w:t xml:space="preserve">[05:22] </w:t>
      </w:r>
      <w:r>
        <w:t>miss naghma siddiqui ne delhi se likha hai, "as god is at unseen level. such deep relation and love of god does not develop. can you guide us?</w:t>
      </w:r>
    </w:p>
    <w:p>
      <w:pPr>
        <w:jc w:val="right"/>
      </w:pPr>
      <w:r>
        <w:t>मिस नगमा सिद्दीकी ने दिल्ली से लिखा है, "एस गॉड इज एट अनसीन लेवल। सच डीप रिलेशन एंड लव ऑफ गॉड डज नॉट डेवलप। कैन यू गाइड अस?</w:t>
      </w:r>
    </w:p>
    <w:p>
      <w:r>
        <w:rPr>
          <w:b/>
        </w:rPr>
        <w:t xml:space="preserve">[05:36] </w:t>
      </w:r>
      <w:r>
        <w:t>how can we develop such deep relation with god?"</w:t>
      </w:r>
    </w:p>
    <w:p>
      <w:pPr>
        <w:jc w:val="right"/>
      </w:pPr>
      <w:r>
        <w:t>हाउ कैन वी डेवलप सच डीप रिलेशन विद गॉड?"</w:t>
      </w:r>
    </w:p>
    <w:p>
      <w:r>
        <w:rPr>
          <w:b/>
        </w:rPr>
        <w:t xml:space="preserve">[05:43] </w:t>
      </w:r>
      <w:r>
        <w:t>dekhiye, jahan tak maine samjha hai, woh yeh hai ke</w:t>
      </w:r>
    </w:p>
    <w:p>
      <w:pPr>
        <w:jc w:val="right"/>
      </w:pPr>
      <w:r>
        <w:t>देखिए, जहां तक मैंने समझा है, वो यह है कि</w:t>
      </w:r>
    </w:p>
    <w:p>
      <w:r>
        <w:rPr>
          <w:b/>
        </w:rPr>
        <w:t xml:space="preserve">[05:52] </w:t>
      </w:r>
      <w:r>
        <w:t>ek hai reason, ek hai intuition, yaani aqal aur wisdom. to aqal se hum sochte hain, sochte hain, to hum probability tak pounchate hain. yaani is, yeh, yeh hamare samajh mein aata hai ke Khuda zaroor hona chahiye. baghair Khuda ke kaise?</w:t>
      </w:r>
    </w:p>
    <w:p>
      <w:pPr>
        <w:jc w:val="right"/>
      </w:pPr>
      <w:r>
        <w:t>एक है रीजन, एक है इंटू, यानी अकल और विजडान। तो अकल से हम सोचते हैं, सोचते हैं, तो हम प्रोबेबिलिटी तक पहुंचते हैं। यानी इस, यह, यह हमारे सम में आता है कि खुदा जरूर होना चाहिए। बगैर खुदा के कैसे?</w:t>
      </w:r>
    </w:p>
    <w:p>
      <w:r>
        <w:rPr>
          <w:b/>
        </w:rPr>
        <w:t xml:space="preserve">[06:14] </w:t>
      </w:r>
      <w:r>
        <w:t>sir, aap hain</w:t>
      </w:r>
    </w:p>
    <w:p>
      <w:pPr>
        <w:jc w:val="right"/>
      </w:pPr>
      <w:r>
        <w:t>सर, आप है</w:t>
      </w:r>
    </w:p>
    <w:p>
      <w:r>
        <w:rPr>
          <w:b/>
        </w:rPr>
        <w:t xml:space="preserve">[06:16] </w:t>
      </w:r>
      <w:r>
        <w:t>to aqal humko reason, humko probability tak pounchaati hai. yaani probability there is a god. uske baad hamare andar khud bahut zabardast intuition ki salahiyat. wisdom kaha jata hai. uske darwaze khul jate hain.</w:t>
      </w:r>
    </w:p>
    <w:p>
      <w:pPr>
        <w:jc w:val="right"/>
      </w:pPr>
      <w:r>
        <w:t>तो अकल हमको रीजन, हमको प्रोबेबिलिटी तक पहुंचाती है। यानी प्रोबेबिलिटी देर इज अ गॉड। उसके बाद हमारे अंदर खुद बहुत जबरदस्त इंटू का सलाई थी। विजडान कहा जाता है। उसके दरवाजे खुल जाते हैं।</w:t>
      </w:r>
    </w:p>
    <w:p>
      <w:r>
        <w:rPr>
          <w:b/>
        </w:rPr>
        <w:t xml:space="preserve">[06:32] </w:t>
      </w:r>
      <w:r>
        <w:t>agar aapne apni aqal ko istemal karke probability tak apne ko pouncha diya ho, to lazma hota hai ke intuition ka darwaza khul jata hai. aur phir wahan se yaqeen shuru hota hai. wahan se yaqeen shuru hota hai. yaani intuition ki satah par, wisdom ki satah par yaqeeni yaqeen hai.</w:t>
      </w:r>
    </w:p>
    <w:p>
      <w:pPr>
        <w:jc w:val="right"/>
      </w:pPr>
      <w:r>
        <w:t>अगर आपने अपनी अकल को इस्तेमाल करके प्रोबेबिलिटी तक अपने को पहुंचा दिया हो, तो लाजमा होता है कि इंटू का दरवाजा खुल जाता है। और फिर वहां से यकीन शुरू होता है। वहां से यकीन शुरू होता है। यानी इंटू की सतह पर, विजडान की सतह पर यकीनी यकीन है।</w:t>
      </w:r>
    </w:p>
    <w:p>
      <w:r>
        <w:rPr>
          <w:b/>
        </w:rPr>
        <w:t xml:space="preserve">[06:55] </w:t>
      </w:r>
      <w:r>
        <w:t>to Allah taala ki rehmat hai ke usne hamare wisdom mein apna shaoor rakh diya hai. agar shaoor na maujood hota hamare wisdom mein, to bahut mushkil hota.</w:t>
      </w:r>
    </w:p>
    <w:p>
      <w:pPr>
        <w:jc w:val="right"/>
      </w:pPr>
      <w:r>
        <w:t>तो अल्लाह ताला की रहमत है कि उसने हमारे विजडान में अपना शूर रख दिया है। अगर शूर ना मौजूद होता हमारे विजडान में, तो बहुत मुश्किल होता।</w:t>
      </w:r>
    </w:p>
    <w:p>
      <w:r>
        <w:rPr>
          <w:b/>
        </w:rPr>
        <w:t xml:space="preserve">[07:09] </w:t>
      </w:r>
      <w:r>
        <w:t>to sirf yeh hai ke wisdom ke darwaze tak apne ko pounchana. uske baad to yaqeeni yaqeen hai. mohabbat hi mohabbat hai. to khulasa yeh hai ke ghaur-o-fikr se aapki aqal activate hoti hai. ghaur-o-fikr se aap</w:t>
      </w:r>
    </w:p>
    <w:p>
      <w:pPr>
        <w:jc w:val="right"/>
      </w:pPr>
      <w:r>
        <w:t>तो सिर्फ यह है कि विजडान के दरवाजे तक अपने को पहुंचाना। उसके बाद तो यकीनी यकीन है। मोहब्बत ही मोहब्बत है। तो खुलासा यह है कि गौर फिक्र से आपकी अकल एक्टिवेट होती है। गौर फिक्र से आप</w:t>
      </w:r>
    </w:p>
    <w:p>
      <w:r>
        <w:rPr>
          <w:b/>
        </w:rPr>
        <w:t xml:space="preserve">[07:26] </w:t>
      </w:r>
      <w:r>
        <w:t>is probability tak pounchate hain ke zaroor yahan to ek Khuda hona chahiye. Khuda ke baghair yeh kainat explain nahi hoti. jab yahan tak aap pouncha lete hain apne aap ko, to phir intuition ka darwaza khul jata hai.</w:t>
      </w:r>
    </w:p>
    <w:p>
      <w:pPr>
        <w:jc w:val="right"/>
      </w:pPr>
      <w:r>
        <w:t>इस प्रोबेबिलिटी तक पहुंचते हैं कि जरूर यहां तो एक खुदा होना चाहिए। खुदा के बगैर यह कायनात एक्सप्लेन नहीं होती। जब यहां तक आप पहुंचा लेते हैं अपने आप को, तो फिर इंटू के दरवाजा खुल जाता है।</w:t>
      </w:r>
    </w:p>
    <w:p>
      <w:r>
        <w:rPr>
          <w:b/>
        </w:rPr>
        <w:t xml:space="preserve">[07:44] </w:t>
      </w:r>
      <w:r>
        <w:t>aur jab intuition ka darwaza khul jaye, to phir wahan par yaqeeni yaqeen hota hai.</w:t>
      </w:r>
    </w:p>
    <w:p>
      <w:pPr>
        <w:jc w:val="right"/>
      </w:pPr>
      <w:r>
        <w:t>और जब इंटू दरवाजा खुल जाए, तो फिर वहां पर यकीनी यकीन होता है।</w:t>
      </w:r>
    </w:p>
    <w:p>
      <w:r>
        <w:rPr>
          <w:b/>
        </w:rPr>
        <w:t xml:space="preserve">[07:51] </w:t>
      </w:r>
      <w:r>
        <w:t>aur jab yaqeen aa jaye, to phir mohabbat apne aap aati hai. mera tajurba to yahi hai.</w:t>
      </w:r>
    </w:p>
    <w:p>
      <w:pPr>
        <w:jc w:val="right"/>
      </w:pPr>
      <w:r>
        <w:t>और जब यकीन आ जाए, तो फिर मोहब्बत अपने आप आती है। मेरा تجربा तो यही है।</w:t>
      </w:r>
    </w:p>
    <w:p>
      <w:r>
        <w:rPr>
          <w:b/>
        </w:rPr>
        <w:t xml:space="preserve">[08:02] </w:t>
      </w:r>
      <w:r>
        <w:t>mister khalid ansari ne noida se sawal kiya hai. maulana, unhone likha hai ke "when a child thinks about his father favors, that he bestowed on him,</w:t>
      </w:r>
    </w:p>
    <w:p>
      <w:pPr>
        <w:jc w:val="right"/>
      </w:pPr>
      <w:r>
        <w:t>मिस्टर खालिद अंसारी ने नोएडा से सवाल किया है। मौलाना, उन्होंने लिखा है कि "व्हेन अ चाइल्ड थिंक्स अबाउट हिज फादर फेवर्स, दैट ही बिस्टो ऑन हिम,</w:t>
      </w:r>
    </w:p>
    <w:p>
      <w:r>
        <w:rPr>
          <w:b/>
        </w:rPr>
        <w:t xml:space="preserve">[08:15] </w:t>
      </w:r>
      <w:r>
        <w:t>he feels thankful to him, and his degree of love towards his father increases. this seems to be an example that god has demonstrated to man." maulana, if a child through his contemplation can successfully get closer to his father, why cant a grown up person apply the same approach to get closer to his creator?</w:t>
      </w:r>
    </w:p>
    <w:p>
      <w:pPr>
        <w:jc w:val="right"/>
      </w:pPr>
      <w:r>
        <w:t>ही फील्स थैंकफूल टू हिम, एंड हिज डिग्री ऑफ लव टुवर्ड्स हिज फादर इंक्रीजस। दिस सीम्स टू बी एन एग्जांपल दैट गॉड हैज डेमोंस्ट्रेटेड टू मैन।" मौलाना, इफ अ चाइल्ड थ्रू हिज कंटेंप्लेशन कैन सक्सेसफुली गेट क्लोजर टू हिज फादर, व्हाई कांट अ ग्रोन अप पर्सन अप्लाई द सेम अप्रोच टू गेट क्लोजर टू हिज क्रिएटर?</w:t>
      </w:r>
    </w:p>
    <w:p>
      <w:r>
        <w:rPr>
          <w:b/>
        </w:rPr>
        <w:t xml:space="preserve">[08:43] </w:t>
      </w:r>
      <w:r>
        <w:t>haan, yeh to yahi to baat hai ke is tajurbe se aadmi ko Khuda ko discover karna chahiye.</w:t>
      </w:r>
    </w:p>
    <w:p>
      <w:pPr>
        <w:jc w:val="right"/>
      </w:pPr>
      <w:r>
        <w:t>हां, यह तो यही तो बात है कि इस तजुर्बे से आदमी को खुदा को डिस्कवर करना चाहिए।</w:t>
      </w:r>
    </w:p>
    <w:p>
      <w:r>
        <w:rPr>
          <w:b/>
        </w:rPr>
        <w:t xml:space="preserve">[08:55] </w:t>
      </w:r>
      <w:r>
        <w:t>kyunke father jo hai, asal giver nahi hai. asal giver to Khuda hai. asal giver jo hai, woh to Khuda hai. jo blessing humko mil rahi hai, to uska dene wala to Khuda hai. to father ke tajurbe se agar hum sochein,</w:t>
      </w:r>
    </w:p>
    <w:p>
      <w:pPr>
        <w:jc w:val="right"/>
      </w:pPr>
      <w:r>
        <w:t>क्योंकि फादर जो है, असल गिवर नहीं है। असल गिवर तो खुदा है। असल गिवर जो है, वो तो खुदा है। जो ब्लेसिंग हमको मिल रही है, तो उसका देने वाला तो खुदा है। तो फादर के तजुर्बे से अगर हम सोचें,</w:t>
      </w:r>
    </w:p>
    <w:p>
      <w:r>
        <w:rPr>
          <w:b/>
        </w:rPr>
        <w:t xml:space="preserve">[09:15] </w:t>
      </w:r>
      <w:r>
        <w:t>to yeh tajarba humko zaroor Khuda tak pahuncha deta hai. Allah taala ne sab tajarbe isi rakhe hain ke maa ka tajarba, father ka tajarba humko hamari aql ko ubhare, hamari aql mein</w:t>
      </w:r>
    </w:p>
    <w:p>
      <w:pPr>
        <w:jc w:val="right"/>
      </w:pPr>
      <w:r>
        <w:t>तो यह तजुर्बा हमको जरूर खुदा तक पहुंचा देता है। अल्लाह ताला ने सब तजुर्बे इसी रखे हैं कि मां का तजुर्बा, फादर का तजुर्बा हमको हमारी अकल को उभारे, हमारी अकल में</w:t>
      </w:r>
    </w:p>
    <w:p>
      <w:r>
        <w:rPr>
          <w:b/>
        </w:rPr>
        <w:t xml:space="preserve">[09:34] </w:t>
      </w:r>
      <w:r>
        <w:t>sochne ka maadda badhe, yahan tak ke father ko discover karke hum Khuda ko discover kar lein. Yeh process Allah taala ne rakha hai duniya mein. Lekin jo log sochte nahin, woh phir bhi andhe bane rehte hain. In tajarba ke darmiyan bhi, woh</w:t>
      </w:r>
    </w:p>
    <w:p>
      <w:pPr>
        <w:jc w:val="right"/>
      </w:pPr>
      <w:r>
        <w:t>सोचने का माददा बढ़े, यहां तक कि फादर को डिस्कवर करके हम खुदा को डिस्कवर कर लें। यह प्रोसेस अल्लाह ताला ने रखा है दुनिया में। लेकिन जो लोग सोचते नहीं, वह फिर भी अंधे बने रहते हैं। इन तजुर्बा के दरमियान भी, वह</w:t>
      </w:r>
    </w:p>
    <w:p>
      <w:r>
        <w:rPr>
          <w:b/>
        </w:rPr>
        <w:t xml:space="preserve">[09:52] </w:t>
      </w:r>
      <w:r>
        <w:t>jaise pehle andhe the, waise ab bhi andhe bane rehte hain. To sab kuch depend karta hai soch par. Soch par. Baghair soche aadmi kahin nahin pahunch sakta. Hatta ke father ko bhi, agar na soche, to father ko bhi woh bhed bakri ki tarah se dekhega.</w:t>
      </w:r>
    </w:p>
    <w:p>
      <w:pPr>
        <w:jc w:val="right"/>
      </w:pPr>
      <w:r>
        <w:t>जैसे पहले अंधे थे, वैसे अब भी अंधे बने रहते हैं। तो सब कुछ डिपेंड करता है सोच पर। सोच पर। बगैर सोचे आदमी कहीं नहीं पहुंच सकता। हत्ता कि फादर को भी, अगर ना सोचे, तो फादर को भी वह भेड़ बकरी की तरह से देखेगा।</w:t>
      </w:r>
    </w:p>
    <w:p>
      <w:r>
        <w:rPr>
          <w:b/>
        </w:rPr>
        <w:t xml:space="preserve">[10:11] </w:t>
      </w:r>
      <w:r>
        <w:t>to insaan jo hai, thinking animal hai. Thinking jab tak hum develop nahin karenge, hum kisi bhi haqeeqat ko pa nahin sakte.</w:t>
      </w:r>
    </w:p>
    <w:p>
      <w:pPr>
        <w:jc w:val="right"/>
      </w:pPr>
      <w:r>
        <w:t>तो इंसान जो है, थिंकिंग एनिमल है। थिंकिंग जब तक हम डेवलप नहीं करेंगे, हम किसी भी हकत को पा नहीं सकते।</w:t>
      </w:r>
    </w:p>
    <w:p>
      <w:r>
        <w:rPr>
          <w:b/>
        </w:rPr>
        <w:t xml:space="preserve">[10:24] </w:t>
      </w:r>
      <w:r>
        <w:t>Doctor Fareeda Khanam ne Delhi se likha hai, "Can man love God and his fellow human beings equally?</w:t>
      </w:r>
    </w:p>
    <w:p>
      <w:pPr>
        <w:jc w:val="right"/>
      </w:pPr>
      <w:r>
        <w:t>डॉक्टर फरीदा खानम ने दिल्ली से लिखा है, "कैन मैन लव गॉड एंड हिज फेलो ह्यूमन बीइंग्स इक्वली?</w:t>
      </w:r>
    </w:p>
    <w:p>
      <w:r>
        <w:rPr>
          <w:b/>
        </w:rPr>
        <w:t xml:space="preserve">[10:34] </w:t>
      </w:r>
      <w:r>
        <w:t>What is the difference between the love for God and love for man?"</w:t>
      </w:r>
    </w:p>
    <w:p>
      <w:pPr>
        <w:jc w:val="right"/>
      </w:pPr>
      <w:r>
        <w:t>व्हाट इज द डिफरेंस बिटवीन द लव फॉर गॉड एंड लव फॉर मैन?"</w:t>
      </w:r>
    </w:p>
    <w:p>
      <w:r>
        <w:rPr>
          <w:b/>
        </w:rPr>
        <w:t xml:space="preserve">[10:41] </w:t>
      </w:r>
      <w:r>
        <w:t>Dekhiye, real love to lies ho sakti hai. Kyunki wahi asal giver to wahi hai. Insaan ki se jo love hoti hai, woh to uske taabe hoti hai. Woh real nahin ho sakti hai kabhi bhi. Kyunki insaan jo ki milta hai humein, woh</w:t>
      </w:r>
    </w:p>
    <w:p>
      <w:pPr>
        <w:jc w:val="right"/>
      </w:pPr>
      <w:r>
        <w:t>देखिए, रियल लव तो लाइज हो सकती है। क्योंकि वही असल गिवर तो वही है। इंसान की से जो लव होती है, वह तो उसके ताबे होती है। वह रियल नहीं हो सकती है कभी भी। क्योंकि इंसान जो कि मिलता है हमें, वह</w:t>
      </w:r>
    </w:p>
    <w:p>
      <w:r>
        <w:rPr>
          <w:b/>
        </w:rPr>
        <w:t xml:space="preserve">[10:58] </w:t>
      </w:r>
      <w:r>
        <w:t>haqeeqat mein woh bhi Khuda hi uska dene wala hai. Jaise paani supply kar raha hai, jo water supply ka system hai, wahan paani bhej raha hai. Lekin, lekin water supply ka jo system hai, usne paani create thodi kiya hai.</w:t>
      </w:r>
    </w:p>
    <w:p>
      <w:pPr>
        <w:jc w:val="right"/>
      </w:pPr>
      <w:r>
        <w:t>हकीकत में वो भी खुदा ही उसका देने वाला है। जैसे पानी सप्लाई कर रहा है, जो वाटर सप्लाई का सिस्टम है, वहां पानी भेज रहा है। लेकिन, लेकिन वाटर सप्लाई का जो सिस्टम है, उसने पानी क्रिएट थोड़ी किया है।</w:t>
      </w:r>
    </w:p>
    <w:p>
      <w:r>
        <w:rPr>
          <w:b/>
        </w:rPr>
        <w:t xml:space="preserve">[11:14] </w:t>
      </w:r>
      <w:r>
        <w:t>Creator to koi aur hai. To agar hum paani ko paayein aur hum sirf tez jaan jaane ke water supply system jo hai, usse humein paani mil raha hai, tez ja rahe hain, to yeh andhapan hai. Yeh humko apni soch ko aage badhana chahiye.</w:t>
      </w:r>
    </w:p>
    <w:p>
      <w:pPr>
        <w:jc w:val="right"/>
      </w:pPr>
      <w:r>
        <w:t>क्रिएटर तो कोई और है। तो अगर हम पानी को पाएं और हम सिर्फ तेज जान जाने कि वाटर सप्लाई सिस्टम जो है, उससे हमें पानी मिल रहा है, तेज जा रहे हैं, तो ये अंधापन है। ये हमको अपनी सोच को आगे बढ़ाना चाहिए।</w:t>
      </w:r>
    </w:p>
    <w:p>
      <w:r>
        <w:rPr>
          <w:b/>
        </w:rPr>
        <w:t xml:space="preserve">[11:31] </w:t>
      </w:r>
      <w:r>
        <w:t>paani kaise bana, wahan tak pahunchna chahiye. Jab to wahan tak pahunchayenge hum, to agar hum water supply system ko thank you karenge, shukriya ada karenge usko. Lekin jo asal, jo asal dene wala hai, jo real giver hai,</w:t>
      </w:r>
    </w:p>
    <w:p>
      <w:pPr>
        <w:jc w:val="right"/>
      </w:pPr>
      <w:r>
        <w:t>पानी कैसे बना, वहां तक पहुंचना चाहिए। जब तो वहां तक पहुंचाएंगे हम, तो अगर हम वाटर सप्लाई सिस्टम को थैंक यू करेंगे, शुक्रिया अदा करेंगे उसको। लेकिन जो असल, जो असल देने वाला है, जो रियल गिवर है,</w:t>
      </w:r>
    </w:p>
    <w:p>
      <w:r>
        <w:rPr>
          <w:b/>
        </w:rPr>
        <w:t xml:space="preserve">[11:48] </w:t>
      </w:r>
      <w:r>
        <w:t>uske liye hamare bahut zyada zabardast jazba paida hoga hamare andar. Ki Khuda ne agar paani paida na kiya hota, to koi supply system humein paani nahin de sakta tha. Main samajhta hoon ke yeh hai dono ke darmiyan farq.</w:t>
      </w:r>
    </w:p>
    <w:p>
      <w:pPr>
        <w:jc w:val="right"/>
      </w:pPr>
      <w:r>
        <w:t>उसके लिए हमारे बहुत ज्यादा जबरदस्त जज्बा पैदा होगा हमारे अंदर। कि खुदा ने अगर पानी पैदा ना किया होता, तो कोई सप्लाई सिस्टम हमें पानी नहीं दे सकता था। मैं समझता हूं कि यह है दोनों के दरमियान फर्क।</w:t>
      </w:r>
    </w:p>
    <w:p>
      <w:r>
        <w:rPr>
          <w:b/>
        </w:rPr>
        <w:t xml:space="preserve">[12:05] </w:t>
      </w:r>
      <w:r>
        <w:t>Maulana Amanullah Riyazi ne Delhi se sawal kiya hai,</w:t>
      </w:r>
    </w:p>
    <w:p>
      <w:pPr>
        <w:jc w:val="right"/>
      </w:pPr>
      <w:r>
        <w:t>मौलाना अमानुल्लाह रियाजी ने दिल्ली से सवाल किया है,</w:t>
      </w:r>
    </w:p>
    <w:p>
      <w:r>
        <w:rPr>
          <w:b/>
        </w:rPr>
        <w:t xml:space="preserve">[12:10] </w:t>
      </w:r>
      <w:r>
        <w:t>"hadis mein aaya hai ki prophet ne farmaya ki apna kaam apne haath se karo.</w:t>
      </w:r>
    </w:p>
    <w:p>
      <w:pPr>
        <w:jc w:val="right"/>
      </w:pPr>
      <w:r>
        <w:t>"हदीस में आया है कि प्रोफेट ने फरमाया कि अपना काम अपने हाथ से करो।</w:t>
      </w:r>
    </w:p>
    <w:p>
      <w:r>
        <w:rPr>
          <w:b/>
        </w:rPr>
        <w:t xml:space="preserve">[12:17] </w:t>
      </w:r>
      <w:r>
        <w:t>agar tumhara koda bhi sawari se gir jaye, to usko doosron se mat uthwa."</w:t>
      </w:r>
    </w:p>
    <w:p>
      <w:pPr>
        <w:jc w:val="right"/>
      </w:pPr>
      <w:r>
        <w:t>अगर तुम्हारा कोड़ा भी सवारी से गिर जाए, तो उसको दूसरों से मत उठवा।"</w:t>
      </w:r>
    </w:p>
    <w:p>
      <w:r>
        <w:rPr>
          <w:b/>
        </w:rPr>
        <w:t xml:space="preserve">[12:24] </w:t>
      </w:r>
      <w:r>
        <w:t>is hadis ki hikmat kya hai aur isse hamare liye kya sabak hai?</w:t>
      </w:r>
    </w:p>
    <w:p>
      <w:pPr>
        <w:jc w:val="right"/>
      </w:pPr>
      <w:r>
        <w:t>इस हदीस की हिकमत क्या है और इससे हमारे लिए क्या सबक है?</w:t>
      </w:r>
    </w:p>
    <w:p>
      <w:r>
        <w:rPr>
          <w:b/>
        </w:rPr>
        <w:t xml:space="preserve">[12:36] </w:t>
      </w:r>
      <w:r>
        <w:t>Dekhiye, kode wali jo hadees hai, uska matlab yeh koi absolute sense mein nahin hai. Matlab ek samjhane ke liye ek baat hai. Agar aap kode us par hain, ghode par koda gir gaya,</w:t>
      </w:r>
    </w:p>
    <w:p>
      <w:pPr>
        <w:jc w:val="right"/>
      </w:pPr>
      <w:r>
        <w:t>देखिए, कोड़े वाली जो हदीस है, उसका मतलब यह कोई एब्सलूट सेंस में नहीं है। मतलब एक समझाने के लिए एक बात है। अगर आप कोड़े उस पर हैं, घोड़े पर कोड़ा गिर गया,</w:t>
      </w:r>
    </w:p>
    <w:p>
      <w:r>
        <w:rPr>
          <w:b/>
        </w:rPr>
        <w:t xml:space="preserve">[12:52] </w:t>
      </w:r>
      <w:r>
        <w:t>to aap koda maang le kisi se khade hue, to yeh uski hadees khilaaf nahin hua. Ek baat ko preface dene ke liye aisi baatein kahi jaati hain.</w:t>
      </w:r>
    </w:p>
    <w:p>
      <w:pPr>
        <w:jc w:val="right"/>
      </w:pPr>
      <w:r>
        <w:t>तो आप कोड़ा मांग ले किसी से खड़े हुए, तो यह उसकी हदीस खिलाफ नहीं हुआ। एक बात को पैफेस देने के लिए ऐसी बातें कही जाती हैं।</w:t>
      </w:r>
    </w:p>
    <w:p>
      <w:r>
        <w:rPr>
          <w:b/>
        </w:rPr>
        <w:t xml:space="preserve">[13:01] </w:t>
      </w:r>
      <w:r>
        <w:t>uski jo rooh hai, jo uski spirit hai, woh yeh hai ke har aadmi ke andar khud mehnat karne ka shauk ho. Yeh nahin ke doosron se mujhe mil jaaye aur yeh main chahun. Khud mehnat karke paana. Ismein kya hota hai?</w:t>
      </w:r>
    </w:p>
    <w:p>
      <w:pPr>
        <w:jc w:val="right"/>
      </w:pPr>
      <w:r>
        <w:t>उसकी जो रूह है, जो उसकी स्पिरिट है, वो यह है कि हर आदमी के अंदर खुद मेहनत करने का शौक हो। यह नहीं कि दूसरों से मुझे मिल जाए और यह मैं चाहूं। खुद मेहनत करके पाना। इसमें क्या होता है?</w:t>
      </w:r>
    </w:p>
    <w:p>
      <w:r>
        <w:rPr>
          <w:b/>
        </w:rPr>
        <w:t xml:space="preserve">[13:17] </w:t>
      </w:r>
      <w:r>
        <w:t>sabse badi hikmat jo ismein yeh hai ke khud mehnat karke jab aap paana chahenge, to aapka</w:t>
      </w:r>
    </w:p>
    <w:p>
      <w:pPr>
        <w:jc w:val="right"/>
      </w:pPr>
      <w:r>
        <w:t>सबसे बड़ी हिकमत जो इसमें यह है कि खुद मेहनत करके जब आप पाना चाहेंगे, तो आपका</w:t>
      </w:r>
    </w:p>
    <w:p>
      <w:r>
        <w:rPr>
          <w:b/>
        </w:rPr>
        <w:t xml:space="preserve">[13:24] </w:t>
      </w:r>
      <w:r>
        <w:t>potential istemal honge. Aapke potential actual banenge. To aap pehle man the, aap super man ban jayenge. Agar aap doosron par depend karein, doosron ke upar jiyein,</w:t>
      </w:r>
    </w:p>
    <w:p>
      <w:pPr>
        <w:jc w:val="right"/>
      </w:pPr>
      <w:r>
        <w:t>पोटेंशियल इस्तेमाल होंगे। आपके पोटेंशियल एक्चुअल बनेंगे। तो आप पहले मैन थे, आप सुपर मैन बन जाएंगे। अगर आप दूसरों पर डिपेंड करें, दूसरों के ऊपर जिएं,</w:t>
      </w:r>
    </w:p>
    <w:p>
      <w:r>
        <w:rPr>
          <w:b/>
        </w:rPr>
        <w:t xml:space="preserve">[13:40] </w:t>
      </w:r>
      <w:r>
        <w:t>jaise misaal ke taur par</w:t>
      </w:r>
    </w:p>
    <w:p>
      <w:pPr>
        <w:jc w:val="right"/>
      </w:pPr>
      <w:r>
        <w:t>जैसे मिसाल के तौर पर</w:t>
      </w:r>
    </w:p>
    <w:p>
      <w:r>
        <w:rPr>
          <w:b/>
        </w:rPr>
        <w:t xml:space="preserve">[13:42] </w:t>
      </w:r>
      <w:r>
        <w:t>koi baap kamaye aur bachchon ko, apne bachchon ko easy money ke taur par har cheez deta rahe, deta rahe, bachche ko kuch karna na pade, to aisa bachcha speed reh jaata hai. Speed, stupid, tarraqi nahin karta. Woh bahut si families mein aap dekh sakte hain ke agar</w:t>
      </w:r>
    </w:p>
    <w:p>
      <w:pPr>
        <w:jc w:val="right"/>
      </w:pPr>
      <w:r>
        <w:t>कोई बाप कमाए और बच्चों को, अपने बच्चों को इजी मनी के तौर पर हर चीज देता रहे, देता रहे, बच्चे को कुछ करना ना पड़े, तो ऐसा बच्चा स्पीड रह जाता है। स्पीड, स्टिपिड, तरक्की नहीं करता। वो बहुत सी फैमिलीज में आप देख सकते हैं कि अगर</w:t>
      </w:r>
    </w:p>
    <w:p>
      <w:r>
        <w:rPr>
          <w:b/>
        </w:rPr>
        <w:t xml:space="preserve">[13:59] </w:t>
      </w:r>
      <w:r>
        <w:t>baap ne khoob kamakar bachche ko sab kuch de diya aur bachcha kuch sochta bhi nahin hai.</w:t>
      </w:r>
    </w:p>
    <w:p>
      <w:pPr>
        <w:jc w:val="right"/>
      </w:pPr>
      <w:r>
        <w:t>बाप ने खूब कमा कमाकर बच्चे को सब कुछ दे दिया और बच्चा कुछ सोचता भी नहीं है।</w:t>
      </w:r>
    </w:p>
    <w:p>
      <w:r>
        <w:rPr>
          <w:b/>
        </w:rPr>
        <w:t xml:space="preserve">[14:06] </w:t>
      </w:r>
      <w:r>
        <w:t>Main ek baar to gaya ek Rajasthan ke ek shahar mein, to ek baap the, unke do bete the. Yeh apni aankhon ko dekha, bata raha hoon aapko. To</w:t>
      </w:r>
    </w:p>
    <w:p>
      <w:pPr>
        <w:jc w:val="right"/>
      </w:pPr>
      <w:r>
        <w:t>मैं एक बार तो गया एक राजस्थान के एक शहर में, तो एक बाप थे, उनके दो बेटे थे। यह अपनी आंखों को देखा, बता रहा हूं आपको। तो</w:t>
      </w:r>
    </w:p>
    <w:p>
      <w:r>
        <w:rPr>
          <w:b/>
        </w:rPr>
        <w:t xml:space="preserve">[14:21] </w:t>
      </w:r>
      <w:r>
        <w:t>baap ne kya kiya? Ke ek bete ko to usne farm house banwa diya, khoob usko paisa waisa de diya aur aaram se woh shaadi karke wahan par rehne laga. Woh doosre bete ko usne kuch nahin diya, sirf dukaan de di. Paisa nahin diya, koi aur cheez nahin di. Dukaan de di ke baad mehnat karo, to kamao, nahin to maro.</w:t>
      </w:r>
    </w:p>
    <w:p>
      <w:pPr>
        <w:jc w:val="right"/>
      </w:pPr>
      <w:r>
        <w:t>बाप ने क्या किया? कि एक बेटे को तो उसने फार्म हाउस बनवा दिया, खूब उसको पैसा वसा दे दिया और आराम से वह शादी करके वहां पर रहने लगा। वह दूसरे बेटे को उसने कुछ नहीं दिया, सिर्फ दुकान दे दी। पैसा नहीं दिया, कोई और चीज नहीं दी। दुकान दे दी के बाद मेहनत करो, तो कमाओ, नहीं तो मरो।</w:t>
      </w:r>
    </w:p>
    <w:p>
      <w:r>
        <w:rPr>
          <w:b/>
        </w:rPr>
        <w:t xml:space="preserve">[14:45] </w:t>
      </w:r>
      <w:r>
        <w:t>ek bete ko to bana banaya ghar aur paisa, har cheez, yaani mulazim, sab cheez bani banayi, cheez de di usko. Uske sirf hukum dena aur sab kaam hota rahe.</w:t>
      </w:r>
    </w:p>
    <w:p>
      <w:pPr>
        <w:jc w:val="right"/>
      </w:pPr>
      <w:r>
        <w:t>एक बेटे को तो बना बनाए घर और पैसा, हर चीज, यानी मुलाजिम, सब चीज बनी बनाई, चीज दे दी उसको। उसको सिर्फ हुकम देना और सब काम होता रहे।</w:t>
      </w:r>
    </w:p>
    <w:p>
      <w:r>
        <w:rPr>
          <w:b/>
        </w:rPr>
        <w:t xml:space="preserve">[15:02] </w:t>
      </w:r>
      <w:r>
        <w:t>aur ek bete ko usne sirf dukaan de di, khaali dukaan, usmein kuch nahin. To jab main gaya tha, kai saal ke baad gaya tha, to maine dekha ke woh beta, jisko sirf dukaan diya tha, usne khoob tarraqi kar raha tha. Aur woh beta bilkul ek aise hi bankar reh gaya,</w:t>
      </w:r>
    </w:p>
    <w:p>
      <w:pPr>
        <w:jc w:val="right"/>
      </w:pPr>
      <w:r>
        <w:t>और एक बेटे को उसने सिर्फ दुकान दे दी, खाली दुकान, उसमें कुछ नहीं। तो जब मैं गया था, कई साल के बाद गया था, तो मैंने देखा कि वह बेटा, जिसको सिर्फ दुकान दिया था, उसने खूब तरक्की कर रहा था। और वह बेटा बिल्कुल एक ऐसे ही बनकर रह गया,</w:t>
      </w:r>
    </w:p>
    <w:p>
      <w:r>
        <w:rPr>
          <w:b/>
        </w:rPr>
        <w:t xml:space="preserve">[15:21] </w:t>
      </w:r>
      <w:r>
        <w:t>yaani kisi kaam ka nahin hai. Bilkul bewakoof, baat karne ki salah bhi uske andar nahin. To yeh jo hadees hai, is par zor de rahi hai ke apne aap ko mehnat ki ki kamai karo, doosron ko apne ko doosron par depend na karo</w:t>
      </w:r>
    </w:p>
    <w:p>
      <w:pPr>
        <w:jc w:val="right"/>
      </w:pPr>
      <w:r>
        <w:t>यानी किसी काम का नहीं है। बिल्कुल बेवकूफ, बात करने की सलाह भी उसके अंदर नहीं। तो यह जो हदीस है, इस पर जोर दे रही है कि अपने आप को मेहनत की की कमाई करो, दूसरों को अपने को दूसरों पर डिपेंड ना करो</w:t>
      </w:r>
    </w:p>
    <w:p>
      <w:r>
        <w:rPr>
          <w:b/>
        </w:rPr>
        <w:t xml:space="preserve">[15:39] </w:t>
      </w:r>
      <w:r>
        <w:t>ke doosre de dein to tumko mil jaye. Iska intezar mat karo, tum khud khud mehnat karo, apni salahiyat ko istemal karo, apne potential ko actual banao. Isi se tumhari tarakki hogi. Aur tum Khuda ne jo paida kiya, tumko man to tum superman ban jaoge. Khuda ne aadmi ko man paida kiya hai. Ye superman banna apne apne ikhtiyar par hai.</w:t>
      </w:r>
    </w:p>
    <w:p>
      <w:pPr>
        <w:jc w:val="right"/>
      </w:pPr>
      <w:r>
        <w:t>कि दूसरे दे दें तो तुमको मिल जाए। इसका इंतजार मत करो, तुम खुद खुद मेहनत करो, अपनी सलाहियत को इस्तेमाल करो, अपने पोटेंशियल को एक्चुअल बनाओ। इसी से तुम्हारी तरक्की होगी। और तुम खुदा ने जो पैदा किया, तुमको मैन तो तुम सुपरमैन बन जाओगे। खुदा ने आदमी को मैन पैदा किया है। ये सुपरमैन बनना अपने अपने اختیار पर है।</w:t>
      </w:r>
    </w:p>
    <w:p>
      <w:r>
        <w:rPr>
          <w:b/>
        </w:rPr>
        <w:t xml:space="preserve">[16:03] </w:t>
      </w:r>
      <w:r>
        <w:t>Aap khud chahenge to superman banenge, nahi to kuch nahi ban paenge. Ye matlab hai is hadees ka.</w:t>
      </w:r>
    </w:p>
    <w:p>
      <w:pPr>
        <w:jc w:val="right"/>
      </w:pPr>
      <w:r>
        <w:t>आप खुद चाहेंगे तो सुपरमैन बनेंगे, नहीं तो कुछ नहीं बन पाएंगे। यह मतलब है इस हदीस का।</w:t>
      </w:r>
    </w:p>
    <w:p>
      <w:r>
        <w:rPr>
          <w:b/>
        </w:rPr>
        <w:t xml:space="preserve">[16:14] </w:t>
      </w:r>
      <w:r>
        <w:t>Doctor Muslima Siddiqui ne Delhi se likha hai, "Khuda ne kaha hai ke humne kisi insaan ke seene mein do dil nahi banaye. Yaani agar dil mein mohabbat ilahi ho, to us dil mein nafrat kaise ikattha ho sakti hai?</w:t>
      </w:r>
    </w:p>
    <w:p>
      <w:pPr>
        <w:jc w:val="right"/>
      </w:pPr>
      <w:r>
        <w:t>डॉक्टर मुस्लिमा सिद्दीकी ने दिल्ली से लिखा है, "खुदा ने कहा है कि हमने किसी इंसान के सीने में दो दिल नहीं बनाए। यानी अगर दिल में मोहब्बत इलाही हो, तो उस दिल में नफरत कैसे इकट्ठा हो सकती है?</w:t>
      </w:r>
    </w:p>
    <w:p>
      <w:r>
        <w:rPr>
          <w:b/>
        </w:rPr>
        <w:t xml:space="preserve">[16:33] </w:t>
      </w:r>
      <w:r>
        <w:t>Kya nafrat wala dil mohabbat ilahi se khali hai? Iske bare mein bataye."</w:t>
      </w:r>
    </w:p>
    <w:p>
      <w:pPr>
        <w:jc w:val="right"/>
      </w:pPr>
      <w:r>
        <w:t>क्या नफरत वाला दिल मोहब्बत इलाही से खाली है? इसके बारे में बताएं।"</w:t>
      </w:r>
    </w:p>
    <w:p>
      <w:r>
        <w:rPr>
          <w:b/>
        </w:rPr>
        <w:t xml:space="preserve">[16:39] </w:t>
      </w:r>
      <w:r>
        <w:t>Ismein koi shaq nahi. Jidhar nafrat hai, woh mohabbat ilahi ka khali hai. Woh chahe dawah kare, tab bhi. Isi liye main bahut zor deta hoon ke insano se aapko aapke andar positive thinking hona chahiye.</w:t>
      </w:r>
    </w:p>
    <w:p>
      <w:pPr>
        <w:jc w:val="right"/>
      </w:pPr>
      <w:r>
        <w:t>इसमें कोई शक नहीं। जिधर नफरत है, वह मोहब्बत इलाही का खाली है। वो चाहे दावा करे, तब भी। इसीलिए मैं बहुत जोर देता हूं कि इंसानों से आपको आपके अंदर पॉजिटिव थिंकिंग होना चाहिए।</w:t>
      </w:r>
    </w:p>
    <w:p>
      <w:r>
        <w:rPr>
          <w:b/>
        </w:rPr>
        <w:t xml:space="preserve">[16:57] </w:t>
      </w:r>
      <w:r>
        <w:t>Hum bar bar isi ko zor dete hain ke nafrat ka ek zarra bhi apne andar na rehne dijiye. Kyun ke agar rahega, to mohabbat ilahi usmein jagah nahi pa sakti. Insaan se nafrat aur Khuda se mohabbat ye ikattha nahi ho sakte. To jis aadmi ko</w:t>
      </w:r>
    </w:p>
    <w:p>
      <w:pPr>
        <w:jc w:val="right"/>
      </w:pPr>
      <w:r>
        <w:t>हम बार-बार इसी को जोर देते हैं कि नफरत का एक ذर्र भी अपने अंदर ना रहने दीजिए। क्योंकि अगर रहेगा, तो मोहब्बत इलाही उसमें जगह नहीं पा सकती। इंसान से नफरत और खुदा से मोहब्बत ये इकट्ठा नहीं हो सकते। तो जिस आदमी को</w:t>
      </w:r>
    </w:p>
    <w:p>
      <w:r>
        <w:rPr>
          <w:b/>
        </w:rPr>
        <w:t xml:space="preserve">[17:16] </w:t>
      </w:r>
      <w:r>
        <w:t>Is ki ahmiyat maloom ho, Allah se mohabbat ki, kyun ke akhirat mein yahi kaam ayega. Akhirat mein yahi kaam ayega. To jisko akhirat ka ehsas ho, akhirat mein jo apne ko bachana chahta ho tabahi se, to har qeemat par usko</w:t>
      </w:r>
    </w:p>
    <w:p>
      <w:pPr>
        <w:jc w:val="right"/>
      </w:pPr>
      <w:r>
        <w:t>इसकी अहमियत मालूम हो, अल्लाह से मोहब्बत की, क्योंकि आखिरत में यही काम आएगा। आखिरत में यही काम आएगा। तो जिसको आखिरत का एहसास हो, आखिरत में जो अपने को बचाना चाहता हो तबाही से, तो हर कीमत पर उसको</w:t>
      </w:r>
    </w:p>
    <w:p>
      <w:r>
        <w:rPr>
          <w:b/>
        </w:rPr>
        <w:t xml:space="preserve">[17:34] </w:t>
      </w:r>
      <w:r>
        <w:t>Nafrat ko apne andar se nikalna hoga. Matlab sabr karna padega, tolerate karna padega, apne jazbat ko kuchalna padega. Kyun ke bar bar aisa hota hai ke kuch aise asbab paida hote hain ke nafrat paida ho jati hai. Nafrat khwah makhwah nahi hoti hai. Aisa nahi hota ke aap</w:t>
      </w:r>
    </w:p>
    <w:p>
      <w:pPr>
        <w:jc w:val="right"/>
      </w:pPr>
      <w:r>
        <w:t>नफरत को अपने अंदर से निकालना होगा। मतलब सब्र करना पड़ेगा, टॉलरेट करना पड़ेगा, अपने जज्बात को कुचलना पड़ेगा। क्योंकि बार-बार ऐसा होता है कि कुछ ऐसे اسباب पैदा होते हैं कि नफरत पैदा हो जाती है। नफरत خوامخواہ नहीं होती है। ऐसा नहीं ہوتا कि आप</w:t>
      </w:r>
    </w:p>
    <w:p>
      <w:r>
        <w:rPr>
          <w:b/>
        </w:rPr>
        <w:t xml:space="preserve">[17:54] </w:t>
      </w:r>
      <w:r>
        <w:t>Baagh mein baithe hue hain aur khwah makhwah nafrat karne lagen kisi se. Koi wajah hoti hai. To us wajah ko humein bhulana padega.</w:t>
      </w:r>
    </w:p>
    <w:p>
      <w:pPr>
        <w:jc w:val="right"/>
      </w:pPr>
      <w:r>
        <w:t>बाग में बैठे हुए हैं और خوامخواہ نفرت करने لگیں کسی سے। कोई وجہ ہوتی है। تو اس وجہ کو ہمیں بھلانا پڑے گا۔</w:t>
      </w:r>
    </w:p>
    <w:p>
      <w:r>
        <w:rPr>
          <w:b/>
        </w:rPr>
        <w:t xml:space="preserve">[18:05] </w:t>
      </w:r>
      <w:r>
        <w:t>Burner Burner Burner Shah ne kaha tha, mujhe bahut pasand hai iska yeh qaul ke usne kaha tha ke "Woh shakhs sabza ghair taleem yafta hai jis ke paas bhula dene ko kuch na ho."</w:t>
      </w:r>
    </w:p>
    <w:p>
      <w:pPr>
        <w:jc w:val="right"/>
      </w:pPr>
      <w:r>
        <w:t>برنر برنر برنر شاہ نے کہا تھا، مجھے بہت پسند ہے اس کا یہ قول کہ اس نے کہا تھا کہ "وہ شخص سبزہ غیر تعلیم یافتہ ہے جس کے پاس بھلا دینے کو کچھ نہ ہو۔"</w:t>
      </w:r>
    </w:p>
    <w:p>
      <w:r>
        <w:rPr>
          <w:b/>
        </w:rPr>
        <w:t xml:space="preserve">[18:24] </w:t>
      </w:r>
      <w:r>
        <w:t>He is most uneducated. He is most uneducated person. Was nothing to forget. To bhulaiye, aisi baaton ko bhulaiye, aisi baaton ko dil se nikaliye, aisi baaton par sabr kijiye taake</w:t>
      </w:r>
    </w:p>
    <w:p>
      <w:pPr>
        <w:jc w:val="right"/>
      </w:pPr>
      <w:r>
        <w:t>ہی از موسٹ ان ایجوکیٹڈ۔ ہی از موسٹ ان ایجوکیٹڈ پرسن۔ واز نتھنگ ٹو فارگیٹ۔ تو بھلائیے، ایسی باتوں کو بھلائیے، ایسی باتوں کو دل سے نکالیے، ایسی باتوں پر صبر کیجئے تاکہ</w:t>
      </w:r>
    </w:p>
    <w:p>
      <w:r>
        <w:rPr>
          <w:b/>
        </w:rPr>
        <w:t xml:space="preserve">[18:42] </w:t>
      </w:r>
      <w:r>
        <w:t>Mohabbat ka jazba Allah se jo hai, woh jagah pa sake dil mein. Yeh to shart-e-lazim hai.</w:t>
      </w:r>
    </w:p>
    <w:p>
      <w:pPr>
        <w:jc w:val="right"/>
      </w:pPr>
      <w:r>
        <w:t>محبت کا جذبہ اللہ سے جو ہے، وہ جگہ پا سکے دل میں۔ یہ تو شرط لازم ہے۔</w:t>
      </w:r>
    </w:p>
    <w:p>
      <w:r>
        <w:rPr>
          <w:b/>
        </w:rPr>
        <w:t xml:space="preserve">[18:54] </w:t>
      </w:r>
      <w:r>
        <w:t>Miss Sati Malhotra ne Delhi se sawal kiya hai. Unka sawal hai, "Maulana, referring to God, you had once spoken about the concept of first chance and second chance.</w:t>
      </w:r>
    </w:p>
    <w:p>
      <w:pPr>
        <w:jc w:val="right"/>
      </w:pPr>
      <w:r>
        <w:t>مس ستی ملہوتہ نے दिल्ली سے سوال کیا ہے۔ ان کا سوال ہے، "مولانا، ریفرنگ ٹو گاڈ، یو ہیڈ ونس سپوکن اباؤٹ دا کانسیپٹ اف فرسٹ چانس اینڈ سیکنڈ چانس۔</w:t>
      </w:r>
    </w:p>
    <w:p>
      <w:r>
        <w:rPr>
          <w:b/>
        </w:rPr>
        <w:t xml:space="preserve">[19:09] </w:t>
      </w:r>
      <w:r>
        <w:t>Can you please tell us what you meant by it?"</w:t>
      </w:r>
    </w:p>
    <w:p>
      <w:pPr>
        <w:jc w:val="right"/>
      </w:pPr>
      <w:r>
        <w:t>کین یو پلیز ٹیل اس واٹ یو مینٹ بائے اٹ؟"</w:t>
      </w:r>
    </w:p>
    <w:p>
      <w:r>
        <w:rPr>
          <w:b/>
        </w:rPr>
        <w:t xml:space="preserve">[19:17] </w:t>
      </w:r>
      <w:r>
        <w:t>Main samajhta hoon ke duniya mein aadmi ke liye second chance hi hai. First chance, first woh second choice hai, first choice nahi.</w:t>
      </w:r>
    </w:p>
    <w:p>
      <w:pPr>
        <w:jc w:val="right"/>
      </w:pPr>
      <w:r>
        <w:t>میں سمجھتا ہوں کہ دنیا میں آدمی کے لیے سیکنڈ چانس ہی ہے۔ فرسٹ چانس، فرسٹ وہ سیکنڈ چوائس ہے، فرسٹ چوائس نہیں۔</w:t>
      </w:r>
    </w:p>
    <w:p>
      <w:r>
        <w:rPr>
          <w:b/>
        </w:rPr>
        <w:t xml:space="preserve">[19:31] </w:t>
      </w:r>
      <w:r>
        <w:t>Yeh duniya mein aadmi ke liye sirf first choice hai,</w:t>
      </w:r>
    </w:p>
    <w:p>
      <w:pPr>
        <w:jc w:val="right"/>
      </w:pPr>
      <w:r>
        <w:t>یہ دنیا میں آدمی کے لیے صرف فرسٹ چوائس ہے،</w:t>
      </w:r>
    </w:p>
    <w:p>
      <w:r>
        <w:rPr>
          <w:b/>
        </w:rPr>
        <w:t xml:space="preserve">[19:34] </w:t>
      </w:r>
      <w:r>
        <w:t>Second choice hai, first choice nahi. To is ko samjhane ke liye maine kaha tha ke Allah taala ne insaan ko paida kiya to jannat mein rakha.</w:t>
      </w:r>
    </w:p>
    <w:p>
      <w:pPr>
        <w:jc w:val="right"/>
      </w:pPr>
      <w:r>
        <w:t>سیکنڈ چوائس ہے، فرسٹ چوائس نہیں۔ تو اس کو سمجھانے کے لیے میں نے کہا تھا کہ اللہ تعالی نے انسان کو پیدا کیا تو جنت میں رکھا۔</w:t>
      </w:r>
    </w:p>
    <w:p>
      <w:r>
        <w:rPr>
          <w:b/>
        </w:rPr>
        <w:t xml:space="preserve">[19:45] </w:t>
      </w:r>
      <w:r>
        <w:t>Us ko Quran se sabit hai ke Adam aur Hawa ko paida kar ke jannat mein raha ke raho yahan, aaram karo yahan par.</w:t>
      </w:r>
    </w:p>
    <w:p>
      <w:pPr>
        <w:jc w:val="right"/>
      </w:pPr>
      <w:r>
        <w:t>اس کو قرآن سے ثابت ہے کہ آدم اور حوا کو پیدا کر کے جنت میں رہا کہ رہو یہاں، آرام کرو یہاں پر۔</w:t>
      </w:r>
    </w:p>
    <w:p>
      <w:r>
        <w:rPr>
          <w:b/>
        </w:rPr>
        <w:t xml:space="preserve">[19:55] </w:t>
      </w:r>
      <w:r>
        <w:t>Lekin maloom hua ke insaan ki kamzoriyan hain aur Adam ne mana karne ke bawajood jo forbidden tree tha, wahan pahunch gaye.</w:t>
      </w:r>
    </w:p>
    <w:p>
      <w:pPr>
        <w:jc w:val="right"/>
      </w:pPr>
      <w:r>
        <w:t>لیکن معلوم ہوا کہ انسان کی کمزوریاں ہیں اور آدم نے منع کرنے کے باوجود جو فابرین ٹری تھا، وہاں پہنچ گئے۔</w:t>
      </w:r>
    </w:p>
    <w:p>
      <w:r>
        <w:rPr>
          <w:b/>
        </w:rPr>
        <w:t xml:space="preserve">[20:06] </w:t>
      </w:r>
      <w:r>
        <w:t>Woh to is ke baad Khuda ne doosri, yaani apne apna jo plan tha Khuda ka, us mein yeh</w:t>
      </w:r>
    </w:p>
    <w:p>
      <w:pPr>
        <w:jc w:val="right"/>
      </w:pPr>
      <w:r>
        <w:t>وہ تو اس کے بعد خدا نے دوسری، یعنی اپنے اپنا جو پلان تھا خدا کا، اس میں یہ</w:t>
      </w:r>
    </w:p>
    <w:p>
      <w:r>
        <w:rPr>
          <w:b/>
        </w:rPr>
        <w:t xml:space="preserve">[20:17] </w:t>
      </w:r>
      <w:r>
        <w:t>Shakal ki ke ab is duniya mein basa diya insaan ko ke jo test mein poora utre ga, us ko jannat milegi, nahi to jannat nahi milegi.</w:t>
      </w:r>
    </w:p>
    <w:p>
      <w:pPr>
        <w:jc w:val="right"/>
      </w:pPr>
      <w:r>
        <w:t>شکل کی کہ اب اس دنیا میں بسا دیا انسان کو کہ جو ٹیسٹ میں پورا اترے گا، اس کو جنت ملے گی، نہیں تو جنت نہیں ملے گی۔</w:t>
      </w:r>
    </w:p>
    <w:p>
      <w:r>
        <w:rPr>
          <w:b/>
        </w:rPr>
        <w:t xml:space="preserve">[20:27] </w:t>
      </w:r>
      <w:r>
        <w:t>To main samajhta hoon ke yeh yeh insaan ko yeh is mein ek sabak bhi hai ke tum ko</w:t>
      </w:r>
    </w:p>
    <w:p>
      <w:pPr>
        <w:jc w:val="right"/>
      </w:pPr>
      <w:r>
        <w:t>تو میں سمجھتا ہوں کہ یہ یہ انسان کو یہ اس میں ایک سبق بھی ہے کہ تم کو</w:t>
      </w:r>
    </w:p>
    <w:p>
      <w:r>
        <w:rPr>
          <w:b/>
        </w:rPr>
        <w:t xml:space="preserve">[20:34] </w:t>
      </w:r>
      <w:r>
        <w:t>Pehla mauqa to milega nahi, doosre mauqe ka bhi karna hai tum ko. Woh ajeeb baat hai ke shayad tareekh mein yahi mashhoor hua hai.</w:t>
      </w:r>
    </w:p>
    <w:p>
      <w:pPr>
        <w:jc w:val="right"/>
      </w:pPr>
      <w:r>
        <w:t>پہلا موقع تو ملے گا نہیں، دوسرے موقع کا بھی کرنا ہے تم کو۔ وہ عجیب بات ہے کہ شاید تاریخ میں یہی مشہور ہوا ہے۔</w:t>
      </w:r>
    </w:p>
    <w:p>
      <w:r>
        <w:rPr>
          <w:b/>
        </w:rPr>
        <w:t xml:space="preserve">[20:43] </w:t>
      </w:r>
      <w:r>
        <w:t>Log pehle mauqe ke chakkar mein rehte hain aur isi mein pareshan rehte hain. Woh milta nahi</w:t>
      </w:r>
    </w:p>
    <w:p>
      <w:pPr>
        <w:jc w:val="right"/>
      </w:pPr>
      <w:r>
        <w:t>لوگ پہلے موقع کے چکر میں رہتے ہیں اور اسی میں پریشان رہتے ہیں۔ وہ ملتا نہیں</w:t>
      </w:r>
    </w:p>
    <w:p>
      <w:r>
        <w:rPr>
          <w:b/>
        </w:rPr>
        <w:t xml:space="preserve">[20:51] </w:t>
      </w:r>
      <w:r>
        <w:t>To doosre mauqe hi amalan possible hota hai insaan ke liye. Is ko aap first chance aur second chance kahiye ya first choice, second choice kahiye, jo bhi laazim boliye.</w:t>
      </w:r>
    </w:p>
    <w:p>
      <w:pPr>
        <w:jc w:val="right"/>
      </w:pPr>
      <w:r>
        <w:t>تو دوسرے موقع ہی عملاً پاسیبل ہوتا ہے انسان کے لیے۔ اس کو آپ فرسٹ چانس اور سیکنڈ چانس کہیے یا فرسٹ چوائس، سیکنڈ چوائس کہیے، جو بھی لازم بولیے۔</w:t>
      </w:r>
    </w:p>
    <w:p>
      <w:r>
        <w:rPr>
          <w:b/>
        </w:rPr>
        <w:t xml:space="preserve">[21:04] </w:t>
      </w:r>
      <w:r>
        <w:t>hamesha yeh hua hai. lekin log jo hain, chunaanche insaan besically idealist hai,</w:t>
      </w:r>
    </w:p>
    <w:p>
      <w:pPr>
        <w:jc w:val="right"/>
      </w:pPr>
      <w:r>
        <w:t>ہمیشہ یہ ہوا ہے۔ لیکن لوگ جو ہیں، چونکہ انسان بیسکلی آئیڈیل آئیڈیلسٹ ہے،</w:t>
      </w:r>
    </w:p>
    <w:p>
      <w:r>
        <w:rPr>
          <w:b/>
        </w:rPr>
        <w:t xml:space="preserve">[21:12] </w:t>
      </w:r>
      <w:r>
        <w:t>toh is par raazi nahin hota. lekin lekin hum hum ko jo Allah taala idealist banaya hai, yeh jannat ke lihaaz se, duniya ke lihaaz se nahin hai.</w:t>
      </w:r>
    </w:p>
    <w:p>
      <w:pPr>
        <w:jc w:val="right"/>
      </w:pPr>
      <w:r>
        <w:t>تو اس پر راضی نہیں ہوتا۔ لیکن لیکن ہم ہم کو جو اللہ تعالی آئیڈیلسٹ بنایا ہے، یہ جنت کے لحاظ سے، دنیا کے لحاظ سے نہیں ہے۔</w:t>
      </w:r>
    </w:p>
    <w:p>
      <w:r>
        <w:rPr>
          <w:b/>
        </w:rPr>
        <w:t xml:space="preserve">[21:22] </w:t>
      </w:r>
      <w:r>
        <w:t>jannat mein hum ko har cheez ideal mil jaayegi, har cheez duniya mein nahin mil sakti hum ko. toh Allah taala ne ek namoona qaaim kiya is baat ka</w:t>
      </w:r>
    </w:p>
    <w:p>
      <w:pPr>
        <w:jc w:val="right"/>
      </w:pPr>
      <w:r>
        <w:t>جنت میں ہم کو ہر چیز آئیڈیل مل جائے گی، ہر چیز دنیا میں نہیں مل سکتی ہم کو۔ تو اللہ تعالی نے ایک نمونہ قائم کیا اس بات کا</w:t>
      </w:r>
    </w:p>
    <w:p>
      <w:r>
        <w:rPr>
          <w:b/>
        </w:rPr>
        <w:t xml:space="preserve">[21:32] </w:t>
      </w:r>
      <w:r>
        <w:t>ke duniya mein tumhein kis tarah rehna hai. aur Allah taala ke ikhtiyaar mein sab kuch hai, lekin Allah taala ne azaadi di hai insaan ko.</w:t>
      </w:r>
    </w:p>
    <w:p>
      <w:pPr>
        <w:jc w:val="right"/>
      </w:pPr>
      <w:r>
        <w:t>کہ دنیا میں تمہیں کس طرح رہنا ہے۔ اور اللہ تعالی کے اختیار میں سب کچھ ہے، لیکن اللہ تعالی نے آزادی دی ہے انسان کو۔</w:t>
      </w:r>
    </w:p>
    <w:p>
      <w:r>
        <w:rPr>
          <w:b/>
        </w:rPr>
        <w:t xml:space="preserve">[21:40] </w:t>
      </w:r>
      <w:r>
        <w:t>azaadi ko aabaad nahin kar sakta Allah taala qayamat se pehle. qayamat se pehle insaan ki azaadi aabaad nahin kar sakti. toh insaan ki azaadi ko barqarar rakhte hue yahi faisla Allah taala ne kiya.</w:t>
      </w:r>
    </w:p>
    <w:p>
      <w:pPr>
        <w:jc w:val="right"/>
      </w:pPr>
      <w:r>
        <w:t>آزادی کو آباد نہیں کر سکتا اللہ تعالی قیامت سے پہلے۔ قیامت سے پہلے انسان کی آزادی آباد نہیں کر سکتی۔ تو انسان کی آزادی کو برقرار رکھتے ہوئے یہی فیصلہ اللہ تعالی نے کیا۔</w:t>
      </w:r>
    </w:p>
    <w:p>
      <w:r>
        <w:rPr>
          <w:b/>
        </w:rPr>
        <w:t xml:space="preserve">[21:53] </w:t>
      </w:r>
      <w:r>
        <w:t>agar yeh faisla na karta Allah taala toh insaan ki azaadi ko aabaad karna padta,</w:t>
      </w:r>
    </w:p>
    <w:p>
      <w:pPr>
        <w:jc w:val="right"/>
      </w:pPr>
      <w:r>
        <w:t>اگر یہ فیصلہ نہ کرتا اللہ تعالی تو انسان کی آزادی کو آباد کرنا پڑتا،</w:t>
      </w:r>
    </w:p>
    <w:p>
      <w:r>
        <w:rPr>
          <w:b/>
        </w:rPr>
        <w:t xml:space="preserve">[21:58] </w:t>
      </w:r>
      <w:r>
        <w:t>jo sunnat Allah ke khilaaf hota.</w:t>
      </w:r>
    </w:p>
    <w:p>
      <w:pPr>
        <w:jc w:val="right"/>
      </w:pPr>
      <w:r>
        <w:t>جو سنت اللہ کے خلاف ہوتا۔</w:t>
      </w:r>
    </w:p>
    <w:p>
      <w:r>
        <w:rPr>
          <w:b/>
        </w:rPr>
        <w:t xml:space="preserve">[22:04] </w:t>
      </w:r>
      <w:r>
        <w:t>Mr. K.A. Hassan ne Chennai se sawaal kiya hai, "What is the new framework of mohabbat elahi? Please tell us."</w:t>
      </w:r>
    </w:p>
    <w:p>
      <w:pPr>
        <w:jc w:val="right"/>
      </w:pPr>
      <w:r>
        <w:t>مسٹر کے اے حسن نے چنئی سے سوال کیا ہے، "واٹ از دا نیو فریم ورک اف محبت الہی؟ پلیز ٹیل اس۔"</w:t>
      </w:r>
    </w:p>
    <w:p>
      <w:r>
        <w:rPr>
          <w:b/>
        </w:rPr>
        <w:t xml:space="preserve">[22:14] </w:t>
      </w:r>
      <w:r>
        <w:t>haan, yeh yaani mujhe nahin maloom ke is ka asal mansha kya hai, lekin jahan tak main samajhta hoon ke ek framework tha, traditional framework.</w:t>
      </w:r>
    </w:p>
    <w:p>
      <w:pPr>
        <w:jc w:val="right"/>
      </w:pPr>
      <w:r>
        <w:t>ہاں، یہ یعنی مجھے نہیں معلوم کہ اس کا اصل منشا کیا ہے، لیکن جہاں تک میں سمجھتا ہوں کہ ایک فریم ورک تھا، ٹریڈیشنل فریم ورک۔</w:t>
      </w:r>
    </w:p>
    <w:p>
      <w:r>
        <w:rPr>
          <w:b/>
        </w:rPr>
        <w:t xml:space="preserve">[22:25] </w:t>
      </w:r>
      <w:r>
        <w:t>pehlay zamanay mein bhi insaan soch kar ke mohabbat elahi apnay andar paida kar sakta tha,</w:t>
      </w:r>
    </w:p>
    <w:p>
      <w:pPr>
        <w:jc w:val="right"/>
      </w:pPr>
      <w:r>
        <w:t>پہلے زمانے میں بھی انسان سوچ کر کے محبت الہی اپنے اندر پیدا کر سکتا تھا،</w:t>
      </w:r>
    </w:p>
    <w:p>
      <w:r>
        <w:rPr>
          <w:b/>
        </w:rPr>
        <w:t xml:space="preserve">[22:31] </w:t>
      </w:r>
      <w:r>
        <w:t>lekin traditional jo daur tha, bohat kam baatein maloom theen, bohat kam baatein. aaj hum ko hazaaron hazaar beshumaar cheezein nayi maloom hain, Khuda ke blessing wali.</w:t>
      </w:r>
    </w:p>
    <w:p>
      <w:pPr>
        <w:jc w:val="right"/>
      </w:pPr>
      <w:r>
        <w:t>لیکن ٹریڈیشنل جو دور تھا، بہت کم باتیں معلوم تھیں، بہت کم باتیں۔ آج ہم کو ہزاروں ہزار بے شمار چیزیں نئی معلوم ہیں، خدا کے بلیسنگ والی۔</w:t>
      </w:r>
    </w:p>
    <w:p>
      <w:r>
        <w:rPr>
          <w:b/>
        </w:rPr>
        <w:t xml:space="preserve">[22:44] </w:t>
      </w:r>
      <w:r>
        <w:t>ab jo hai framework barh gaya,</w:t>
      </w:r>
    </w:p>
    <w:p>
      <w:pPr>
        <w:jc w:val="right"/>
      </w:pPr>
      <w:r>
        <w:t>اب جو ہے فریم ورک بڑھ گیا،</w:t>
      </w:r>
    </w:p>
    <w:p>
      <w:r>
        <w:rPr>
          <w:b/>
        </w:rPr>
        <w:t xml:space="preserve">[22:49] </w:t>
      </w:r>
      <w:r>
        <w:t>barh gaya. misaal ke taur par hum solar system ko lije toh pehle pehle bhi insaan is par shaoor karta tha, mohabbat karta tha is is ko le kar ke Khuda ne hum ko chand diya, suraj diya,</w:t>
      </w:r>
    </w:p>
    <w:p>
      <w:pPr>
        <w:jc w:val="right"/>
      </w:pPr>
      <w:r>
        <w:t>بڑھ گیا۔ مثال کے طور پر ہم سولر سسٹم کو لیجئے تو پہلے پہلے بھی انسان اس پر شعور کرتا تھا، محبت کرتا تھا اس اس کو لے کر کہ خدا نے ہمیں چاند دیا، سورج دیا،</w:t>
      </w:r>
    </w:p>
    <w:p>
      <w:r>
        <w:rPr>
          <w:b/>
        </w:rPr>
        <w:t xml:space="preserve">[23:06] </w:t>
      </w:r>
      <w:r>
        <w:t>yeh zameen di. yeh sab soch kar ke woh Allah se, yaani Allah ke baray mein mohabbat ki jazba paida karta tha apnay andar.</w:t>
      </w:r>
    </w:p>
    <w:p>
      <w:pPr>
        <w:jc w:val="right"/>
      </w:pPr>
      <w:r>
        <w:t>یہ زمین دی۔ یہ سب سوچ کر کے وہ اللہ سے، یعنی اللہ کے بارے میں محبت کی جذبہ پیدا کرتا تھا اپنے اندر۔</w:t>
      </w:r>
    </w:p>
    <w:p>
      <w:r>
        <w:rPr>
          <w:b/>
        </w:rPr>
        <w:t xml:space="preserve">[23:18] </w:t>
      </w:r>
      <w:r>
        <w:t>lekin ab jo daryaftain hui hain, bohat ajeeb ajeeb daryaftain hain. misaal ke taur par daryaft hui ke poora solar system jo hai, jis galaxy mein hai,</w:t>
      </w:r>
    </w:p>
    <w:p>
      <w:pPr>
        <w:jc w:val="right"/>
      </w:pPr>
      <w:r>
        <w:t>لیکن اب جو دریافتیں ہوئی ہیں، بہت عجیب عجیب دریافتیں ہیں۔ مثال کے طور پر دریافت ہوئی کہ پورا سولر سسٹم جو ہے، جس گلیکسی میں ہے،</w:t>
      </w:r>
    </w:p>
    <w:p>
      <w:r>
        <w:rPr>
          <w:b/>
        </w:rPr>
        <w:t xml:space="preserve">[23:28] </w:t>
      </w:r>
      <w:r>
        <w:t>toh galaxy toh bohat hi bari hai. us ke beech mein agar solar system hota toh itni garmi hoti is zameen par ke hum jal bhool jaatay.</w:t>
      </w:r>
    </w:p>
    <w:p>
      <w:pPr>
        <w:jc w:val="right"/>
      </w:pPr>
      <w:r>
        <w:t>تو گلیکسی تو بہت ہی بڑی ہے۔ اس کے بیچ میں اگر سولر سسٹم ہوتا تو اتنی گرمی ہوتی اس زمین پر کہ ہم جل بھول جاتے۔</w:t>
      </w:r>
    </w:p>
    <w:p>
      <w:r>
        <w:rPr>
          <w:b/>
        </w:rPr>
        <w:t xml:space="preserve">[23:37] </w:t>
      </w:r>
      <w:r>
        <w:t>toh Allah taala ne solar system ko is galaxy ke haashiye par kar diya, kinare. itni bari jo galaxy hai, us ke haashiye par solar system hai, beech mein nahin hai.</w:t>
      </w:r>
    </w:p>
    <w:p>
      <w:pPr>
        <w:jc w:val="right"/>
      </w:pPr>
      <w:r>
        <w:t>تو اللہ تعالی نے سولر سسٹم کو اس گلیکسی کے حاشیے پر کر دیا، کنارے۔ اتنی بڑی جو گلیکسی ہے، اس کے حاشیے پر سولر سسٹم ہے، بیچ میں نہیں ہے۔</w:t>
      </w:r>
    </w:p>
    <w:p>
      <w:r>
        <w:rPr>
          <w:b/>
        </w:rPr>
        <w:t xml:space="preserve">[23:48] </w:t>
      </w:r>
      <w:r>
        <w:t>aap sochiye toh is ko ajeeb hai. ek rongtay kharay hotay hain, rongtay kharay hotay hain ke agar hum galaxy ke beech mein hotay hain, hamara zameen toh kya hamara haal hota?</w:t>
      </w:r>
    </w:p>
    <w:p>
      <w:pPr>
        <w:jc w:val="right"/>
      </w:pPr>
      <w:r>
        <w:t>آپ سوچیے تو اس کو عجیب ہے۔ ایک رونگٹے کھڑے ہوتے ہیں، رونگٹے کھڑے ہوتے ہیں کہ اگر ہم گلیکسی کے بیچ میں ہوتے ہیں، ہمارا زمین تو کیا ہمارا حال ہوتا؟</w:t>
      </w:r>
    </w:p>
    <w:p>
      <w:r>
        <w:rPr>
          <w:b/>
        </w:rPr>
        <w:t xml:space="preserve">[24:00] </w:t>
      </w:r>
      <w:r>
        <w:t>hum ko Allah taala ne kinare kar diya kyunke beech mein bohat garmi hai, babay sitaron se ka majmooa hai. woh</w:t>
      </w:r>
    </w:p>
    <w:p>
      <w:pPr>
        <w:jc w:val="right"/>
      </w:pPr>
      <w:r>
        <w:t>ہم کو اللہ تعالی نے کنارے کر دیا کیونکہ بیچ میں بہت گرمی ہے، ببے ستاروں سے کا مجموعہ ہے۔ وہ</w:t>
      </w:r>
    </w:p>
    <w:p>
      <w:r>
        <w:rPr>
          <w:b/>
        </w:rPr>
        <w:t xml:space="preserve">[24:06] </w:t>
      </w:r>
      <w:r>
        <w:t>toh bohat garmi, bohat garmi, bohat garmi. aisi hazaaron hazaar item toh pehle zamanay mein bhi aap Allah se mohabbat karna walay bantay thay log, lekin us waqt jo tha, traditional framework tha.</w:t>
      </w:r>
    </w:p>
    <w:p>
      <w:pPr>
        <w:jc w:val="right"/>
      </w:pPr>
      <w:r>
        <w:t>تو بہت گرمی، بہت گرمی، بہت گرمی۔ ایسی ہزاروں ہزار آئٹم تو پہلے زمانے میں بھی آپ اللہ سے محبت کرنا والے بنتے تھے لوگ، لیکن اس وقت جو تھا، ٹریڈیشنل فریم ورک تھا۔</w:t>
      </w:r>
    </w:p>
    <w:p>
      <w:r>
        <w:rPr>
          <w:b/>
        </w:rPr>
        <w:t xml:space="preserve">[24:21] </w:t>
      </w:r>
      <w:r>
        <w:t>ab scientific framework hai, ziyada</w:t>
      </w:r>
    </w:p>
    <w:p>
      <w:pPr>
        <w:jc w:val="right"/>
      </w:pPr>
      <w:r>
        <w:t>اب سائنٹیفک فریم ورک ہے، زیادہ</w:t>
      </w:r>
    </w:p>
    <w:p>
      <w:r>
        <w:rPr>
          <w:b/>
        </w:rPr>
        <w:t xml:space="preserve">[24:24] </w:t>
      </w:r>
      <w:r>
        <w:t>maloomat ho chuki hain insaan ko. ab jo hai, agar aadmi soche toh yaani mohabbat ka, yaani pehle agar chashma ubalta tha, ab samandar ubalna chahiye.</w:t>
      </w:r>
    </w:p>
    <w:p>
      <w:pPr>
        <w:jc w:val="right"/>
      </w:pPr>
      <w:r>
        <w:t>معلومات ہو چکی ہیں انسان کو۔ اب جو ہے، اگر آدمی سوچے تو یعنی محبت کا، یعنی پہلے اگر چشمہ ابلتا تھا، اب سمندر ابلنا چاہیے۔</w:t>
      </w:r>
    </w:p>
    <w:p>
      <w:r>
        <w:rPr>
          <w:b/>
        </w:rPr>
        <w:t xml:space="preserve">[24:39] </w:t>
      </w:r>
      <w:r>
        <w:t>lekin ajeeb baat hai ke jitni maloomat barhi hain, utnay insaan ghaflat mein par gaya.</w:t>
      </w:r>
    </w:p>
    <w:p>
      <w:pPr>
        <w:jc w:val="right"/>
      </w:pPr>
      <w:r>
        <w:t>لیکن عجیب بات ہے کہ جتنی معلومات بڑی ہیں، اتنے انسان غفلت میں پڑ گیا۔</w:t>
      </w:r>
    </w:p>
    <w:p>
      <w:r>
        <w:rPr>
          <w:b/>
        </w:rPr>
        <w:t xml:space="preserve">[24:44] </w:t>
      </w:r>
      <w:r>
        <w:t>bohat ajeeb baat hai, yaani pehle se bhi kam ho gaye Allah se mohabbat karnay walay. bohat hi ajeeb baat hai yeh kyunke jo cheezein is ko boundary ke taur par liya, unhon nay jo cheezein hamaray samnay humein daryaft huien, us ko boundary ke taur par liya, us ko Khuda ki blessing ke taur par nahin liya,</w:t>
      </w:r>
    </w:p>
    <w:p>
      <w:pPr>
        <w:jc w:val="right"/>
      </w:pPr>
      <w:r>
        <w:t>بہت عجیب بات ہے، یعنی پہلے سے بھی کم ہو گئے اللہ سے محبت کرنے والے۔ بہت ہی عجیب بات ہے یہ کیونکہ جو چیزیں اس کو باؤنڈری کے طور پر لیا، انہوں نے جو چیزیں ہمارے سامنے ہمیں دریافت ہوئیں، اس کو باؤنڈری کے طور پر لیا، اس کو خدا کی بلیسنگ کے طور پر نہیں لیا،</w:t>
      </w:r>
    </w:p>
    <w:p>
      <w:r>
        <w:rPr>
          <w:b/>
        </w:rPr>
        <w:t xml:space="preserve">[25:06] </w:t>
      </w:r>
      <w:r>
        <w:t>dewani blessing ke taur par nahin liya. jaise ke misaal ke taur par yeh mobile hai, camera hai, yeh bijli hai, in cheezon ko bas samajhtay hain ke amenities hain, amenities bas, us ko dewani blessing nahin samajhtay.</w:t>
      </w:r>
    </w:p>
    <w:p>
      <w:pPr>
        <w:jc w:val="right"/>
      </w:pPr>
      <w:r>
        <w:t>دیوانی بلیسنگ کے طور پر نہیں لیا۔ جیسے کہ مثال کے طور پر یہ موبائل ہے، کیمرہ ہے، یہ بجلی ہے، ان چیزوں کو بس سمجھتے ہیں کہ ایمینیٹیز ہیں، ایمینیٹیز بس، اس کو دیوانی بلیسنگ نہیں سمجھتے۔</w:t>
      </w:r>
    </w:p>
    <w:p>
      <w:r>
        <w:rPr>
          <w:b/>
        </w:rPr>
        <w:t xml:space="preserve">[25:25] </w:t>
      </w:r>
      <w:r>
        <w:t>to point of reference badal diya. is wajah se mohabbat ilahi aur bhi kam ho gayi. jab mohabbat ilahi ka samandar ubalna chahiye tha, us waqt yani sookha hua chashma ban gaya.</w:t>
      </w:r>
    </w:p>
    <w:p>
      <w:pPr>
        <w:jc w:val="right"/>
      </w:pPr>
      <w:r>
        <w:t>تو پوائنٹ آف ریفرنس بدل دیا۔ اس وجہ سے محبت الہی اور بھی کم ہو گئی۔ جب محبت الہی کا سمندر ابلنا چاہیے تھا، اس وقت یعنی سوکھا ہوا چشمہ بن گیا۔</w:t>
      </w:r>
    </w:p>
    <w:p>
      <w:r>
        <w:rPr>
          <w:b/>
        </w:rPr>
        <w:t xml:space="preserve">[25:39] </w:t>
      </w:r>
      <w:r>
        <w:t>woh galat soch ki wajah se.</w:t>
      </w:r>
    </w:p>
    <w:p>
      <w:pPr>
        <w:jc w:val="right"/>
      </w:pPr>
      <w:r>
        <w:t>وہ غلط سوچ کی وجہ سے۔</w:t>
      </w:r>
    </w:p>
    <w:p>
      <w:r>
        <w:rPr>
          <w:b/>
        </w:rPr>
        <w:t xml:space="preserve">[25:46] </w:t>
      </w:r>
      <w:r>
        <w:t>maulana inayatullah umri ne bangalore se sawal kiya hai. unka sawal hai, "kya deedaar ilahi ki khwahish bhi mohabbat hai</w:t>
      </w:r>
    </w:p>
    <w:p>
      <w:pPr>
        <w:jc w:val="right"/>
      </w:pPr>
      <w:r>
        <w:t>مولانا عنایت اللہ عمری نے بینگلور سے سوال کیا ہے۔ ان کا سوال ہے، "کیا دیدار الہی کی خواہش بھی محبت ہے</w:t>
      </w:r>
    </w:p>
    <w:p>
      <w:r>
        <w:rPr>
          <w:b/>
        </w:rPr>
        <w:t xml:space="preserve">[25:57] </w:t>
      </w:r>
      <w:r>
        <w:t>?" yaqeenan aap jis se mohabbat karein, us ko dekhna chahenge, lekin yeh janna chahiye ke is dunya mein deedaar ilahi nahi ho sakta.</w:t>
      </w:r>
    </w:p>
    <w:p>
      <w:pPr>
        <w:jc w:val="right"/>
      </w:pPr>
      <w:r>
        <w:t>؟" یقینا آپ جس سے محبت کریں، اس کو دیکھنا چاہیں گے، لیکن یہ جاننا چاہیے کہ اس دنیا میں دیدار الہی نہیں ہو سکتا۔</w:t>
      </w:r>
    </w:p>
    <w:p>
      <w:r>
        <w:rPr>
          <w:b/>
        </w:rPr>
        <w:t xml:space="preserve">[26:07] </w:t>
      </w:r>
      <w:r>
        <w:t>yeh soofi log jo deedaar ilahi ke liye murakbe karte the, woh galat the. woh unko kuch</w:t>
      </w:r>
    </w:p>
    <w:p>
      <w:pPr>
        <w:jc w:val="right"/>
      </w:pPr>
      <w:r>
        <w:t>یہ صوفی لوگ جو دیدار الہی کے لیے مراقبے کرتے تھے، وہ غلط تھے۔ وہ ان کو کچھ</w:t>
      </w:r>
    </w:p>
    <w:p>
      <w:r>
        <w:rPr>
          <w:b/>
        </w:rPr>
        <w:t xml:space="preserve">[26:13] </w:t>
      </w:r>
      <w:r>
        <w:t>kuch hota tha, us ko samajhte the ke hum ne khuda ko dekh liya, halanke woh ecstasy thi. woh ecstasy wazan ecstasy is nothing.</w:t>
      </w:r>
    </w:p>
    <w:p>
      <w:pPr>
        <w:jc w:val="right"/>
      </w:pPr>
      <w:r>
        <w:t>کچھ ہوتا تھا، اس کو سمجھتے تھے کہ ہم نے خدا کو دیکھ لیا، حالانکہ وہ ایکسٹیسی تھی۔ وہ ایکسٹیسی وزن ایکسٹیسی از نتھنگ۔</w:t>
      </w:r>
    </w:p>
    <w:p>
      <w:r>
        <w:rPr>
          <w:b/>
        </w:rPr>
        <w:t xml:space="preserve">[26:24] </w:t>
      </w:r>
      <w:r>
        <w:t>to is dunya mein jo hamari aankh hai, is aankh se hum nahi dekh sakte khuda ko.</w:t>
      </w:r>
    </w:p>
    <w:p>
      <w:pPr>
        <w:jc w:val="right"/>
      </w:pPr>
      <w:r>
        <w:t>تو اس دنیا میں جو ہماری آنکھ ہے، اس آنکھ سے ہم نہیں دیکھ سکتے خدا کو۔</w:t>
      </w:r>
    </w:p>
    <w:p>
      <w:r>
        <w:rPr>
          <w:b/>
        </w:rPr>
        <w:t xml:space="preserve">[26:31] </w:t>
      </w:r>
      <w:r>
        <w:t>hazrat musa ne kaha tha ke main dekhna chahta hoon Allah taala ko, to dekh nahi sakte kyunke is dunya mein jo hamara jism diya gaya hai, jo aankh di gayi hai, yeh Allah ko dekhne ke liye nahi hai.</w:t>
      </w:r>
    </w:p>
    <w:p>
      <w:pPr>
        <w:jc w:val="right"/>
      </w:pPr>
      <w:r>
        <w:t>حضرت موسیٰ نے کہا تھا کہ میں دیکھنا چاہتا ہوں اللہ تعالی کو، تو دیکھ نہیں سکتے کیونکہ اس دنیا میں جو ہمارا جسم دیا گیا ہے، جو آنکھ دی گئی ہے، یہ اللہ کو دیکھنے کے لیے نہیں ہے۔</w:t>
      </w:r>
    </w:p>
    <w:p>
      <w:r>
        <w:rPr>
          <w:b/>
        </w:rPr>
        <w:t xml:space="preserve">[26:42] </w:t>
      </w:r>
      <w:r>
        <w:t>to akhirat mein hum ko ek aur ek aur jism diya jayega, ek aur aankh di jayegi. to wahan ke mahol mein hum Allah ko dekh sakenge.</w:t>
      </w:r>
    </w:p>
    <w:p>
      <w:pPr>
        <w:jc w:val="right"/>
      </w:pPr>
      <w:r>
        <w:t>تو آخرت میں ہم کو ایک اور ایک اور جسم دیا جائے گا، ایک اور آنکھ دی جائے گی۔ تو وہاں کے ماحول میں ہم اللہ کو دیکھ سکیں گے۔</w:t>
      </w:r>
    </w:p>
    <w:p>
      <w:r>
        <w:rPr>
          <w:b/>
        </w:rPr>
        <w:t xml:space="preserve">[26:51] </w:t>
      </w:r>
      <w:r>
        <w:t>to Allah ko dekhne ka shauq to bohat zabardast cheez hai, lekin yeh bhi janna chahiye ke dunya hum nahi dekh sakte. aur soofiya ne jo kiya, woh bohat hi mein is ko galat samajhta hoon kyunke unhone chaha ke dunya mein Allah ko dekh lein,</w:t>
      </w:r>
    </w:p>
    <w:p>
      <w:pPr>
        <w:jc w:val="right"/>
      </w:pPr>
      <w:r>
        <w:t>تو اللہ کو دیکھنے کا شوق تو بہت زبردست چیز ہے، لیکن یہ بھی جاننا چاہیے کہ دنیا ہم نہیں دیکھ سکتے۔ اور صوفیاء نے جو کیا، وہ بہت ہی میں اس کو غلط سمجھتا ہوں کیونکہ انہوں نے چاہا کہ دنیا میں اللہ کو دیکھ لیں،</w:t>
      </w:r>
    </w:p>
    <w:p>
      <w:r>
        <w:rPr>
          <w:b/>
        </w:rPr>
        <w:t xml:space="preserve">[27:08] </w:t>
      </w:r>
      <w:r>
        <w:t>to yeh mumkin nahi hai.</w:t>
      </w:r>
    </w:p>
    <w:p>
      <w:pPr>
        <w:jc w:val="right"/>
      </w:pPr>
      <w:r>
        <w:t>تو یہ ممکن نہیں ہے۔</w:t>
      </w:r>
    </w:p>
    <w:p>
      <w:r>
        <w:rPr>
          <w:b/>
        </w:rPr>
        <w:t xml:space="preserve">[27:13] </w:t>
      </w:r>
      <w:r>
        <w:t>maulana sharukh hussain ne delhi se sawal kiya hai. unka sawal hai, "ek sahab ne kaha hum apne akabir ki tauheen par gussa hote hain, bhadakte hain, lekin khuda ki tauheen par gussa nahi hote.</w:t>
      </w:r>
    </w:p>
    <w:p>
      <w:pPr>
        <w:jc w:val="right"/>
      </w:pPr>
      <w:r>
        <w:t>مولانا شارخ حسین نے دلی سے سوال کیا ہے۔ ان کا سوال ہے، "ایک صاحب نے کہا ہم اپنے اکابر کی توہین پر غصہ ہوتے ہیں، بھڑکتے ہیں، لیکن خدا کی توہین پر غصہ نہیں ہوتے۔</w:t>
      </w:r>
    </w:p>
    <w:p>
      <w:r>
        <w:rPr>
          <w:b/>
        </w:rPr>
        <w:t xml:space="preserve">[27:30] </w:t>
      </w:r>
      <w:r>
        <w:t>is ki wajah yeh hai ke khuda ki tauheen ka mamla khuda se juda hua hai, is liye khuda un se khud niptay ga. lekin hamare akabir ya hamari qom ki beizzati ka taluq direct hum se hota hai,</w:t>
      </w:r>
    </w:p>
    <w:p>
      <w:pPr>
        <w:jc w:val="right"/>
      </w:pPr>
      <w:r>
        <w:t>اس کی وجہ یہ ہے کہ خدا کی توہین کا معاملہ خدا سے جڑا ہوا ہے، اس لیے خدا ان سے خود نپٹے گا۔ لیکن ہمارے اکابر یا ہماری قوم کی بے عزتی کا تعلق ڈائریکٹ ہم سے ہوتا ہے،</w:t>
      </w:r>
    </w:p>
    <w:p>
      <w:r>
        <w:rPr>
          <w:b/>
        </w:rPr>
        <w:t xml:space="preserve">[27:46] </w:t>
      </w:r>
      <w:r>
        <w:t>is liye humein is se khud hi niptna parta hai. Maulana, is baat ki ha</w:t>
      </w:r>
    </w:p>
    <w:p>
      <w:pPr>
        <w:jc w:val="right"/>
      </w:pPr>
      <w:r>
        <w:t>اس لیے ہمیں اس سے خود ہی نپٹنا پڑتا ہے۔ مولانا، اس بات کی ح</w:t>
      </w:r>
    </w:p>
    <w:p>
      <w:r>
        <w:rPr>
          <w:b/>
        </w:rPr>
        <w:t xml:space="preserve">[27:51] </w:t>
      </w:r>
      <w:r>
        <w:t>qeeqat kya hai?" yeh jhooti baat hai. aadmi daco se pooche, daco bhi ek us ke paas ek khoobsurat tojeeh rehti hai.</w:t>
      </w:r>
    </w:p>
    <w:p>
      <w:pPr>
        <w:jc w:val="right"/>
      </w:pPr>
      <w:r>
        <w:t>قیقت کیا ہے؟" یہ جھوٹی بات ہے۔ آدمی ڈاکو سے پوچھے، ڈاکو بھی ایک اس کے پاس ایک خوبصورت توجیح رہتی ہے۔</w:t>
      </w:r>
    </w:p>
    <w:p>
      <w:r>
        <w:rPr>
          <w:b/>
        </w:rPr>
        <w:t xml:space="preserve">[28:03] </w:t>
      </w:r>
      <w:r>
        <w:t>yani niptna kya hai? niptane ki koi baat hi nahi hai. woh to hamesha jari hai, jari rahe ga. aap niptenge kya? kya aap ko kami ho gayi hai? ab jo buzurgon ki tauheen pe jo gussa hote hain, to aap sirf bhadakte hain.</w:t>
      </w:r>
    </w:p>
    <w:p>
      <w:pPr>
        <w:jc w:val="right"/>
      </w:pPr>
      <w:r>
        <w:t>یعنی نپٹنا کیا ہے؟ نپٹنے کی کوئی بات ہی نہیں ہے۔ وہ تو ہمیشہ جاری ہے، جاری رہے گا۔ آپ نپٹیں گے کیا؟ کیا آپ کو کمی ہو گئی ہے؟ اب جو بزرگوں کی توہین پہ جو غصہ ہوتے ہیں، تو آپ صرف بھڑکتے ہیں۔</w:t>
      </w:r>
    </w:p>
    <w:p>
      <w:r>
        <w:rPr>
          <w:b/>
        </w:rPr>
        <w:t xml:space="preserve">[28:15] </w:t>
      </w:r>
      <w:r>
        <w:t>baqi khatam thori ho gaya? woh woh to hota rahe ga. cheez yeh hai ke aap ka</w:t>
      </w:r>
    </w:p>
    <w:p>
      <w:pPr>
        <w:jc w:val="right"/>
      </w:pPr>
      <w:r>
        <w:t>باقی ختم تھوڑی ہو گیا؟ وہ وہ تو ہوتا رہے گا۔ چیز یہ ہے کہ آپ کا</w:t>
      </w:r>
    </w:p>
    <w:p>
      <w:r>
        <w:rPr>
          <w:b/>
        </w:rPr>
        <w:t xml:space="preserve">[28:20] </w:t>
      </w:r>
      <w:r>
        <w:t>woh aap ka test hai ke kitna taluq un se aap ko hai. misaal ke taur par, aap ki beti ko koi beizzat kare to aap gussa ho jate hain, aur idhar udhar ki betiyon ko beizzat karne ki khabrein akhbar mein aati rehti hain.</w:t>
      </w:r>
    </w:p>
    <w:p>
      <w:pPr>
        <w:jc w:val="right"/>
      </w:pPr>
      <w:r>
        <w:t>وہ آپ کا ٹیسٹ ہے کہ کتنا تعلق ان سے آپ کو ہے۔ مثال کے طور پر، آپ کی بیٹی کو کوئی بے عزت کرے تو آپ غصہ ہو جاتے ہیں، اور ادھر ادھر کی بیٹیوں کو بے عزت کرنے کی خبریں اخبار میں آتی رہتی ہیں۔</w:t>
      </w:r>
    </w:p>
    <w:p>
      <w:r>
        <w:rPr>
          <w:b/>
        </w:rPr>
        <w:t xml:space="preserve">[28:35] </w:t>
      </w:r>
      <w:r>
        <w:t>is pe aap gussa nahi hote. kyun? attachment</w:t>
      </w:r>
    </w:p>
    <w:p>
      <w:pPr>
        <w:jc w:val="right"/>
      </w:pPr>
      <w:r>
        <w:t>اس پہ آپ غصہ نہیں ہوتے۔ کیوں؟ اٹیچمنٹ</w:t>
      </w:r>
    </w:p>
    <w:p>
      <w:r>
        <w:rPr>
          <w:b/>
        </w:rPr>
        <w:t xml:space="preserve">[28:38] </w:t>
      </w:r>
      <w:r>
        <w:t>rozana akhbarat mein aata hai. kisi aurat ko beizzat kiya, kisi aurat ke sath aisa kiya, kisi aurat ke sath waisa kiya, to gussa kon hota hai? apni beti ko ho to gussa ho jayega.</w:t>
      </w:r>
    </w:p>
    <w:p>
      <w:pPr>
        <w:jc w:val="right"/>
      </w:pPr>
      <w:r>
        <w:t>روزانہ اخبارات میں آتا ہے۔ کسی عورت کو بے عزت کیا، کسی عورت کے ساتھ ایسا کیا، کسی عورت کے ساتھ ویسا کیا، تو غصہ کون ہوتا ہے؟ اپنی بیٹی کو ہو تو غصہ ہو جائے گا۔</w:t>
      </w:r>
    </w:p>
    <w:p>
      <w:r>
        <w:rPr>
          <w:b/>
        </w:rPr>
        <w:t xml:space="preserve">[28:48] </w:t>
      </w:r>
      <w:r>
        <w:t>aadmi woh kya hai? is liye ke aap ko apni beti se attachment hai. to yeh masla attachment ka masla hai.</w:t>
      </w:r>
    </w:p>
    <w:p>
      <w:pPr>
        <w:jc w:val="right"/>
      </w:pPr>
      <w:r>
        <w:t>آدمی وہ کیا ہے؟ اس لیے کہ آپ کو اپنی بیٹی سے اٹیچمنٹ ہے۔ تو یہ مسئلہ اٹیچمنٹ کا مسئلہ ہے۔</w:t>
      </w:r>
    </w:p>
    <w:p>
      <w:r>
        <w:rPr>
          <w:b/>
        </w:rPr>
        <w:t xml:space="preserve">[28:57] </w:t>
      </w:r>
      <w:r>
        <w:t>niptne aap nipt to sakte nahi. aap kya dunya mein khatam kar diya? aap ne tauheen ke waqiyat ko tauheen ke waqiyat aur barh rahe hain. to masla yeh hai ke aap ko kitna taluq ki khatir hai, kitna aap ko attachment hai,</w:t>
      </w:r>
    </w:p>
    <w:p>
      <w:pPr>
        <w:jc w:val="right"/>
      </w:pPr>
      <w:r>
        <w:t>نپٹنے آپ نپٹ تو سکتے نہیں۔ آپ کیا دنیا میں ختم کر دیا؟ آپ نے توہین کے واقعات کو توہین کے واقعات اور بڑھ رہے ہیں۔ تو مسئلہ یہ ہے کہ آپ کو کتنا تعلق کی خاطر ہے، کتنا آپ کو اٹیچمنٹ ہے،</w:t>
      </w:r>
    </w:p>
    <w:p>
      <w:r>
        <w:rPr>
          <w:b/>
        </w:rPr>
        <w:t xml:space="preserve">[29:10] </w:t>
      </w:r>
      <w:r>
        <w:t>us ka is ka imtehan hai. yeh to khuda se koi attachment hi nahi,</w:t>
      </w:r>
    </w:p>
    <w:p>
      <w:pPr>
        <w:jc w:val="right"/>
      </w:pPr>
      <w:r>
        <w:t>اس کا اس کا امتحان ہے۔ یہ تو خدا سے کوئی اٹیچمنٹ ہی نہیں،</w:t>
      </w:r>
    </w:p>
    <w:p>
      <w:r>
        <w:rPr>
          <w:b/>
        </w:rPr>
        <w:t xml:space="preserve">[29:16] </w:t>
      </w:r>
      <w:r>
        <w:t>koi is se taluq ki khatir nahi, koi qalbi taluq nahi. is liye aap ko gussa bhi nahi aata.</w:t>
      </w:r>
    </w:p>
    <w:p>
      <w:pPr>
        <w:jc w:val="right"/>
      </w:pPr>
      <w:r>
        <w:t>کوئی اس سے تعلق کی خاطر نہیں، کوئی قلبی تعلق نہیں۔ اس لیے آپ کو غصہ بھی نہیں آتا۔</w:t>
      </w:r>
    </w:p>
    <w:p>
      <w:r>
        <w:rPr>
          <w:b/>
        </w:rPr>
        <w:t xml:space="preserve">[29:27] </w:t>
      </w:r>
      <w:r>
        <w:t>yeh yeh ek false explanation hai. is ka haq ke se koi taluq nahi.</w:t>
      </w:r>
    </w:p>
    <w:p>
      <w:pPr>
        <w:jc w:val="right"/>
      </w:pPr>
      <w:r>
        <w:t>یہ یہ ایک فالس ایکسپلینیشن ہے۔ اس کا حق کے سے کوئی تعلق نہیں۔</w:t>
      </w:r>
    </w:p>
    <w:p>
      <w:r>
        <w:rPr>
          <w:b/>
        </w:rPr>
        <w:t xml:space="preserve">[29:35] </w:t>
      </w:r>
      <w:r>
        <w:t>maulana fiyazuddin umri sahab ne gulbarga se sawal kiya hai. unka sawal hai, "what is the difference between tazkiya of sufism and tazkiya of islam?</w:t>
      </w:r>
    </w:p>
    <w:p>
      <w:pPr>
        <w:jc w:val="right"/>
      </w:pPr>
      <w:r>
        <w:t>مولانا فیاض الدین عمری صاحب نے گلبرگہ سے سوال کیا ہے۔ ان کا سوال ہے، "واٹ از دا ڈیفرنس بٹوین تزکیہ اف صوفیزم اینڈ تزکیہ اف اسلام؟</w:t>
      </w:r>
    </w:p>
    <w:p>
      <w:r>
        <w:rPr>
          <w:b/>
        </w:rPr>
        <w:t xml:space="preserve">[29:48] </w:t>
      </w:r>
      <w:r>
        <w:t>please describe with an example.</w:t>
      </w:r>
    </w:p>
    <w:p>
      <w:pPr>
        <w:jc w:val="right"/>
      </w:pPr>
      <w:r>
        <w:t>پلیز ڈسکرائب ود این ایگزیمپل۔"</w:t>
      </w:r>
    </w:p>
    <w:p>
      <w:r>
        <w:rPr>
          <w:b/>
        </w:rPr>
        <w:t xml:space="preserve">[29:56] </w:t>
      </w:r>
      <w:r>
        <w:t>dekhen, basic baat to yeh hai ke sufia ki tazkiya jo hai, woh hai heart based, aur islam ka jo tazkiya hai, woh mind based hai.</w:t>
      </w:r>
    </w:p>
    <w:p>
      <w:pPr>
        <w:jc w:val="right"/>
      </w:pPr>
      <w:r>
        <w:t>دیکھیں، بیسک بات تو یہ ہے کہ صوفیاء کی تزکیہ جو ہے، وہ ہے ہارٹ بیسڈ، اور اسلام کا جو تزکیہ ہے، وہ مائنڈ بیسڈ ہے۔</w:t>
      </w:r>
    </w:p>
    <w:p>
      <w:r>
        <w:rPr>
          <w:b/>
        </w:rPr>
        <w:t xml:space="preserve">[30:13] </w:t>
      </w:r>
      <w:r>
        <w:t>yani sufia samajhte hain ke jo kuch hamein chahiye tazkiye ke aitbar se, woh dil mein sab maujood hai. isi ko unfold karo, dil mein tawajjuh do, dil mein muraqba karo, dil pe zarben lagao.</w:t>
      </w:r>
    </w:p>
    <w:p>
      <w:pPr>
        <w:jc w:val="right"/>
      </w:pPr>
      <w:r>
        <w:t>یعنی صوفیاء سمجھتے ہیں کہ جو کچھ ہمیں چاہیے تزکیے کے اعتبار سے، وہ دل میں سب موجود ہے۔ اسی کو ان فولڈ کرو، دل میں توجہ دو، دل میں مراقبہ کرو، دل پہ ضربیں لگاؤ۔</w:t>
      </w:r>
    </w:p>
    <w:p>
      <w:r>
        <w:rPr>
          <w:b/>
        </w:rPr>
        <w:t xml:space="preserve">[30:27] </w:t>
      </w:r>
      <w:r>
        <w:t>lekin islam mein yeh nahi hai. islam mein ek sochna, tafakkur, tadabbur, tawsus is par base karta hai. iska taluq aql se hai.</w:t>
      </w:r>
    </w:p>
    <w:p>
      <w:pPr>
        <w:jc w:val="right"/>
      </w:pPr>
      <w:r>
        <w:t>لیکن اسلام میں یہ نہیں ہے۔ اسلام میں ایک سوچنا، تفکر، تدبر، توسع اس پر بیس کرتا ہے۔ اس کا تعلق عقل سے ہے۔</w:t>
      </w:r>
    </w:p>
    <w:p>
      <w:r>
        <w:rPr>
          <w:b/>
        </w:rPr>
        <w:t xml:space="preserve">[30:39] </w:t>
      </w:r>
      <w:r>
        <w:t>to basic difference yahi hai. yani sufi log bhi yeh kahenge ke hamein allah se mohabbat honi chahiye, hamein insan se ka khair khwah hona chahiye.</w:t>
      </w:r>
    </w:p>
    <w:p>
      <w:pPr>
        <w:jc w:val="right"/>
      </w:pPr>
      <w:r>
        <w:t>تو بیسک ڈیفرنس یہی ہے۔ یعنی صوفی لوگ بھی یہ کہیں گے کہ ہمیں اللہ سے محبت ہونی چاہیے، ہمیں انسان سے کا خیر خواہ ہونا چاہیے۔</w:t>
      </w:r>
    </w:p>
    <w:p>
      <w:r>
        <w:rPr>
          <w:b/>
        </w:rPr>
        <w:t xml:space="preserve">[30:48] </w:t>
      </w:r>
      <w:r>
        <w:t>lekin yeh cheezen jo hain, dil se nahi hasil hoti hain, dil par muraqba karne se.</w:t>
      </w:r>
    </w:p>
    <w:p>
      <w:pPr>
        <w:jc w:val="right"/>
      </w:pPr>
      <w:r>
        <w:t>لیکن یہ چیزیں جو ہیں، دل سے نہیں حاصل ہوتی ہیں، دل پر مراقبہ کرنے سے۔</w:t>
      </w:r>
    </w:p>
    <w:p>
      <w:r>
        <w:rPr>
          <w:b/>
        </w:rPr>
        <w:t xml:space="preserve">[30:55] </w:t>
      </w:r>
      <w:r>
        <w:t>woh aql se taluq rakhti hain. to main samajhta hoon ke basic difference yahi hai ke quran ka jo tareeqa hai, woh mind based hai, aur sufia ka jo tareeqa hai, woh heart based hai.</w:t>
      </w:r>
    </w:p>
    <w:p>
      <w:pPr>
        <w:jc w:val="right"/>
      </w:pPr>
      <w:r>
        <w:t>وہ عقل سے تعلق رکھتی ہیں۔ تو میں سمجھتا ہوں کہ بیسک ڈیفرنس یہی ہے کہ قرآن کا جو طریقہ ہے، وہ مائنڈ بیسڈ ہے، اور صوفیاء کا جو طریقہ ہے، وہ ہارٹ بیسڈ ہے۔</w:t>
      </w:r>
    </w:p>
    <w:p>
      <w:r>
        <w:rPr>
          <w:b/>
        </w:rPr>
        <w:t xml:space="preserve">[31:12] </w:t>
      </w:r>
      <w:r>
        <w:t>aur heart based jo hai tareeqa, woh sirf ek mufrada hai. dil mein kuch bhi nahi hai, dil se koi tazkiya nahi hota. tazkiya hota hai soch bichar se, tafakkur se,</w:t>
      </w:r>
    </w:p>
    <w:p>
      <w:pPr>
        <w:jc w:val="right"/>
      </w:pPr>
      <w:r>
        <w:t>اور ہارٹ بیسڈ جو ہے طریقہ، وہ ماد ایک مفروضہ ہے۔ دل میں کچھ بھی نہیں ہے، دل سے کوئی تزکیہ نہیں ہوتا۔ تزکیہ ہوتا ہے سوچ بچار سے، تفکر سے،</w:t>
      </w:r>
    </w:p>
    <w:p>
      <w:r>
        <w:rPr>
          <w:b/>
        </w:rPr>
        <w:t xml:space="preserve">[31:26] </w:t>
      </w:r>
      <w:r>
        <w:t>yani mind ko active kar ke</w:t>
      </w:r>
    </w:p>
    <w:p>
      <w:pPr>
        <w:jc w:val="right"/>
      </w:pPr>
      <w:r>
        <w:t>یعنی مائنڈ کو ایکٹیو کر کے</w:t>
      </w:r>
    </w:p>
    <w:p>
      <w:r>
        <w:rPr>
          <w:b/>
        </w:rPr>
        <w:t xml:space="preserve">[31:29] </w:t>
      </w:r>
      <w:r>
        <w:t>hota hai. yani quraani tazkiya hi tazkiya hai, aur sufia ka jo tazkiya hai, woh to ek mufrada hai.</w:t>
      </w:r>
    </w:p>
    <w:p>
      <w:pPr>
        <w:jc w:val="right"/>
      </w:pPr>
      <w:r>
        <w:t>ہوتا ہے۔ یعنی قرآنی تزکیہ ہی تزکیہ ہے، اور صوفیاء کا جو تزکیہ ہے، وہ تو ایک مفروضہ ہے۔</w:t>
      </w:r>
    </w:p>
    <w:p>
      <w:r>
        <w:rPr>
          <w:b/>
        </w:rPr>
        <w:t xml:space="preserve">[31:40] </w:t>
      </w:r>
      <w:r>
        <w:t>miss fatima ne bangalore se sawal kiya hai. unhone likha hai, "meri do larkiyan hain. yeh dono choti thin jab main bewah ho gayi.</w:t>
      </w:r>
    </w:p>
    <w:p>
      <w:pPr>
        <w:jc w:val="right"/>
      </w:pPr>
      <w:r>
        <w:t>مس فاطمہ نے بینگلور سے سوال کیا ہے۔ انہوں نے لکھا ہے، "میری دو لڑکیاں ہیں۔ یہ دونوں چھوٹی تھیں جب میں بیوہ ہو گئی۔</w:t>
      </w:r>
    </w:p>
    <w:p>
      <w:r>
        <w:rPr>
          <w:b/>
        </w:rPr>
        <w:t xml:space="preserve">[31:51] </w:t>
      </w:r>
      <w:r>
        <w:t>main ne bachpan se in ko pala, in ko taleem di, in ki shadi ki, magar woh mujh se acha bartao nahi karti hain.</w:t>
      </w:r>
    </w:p>
    <w:p>
      <w:pPr>
        <w:jc w:val="right"/>
      </w:pPr>
      <w:r>
        <w:t>میں نے بچپن سے ان کو پالا، ان کو تعلیم دی، ان کی شادی کی، مگر وہ مجھ سے اچھا برتاؤ نہیں کرتی ہیں۔</w:t>
      </w:r>
    </w:p>
    <w:p>
      <w:r>
        <w:rPr>
          <w:b/>
        </w:rPr>
        <w:t xml:space="preserve">[32:01] </w:t>
      </w:r>
      <w:r>
        <w:t>yahan tak ke ab woh mujh se baat bhi nahi karti hain. main bohat pareshan hoon. maulana, main kya karoon?"</w:t>
      </w:r>
    </w:p>
    <w:p>
      <w:pPr>
        <w:jc w:val="right"/>
      </w:pPr>
      <w:r>
        <w:t>یہاں تک کہ اب وہ مجھ سے بات بھی نہیں کرتی ہیں۔ میں بہت پریشان ہوں۔ مولانا، میں کیا کروں؟"</w:t>
      </w:r>
    </w:p>
    <w:p>
      <w:r>
        <w:rPr>
          <w:b/>
        </w:rPr>
        <w:t xml:space="preserve">[32:10] </w:t>
      </w:r>
      <w:r>
        <w:t>aap un se koi umeed rakhte hain? allah se umeed kijiye, aur bachon se umeed kyun karte hain?</w:t>
      </w:r>
    </w:p>
    <w:p>
      <w:pPr>
        <w:jc w:val="right"/>
      </w:pPr>
      <w:r>
        <w:t>آپ ان سے کوئی امید رکھتے ہیں؟ اللہ سے امید کیجئے، اور بچوں سے امید کیوں کرتے ہیں؟</w:t>
      </w:r>
    </w:p>
    <w:p>
      <w:r>
        <w:rPr>
          <w:b/>
        </w:rPr>
        <w:t xml:space="preserve">[32:18] </w:t>
      </w:r>
      <w:r>
        <w:t>allah se umeed kijiye, dene wala allah hai, bachiyan dene wali nahi hain. main yeh kahunga ke bachiyon ke mamle mein aap sabr kijiye,</w:t>
      </w:r>
    </w:p>
    <w:p>
      <w:pPr>
        <w:jc w:val="right"/>
      </w:pPr>
      <w:r>
        <w:t>اللہ سے امید کیجئے، دینے والا اللہ ہے، بچیاں دینے والی نہیں ہیں۔ میں یہ کہوں گا کہ بچیوں کے معاملے میں آپ صبر کیجئے،</w:t>
      </w:r>
    </w:p>
    <w:p>
      <w:r>
        <w:rPr>
          <w:b/>
        </w:rPr>
        <w:t xml:space="preserve">[32:32] </w:t>
      </w:r>
      <w:r>
        <w:t>aur jo kuch aap ko chahiye, woh allah se mangiye.</w:t>
      </w:r>
    </w:p>
    <w:p>
      <w:pPr>
        <w:jc w:val="right"/>
      </w:pPr>
      <w:r>
        <w:t>اور جو کچھ آپ کو چاہیے، وہ اللہ سے مانگیے۔</w:t>
      </w:r>
    </w:p>
    <w:p>
      <w:r>
        <w:rPr>
          <w:b/>
        </w:rPr>
        <w:t xml:space="preserve">[32:37] </w:t>
      </w:r>
      <w:r>
        <w:t>yeh main kahunga.</w:t>
      </w:r>
    </w:p>
    <w:p>
      <w:pPr>
        <w:jc w:val="right"/>
      </w:pPr>
      <w:r>
        <w:t>یہ میں کہوں گا۔</w:t>
      </w:r>
    </w:p>
    <w:p>
      <w:r>
        <w:rPr>
          <w:b/>
        </w:rPr>
        <w:t xml:space="preserve">[32:43] </w:t>
      </w:r>
      <w:r>
        <w:t>bachiyan dein, tab bhi kuch aap ko nahi milne wala, na dein, tab bhi aap se kuch chhinne wala nahi hai. kyunke hadith ke mutabiq, quran ke mutabiq, chhinne wala bhi khuda hai aur dene wala bhi khuda hai.</w:t>
      </w:r>
    </w:p>
    <w:p>
      <w:pPr>
        <w:jc w:val="right"/>
      </w:pPr>
      <w:r>
        <w:t>بچیاں دیں، تب بھی کچھ آپ کو نہیں ملنے والا، نہ دیں، تب بھی آپ سے کچھ چھننے والا نہیں ہے۔ کیونکہ حدیث کے مطابق، قرآن کے مطابق، چھننے والا بھی خدا ہے اور دینے والا بھی خدا ہے۔</w:t>
      </w:r>
    </w:p>
    <w:p>
      <w:r>
        <w:rPr>
          <w:b/>
        </w:rPr>
        <w:t xml:space="preserve">[32:55] </w:t>
      </w:r>
      <w:r>
        <w:t>to bachon ke dene aur chhinne se koi farq nahi padega. to bachon ka, yani main samajhta hoon ke</w:t>
      </w:r>
    </w:p>
    <w:p>
      <w:pPr>
        <w:jc w:val="right"/>
      </w:pPr>
      <w:r>
        <w:t>تو بچوں کے دینے اور چھیننے سے کوئی فرق نہیں پڑے گا۔ تو بچوں کا، یعنی میں سمجھتا ہوں کہ</w:t>
      </w:r>
    </w:p>
    <w:p>
      <w:r>
        <w:rPr>
          <w:b/>
        </w:rPr>
        <w:t xml:space="preserve">[33:04] </w:t>
      </w:r>
      <w:r>
        <w:t>apne ko tension free banaiye. bachon ko le kar aap tension mein jiyen, yeh to bohat hi bara nuksan hai.</w:t>
      </w:r>
    </w:p>
    <w:p>
      <w:pPr>
        <w:jc w:val="right"/>
      </w:pPr>
      <w:r>
        <w:t>اپنے کو ٹینشن فری بنائیے۔ بچوں کو لے کر آپ ٹینشن میں جئیں، یہ تو بہت ہی بڑا نقصان ہے۔</w:t>
      </w:r>
    </w:p>
    <w:p>
      <w:r>
        <w:rPr>
          <w:b/>
        </w:rPr>
        <w:t xml:space="preserve">[33:14] </w:t>
      </w:r>
      <w:r>
        <w:t>mera to formula yeh hai ke save yourself, apne ko bachao. doosre ki khatir aap log halak kyun karen?</w:t>
      </w:r>
    </w:p>
    <w:p>
      <w:pPr>
        <w:jc w:val="right"/>
      </w:pPr>
      <w:r>
        <w:t>میرا تو فارمولا یہ ہے کہ سیو یور سیلف، اپنے کو بچاؤ۔ دوسرے کی خاطر آپ لوگ ہلاک کیوں کریں؟</w:t>
      </w:r>
    </w:p>
    <w:p>
      <w:r>
        <w:rPr>
          <w:b/>
        </w:rPr>
        <w:t xml:space="preserve">[33:24] </w:t>
      </w:r>
      <w:r>
        <w:t>yani doosre ke khilaf ki khatir aap log kyun halak karen ke doosre bigad gaye? doosre hum ko expectations poore nahi hote? to theek hai, woh to ho gaya jo hua.</w:t>
      </w:r>
    </w:p>
    <w:p>
      <w:pPr>
        <w:jc w:val="right"/>
      </w:pPr>
      <w:r>
        <w:t>یعنی دوسرے کے خلاف کی خاطر آپ لوگ کیوں ہلاک کریں کہ دوسرے بگڑ گئے؟ دوسرے ہم کو ایکسپیکٹیشن پورے نہیں ہوتے؟ تو ٹھیک ہے، وہ تو ہو گیا جو ہوا۔</w:t>
      </w:r>
    </w:p>
    <w:p>
      <w:r>
        <w:rPr>
          <w:b/>
        </w:rPr>
        <w:t xml:space="preserve">[33:34] </w:t>
      </w:r>
      <w:r>
        <w:t>ab hum tension ke liye kyun baithe rahen? to main yeh kahunga ke aap bachiyon ko bhula dijiye, un ke liye duaen kijiye</w:t>
      </w:r>
    </w:p>
    <w:p>
      <w:pPr>
        <w:jc w:val="right"/>
      </w:pPr>
      <w:r>
        <w:t>اب ہم ٹینشن کے لیے کیوں بیٹھے رہیں؟ تو میں یہ کہوں گا کہ آپ بچیوں کو بھلا دیجئے، ان کے لیے دعائیں کیجئے</w:t>
      </w:r>
    </w:p>
    <w:p>
      <w:r>
        <w:rPr>
          <w:b/>
        </w:rPr>
        <w:t xml:space="preserve">[33:43] </w:t>
      </w:r>
      <w:r>
        <w:t>ke allah unhein hidayat de. aur yahan to aap ka mamla hai, to apne ko jo aap ko jo kuch chahiye, us ke liye us ke liye aap khuda se dua kijiye, apne hath paon ko istemal kijiye, aur khuda se dua kijiye.</w:t>
      </w:r>
    </w:p>
    <w:p>
      <w:pPr>
        <w:jc w:val="right"/>
      </w:pPr>
      <w:r>
        <w:t>کہ اللہ انہیں ہدایت دے۔ اور یہاں تو آپ کا معاملہ ہے، تو اپنے کو جو آپ کو جو کچھ چاہیے، اس کے لیے اس کے لیے آپ خدا سے دعا کیجئے، اپنے ہاتھ پاؤں کو استعمال کیجئے، اور خدا سے دعا کیجئے۔</w:t>
      </w:r>
    </w:p>
    <w:p>
      <w:r>
        <w:rPr>
          <w:b/>
        </w:rPr>
        <w:t xml:space="preserve">[33:59] </w:t>
      </w:r>
      <w:r>
        <w:t>yahi aik hi tareeqa hai, aur koi doosra tareeqa nahin.</w:t>
      </w:r>
    </w:p>
    <w:p>
      <w:pPr>
        <w:jc w:val="right"/>
      </w:pPr>
      <w:r>
        <w:t>یہی ایک ہی طریقہ ہے، اور کوئی دوسرا طریقہ نہیں۔</w:t>
      </w:r>
    </w:p>
    <w:p>
      <w:r>
        <w:rPr>
          <w:b/>
        </w:rPr>
        <w:t xml:space="preserve">[34:04] </w:t>
      </w:r>
      <w:r>
        <w:t>mister ranjeet ne dili se likha hai, "main aik company mein kaam karta hoon, lekin main koshish ke bawajood aagay nahin barh pata hoon.</w:t>
      </w:r>
    </w:p>
    <w:p>
      <w:pPr>
        <w:jc w:val="right"/>
      </w:pPr>
      <w:r>
        <w:t>مسٹر رنجیت نے دلی سے لکھا ہے، "میں ایک کمپنی میں کام کرتا ہوں، لیکن میں کوشش کے باوجود آگے نہیں بڑھ پاتا ہوں۔</w:t>
      </w:r>
    </w:p>
    <w:p>
      <w:r>
        <w:rPr>
          <w:b/>
        </w:rPr>
        <w:t xml:space="preserve">[34:15] </w:t>
      </w:r>
      <w:r>
        <w:t>bar bar nakami hoti hai. is se main bohat tension mein rehta hoon. main kya karoon?"</w:t>
      </w:r>
    </w:p>
    <w:p>
      <w:pPr>
        <w:jc w:val="right"/>
      </w:pPr>
      <w:r>
        <w:t>بار بار ناکامی ہوتی ہے۔ اس سے میں بہت ٹینشن میں رہتا ہوں۔ میں کیا کروں؟"</w:t>
      </w:r>
    </w:p>
    <w:p>
      <w:r>
        <w:rPr>
          <w:b/>
        </w:rPr>
        <w:t xml:space="preserve">[34:24] </w:t>
      </w:r>
      <w:r>
        <w:t>dekhen, mera jo tajurba hai, nakami naam hai over expectation ka. over expectation containment ko aagay ikhtiyar kar len.</w:t>
      </w:r>
    </w:p>
    <w:p>
      <w:pPr>
        <w:jc w:val="right"/>
      </w:pPr>
      <w:r>
        <w:t>دیکھیں، میرا جو تجربہ ہے، ناکامی نام ہے اوور ایکسپیکٹیشن کا۔ اوور ایکسپیکٹیشن کنٹینٹمنٹ کو آگے اختیار کر لیں۔</w:t>
      </w:r>
    </w:p>
    <w:p>
      <w:r>
        <w:rPr>
          <w:b/>
        </w:rPr>
        <w:t xml:space="preserve">[34:36] </w:t>
      </w:r>
      <w:r>
        <w:t>aap to koi nakami nahin, koi pareshani nahin, koi tension nahin.</w:t>
      </w:r>
    </w:p>
    <w:p>
      <w:pPr>
        <w:jc w:val="right"/>
      </w:pPr>
      <w:r>
        <w:t>آپ تو کوئی ناکامی نہیں، کوئی پریشانی نہیں، کوئی ٹینشن نہیں۔</w:t>
      </w:r>
    </w:p>
    <w:p>
      <w:r>
        <w:rPr>
          <w:b/>
        </w:rPr>
        <w:t xml:space="preserve">[34:41] </w:t>
      </w:r>
      <w:r>
        <w:t>to jar ki baat yeh hai ke log containment ko ikhtiyar nahin karte, yaani qanaat ko ikhtiyar nahin karte. more and more, more and more ke fikr mein rehte hain.</w:t>
      </w:r>
    </w:p>
    <w:p>
      <w:pPr>
        <w:jc w:val="right"/>
      </w:pPr>
      <w:r>
        <w:t>تو جڑ کی بات یہ ہے کہ لوگ کنٹینٹمنٹ کو اختیار نہیں کرتے، یعنی قناعت کو اختیار نہیں کرتے۔ مور اینڈ مور، مور اینڈ مور کے فکر میں رہتے ہیں۔</w:t>
      </w:r>
    </w:p>
    <w:p>
      <w:r>
        <w:rPr>
          <w:b/>
        </w:rPr>
        <w:t xml:space="preserve">[34:53] </w:t>
      </w:r>
      <w:r>
        <w:t>to apne apne ko wahan laiye</w:t>
      </w:r>
    </w:p>
    <w:p>
      <w:pPr>
        <w:jc w:val="right"/>
      </w:pPr>
      <w:r>
        <w:t>تو اپنے اپنے کو وہاں لائیے</w:t>
      </w:r>
    </w:p>
    <w:p>
      <w:r>
        <w:rPr>
          <w:b/>
        </w:rPr>
        <w:t xml:space="preserve">[34:58] </w:t>
      </w:r>
      <w:r>
        <w:t>jahan aap ko, yaani containment ki satah par laiye, qanaat ki satah par laiye. more and more ka dimagh dimagh se nikal dijiye.</w:t>
      </w:r>
    </w:p>
    <w:p>
      <w:pPr>
        <w:jc w:val="right"/>
      </w:pPr>
      <w:r>
        <w:t>جہاں آپ کو، یعنی کنٹینٹمنٹ کی سطح پر لائیے، قناعت کی سطح پر لائیے۔ مور اینڈ مور کا دماغ دماغ سے نکال دیجئے۔</w:t>
      </w:r>
    </w:p>
    <w:p>
      <w:r>
        <w:rPr>
          <w:b/>
        </w:rPr>
        <w:t xml:space="preserve">[35:11] </w:t>
      </w:r>
      <w:r>
        <w:t>doosri cheez yeh hai ke doosron se agar aap ko koi</w:t>
      </w:r>
    </w:p>
    <w:p>
      <w:pPr>
        <w:jc w:val="right"/>
      </w:pPr>
      <w:r>
        <w:t>دوسری چیز یہ ہے کہ دوسروں سے اگر آپ کو کوئی</w:t>
      </w:r>
    </w:p>
    <w:p>
      <w:r>
        <w:rPr>
          <w:b/>
        </w:rPr>
        <w:t xml:space="preserve">[35:14] </w:t>
      </w:r>
      <w:r>
        <w:t>ghalat vyavhaar milta hai to us ko bhulaiye. us ke liye us ko koi tension mat paliye. us ka doosre doosre jo hai, jahan apne baray mein jaane ke unhon ne kya kiya, aap apne ko bachaiye.</w:t>
      </w:r>
    </w:p>
    <w:p>
      <w:pPr>
        <w:jc w:val="right"/>
      </w:pPr>
      <w:r>
        <w:t>غلط व्यवहार ملتا ہے تو اس کو بھلائیے۔ اس کے لیے اس کو کوئی ٹینشن مت پالیے۔ اس کا دوسرے دوسرے جو ہے، جہاں اپنے بارے میں جانے کہ انہوں نے کیا کیا، آپ اپنے کو بچائیے۔</w:t>
      </w:r>
    </w:p>
    <w:p>
      <w:r>
        <w:rPr>
          <w:b/>
        </w:rPr>
        <w:t xml:space="preserve">[35:29] </w:t>
      </w:r>
      <w:r>
        <w:t>to mera do formula is maamle mein hai: containment</w:t>
      </w:r>
    </w:p>
    <w:p>
      <w:pPr>
        <w:jc w:val="right"/>
      </w:pPr>
      <w:r>
        <w:t>تو میرا دو فارمولا اس معاملے میں ہے: کنٹینٹمنٹ</w:t>
      </w:r>
    </w:p>
    <w:p>
      <w:r>
        <w:rPr>
          <w:b/>
        </w:rPr>
        <w:t xml:space="preserve">[35:34] </w:t>
      </w:r>
      <w:r>
        <w:t>aur save your self. main samajhta hoon, mera jo tajurba hai, to yahi do baaten main kar sakta hoon.</w:t>
      </w:r>
    </w:p>
    <w:p>
      <w:pPr>
        <w:jc w:val="right"/>
      </w:pPr>
      <w:r>
        <w:t>اور سیو یور سیلف۔ میں سمجھتا ہوں، میرا جو تجربہ ہے، تو یہی دو باتیں میں کر سکتا ہوں۔</w:t>
      </w:r>
    </w:p>
    <w:p>
      <w:r>
        <w:rPr>
          <w:b/>
        </w:rPr>
        <w:t xml:space="preserve">[35:49] </w:t>
      </w:r>
      <w:r>
        <w:t>mister majaz ahmed ne sawal kiya hai dili se, "there are many questions in our mind, like how can i find the right path?</w:t>
      </w:r>
    </w:p>
    <w:p>
      <w:pPr>
        <w:jc w:val="right"/>
      </w:pPr>
      <w:r>
        <w:t>مسٹر مجاز احمد نے سوال کیا ہے دلی سے، "دیر آر مینی کوئسچنز ان اور مائنڈ، لائک ہاؤ کین آئی فائنڈ دا رائٹ پاتھ؟</w:t>
      </w:r>
    </w:p>
    <w:p>
      <w:r>
        <w:rPr>
          <w:b/>
        </w:rPr>
        <w:t xml:space="preserve">[36:01] </w:t>
      </w:r>
      <w:r>
        <w:t>even if i pray five times daily, and according to me, i never try to do wrong to anyone, but still i feel that i am not in the right path.</w:t>
      </w:r>
    </w:p>
    <w:p>
      <w:pPr>
        <w:jc w:val="right"/>
      </w:pPr>
      <w:r>
        <w:t>ایون اف آئی پری فائیو ٹائمز ڈیلی، اینڈ اکارڈنگ ٹو می، آئی نیور ٹرائی ٹو ڈو رونگ ٹو اینی ون، بٹ سٹل آئی فیل دیٹ آئی ایم ناٹ ان دا رائٹ پاتھ۔</w:t>
      </w:r>
    </w:p>
    <w:p>
      <w:r>
        <w:rPr>
          <w:b/>
        </w:rPr>
        <w:t xml:space="preserve">[36:13] </w:t>
      </w:r>
      <w:r>
        <w:t>please comment."</w:t>
      </w:r>
    </w:p>
    <w:p>
      <w:pPr>
        <w:jc w:val="right"/>
      </w:pPr>
      <w:r>
        <w:t>پلیز کمنٹ۔"</w:t>
      </w:r>
    </w:p>
    <w:p>
      <w:r>
        <w:rPr>
          <w:b/>
        </w:rPr>
        <w:t xml:space="preserve">[36:17] </w:t>
      </w:r>
      <w:r>
        <w:t>aap na study parhaiye, parhiye, aap quran parhiye, hadith parhiye, rasool allah ki zindagi ko parhiye.</w:t>
      </w:r>
    </w:p>
    <w:p>
      <w:pPr>
        <w:jc w:val="right"/>
      </w:pPr>
      <w:r>
        <w:t>آپ نا اسٹڈی پڑھائیے، پڑھیے، آپ قرآن پڑھیے، حدیث پڑھیے، رسول اللہ کی زندگی کو پڑھیے۔</w:t>
      </w:r>
    </w:p>
    <w:p>
      <w:r>
        <w:rPr>
          <w:b/>
        </w:rPr>
        <w:t xml:space="preserve">[36:27] </w:t>
      </w:r>
      <w:r>
        <w:t>jo bhi aap, yaani jo bhi aap ka</w:t>
      </w:r>
    </w:p>
    <w:p>
      <w:pPr>
        <w:jc w:val="right"/>
      </w:pPr>
      <w:r>
        <w:t>جو بھی آپ، یعنی جو بھی آپ کا</w:t>
      </w:r>
    </w:p>
    <w:p>
      <w:r>
        <w:rPr>
          <w:b/>
        </w:rPr>
        <w:t xml:space="preserve">[36:34] </w:t>
      </w:r>
      <w:r>
        <w:t>daira hai, us ke mutaliq mutala kijiye. sirf study hi se aadmi pahunch sakta hai kisi, yaani kisi yaqeen par, aur koi tareeqa nahin.</w:t>
      </w:r>
    </w:p>
    <w:p>
      <w:pPr>
        <w:jc w:val="right"/>
      </w:pPr>
      <w:r>
        <w:t>دائرہ ہے، اس کے متعلق مطالعہ کیجئے۔ صرف اسٹڈی ہی سے آدمی پہنچ سکتا ہے کسی، یعنی کسی یقین پر، اور کوئی طریقہ نہیں۔</w:t>
      </w:r>
    </w:p>
    <w:p>
      <w:r>
        <w:rPr>
          <w:b/>
        </w:rPr>
        <w:t xml:space="preserve">[36:50] </w:t>
      </w:r>
      <w:r>
        <w:t>main samajhta hoon ke, yaani</w:t>
      </w:r>
    </w:p>
    <w:p>
      <w:pPr>
        <w:jc w:val="right"/>
      </w:pPr>
      <w:r>
        <w:t>میں سمجھتا ہوں کہ، یعنی</w:t>
      </w:r>
    </w:p>
    <w:p>
      <w:r>
        <w:rPr>
          <w:b/>
        </w:rPr>
        <w:t xml:space="preserve">[36:54] </w:t>
      </w:r>
      <w:r>
        <w:t>aik zaheen aadmi, zaheen aadmi jo hai, aik aisa aadmi jo ke zaheen na ho, woh to thori si baat maloomat us ko hongi, usi par mutmaen ho jaye ga woh.</w:t>
      </w:r>
    </w:p>
    <w:p>
      <w:pPr>
        <w:jc w:val="right"/>
      </w:pPr>
      <w:r>
        <w:t>ایک ذہین آدمی، ذہین آدمی جو ہے، ایک ایسا آدمی جو کہ ذہین نہ ہو، وہ تو تھوڑی سی بات معلومات اس کو ہوں گی، اسی پر مطمئن ہو جائے گا وہ۔</w:t>
      </w:r>
    </w:p>
    <w:p>
      <w:r>
        <w:rPr>
          <w:b/>
        </w:rPr>
        <w:t xml:space="preserve">[37:04] </w:t>
      </w:r>
      <w:r>
        <w:t>lekin zaheen aadmi ko har cheez ka explanation chahiye, to woh to mutala karna parhe ga.</w:t>
      </w:r>
    </w:p>
    <w:p>
      <w:pPr>
        <w:jc w:val="right"/>
      </w:pPr>
      <w:r>
        <w:t>لیکن ذہین آدمی کو ہر چیز کا ایکسپلینیشن چاہیے، تو وہ تو مطالعہ کرنا پڑے گا۔</w:t>
      </w:r>
    </w:p>
    <w:p>
      <w:r>
        <w:rPr>
          <w:b/>
        </w:rPr>
        <w:t xml:space="preserve">[37:12] </w:t>
      </w:r>
      <w:r>
        <w:t>mutale ke baghair aisa aadmi mutmaen nahin ho sakta.</w:t>
      </w:r>
    </w:p>
    <w:p>
      <w:pPr>
        <w:jc w:val="right"/>
      </w:pPr>
      <w:r>
        <w:t>مطالعے کے بغیر ایسا آدمی مطمئن نہیں ہو سکتا۔</w:t>
      </w:r>
    </w:p>
    <w:p>
      <w:r>
        <w:rPr>
          <w:b/>
        </w:rPr>
        <w:t xml:space="preserve">[37:21] </w:t>
      </w:r>
      <w:r>
        <w:t>mister ikram ullah ne kolkata se likha hai, "aap khuda se kis tarah ki mohabbat karte hain?</w:t>
      </w:r>
    </w:p>
    <w:p>
      <w:pPr>
        <w:jc w:val="right"/>
      </w:pPr>
      <w:r>
        <w:t>مسٹر اکرام اللہ نے کلکتہ سے لکھا ہے، "آپ خدا سے کس طرح کی محبت کرتے ہیں؟</w:t>
      </w:r>
    </w:p>
    <w:p>
      <w:r>
        <w:rPr>
          <w:b/>
        </w:rPr>
        <w:t xml:space="preserve">[37:32] </w:t>
      </w:r>
      <w:r>
        <w:t>is ki koi misaal dijiye taake hum allah ki mohabbat ko samajh saken."</w:t>
      </w:r>
    </w:p>
    <w:p>
      <w:pPr>
        <w:jc w:val="right"/>
      </w:pPr>
      <w:r>
        <w:t>اس کی کوئی مثال دیجئے تاکہ ہم اللہ کی محبت کو سمجھ سکیں۔"</w:t>
      </w:r>
    </w:p>
    <w:p>
      <w:r>
        <w:rPr>
          <w:b/>
        </w:rPr>
        <w:t xml:space="preserve">[37:42] </w:t>
      </w:r>
      <w:r>
        <w:t>ab har cheez jo aap ko hasil hai, us ko khuda ki taraf se diya hua samjhiye.</w:t>
      </w:r>
    </w:p>
    <w:p>
      <w:pPr>
        <w:jc w:val="right"/>
      </w:pPr>
      <w:r>
        <w:t>اب ہر چیز جو آپ کو حاصل ہے، اس کو خدا کی طرف سے دیا ہوا سمجھیے۔</w:t>
      </w:r>
    </w:p>
    <w:p>
      <w:r>
        <w:rPr>
          <w:b/>
        </w:rPr>
        <w:t xml:space="preserve">[37:52] </w:t>
      </w:r>
      <w:r>
        <w:t>mein ne aik aik baap ko dekha, us ka us ka beta jo hai, chala gaya tha bahir kisi daish mein.</w:t>
      </w:r>
    </w:p>
    <w:p>
      <w:pPr>
        <w:jc w:val="right"/>
      </w:pPr>
      <w:r>
        <w:t>میں نے ایک ایک باپ کو دیکھا، اس کا اس کا بیٹا جو ہے، چلا گیا تھا باہر کسی دیش میں۔</w:t>
      </w:r>
    </w:p>
    <w:p>
      <w:r>
        <w:rPr>
          <w:b/>
        </w:rPr>
        <w:t xml:space="preserve">[38:02] </w:t>
      </w:r>
      <w:r>
        <w:t>to bohat dinon, bohat barson ke baad, is ne baap ke liye kapra bheja,</w:t>
      </w:r>
    </w:p>
    <w:p>
      <w:pPr>
        <w:jc w:val="right"/>
      </w:pPr>
      <w:r>
        <w:t>تو بہت دنوں، بہت برسوں کے بعد، اس نے باپ کے لیے کپڑا بھیجا،</w:t>
      </w:r>
    </w:p>
    <w:p>
      <w:r>
        <w:rPr>
          <w:b/>
        </w:rPr>
        <w:t xml:space="preserve">[38:09] </w:t>
      </w:r>
      <w:r>
        <w:t>bohat acha kapra. to jab woh aa ke aik aadmi le kar aaya, to kaha ke aap ke bete ne wohi wohin kaam karta tha, dono ke yeh kapra aap ke liye diya hai.</w:t>
      </w:r>
    </w:p>
    <w:p>
      <w:pPr>
        <w:jc w:val="right"/>
      </w:pPr>
      <w:r>
        <w:t>بہت اچھا کپڑا۔ تو جب وہ آ کے ایک آدمی لے کر آیا، تو کہا کہ آپ کے بیٹے نے وہی وہیں کام کرتا تھا، دونوں کہ یہ کپڑا آپ کے لیے دیا ہے۔</w:t>
      </w:r>
    </w:p>
    <w:p>
      <w:r>
        <w:rPr>
          <w:b/>
        </w:rPr>
        <w:t xml:space="preserve">[38:21] </w:t>
      </w:r>
      <w:r>
        <w:t>to baap us ko le kar ke aise laga choomne laga aur rone laga.</w:t>
      </w:r>
    </w:p>
    <w:p>
      <w:pPr>
        <w:jc w:val="right"/>
      </w:pPr>
      <w:r>
        <w:t>تو باپ اس کو لے کر کے ایسے لگا چومنے لگا اور رونے لگا۔</w:t>
      </w:r>
    </w:p>
    <w:p>
      <w:r>
        <w:rPr>
          <w:b/>
        </w:rPr>
        <w:t xml:space="preserve">[38:28] </w:t>
      </w:r>
      <w:r>
        <w:t>to woh mohabbat jo bete se hai, woh yaani ke loot aayi us ke andar. to aik kapre ko dekh kar ke us ke andar mohabbat jazba ubhar aaya bete ke liye.</w:t>
      </w:r>
    </w:p>
    <w:p>
      <w:pPr>
        <w:jc w:val="right"/>
      </w:pPr>
      <w:r>
        <w:t>تو وہ محبت جو بیٹے سے ہے، وہ یعنی کہ لوٹ آئی اس کے اندر۔ تو ایک کپڑے کو دیکھ کر کے اس کے اندر محبت جذبہ ابھر آیا بیٹے کے لیے۔</w:t>
      </w:r>
    </w:p>
    <w:p>
      <w:r>
        <w:rPr>
          <w:b/>
        </w:rPr>
        <w:t xml:space="preserve">[38:40] </w:t>
      </w:r>
      <w:r>
        <w:t>to sari kainat ko dekh kar ke nahi paida hota, har cheez mein.</w:t>
      </w:r>
    </w:p>
    <w:p>
      <w:pPr>
        <w:jc w:val="right"/>
      </w:pPr>
      <w:r>
        <w:t>تو ساری کائنات کو دیکھ کر کے نہیں پیدا ہوتا، ہر چیز میں۔</w:t>
      </w:r>
    </w:p>
    <w:p>
      <w:r>
        <w:rPr>
          <w:b/>
        </w:rPr>
        <w:t xml:space="preserve">[38:46] </w:t>
      </w:r>
      <w:r>
        <w:t>yahan tak ke jaise ke maula ne kaha ke pani hai, aap pyas lagi, aap ko pani aap ne uthaya peene ke liye.</w:t>
      </w:r>
    </w:p>
    <w:p>
      <w:pPr>
        <w:jc w:val="right"/>
      </w:pPr>
      <w:r>
        <w:t>یہاں تک کہ جیسے کہ مولا نے کہا کہ پانی ہے، آپ پیاس لگی، آپ کو پانی آپ نے اٹھایا پینے کے لیے۔</w:t>
      </w:r>
    </w:p>
    <w:p>
      <w:r>
        <w:rPr>
          <w:b/>
        </w:rPr>
        <w:t xml:space="preserve">[38:56] </w:t>
      </w:r>
      <w:r>
        <w:t>to aap sochiye ke pani kaise bana? sari kainat mein ke pani nahi, siwaye zameen ke.</w:t>
      </w:r>
    </w:p>
    <w:p>
      <w:pPr>
        <w:jc w:val="right"/>
      </w:pPr>
      <w:r>
        <w:t>تو آپ سوچیے کہ پانی کیسے بنا؟ ساری کائنات میں کہ پانی نہیں، سوائے زمین کے۔</w:t>
      </w:r>
    </w:p>
    <w:p>
      <w:r>
        <w:rPr>
          <w:b/>
        </w:rPr>
        <w:t xml:space="preserve">[39:03] </w:t>
      </w:r>
      <w:r>
        <w:t>sirf zameen hi hai jahan pani hai. aur pani jab nahi tha to yahan gases theen. do gases milne se aik liquid water ban gaya.</w:t>
      </w:r>
    </w:p>
    <w:p>
      <w:pPr>
        <w:jc w:val="right"/>
      </w:pPr>
      <w:r>
        <w:t>صرف زمین ہی ہے جہاں پانی ہے۔ اور پانی جب نہیں تھا تو یہاں گیسز تھیں۔ دو گیسز ملنے سے ایک لیکوڈ واٹر بن گیا۔</w:t>
      </w:r>
    </w:p>
    <w:p>
      <w:r>
        <w:rPr>
          <w:b/>
        </w:rPr>
        <w:t xml:space="preserve">[39:15] </w:t>
      </w:r>
      <w:r>
        <w:t>aur phir hamare liye itna ziyada mozu hai hamare jism ki zaroorat ke liye.</w:t>
      </w:r>
    </w:p>
    <w:p>
      <w:pPr>
        <w:jc w:val="right"/>
      </w:pPr>
      <w:r>
        <w:t>اور پھر ہمارے لیے اتنا زیادہ موضوع ہے ہمارے جسم کی ضرورت کے لیے۔</w:t>
      </w:r>
    </w:p>
    <w:p>
      <w:r>
        <w:rPr>
          <w:b/>
        </w:rPr>
        <w:t xml:space="preserve">[39:21] </w:t>
      </w:r>
      <w:r>
        <w:t>jaise sochenge, sochenge, sochenge to yaani mohabbat ka chashma ublega aap ke seene mein. to har cheez hum mein bol raha hoon, us ko soch kar ke bhi yahi aap ke andar jazba aayega.</w:t>
      </w:r>
    </w:p>
    <w:p>
      <w:pPr>
        <w:jc w:val="right"/>
      </w:pPr>
      <w:r>
        <w:t>جیسے سوچیں گے، سوچیں گے، سوچیں گے تو یعنی محبت کا چشمہ ابلے گا آپ کے سینے میں۔ تو ہر چیز ہم میں بول رہا ہوں، اس کو سوچ کر کے بھی یہی آپ کے اندر جذبہ آئے گا۔</w:t>
      </w:r>
    </w:p>
    <w:p>
      <w:r>
        <w:rPr>
          <w:b/>
        </w:rPr>
        <w:t xml:space="preserve">[39:36] </w:t>
      </w:r>
      <w:r>
        <w:t>kaise mujhe bolne ki salahiyat de di? kaise mein bol raha hoon? kaise mein soch raha hoon? kaise bol raha hoon? kaise sun raha hoon?</w:t>
      </w:r>
    </w:p>
    <w:p>
      <w:pPr>
        <w:jc w:val="right"/>
      </w:pPr>
      <w:r>
        <w:t>کیسے مجھے بولنے کی صلاحیت دے دی؟ کیسے میں بول رہا ہوں؟ کیسے میں سوچ رہا ہوں؟ کیسے بول رہا ہوں؟ کیسے سن رہا ہوں؟</w:t>
      </w:r>
    </w:p>
    <w:p>
      <w:r>
        <w:rPr>
          <w:b/>
        </w:rPr>
        <w:t xml:space="preserve">[39:44] </w:t>
      </w:r>
      <w:r>
        <w:t>to nematton ka jitna ziyada aap yaad karenge, utni Allah se mohabbat barhegi. nematton se bahir jitni ghaflat rahegi, utni mohabbat ka jazba thanda pad jayega.</w:t>
      </w:r>
    </w:p>
    <w:p>
      <w:pPr>
        <w:jc w:val="right"/>
      </w:pPr>
      <w:r>
        <w:t>تو نعمتوں کا جتنا زیادہ آپ یاد کریں گے، اتنی اللہ سے محبت بڑھے گی۔ نعمتوں سے باہر جتنی غفلت رہے گی، اتنی محبت کا جذبہ ٹھنڈا پڑ جائے گا۔</w:t>
      </w:r>
    </w:p>
    <w:p>
      <w:r>
        <w:rPr>
          <w:b/>
        </w:rPr>
        <w:t xml:space="preserve">[39:58] </w:t>
      </w:r>
      <w:r>
        <w:t>maulana sharq hussain ne dilli se sawal kiya hai, "insan har mili hui nematton ko khuda ki bajaye apne khane mein dalta hai.</w:t>
      </w:r>
    </w:p>
    <w:p>
      <w:pPr>
        <w:jc w:val="right"/>
      </w:pPr>
      <w:r>
        <w:t>مولانا شارق حسین نے دلی سے سوال کیا ہے، "انسان ہر ملی ہوئی نعمتوں کو خدا کی بجائے اپنے کھانے میں ڈالتا ہے۔</w:t>
      </w:r>
    </w:p>
    <w:p>
      <w:r>
        <w:rPr>
          <w:b/>
        </w:rPr>
        <w:t xml:space="preserve">[40:10] </w:t>
      </w:r>
      <w:r>
        <w:t>is ki wajah kya hai? is ko kaise badla ja sakta hai taake khuda ke liye sachi mohabbat paida ho sake?"</w:t>
      </w:r>
    </w:p>
    <w:p>
      <w:pPr>
        <w:jc w:val="right"/>
      </w:pPr>
      <w:r>
        <w:t>اس کی وجہ کیا ہے؟ اس کو کیسے بدلا جا سکتا ہے تاکہ خدا کے لیے سچی محبت پیدا ہو سکے؟"</w:t>
      </w:r>
    </w:p>
    <w:p>
      <w:r>
        <w:rPr>
          <w:b/>
        </w:rPr>
        <w:t xml:space="preserve">[40:20] </w:t>
      </w:r>
      <w:r>
        <w:t>dekhen, insan jo hai, zahir pasand hai. bazahir to yeh hai ke woh mujhe apni mehnat se kamai se mil rahi hai, maslan kisi ne de diya to mil gayi, khud kamaya to mil gayi.</w:t>
      </w:r>
    </w:p>
    <w:p>
      <w:pPr>
        <w:jc w:val="right"/>
      </w:pPr>
      <w:r>
        <w:t>دیکھیں، انسان جو ہے، ظاہر پسند ہے۔ بظاہر تو یہ ہے کہ وہ مجھے اپنی محنت سے کمائی سے مل رہی ہے، مثلاً کسی نے دے دیا تو مل گئی، خود کمایا تو مل گئی۔</w:t>
      </w:r>
    </w:p>
    <w:p>
      <w:r>
        <w:rPr>
          <w:b/>
        </w:rPr>
        <w:t xml:space="preserve">[40:31] </w:t>
      </w:r>
      <w:r>
        <w:t>yeh baat ke khuda ki taraf se hai, yeh to chupa hua hai, woh to ghaib mein hai. isi liye hai "yoman bil ghaib" aaya quran majeed mein, ghaib par iman lana.</w:t>
      </w:r>
    </w:p>
    <w:p>
      <w:pPr>
        <w:jc w:val="right"/>
      </w:pPr>
      <w:r>
        <w:t>یہ بات کہ خدا کی طرف سے ہے، یہ تو چھپا ہوا ہے، وہ تو غیب میں ہے۔ اسی لیے ہے "یومن بالغیب" آیا قرآن مجید میں، غیب پر ایمان لانا۔</w:t>
      </w:r>
    </w:p>
    <w:p>
      <w:r>
        <w:rPr>
          <w:b/>
        </w:rPr>
        <w:t xml:space="preserve">[40:42] </w:t>
      </w:r>
      <w:r>
        <w:t>to aik hai zahir ko dekh kar ke zehn banna, aik hai ke soch kar, soch kar ke zehn banna.</w:t>
      </w:r>
    </w:p>
    <w:p>
      <w:pPr>
        <w:jc w:val="right"/>
      </w:pPr>
      <w:r>
        <w:t>تو ایک ہے ظاہر کو دیکھ کر کے ذہن بننا، ایک ہے کہ سوچ کر، سوچ کر کے ذہن بننا۔</w:t>
      </w:r>
    </w:p>
    <w:p>
      <w:r>
        <w:rPr>
          <w:b/>
        </w:rPr>
        <w:t xml:space="preserve">[40:53] </w:t>
      </w:r>
      <w:r>
        <w:t>to zahir se oopar uthna, zahir se oopar uth kar ke asal haqeeqat tak pahunchna, yeh yeh karna hai. jitna ziyada aik karenge, utni ziyada mohabbat barhegi.</w:t>
      </w:r>
    </w:p>
    <w:p>
      <w:pPr>
        <w:jc w:val="right"/>
      </w:pPr>
      <w:r>
        <w:t>تو ظاہر سے اوپر اٹھنا، ظاہر سے اوپر اٹھ کر کے اصل حقیقت تک پہنچنا، یہ یہ کرنا ہے۔ جتنا زیادہ ایک کریں گے، اتنی زیادہ محبت بڑھے گی۔</w:t>
      </w:r>
    </w:p>
    <w:p>
      <w:r>
        <w:rPr>
          <w:b/>
        </w:rPr>
        <w:t xml:space="preserve">[41:05] </w:t>
      </w:r>
      <w:r>
        <w:t>zahir mein atka rahega jo aadmi, to aala kaifiyat us ko nahi mil sakti. jo zahir se oopar uthega aur haqeeqat tak pahunchega, usi ke andar aala kaifiyat paida hogi.</w:t>
      </w:r>
    </w:p>
    <w:p>
      <w:pPr>
        <w:jc w:val="right"/>
      </w:pPr>
      <w:r>
        <w:t>ظاہر میں اٹکا رہے گا جو آدمی، تو اعلیٰ کیفیت اس کو نہیں مل سکتی۔ جو ظاہر سے اوپر اٹھے گا اور حقیقت تک پہنچے گا، اسی کے اندر اعلیٰ کیفیت پیدا ہوگی۔</w:t>
      </w:r>
    </w:p>
    <w:p>
      <w:r>
        <w:rPr>
          <w:b/>
        </w:rPr>
        <w:t xml:space="preserve">[41:20] </w:t>
      </w:r>
      <w:r>
        <w:t>maulana israr ne tamil nadu se sawal kiya hai, unhon ne likha hai ke Allah ki mohabbat ke izhaar ka tareeqa kya hai?</w:t>
      </w:r>
    </w:p>
    <w:p>
      <w:pPr>
        <w:jc w:val="right"/>
      </w:pPr>
      <w:r>
        <w:t>مولانا اسرار نے تمل ناڈو سے سوال کیا ہے، انہوں نے لکھا ہے کہ اللہ کی محبت کے اظہار کا طریقہ کیا ہے؟</w:t>
      </w:r>
    </w:p>
    <w:p>
      <w:r>
        <w:rPr>
          <w:b/>
        </w:rPr>
        <w:t xml:space="preserve">[41:28] </w:t>
      </w:r>
      <w:r>
        <w:t>is ke baray mein aap batayen.</w:t>
      </w:r>
    </w:p>
    <w:p>
      <w:pPr>
        <w:jc w:val="right"/>
      </w:pPr>
      <w:r>
        <w:t>اس کے بارے میں آپ بتائیں۔</w:t>
      </w:r>
    </w:p>
    <w:p>
      <w:r>
        <w:rPr>
          <w:b/>
        </w:rPr>
        <w:t xml:space="preserve">[41:31] </w:t>
      </w:r>
      <w:r>
        <w:t>bhai, dil se etiraf asal hai, asal cheez hai. dil se etiraf, dil se acknowledge karna. jab dil se acknowledge karenge to aap aap ki zuban par alfaaz aa jayenge.</w:t>
      </w:r>
    </w:p>
    <w:p>
      <w:pPr>
        <w:jc w:val="right"/>
      </w:pPr>
      <w:r>
        <w:t>بھئی، دل سے اعتراف اصل ہے، اصل چیز ہے۔ دل سے اعتراف، دل سے اکنالج کرنا۔ جب دل سے اکنالج کریں گے تو آپ آپ کی زبان پر الفاظ آ جائیں گے۔</w:t>
      </w:r>
    </w:p>
    <w:p>
      <w:r>
        <w:rPr>
          <w:b/>
        </w:rPr>
        <w:t xml:space="preserve">[41:43] </w:t>
      </w:r>
      <w:r>
        <w:t>jaise quran majeed ke jo woh hai</w:t>
      </w:r>
    </w:p>
    <w:p>
      <w:pPr>
        <w:jc w:val="right"/>
      </w:pPr>
      <w:r>
        <w:t>جیسے قرآن مجید کے جو وہ ہے</w:t>
      </w:r>
    </w:p>
    <w:p>
      <w:r>
        <w:rPr>
          <w:b/>
        </w:rPr>
        <w:t xml:space="preserve">[41:48] </w:t>
      </w:r>
      <w:r>
        <w:t>ayat "alhamdolillah rabbil alameen", yeh kaifiyat ka lafzon mein dhal jana hai. yeh pehli ayat hai, aap jante hain "alhamdolillah rabbil alameen", "alhamdolillah rabbil alameen".</w:t>
      </w:r>
    </w:p>
    <w:p>
      <w:pPr>
        <w:jc w:val="right"/>
      </w:pPr>
      <w:r>
        <w:t>آیت "الحمدللہ رب العالمین"، یہ کیفیت کا لفظوں میں ڈھل جانا ہے۔ یہ پہلی آیت ہے، آپ جانتے ہیں "الحمدللہ ربین"، "الحمدللہ رب العالمین"۔</w:t>
      </w:r>
    </w:p>
    <w:p>
      <w:r>
        <w:rPr>
          <w:b/>
        </w:rPr>
        <w:t xml:space="preserve">[42:01] </w:t>
      </w:r>
      <w:r>
        <w:t>kuch kuch alfaaz ka majmooa nahi hai. yeh yeh kaifiyat dil mein amri, aap aap ke andar</w:t>
      </w:r>
    </w:p>
    <w:p>
      <w:pPr>
        <w:jc w:val="right"/>
      </w:pPr>
      <w:r>
        <w:t>کچھ کچھ الفاظ کا مجموعہ نہیں ہے۔ یہ یہ کیفیت دل میں امڑی، آپ آپ کے اندر</w:t>
      </w:r>
    </w:p>
    <w:p>
      <w:r>
        <w:rPr>
          <w:b/>
        </w:rPr>
        <w:t xml:space="preserve">[42:09] </w:t>
      </w:r>
      <w:r>
        <w:t>aik kaifiyat amri. aap mein aap ne socha ke Allah teri rububiyat itni pehli hai saare alam mein, to kehta hai qabil e hamd hai. to yeh yeh jazba ubhra aap ke andar, woh lafzon mein dhal gaya.</w:t>
      </w:r>
    </w:p>
    <w:p>
      <w:pPr>
        <w:jc w:val="right"/>
      </w:pPr>
      <w:r>
        <w:t>ایک کیفیت امڑی۔ آپ میں آپ نے سوچا کہ اللہ تیری ربوبیت اتنی پہلی ہے سارے عالم میں، تو کہتا ہے قابل حمد ہے۔ تو یہ یہ جذبہ ابھرا آپ کے اندر، وہ لفظوں میں ڈھل گیا۔</w:t>
      </w:r>
    </w:p>
    <w:p>
      <w:r>
        <w:rPr>
          <w:b/>
        </w:rPr>
        <w:t xml:space="preserve">[42:23] </w:t>
      </w:r>
      <w:r>
        <w:t>mein samajhta hoon ke yahi hai izhaar e mohabbat.</w:t>
      </w:r>
    </w:p>
    <w:p>
      <w:pPr>
        <w:jc w:val="right"/>
      </w:pPr>
      <w:r>
        <w:t>میں سمجھتا ہوں کہ یہی ہے اظہار محبت۔</w:t>
      </w:r>
    </w:p>
    <w:p>
      <w:r>
        <w:rPr>
          <w:b/>
        </w:rPr>
        <w:t xml:space="preserve">[42:27] </w:t>
      </w:r>
      <w:r>
        <w:t>izhaar e mohabbat jo hai, daryaft se shuru hota hai, acknowledgement acknowledge karta hai. phir insaan, phir is ke qalbi jazbaat lafzon mein dhal dhal kar niklte hain, nikalne lagte hain.</w:t>
      </w:r>
    </w:p>
    <w:p>
      <w:pPr>
        <w:jc w:val="right"/>
      </w:pPr>
      <w:r>
        <w:t>اظہار محبت جو ہے، دریافت سے شروع ہوتا ہے، اکنالجمنٹ اکنالج کرتا ہے۔ پھر انسان، پھر اس کے قلبی جذبات لفظوں میں ڈھل ڈھل کر نکلتے ہیں، نکلنے لگتے ہیں۔</w:t>
      </w:r>
    </w:p>
    <w:p>
      <w:r>
        <w:rPr>
          <w:b/>
        </w:rPr>
        <w:t xml:space="preserve">[42:41] </w:t>
      </w:r>
      <w:r>
        <w:t>mein samajhta hoon ke yahi hai izhaar e mohabbat.</w:t>
      </w:r>
    </w:p>
    <w:p>
      <w:pPr>
        <w:jc w:val="right"/>
      </w:pPr>
      <w:r>
        <w:t>میں سمجھتا ہوں کہ یہی ہے اظہار محبت۔</w:t>
      </w:r>
    </w:p>
    <w:p>
      <w:r>
        <w:rPr>
          <w:b/>
        </w:rPr>
        <w:t xml:space="preserve">[42:45] </w:t>
      </w:r>
      <w:r>
        <w:t>koi hum Allah taala ko koi dirham o dinar thori de sakte hain, dirham o dinar nahi de sakte Allah taala ko. hum sirf aitraaf de sakte hain.</w:t>
      </w:r>
    </w:p>
    <w:p>
      <w:pPr>
        <w:jc w:val="right"/>
      </w:pPr>
      <w:r>
        <w:t>کوئی ہم اللہ تعالی کو کوئی درہم و دینار تھوڑی دے سکتے ہیں، درہم و دینار نہیں دے سکتے اللہ تعالی کو۔ ہم صرف اعتراف دے سکتے ہیں۔</w:t>
      </w:r>
    </w:p>
    <w:p>
      <w:r>
        <w:rPr>
          <w:b/>
        </w:rPr>
        <w:t xml:space="preserve">[43:03] </w:t>
      </w:r>
      <w:r>
        <w:t>Maulana Abdul Basit Umri ka Maulana aik comment aaya hai jis ko hum parhna chahte hain. unhon ne likha hai ke Maulana Allah ki marifat ka masla ho ya Allah ki mohabbat ka masla ya deen ki sachi spirit ka masla, mein ne pehli baar sahi maano mein aap ki zubani aur aap ki tehreeron se hi yeh sab jaana hai.</w:t>
      </w:r>
    </w:p>
    <w:p>
      <w:pPr>
        <w:jc w:val="right"/>
      </w:pPr>
      <w:r>
        <w:t>مولانا عبدالباسط عمری کا مولانا ایک کمنٹ آیا ہے جس کو ہم پڑھنا چاہتے ہیں۔ انہوں نے لکھا ہے کہ مولانا اللہ کی معرفت کا مسئلہ ہو یا اللہ کی محبت کا مسئلہ یا دین کی سچی سپرٹ کا مسئلہ، میں نے پہلی بار صحیح معنوں میں آپ کی زبانی اور آپ کی تحریروں سے ہی یہ سب جانا ہے۔</w:t>
      </w:r>
    </w:p>
    <w:p>
      <w:r>
        <w:rPr>
          <w:b/>
        </w:rPr>
        <w:t xml:space="preserve">[43:26] </w:t>
      </w:r>
      <w:r>
        <w:t>Maulana, hamare liye dua kijiye ke hum maren to is haal mein maren ke hum Allah ko poori tarah daryaft kar chuke hon aur Allah se sab se zyada mohabbat ka hum tajruba aur saboot bhi pesh kar chuke hon.</w:t>
      </w:r>
    </w:p>
    <w:p>
      <w:pPr>
        <w:jc w:val="right"/>
      </w:pPr>
      <w:r>
        <w:t>مولانا، ہمارے لیے دعا کیجئے کہ ہم مریں تو اس حال میں مریں کہ ہم اللہ کو پوری طرح دریافت کر چکے ہوں اور اللہ سے سب سے زیادہ محبت کا ہم تجربہ اور ثبوت بھی پیش کر چکے ہوں۔</w:t>
      </w:r>
    </w:p>
    <w:p>
      <w:r>
        <w:rPr>
          <w:b/>
        </w:rPr>
        <w:t xml:space="preserve">[43:42] </w:t>
      </w:r>
      <w:r>
        <w:t>Allah taala hamare liye, aap ke liye aur sab ke liye in alfaaz ko qabool farmaye. hum sab ko is ki zaroorat hai, hum sab isi ke mohtaaj hain.</w:t>
      </w:r>
    </w:p>
    <w:p>
      <w:pPr>
        <w:jc w:val="right"/>
      </w:pPr>
      <w:r>
        <w:t>اللہ تعالی ہمارے لیے، آپ کے لیے اور سب کے لیے ان الفاظ کو قبول فرمائے۔ ہم سب کو اس کی ضرورت ہے، ہم سب اسی کے محتاج ہیں۔</w:t>
      </w:r>
    </w:p>
    <w:p>
      <w:r>
        <w:rPr>
          <w:b/>
        </w:rPr>
        <w:t xml:space="preserve">[43:53] </w:t>
      </w:r>
      <w:r>
        <w:t>to Allah taala hum sab ke liye is dua ko qabool farmaye.</w:t>
      </w:r>
    </w:p>
    <w:p>
      <w:pPr>
        <w:jc w:val="right"/>
      </w:pPr>
      <w:r>
        <w:t>تو اللہ تعالی ہم سب کے لیے اس دعا کو قبول فرمائے۔</w:t>
      </w:r>
    </w:p>
    <w:p>
      <w:r>
        <w:rPr>
          <w:b/>
        </w:rPr>
        <w:t xml:space="preserve">[43:59] </w:t>
      </w:r>
      <w:r>
        <w:t>Maulana Shariq Hussain ne Delhi se sawal kiya hai, unhon ne likha hai aap ne farmaya pehle daur mein mohabbat elahi ka traditional framework tha, to aaj scientific framework maujood hai.</w:t>
      </w:r>
    </w:p>
    <w:p>
      <w:pPr>
        <w:jc w:val="right"/>
      </w:pPr>
      <w:r>
        <w:t>مولانا شارق حسین نے دلی سے سوال کیا ہے، انہوں نے لکھا ہے آپ نے فرمایا پہلے دور میں محبت الہی کا ٹریڈیشنل فریم ورک تھا، تو آج سائنٹیفک فریم ورک موجود ہے۔</w:t>
      </w:r>
    </w:p>
    <w:p>
      <w:r>
        <w:rPr>
          <w:b/>
        </w:rPr>
        <w:t xml:space="preserve">[44:15] </w:t>
      </w:r>
      <w:r>
        <w:t>is liye pehle agar mohabbat elahi ka chashma ubalta tha, aaj ke daur mein samandar ubhalna chahiye. Maulana, is se maloom hota hai ke jis darje ki mohabbat tak ashaab e rasool nahi pahunch sake, hum us darje ki mohabbat tak pahunch sakte hain.</w:t>
      </w:r>
    </w:p>
    <w:p>
      <w:pPr>
        <w:jc w:val="right"/>
      </w:pPr>
      <w:r>
        <w:t>اس لیے پہلے اگر محبت الہی کا چشمہ ابلتا تھا، آج کے دور میں سمندر ابلنا چاہیے۔ مولانا، اس سے معلوم ہوتا ہے کہ جس درجے کی محبت تک اصحاب رسول نہیں پہنچ سکے، ہم اس درجے کی محبت تک پہنچ سکتے ہیں۔</w:t>
      </w:r>
    </w:p>
    <w:p>
      <w:r>
        <w:rPr>
          <w:b/>
        </w:rPr>
        <w:t xml:space="preserve">[44:35] </w:t>
      </w:r>
      <w:r>
        <w:t>kya yeh ashaab e rasool ki toheen nahi hai?</w:t>
      </w:r>
    </w:p>
    <w:p>
      <w:pPr>
        <w:jc w:val="right"/>
      </w:pPr>
      <w:r>
        <w:t>کیا یہ اصحاب رسول کی توہین نہیں ہے؟</w:t>
      </w:r>
    </w:p>
    <w:p>
      <w:r>
        <w:rPr>
          <w:b/>
        </w:rPr>
        <w:t xml:space="preserve">[44:39] </w:t>
      </w:r>
      <w:r>
        <w:t>dekhein, baatein kai aati hain samajhne ke liye, sher morab Muhammad sahib ke ibret ke liye nahi. yeh yeh istalahein jo hain, dimaagh se nikaal diye, toheen waghera ki istalahein, yeh sab bidat hai.</w:t>
      </w:r>
    </w:p>
    <w:p>
      <w:pPr>
        <w:jc w:val="right"/>
      </w:pPr>
      <w:r>
        <w:t>دیکھیں، باتیں کئی آتی ہیں سمجھنے کے لیے، شیر مورب محمد صاحب کے عبرت کے لیے نہیں۔ یہ یہ اصطلاحیں جو ہیں، دماغ سے نکال دیے، توہین وغیرہ کی اصطلاحیں، یہ سب بدعت ہے۔</w:t>
      </w:r>
    </w:p>
    <w:p>
      <w:r>
        <w:rPr>
          <w:b/>
        </w:rPr>
        <w:t xml:space="preserve">[44:52] </w:t>
      </w:r>
      <w:r>
        <w:t>bidat rasool Allah ke zamane mein lafz toheen nahi billata tha, aisa nahi billata tha.</w:t>
      </w:r>
    </w:p>
    <w:p>
      <w:pPr>
        <w:jc w:val="right"/>
      </w:pPr>
      <w:r>
        <w:t>بدعت رسول اللہ کے زمانے میں لفظ توہین نہیں بلاتا تھا، ایسا نہیں بلاتا تھا۔</w:t>
      </w:r>
    </w:p>
    <w:p>
      <w:r>
        <w:rPr>
          <w:b/>
        </w:rPr>
        <w:t xml:space="preserve">[45:01] </w:t>
      </w:r>
      <w:r>
        <w:t>Hazrat Umar ke baray mein rasool Allah ne farmaya ke yeh lam aur lam aur aap qari free ho. kya saare sahaba ki to</w:t>
      </w:r>
    </w:p>
    <w:p>
      <w:pPr>
        <w:jc w:val="right"/>
      </w:pPr>
      <w:r>
        <w:t>حضرت عمر کے بارے میں رسول اللہ نے فرمایا کہ یہ لم اور لم اور آپ قاری فری ہو۔ کیا سارے صحابہ کی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