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Role of a Woman March 8, 2020 Maulana Wahiduddin Khan</w:t>
      </w:r>
    </w:p>
    <w:p>
      <w:r>
        <w:t>https://www.youtube.com/watch?v=aBPy_KTsk1A</w:t>
      </w:r>
    </w:p>
    <w:p>
      <w:r>
        <w:rPr>
          <w:b/>
        </w:rPr>
        <w:t xml:space="preserve">[00:13] </w:t>
      </w:r>
      <w:r>
        <w:t>bismillah rahman rahim. 8 March 2022.</w:t>
      </w:r>
    </w:p>
    <w:p>
      <w:pPr>
        <w:jc w:val="right"/>
      </w:pPr>
      <w:r>
        <w:t>بسم اللہ الرحمن الرحیم۔ 8 مارچ 2022۔</w:t>
      </w:r>
    </w:p>
    <w:p>
      <w:r>
        <w:rPr>
          <w:b/>
        </w:rPr>
        <w:t xml:space="preserve">[00:25] </w:t>
      </w:r>
      <w:r>
        <w:t>aaj ke din ko</w:t>
      </w:r>
    </w:p>
    <w:p>
      <w:pPr>
        <w:jc w:val="right"/>
      </w:pPr>
      <w:r>
        <w:t>آج کے دن کو</w:t>
      </w:r>
    </w:p>
    <w:p>
      <w:r>
        <w:rPr>
          <w:b/>
        </w:rPr>
        <w:t xml:space="preserve">[00:30] </w:t>
      </w:r>
      <w:r>
        <w:t>womens day kaha jata hai,</w:t>
      </w:r>
    </w:p>
    <w:p>
      <w:pPr>
        <w:jc w:val="right"/>
      </w:pPr>
      <w:r>
        <w:t>وومنز ڈے کہا جاتا ہے،</w:t>
      </w:r>
    </w:p>
    <w:p>
      <w:r>
        <w:rPr>
          <w:b/>
        </w:rPr>
        <w:t xml:space="preserve">[00:34] </w:t>
      </w:r>
      <w:r>
        <w:t>khawateen ka din.</w:t>
      </w:r>
    </w:p>
    <w:p>
      <w:pPr>
        <w:jc w:val="right"/>
      </w:pPr>
      <w:r>
        <w:t>خواتین کا دن۔</w:t>
      </w:r>
    </w:p>
    <w:p>
      <w:r>
        <w:rPr>
          <w:b/>
        </w:rPr>
        <w:t xml:space="preserve">[00:41] </w:t>
      </w:r>
      <w:r>
        <w:t>yeh</w:t>
      </w:r>
    </w:p>
    <w:p>
      <w:pPr>
        <w:jc w:val="right"/>
      </w:pPr>
      <w:r>
        <w:t>یہ</w:t>
      </w:r>
    </w:p>
    <w:p>
      <w:r>
        <w:rPr>
          <w:b/>
        </w:rPr>
        <w:t xml:space="preserve">[00:48] </w:t>
      </w:r>
      <w:r>
        <w:t>aik saying raaij ho gayi hai:</w:t>
      </w:r>
    </w:p>
    <w:p>
      <w:pPr>
        <w:jc w:val="right"/>
      </w:pPr>
      <w:r>
        <w:t>ایک saying رائج ہو گئی ہے:</w:t>
      </w:r>
    </w:p>
    <w:p>
      <w:r>
        <w:rPr>
          <w:b/>
        </w:rPr>
        <w:t xml:space="preserve">[00:56] </w:t>
      </w:r>
      <w:r>
        <w:t>"there's a woman at the beginning of all great things."</w:t>
      </w:r>
    </w:p>
    <w:p>
      <w:pPr>
        <w:jc w:val="right"/>
      </w:pPr>
      <w:r>
        <w:t>"There's a woman at the beginning of all great things."</w:t>
      </w:r>
    </w:p>
    <w:p>
      <w:r>
        <w:rPr>
          <w:b/>
        </w:rPr>
        <w:t xml:space="preserve">[01:04] </w:t>
      </w:r>
      <w:r>
        <w:t>yeh saying</w:t>
      </w:r>
    </w:p>
    <w:p>
      <w:pPr>
        <w:jc w:val="right"/>
      </w:pPr>
      <w:r>
        <w:t>یہ saying</w:t>
      </w:r>
    </w:p>
    <w:p>
      <w:r>
        <w:rPr>
          <w:b/>
        </w:rPr>
        <w:t xml:space="preserve">[01:10] </w:t>
      </w:r>
      <w:r>
        <w:t>aik french writer ki taraf mansoob hai, lekin mein samajhta hoon ke</w:t>
      </w:r>
    </w:p>
    <w:p>
      <w:pPr>
        <w:jc w:val="right"/>
      </w:pPr>
      <w:r>
        <w:t>ایک فرنچ رائٹر کی طرف منسوب ہے، لیکن میں سمجھتا ہوں کہ</w:t>
      </w:r>
    </w:p>
    <w:p>
      <w:r>
        <w:rPr>
          <w:b/>
        </w:rPr>
        <w:t xml:space="preserve">[01:20] </w:t>
      </w:r>
      <w:r>
        <w:t>yeh title</w:t>
      </w:r>
    </w:p>
    <w:p>
      <w:pPr>
        <w:jc w:val="right"/>
      </w:pPr>
      <w:r>
        <w:t>یہ ٹائٹل</w:t>
      </w:r>
    </w:p>
    <w:p>
      <w:r>
        <w:rPr>
          <w:b/>
        </w:rPr>
        <w:t xml:space="preserve">[01:29] </w:t>
      </w:r>
      <w:r>
        <w:t>sab se zyada milna chahiye hazrat hajra ko. hazrat hajra ko.</w:t>
      </w:r>
    </w:p>
    <w:p>
      <w:pPr>
        <w:jc w:val="right"/>
      </w:pPr>
      <w:r>
        <w:t>سب سے زیادہ ملنا چاہیے حضرت ہاجرہ کو۔ حضرت ہاجرہ کو۔</w:t>
      </w:r>
    </w:p>
    <w:p>
      <w:r>
        <w:rPr>
          <w:b/>
        </w:rPr>
        <w:t xml:space="preserve">[01:41] </w:t>
      </w:r>
      <w:r>
        <w:t>woh kaise? dunya mein ek</w:t>
      </w:r>
    </w:p>
    <w:p>
      <w:pPr>
        <w:jc w:val="right"/>
      </w:pPr>
      <w:r>
        <w:t>وہ کیسے؟ دنیا میں ایک</w:t>
      </w:r>
    </w:p>
    <w:p>
      <w:r>
        <w:rPr>
          <w:b/>
        </w:rPr>
        <w:t xml:space="preserve">[01:48] </w:t>
      </w:r>
      <w:r>
        <w:t>evil jari ho gayi thi, yeh baat kahi hai</w:t>
      </w:r>
    </w:p>
    <w:p>
      <w:pPr>
        <w:jc w:val="right"/>
      </w:pPr>
      <w:r>
        <w:t>evil جاری ہو گئی تھی، یہ بات کہی ہے</w:t>
      </w:r>
    </w:p>
    <w:p>
      <w:r>
        <w:rPr>
          <w:b/>
        </w:rPr>
        <w:t xml:space="preserve">[02:01] </w:t>
      </w:r>
      <w:r>
        <w:t>albert tin bi ne. woh thi</w:t>
      </w:r>
    </w:p>
    <w:p>
      <w:pPr>
        <w:jc w:val="right"/>
      </w:pPr>
      <w:r>
        <w:t>آلبرٹ ٹن بی نے۔ وہ تھی</w:t>
      </w:r>
    </w:p>
    <w:p>
      <w:r>
        <w:rPr>
          <w:b/>
        </w:rPr>
        <w:t xml:space="preserve">[02:13] </w:t>
      </w:r>
      <w:r>
        <w:t>suraj chand ki parastish.</w:t>
      </w:r>
    </w:p>
    <w:p>
      <w:pPr>
        <w:jc w:val="right"/>
      </w:pPr>
      <w:r>
        <w:t>سورج چاند کی پرستش۔</w:t>
      </w:r>
    </w:p>
    <w:p>
      <w:r>
        <w:rPr>
          <w:b/>
        </w:rPr>
        <w:t xml:space="preserve">[02:21] </w:t>
      </w:r>
      <w:r>
        <w:t>insan jab dunya mein paida hua, dunya mein basa toh usne dekha ke</w:t>
      </w:r>
    </w:p>
    <w:p>
      <w:pPr>
        <w:jc w:val="right"/>
      </w:pPr>
      <w:r>
        <w:t>انسان جب دنیا میں پیدا ہوا، دنیا میں بسا تو اس نے دیکھا کہ</w:t>
      </w:r>
    </w:p>
    <w:p>
      <w:r>
        <w:rPr>
          <w:b/>
        </w:rPr>
        <w:t xml:space="preserve">[02:30] </w:t>
      </w:r>
      <w:r>
        <w:t>sab se zyada roshan jo cheez hai woh hai suraj chand aur sitare.</w:t>
      </w:r>
    </w:p>
    <w:p>
      <w:pPr>
        <w:jc w:val="right"/>
      </w:pPr>
      <w:r>
        <w:t>سب سے زیادہ روشن جو چیز ہے وہ ہے سورج چاند اور ستارے۔</w:t>
      </w:r>
    </w:p>
    <w:p>
      <w:r>
        <w:rPr>
          <w:b/>
        </w:rPr>
        <w:t xml:space="preserve">[02:44] </w:t>
      </w:r>
      <w:r>
        <w:t>hazrat ibrahim ki zuban se is baat ka</w:t>
      </w:r>
    </w:p>
    <w:p>
      <w:pPr>
        <w:jc w:val="right"/>
      </w:pPr>
      <w:r>
        <w:t>حضرت ابراہیم کی زبان سے اس بات کا</w:t>
      </w:r>
    </w:p>
    <w:p>
      <w:r>
        <w:rPr>
          <w:b/>
        </w:rPr>
        <w:t xml:space="preserve">[02:53] </w:t>
      </w:r>
      <w:r>
        <w:t>izhaar kiya gaya tha bohat pehle. quran mein yeh ayat hai hazrat ibrahim ki zuban se:</w:t>
      </w:r>
    </w:p>
    <w:p>
      <w:pPr>
        <w:jc w:val="right"/>
      </w:pPr>
      <w:r>
        <w:t>اظہار کیا گیا تھا بہت پہلے۔ قرآن میں یہ آیت ہے حضرت ابراہیم کی زبان سے:</w:t>
      </w:r>
    </w:p>
    <w:p>
      <w:r>
        <w:rPr>
          <w:b/>
        </w:rPr>
        <w:t xml:space="preserve">[03:10] </w:t>
      </w:r>
      <w:r>
        <w:t>rabbi innahun azlalna katheeran may lard</w:t>
      </w:r>
    </w:p>
    <w:p>
      <w:pPr>
        <w:jc w:val="right"/>
      </w:pPr>
      <w:r>
        <w:t>رَبِّ إِنَّهُنَّ أَذْلَلْنَ كَثِيرًا مَيْ لَارْد</w:t>
      </w:r>
    </w:p>
    <w:p>
      <w:r>
        <w:rPr>
          <w:b/>
        </w:rPr>
        <w:t xml:space="preserve">[03:22] </w:t>
      </w:r>
      <w:r>
        <w:t>They have</w:t>
      </w:r>
    </w:p>
    <w:p>
      <w:pPr>
        <w:jc w:val="right"/>
      </w:pPr>
      <w:r>
        <w:t>They have</w:t>
      </w:r>
    </w:p>
    <w:p>
      <w:r>
        <w:rPr>
          <w:b/>
        </w:rPr>
        <w:t xml:space="preserve">[03:29] </w:t>
      </w:r>
      <w:r>
        <w:t>misled</w:t>
      </w:r>
    </w:p>
    <w:p>
      <w:pPr>
        <w:jc w:val="right"/>
      </w:pPr>
      <w:r>
        <w:t>misled</w:t>
      </w:r>
    </w:p>
    <w:p>
      <w:r>
        <w:rPr>
          <w:b/>
        </w:rPr>
        <w:t xml:space="preserve">[03:36] </w:t>
      </w:r>
      <w:r>
        <w:t>the mankind. toh insan ne jab dekha ke aasman par jo sab se zyada roshan cheezein hain woh suraj hai, chand hai aur sitare hain</w:t>
      </w:r>
    </w:p>
    <w:p>
      <w:pPr>
        <w:jc w:val="right"/>
      </w:pPr>
      <w:r>
        <w:t>the mankind. تو انسان نے جب دیکھا کہ آسمان پر جو سب سے زیادہ روشن چیزیں ہیں وہ سورج ہے، چاند ہے اور ستارے ہیں</w:t>
      </w:r>
    </w:p>
    <w:p>
      <w:r>
        <w:rPr>
          <w:b/>
        </w:rPr>
        <w:t xml:space="preserve">[03:54] </w:t>
      </w:r>
      <w:r>
        <w:t>to insaan ne, ibtidai insaan ne yeh samajh liya</w:t>
      </w:r>
    </w:p>
    <w:p>
      <w:pPr>
        <w:jc w:val="right"/>
      </w:pPr>
      <w:r>
        <w:t>تو انسان نے، ابتدائی انسان نے یہ سمجھ لیا</w:t>
      </w:r>
    </w:p>
    <w:p>
      <w:r>
        <w:rPr>
          <w:b/>
        </w:rPr>
        <w:t xml:space="preserve">[04:00] </w:t>
      </w:r>
      <w:r>
        <w:t>keh yahi</w:t>
      </w:r>
    </w:p>
    <w:p>
      <w:pPr>
        <w:jc w:val="right"/>
      </w:pPr>
      <w:r>
        <w:t>کہ یہی</w:t>
      </w:r>
    </w:p>
    <w:p>
      <w:r>
        <w:rPr>
          <w:b/>
        </w:rPr>
        <w:t xml:space="preserve">[04:25] </w:t>
      </w:r>
      <w:r>
        <w:t>yeh maabood hai.</w:t>
      </w:r>
    </w:p>
    <w:p>
      <w:pPr>
        <w:jc w:val="right"/>
      </w:pPr>
      <w:r>
        <w:t>یہ معبود ہے۔</w:t>
      </w:r>
    </w:p>
    <w:p>
      <w:r>
        <w:rPr>
          <w:b/>
        </w:rPr>
        <w:t xml:space="preserve">[04:26] </w:t>
      </w:r>
      <w:r>
        <w:t>ji.</w:t>
      </w:r>
    </w:p>
    <w:p>
      <w:pPr>
        <w:jc w:val="right"/>
      </w:pPr>
      <w:r>
        <w:t>جی۔</w:t>
      </w:r>
    </w:p>
    <w:p>
      <w:r>
        <w:rPr>
          <w:b/>
        </w:rPr>
        <w:t xml:space="preserve">[04:30] </w:t>
      </w:r>
      <w:r>
        <w:t>toh albert tin bi ne yeh baat likhi hai</w:t>
      </w:r>
    </w:p>
    <w:p>
      <w:pPr>
        <w:jc w:val="right"/>
      </w:pPr>
      <w:r>
        <w:t>تو آلبرٹ ٹن بی نے یہ بات لکھی ہے</w:t>
      </w:r>
    </w:p>
    <w:p>
      <w:r>
        <w:rPr>
          <w:b/>
        </w:rPr>
        <w:t xml:space="preserve">[04:37] </w:t>
      </w:r>
      <w:r>
        <w:t>ke</w:t>
      </w:r>
    </w:p>
    <w:p>
      <w:pPr>
        <w:jc w:val="right"/>
      </w:pPr>
      <w:r>
        <w:t>کہ</w:t>
      </w:r>
    </w:p>
    <w:p>
      <w:r>
        <w:rPr>
          <w:b/>
        </w:rPr>
        <w:t xml:space="preserve">[04:41] </w:t>
      </w:r>
      <w:r>
        <w:t>yeh sawal kiya hai usne ke kya wajah hai ke</w:t>
      </w:r>
    </w:p>
    <w:p>
      <w:pPr>
        <w:jc w:val="right"/>
      </w:pPr>
      <w:r>
        <w:t>یہ سوال کیا ہے اس نے کہ کیا وجہ ہے کہ</w:t>
      </w:r>
    </w:p>
    <w:p>
      <w:r>
        <w:rPr>
          <w:b/>
        </w:rPr>
        <w:t xml:space="preserve">[04:50] </w:t>
      </w:r>
      <w:r>
        <w:t>science ka development bohat baad ko hua,</w:t>
      </w:r>
    </w:p>
    <w:p>
      <w:pPr>
        <w:jc w:val="right"/>
      </w:pPr>
      <w:r>
        <w:t>سائنس کا development بہت بعد کو ہوا،</w:t>
      </w:r>
    </w:p>
    <w:p>
      <w:r>
        <w:rPr>
          <w:b/>
        </w:rPr>
        <w:t xml:space="preserve">[04:59] </w:t>
      </w:r>
      <w:r>
        <w:t>bohat baad ko hua. toh tin bi ka kehna hai ke log</w:t>
      </w:r>
    </w:p>
    <w:p>
      <w:pPr>
        <w:jc w:val="right"/>
      </w:pPr>
      <w:r>
        <w:t>بہت بعد کو ہوا۔ تو ٹن بی کا کہنا ہے کہ لوگ</w:t>
      </w:r>
    </w:p>
    <w:p>
      <w:r>
        <w:rPr>
          <w:b/>
        </w:rPr>
        <w:t xml:space="preserve">[05:11] </w:t>
      </w:r>
      <w:r>
        <w:t>suraj aur chand ko maabood ka darja diye hue thay, yani woh suraj aur chand ko object of worship banaye hue thay.</w:t>
      </w:r>
    </w:p>
    <w:p>
      <w:pPr>
        <w:jc w:val="right"/>
      </w:pPr>
      <w:r>
        <w:t>سورج اور چاند کو معبود کا درجہ دیے ہوئے تھے، یعنی وہ سورج اور چاند کو object of worship بنائے ہوئے تھے۔</w:t>
      </w:r>
    </w:p>
    <w:p>
      <w:r>
        <w:rPr>
          <w:b/>
        </w:rPr>
        <w:t xml:space="preserve">[05:24] </w:t>
      </w:r>
      <w:r>
        <w:t>object of worship. toh jis cheez ko insan</w:t>
      </w:r>
    </w:p>
    <w:p>
      <w:pPr>
        <w:jc w:val="right"/>
      </w:pPr>
      <w:r>
        <w:t>Object of worship۔ تو جس چیز کو انسان</w:t>
      </w:r>
    </w:p>
    <w:p>
      <w:r>
        <w:rPr>
          <w:b/>
        </w:rPr>
        <w:t xml:space="preserve">[05:30] </w:t>
      </w:r>
      <w:r>
        <w:t>object of worship bana le, usko woh ain usi waqt object of investigation nahi bana sakta,</w:t>
      </w:r>
    </w:p>
    <w:p>
      <w:pPr>
        <w:jc w:val="right"/>
      </w:pPr>
      <w:r>
        <w:t>object of worship بنا لے، اس کو وہ عین اسی وقت object of investigation نہیں بنا سکتا،</w:t>
      </w:r>
    </w:p>
    <w:p>
      <w:r>
        <w:rPr>
          <w:b/>
        </w:rPr>
        <w:t xml:space="preserve">[05:43] </w:t>
      </w:r>
      <w:r>
        <w:t>balkay worship karega.</w:t>
      </w:r>
    </w:p>
    <w:p>
      <w:pPr>
        <w:jc w:val="right"/>
      </w:pPr>
      <w:r>
        <w:t>بلکہ worship کرے گا۔</w:t>
      </w:r>
    </w:p>
    <w:p>
      <w:r>
        <w:rPr>
          <w:b/>
        </w:rPr>
        <w:t xml:space="preserve">[05:48] </w:t>
      </w:r>
      <w:r>
        <w:t>to sawal yeh hai ke worship ke darjay se hatanay ka kaam kis ne kiya?</w:t>
      </w:r>
    </w:p>
    <w:p>
      <w:pPr>
        <w:jc w:val="right"/>
      </w:pPr>
      <w:r>
        <w:t>تو سوال یہ ہے کہ worship کے درجے سے ہٹانے کا کام کس نے کیا؟</w:t>
      </w:r>
    </w:p>
    <w:p>
      <w:r>
        <w:rPr>
          <w:b/>
        </w:rPr>
        <w:t xml:space="preserve">[06:00] </w:t>
      </w:r>
      <w:r>
        <w:t>to jo tareekh hai woh batati hai ke is ki hero Hazrat Hajra hain. Is ki hero Hazrat Hajra hain.</w:t>
      </w:r>
    </w:p>
    <w:p>
      <w:pPr>
        <w:jc w:val="right"/>
      </w:pPr>
      <w:r>
        <w:t>تو جو تاریخ ہے وہ بتاتی ہے کہ اس کی ہیرو حضرت ہاجرہ ہیں۔ اس کی ہیرو حضرت ہاجرہ ہیں۔</w:t>
      </w:r>
    </w:p>
    <w:p>
      <w:r>
        <w:rPr>
          <w:b/>
        </w:rPr>
        <w:t xml:space="preserve">[06:12] </w:t>
      </w:r>
      <w:r>
        <w:t>Hazrat Hajra is tareeqay se ke Hazrat Ibrahim ne</w:t>
      </w:r>
    </w:p>
    <w:p>
      <w:pPr>
        <w:jc w:val="right"/>
      </w:pPr>
      <w:r>
        <w:t>حضرت ہاجرہ اس طریقے سے کہ حضرت ابراہیم نے</w:t>
      </w:r>
    </w:p>
    <w:p>
      <w:r>
        <w:rPr>
          <w:b/>
        </w:rPr>
        <w:t xml:space="preserve">[06:17] </w:t>
      </w:r>
      <w:r>
        <w:t>apni biwi aur apne bete ko desert mein basa liya,</w:t>
      </w:r>
    </w:p>
    <w:p>
      <w:pPr>
        <w:jc w:val="right"/>
      </w:pPr>
      <w:r>
        <w:t>اپنی بیوی اور اپنے بیٹے کو desert میں بسا لیا،</w:t>
      </w:r>
    </w:p>
    <w:p>
      <w:r>
        <w:rPr>
          <w:b/>
        </w:rPr>
        <w:t xml:space="preserve">[06:26] </w:t>
      </w:r>
      <w:r>
        <w:t>aik nai nasal bananay ke liye. Is zamanay mein de-carnation ki wajah se sari dunya mein cow of worship raaij ho gayi thi.</w:t>
      </w:r>
    </w:p>
    <w:p>
      <w:pPr>
        <w:jc w:val="right"/>
      </w:pPr>
      <w:r>
        <w:t>ایک نئی نسل بنانے کے لیے۔ اس زمانے میں de-carnation کی وجہ سے ساری دنیا میں cow of worship رائج ہو گئی تھی۔</w:t>
      </w:r>
    </w:p>
    <w:p>
      <w:r>
        <w:rPr>
          <w:b/>
        </w:rPr>
        <w:t xml:space="preserve">[06:43] </w:t>
      </w:r>
      <w:r>
        <w:t>to aik nai nasal jis ki carnation na hui ho, darkaar thi.</w:t>
      </w:r>
    </w:p>
    <w:p>
      <w:pPr>
        <w:jc w:val="right"/>
      </w:pPr>
      <w:r>
        <w:t>تو ایک نئی نسل جس کی carnation نہ ہوئی ہو، درکار تھی۔</w:t>
      </w:r>
    </w:p>
    <w:p>
      <w:r>
        <w:rPr>
          <w:b/>
        </w:rPr>
        <w:t xml:space="preserve">[06:56] </w:t>
      </w:r>
      <w:r>
        <w:t>woh Hazrat Hajra ki qurbani se bani jab woh desert mein apne bachay ko le kar bas gayeen, jahan koi</w:t>
      </w:r>
    </w:p>
    <w:p>
      <w:pPr>
        <w:jc w:val="right"/>
      </w:pPr>
      <w:r>
        <w:t>وہ حضرت ہاجرہ کی قربانی سے بنی جب وہ desert میں اپنے بچے کو لے کر بس گئیں، جہاں کوئی</w:t>
      </w:r>
    </w:p>
    <w:p>
      <w:r>
        <w:rPr>
          <w:b/>
        </w:rPr>
        <w:t xml:space="preserve">[07:15] </w:t>
      </w:r>
      <w:r>
        <w:t>is qism ki carnation ka mahol nahi tha. To aik desert therapy ke zariye, is ko mein keh sakta hoon desert therapy.</w:t>
      </w:r>
    </w:p>
    <w:p>
      <w:pPr>
        <w:jc w:val="right"/>
      </w:pPr>
      <w:r>
        <w:t>اس قسم کی carnation کا ماحول نہیں تھا۔ تو ایک desert therapy کے ذریعے، اس کو میں کہہ سکتا ہوں desert therapy۔</w:t>
      </w:r>
    </w:p>
    <w:p>
      <w:r>
        <w:rPr>
          <w:b/>
        </w:rPr>
        <w:t xml:space="preserve">[07:29] </w:t>
      </w:r>
      <w:r>
        <w:t>to desert therapy ke zariye</w:t>
      </w:r>
    </w:p>
    <w:p>
      <w:pPr>
        <w:jc w:val="right"/>
      </w:pPr>
      <w:r>
        <w:t>تو desert therapy کے ذریعے</w:t>
      </w:r>
    </w:p>
    <w:p>
      <w:r>
        <w:rPr>
          <w:b/>
        </w:rPr>
        <w:t xml:space="preserve">[07:34] </w:t>
      </w:r>
      <w:r>
        <w:t>aik nasal bani free of carnation.</w:t>
      </w:r>
    </w:p>
    <w:p>
      <w:pPr>
        <w:jc w:val="right"/>
      </w:pPr>
      <w:r>
        <w:t>ایک نسل بنی free of carnation۔</w:t>
      </w:r>
    </w:p>
    <w:p>
      <w:r>
        <w:rPr>
          <w:b/>
        </w:rPr>
        <w:t xml:space="preserve">[07:41] </w:t>
      </w:r>
      <w:r>
        <w:t>is ko hum kehte hain Banu Ismail. To yeh Banu Ismail thay jin ki nasal se aik nai generation paida hui.</w:t>
      </w:r>
    </w:p>
    <w:p>
      <w:pPr>
        <w:jc w:val="right"/>
      </w:pPr>
      <w:r>
        <w:t>اس کو ہم کہتے ہیں بنو اسماعیل۔ تو یہ بنو اسماعیل تھے جن کی نسل سے ایک نئی generation پیدا ہوئی۔</w:t>
      </w:r>
    </w:p>
    <w:p>
      <w:r>
        <w:rPr>
          <w:b/>
        </w:rPr>
        <w:t xml:space="preserve">[07:58] </w:t>
      </w:r>
      <w:r>
        <w:t>is generation mein Hazrat Muhammad (SAW) paida hue aur phir unhon ne aik mu'ahideen ki aik</w:t>
      </w:r>
    </w:p>
    <w:p>
      <w:pPr>
        <w:jc w:val="right"/>
      </w:pPr>
      <w:r>
        <w:t>اس generation میں حضرت محمد صلی اللہ علیہ وسلم پیدا ہوئے اور پھر انہوں نے ایک معاہدین کی ایک</w:t>
      </w:r>
    </w:p>
    <w:p>
      <w:r>
        <w:rPr>
          <w:b/>
        </w:rPr>
        <w:t xml:space="preserve">[08:15] </w:t>
      </w:r>
      <w:r>
        <w:t>guroh banaya.</w:t>
      </w:r>
    </w:p>
    <w:p>
      <w:pPr>
        <w:jc w:val="right"/>
      </w:pPr>
      <w:r>
        <w:t>گروہ بنایا۔</w:t>
      </w:r>
    </w:p>
    <w:p>
      <w:r>
        <w:rPr>
          <w:b/>
        </w:rPr>
        <w:t xml:space="preserve">[08:21] </w:t>
      </w:r>
      <w:r>
        <w:t>isi guroh ka yeh karnama hai ke is ne tareekh mein pehli baar</w:t>
      </w:r>
    </w:p>
    <w:p>
      <w:pPr>
        <w:jc w:val="right"/>
      </w:pPr>
      <w:r>
        <w:t>اسی گروہ کا یہ کارنامہ ہے کہ اس نے تاریخ میں پہلی بار</w:t>
      </w:r>
    </w:p>
    <w:p>
      <w:r>
        <w:rPr>
          <w:b/>
        </w:rPr>
        <w:t xml:space="preserve">[08:32] </w:t>
      </w:r>
      <w:r>
        <w:t>dunya ko</w:t>
      </w:r>
    </w:p>
    <w:p>
      <w:pPr>
        <w:jc w:val="right"/>
      </w:pPr>
      <w:r>
        <w:t>دنیا کو</w:t>
      </w:r>
    </w:p>
    <w:p>
      <w:r>
        <w:rPr>
          <w:b/>
        </w:rPr>
        <w:t xml:space="preserve">[08:39] </w:t>
      </w:r>
      <w:r>
        <w:t>is daur se nikala, yaani suraj parasti, chand parasti ke daur se nikala.</w:t>
      </w:r>
    </w:p>
    <w:p>
      <w:pPr>
        <w:jc w:val="right"/>
      </w:pPr>
      <w:r>
        <w:t>اس دور سے نکالا، یعنی سورج پرستی، چاند پرستی کے دور سے نکالا۔</w:t>
      </w:r>
    </w:p>
    <w:p>
      <w:r>
        <w:rPr>
          <w:b/>
        </w:rPr>
        <w:t xml:space="preserve">[08:53] </w:t>
      </w:r>
      <w:r>
        <w:t>tab ja ke yeh mumkin hua ke insaan nature ko</w:t>
      </w:r>
    </w:p>
    <w:p>
      <w:pPr>
        <w:jc w:val="right"/>
      </w:pPr>
      <w:r>
        <w:t>تب جا کے یہ ممکن ہوا کہ انسان nature کو</w:t>
      </w:r>
    </w:p>
    <w:p>
      <w:r>
        <w:rPr>
          <w:b/>
        </w:rPr>
        <w:t xml:space="preserve">[09:02] </w:t>
      </w:r>
      <w:r>
        <w:t>explore kare. Nature ko parastish karne ke bajaye is ko explore kare aur phir aik lambay process ke baad</w:t>
      </w:r>
    </w:p>
    <w:p>
      <w:pPr>
        <w:jc w:val="right"/>
      </w:pPr>
      <w:r>
        <w:t>explore کرے۔ Nature کو پرستش کرنے کے بجائے اس کو explore کرے اور پھر ایک لمبے process کے بعد</w:t>
      </w:r>
    </w:p>
    <w:p>
      <w:r>
        <w:rPr>
          <w:b/>
        </w:rPr>
        <w:t xml:space="preserve">[09:21] </w:t>
      </w:r>
      <w:r>
        <w:t>dunya mein science ka daur aaya.</w:t>
      </w:r>
    </w:p>
    <w:p>
      <w:pPr>
        <w:jc w:val="right"/>
      </w:pPr>
      <w:r>
        <w:t>دنیا میں سائنس کا دور آیا۔</w:t>
      </w:r>
    </w:p>
    <w:p>
      <w:r>
        <w:rPr>
          <w:b/>
        </w:rPr>
        <w:t xml:space="preserve">[09:27] </w:t>
      </w:r>
      <w:r>
        <w:t>science ka daur aaya. To is lihaaz se mein samajhta hoon ke There's a woman at the beginning of all great things ka title sab se pehle Hazrat Hajra ko</w:t>
      </w:r>
    </w:p>
    <w:p>
      <w:pPr>
        <w:jc w:val="right"/>
      </w:pPr>
      <w:r>
        <w:t>سائنس کا دور آیا۔ تو اس لحاظ سے میں سمجھتا ہوں کہ There's a woman at the beginning of all great things کا ٹائٹل سب سے پہلے حضرت ہاجرہ کو</w:t>
      </w:r>
    </w:p>
    <w:p>
      <w:r>
        <w:rPr>
          <w:b/>
        </w:rPr>
        <w:t xml:space="preserve">[09:44] </w:t>
      </w:r>
      <w:r>
        <w:t>milta hai.</w:t>
      </w:r>
    </w:p>
    <w:p>
      <w:pPr>
        <w:jc w:val="right"/>
      </w:pPr>
      <w:r>
        <w:t>ملتا ہے۔</w:t>
      </w:r>
    </w:p>
    <w:p>
      <w:r>
        <w:rPr>
          <w:b/>
        </w:rPr>
        <w:t xml:space="preserve">[09:52] </w:t>
      </w:r>
      <w:r>
        <w:t>is lihaaz se Islam ne jo sabaq diya hai, us mein se aik sabaq yeh hai ke khawateen ko chahiye ke woh apne role ko samjhein,</w:t>
      </w:r>
    </w:p>
    <w:p>
      <w:pPr>
        <w:jc w:val="right"/>
      </w:pPr>
      <w:r>
        <w:t>اس لحاظ سے اسلام نے جو سبق دیا ہے، اس میں سے ایک سبق یہ ہے کہ خواتین کو چاہیے کہ وہ اپنے رول کو سمجھیں،</w:t>
      </w:r>
    </w:p>
    <w:p>
      <w:r>
        <w:rPr>
          <w:b/>
        </w:rPr>
        <w:t xml:space="preserve">[10:09] </w:t>
      </w:r>
      <w:r>
        <w:t>woh inqilabi role</w:t>
      </w:r>
    </w:p>
    <w:p>
      <w:pPr>
        <w:jc w:val="right"/>
      </w:pPr>
      <w:r>
        <w:t>وہ انقلابی رول</w:t>
      </w:r>
    </w:p>
    <w:p>
      <w:r>
        <w:rPr>
          <w:b/>
        </w:rPr>
        <w:t xml:space="preserve">[10:11] </w:t>
      </w:r>
      <w:r>
        <w:t>jo un ka hai, us ko discover karein. To qadeem zamanay mein Hajra ki nasal ne insaan ko nature worship se nikala tha.</w:t>
      </w:r>
    </w:p>
    <w:p>
      <w:pPr>
        <w:jc w:val="right"/>
      </w:pPr>
      <w:r>
        <w:t>جو ان کا ہے، اس کو discover کریں۔ تو قدیم زمانے میں ہاجرہ کی نسل نے انسان کو nature worship سے نکالا تھا۔</w:t>
      </w:r>
    </w:p>
    <w:p>
      <w:r>
        <w:rPr>
          <w:b/>
        </w:rPr>
        <w:t xml:space="preserve">[10:31] </w:t>
      </w:r>
      <w:r>
        <w:t>Nature worship se nikala tha. Ab mein samajhta hoon ke khawateen ka role yeh hai ke insaan ko matter parastish ke daur se nikalein.</w:t>
      </w:r>
    </w:p>
    <w:p>
      <w:pPr>
        <w:jc w:val="right"/>
      </w:pPr>
      <w:r>
        <w:t>Nature worship سے نکالا تھا۔ اب میں سمجھتا ہوں کہ خواتین کا رول یہ ہے کہ انسان کو matter پرستش کے دور سے نکالیں۔</w:t>
      </w:r>
    </w:p>
    <w:p>
      <w:r>
        <w:rPr>
          <w:b/>
        </w:rPr>
        <w:t xml:space="preserve">[10:46] </w:t>
      </w:r>
      <w:r>
        <w:t>Aaj duniya matter parast ban gayi hai,</w:t>
      </w:r>
    </w:p>
    <w:p>
      <w:pPr>
        <w:jc w:val="right"/>
      </w:pPr>
      <w:r>
        <w:t>آج دنیا matter پرست بن گئی ہے،</w:t>
      </w:r>
    </w:p>
    <w:p>
      <w:r>
        <w:rPr>
          <w:b/>
        </w:rPr>
        <w:t xml:space="preserve">[10:50] </w:t>
      </w:r>
      <w:r>
        <w:t>madah parast ban gayi hai. To mein samajhta hoon ke maujooda zamane mein khawateen ka yeh role hai ke woh insaan ko matter parast se nikalein aur sache maano mein Khuda parast banayein.</w:t>
      </w:r>
    </w:p>
    <w:p>
      <w:pPr>
        <w:jc w:val="right"/>
      </w:pPr>
      <w:r>
        <w:t>مادہ پرست بن گئی ہے۔ تو میں سمجھتا ہوں کہ موجودہ زمانے میں خواتین کا یہ رول ہے کہ وہ انسان کو matter پرست سے نکالیں اور سچے معنی میں خدا پرست بنائیں۔</w:t>
      </w:r>
    </w:p>
    <w:p>
      <w:r>
        <w:rPr>
          <w:b/>
        </w:rPr>
        <w:t xml:space="preserve">[11:09] </w:t>
      </w:r>
      <w:r>
        <w:t>Khuda parast banayein.</w:t>
      </w:r>
    </w:p>
    <w:p>
      <w:pPr>
        <w:jc w:val="right"/>
      </w:pPr>
      <w:r>
        <w:t>خدا پرست بنائیں۔</w:t>
      </w:r>
    </w:p>
    <w:p>
      <w:r>
        <w:rPr>
          <w:b/>
        </w:rPr>
        <w:t xml:space="preserve">[11:15] </w:t>
      </w:r>
      <w:r>
        <w:t>Agar aap tareekh ko</w:t>
      </w:r>
    </w:p>
    <w:p>
      <w:pPr>
        <w:jc w:val="right"/>
      </w:pPr>
      <w:r>
        <w:t>اگر آپ تاریخ کو</w:t>
      </w:r>
    </w:p>
    <w:p>
      <w:r>
        <w:rPr>
          <w:b/>
        </w:rPr>
        <w:t xml:space="preserve">[11:19] </w:t>
      </w:r>
      <w:r>
        <w:t>be rag andaaz mein dekhein to tareekh ka yeh sabak milega.</w:t>
      </w:r>
    </w:p>
    <w:p>
      <w:pPr>
        <w:jc w:val="right"/>
      </w:pPr>
      <w:r>
        <w:t>بے رگ انداز میں دیکھیں تو تاریخ کا یہ سبق ملے گا۔</w:t>
      </w:r>
    </w:p>
    <w:p>
      <w:r>
        <w:rPr>
          <w:b/>
        </w:rPr>
        <w:t xml:space="preserve">[11:32] </w:t>
      </w:r>
      <w:r>
        <w:t>Hamare mission mein dekhiye, jab mission shuru hua to us waqt khawateen ko ek hi baat batai gayi thi ke burqa pehan kar ke gharon mein raho.</w:t>
      </w:r>
    </w:p>
    <w:p>
      <w:pPr>
        <w:jc w:val="right"/>
      </w:pPr>
      <w:r>
        <w:t>ہمارے مشن میں دیکھئے، جب مشن شروع ہوا تو اس وقت خواتین کو ایک ہی بات بتائی گئی تھی کہ برقعہ پہن کر کے گھروں میں رہو۔</w:t>
      </w:r>
    </w:p>
    <w:p>
      <w:r>
        <w:rPr>
          <w:b/>
        </w:rPr>
        <w:t xml:space="preserve">[11:56] </w:t>
      </w:r>
      <w:r>
        <w:t>Jo kitabein likhi gayi thin, us ka in kitabon mein yahi baatein theen. Moral lesson.</w:t>
      </w:r>
    </w:p>
    <w:p>
      <w:pPr>
        <w:jc w:val="right"/>
      </w:pPr>
      <w:r>
        <w:t>جو کتابیں لکھی گئی تھیں، اس کا ان کتابوں میں یہی باتیں تھیں۔ Moral lesson۔</w:t>
      </w:r>
    </w:p>
    <w:p>
      <w:r>
        <w:rPr>
          <w:b/>
        </w:rPr>
        <w:t xml:space="preserve">[12:07] </w:t>
      </w:r>
      <w:r>
        <w:t>Hamare mission mein is ke bajaye yeh tasawwur diya gaya</w:t>
      </w:r>
    </w:p>
    <w:p>
      <w:pPr>
        <w:jc w:val="right"/>
      </w:pPr>
      <w:r>
        <w:t>ہمارے مشن میں اس کے بجائے یہ تصور دیا گیا</w:t>
      </w:r>
    </w:p>
    <w:p>
      <w:r>
        <w:rPr>
          <w:b/>
        </w:rPr>
        <w:t xml:space="preserve">[12:13] </w:t>
      </w:r>
      <w:r>
        <w:t>ke khawateen ko chahiye ke woh apne Hajra ke model ko dobara zinda karein. Hajra ke model ko dobara zinda karein.</w:t>
      </w:r>
    </w:p>
    <w:p>
      <w:pPr>
        <w:jc w:val="right"/>
      </w:pPr>
      <w:r>
        <w:t>کہ خواتین کو چاہیے کہ وہ اپنے ہاجرہ کے ماڈل کو دوبارہ زندہ کریں۔ ہاجرہ کے ماڈل کو دوبارہ زندہ کریں۔</w:t>
      </w:r>
    </w:p>
    <w:p>
      <w:r>
        <w:rPr>
          <w:b/>
        </w:rPr>
        <w:t xml:space="preserve">[12:28] </w:t>
      </w:r>
      <w:r>
        <w:t>Aur duniya ko</w:t>
      </w:r>
    </w:p>
    <w:p>
      <w:pPr>
        <w:jc w:val="right"/>
      </w:pPr>
      <w:r>
        <w:t>اور دنیا کو</w:t>
      </w:r>
    </w:p>
    <w:p>
      <w:r>
        <w:rPr>
          <w:b/>
        </w:rPr>
        <w:t xml:space="preserve">[12:34] </w:t>
      </w:r>
      <w:r>
        <w:t>madah parasti ke daur se nikal kar dobara Khuda parasti ke daur mein le aayein.</w:t>
      </w:r>
    </w:p>
    <w:p>
      <w:pPr>
        <w:jc w:val="right"/>
      </w:pPr>
      <w:r>
        <w:t>مادہ پرستی کے دور سے نکال کر دوبارہ خدا پرستی کے دور میں لے آئیں۔</w:t>
      </w:r>
    </w:p>
    <w:p>
      <w:r>
        <w:rPr>
          <w:b/>
        </w:rPr>
        <w:t xml:space="preserve">[12:45] </w:t>
      </w:r>
      <w:r>
        <w:t>Allah ke fazl se hamare daur mein khawateen yeh kaam anjaam de rahi hain.</w:t>
      </w:r>
    </w:p>
    <w:p>
      <w:pPr>
        <w:jc w:val="right"/>
      </w:pPr>
      <w:r>
        <w:t>اللہ کے فضل سے ہمارے دور میں خواتین یہ کام انجام دے رہی ہیں۔</w:t>
      </w:r>
    </w:p>
    <w:p>
      <w:r>
        <w:rPr>
          <w:b/>
        </w:rPr>
        <w:t xml:space="preserve">[12:55] </w:t>
      </w:r>
      <w:r>
        <w:t>Saari duniya mein khawateen bari tadaad mein is daur ko anjaam de rahi hain, mashaa Allah.</w:t>
      </w:r>
    </w:p>
    <w:p>
      <w:pPr>
        <w:jc w:val="right"/>
      </w:pPr>
      <w:r>
        <w:t>ساری دنیا میں خواتین بڑی تعداد میں اس دور کو انجام دے رہی ہیں، ماشاءاللہ۔</w:t>
      </w:r>
    </w:p>
    <w:p>
      <w:r>
        <w:rPr>
          <w:b/>
        </w:rPr>
        <w:t xml:space="preserve">[13:08] </w:t>
      </w:r>
      <w:r>
        <w:t>To mein khawateen ke liye dua karta hoon ke woh ke Allah un ko is mission mein bharpoor taur par madad farmaye, madad</w:t>
      </w:r>
    </w:p>
    <w:p>
      <w:pPr>
        <w:jc w:val="right"/>
      </w:pPr>
      <w:r>
        <w:t>تو میں خواتین کے لیے دعا کرتا ہوں کہ وہ کہ اللہ ان کو اس مشن میں بھرپور طور پر مدد فرمائے، مدد</w:t>
      </w:r>
    </w:p>
    <w:p>
      <w:r>
        <w:rPr>
          <w:b/>
        </w:rPr>
        <w:t xml:space="preserve">[13:25] </w:t>
      </w:r>
      <w:r>
        <w:t>taake woh dobara</w:t>
      </w:r>
    </w:p>
    <w:p>
      <w:pPr>
        <w:jc w:val="right"/>
      </w:pPr>
      <w:r>
        <w:t>تاکہ وہ دوبارہ</w:t>
      </w:r>
    </w:p>
    <w:p>
      <w:r>
        <w:rPr>
          <w:b/>
        </w:rPr>
        <w:t xml:space="preserve">[13:30] </w:t>
      </w:r>
      <w:r>
        <w:t>duniya mein ek naya daur la sakein, yani</w:t>
      </w:r>
    </w:p>
    <w:p>
      <w:pPr>
        <w:jc w:val="right"/>
      </w:pPr>
      <w:r>
        <w:t>دنیا میں ایک نیا دور لا سکیں، یعنی</w:t>
      </w:r>
    </w:p>
    <w:p>
      <w:r>
        <w:rPr>
          <w:b/>
        </w:rPr>
        <w:t xml:space="preserve">[13:39] </w:t>
      </w:r>
      <w:r>
        <w:t>nature parasti ke daur se nikal kar, nature parasti ke daur se pehle nikala tha, ab matter parasti ke daur se nikal kar insaan ko Khuda parast ke daur mein dakhil karein.</w:t>
      </w:r>
    </w:p>
    <w:p>
      <w:pPr>
        <w:jc w:val="right"/>
      </w:pPr>
      <w:r>
        <w:t>nature پرستی کے دور سے نکال کر، nature پرستی کے دور سے پہلے نکالا تھا، اب matter پرستی کے دور سے نکال کر انسان کو خدا پرست کے دور میں داخل کریں۔</w:t>
      </w:r>
    </w:p>
    <w:p>
      <w:r>
        <w:rPr>
          <w:b/>
        </w:rPr>
        <w:t xml:space="preserve">[14:00] </w:t>
      </w:r>
      <w:r>
        <w:t>Yeh meri dua hai khawateen ke liye.</w:t>
      </w:r>
    </w:p>
    <w:p>
      <w:pPr>
        <w:jc w:val="right"/>
      </w:pPr>
      <w:r>
        <w:t>یہ میری دعا ہے خواتین کے لیے۔</w:t>
      </w:r>
    </w:p>
    <w:p>
      <w:r>
        <w:rPr>
          <w:b/>
        </w:rPr>
        <w:t xml:space="preserve">[14:07] </w:t>
      </w:r>
      <w:r>
        <w:t>Aur bohat zyada unhone jis tarah se taleem barhi hai khawateen ke andar, us se umeed ki ja sakti hai ke khawateen dobara is azeem role ko ada karengi.</w:t>
      </w:r>
    </w:p>
    <w:p>
      <w:pPr>
        <w:jc w:val="right"/>
      </w:pPr>
      <w:r>
        <w:t>اور بہت زیادہ انہوں نے جس طرح سے تعلیم بڑھی ہے خواتین کے اندر، اس سے امید کی جا سکتی ہے کہ خواتین دوبارہ اس عظیم رول کو ادا کریں گی۔</w:t>
      </w:r>
    </w:p>
    <w:p>
      <w:r>
        <w:rPr>
          <w:b/>
        </w:rPr>
        <w:t xml:space="preserve">[14:25] </w:t>
      </w:r>
      <w:r>
        <w:t>Aur pehle zamane mein khawateen ne, pehle zamane mein khawateen ne insaan ko nature worship ke daur se nikala tha aur insaan ko</w:t>
      </w:r>
    </w:p>
    <w:p>
      <w:pPr>
        <w:jc w:val="right"/>
      </w:pPr>
      <w:r>
        <w:t>اور پہلے زمانے میں خواتین نے، پہلے زمانے میں خواتین نے انسان کو nature worship کے دور سے نکالا تھا اور انسان کو</w:t>
      </w:r>
    </w:p>
    <w:p>
      <w:r>
        <w:rPr>
          <w:b/>
        </w:rPr>
        <w:t xml:space="preserve">[14:42] </w:t>
      </w:r>
      <w:r>
        <w:t>scientific daur mein dakhil kiya tha. Ab khawateen inshallah yeh karengi ke insaan ko madah parasti ke daur se nikal kar sahi maano mein Khuda parasti ke daur mein layengi.</w:t>
      </w:r>
    </w:p>
    <w:p>
      <w:pPr>
        <w:jc w:val="right"/>
      </w:pPr>
      <w:r>
        <w:t>سائنسی دور میں داخل کیا تھا۔ اب خواتین انشاءاللہ یہ کریں گی کہ انسان کو مادہ پرستی کے دور سے نکال کر صحیح معنوں میں خدا پرستی کے دور میں لائیں گی۔</w:t>
      </w:r>
    </w:p>
    <w:p>
      <w:r>
        <w:rPr>
          <w:b/>
        </w:rPr>
        <w:t xml:space="preserve">[15:03] </w:t>
      </w:r>
      <w:r>
        <w:t>Meri dua hai ke khawateen ko Allah taala is</w:t>
      </w:r>
    </w:p>
    <w:p>
      <w:pPr>
        <w:jc w:val="right"/>
      </w:pPr>
      <w:r>
        <w:t>میری دعا ہے کہ خواتین کو اللہ تعالیٰ اس</w:t>
      </w:r>
    </w:p>
    <w:p>
      <w:r>
        <w:rPr>
          <w:b/>
        </w:rPr>
        <w:t xml:space="preserve">[15:09] </w:t>
      </w:r>
      <w:r>
        <w:t>is role ke liye har qism ki madad ata farmaye taake is daur mein woh apne is role ko ada kar sakein.</w:t>
      </w:r>
    </w:p>
    <w:p>
      <w:pPr>
        <w:jc w:val="right"/>
      </w:pPr>
      <w:r>
        <w:t>اس رول کے لیے ہر قسم کی مدد عطا فرمائے تاکہ اس دور میں وہ اپنے اس رول کو ادا کر سکیں۔</w:t>
      </w:r>
    </w:p>
    <w:p>
      <w:r>
        <w:rPr>
          <w:b/>
        </w:rPr>
        <w:t xml:space="preserve">[15:31] </w:t>
      </w:r>
      <w:r>
        <w:t>Assalamu alaikum wa rahmatullah</w:t>
      </w:r>
    </w:p>
    <w:p>
      <w:pPr>
        <w:jc w:val="right"/>
      </w:pPr>
      <w:r>
        <w:t>السلام عليكم ورحمة الله</w:t>
      </w:r>
    </w:p>
    <w:p>
      <w:r>
        <w:rPr>
          <w:b/>
        </w:rPr>
        <w:t xml:space="preserve">[15:46] </w:t>
      </w:r>
      <w:r>
        <w:t>Okay, aah we will start with the question answer and comment session. Once again, I will request everyone that please mention your location when you post your questions and comments.</w:t>
      </w:r>
    </w:p>
    <w:p>
      <w:pPr>
        <w:jc w:val="right"/>
      </w:pPr>
      <w:r>
        <w:t>اوکے، آہ we will start with the question answer and comment session. Once again, I will request everyone that please mention your location when you post your questions and comments.</w:t>
      </w:r>
    </w:p>
    <w:p>
      <w:r>
        <w:rPr>
          <w:b/>
        </w:rPr>
        <w:t xml:space="preserve">[16:01] </w:t>
      </w:r>
      <w:r>
        <w:t>Maulana, sab se pehle kuch comment parhna chahenge.</w:t>
      </w:r>
    </w:p>
    <w:p>
      <w:pPr>
        <w:jc w:val="right"/>
      </w:pPr>
      <w:r>
        <w:t>مولانا، سب سے پہلے کچھ کمنٹ پڑھنا چاہیں گے۔</w:t>
      </w:r>
    </w:p>
    <w:p>
      <w:r>
        <w:rPr>
          <w:b/>
        </w:rPr>
        <w:t xml:space="preserve">[16:04] </w:t>
      </w:r>
      <w:r>
        <w:t>Aah, yeh comment aaya hai "Spirit of Islam" magazine ko le ke, aah, aur yeh comment bheja hai Ghaziabad se Abdul Rehman sahib ne.</w:t>
      </w:r>
    </w:p>
    <w:p>
      <w:pPr>
        <w:jc w:val="right"/>
      </w:pPr>
      <w:r>
        <w:t>آہ، یہ کمنٹ آیا ہے "Spirit of Islam" میگزین کو لے کے، آہ، اور یہ کمنٹ بھیجا ہے غازی آباد سے عبدالرحمن صاحب نے۔</w:t>
      </w:r>
    </w:p>
    <w:p>
      <w:r>
        <w:rPr>
          <w:b/>
        </w:rPr>
        <w:t xml:space="preserve">[16:15] </w:t>
      </w:r>
      <w:r>
        <w:t>Unhon ne likha hai: "There is a Hadith mentioned in Spirit of Islam magazine in the March</w:t>
      </w:r>
    </w:p>
    <w:p>
      <w:pPr>
        <w:jc w:val="right"/>
      </w:pPr>
      <w:r>
        <w:t>انہوں نے لکھا ہے: "There is a Hadith mentioned in Spirit of Islam magazine in the March</w:t>
      </w:r>
    </w:p>
    <w:p>
      <w:r>
        <w:rPr>
          <w:b/>
        </w:rPr>
        <w:t xml:space="preserve">[16:22] </w:t>
      </w:r>
      <w:r>
        <w:t>2020 issue. The Hadith is that Paradise lies at the feet of the Mother. I want to extend many thanks to Professor Farida Khanum and many thanks to Spirit of Islam for the brilliant editorial.</w:t>
      </w:r>
    </w:p>
    <w:p>
      <w:pPr>
        <w:jc w:val="right"/>
      </w:pPr>
      <w:r>
        <w:t>2020 issue. The Hadith is that Paradise lies at the feet of the Mother. I want to extend many thanks to Professor Farida Khanum and many thanks to Spirit of Islam for the brilliant editorial.</w:t>
      </w:r>
    </w:p>
    <w:p>
      <w:r>
        <w:rPr>
          <w:b/>
        </w:rPr>
        <w:t xml:space="preserve">[16:40] </w:t>
      </w:r>
      <w:r>
        <w:t>The captioned Hadith has been rendered a very lucid explanation.</w:t>
      </w:r>
    </w:p>
    <w:p>
      <w:pPr>
        <w:jc w:val="right"/>
      </w:pPr>
      <w:r>
        <w:t>The captioned Hadith has been rendered a very lucid explanation.</w:t>
      </w:r>
    </w:p>
    <w:p>
      <w:r>
        <w:rPr>
          <w:b/>
        </w:rPr>
        <w:t xml:space="preserve">[16:45] </w:t>
      </w:r>
      <w:r>
        <w:t>Indeed, this angle of understanding is not prevalent in society. Inshallah, this explanation will help people comprehend the Hadith in its right perspective.</w:t>
      </w:r>
    </w:p>
    <w:p>
      <w:pPr>
        <w:jc w:val="right"/>
      </w:pPr>
      <w:r>
        <w:t>Indeed, this angle of understanding is not prevalent in society. Inshallah, this explanation will help people comprehend the Hadith in itsright perspective.</w:t>
      </w:r>
    </w:p>
    <w:p>
      <w:r>
        <w:rPr>
          <w:b/>
        </w:rPr>
        <w:t xml:space="preserve">[16:57] </w:t>
      </w:r>
      <w:r>
        <w:t>With all good wishes for your efforts." Ek aur</w:t>
      </w:r>
    </w:p>
    <w:p>
      <w:pPr>
        <w:jc w:val="right"/>
      </w:pPr>
      <w:r>
        <w:t>With all good wishes for your efforts." ایک اور</w:t>
      </w:r>
    </w:p>
    <w:p>
      <w:r>
        <w:rPr>
          <w:b/>
        </w:rPr>
        <w:t xml:space="preserve">[17:02] </w:t>
      </w:r>
      <w:r>
        <w:t>feedback aah, Miss Sarah Fatima ko aah, aah telephone pe ek reader ne diya hai. Unhon ne apna naam nahi bataya, un lady ne.</w:t>
      </w:r>
    </w:p>
    <w:p>
      <w:pPr>
        <w:jc w:val="right"/>
      </w:pPr>
      <w:r>
        <w:t>فیڈبیک آہ، مس سارہ فاطمہ کو آہ، آہ ٹیلی فون پہ ایک ریڈر نے دیا ہے۔ انہوں نے اپنا نام نہیں بتایا، ان لیڈی نے۔</w:t>
      </w:r>
    </w:p>
    <w:p>
      <w:r>
        <w:rPr>
          <w:b/>
        </w:rPr>
        <w:t xml:space="preserve">[17:11] </w:t>
      </w:r>
      <w:r>
        <w:t>Unhon ne likha hai: "I am a post-graduate elderly lady. I wish to thank Professor Farida Khanum for her editorial in the March issue of Spirit of Islam.</w:t>
      </w:r>
    </w:p>
    <w:p>
      <w:pPr>
        <w:jc w:val="right"/>
      </w:pPr>
      <w:r>
        <w:t>انہوں نے لکھا ہے: "I am a post-graduate elderly lady. I wish to thank Professor Farida Khanum for her editorial in the March issue of Spirit of Islam.</w:t>
      </w:r>
    </w:p>
    <w:p>
      <w:r>
        <w:rPr>
          <w:b/>
        </w:rPr>
        <w:t xml:space="preserve">[17:23] </w:t>
      </w:r>
      <w:r>
        <w:t>The explanation of the Hadith is not only for mothers with small children. For us elderly women with married sons and daughters, it is an eye-opener that we should not demand unnecessary services outside the basic needs from her sons, daughters, and spouses.</w:t>
      </w:r>
    </w:p>
    <w:p>
      <w:pPr>
        <w:jc w:val="right"/>
      </w:pPr>
      <w:r>
        <w:t>The explanation of the Hadith is not only for mothers with small children. For us elderly women with married sons and daughters, it is an eye-opener that we should not demand unnecessary services outside the basic needs from her sons, daughters, and spouses.</w:t>
      </w:r>
    </w:p>
    <w:p>
      <w:r>
        <w:rPr>
          <w:b/>
        </w:rPr>
        <w:t xml:space="preserve">[17:45] </w:t>
      </w:r>
      <w:r>
        <w:t>May Allah forgive us and make us to be helpful to our family in the way of God.</w:t>
      </w:r>
    </w:p>
    <w:p>
      <w:pPr>
        <w:jc w:val="right"/>
      </w:pPr>
      <w:r>
        <w:t>May Allah forgive us and make us to be helpful to our family in the way of God.</w:t>
      </w:r>
    </w:p>
    <w:p>
      <w:r>
        <w:rPr>
          <w:b/>
        </w:rPr>
        <w:t xml:space="preserve">[17:52] </w:t>
      </w:r>
      <w:r>
        <w:t>Ameen. May God reward Maulana and his daughter." Sajid Ahmed Khan sahib ne Nagpur se likha hai: "I think this is the best lecture on Women's Day.</w:t>
      </w:r>
    </w:p>
    <w:p>
      <w:pPr>
        <w:jc w:val="right"/>
      </w:pPr>
      <w:r>
        <w:t>Ameen. May God reward Maulana and his daughter." ساجد احمد خان صاحب نے ناگپور سے لکھا ہے: "I think this is the best lecture on Women's Day.</w:t>
      </w:r>
    </w:p>
    <w:p>
      <w:r>
        <w:rPr>
          <w:b/>
        </w:rPr>
        <w:t xml:space="preserve">[18:05] </w:t>
      </w:r>
      <w:r>
        <w:t>Everybody acknowledges the greatness of Hazrat Ibrahim and sacrifices of Hazrat Ismail. Today, first time in my life, I came to know the great role of Hazrat Hajirah.</w:t>
      </w:r>
    </w:p>
    <w:p>
      <w:pPr>
        <w:jc w:val="right"/>
      </w:pPr>
      <w:r>
        <w:t>Everybody acknowledges the greatness of Hazrat Ibrahim and sacrifices of Hazrat Ismail. Today, first time in my life, I came to know the great role of Hazrat Hajirah.</w:t>
      </w:r>
    </w:p>
    <w:p>
      <w:r>
        <w:rPr>
          <w:b/>
        </w:rPr>
        <w:t xml:space="preserve">[18:20] </w:t>
      </w:r>
      <w:r>
        <w:t>Most thrilling one. It will be a lifetime learning for me. I will acknowledge the role of women in development of mankind and making our life.</w:t>
      </w:r>
    </w:p>
    <w:p>
      <w:pPr>
        <w:jc w:val="right"/>
      </w:pPr>
      <w:r>
        <w:t>Most thrilling one. It will be a lifetime learning for me. I will acknowledge the role of women in development of mankind and making our life.</w:t>
      </w:r>
    </w:p>
    <w:p>
      <w:r>
        <w:rPr>
          <w:b/>
        </w:rPr>
        <w:t xml:space="preserve">[18:31] </w:t>
      </w:r>
      <w:r>
        <w:t>Jazak Allah Maulana. Maulana, aap sawal lena chahenge. Yeh sawal Lucknow se hai. Idrees sahib ne ek bheja hai. Unhon ne aapse poocha hai ke۔۔۔۔۔۔۔۔۔۔</w:t>
      </w:r>
    </w:p>
    <w:p>
      <w:pPr>
        <w:jc w:val="right"/>
      </w:pPr>
      <w:r>
        <w:t>جزاک اللہ مولانا۔ مولانا، آپ سوال لینا چاہیں گے۔ یہ سوال لکھنؤ سے ہے۔ ادریس صاحب نے ایک بھیجا ہے۔ انہوں نے آپ سے پوچھا ہے کہ۔۔۔۔۔۔۔۔۔۔</w:t>
      </w:r>
    </w:p>
    <w:p>
      <w:r>
        <w:rPr>
          <w:b/>
        </w:rPr>
        <w:t xml:space="preserve">[18:43] </w:t>
      </w:r>
      <w:r>
        <w:t>Kaun kaun sahib? Idrees. Acha, Lucknow se. Acha, unhon ne aapse poocha hai ke Maulana, Why is it that women in Islam are considered inferior or less than a man</w:t>
      </w:r>
    </w:p>
    <w:p>
      <w:pPr>
        <w:jc w:val="right"/>
      </w:pPr>
      <w:r>
        <w:t>کون کون صاحب؟ ادریس۔ اچھا، لکھنؤ سے۔ اچھا، انہوں نے آپ سے پوچھا ہے کہ مولانا، Why is it that women in Islam are considered inferior or less than a man</w:t>
      </w:r>
    </w:p>
    <w:p>
      <w:r>
        <w:rPr>
          <w:b/>
        </w:rPr>
        <w:t xml:space="preserve">[18:55] </w:t>
      </w:r>
      <w:r>
        <w:t>? Why is this so? Main toh nahi samajhta. Ji, jo samajhta hai, use poocho. Maine toh kabhi bhi nahi samjha aisa.</w:t>
      </w:r>
    </w:p>
    <w:p>
      <w:pPr>
        <w:jc w:val="right"/>
      </w:pPr>
      <w:r>
        <w:t>? Why is this so? میں تو نہیں سمجھتا۔ جی، جو سمجھتا ہے، اسے پوچھئے۔ میں نے تو کبھی بھی نہیں سمجھا ایسا۔</w:t>
      </w:r>
    </w:p>
    <w:p>
      <w:r>
        <w:rPr>
          <w:b/>
        </w:rPr>
        <w:t xml:space="preserve">[19:08] </w:t>
      </w:r>
      <w:r>
        <w:t>Yeh koi aalami</w:t>
      </w:r>
    </w:p>
    <w:p>
      <w:pPr>
        <w:jc w:val="right"/>
      </w:pPr>
      <w:r>
        <w:t>یہ کوئی عالمی</w:t>
      </w:r>
    </w:p>
    <w:p>
      <w:r>
        <w:rPr>
          <w:b/>
        </w:rPr>
        <w:t xml:space="preserve">[19:12] </w:t>
      </w:r>
      <w:r>
        <w:t>koi faisla nahi hai. Yeh kuch logon ki is zamane mein, jabke</w:t>
      </w:r>
    </w:p>
    <w:p>
      <w:pPr>
        <w:jc w:val="right"/>
      </w:pPr>
      <w:r>
        <w:t>کوئی فیصلہ نہیں ہے۔ یہ کچھ لوگوں کی اس زمانے میں، جبکہ</w:t>
      </w:r>
    </w:p>
    <w:p>
      <w:r>
        <w:rPr>
          <w:b/>
        </w:rPr>
        <w:t xml:space="preserve">[19:22] </w:t>
      </w:r>
      <w:r>
        <w:t>maghrib mein</w:t>
      </w:r>
    </w:p>
    <w:p>
      <w:pPr>
        <w:jc w:val="right"/>
      </w:pPr>
      <w:r>
        <w:t>مغرب میں</w:t>
      </w:r>
    </w:p>
    <w:p>
      <w:r>
        <w:rPr>
          <w:b/>
        </w:rPr>
        <w:t xml:space="preserve">[19:26] </w:t>
      </w:r>
      <w:r>
        <w:t>woh daur aaya, women's lib ka, us zamane mein yeh yeh afwaah phailayi gayi thi.</w:t>
      </w:r>
    </w:p>
    <w:p>
      <w:pPr>
        <w:jc w:val="right"/>
      </w:pPr>
      <w:r>
        <w:t>وہ دور آیا، women's lip کا، اس زمانے میں یہ یہ افواہ پھیلائی گئی تھی۔</w:t>
      </w:r>
    </w:p>
    <w:p>
      <w:r>
        <w:rPr>
          <w:b/>
        </w:rPr>
        <w:t xml:space="preserve">[19:37] </w:t>
      </w:r>
      <w:r>
        <w:t>Warna main nahi samajhta ke yeh koi</w:t>
      </w:r>
    </w:p>
    <w:p>
      <w:pPr>
        <w:jc w:val="right"/>
      </w:pPr>
      <w:r>
        <w:t>ورنہ میں نہیں سمجھتا کہ یہ کوئی</w:t>
      </w:r>
    </w:p>
    <w:p>
      <w:r>
        <w:rPr>
          <w:b/>
        </w:rPr>
        <w:t xml:space="preserve">[19:42] </w:t>
      </w:r>
      <w:r>
        <w:t>aalami</w:t>
      </w:r>
    </w:p>
    <w:p>
      <w:pPr>
        <w:jc w:val="right"/>
      </w:pPr>
      <w:r>
        <w:t>عالمی</w:t>
      </w:r>
    </w:p>
    <w:p>
      <w:r>
        <w:rPr>
          <w:b/>
        </w:rPr>
        <w:t xml:space="preserve">[19:49] </w:t>
      </w:r>
      <w:r>
        <w:t>verdict hai.</w:t>
      </w:r>
    </w:p>
    <w:p>
      <w:pPr>
        <w:jc w:val="right"/>
      </w:pPr>
      <w:r>
        <w:t>verdict ہے۔</w:t>
      </w:r>
    </w:p>
    <w:p>
      <w:r>
        <w:rPr>
          <w:b/>
        </w:rPr>
        <w:t xml:space="preserve">[19:53] </w:t>
      </w:r>
      <w:r>
        <w:t>mein is ko nahin manta. kuch logon ne aisi baat mashhoor kardi ke koi fact nahin hai yeh.</w:t>
      </w:r>
    </w:p>
    <w:p>
      <w:pPr>
        <w:jc w:val="right"/>
      </w:pPr>
      <w:r>
        <w:t>میں اس کو نہیں مانتا۔ کچھ لوگوں نے ایسی بات مشہور کر دی کہ کوئی fact نہیں ہے یہ۔</w:t>
      </w:r>
    </w:p>
    <w:p>
      <w:r>
        <w:rPr>
          <w:b/>
        </w:rPr>
        <w:t xml:space="preserve">[20:13] </w:t>
      </w:r>
      <w:r>
        <w:t>Doctor Naghma Siddiqui ne comment bheja hai dilli se. unhon ne likha hai: "Maulana, thank you for giving women such a major role in your mission.</w:t>
      </w:r>
    </w:p>
    <w:p>
      <w:pPr>
        <w:jc w:val="right"/>
      </w:pPr>
      <w:r>
        <w:t>ڈاکٹر نغمہ صدیقی نے کمنٹ بھیجا ہے دلی سے۔ انہوں نے لکھا ہے: "Maulana, thank you for giving women such a major role in your mission.</w:t>
      </w:r>
    </w:p>
    <w:p>
      <w:r>
        <w:rPr>
          <w:b/>
        </w:rPr>
        <w:t xml:space="preserve">[20:24] </w:t>
      </w:r>
      <w:r>
        <w:t>We dedicate ourselves to this task. May God guide us and accept our work."</w:t>
      </w:r>
    </w:p>
    <w:p>
      <w:pPr>
        <w:jc w:val="right"/>
      </w:pPr>
      <w:r>
        <w:t>We dedicate ourselves to this task. May God guide us and accept our work."</w:t>
      </w:r>
    </w:p>
    <w:p>
      <w:r>
        <w:rPr>
          <w:b/>
        </w:rPr>
        <w:t xml:space="preserve">[20:33] </w:t>
      </w:r>
      <w:r>
        <w:t>Maulana Iqbal Umri ne, jo is waqt Rajouri mein hain aur program dekh rahe hain, unhon ne likha hai: "Spiritual world ke peechay bhi aik aurat ka hi hath hai.</w:t>
      </w:r>
    </w:p>
    <w:p>
      <w:pPr>
        <w:jc w:val="right"/>
      </w:pPr>
      <w:r>
        <w:t>مولانا اقبال عمری نے، جو اس وقت راجوری میں ہیں اور پروگرام دیکھ رہے ہیں، انہوں نے لکھا ہے: "Spiritual world کے پیچھے بھی ایک عورت کا ہی ہاتھ ہے۔</w:t>
      </w:r>
    </w:p>
    <w:p>
      <w:r>
        <w:rPr>
          <w:b/>
        </w:rPr>
        <w:t xml:space="preserve">[20:45] </w:t>
      </w:r>
      <w:r>
        <w:t>Agar aurat ho to mission kamyab. Jazak Allah Maulana." Maulana, agla sawal bheja hai Zubair Khan ne Ahmedabad se.</w:t>
      </w:r>
    </w:p>
    <w:p>
      <w:pPr>
        <w:jc w:val="right"/>
      </w:pPr>
      <w:r>
        <w:t>اگر عورت ہو تو مشن کامیاب۔ جزاک اللہ مولانا۔" مولانا، اگلا سوال بھیجا ہے زبیر خان نے احمد آباد سے۔</w:t>
      </w:r>
    </w:p>
    <w:p>
      <w:r>
        <w:rPr>
          <w:b/>
        </w:rPr>
        <w:t xml:space="preserve">[20:58] </w:t>
      </w:r>
      <w:r>
        <w:t>Unhon ne likha hai: "Maulana, in today's competitive world, both men and women are working professionals. My question is: how a balance can be created at home as today both have egos due to financial independence?</w:t>
      </w:r>
    </w:p>
    <w:p>
      <w:pPr>
        <w:jc w:val="right"/>
      </w:pPr>
      <w:r>
        <w:t>انہوں نے لکھا ہے: "Maulana, in today's competitive world, both men and women are working professionals. My question is: how a balance can be created at home as today both have egos due to financial independence?</w:t>
      </w:r>
    </w:p>
    <w:p>
      <w:r>
        <w:rPr>
          <w:b/>
        </w:rPr>
        <w:t xml:space="preserve">[21:17] </w:t>
      </w:r>
      <w:r>
        <w:t>What is your advice?"</w:t>
      </w:r>
    </w:p>
    <w:p>
      <w:pPr>
        <w:jc w:val="right"/>
      </w:pPr>
      <w:r>
        <w:t>What is your advice?"</w:t>
      </w:r>
    </w:p>
    <w:p>
      <w:r>
        <w:rPr>
          <w:b/>
        </w:rPr>
        <w:t xml:space="preserve">[21:22] </w:t>
      </w:r>
      <w:r>
        <w:t>Aap ne yeh bohat acha add kiya aur mein is ko miss kiya tha mein ne. aik hadith hai, aik hadith hai,</w:t>
      </w:r>
    </w:p>
    <w:p>
      <w:pPr>
        <w:jc w:val="right"/>
      </w:pPr>
      <w:r>
        <w:t>آپ نے یہ بہت اچھا add کیا اور میں اس کو miss کیا تھا میں نے۔ ایک حدیث ہے، ایک حدیث ہے،</w:t>
      </w:r>
    </w:p>
    <w:p>
      <w:r>
        <w:rPr>
          <w:b/>
        </w:rPr>
        <w:t xml:space="preserve">[21:36] </w:t>
      </w:r>
      <w:r>
        <w:t>is mein yeh alfaaz hain</w:t>
      </w:r>
    </w:p>
    <w:p>
      <w:pPr>
        <w:jc w:val="right"/>
      </w:pPr>
      <w:r>
        <w:t>اس میں یہ الفاظ ہیں</w:t>
      </w:r>
    </w:p>
    <w:p>
      <w:r>
        <w:rPr>
          <w:b/>
        </w:rPr>
        <w:t xml:space="preserve">[21:38] </w:t>
      </w:r>
      <w:r>
        <w:t>ke un nisa shaqaiq al rajul yani aurtain mard ka aadha hain, nisf hain.</w:t>
      </w:r>
    </w:p>
    <w:p>
      <w:pPr>
        <w:jc w:val="right"/>
      </w:pPr>
      <w:r>
        <w:t>کہ النساء شقائق الرجال یعنی عورتیں مرد کا آدھا ہیں، نصف ہیں۔</w:t>
      </w:r>
    </w:p>
    <w:p>
      <w:r>
        <w:rPr>
          <w:b/>
        </w:rPr>
        <w:t xml:space="preserve">[21:52] </w:t>
      </w:r>
      <w:r>
        <w:t>Yeh bohat hi sahi expression hai yeh. yani is ka matlab yeh hai ke Man and woman are two equal halves of a single unity.</w:t>
      </w:r>
    </w:p>
    <w:p>
      <w:pPr>
        <w:jc w:val="right"/>
      </w:pPr>
      <w:r>
        <w:t>یہ بہت ہی صحیح expression ہے یہ۔ یعنی اس کا مطلب یہ ہے کہ Man and woman are two equal halves of a single unity.</w:t>
      </w:r>
    </w:p>
    <w:p>
      <w:r>
        <w:rPr>
          <w:b/>
        </w:rPr>
        <w:t xml:space="preserve">[22:08] </w:t>
      </w:r>
      <w:r>
        <w:t>Man and woman are two equal halves</w:t>
      </w:r>
    </w:p>
    <w:p>
      <w:pPr>
        <w:jc w:val="right"/>
      </w:pPr>
      <w:r>
        <w:t>Man and woman are two equal halves</w:t>
      </w:r>
    </w:p>
    <w:p>
      <w:r>
        <w:rPr>
          <w:b/>
        </w:rPr>
        <w:t xml:space="preserve">[22:12] </w:t>
      </w:r>
      <w:r>
        <w:t>of a single unity.</w:t>
      </w:r>
    </w:p>
    <w:p>
      <w:pPr>
        <w:jc w:val="right"/>
      </w:pPr>
      <w:r>
        <w:t>of a single unity.</w:t>
      </w:r>
    </w:p>
    <w:p>
      <w:r>
        <w:rPr>
          <w:b/>
        </w:rPr>
        <w:t xml:space="preserve">[22:17] </w:t>
      </w:r>
      <w:r>
        <w:t>Bohat sahi ta'beer hai yeh. aur yeh hadith Nasai mein aayi hai.</w:t>
      </w:r>
    </w:p>
    <w:p>
      <w:pPr>
        <w:jc w:val="right"/>
      </w:pPr>
      <w:r>
        <w:t>بہت صحیح تعبیر ہے یہ۔ اور یہ حدیث نسائی میں آئی ہے۔</w:t>
      </w:r>
    </w:p>
    <w:p>
      <w:r>
        <w:rPr>
          <w:b/>
        </w:rPr>
        <w:t xml:space="preserve">[22:32] </w:t>
      </w:r>
      <w:r>
        <w:t>Abu Dawood. acha, Abu Dawood mein. yeh hadith Abu Dawood mein hai. yani sahih Sitta mein se hadith yeh hai. Abu Dawood Sahih Sitta mein maani jati hai.</w:t>
      </w:r>
    </w:p>
    <w:p>
      <w:pPr>
        <w:jc w:val="right"/>
      </w:pPr>
      <w:r>
        <w:t>ابو داؤد۔ اچھا، ابو داؤد میں۔ یہ حدیث ابو داؤد میں ہے۔ یعنی صحیح سیاہ میں سے حدیث یہ ہے۔ ابو داؤد شاہ ستہ میں مان جاتی ہے۔</w:t>
      </w:r>
    </w:p>
    <w:p>
      <w:r>
        <w:rPr>
          <w:b/>
        </w:rPr>
        <w:t xml:space="preserve">[22:46] </w:t>
      </w:r>
      <w:r>
        <w:t>Riyaz Bhatt sahib ne Bangalore se likha hai "On Women's Day explaining of Hajirah model</w:t>
      </w:r>
    </w:p>
    <w:p>
      <w:pPr>
        <w:jc w:val="right"/>
      </w:pPr>
      <w:r>
        <w:t>ریاض بھٹ صاحب نے بنگلور سے لکھا ہے "On Women's Day explaining of Hajirah model</w:t>
      </w:r>
    </w:p>
    <w:p>
      <w:r>
        <w:rPr>
          <w:b/>
        </w:rPr>
        <w:t xml:space="preserve">[22:52] </w:t>
      </w:r>
      <w:r>
        <w:t>for women of twenty-first century gives us a way to visualize a generation of intellectually evolved individuals.</w:t>
      </w:r>
    </w:p>
    <w:p>
      <w:pPr>
        <w:jc w:val="right"/>
      </w:pPr>
      <w:r>
        <w:t>for women of twenty-first century gives us a way to visualize a generation of intellectually evolved individuals.</w:t>
      </w:r>
    </w:p>
    <w:p>
      <w:r>
        <w:rPr>
          <w:b/>
        </w:rPr>
        <w:t xml:space="preserve">[23:02] </w:t>
      </w:r>
      <w:r>
        <w:t>Here I feel that the Meccan period is evidence to fact how Quraish tried to distract the Prophet from the mission of Dawah.</w:t>
      </w:r>
    </w:p>
    <w:p>
      <w:pPr>
        <w:jc w:val="right"/>
      </w:pPr>
      <w:r>
        <w:t>Here I feel that the Meccan period is evidence to fact how Quraish tried to distract the Prophet from the mission of Dawah.</w:t>
      </w:r>
    </w:p>
    <w:p>
      <w:r>
        <w:rPr>
          <w:b/>
        </w:rPr>
        <w:t xml:space="preserve">[23:13] </w:t>
      </w:r>
      <w:r>
        <w:t>Prophet firmly avoided to be drawn in this battlefield. We have to follow this Sunnah firmly." Miss Toti Malhotra ne Dilli se likha hai "Thank you, Maulana, for helping women understand their potential.</w:t>
      </w:r>
    </w:p>
    <w:p>
      <w:pPr>
        <w:jc w:val="right"/>
      </w:pPr>
      <w:r>
        <w:t>Prophet firmly avoided to be drawn in this battlefield. We have to follow this Sunnah firmly." مس طوطی ملوثرا نے دلی سے لکھا ہے "Thank you, Maulana, for helping women understand their potential.</w:t>
      </w:r>
    </w:p>
    <w:p>
      <w:r>
        <w:rPr>
          <w:b/>
        </w:rPr>
        <w:t xml:space="preserve">[23:30] </w:t>
      </w:r>
      <w:r>
        <w:t>Without your encouragement, I would have never unfolded my potential, and it is due to your continuous inspiration that I am able to discover myself on a daily basis."</w:t>
      </w:r>
    </w:p>
    <w:p>
      <w:pPr>
        <w:jc w:val="right"/>
      </w:pPr>
      <w:r>
        <w:t>Without your encouragement, I would have never unfolded my potential, and it is due to your continuous inspiration that I am able to discover myself on a daily basis."</w:t>
      </w:r>
    </w:p>
    <w:p>
      <w:r>
        <w:rPr>
          <w:b/>
        </w:rPr>
        <w:t xml:space="preserve">[23:46] </w:t>
      </w:r>
      <w:r>
        <w:t>Maulana, agla sawal bheja hai Miss Falak Araiba ne Ghaziabad se. unhon ne likha hai "Present world's women empowerment is understood through the feminist movement,</w:t>
      </w:r>
    </w:p>
    <w:p>
      <w:pPr>
        <w:jc w:val="right"/>
      </w:pPr>
      <w:r>
        <w:t>مولانا، اگلا سوال بھیجا ہے مس فلک عریبہ نے غازی آباد سے۔ انہوں نے لکھا ہے "Present world's women empowerment is understood through the feminist movement,</w:t>
      </w:r>
    </w:p>
    <w:p>
      <w:r>
        <w:rPr>
          <w:b/>
        </w:rPr>
        <w:t xml:space="preserve">[24:05] </w:t>
      </w:r>
      <w:r>
        <w:t>and Muslims stand heavily divided on whether Islam has scope for modern-day feminism.</w:t>
      </w:r>
    </w:p>
    <w:p>
      <w:pPr>
        <w:jc w:val="right"/>
      </w:pPr>
      <w:r>
        <w:t>and Muslims stand heavily divided on whether Islam has scope for modern-day feminism.</w:t>
      </w:r>
    </w:p>
    <w:p>
      <w:r>
        <w:rPr>
          <w:b/>
        </w:rPr>
        <w:t xml:space="preserve">[24:13] </w:t>
      </w:r>
      <w:r>
        <w:t>Maulana, what are your views on feminism?"</w:t>
      </w:r>
    </w:p>
    <w:p>
      <w:pPr>
        <w:jc w:val="right"/>
      </w:pPr>
      <w:r>
        <w:t>Maulana, what are your views on feminism?"</w:t>
      </w:r>
    </w:p>
    <w:p>
      <w:r>
        <w:rPr>
          <w:b/>
        </w:rPr>
        <w:t xml:space="preserve">[24:19] </w:t>
      </w:r>
      <w:r>
        <w:t>Feminism ka sab se acha definition wahi hai jo mein ne abhi hadith mein bataya ke "Men and women are two equal halves of a single unity." Yeh best formula hai</w:t>
      </w:r>
    </w:p>
    <w:p>
      <w:pPr>
        <w:jc w:val="right"/>
      </w:pPr>
      <w:r>
        <w:t>Feminism کا سب سے اچھا definition وہی ہے جو میں نے ابھی حدیث میں بتایا کہ "Men and women are two equal halves of a single unity." یہ best formula ہے</w:t>
      </w:r>
    </w:p>
    <w:p>
      <w:r>
        <w:rPr>
          <w:b/>
        </w:rPr>
        <w:t xml:space="preserve">[24:38] </w:t>
      </w:r>
      <w:r>
        <w:t>un nisa shaqaiq al rajul "Men and women are two equal halves of a single unity." Maulana, agla sawal Waseem Dar sahib ka hai Ajmer se.</w:t>
      </w:r>
    </w:p>
    <w:p>
      <w:pPr>
        <w:jc w:val="right"/>
      </w:pPr>
      <w:r>
        <w:t>النساء شقائق الرجال "Men and women are two equal halves of a single unity." مولانا، اگلا سوال وسیم ڈائر صاحب کا ہے اجمیر سے۔</w:t>
      </w:r>
    </w:p>
    <w:p>
      <w:r>
        <w:rPr>
          <w:b/>
        </w:rPr>
        <w:t xml:space="preserve">[24:56] </w:t>
      </w:r>
      <w:r>
        <w:t>unho'n ne likha hai ke agar state aur public ke beech mein conflict ho to kya karein?</w:t>
      </w:r>
    </w:p>
    <w:p>
      <w:pPr>
        <w:jc w:val="right"/>
      </w:pPr>
      <w:r>
        <w:t>انہوں نے لکھا ہے کہ اگر state اور public کے بیچ میں conflict ہو تو کیا کریں؟</w:t>
      </w:r>
    </w:p>
    <w:p>
      <w:r>
        <w:rPr>
          <w:b/>
        </w:rPr>
        <w:t xml:space="preserve">[25:03] </w:t>
      </w:r>
      <w:r>
        <w:t>is is pe, is pe, is ko, is ko wazeh karein. Conflict ko minimize kijiye, badhaiye nahi kyunke is se sawal paida hoga aur kuch nahi.</w:t>
      </w:r>
    </w:p>
    <w:p>
      <w:pPr>
        <w:jc w:val="right"/>
      </w:pPr>
      <w:r>
        <w:t>اس اس پہ، اس پہ، اس کو، اس کو واضح کریں۔ Conflict کو minimize کیجئے، بڑھائیے نہیں کیونکہ اس سے سوال پیدا ہوگا اور کچھ نہیں۔</w:t>
      </w:r>
    </w:p>
    <w:p>
      <w:r>
        <w:rPr>
          <w:b/>
        </w:rPr>
        <w:t xml:space="preserve">[25:22] </w:t>
      </w:r>
      <w:r>
        <w:t>jitne reformer hain, unho'n ne yahi kiya aur reformer jitne hain, sab ne jo history banai woh takra'o ki, bullsh*t ki banai.</w:t>
      </w:r>
    </w:p>
    <w:p>
      <w:pPr>
        <w:jc w:val="right"/>
      </w:pPr>
      <w:r>
        <w:t>جتنے reformer ہیں، انہوں نے یہی کیا اور reformer جتنے ہیں، سب نے جو history بنائی وہ ٹکراؤ کی، بلشٹ کی بنائی۔</w:t>
      </w:r>
    </w:p>
    <w:p>
      <w:r>
        <w:rPr>
          <w:b/>
        </w:rPr>
        <w:t xml:space="preserve">[25:41] </w:t>
      </w:r>
      <w:r>
        <w:t>isi liye hum ne apna mission poore tor par peaceful tareeqe se, peaceful method par qaim kiya hai.</w:t>
      </w:r>
    </w:p>
    <w:p>
      <w:pPr>
        <w:jc w:val="right"/>
      </w:pPr>
      <w:r>
        <w:t>اسی لیے ہم نے اپنا mission پورے طور پر peaceful طریقے سے، peaceful method پر قائم کیا ہے۔</w:t>
      </w:r>
    </w:p>
    <w:p>
      <w:r>
        <w:rPr>
          <w:b/>
        </w:rPr>
        <w:t xml:space="preserve">[25:55] </w:t>
      </w:r>
      <w:r>
        <w:t>aamir mori sahib ne</w:t>
      </w:r>
    </w:p>
    <w:p>
      <w:pPr>
        <w:jc w:val="right"/>
      </w:pPr>
      <w:r>
        <w:t>عامر موری صاحب نے</w:t>
      </w:r>
    </w:p>
    <w:p>
      <w:r>
        <w:rPr>
          <w:b/>
        </w:rPr>
        <w:t xml:space="preserve">[25:57] </w:t>
      </w:r>
      <w:r>
        <w:t>goa se sawal bheja hai. Unho'n ne likha hai "Maulana, please advise and guide how can a woman discover and perform the role during their motherhood</w:t>
      </w:r>
    </w:p>
    <w:p>
      <w:pPr>
        <w:jc w:val="right"/>
      </w:pPr>
      <w:r>
        <w:t>گوا سے سوال بھیجا ہے۔ انہوں نے لکھا ہے "Maulana, please advise and guide how can a woman discover and perform the role during their motherhood</w:t>
      </w:r>
    </w:p>
    <w:p>
      <w:r>
        <w:rPr>
          <w:b/>
        </w:rPr>
        <w:t xml:space="preserve">[26:09] </w:t>
      </w:r>
      <w:r>
        <w:t>? I see a lot of sisters facing issues in performing Dawah when their primary job happens to be raising their children.</w:t>
      </w:r>
    </w:p>
    <w:p>
      <w:pPr>
        <w:jc w:val="right"/>
      </w:pPr>
      <w:r>
        <w:t>? I see a lot of sisters facing issues in performing Dawah when their primary job happens to be raising their children.</w:t>
      </w:r>
    </w:p>
    <w:p>
      <w:r>
        <w:rPr>
          <w:b/>
        </w:rPr>
        <w:t xml:space="preserve">[26:18] </w:t>
      </w:r>
      <w:r>
        <w:t>All of us need your guidance on this point." bhai, main ne isi mozu par ek kitaab likhi hai.</w:t>
      </w:r>
    </w:p>
    <w:p>
      <w:pPr>
        <w:jc w:val="right"/>
      </w:pPr>
      <w:r>
        <w:t>All of us need your guidance on this point." بھائی، میں نے اسی موضوع پر ایک کتاب لکھی ہے۔</w:t>
      </w:r>
    </w:p>
    <w:p>
      <w:r>
        <w:rPr>
          <w:b/>
        </w:rPr>
        <w:t xml:space="preserve">[26:27] </w:t>
      </w:r>
      <w:r>
        <w:t>is ka naam hai,</w:t>
      </w:r>
    </w:p>
    <w:p>
      <w:pPr>
        <w:jc w:val="right"/>
      </w:pPr>
      <w:r>
        <w:t>اس کا نام ہے،</w:t>
      </w:r>
    </w:p>
    <w:p>
      <w:r>
        <w:rPr>
          <w:b/>
        </w:rPr>
        <w:t xml:space="preserve">[26:31] </w:t>
      </w:r>
      <w:r>
        <w:t>kya naam hai sahib? Aurat Ma'maar-e-Insaniyat. Aurat Ma'maar-e-Insaniyat, theek isi mozu par hai. Aurat Ma'maar-e-Insaniyat, mujhe pata nahi ke is ka English tarjuma hua hai ke nahi hua hai.</w:t>
      </w:r>
    </w:p>
    <w:p>
      <w:pPr>
        <w:jc w:val="right"/>
      </w:pPr>
      <w:r>
        <w:t>کیا نام ہے صاحب؟ عورت معمار انسانیت۔ عورت معمار انسانیت، ٹھیک اسی موضوع پر ہے۔ عورت معمار انسانیت، مجھے پتہ نہیں کہ اس کا انگلش ترجمہ ہوا ہے کہ نہیں ہوا ہے۔</w:t>
      </w:r>
    </w:p>
    <w:p>
      <w:r>
        <w:rPr>
          <w:b/>
        </w:rPr>
        <w:t xml:space="preserve">[26:46] </w:t>
      </w:r>
      <w:r>
        <w:t>nahi hua hai. Haan, inshallah aindah, inshallah English mein.</w:t>
      </w:r>
    </w:p>
    <w:p>
      <w:pPr>
        <w:jc w:val="right"/>
      </w:pPr>
      <w:r>
        <w:t>نہیں ہوا ہے۔ ہاں، انشاءاللہ آئندہ، انشاءاللہ انگلش میں۔</w:t>
      </w:r>
    </w:p>
    <w:p>
      <w:r>
        <w:rPr>
          <w:b/>
        </w:rPr>
        <w:t xml:space="preserve">[26:52] </w:t>
      </w:r>
      <w:r>
        <w:t>abhi woh Urdu mein chapi hai. Aindah, inshallah is ko English mein chapa jayega. Khatoon-e-Islam bhi hai. Haan, Khatoon-e-Islam.</w:t>
      </w:r>
    </w:p>
    <w:p>
      <w:pPr>
        <w:jc w:val="right"/>
      </w:pPr>
      <w:r>
        <w:t>ابھی وہ اردو میں چھپی ہے۔ آئندہ، انشاءاللہ اس کو انگلش میں چھاپا جائے گا۔ خاتون اسلام بھی ہے۔ ہاں، خاتون اسلام۔</w:t>
      </w:r>
    </w:p>
    <w:p>
      <w:r>
        <w:rPr>
          <w:b/>
        </w:rPr>
        <w:t xml:space="preserve">[27:03] </w:t>
      </w:r>
      <w:r>
        <w:t>nahi, nahi. Aurat Ma'maar-e-Insaniyat.</w:t>
      </w:r>
    </w:p>
    <w:p>
      <w:pPr>
        <w:jc w:val="right"/>
      </w:pPr>
      <w:r>
        <w:t>نہیں، نہیں۔ عورت معمار انسانیت۔</w:t>
      </w:r>
    </w:p>
    <w:p>
      <w:r>
        <w:rPr>
          <w:b/>
        </w:rPr>
        <w:t xml:space="preserve">[27:12] </w:t>
      </w:r>
      <w:r>
        <w:t>Maulana Yaqoob Umri ne Delhi se likha hai "Maulana, jazak Allah khair for acknowledging Hazrat Hajirah on the occasion of Women's Day." Maulana, agla sawal lete hain.</w:t>
      </w:r>
    </w:p>
    <w:p>
      <w:pPr>
        <w:jc w:val="right"/>
      </w:pPr>
      <w:r>
        <w:t>مولانا یعقوب عمری نے دلی سے لکھا ہے "Maulana, جزاک اللہ خیر for acknowledging Hazrat Hajirah on the occasion of Women's Day." مولانا، اگلا سوال لیتے ہیں۔</w:t>
      </w:r>
    </w:p>
    <w:p>
      <w:r>
        <w:rPr>
          <w:b/>
        </w:rPr>
        <w:t xml:space="preserve">[27:26] </w:t>
      </w:r>
      <w:r>
        <w:t>yeh sawal Karachi, Pakistan se</w:t>
      </w:r>
    </w:p>
    <w:p>
      <w:pPr>
        <w:jc w:val="right"/>
      </w:pPr>
      <w:r>
        <w:t>یہ سوال آہ کراچی، پاکستان سے</w:t>
      </w:r>
    </w:p>
    <w:p>
      <w:r>
        <w:rPr>
          <w:b/>
        </w:rPr>
        <w:t xml:space="preserve">[27:30] </w:t>
      </w:r>
      <w:r>
        <w:t>Miss Maria Akram ka hai. Unho'n ne likha hai "Maulana, Pakistan mein aaj Women March organize kiya gaya hai and this March</w:t>
      </w:r>
    </w:p>
    <w:p>
      <w:pPr>
        <w:jc w:val="right"/>
      </w:pPr>
      <w:r>
        <w:t>مس ماریہ اکرم کا ہے۔ انہوں نے لکھا ہے "Maulana, Pakistan میں آج Women March organize کیا گیا ہے and this March</w:t>
      </w:r>
    </w:p>
    <w:p>
      <w:r>
        <w:rPr>
          <w:b/>
        </w:rPr>
        <w:t xml:space="preserve">[27:45] </w:t>
      </w:r>
      <w:r>
        <w:t>comes across as a man-hating march. What is your v</w:t>
      </w:r>
    </w:p>
    <w:p>
      <w:pPr>
        <w:jc w:val="right"/>
      </w:pPr>
      <w:r>
        <w:t>comes across as a man-hating march. What is your v</w:t>
      </w:r>
    </w:p>
    <w:p>
      <w:r>
        <w:rPr>
          <w:b/>
        </w:rPr>
        <w:t xml:space="preserve">[27:50] </w:t>
      </w:r>
      <w:r>
        <w:t>iew on it? Is this March justified?" bhai, main is ki khabar, bhai, main aap hi suniye.</w:t>
      </w:r>
    </w:p>
    <w:p>
      <w:pPr>
        <w:jc w:val="right"/>
      </w:pPr>
      <w:r>
        <w:t>iew on it? Is this March justified?" بھائی، میں اس کی خبر، بھائی، میں آپ ہی سنیے۔</w:t>
      </w:r>
    </w:p>
    <w:p>
      <w:r>
        <w:rPr>
          <w:b/>
        </w:rPr>
        <w:t xml:space="preserve">[28:00] </w:t>
      </w:r>
      <w:r>
        <w:t>mujhe is ke bare mein detail ka pata nahi hai. Agar main is ki detail jaan paya to main inshallah apna comment dunga.</w:t>
      </w:r>
    </w:p>
    <w:p>
      <w:pPr>
        <w:jc w:val="right"/>
      </w:pPr>
      <w:r>
        <w:t>مجھے اس کے بارے میں detail کا پتہ نہیں ہے۔ اگر میں اس کی detail جان پایا تو میں انشاءاللہ اپنا comment دوں گا۔</w:t>
      </w:r>
    </w:p>
    <w:p>
      <w:r>
        <w:rPr>
          <w:b/>
        </w:rPr>
        <w:t xml:space="preserve">[28:11] </w:t>
      </w:r>
      <w:r>
        <w:t>abhi to mujhe kuch maloom nahi tha. Aap ne pehli baar mujhe bataya.</w:t>
      </w:r>
    </w:p>
    <w:p>
      <w:pPr>
        <w:jc w:val="right"/>
      </w:pPr>
      <w:r>
        <w:t>ابھی تو مجھے کچھ معلوم نہیں تھا۔ آپ نے پہلی بار مجھے بتایا۔</w:t>
      </w:r>
    </w:p>
    <w:p>
      <w:r>
        <w:rPr>
          <w:b/>
        </w:rPr>
        <w:t xml:space="preserve">[28:17] </w:t>
      </w:r>
      <w:r>
        <w:t>Maulana, agla sawal Dhiraj Kumar ji ka hai. Unho'n ne location nahi likhi hai. Woh is waqt aap ka program dekh rahe hain.</w:t>
      </w:r>
    </w:p>
    <w:p>
      <w:pPr>
        <w:jc w:val="right"/>
      </w:pPr>
      <w:r>
        <w:t>مولانا، اگلا سوال دھیرج کمار جی کا ہے۔ انہوں نے location نہیں لکھی ہے۔ وہ اس وقت آپ کا program دیکھ رہے ہیں۔</w:t>
      </w:r>
    </w:p>
    <w:p>
      <w:r>
        <w:rPr>
          <w:b/>
        </w:rPr>
        <w:t xml:space="preserve">[28:25] </w:t>
      </w:r>
      <w:r>
        <w:t>unho'n ne likha hai "Maulana, my respects. Main ne aap ko bohat waqt se parha hai aur aap ko waqai mein</w:t>
      </w:r>
    </w:p>
    <w:p>
      <w:pPr>
        <w:jc w:val="right"/>
      </w:pPr>
      <w:r>
        <w:t>انہوں نے لکھا ہے "Maulana, my respects. میں نے آپ کو بہت وقت سے پڑھا ہے اور آپ کو واقعی میں</w:t>
      </w:r>
    </w:p>
    <w:p>
      <w:r>
        <w:rPr>
          <w:b/>
        </w:rPr>
        <w:t xml:space="preserve">[28:35] </w:t>
      </w:r>
      <w:r>
        <w:t>buzurg samajhta hoon. Aap ka gyan Sahadpur aur Vic Park hai. Main aaj Mahila Diwas pe aap se yeh janna chahta hoon ke Islami tareekh se kuch aisi khawateen ka misaal zaroor hoga jin se aaj ki khawateen</w:t>
      </w:r>
    </w:p>
    <w:p>
      <w:pPr>
        <w:jc w:val="right"/>
      </w:pPr>
      <w:r>
        <w:t>بزرگ سمجھتا ہوں۔ آپ کا گیان سہادرپور اور ویک پرک ہے۔ میں آج महिला دن پہ آپ سے یہ جاننا چاہتا ہوں کہ اسلامی تاریخ سے کچھ ایسی خواتین کا مثال ضرور ہوگا جن سے آج کی خواتین</w:t>
      </w:r>
    </w:p>
    <w:p>
      <w:r>
        <w:rPr>
          <w:b/>
        </w:rPr>
        <w:t xml:space="preserve">[28:54] </w:t>
      </w:r>
      <w:r>
        <w:t>hausla hasil kar sakti hain. Aap un se, aap un mein se kuch ke bare mein batane ki meherbani kijiye.</w:t>
      </w:r>
    </w:p>
    <w:p>
      <w:pPr>
        <w:jc w:val="right"/>
      </w:pPr>
      <w:r>
        <w:t>حوصلہ حاصل کر سکتی ہیں۔ آپ ان سے، آپ ان میں سے کچھ کے بارے میں بتانے کی مہربانی کیجئے۔</w:t>
      </w:r>
    </w:p>
    <w:p>
      <w:r>
        <w:rPr>
          <w:b/>
        </w:rPr>
        <w:t xml:space="preserve">[29:03] </w:t>
      </w:r>
      <w:r>
        <w:t>Parmeshwar aap ko aage bhi sehat mand zindagi ata kare, aisi meri dua hai. Mashallah, mashallah.</w:t>
      </w:r>
    </w:p>
    <w:p>
      <w:pPr>
        <w:jc w:val="right"/>
      </w:pPr>
      <w:r>
        <w:t>پرمेश्वر آپ کو آگے بھی صحت مند زندگی عطا کرے، ایسی میری دعا ہے۔ ماشاءاللہ، ماشاءاللہ۔</w:t>
      </w:r>
    </w:p>
    <w:p>
      <w:r>
        <w:rPr>
          <w:b/>
        </w:rPr>
        <w:t xml:space="preserve">[29:12] </w:t>
      </w:r>
      <w:r>
        <w:t>mein aap ke liye bohat dua karta hoon. Miss Shabina Ali ne Kolkata se likha hai "Maulana, you have always reiterated the role of women in the mission work</w:t>
      </w:r>
    </w:p>
    <w:p>
      <w:pPr>
        <w:jc w:val="right"/>
      </w:pPr>
      <w:r>
        <w:t>میں آپ کے لیے بہت دعا کرتا ہوں۔ مس شبینہ علی نے کلکتہ سے لکھا ہے "Maulana, you have always reiterated the role of women in the mission work</w:t>
      </w:r>
    </w:p>
    <w:p>
      <w:r>
        <w:rPr>
          <w:b/>
        </w:rPr>
        <w:t xml:space="preserve">[29:24] </w:t>
      </w:r>
      <w:r>
        <w:t>. Thank you for appreciating and inspiring us that has helped us in recognizing and unfolding our potential." Mashallah, Mashallah,</w:t>
      </w:r>
    </w:p>
    <w:p>
      <w:pPr>
        <w:jc w:val="right"/>
      </w:pPr>
      <w:r>
        <w:t>. Thank you for appreciating and inspiring us that has helped us in recognizing and unfolding our potential." ماشاءاللہ، ماشاءاللہ،</w:t>
      </w:r>
    </w:p>
    <w:p>
      <w:r>
        <w:rPr>
          <w:b/>
        </w:rPr>
        <w:t xml:space="preserve">[29:39] </w:t>
      </w:r>
      <w:r>
        <w:t>Mashallah. Maulana, yeh sawal Delhi se Muhammad Bilal sahib ne bheja hai. Unhon ne aapse poocha hai "Why there were no women prophets?</w:t>
      </w:r>
    </w:p>
    <w:p>
      <w:pPr>
        <w:jc w:val="right"/>
      </w:pPr>
      <w:r>
        <w:t>ماشاءاللہ۔ مولانا، یہ سوال دلی سے محمد بلال صاحب نے بھیجا ہے۔ انہوں نے آپ سے پوچھا ہے "Why there were no women prophets?</w:t>
      </w:r>
    </w:p>
    <w:p>
      <w:r>
        <w:rPr>
          <w:b/>
        </w:rPr>
        <w:t xml:space="preserve">[29:49] </w:t>
      </w:r>
      <w:r>
        <w:t>"</w:t>
      </w:r>
    </w:p>
    <w:p>
      <w:pPr>
        <w:jc w:val="right"/>
      </w:pPr>
      <w:r>
        <w:t>"</w:t>
      </w:r>
    </w:p>
    <w:p>
      <w:r>
        <w:rPr>
          <w:b/>
        </w:rPr>
        <w:t xml:space="preserve">[30:00] </w:t>
      </w:r>
      <w:r>
        <w:t>Is se ziyada bari baat shayad yeh hai ke hum yeh janen ke Rasool Allah ko jab prophethood mili to pehla role jo tha woh ek aurat ko tha,</w:t>
      </w:r>
    </w:p>
    <w:p>
      <w:pPr>
        <w:jc w:val="right"/>
      </w:pPr>
      <w:r>
        <w:t>اس سے زیادہ بڑی بات شاید یہ ہے کہ ہم یہ جانیں کہ رسول اللہ کو جب prophethood ملی تو پہلا role جو تھا وہ ایک عورت کو تھا،</w:t>
      </w:r>
    </w:p>
    <w:p>
      <w:r>
        <w:rPr>
          <w:b/>
        </w:rPr>
        <w:t xml:space="preserve">[30:18] </w:t>
      </w:r>
      <w:r>
        <w:t>woh Khadijah ka. Dekhen, Khadijah ek khatoon theen jo Rasool Allah ki biwi theen. To jab Ghar-e-Hira se jahan aap ko pehli wahi utri thi, use aap aaye</w:t>
      </w:r>
    </w:p>
    <w:p>
      <w:pPr>
        <w:jc w:val="right"/>
      </w:pPr>
      <w:r>
        <w:t>وہ خدیجہ کا۔ دیکھیں، خدیجہ ایک خاتون تھے جو رسول اللہ کی بیوی تھیں۔ تو جب غار حرا سے جہاں آپ کو پہلی وحی اتری تھی، اسے آپ آئے</w:t>
      </w:r>
    </w:p>
    <w:p>
      <w:r>
        <w:rPr>
          <w:b/>
        </w:rPr>
        <w:t xml:space="preserve">[30:36] </w:t>
      </w:r>
      <w:r>
        <w:t>to tareekh batati hai ke aap ko kuch ghabraye hue se thay aur aap aaye Khadijah ke ghar mein.</w:t>
      </w:r>
    </w:p>
    <w:p>
      <w:pPr>
        <w:jc w:val="right"/>
      </w:pPr>
      <w:r>
        <w:t>تو تاریخ بتاتی ہے کہ آپ کو کچھ گھبرائے ہوئے سے تھے اور آپ آئے خدیجہ کے گھر میں۔</w:t>
      </w:r>
    </w:p>
    <w:p>
      <w:r>
        <w:rPr>
          <w:b/>
        </w:rPr>
        <w:t xml:space="preserve">[30:48] </w:t>
      </w:r>
      <w:r>
        <w:t>Khadijah ke ghar mein rehte thay aap. Zambilooni Zambilooni</w:t>
      </w:r>
    </w:p>
    <w:p>
      <w:pPr>
        <w:jc w:val="right"/>
      </w:pPr>
      <w:r>
        <w:t>خدیجہ کے گھر میں رہتے تھے آپ۔ زَمْبِلُونِي زَمْبِلُونِي</w:t>
      </w:r>
    </w:p>
    <w:p>
      <w:r>
        <w:rPr>
          <w:b/>
        </w:rPr>
        <w:t xml:space="preserve">[30:54] </w:t>
      </w:r>
      <w:r>
        <w:t>mujhe chadar orhao, chadar orhao. To dekhen, Hazrat Rasool Allah ko to ek ghabrahat taari ho gayi aur aap ne kaha ke orh kar let jaon.</w:t>
      </w:r>
    </w:p>
    <w:p>
      <w:pPr>
        <w:jc w:val="right"/>
      </w:pPr>
      <w:r>
        <w:t>مجھے چادر اڑاؤ، چادر اڑاؤ۔ تو دیکھیں، حضرت رسول اللہ کو تو ایک گھبراہٹ طاری ہو گئی اور آپ نے کہا کہ اڑ کر لیٹ جاؤں۔</w:t>
      </w:r>
    </w:p>
    <w:p>
      <w:r>
        <w:rPr>
          <w:b/>
        </w:rPr>
        <w:t xml:space="preserve">[31:10] </w:t>
      </w:r>
      <w:r>
        <w:t>Us waqt Khadijah ne kya kiya?</w:t>
      </w:r>
    </w:p>
    <w:p>
      <w:pPr>
        <w:jc w:val="right"/>
      </w:pPr>
      <w:r>
        <w:t>اس وقت خدیجہ نے کیا کیا؟</w:t>
      </w:r>
    </w:p>
    <w:p>
      <w:r>
        <w:rPr>
          <w:b/>
        </w:rPr>
        <w:t xml:space="preserve">[31:16] </w:t>
      </w:r>
      <w:r>
        <w:t>Khadijah ne yeh kiya ke Rasool Allah se kaha ke</w:t>
      </w:r>
    </w:p>
    <w:p>
      <w:pPr>
        <w:jc w:val="right"/>
      </w:pPr>
      <w:r>
        <w:t>خدیجہ نے یہ کیا کہ رسول اللہ سے کہا کہ</w:t>
      </w:r>
    </w:p>
    <w:p>
      <w:r>
        <w:rPr>
          <w:b/>
        </w:rPr>
        <w:t xml:space="preserve">[31:22] </w:t>
      </w:r>
      <w:r>
        <w:t>chaliye chalte hain Warqa ke paas. Bajaye litane ke, unhon ne un ko kaha ke hum chalte hain Warqa bin Naufal ke paas.</w:t>
      </w:r>
    </w:p>
    <w:p>
      <w:pPr>
        <w:jc w:val="right"/>
      </w:pPr>
      <w:r>
        <w:t>چلیے چلتے ہیں ورقہ کے پاس۔ بجائے لٹانے کے، انہوں نے ان کو کہا کہ ہم چلتے ہیں ورقہ بن نوفل کے پاس۔</w:t>
      </w:r>
    </w:p>
    <w:p>
      <w:r>
        <w:rPr>
          <w:b/>
        </w:rPr>
        <w:t xml:space="preserve">[31:35] </w:t>
      </w:r>
      <w:r>
        <w:t>Woh Christian ho gaye thay us daur mein, woh Christian thay aur kafi senior thay Arab society mein.</w:t>
      </w:r>
    </w:p>
    <w:p>
      <w:pPr>
        <w:jc w:val="right"/>
      </w:pPr>
      <w:r>
        <w:t>وہ کرسچن ہو گئے تھے اس دور میں، وہ کرسچن تھے اور کافی سینئر تھے عرب سوسائٹی میں۔</w:t>
      </w:r>
    </w:p>
    <w:p>
      <w:r>
        <w:rPr>
          <w:b/>
        </w:rPr>
        <w:t xml:space="preserve">[31:49] </w:t>
      </w:r>
      <w:r>
        <w:t>To chunancha woh le gayeen,</w:t>
      </w:r>
    </w:p>
    <w:p>
      <w:pPr>
        <w:jc w:val="right"/>
      </w:pPr>
      <w:r>
        <w:t>تو چنانچہ وہ لے گئیں،</w:t>
      </w:r>
    </w:p>
    <w:p>
      <w:r>
        <w:rPr>
          <w:b/>
        </w:rPr>
        <w:t xml:space="preserve">[31:53] </w:t>
      </w:r>
      <w:r>
        <w:t>Khadijah le gayeen Rasool Allah ko Warqa bin Naufal ke ghar.</w:t>
      </w:r>
    </w:p>
    <w:p>
      <w:pPr>
        <w:jc w:val="right"/>
      </w:pPr>
      <w:r>
        <w:t>خدیجہ لے گئیں رسول اللہ کو ورقہ بن نوفل کے گھر۔</w:t>
      </w:r>
    </w:p>
    <w:p>
      <w:r>
        <w:rPr>
          <w:b/>
        </w:rPr>
        <w:t xml:space="preserve">[32:01] </w:t>
      </w:r>
      <w:r>
        <w:t>Bajaye litane ke, orhaye orha kar ke unhon ne yeh kiya. To Islam mein mein bas bataon ke pehla role jo hai Khadijah ka hai.</w:t>
      </w:r>
    </w:p>
    <w:p>
      <w:pPr>
        <w:jc w:val="right"/>
      </w:pPr>
      <w:r>
        <w:t>بجائے لٹانے کے، اڑائے اڑا کر کے انہوں نے یہ کیا۔ تو اسلام میں میں بس بتاؤں کہ پہلا رول جو ہے خدیجہ کا ہے۔</w:t>
      </w:r>
    </w:p>
    <w:p>
      <w:r>
        <w:rPr>
          <w:b/>
        </w:rPr>
        <w:t xml:space="preserve">[32:16] </w:t>
      </w:r>
      <w:r>
        <w:t>Jab wahan gayeen woh</w:t>
      </w:r>
    </w:p>
    <w:p>
      <w:pPr>
        <w:jc w:val="right"/>
      </w:pPr>
      <w:r>
        <w:t>جب وہاں گئیں وہ</w:t>
      </w:r>
    </w:p>
    <w:p>
      <w:r>
        <w:rPr>
          <w:b/>
        </w:rPr>
        <w:t xml:space="preserve">[32:18] </w:t>
      </w:r>
      <w:r>
        <w:t>to unhon ne poocha Rasool Allah ke baray mein ke yeh</w:t>
      </w:r>
    </w:p>
    <w:p>
      <w:pPr>
        <w:jc w:val="right"/>
      </w:pPr>
      <w:r>
        <w:t>تو انہوں نے پوچھا رسول اللہ کے بارے میں کہ یہ</w:t>
      </w:r>
    </w:p>
    <w:p>
      <w:r>
        <w:rPr>
          <w:b/>
        </w:rPr>
        <w:t xml:space="preserve">[32:28] </w:t>
      </w:r>
      <w:r>
        <w:t>aap ke paas aayen hain, in ko le kar mein aayi hoon aap ke paas. In par ek ek tajurba guzra hai Ghar-e-Hira mein.</w:t>
      </w:r>
    </w:p>
    <w:p>
      <w:pPr>
        <w:jc w:val="right"/>
      </w:pPr>
      <w:r>
        <w:t>آپ کے پاس آئیں ہیں، ان کو لے کر میں آئی ہوں آپ کے پاس۔ ان پر ایک ایک تجربہ گزرا ہے غار حرا میں۔</w:t>
      </w:r>
    </w:p>
    <w:p>
      <w:r>
        <w:rPr>
          <w:b/>
        </w:rPr>
        <w:t xml:space="preserve">[32:39] </w:t>
      </w:r>
      <w:r>
        <w:t>Yeh Ghar-e-Hira mein thay, wahan par in par ek experience guzra.</w:t>
      </w:r>
    </w:p>
    <w:p>
      <w:pPr>
        <w:jc w:val="right"/>
      </w:pPr>
      <w:r>
        <w:t>یہ غار حرا میں تھے، وہاں پر ان پر ایک ایکسپیرینس گزرا۔</w:t>
      </w:r>
    </w:p>
    <w:p>
      <w:r>
        <w:rPr>
          <w:b/>
        </w:rPr>
        <w:t xml:space="preserve">[32:46] </w:t>
      </w:r>
      <w:r>
        <w:t>Aur phir woh bataya unhon ne ke Jibrael aaye, un ka ek khayal. Phir jo aap sab logon ko maloom hai ke jo hua to Warqa ne Rasool Allah se poocha</w:t>
      </w:r>
    </w:p>
    <w:p>
      <w:pPr>
        <w:jc w:val="right"/>
      </w:pPr>
      <w:r>
        <w:t>اور پھر وہ بتایا انہوں نے کہ جبرائیل آئے، ان کا ایک خیال۔ پھر جو آپ سب لوگوں کو معلوم ہے کہ جو ہوا تو ورقہ نے رسول اللہ سے پوچھا</w:t>
      </w:r>
    </w:p>
    <w:p>
      <w:r>
        <w:rPr>
          <w:b/>
        </w:rPr>
        <w:t xml:space="preserve">[33:03] </w:t>
      </w:r>
      <w:r>
        <w:t>is ki detail to aap ne detail batayi. To Warqa ne jo bohat senior aadmi thay Arab society ke, unhon ne kaha ke</w:t>
      </w:r>
    </w:p>
    <w:p>
      <w:pPr>
        <w:jc w:val="right"/>
      </w:pPr>
      <w:r>
        <w:t>اس کی ڈیٹیل تو آپ نے ڈیٹیل بتائی۔ تو ورقہ نے جو بہت سینئر آدمی تھے عرب سوسائٹی کے، انہوں نے کہا کہ</w:t>
      </w:r>
    </w:p>
    <w:p>
      <w:r>
        <w:rPr>
          <w:b/>
        </w:rPr>
        <w:t xml:space="preserve">[33:20] </w:t>
      </w:r>
      <w:r>
        <w:t>Ae Muhammad, yeh jo tune dekha woh mere nazdeek wahi naam, wahi Namoos tha, wahi Namoos-e-Akbar ka tha.</w:t>
      </w:r>
    </w:p>
    <w:p>
      <w:pPr>
        <w:jc w:val="right"/>
      </w:pPr>
      <w:r>
        <w:t>اے محمد، یہ جو تو نے دیکھا وہ میرے نزدیک وہی نام، وہی ناموس تھا، وہی ناموس اکبر کا تھا۔</w:t>
      </w:r>
    </w:p>
    <w:p>
      <w:r>
        <w:rPr>
          <w:b/>
        </w:rPr>
        <w:t xml:space="preserve">[33:32] </w:t>
      </w:r>
      <w:r>
        <w:t>Ji, Namoos-e-Akbar, wahi Namoos-e-Akbar tha jo aaya tha Musa</w:t>
      </w:r>
    </w:p>
    <w:p>
      <w:pPr>
        <w:jc w:val="right"/>
      </w:pPr>
      <w:r>
        <w:t>جی، ناموس اکبر، وہی ناموس اکبر تھا جو آیا تھا موسیٰ</w:t>
      </w:r>
    </w:p>
    <w:p>
      <w:r>
        <w:rPr>
          <w:b/>
        </w:rPr>
        <w:t xml:space="preserve">[33:37] </w:t>
      </w:r>
      <w:r>
        <w:t>aur Isa par, yani Jibrael. To is lihaaz se dekha jaye to Muhammad Sallallahu Alaihi Wasallam ki pehli momina,</w:t>
      </w:r>
    </w:p>
    <w:p>
      <w:pPr>
        <w:jc w:val="right"/>
      </w:pPr>
      <w:r>
        <w:t>اور عیسیٰ پر، یعنی جبرائیل۔ تو اس لحاظ سے دیکھا جائے تو محمد صلی اللہ علیہ وسلم کی پہلی مومنہ،</w:t>
      </w:r>
    </w:p>
    <w:p>
      <w:r>
        <w:rPr>
          <w:b/>
        </w:rPr>
        <w:t xml:space="preserve">[33:51] </w:t>
      </w:r>
      <w:r>
        <w:t>pehlay momin warqa hain, pehlay momin. to is ki baat tasweer aap seerat ki kitabon mein parh sakte hain.</w:t>
      </w:r>
    </w:p>
    <w:p>
      <w:pPr>
        <w:jc w:val="right"/>
      </w:pPr>
      <w:r>
        <w:t>پہلے مومن ورقہ ہیں، پہلے مومن۔ تو اس کی بات تصویر آپ سیرت کی کتابوں میں پڑھ سکتے ہیں۔</w:t>
      </w:r>
    </w:p>
    <w:p>
      <w:r>
        <w:rPr>
          <w:b/>
        </w:rPr>
        <w:t xml:space="preserve">[34:04] </w:t>
      </w:r>
      <w:r>
        <w:t>to yeh kitna bara role hai khatoon ka rasool Allah ki</w:t>
      </w:r>
    </w:p>
    <w:p>
      <w:pPr>
        <w:jc w:val="right"/>
      </w:pPr>
      <w:r>
        <w:t>تو یہ کتنا بڑا رول ہے خاتون کا رسول اللہ کی</w:t>
      </w:r>
    </w:p>
    <w:p>
      <w:r>
        <w:rPr>
          <w:b/>
        </w:rPr>
        <w:t xml:space="preserve">[34:08] </w:t>
      </w:r>
      <w:r>
        <w:t>zindagi mein. phir dekhen, Aisha jo aap ki alia theen, woh tamam ulama ke ittefaq se number one khatoon mani jati hain Islam mein.</w:t>
      </w:r>
    </w:p>
    <w:p>
      <w:pPr>
        <w:jc w:val="right"/>
      </w:pPr>
      <w:r>
        <w:t>زندگی میں۔ پھر دیکھیں، عائشہ جو آپ کی عالیہ تھیں، وہ تمام علماء کے اتفاق سے نمبر ون خاتون مانی جاتی ہیں اسلام میں۔</w:t>
      </w:r>
    </w:p>
    <w:p>
      <w:r>
        <w:rPr>
          <w:b/>
        </w:rPr>
        <w:t xml:space="preserve">[34:27] </w:t>
      </w:r>
      <w:r>
        <w:t>yani jo masail un ke, is ke zariye ummat ko mile hain, woh bohat qeemti hain, bohat qeemti hain.</w:t>
      </w:r>
    </w:p>
    <w:p>
      <w:pPr>
        <w:jc w:val="right"/>
      </w:pPr>
      <w:r>
        <w:t>یعنی جو مسائل ان کے، اس کے ذریعے امت کو ملے ہیں، وہ بہت قیمتی ہیں، بہت قیمتی ہیں۔</w:t>
      </w:r>
    </w:p>
    <w:p>
      <w:r>
        <w:rPr>
          <w:b/>
        </w:rPr>
        <w:t xml:space="preserve">[34:38] </w:t>
      </w:r>
      <w:r>
        <w:t>isi liye aik mustaqil kitaab mein likhi gayi hain Aisha ke oopar,</w:t>
      </w:r>
    </w:p>
    <w:p>
      <w:pPr>
        <w:jc w:val="right"/>
      </w:pPr>
      <w:r>
        <w:t>اسی لیے ایک مستقل کتاب میں لکھی گئی ہیں عائشہ کے اوپر،</w:t>
      </w:r>
    </w:p>
    <w:p>
      <w:r>
        <w:rPr>
          <w:b/>
        </w:rPr>
        <w:t xml:space="preserve">[34:46] </w:t>
      </w:r>
      <w:r>
        <w:t>aap is ko parh sakte hain.</w:t>
      </w:r>
    </w:p>
    <w:p>
      <w:pPr>
        <w:jc w:val="right"/>
      </w:pPr>
      <w:r>
        <w:t>آپ اس کو پڑھ سکتے ہیں۔</w:t>
      </w:r>
    </w:p>
    <w:p>
      <w:r>
        <w:rPr>
          <w:b/>
        </w:rPr>
        <w:t xml:space="preserve">[34:51] </w:t>
      </w:r>
      <w:r>
        <w:t>Maulana, kuch comments parhna chahenge. yeh comment bheja hai Miss Kausar Izhar ne New Jersey se.</w:t>
      </w:r>
    </w:p>
    <w:p>
      <w:pPr>
        <w:jc w:val="right"/>
      </w:pPr>
      <w:r>
        <w:t>مولانا، کچھ کمنٹس پڑھنا چاہیں گے۔ یہ کمنٹ بھیجا ہے مس کوثر اظہار نے نیو جرسی سے۔</w:t>
      </w:r>
    </w:p>
    <w:p>
      <w:r>
        <w:rPr>
          <w:b/>
        </w:rPr>
        <w:t xml:space="preserve">[34:59] </w:t>
      </w:r>
      <w:r>
        <w:t>unhon ne likha hai: "Maulana, Maulana sahib, what a wonderful gift for Women's Day!</w:t>
      </w:r>
    </w:p>
    <w:p>
      <w:pPr>
        <w:jc w:val="right"/>
      </w:pPr>
      <w:r>
        <w:t>انہوں نے لکھا ہے: "مولانا، مولانا صاحب، what a wonderful gift for Women's Day!</w:t>
      </w:r>
    </w:p>
    <w:p>
      <w:r>
        <w:rPr>
          <w:b/>
        </w:rPr>
        <w:t xml:space="preserve">[35:07] </w:t>
      </w:r>
      <w:r>
        <w:t>Thank you! You gave an example of Hazrat Hajirah as the greatest woman in history. She was a pioneer and led the humanity from shirk to God worship.</w:t>
      </w:r>
    </w:p>
    <w:p>
      <w:pPr>
        <w:jc w:val="right"/>
      </w:pPr>
      <w:r>
        <w:t>Thank you! You gave an example of Hazrat Hajirah as the greatest woman in history. She was a pioneer and led the humanity from shirk to God worship.</w:t>
      </w:r>
    </w:p>
    <w:p>
      <w:r>
        <w:rPr>
          <w:b/>
        </w:rPr>
        <w:t xml:space="preserve">[35:20] </w:t>
      </w:r>
      <w:r>
        <w:t>The present-day women can learn from her. She can lead the present-day humanity from material worship and spiritually starved mindset to spiritually contented personality and true worship of God.</w:t>
      </w:r>
    </w:p>
    <w:p>
      <w:pPr>
        <w:jc w:val="right"/>
      </w:pPr>
      <w:r>
        <w:t>The present-day women can learn from her. She can lead the present-day humanity from material worship and spiritually starved mindset to spiritually contented personality and true worship of God.</w:t>
      </w:r>
    </w:p>
    <w:p>
      <w:r>
        <w:rPr>
          <w:b/>
        </w:rPr>
        <w:t xml:space="preserve">[35:35] </w:t>
      </w:r>
      <w:r>
        <w:t>I will be in company of intellectual women in New Jersey today and will convey my message to all of them. Thank you</w:t>
      </w:r>
    </w:p>
    <w:p>
      <w:pPr>
        <w:jc w:val="right"/>
      </w:pPr>
      <w:r>
        <w:t>I will be in company of intellectual women in New Jersey today and will convey my message to all of them. Thank you</w:t>
      </w:r>
    </w:p>
    <w:p>
      <w:r>
        <w:rPr>
          <w:b/>
        </w:rPr>
        <w:t xml:space="preserve">[35:43] </w:t>
      </w:r>
      <w:r>
        <w:t>! Azhar Mubarak sahib ne Bhagalpur se likha hai: "Maulana, your book 'Aurat Memar Insaniyat' is a paradigm shift for my conception regarding understanding of the women.</w:t>
      </w:r>
    </w:p>
    <w:p>
      <w:pPr>
        <w:jc w:val="right"/>
      </w:pPr>
      <w:r>
        <w:t>!" اظہر مبارک صاحب نے بھاگلپور سے لکھا ہے: "مولانا، your book 'عورت معمار انسانیت' is a paradigm shift for my conception regarding understanding of the women.</w:t>
      </w:r>
    </w:p>
    <w:p>
      <w:r>
        <w:rPr>
          <w:b/>
        </w:rPr>
        <w:t xml:space="preserve">[35:56] </w:t>
      </w:r>
      <w:r>
        <w:t>It completely changed my vision."</w:t>
      </w:r>
    </w:p>
    <w:p>
      <w:pPr>
        <w:jc w:val="right"/>
      </w:pPr>
      <w:r>
        <w:t>It completely changed my vision."</w:t>
      </w:r>
    </w:p>
    <w:p>
      <w:r>
        <w:rPr>
          <w:b/>
        </w:rPr>
        <w:t xml:space="preserve">[36:00] </w:t>
      </w:r>
      <w:r>
        <w:t>Sajid Anwar sahib ne Mumbai se likha hai: "Maulana, in my knowledge, CPS is the only mission who has... in my knowledge, CPS is the only mission which has rediscovered the true role of women.</w:t>
      </w:r>
    </w:p>
    <w:p>
      <w:pPr>
        <w:jc w:val="right"/>
      </w:pPr>
      <w:r>
        <w:t>ساجد انور صاحب نے ممبئی سے لکھا ہے: "مولانا، in my knowledge, CPS is the only mission who has... in my knowledge, CPS is the only mission which has rediscovered the true role of women.</w:t>
      </w:r>
    </w:p>
    <w:p>
      <w:r>
        <w:rPr>
          <w:b/>
        </w:rPr>
        <w:t xml:space="preserve">[36:14] </w:t>
      </w:r>
      <w:r>
        <w:t>Due to this, now women are at the forefront of the mission everywhere and converting their potential into actual. This is nothing less than a historical step in the existing Muslim society.</w:t>
      </w:r>
    </w:p>
    <w:p>
      <w:pPr>
        <w:jc w:val="right"/>
      </w:pPr>
      <w:r>
        <w:t>Due to this, now women are at the forefront of the mission everywhere and converting their potential into actual. This is nothing less than a historical step in the existing Muslim society.</w:t>
      </w:r>
    </w:p>
    <w:p>
      <w:r>
        <w:rPr>
          <w:b/>
        </w:rPr>
        <w:t xml:space="preserve">[36:28] </w:t>
      </w:r>
      <w:r>
        <w:t>May Allah reward you immensely." Maulana Abdus Salam Umri ne Hyderabad se likha hai: "Aurat ka asal role dawati role hai.</w:t>
      </w:r>
    </w:p>
    <w:p>
      <w:pPr>
        <w:jc w:val="right"/>
      </w:pPr>
      <w:r>
        <w:t>May Allah reward you immensely." مولانا عبدالسلام عمری نے حیدرآباد سے لکھا ہے: "عورت کا اصل رول دعوتی رول ہے۔</w:t>
      </w:r>
    </w:p>
    <w:p>
      <w:r>
        <w:rPr>
          <w:b/>
        </w:rPr>
        <w:t xml:space="preserve">[36:38] </w:t>
      </w:r>
      <w:r>
        <w:t>is ko aap hi pehle woh shakhs hain jinhon ne aurat ke dawati role ko wazeh kiya hai.</w:t>
      </w:r>
    </w:p>
    <w:p>
      <w:pPr>
        <w:jc w:val="right"/>
      </w:pPr>
      <w:r>
        <w:t>اس کو آپ ہی پہلے وہ شخص ہیں جنہوں نے عورت کے دعوتی رول کو واضح کیا ہے۔</w:t>
      </w:r>
    </w:p>
    <w:p>
      <w:r>
        <w:rPr>
          <w:b/>
        </w:rPr>
        <w:t xml:space="preserve">[36:44] </w:t>
      </w:r>
      <w:r>
        <w:t>Jazak Allah Maulana."</w:t>
      </w:r>
    </w:p>
    <w:p>
      <w:pPr>
        <w:jc w:val="right"/>
      </w:pPr>
      <w:r>
        <w:t>جزاک اللہ مولانا۔"</w:t>
      </w:r>
    </w:p>
    <w:p>
      <w:r>
        <w:rPr>
          <w:b/>
        </w:rPr>
        <w:t xml:space="preserve">[36:49] </w:t>
      </w:r>
      <w:r>
        <w:t>Okay, we will end this session</w:t>
      </w:r>
    </w:p>
    <w:p>
      <w:pPr>
        <w:jc w:val="right"/>
      </w:pPr>
      <w:r>
        <w:t>Okay, we will end this session</w:t>
      </w:r>
    </w:p>
    <w:p>
      <w:r>
        <w:rPr>
          <w:b/>
        </w:rPr>
        <w:t xml:space="preserve">[36:51] </w:t>
      </w:r>
      <w:r>
        <w:t>now. Thank you.</w:t>
      </w:r>
    </w:p>
    <w:p>
      <w:pPr>
        <w:jc w:val="right"/>
      </w:pPr>
      <w:r>
        <w:t>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