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Deedar-e-Ilahi Glimpse of God 7 March 7, 2020 Maulana Wahiduddin Khan</w:t>
      </w:r>
    </w:p>
    <w:p>
      <w:r>
        <w:t>https://www.youtube.com/watch?v=_4BDzVwFIz0</w:t>
      </w:r>
    </w:p>
    <w:p>
      <w:r>
        <w:rPr>
          <w:b/>
        </w:rPr>
        <w:t xml:space="preserve">[00:13] </w:t>
      </w:r>
      <w:r>
        <w:t>Bismillah Rehman ur Rahim.</w:t>
      </w:r>
    </w:p>
    <w:p>
      <w:pPr>
        <w:jc w:val="right"/>
      </w:pPr>
      <w:r>
        <w:t>بسم اللہ الرحمن الرحیم۔</w:t>
      </w:r>
    </w:p>
    <w:p>
      <w:r>
        <w:rPr>
          <w:b/>
        </w:rPr>
        <w:t xml:space="preserve">[00:20] </w:t>
      </w:r>
      <w:r>
        <w:t>Wasallallahu ala Nabi il Kareem.</w:t>
      </w:r>
    </w:p>
    <w:p>
      <w:pPr>
        <w:jc w:val="right"/>
      </w:pPr>
      <w:r>
        <w:t>وصلی اللہ علی نبی الکریم۔</w:t>
      </w:r>
    </w:p>
    <w:p>
      <w:r>
        <w:rPr>
          <w:b/>
        </w:rPr>
        <w:t xml:space="preserve">[00:26] </w:t>
      </w:r>
      <w:r>
        <w:t>Rabishrah li sadri, wa yassir li amri, wahlul uqdatan min lisani, yafqahu qawli.</w:t>
      </w:r>
    </w:p>
    <w:p>
      <w:pPr>
        <w:jc w:val="right"/>
      </w:pPr>
      <w:r>
        <w:t>رب اشرح لی صدری، ویسر لی امری، واحل العقدۃ من لسانی، یفقہ قولی۔</w:t>
      </w:r>
    </w:p>
    <w:p>
      <w:r>
        <w:rPr>
          <w:b/>
        </w:rPr>
        <w:t xml:space="preserve">[00:42] </w:t>
      </w:r>
      <w:r>
        <w:t>Kabhi kabhi mere dil mein kuch ajeeb ajeeb baatein aati hain.</w:t>
      </w:r>
    </w:p>
    <w:p>
      <w:pPr>
        <w:jc w:val="right"/>
      </w:pPr>
      <w:r>
        <w:t>کبھی کبھی میرے دل میں کچھ عجیب عجیب باتیں آتی ہیں۔</w:t>
      </w:r>
    </w:p>
    <w:p>
      <w:r>
        <w:rPr>
          <w:b/>
        </w:rPr>
        <w:t xml:space="preserve">[00:49] </w:t>
      </w:r>
      <w:r>
        <w:t>Mislan dekhiye, Hazrat Musa ne kaha:</w:t>
      </w:r>
    </w:p>
    <w:p>
      <w:pPr>
        <w:jc w:val="right"/>
      </w:pPr>
      <w:r>
        <w:t>مثلاً دیکھیے، حضرت موسیٰ نے کہا:</w:t>
      </w:r>
    </w:p>
    <w:p>
      <w:r>
        <w:rPr>
          <w:b/>
        </w:rPr>
        <w:t xml:space="preserve">[00:56] </w:t>
      </w:r>
      <w:r>
        <w:t>rabbi arani anzur ilayk khuda mujhe dikha, main tujh ko dekhna chahta hoon. tu khuda ne dikhaya nahin.</w:t>
      </w:r>
    </w:p>
    <w:p>
      <w:pPr>
        <w:jc w:val="right"/>
      </w:pPr>
      <w:r>
        <w:t>رَبِّ اَرَنِي اَنْظُرُ اِلَيْكَ خدا مجھے دکھا، میں تجھ کو دیکھنا چاہتا ہوں۔ تو خدا نے دکھایا نہیں۔</w:t>
      </w:r>
    </w:p>
    <w:p>
      <w:r>
        <w:rPr>
          <w:b/>
        </w:rPr>
        <w:t xml:space="preserve">[01:10] </w:t>
      </w:r>
      <w:r>
        <w:t>soofiyon ne deedar elahi ka</w:t>
      </w:r>
    </w:p>
    <w:p>
      <w:pPr>
        <w:jc w:val="right"/>
      </w:pPr>
      <w:r>
        <w:t>صوفیوں نے دیدار الہی کا</w:t>
      </w:r>
    </w:p>
    <w:p>
      <w:r>
        <w:rPr>
          <w:b/>
        </w:rPr>
        <w:t xml:space="preserve">[01:17] </w:t>
      </w:r>
      <w:r>
        <w:t>bohat ziyada chaha, magar wahan bhi un ko deedar elahi hua nahin.</w:t>
      </w:r>
    </w:p>
    <w:p>
      <w:pPr>
        <w:jc w:val="right"/>
      </w:pPr>
      <w:r>
        <w:t>بہت زیادہ چاہا، مگر وہاں بھی ان کو دیدار الہی ہوا نہیں۔</w:t>
      </w:r>
    </w:p>
    <w:p>
      <w:r>
        <w:rPr>
          <w:b/>
        </w:rPr>
        <w:t xml:space="preserve">[01:28] </w:t>
      </w:r>
      <w:r>
        <w:t>tu</w:t>
      </w:r>
    </w:p>
    <w:p>
      <w:pPr>
        <w:jc w:val="right"/>
      </w:pPr>
      <w:r>
        <w:t>تو</w:t>
      </w:r>
    </w:p>
    <w:p>
      <w:r>
        <w:rPr>
          <w:b/>
        </w:rPr>
        <w:t xml:space="preserve">[01:31] </w:t>
      </w:r>
      <w:r>
        <w:t>main ne socha ke sare insan jin ko Allah ne insan banaya tha, wohi chahte rahe ke jo bara khaliq hai, us ko main dekhun.</w:t>
      </w:r>
    </w:p>
    <w:p>
      <w:pPr>
        <w:jc w:val="right"/>
      </w:pPr>
      <w:r>
        <w:t>میں نے سوچا کہ سارے انسان جن کو اللہ نے انسان بنایا تھا، وہی چاہتے رہے کہ جو بڑا خالق ہے، اس کو میں دیکھوں۔</w:t>
      </w:r>
    </w:p>
    <w:p>
      <w:r>
        <w:rPr>
          <w:b/>
        </w:rPr>
        <w:t xml:space="preserve">[01:45] </w:t>
      </w:r>
      <w:r>
        <w:t>lekin kisi khuda ne kabhi un ko dikhaya nahin.</w:t>
      </w:r>
    </w:p>
    <w:p>
      <w:pPr>
        <w:jc w:val="right"/>
      </w:pPr>
      <w:r>
        <w:t>لیکن کسی خدا نے کبھی ان کو دکھایا نہیں۔</w:t>
      </w:r>
    </w:p>
    <w:p>
      <w:r>
        <w:rPr>
          <w:b/>
        </w:rPr>
        <w:t xml:space="preserve">[01:48] </w:t>
      </w:r>
      <w:r>
        <w:t>kisi ajeeb baat hai.</w:t>
      </w:r>
    </w:p>
    <w:p>
      <w:pPr>
        <w:jc w:val="right"/>
      </w:pPr>
      <w:r>
        <w:t>کیسی عجیب بات ہے۔</w:t>
      </w:r>
    </w:p>
    <w:p>
      <w:r>
        <w:rPr>
          <w:b/>
        </w:rPr>
        <w:t xml:space="preserve">[01:54] </w:t>
      </w:r>
      <w:r>
        <w:t>kisi ajeeb baat hai. lekin yahan jo masla hai, woh yeh hai ke in logon ne, yani main peghambar par kuch nahin kehna chahunga, ek aam baat ke taur par ke</w:t>
      </w:r>
    </w:p>
    <w:p>
      <w:pPr>
        <w:jc w:val="right"/>
      </w:pPr>
      <w:r>
        <w:t>کیسی عجیب بات ہے۔ لیکن یہاں جو مسئلہ ہے، وہ یہ ہے کہ ان لوگوں نے، یعنی میں پیغمبر پر کچھ نہیں کہنا چاہوں گا، ایک عام بات کے طور پر کہ</w:t>
      </w:r>
    </w:p>
    <w:p>
      <w:r>
        <w:rPr>
          <w:b/>
        </w:rPr>
        <w:t xml:space="preserve">[02:11] </w:t>
      </w:r>
      <w:r>
        <w:t>insan ne yeh to chaha</w:t>
      </w:r>
    </w:p>
    <w:p>
      <w:pPr>
        <w:jc w:val="right"/>
      </w:pPr>
      <w:r>
        <w:t>انسان نے یہ تو چاہا</w:t>
      </w:r>
    </w:p>
    <w:p>
      <w:r>
        <w:rPr>
          <w:b/>
        </w:rPr>
        <w:t xml:space="preserve">[02:16] </w:t>
      </w:r>
      <w:r>
        <w:t>ke khuda ya main tujh ko dekhna chahta hoon. lekin Allah ka ek tareeqa hai ke der and der is ka jawab nahin deta.</w:t>
      </w:r>
    </w:p>
    <w:p>
      <w:pPr>
        <w:jc w:val="right"/>
      </w:pPr>
      <w:r>
        <w:t>کہ خدایا میں تجھ کو دیکھنا چاہتا ہوں۔ لیکن اللہ کا ایک طریقہ ہے کہ دیر اینڈ دیر اس کا جواب نہیں دیتا۔</w:t>
      </w:r>
    </w:p>
    <w:p>
      <w:r>
        <w:rPr>
          <w:b/>
        </w:rPr>
        <w:t xml:space="preserve">[02:31] </w:t>
      </w:r>
      <w:r>
        <w:t>mukhtalif shakalon mein woh jawab deta hai. mislan yeh jo hai muamla, deedar elahi.</w:t>
      </w:r>
    </w:p>
    <w:p>
      <w:pPr>
        <w:jc w:val="right"/>
      </w:pPr>
      <w:r>
        <w:t>مختلف شکلوں میں وہ جواب دیتا ہے۔ مثلاً یہ جو ہے معاملہ، دیدار الہی۔</w:t>
      </w:r>
    </w:p>
    <w:p>
      <w:r>
        <w:rPr>
          <w:b/>
        </w:rPr>
        <w:t xml:space="preserve">[02:44] </w:t>
      </w:r>
      <w:r>
        <w:t>dekhiye, Allah ki rehmat ke bohat door baat hai</w:t>
      </w:r>
    </w:p>
    <w:p>
      <w:pPr>
        <w:jc w:val="right"/>
      </w:pPr>
      <w:r>
        <w:t>دیکھیے، اللہ کی رحمت کے بہت دور بات ہے</w:t>
      </w:r>
    </w:p>
    <w:p>
      <w:r>
        <w:rPr>
          <w:b/>
        </w:rPr>
        <w:t xml:space="preserve">[02:49] </w:t>
      </w:r>
      <w:r>
        <w:t>ke jis ko insan ke roop mein paida kiya, aur us ne chaha ke woh dekhe apne khaliq ko.</w:t>
      </w:r>
    </w:p>
    <w:p>
      <w:pPr>
        <w:jc w:val="right"/>
      </w:pPr>
      <w:r>
        <w:t>کہ جس کو انسان کے روپ میں پیدا کیا، اور اس نے چاہا کہ وہ دیکھے اپنے خالق کو۔</w:t>
      </w:r>
    </w:p>
    <w:p>
      <w:r>
        <w:rPr>
          <w:b/>
        </w:rPr>
        <w:t xml:space="preserve">[02:58] </w:t>
      </w:r>
      <w:r>
        <w:t>lekin Allah</w:t>
      </w:r>
    </w:p>
    <w:p>
      <w:pPr>
        <w:jc w:val="right"/>
      </w:pPr>
      <w:r>
        <w:t>لیکن اللہ</w:t>
      </w:r>
    </w:p>
    <w:p>
      <w:r>
        <w:rPr>
          <w:b/>
        </w:rPr>
        <w:t xml:space="preserve">[03:02] </w:t>
      </w:r>
      <w:r>
        <w:t>us ko dekhne ka moqa na de.</w:t>
      </w:r>
    </w:p>
    <w:p>
      <w:pPr>
        <w:jc w:val="right"/>
      </w:pPr>
      <w:r>
        <w:t>اس کو دیکھنے کا موقع نہ دے۔</w:t>
      </w:r>
    </w:p>
    <w:p>
      <w:r>
        <w:rPr>
          <w:b/>
        </w:rPr>
        <w:t xml:space="preserve">[03:11] </w:t>
      </w:r>
      <w:r>
        <w:t>kisi shayar ne, bohat hi soofi qism ka shayar tha woh, yeh kaha hai ke mujhe bula ke yahan, mujhe bula ke yahan aap chhup gaya koi.</w:t>
      </w:r>
    </w:p>
    <w:p>
      <w:pPr>
        <w:jc w:val="right"/>
      </w:pPr>
      <w:r>
        <w:t>کسی شاعر نے، بہت ہی صوفی قسم کا شاعر تھا وہ، یہ کہا ہے کہ مجھے بلا کے یہاں، مجھے بلا کے یہاں آپ چھپ گیا کوئی۔</w:t>
      </w:r>
    </w:p>
    <w:p>
      <w:r>
        <w:rPr>
          <w:b/>
        </w:rPr>
        <w:t xml:space="preserve">[03:29] </w:t>
      </w:r>
      <w:r>
        <w:t>woh mezban ho jise, woh mehman ho jise mezban nahin milta.</w:t>
      </w:r>
    </w:p>
    <w:p>
      <w:pPr>
        <w:jc w:val="right"/>
      </w:pPr>
      <w:r>
        <w:t>وہ میزبان ہو جسے، وہ مہمان ہو جسے میزبان نہیں ملتا۔</w:t>
      </w:r>
    </w:p>
    <w:p>
      <w:r>
        <w:rPr>
          <w:b/>
        </w:rPr>
        <w:t xml:space="preserve">[03:42] </w:t>
      </w:r>
      <w:r>
        <w:t>tu Allah taala ne Musa ke waqe mein isharay ki zaban mein bata diya tha ke tu mujh ko kahan dekhe ga.</w:t>
      </w:r>
    </w:p>
    <w:p>
      <w:pPr>
        <w:jc w:val="right"/>
      </w:pPr>
      <w:r>
        <w:t>تو اللہ تعالیٰ نے موسیٰ کے واقعے میں اشارے کی زبان میں بتا دیا تھا کہ تو مجھ کو کہاں دیکھے گا۔</w:t>
      </w:r>
    </w:p>
    <w:p>
      <w:r>
        <w:rPr>
          <w:b/>
        </w:rPr>
        <w:t xml:space="preserve">[03:55] </w:t>
      </w:r>
      <w:r>
        <w:t>Musa ka jo waqe hai Quran mein hai,</w:t>
      </w:r>
    </w:p>
    <w:p>
      <w:pPr>
        <w:jc w:val="right"/>
      </w:pPr>
      <w:r>
        <w:t>موسیٰ کا جو واقعہ ہے قرآن میں ہے،</w:t>
      </w:r>
    </w:p>
    <w:p>
      <w:r>
        <w:rPr>
          <w:b/>
        </w:rPr>
        <w:t xml:space="preserve">[04:00] </w:t>
      </w:r>
      <w:r>
        <w:t>Bible mein bohat bari bari baatein hain, Quran mein bohat bari bari baatein hain, lekin log jo hain fanni baaton mein phanse reh jate hain.</w:t>
      </w:r>
    </w:p>
    <w:p>
      <w:pPr>
        <w:jc w:val="right"/>
      </w:pPr>
      <w:r>
        <w:t>بائبل میں بہت بڑی بڑی باتیں ہیں، قرآن میں بہت بڑی بڑی باتیں ہیں، لیکن لوگ جو ہیں فنی باتوں میں پھنسے رہ جاتے ہیں۔</w:t>
      </w:r>
    </w:p>
    <w:p>
      <w:r>
        <w:rPr>
          <w:b/>
        </w:rPr>
        <w:t xml:space="preserve">[04:12] </w:t>
      </w:r>
      <w:r>
        <w:t>tu khuda ne is is sawal ka jawab diya diya tha,</w:t>
      </w:r>
    </w:p>
    <w:p>
      <w:pPr>
        <w:jc w:val="right"/>
      </w:pPr>
      <w:r>
        <w:t>تو خدا نے اس اس سوال کا جواب دیا دیا تھا،</w:t>
      </w:r>
    </w:p>
    <w:p>
      <w:r>
        <w:rPr>
          <w:b/>
        </w:rPr>
        <w:t xml:space="preserve">[04:17] </w:t>
      </w:r>
      <w:r>
        <w:t>woh maujood hai Quran mein bhi.</w:t>
      </w:r>
    </w:p>
    <w:p>
      <w:pPr>
        <w:jc w:val="right"/>
      </w:pPr>
      <w:r>
        <w:t>وہ موجود ہے قرآن میں بھی۔</w:t>
      </w:r>
    </w:p>
    <w:p>
      <w:r>
        <w:rPr>
          <w:b/>
        </w:rPr>
        <w:t xml:space="preserve">[04:22] </w:t>
      </w:r>
      <w:r>
        <w:t>lekin jis zaban mein insan chahta tha, us zaban mein nahin hai. khuda ke apne is roop mein se hai woh.</w:t>
      </w:r>
    </w:p>
    <w:p>
      <w:pPr>
        <w:jc w:val="right"/>
      </w:pPr>
      <w:r>
        <w:t>لیکن جس زبان میں انسان چاہتا تھا، اس زبان میں نہیں ہے۔ خدا کے اپنے اس روپ میں سے ہے وہ۔</w:t>
      </w:r>
    </w:p>
    <w:p>
      <w:r>
        <w:rPr>
          <w:b/>
        </w:rPr>
        <w:t xml:space="preserve">[04:37] </w:t>
      </w:r>
      <w:r>
        <w:t>woh yeh hai ke,</w:t>
      </w:r>
    </w:p>
    <w:p>
      <w:pPr>
        <w:jc w:val="right"/>
      </w:pPr>
      <w:r>
        <w:t>وہ یہ ہے کہ،</w:t>
      </w:r>
    </w:p>
    <w:p>
      <w:r>
        <w:rPr>
          <w:b/>
        </w:rPr>
        <w:t xml:space="preserve">[04:42] </w:t>
      </w:r>
      <w:r>
        <w:t>woh kya alfaaz hain?</w:t>
      </w:r>
    </w:p>
    <w:p>
      <w:pPr>
        <w:jc w:val="right"/>
      </w:pPr>
      <w:r>
        <w:t>وہ کیا الفاظ ہیں؟</w:t>
      </w:r>
    </w:p>
    <w:p>
      <w:r>
        <w:rPr>
          <w:b/>
        </w:rPr>
        <w:t xml:space="preserve">[04:56] </w:t>
      </w:r>
      <w:r>
        <w:t>haan, ek demonstration di Allah taala ne. jab Musa ne kaha ke khudaaya mujhe dikha, to Allah taala ne uska demonstration diya.</w:t>
      </w:r>
    </w:p>
    <w:p>
      <w:pPr>
        <w:jc w:val="right"/>
      </w:pPr>
      <w:r>
        <w:t>ہاں، ایک ڈیمونسٹریشن دی اللہ تعالیٰ نے۔ جب موسیٰ نے کہا کہ خدایا مجھے دکھا، تو اللہ تعالیٰ نے اس کا ڈیمونسٹریشن دیا۔</w:t>
      </w:r>
    </w:p>
    <w:p>
      <w:r>
        <w:rPr>
          <w:b/>
        </w:rPr>
        <w:t xml:space="preserve">[05:10] </w:t>
      </w:r>
      <w:r>
        <w:t>demonstration.</w:t>
      </w:r>
    </w:p>
    <w:p>
      <w:pPr>
        <w:jc w:val="right"/>
      </w:pPr>
      <w:r>
        <w:t>ڈیمونسٹریشن۔</w:t>
      </w:r>
    </w:p>
    <w:p>
      <w:r>
        <w:rPr>
          <w:b/>
        </w:rPr>
        <w:t xml:space="preserve">[05:15] </w:t>
      </w:r>
      <w:r>
        <w:t>woh kya? Allah taala ne apni tajalli pahaad par daali.</w:t>
      </w:r>
    </w:p>
    <w:p>
      <w:pPr>
        <w:jc w:val="right"/>
      </w:pPr>
      <w:r>
        <w:t>وہ کیا؟ اللہ تعالیٰ نے اپنی تجلی پہاڑ پر ڈالی۔</w:t>
      </w:r>
    </w:p>
    <w:p>
      <w:r>
        <w:rPr>
          <w:b/>
        </w:rPr>
        <w:t xml:space="preserve">[05:28] </w:t>
      </w:r>
      <w:r>
        <w:t>toor pahaad par, sehra sina mein. aur pahaad reza reza ho gaya. wa kharra moosa saiqan aur Musa be hosh ho kar gir pade.</w:t>
      </w:r>
    </w:p>
    <w:p>
      <w:pPr>
        <w:jc w:val="right"/>
      </w:pPr>
      <w:r>
        <w:t>طور پہاڑ پر، صحرا سینا میں۔ اور پہاڑ ریزہ ریزہ ہو گیا۔ وَخَرَّ مُوسَى صَيْقًا اور موسیٰ بے ہوش ہو کر گر پڑے۔</w:t>
      </w:r>
    </w:p>
    <w:p>
      <w:r>
        <w:rPr>
          <w:b/>
        </w:rPr>
        <w:t xml:space="preserve">[05:44] </w:t>
      </w:r>
      <w:r>
        <w:t>That was demonstration.</w:t>
      </w:r>
    </w:p>
    <w:p>
      <w:pPr>
        <w:jc w:val="right"/>
      </w:pPr>
      <w:r>
        <w:t>That was demonstration.</w:t>
      </w:r>
    </w:p>
    <w:p>
      <w:r>
        <w:rPr>
          <w:b/>
        </w:rPr>
        <w:t xml:space="preserve">[05:47] </w:t>
      </w:r>
      <w:r>
        <w:t>How you can see God Almighty.</w:t>
      </w:r>
    </w:p>
    <w:p>
      <w:pPr>
        <w:jc w:val="right"/>
      </w:pPr>
      <w:r>
        <w:t>How you can see God Almighty.</w:t>
      </w:r>
    </w:p>
    <w:p>
      <w:r>
        <w:rPr>
          <w:b/>
        </w:rPr>
        <w:t xml:space="preserve">[05:55] </w:t>
      </w:r>
      <w:r>
        <w:t>iska tarjuma padhiye aap.</w:t>
      </w:r>
    </w:p>
    <w:p>
      <w:pPr>
        <w:jc w:val="right"/>
      </w:pPr>
      <w:r>
        <w:t>اس کا ترجمہ پڑھیے آپ۔</w:t>
      </w:r>
    </w:p>
    <w:p>
      <w:r>
        <w:rPr>
          <w:b/>
        </w:rPr>
        <w:t xml:space="preserve">[05:57] </w:t>
      </w:r>
      <w:r>
        <w:t>Musa ne kaha: "Ae Rab! mujhe hi to dikha, main tum ko dekhna chahta hoon." Rab ne kaha: "Tum mujh ko hargiz nahi dekh sakte, lekin dekho pahaad ki taraf.</w:t>
      </w:r>
    </w:p>
    <w:p>
      <w:pPr>
        <w:jc w:val="right"/>
      </w:pPr>
      <w:r>
        <w:t>موسیٰ نے کہا: "اے رب! مجھے ہی تو دکھا، میں تم کو دیکھنا چاہتا ہوں۔" رب نے کہا: "تم مجھ کو ہرگز نہیں دیکھ سکتے، لیکن دیکھو پہاڑ کی طرف۔</w:t>
      </w:r>
    </w:p>
    <w:p>
      <w:r>
        <w:rPr>
          <w:b/>
        </w:rPr>
        <w:t xml:space="preserve">[06:10] </w:t>
      </w:r>
      <w:r>
        <w:t>agar woh apni jagah barkarar raha to tum mujh ko dekh lo ge." jab Allah ne apni tajalli pahaad par daali to us ko reza reza kar diya aur Musa be hosh ho kar gir pada.</w:t>
      </w:r>
    </w:p>
    <w:p>
      <w:pPr>
        <w:jc w:val="right"/>
      </w:pPr>
      <w:r>
        <w:t>اگر وہ اپنی جگہ برقرار رہا تو تم مجھ کو دیکھ لو گے۔" جب اللہ نے اپنی تجلی پہاڑ پر ڈالی تو اس کو ریزہ ریزہ کر دیا اور موسیٰ بے ہوش ہو کر گر پڑے۔</w:t>
      </w:r>
    </w:p>
    <w:p>
      <w:r>
        <w:rPr>
          <w:b/>
        </w:rPr>
        <w:t xml:space="preserve">[06:22] </w:t>
      </w:r>
      <w:r>
        <w:t>jab un ko hosh aaya to us ne kaha: "Tu paak hai, main teri taraf toba karta hoon aur main pehla imaan laane wala hoon."</w:t>
      </w:r>
    </w:p>
    <w:p>
      <w:pPr>
        <w:jc w:val="right"/>
      </w:pPr>
      <w:r>
        <w:t>جب ان کو ہوش آیا تو اس نے کہا: "تو پاک ہے، میں تیری طرف توبہ کرتا ہوں اور میں پہلا ایمان لانے والا ہوں۔"</w:t>
      </w:r>
    </w:p>
    <w:p>
      <w:r>
        <w:rPr>
          <w:b/>
        </w:rPr>
        <w:t xml:space="preserve">[06:32] </w:t>
      </w:r>
      <w:r>
        <w:t>dekhiye, yeh hai Allah ka jawab. woh jawab yeh hai demonstration ke zariye</w:t>
      </w:r>
    </w:p>
    <w:p>
      <w:pPr>
        <w:jc w:val="right"/>
      </w:pPr>
      <w:r>
        <w:t>دیکھیے، یہ ہے اللہ کا جواب۔ وہ جواب یہ ہے ڈیمونسٹریشن کے ذریعے</w:t>
      </w:r>
    </w:p>
    <w:p>
      <w:r>
        <w:rPr>
          <w:b/>
        </w:rPr>
        <w:t xml:space="preserve">[06:45] </w:t>
      </w:r>
      <w:r>
        <w:t>ke insaan mujh ko indirect way mein dekh sakta hai. direct nahi hai.</w:t>
      </w:r>
    </w:p>
    <w:p>
      <w:pPr>
        <w:jc w:val="right"/>
      </w:pPr>
      <w:r>
        <w:t>کہ انسان مجھ کو ان ڈائریکٹ وے میں دیکھ سکتا ہے۔ ڈائریکٹ نہیں ہے۔</w:t>
      </w:r>
    </w:p>
    <w:p>
      <w:r>
        <w:rPr>
          <w:b/>
        </w:rPr>
        <w:t xml:space="preserve">[06:56] </w:t>
      </w:r>
      <w:r>
        <w:t>direct nahi hai.</w:t>
      </w:r>
    </w:p>
    <w:p>
      <w:pPr>
        <w:jc w:val="right"/>
      </w:pPr>
      <w:r>
        <w:t>ڈائریکٹ نہیں ہے۔</w:t>
      </w:r>
    </w:p>
    <w:p>
      <w:r>
        <w:rPr>
          <w:b/>
        </w:rPr>
        <w:t xml:space="preserve">[07:05] </w:t>
      </w:r>
      <w:r>
        <w:t>yeh tha jawab.</w:t>
      </w:r>
    </w:p>
    <w:p>
      <w:pPr>
        <w:jc w:val="right"/>
      </w:pPr>
      <w:r>
        <w:t>یہ تھا جواب۔</w:t>
      </w:r>
    </w:p>
    <w:p>
      <w:r>
        <w:rPr>
          <w:b/>
        </w:rPr>
        <w:t xml:space="preserve">[07:11] </w:t>
      </w:r>
      <w:r>
        <w:t>to jab main</w:t>
      </w:r>
    </w:p>
    <w:p>
      <w:pPr>
        <w:jc w:val="right"/>
      </w:pPr>
      <w:r>
        <w:t>تو جب میں</w:t>
      </w:r>
    </w:p>
    <w:p>
      <w:r>
        <w:rPr>
          <w:b/>
        </w:rPr>
        <w:t xml:space="preserve">[07:17] </w:t>
      </w:r>
      <w:r>
        <w:t>bolta hoon,</w:t>
      </w:r>
    </w:p>
    <w:p>
      <w:pPr>
        <w:jc w:val="right"/>
      </w:pPr>
      <w:r>
        <w:t>بولتا ہوں،</w:t>
      </w:r>
    </w:p>
    <w:p>
      <w:r>
        <w:rPr>
          <w:b/>
        </w:rPr>
        <w:t xml:space="preserve">[07:24] </w:t>
      </w:r>
      <w:r>
        <w:t>aaj kal ka science daur mein jo</w:t>
      </w:r>
    </w:p>
    <w:p>
      <w:pPr>
        <w:jc w:val="right"/>
      </w:pPr>
      <w:r>
        <w:t>آج کل کا سائنسی دور میں جو</w:t>
      </w:r>
    </w:p>
    <w:p>
      <w:r>
        <w:rPr>
          <w:b/>
        </w:rPr>
        <w:t xml:space="preserve">[07:36] </w:t>
      </w:r>
      <w:r>
        <w:t>cheezein wajood mein aayi hain, is par bhi bolta hoon main. to woh mujhe bilkul yahi yaad aata hai</w:t>
      </w:r>
    </w:p>
    <w:p>
      <w:pPr>
        <w:jc w:val="right"/>
      </w:pPr>
      <w:r>
        <w:t>چیزیں وجود میں آئی ہیں، اس پر بھی بولتا ہوں میں۔ تو وہ مجھے بالکل یہی یاد آتا ہے</w:t>
      </w:r>
    </w:p>
    <w:p>
      <w:r>
        <w:rPr>
          <w:b/>
        </w:rPr>
        <w:t xml:space="preserve">[07:48] </w:t>
      </w:r>
      <w:r>
        <w:t>ke Khuda ko, Khuda ke bare mein ek ayat hai Quran mein wa huwa fi kulli samain amra'in. Allah ne jab banaya universe ko to us ke mukhtalif part jo the, mukhtalif hisse, har ek ko uska</w:t>
      </w:r>
    </w:p>
    <w:p>
      <w:pPr>
        <w:jc w:val="right"/>
      </w:pPr>
      <w:r>
        <w:t>کہ خدا کو، خدا کے بارے میں ایک آیت ہے قرآن میں وَهُوَ فِي كُلِّ سَمَائِنَ أَمْرَاءٍ اللہ نے جب بنایا یونیورس کو تو اس کے مختلف پارٹ جو تھے، مختلف حصے، ہر ایک کو اس کا</w:t>
      </w:r>
    </w:p>
    <w:p>
      <w:r>
        <w:rPr>
          <w:b/>
        </w:rPr>
        <w:t xml:space="preserve">[08:09] </w:t>
      </w:r>
      <w:r>
        <w:t>uska jo function tha, us ko bata diya.</w:t>
      </w:r>
    </w:p>
    <w:p>
      <w:pPr>
        <w:jc w:val="right"/>
      </w:pPr>
      <w:r>
        <w:t>اس کا جو فنکشن تھا، اس کو بتا دیا۔</w:t>
      </w:r>
    </w:p>
    <w:p>
      <w:r>
        <w:rPr>
          <w:b/>
        </w:rPr>
        <w:t xml:space="preserve">[08:21] </w:t>
      </w:r>
      <w:r>
        <w:t>to batane ki jo shakhs hogi, originally, woh to bohat hi koi bohat hi aala shakhs hogi. lekin jab main bolta hoon</w:t>
      </w:r>
    </w:p>
    <w:p>
      <w:pPr>
        <w:jc w:val="right"/>
      </w:pPr>
      <w:r>
        <w:t>تو بتانے کی جو شخص ہوگی، اوریجنلی، وہ تو بہت ہی کوئی بہت ہی اعلیٰ شخص ہوگی۔ لیکن جب میں بولتا ہوں</w:t>
      </w:r>
    </w:p>
    <w:p>
      <w:r>
        <w:rPr>
          <w:b/>
        </w:rPr>
        <w:t xml:space="preserve">[08:32] </w:t>
      </w:r>
      <w:r>
        <w:t>mic par to aisa lagta hai ke woh cheez demonstrate ho rahi hai</w:t>
      </w:r>
    </w:p>
    <w:p>
      <w:pPr>
        <w:jc w:val="right"/>
      </w:pPr>
      <w:r>
        <w:t>مائیک پر تو ایسا لگتا ہے کہ وہ چیز ڈیمونسٹریٹ ہو رہی ہے</w:t>
      </w:r>
    </w:p>
    <w:p>
      <w:r>
        <w:rPr>
          <w:b/>
        </w:rPr>
        <w:t xml:space="preserve">[08:40] </w:t>
      </w:r>
      <w:r>
        <w:t>ke main yahan bol raha hoon aur</w:t>
      </w:r>
    </w:p>
    <w:p>
      <w:pPr>
        <w:jc w:val="right"/>
      </w:pPr>
      <w:r>
        <w:t>کہ میں یہاں بول رہا ہوں اور</w:t>
      </w:r>
    </w:p>
    <w:p>
      <w:r>
        <w:rPr>
          <w:b/>
        </w:rPr>
        <w:t xml:space="preserve">[08:47] </w:t>
      </w:r>
      <w:r>
        <w:t>meri awaaz modern science</w:t>
      </w:r>
    </w:p>
    <w:p>
      <w:pPr>
        <w:jc w:val="right"/>
      </w:pPr>
      <w:r>
        <w:t>میری آواز ماڈرن سائنسی</w:t>
      </w:r>
    </w:p>
    <w:p>
      <w:r>
        <w:rPr>
          <w:b/>
        </w:rPr>
        <w:t xml:space="preserve">[08:59] </w:t>
      </w:r>
      <w:r>
        <w:t>communication ke jo tareeqe bane hain, us se har jagah pahunch rahi hai.</w:t>
      </w:r>
    </w:p>
    <w:p>
      <w:pPr>
        <w:jc w:val="right"/>
      </w:pPr>
      <w:r>
        <w:t>کمیونیکیشن کے جو طریقے بنے ہیں، اس سے ہر جگہ پہنچ رہی ہے۔</w:t>
      </w:r>
    </w:p>
    <w:p>
      <w:r>
        <w:rPr>
          <w:b/>
        </w:rPr>
        <w:t xml:space="preserve">[09:12] </w:t>
      </w:r>
      <w:r>
        <w:t>aur mujhe yaad aata hai ke jab America ke jo president thay,</w:t>
      </w:r>
    </w:p>
    <w:p>
      <w:pPr>
        <w:jc w:val="right"/>
      </w:pPr>
      <w:r>
        <w:t>اور مجھے یاد آتا ہے کہ جب امریکہ کے جو پریزیڈنٹ تھے،</w:t>
      </w:r>
    </w:p>
    <w:p>
      <w:r>
        <w:rPr>
          <w:b/>
        </w:rPr>
        <w:t xml:space="preserve">[09:21] </w:t>
      </w:r>
      <w:r>
        <w:t>Obama, to unhon ne address kiya tha</w:t>
      </w:r>
    </w:p>
    <w:p>
      <w:pPr>
        <w:jc w:val="right"/>
      </w:pPr>
      <w:r>
        <w:t>اوباما، تو انہوں نے ایڈریس کیا تھا</w:t>
      </w:r>
    </w:p>
    <w:p>
      <w:r>
        <w:rPr>
          <w:b/>
        </w:rPr>
        <w:t xml:space="preserve">[09:29] </w:t>
      </w:r>
      <w:r>
        <w:t>Misr se, ghaliban. Kahan se maine address kiya tha</w:t>
      </w:r>
    </w:p>
    <w:p>
      <w:pPr>
        <w:jc w:val="right"/>
      </w:pPr>
      <w:r>
        <w:t>مصر سے، غالباً۔ کہاں سے میں نے ایڈریس کیا تھا</w:t>
      </w:r>
    </w:p>
    <w:p>
      <w:r>
        <w:rPr>
          <w:b/>
        </w:rPr>
        <w:t xml:space="preserve">[09:36] </w:t>
      </w:r>
      <w:r>
        <w:t>? Misr. Jamea Azhar. Jamea Azhar se. To aisa intezam kiya gaya tha ke woh bolte thay, woh bolay thay Azhar mein, Cairo mein,</w:t>
      </w:r>
    </w:p>
    <w:p>
      <w:pPr>
        <w:jc w:val="right"/>
      </w:pPr>
      <w:r>
        <w:t>؟ مصر۔ جامعہ ازہر۔ جامعہ ازہر سے۔ تو ایسا انتظام کیا گیا تھا کہ وہ بولتے تھے، وہ بولے تھے ازہر میں، قاہرہ میں،</w:t>
      </w:r>
    </w:p>
    <w:p>
      <w:r>
        <w:rPr>
          <w:b/>
        </w:rPr>
        <w:t xml:space="preserve">[09:52] </w:t>
      </w:r>
      <w:r>
        <w:t>lekin un ki awaz isi waqt, theek isi waqt shayad dunya mein</w:t>
      </w:r>
    </w:p>
    <w:p>
      <w:pPr>
        <w:jc w:val="right"/>
      </w:pPr>
      <w:r>
        <w:t>لیکن ان کی آواز اسی وقت، ٹھیک اسی وقت شاید دنیا میں</w:t>
      </w:r>
    </w:p>
    <w:p>
      <w:r>
        <w:rPr>
          <w:b/>
        </w:rPr>
        <w:t xml:space="preserve">[09:57] </w:t>
      </w:r>
      <w:r>
        <w:t>suni ja rahi thi.</w:t>
      </w:r>
    </w:p>
    <w:p>
      <w:pPr>
        <w:jc w:val="right"/>
      </w:pPr>
      <w:r>
        <w:t>سنی جا رہی تھی۔</w:t>
      </w:r>
    </w:p>
    <w:p>
      <w:r>
        <w:rPr>
          <w:b/>
        </w:rPr>
        <w:t xml:space="preserve">[10:01] </w:t>
      </w:r>
      <w:r>
        <w:t>To mere liye woh potential tor par, agarchay virtual tor par nahi, woh system maujood hai.</w:t>
      </w:r>
    </w:p>
    <w:p>
      <w:pPr>
        <w:jc w:val="right"/>
      </w:pPr>
      <w:r>
        <w:t>تو میرے لیے وہ پوٹینشل طور پر، اگرچہ ورچوئل طور پر نہیں، وہ سسٹم موجود ہے۔</w:t>
      </w:r>
    </w:p>
    <w:p>
      <w:r>
        <w:rPr>
          <w:b/>
        </w:rPr>
        <w:t xml:space="preserve">[10:12] </w:t>
      </w:r>
      <w:r>
        <w:t>To jab yeh mere jaisa insan</w:t>
      </w:r>
    </w:p>
    <w:p>
      <w:pPr>
        <w:jc w:val="right"/>
      </w:pPr>
      <w:r>
        <w:t>تو جب یہ میرے جیسا انسان</w:t>
      </w:r>
    </w:p>
    <w:p>
      <w:r>
        <w:rPr>
          <w:b/>
        </w:rPr>
        <w:t xml:space="preserve">[10:18] </w:t>
      </w:r>
      <w:r>
        <w:t>jab address karta hai</w:t>
      </w:r>
    </w:p>
    <w:p>
      <w:pPr>
        <w:jc w:val="right"/>
      </w:pPr>
      <w:r>
        <w:t>جب ایڈریس کرتا ہے</w:t>
      </w:r>
    </w:p>
    <w:p>
      <w:r>
        <w:rPr>
          <w:b/>
        </w:rPr>
        <w:t xml:space="preserve">[10:23] </w:t>
      </w:r>
      <w:r>
        <w:t>to potential tor par woh aik universal audience ko address kar raha hai.</w:t>
      </w:r>
    </w:p>
    <w:p>
      <w:pPr>
        <w:jc w:val="right"/>
      </w:pPr>
      <w:r>
        <w:t>تو پوٹینشل طور پر وہ ایک یونیورسل آڈینس کو ایڈریس کر رہا ہے۔</w:t>
      </w:r>
    </w:p>
    <w:p>
      <w:r>
        <w:rPr>
          <w:b/>
        </w:rPr>
        <w:t xml:space="preserve">[10:34] </w:t>
      </w:r>
      <w:r>
        <w:t>Obama ne virtual tor par universal audience ko address kiya tha, lekin aaj hamare jaisa insan bhi potential tor par sari universe ke logon ko address kar raha hai.</w:t>
      </w:r>
    </w:p>
    <w:p>
      <w:pPr>
        <w:jc w:val="right"/>
      </w:pPr>
      <w:r>
        <w:t>اوباما نے ورچوئل طور پر یونیورسل آڈینس کو ایڈریس کیا تھا، لیکن آج ہمارے جیسا انسان بھی پوٹینشل طور پر ساری یونیورس کے لوگوں کو ایڈریس کر رہا ہے۔</w:t>
      </w:r>
    </w:p>
    <w:p>
      <w:r>
        <w:rPr>
          <w:b/>
        </w:rPr>
        <w:t xml:space="preserve">[10:50] </w:t>
      </w:r>
      <w:r>
        <w:t>To isi ka aik demonstration hai</w:t>
      </w:r>
    </w:p>
    <w:p>
      <w:pPr>
        <w:jc w:val="right"/>
      </w:pPr>
      <w:r>
        <w:t>تو اسی کا ایک ڈیمونسٹریشن ہے</w:t>
      </w:r>
    </w:p>
    <w:p>
      <w:r>
        <w:rPr>
          <w:b/>
        </w:rPr>
        <w:t xml:space="preserve">[10:54] </w:t>
      </w:r>
      <w:r>
        <w:t>jo Allah ne kiya ya kar raha hai. Woh bata raha hai kisi bohat hi high stage se, koi bohat high stage jis ko hum sirf conceive kar sakte hain,</w:t>
      </w:r>
    </w:p>
    <w:p>
      <w:pPr>
        <w:jc w:val="right"/>
      </w:pPr>
      <w:r>
        <w:t>جو اللہ نے کیا یا کر رہا ہے۔ وہ بتا رہا ہے کسی بہت ہی ہائی اسٹیج سے، کوئی بہت ہائی اسٹیج جس کو ہم صرف کنسیو کر سکتے ہیں،</w:t>
      </w:r>
    </w:p>
    <w:p>
      <w:r>
        <w:rPr>
          <w:b/>
        </w:rPr>
        <w:t xml:space="preserve">[11:11] </w:t>
      </w:r>
      <w:r>
        <w:t>aik high stage se woh apni tamam makhlooqat ko jo poori universe mein phaili hui hai, hukum de raha hai.</w:t>
      </w:r>
    </w:p>
    <w:p>
      <w:pPr>
        <w:jc w:val="right"/>
      </w:pPr>
      <w:r>
        <w:t>ایک ہائی اسٹیج سے وہ اپنی تمام مخلوقات کو جو پوری یونیورس میں پھیلی ہوئی ہے، حکم دے رہا ہے۔</w:t>
      </w:r>
    </w:p>
    <w:p>
      <w:r>
        <w:rPr>
          <w:b/>
        </w:rPr>
        <w:t xml:space="preserve">[11:21] </w:t>
      </w:r>
      <w:r>
        <w:t>Un ke function ko bata raha hai.</w:t>
      </w:r>
    </w:p>
    <w:p>
      <w:pPr>
        <w:jc w:val="right"/>
      </w:pPr>
      <w:r>
        <w:t>ان کے فنکشن کو بتا رہا ہے۔</w:t>
      </w:r>
    </w:p>
    <w:p>
      <w:r>
        <w:rPr>
          <w:b/>
        </w:rPr>
        <w:t xml:space="preserve">[11:27] </w:t>
      </w:r>
      <w:r>
        <w:t>To is ke mani kya hain? Is ke mani hain ke beshak tum dekh sakte ho apne creator ko. Beshak tum dekh sakte ho apne creator ko, lekin bil-wasta andaaz mein,</w:t>
      </w:r>
    </w:p>
    <w:p>
      <w:pPr>
        <w:jc w:val="right"/>
      </w:pPr>
      <w:r>
        <w:t>تو اس کے معنی کیا ہیں؟ اس کے معنی ہیں کہ بے شک تم دیکھ سکتے ہو اپنے کریٹر کو۔ بے شک تم دیکھ سکتے ہو اپنے کریٹر کو، لیکن بالواسطہ انداز میں،</w:t>
      </w:r>
    </w:p>
    <w:p>
      <w:r>
        <w:rPr>
          <w:b/>
        </w:rPr>
        <w:t xml:space="preserve">[11:42] </w:t>
      </w:r>
      <w:r>
        <w:t>direct tor par nahi.</w:t>
      </w:r>
    </w:p>
    <w:p>
      <w:pPr>
        <w:jc w:val="right"/>
      </w:pPr>
      <w:r>
        <w:t>ڈائریکٹ طور پر نہیں۔</w:t>
      </w:r>
    </w:p>
    <w:p>
      <w:r>
        <w:rPr>
          <w:b/>
        </w:rPr>
        <w:t xml:space="preserve">[11:46] </w:t>
      </w:r>
      <w:r>
        <w:t>Phir Khuda ki kitni bari azmat hogi, itni bari azmat hogi ke poore material universe ko is ne is ka demonstration bana diya.</w:t>
      </w:r>
    </w:p>
    <w:p>
      <w:pPr>
        <w:jc w:val="right"/>
      </w:pPr>
      <w:r>
        <w:t>پھر خدا کی کتنی بڑی عظمت ہوگی، اتنی بڑی عظمت ہوگی کہ پورے مٹیریل یونیورس کو اس نے اس کا ڈیمونسٹریشن بنا دیا۔</w:t>
      </w:r>
    </w:p>
    <w:p>
      <w:r>
        <w:rPr>
          <w:b/>
        </w:rPr>
        <w:t xml:space="preserve">[12:00] </w:t>
      </w:r>
      <w:r>
        <w:t>Yeh jo material universe hai, woh poora ka poora is ka demonstration hai.</w:t>
      </w:r>
    </w:p>
    <w:p>
      <w:pPr>
        <w:jc w:val="right"/>
      </w:pPr>
      <w:r>
        <w:t>یہ جو مٹیریل یونیورس ہے، وہ پورا کا پورا اس کا ڈیمونسٹریشن ہے۔</w:t>
      </w:r>
    </w:p>
    <w:p>
      <w:r>
        <w:rPr>
          <w:b/>
        </w:rPr>
        <w:t xml:space="preserve">[12:07] </w:t>
      </w:r>
      <w:r>
        <w:t>Woh kaise? Woh is tarah ke</w:t>
      </w:r>
    </w:p>
    <w:p>
      <w:pPr>
        <w:jc w:val="right"/>
      </w:pPr>
      <w:r>
        <w:t>وہ کیسے؟ وہ اس طرح کہ</w:t>
      </w:r>
    </w:p>
    <w:p>
      <w:r>
        <w:rPr>
          <w:b/>
        </w:rPr>
        <w:t xml:space="preserve">[12:15] </w:t>
      </w:r>
      <w:r>
        <w:t>science ne yeh bataya hai, bohat lambay, yani physical world mein bohat lambi muddat se research chal rahi thi.</w:t>
      </w:r>
    </w:p>
    <w:p>
      <w:pPr>
        <w:jc w:val="right"/>
      </w:pPr>
      <w:r>
        <w:t>سائنس نے یہ بتایا ہے، بہت لمبے، یعنی فزیکل ورلڈ میں بہت لمبی مدت سے ریسرچ چل رہی تھی۔</w:t>
      </w:r>
    </w:p>
    <w:p>
      <w:r>
        <w:rPr>
          <w:b/>
        </w:rPr>
        <w:t xml:space="preserve">[12:29] </w:t>
      </w:r>
      <w:r>
        <w:t>Aakhir mein insan ne jaan liya</w:t>
      </w:r>
    </w:p>
    <w:p>
      <w:pPr>
        <w:jc w:val="right"/>
      </w:pPr>
      <w:r>
        <w:t>آخر میں انسان نے جان لیا</w:t>
      </w:r>
    </w:p>
    <w:p>
      <w:r>
        <w:rPr>
          <w:b/>
        </w:rPr>
        <w:t xml:space="preserve">[12:32] </w:t>
      </w:r>
      <w:r>
        <w:t>ke hamari material world sab ki sab</w:t>
      </w:r>
    </w:p>
    <w:p>
      <w:pPr>
        <w:jc w:val="right"/>
      </w:pPr>
      <w:r>
        <w:t>کہ ہماری مٹیریل ورلڈ سب کی سب</w:t>
      </w:r>
    </w:p>
    <w:p>
      <w:r>
        <w:rPr>
          <w:b/>
        </w:rPr>
        <w:t xml:space="preserve">[12:40] </w:t>
      </w:r>
      <w:r>
        <w:t>material particle ka majmooa hai.</w:t>
      </w:r>
    </w:p>
    <w:p>
      <w:pPr>
        <w:jc w:val="right"/>
      </w:pPr>
      <w:r>
        <w:t>مٹیریل پارٹیکل کا مجموعہ ہے۔</w:t>
      </w:r>
    </w:p>
    <w:p>
      <w:r>
        <w:rPr>
          <w:b/>
        </w:rPr>
        <w:t xml:space="preserve">[12:46] </w:t>
      </w:r>
      <w:r>
        <w:t>Yeh material particle itnay chotay hain, itnay chotay hain ke hum un ko dekh nahi sakte. Yahan tak ke jab un ko aap tajziya karte hain to tajziya karte karte</w:t>
      </w:r>
    </w:p>
    <w:p>
      <w:pPr>
        <w:jc w:val="right"/>
      </w:pPr>
      <w:r>
        <w:t>یہ مٹیریل پارٹیکل اتنے چھوٹے ہیں، اتنے چھوٹے ہیں کہ ہم ان کو دیکھ نہیں سکتے۔ یہاں تک کہ جب ان کو آپ تجزیہ کرتے ہیں تو تجزیہ کرتے کرتے</w:t>
      </w:r>
    </w:p>
    <w:p>
      <w:r>
        <w:rPr>
          <w:b/>
        </w:rPr>
        <w:t xml:space="preserve">[12:59] </w:t>
      </w:r>
      <w:r>
        <w:t>aap aakhri zarre tak pohnchate hain.</w:t>
      </w:r>
    </w:p>
    <w:p>
      <w:pPr>
        <w:jc w:val="right"/>
      </w:pPr>
      <w:r>
        <w:t>آپ آخری ذرے تک پہنچتے ہیں۔</w:t>
      </w:r>
    </w:p>
    <w:p>
      <w:r>
        <w:rPr>
          <w:b/>
        </w:rPr>
        <w:t xml:space="preserve">[13:12] </w:t>
      </w:r>
      <w:r>
        <w:t>jis ko qadeem zamane ke mutakallimeen jazlaat tak kehte the, lekin is ka bhi tajziya ho gaya.</w:t>
      </w:r>
    </w:p>
    <w:p>
      <w:pPr>
        <w:jc w:val="right"/>
      </w:pPr>
      <w:r>
        <w:t>جس کو قدیم زمانے کے متکلمین جزلات تک کہتے تھے، لیکن اس کا بھی تجزیہ ہو گیا۔</w:t>
      </w:r>
    </w:p>
    <w:p>
      <w:r>
        <w:rPr>
          <w:b/>
        </w:rPr>
        <w:t xml:space="preserve">[13:26] </w:t>
      </w:r>
      <w:r>
        <w:t>ab tajziya hote hote maloom hua ke aakhri jo</w:t>
      </w:r>
    </w:p>
    <w:p>
      <w:pPr>
        <w:jc w:val="right"/>
      </w:pPr>
      <w:r>
        <w:t>اب تجزیہ ہوتے ہوتے معلوم ہوا کہ آخری جو</w:t>
      </w:r>
    </w:p>
    <w:p>
      <w:r>
        <w:rPr>
          <w:b/>
        </w:rPr>
        <w:t xml:space="preserve">[13:31] </w:t>
      </w:r>
      <w:r>
        <w:t>jo particle hai maadi universe ka, woh hai. sub atomic particle hain.</w:t>
      </w:r>
    </w:p>
    <w:p>
      <w:pPr>
        <w:jc w:val="right"/>
      </w:pPr>
      <w:r>
        <w:t>جو پارٹیکل ہے مادی یونیورس کا، وہ ہے۔ سب ایٹمک پارٹیکل ہیں۔</w:t>
      </w:r>
    </w:p>
    <w:p>
      <w:r>
        <w:rPr>
          <w:b/>
        </w:rPr>
        <w:t xml:space="preserve">[13:41] </w:t>
      </w:r>
      <w:r>
        <w:t>aur sub atomic particle aap dekh nahin sakte, lekin kisi durbin se ya kisi khurdbeen se</w:t>
      </w:r>
    </w:p>
    <w:p>
      <w:pPr>
        <w:jc w:val="right"/>
      </w:pPr>
      <w:r>
        <w:t>اور سب ایٹمک پارٹیکل آپ دیکھ نہیں سکتے، لیکن کسی دوربین سے یا کسی خردبین سے</w:t>
      </w:r>
    </w:p>
    <w:p>
      <w:r>
        <w:rPr>
          <w:b/>
        </w:rPr>
        <w:t xml:space="preserve">[13:52] </w:t>
      </w:r>
      <w:r>
        <w:t>sirf conceive kar sakte hain.</w:t>
      </w:r>
    </w:p>
    <w:p>
      <w:pPr>
        <w:jc w:val="right"/>
      </w:pPr>
      <w:r>
        <w:t>صرف کنسیو کر سکتے ہیں۔</w:t>
      </w:r>
    </w:p>
    <w:p>
      <w:r>
        <w:rPr>
          <w:b/>
        </w:rPr>
        <w:t xml:space="preserve">[13:57] </w:t>
      </w:r>
      <w:r>
        <w:t>lekin sub atomic particle ko aap is ke effect se jaan paate hain. yaani aap ka jo didaar kainaat hai, aap ka jo didaar kainaat hai, woh pohnchta hai</w:t>
      </w:r>
    </w:p>
    <w:p>
      <w:pPr>
        <w:jc w:val="right"/>
      </w:pPr>
      <w:r>
        <w:t>لیکن سب ایٹمک پارٹیکل کو آپ اس کے ایفیکٹ سے جان پاتے ہیں۔ یعنی آپ کا جو دیدار کائنات ہے، آپ کا جو دیدار کائنات ہے، وہ پہنچتا ہے</w:t>
      </w:r>
    </w:p>
    <w:p>
      <w:r>
        <w:rPr>
          <w:b/>
        </w:rPr>
        <w:t xml:space="preserve">[14:13] </w:t>
      </w:r>
      <w:r>
        <w:t>sub atomic particle tak. woh kaise? ke sub atomic particle jo hai, woh rotate karta hai.</w:t>
      </w:r>
    </w:p>
    <w:p>
      <w:pPr>
        <w:jc w:val="right"/>
      </w:pPr>
      <w:r>
        <w:t>سب ایٹمک پارٹیکل تک۔ وہ کیسے؟ کہ سب ایٹمک پارٹیکل جو ہے، وہ روٹیٹ کرتا ہے۔</w:t>
      </w:r>
    </w:p>
    <w:p>
      <w:r>
        <w:rPr>
          <w:b/>
        </w:rPr>
        <w:t xml:space="preserve">[14:23] </w:t>
      </w:r>
      <w:r>
        <w:t>woh thehra hua nahin hai, woh rotate karta hai. rotate karte hue woh heat generate karta hai.</w:t>
      </w:r>
    </w:p>
    <w:p>
      <w:pPr>
        <w:jc w:val="right"/>
      </w:pPr>
      <w:r>
        <w:t>وہ ٹھہرا ہوا نہیں ہے، وہ روٹیٹ کرتا ہے۔ روٹیٹ کرتے ہوئے وہ ہیٹ جنریٹ کرتا ہے۔</w:t>
      </w:r>
    </w:p>
    <w:p>
      <w:r>
        <w:rPr>
          <w:b/>
        </w:rPr>
        <w:t xml:space="preserve">[14:33] </w:t>
      </w:r>
      <w:r>
        <w:t>woh bohat hi chhota hota hai, bohat hi chhota hota hai, lekin woh rotate kar raha hai aur heat generate karta hai. aur woh jo heat generate karta hai, us ko aap detect karwate hain.</w:t>
      </w:r>
    </w:p>
    <w:p>
      <w:pPr>
        <w:jc w:val="right"/>
      </w:pPr>
      <w:r>
        <w:t>وہ بہت ہی چھوٹا ہوتا ہے، بہت ہی چھوٹا ہوتا ہے، لیکن وہ روٹیٹ کر رہا ہے اور ہیٹ جنریٹ کرتا ہے۔ اور وہ جو ہیٹ جنریٹ کرتا ہے، اس کو آپ ڈیٹیکٹ کرواتے ہیں۔</w:t>
      </w:r>
    </w:p>
    <w:p>
      <w:r>
        <w:rPr>
          <w:b/>
        </w:rPr>
        <w:t xml:space="preserve">[14:47] </w:t>
      </w:r>
      <w:r>
        <w:t>detect kar paate hain.</w:t>
      </w:r>
    </w:p>
    <w:p>
      <w:pPr>
        <w:jc w:val="right"/>
      </w:pPr>
      <w:r>
        <w:t>ڈیٹیکٹ کر پاتے ہیں۔</w:t>
      </w:r>
    </w:p>
    <w:p>
      <w:r>
        <w:rPr>
          <w:b/>
        </w:rPr>
        <w:t xml:space="preserve">[14:52] </w:t>
      </w:r>
      <w:r>
        <w:t>yaani indirect way mein. indirect way mein aap takhleeq ko dekh paate hain. direct way mein nahin hai.</w:t>
      </w:r>
    </w:p>
    <w:p>
      <w:pPr>
        <w:jc w:val="right"/>
      </w:pPr>
      <w:r>
        <w:t>یعنی ان ڈائریکٹ وے میں۔ ان ڈائریکٹ وے میں آپ تخلیق کو دیکھ پاتے ہیں۔ ڈائریکٹ وے میں نہیں ہے۔</w:t>
      </w:r>
    </w:p>
    <w:p>
      <w:r>
        <w:rPr>
          <w:b/>
        </w:rPr>
        <w:t xml:space="preserve">[15:01] </w:t>
      </w:r>
      <w:r>
        <w:t>to isi tareeqe se indirect way mein insaan Khuda ko bhi didaar kar sakta hai.</w:t>
      </w:r>
    </w:p>
    <w:p>
      <w:pPr>
        <w:jc w:val="right"/>
      </w:pPr>
      <w:r>
        <w:t>تو اسی طریقے سے ان ڈائریکٹ وے میں انسان خدا کو بھی دیدار کر سکتا ہے۔</w:t>
      </w:r>
    </w:p>
    <w:p>
      <w:r>
        <w:rPr>
          <w:b/>
        </w:rPr>
        <w:t xml:space="preserve">[15:10] </w:t>
      </w:r>
      <w:r>
        <w:t>yeh sab kis ne bataya hai? science ne. science, yaani nature ki jo research hui nature mein, scientific research, woh yahan tak pohnchti hai.</w:t>
      </w:r>
    </w:p>
    <w:p>
      <w:pPr>
        <w:jc w:val="right"/>
      </w:pPr>
      <w:r>
        <w:t>یہ سب کس نے بتایا ہے؟ سائنس نے۔ سائنس، یعنی نیچر کی جو ریسرچ ہوئی نیچر میں، سائنٹیفک ریسرچ، وہ یہاں تک پہنچتی ہے۔</w:t>
      </w:r>
    </w:p>
    <w:p>
      <w:r>
        <w:rPr>
          <w:b/>
        </w:rPr>
        <w:t xml:space="preserve">[15:33] </w:t>
      </w:r>
      <w:r>
        <w:t>to jab main sochta hoon</w:t>
      </w:r>
    </w:p>
    <w:p>
      <w:pPr>
        <w:jc w:val="right"/>
      </w:pPr>
      <w:r>
        <w:t>تو جب میں سوچتا ہوں</w:t>
      </w:r>
    </w:p>
    <w:p>
      <w:r>
        <w:rPr>
          <w:b/>
        </w:rPr>
        <w:t xml:space="preserve">[15:38] </w:t>
      </w:r>
      <w:r>
        <w:t>to mujhe ajeeb ghareeb ehsaas hota hai. Allah ne, yaani Khaliq ne, apne bondon ko apne didaar se mehroom nahin kiya.</w:t>
      </w:r>
    </w:p>
    <w:p>
      <w:pPr>
        <w:jc w:val="right"/>
      </w:pPr>
      <w:r>
        <w:t>تو مجھے عجیب غریب احساس ہوتا ہے۔ اللہ نے، یعنی خالق نے، اپنے بندوں کو اپنے دیدار سے محروم نہیں کیا۔</w:t>
      </w:r>
    </w:p>
    <w:p>
      <w:r>
        <w:rPr>
          <w:b/>
        </w:rPr>
        <w:t xml:space="preserve">[15:52] </w:t>
      </w:r>
      <w:r>
        <w:t>lekin didaar kaise hota hai?</w:t>
      </w:r>
    </w:p>
    <w:p>
      <w:pPr>
        <w:jc w:val="right"/>
      </w:pPr>
      <w:r>
        <w:t>لیکن دیدار کیسے ہوتا ہے؟</w:t>
      </w:r>
    </w:p>
    <w:p>
      <w:r>
        <w:rPr>
          <w:b/>
        </w:rPr>
        <w:t xml:space="preserve">[15:55] </w:t>
      </w:r>
      <w:r>
        <w:t>indirect way mein.</w:t>
      </w:r>
    </w:p>
    <w:p>
      <w:pPr>
        <w:jc w:val="right"/>
      </w:pPr>
      <w:r>
        <w:t>ان ڈائریکٹ وے میں۔</w:t>
      </w:r>
    </w:p>
    <w:p>
      <w:r>
        <w:rPr>
          <w:b/>
        </w:rPr>
        <w:t xml:space="preserve">[15:59] </w:t>
      </w:r>
      <w:r>
        <w:t>to aap Khaliq ke, Khaliq ke law of nature ko samjhiye, phir aap Allah ke didaar kar painge.</w:t>
      </w:r>
    </w:p>
    <w:p>
      <w:pPr>
        <w:jc w:val="right"/>
      </w:pPr>
      <w:r>
        <w:t>تو آپ خالق کے، خالق کے لاء آف نیچر کو سمجھیے، پھر آپ اللہ کے دیدار کر پائیں گے۔</w:t>
      </w:r>
    </w:p>
    <w:p>
      <w:r>
        <w:rPr>
          <w:b/>
        </w:rPr>
        <w:t xml:space="preserve">[16:14] </w:t>
      </w:r>
      <w:r>
        <w:t>aap chahte hain dekhna apne andaaz se, jis tarah aap peed ko dekh rahe hain, us andaaz se. is tarah aap didaar nahin kar sakte.</w:t>
      </w:r>
    </w:p>
    <w:p>
      <w:pPr>
        <w:jc w:val="right"/>
      </w:pPr>
      <w:r>
        <w:t>آپ چاہتے ہیں دیکھنا اپنے انداز سے، جس طرح آپ پیڑ کو دیکھ رہے ہیں، اس انداز سے۔ اس طرح آپ دیدار نہیں کر سکتے۔</w:t>
      </w:r>
    </w:p>
    <w:p>
      <w:r>
        <w:rPr>
          <w:b/>
        </w:rPr>
        <w:t xml:space="preserve">[16:33] </w:t>
      </w:r>
      <w:r>
        <w:t>to Hazrat Musa ko yeh didaar hua indirect way mein. Musa gir pade sajde mein. woh jo dekhiye, woh kharra Musa sa'iqa jo hai,</w:t>
      </w:r>
    </w:p>
    <w:p>
      <w:pPr>
        <w:jc w:val="right"/>
      </w:pPr>
      <w:r>
        <w:t>تو حضرت موسیٰ کو یہ دیدار ہوا ان ڈائریکٹ وے میں۔ موسیٰ گر پڑے سجدے میں۔ وہ جو دیکھیے، وہ خرّہ موسیٰ صیقہ جو ہے،</w:t>
      </w:r>
    </w:p>
    <w:p>
      <w:r>
        <w:rPr>
          <w:b/>
        </w:rPr>
        <w:t xml:space="preserve">[16:47] </w:t>
      </w:r>
      <w:r>
        <w:t>gir pade jo hain, gir pade. woh kya tha? sajde mein girna tha woh.</w:t>
      </w:r>
    </w:p>
    <w:p>
      <w:pPr>
        <w:jc w:val="right"/>
      </w:pPr>
      <w:r>
        <w:t>گر پڑے جو ہیں، گر پڑے۔ وہ کیا تھا؟ سجدے میں گرنا تھا وہ۔</w:t>
      </w:r>
    </w:p>
    <w:p>
      <w:r>
        <w:rPr>
          <w:b/>
        </w:rPr>
        <w:t xml:space="preserve">[16:53] </w:t>
      </w:r>
      <w:r>
        <w:t>Hazrat Musa ke bare mein Quran mein aata hai ke kharra Musa sa'iqa, Musa gir pade. woh gir pade jo tha, woh woh sajde mein gir padna tha.</w:t>
      </w:r>
    </w:p>
    <w:p>
      <w:pPr>
        <w:jc w:val="right"/>
      </w:pPr>
      <w:r>
        <w:t>حضرت موسیٰ کے بارے میں قرآن میں آتا ہے کہ خرّہ موسیٰ صیقہ، موسیٰ گر پڑے۔ وہ گر پڑے جو تھا، وہ وہ سجدے میں گر پڑنا تھا۔</w:t>
      </w:r>
    </w:p>
    <w:p>
      <w:r>
        <w:rPr>
          <w:b/>
        </w:rPr>
        <w:t xml:space="preserve">[17:15] </w:t>
      </w:r>
      <w:r>
        <w:t>to kaisi ajeeb ajeeb cheezein hain jo Allah ki kitab mein ghaur o fikr se aap jaan paate hain.</w:t>
      </w:r>
    </w:p>
    <w:p>
      <w:pPr>
        <w:jc w:val="right"/>
      </w:pPr>
      <w:r>
        <w:t>تو کیسی عجیب عجیب چیزیں ہیں جو اللہ کی کتاب میں غور و فکر سے آپ جان پاتے ہیں۔</w:t>
      </w:r>
    </w:p>
    <w:p>
      <w:r>
        <w:rPr>
          <w:b/>
        </w:rPr>
        <w:t xml:space="preserve">[17:25] </w:t>
      </w:r>
      <w:r>
        <w:t>aap jaan paate hain.</w:t>
      </w:r>
    </w:p>
    <w:p>
      <w:pPr>
        <w:jc w:val="right"/>
      </w:pPr>
      <w:r>
        <w:t>آپ جان پاتے ہیں۔</w:t>
      </w:r>
    </w:p>
    <w:p>
      <w:r>
        <w:rPr>
          <w:b/>
        </w:rPr>
        <w:t xml:space="preserve">[17:33] </w:t>
      </w:r>
      <w:r>
        <w:t>jis ne kainat ki takhleeq ki hai, kainat ko banaya hai, usi ne ek kitaab bheji hai insaan ki taraf.</w:t>
      </w:r>
    </w:p>
    <w:p>
      <w:pPr>
        <w:jc w:val="right"/>
      </w:pPr>
      <w:r>
        <w:t>جس نے کائنات کی تخلیق کی ہے، کائنات کو بنایا ہے، اسی نے ایک کتاب بھیجی ہے انسان کی طرف۔</w:t>
      </w:r>
    </w:p>
    <w:p>
      <w:r>
        <w:rPr>
          <w:b/>
        </w:rPr>
        <w:t xml:space="preserve">[17:46] </w:t>
      </w:r>
      <w:r>
        <w:t>ab woh hai quran.</w:t>
      </w:r>
    </w:p>
    <w:p>
      <w:pPr>
        <w:jc w:val="right"/>
      </w:pPr>
      <w:r>
        <w:t>اب وہ ہے قرآن۔</w:t>
      </w:r>
    </w:p>
    <w:p>
      <w:r>
        <w:rPr>
          <w:b/>
        </w:rPr>
        <w:t xml:space="preserve">[17:51] </w:t>
      </w:r>
      <w:r>
        <w:t>to jo log quran ko pohanchate hain logon ke upar, us ko distribute karte hain, woh bohat hi bara kaam kar rahe hain, bohat hi bara kaam kar rahe hain.</w:t>
      </w:r>
    </w:p>
    <w:p>
      <w:pPr>
        <w:jc w:val="right"/>
      </w:pPr>
      <w:r>
        <w:t>تو جو لوگ قرآن کو پہنچاتے ہیں لوگوں کے اوپر، اس کو ڈسٹریبیوٹ کرتے ہیں، وہ بہت ہی بڑا کام کر رہے ہیں، بہت ہی بڑا کام کر رہے ہیں۔</w:t>
      </w:r>
    </w:p>
    <w:p>
      <w:r>
        <w:rPr>
          <w:b/>
        </w:rPr>
        <w:t xml:space="preserve">[18:06] </w:t>
      </w:r>
      <w:r>
        <w:t>bohat hi bara kaam kar rahe hain.</w:t>
      </w:r>
    </w:p>
    <w:p>
      <w:pPr>
        <w:jc w:val="right"/>
      </w:pPr>
      <w:r>
        <w:t>بہت ہی بڑا کام کر رہے ہیں۔</w:t>
      </w:r>
    </w:p>
    <w:p>
      <w:r>
        <w:rPr>
          <w:b/>
        </w:rPr>
        <w:t xml:space="preserve">[18:12] </w:t>
      </w:r>
      <w:r>
        <w:t>usi ke sath dekhiye, sirf arabic text jo hai, wohi pohanchana kafi nahi hai.</w:t>
      </w:r>
    </w:p>
    <w:p>
      <w:pPr>
        <w:jc w:val="right"/>
      </w:pPr>
      <w:r>
        <w:t>اسی کے ساتھ دیکھیے، صرف عربک ٹیکسٹ جو ہے، وہی پہنچانا کافی نہیں ہے۔</w:t>
      </w:r>
    </w:p>
    <w:p>
      <w:r>
        <w:rPr>
          <w:b/>
        </w:rPr>
        <w:t xml:space="preserve">[18:25] </w:t>
      </w:r>
      <w:r>
        <w:t>kyun ke quran mein hai ke understandable language mein pohanchana.</w:t>
      </w:r>
    </w:p>
    <w:p>
      <w:pPr>
        <w:jc w:val="right"/>
      </w:pPr>
      <w:r>
        <w:t>کیونکہ قرآن میں ہے کہ انڈرسٹینڈیبل لینگویج میں پہنچانا۔</w:t>
      </w:r>
    </w:p>
    <w:p>
      <w:r>
        <w:rPr>
          <w:b/>
        </w:rPr>
        <w:t xml:space="preserve">[18:36] </w:t>
      </w:r>
      <w:r>
        <w:t>to aap ko yeh karna parega ke aap quran ka translation, quran ka translation har zaban mein karen, logon ki apni zaban mein.</w:t>
      </w:r>
    </w:p>
    <w:p>
      <w:pPr>
        <w:jc w:val="right"/>
      </w:pPr>
      <w:r>
        <w:t>تو آپ کو یہ کرنا پڑے گا کہ آپ قرآن کا ٹرانسلیشن، قرآن کا ٹرانسلیشن ہر زبان میں کریں، لوگوں کی اپنی زبان میں۔</w:t>
      </w:r>
    </w:p>
    <w:p>
      <w:r>
        <w:rPr>
          <w:b/>
        </w:rPr>
        <w:t xml:space="preserve">[18:47] </w:t>
      </w:r>
      <w:r>
        <w:t>aur woh itna,</w:t>
      </w:r>
    </w:p>
    <w:p>
      <w:pPr>
        <w:jc w:val="right"/>
      </w:pPr>
      <w:r>
        <w:t>اور وہ اتنا،</w:t>
      </w:r>
    </w:p>
    <w:p>
      <w:r>
        <w:rPr>
          <w:b/>
        </w:rPr>
        <w:t xml:space="preserve">[18:51] </w:t>
      </w:r>
      <w:r>
        <w:t>aisa tarjuma ho jo logon ke liye understandable ho. to logon ki apni understandable language mein quran ko pohanchana.</w:t>
      </w:r>
    </w:p>
    <w:p>
      <w:pPr>
        <w:jc w:val="right"/>
      </w:pPr>
      <w:r>
        <w:t>ایسا ترجمہ ہو جو لوگوں کے لیے انڈرسٹینڈیبل ہو۔ تو لوگوں کی اپنی انڈرسٹینڈیبل لینگویج میں قرآن کو پہنچانا۔</w:t>
      </w:r>
    </w:p>
    <w:p>
      <w:r>
        <w:rPr>
          <w:b/>
        </w:rPr>
        <w:t xml:space="preserve">[19:02] </w:t>
      </w:r>
      <w:r>
        <w:t>jo log yeh kaam kar rahe hain,</w:t>
      </w:r>
    </w:p>
    <w:p>
      <w:pPr>
        <w:jc w:val="right"/>
      </w:pPr>
      <w:r>
        <w:t>جو لوگ یہ کام کر رہے ہیں،</w:t>
      </w:r>
    </w:p>
    <w:p>
      <w:r>
        <w:rPr>
          <w:b/>
        </w:rPr>
        <w:t xml:space="preserve">[19:07] </w:t>
      </w:r>
      <w:r>
        <w:t>woh woh kaam kar rahe hain jo Hazrat Musa ne kiya tha.</w:t>
      </w:r>
    </w:p>
    <w:p>
      <w:pPr>
        <w:jc w:val="right"/>
      </w:pPr>
      <w:r>
        <w:t>وہ وہ کام کر رہے ہیں جو حضرت موسیٰ نے کیا تھا۔</w:t>
      </w:r>
    </w:p>
    <w:p>
      <w:r>
        <w:rPr>
          <w:b/>
        </w:rPr>
        <w:t xml:space="preserve">[19:14] </w:t>
      </w:r>
      <w:r>
        <w:t>main dua karta hoon ke Allah taala jo log yeh kaam kar rahe hain, quran ko distribute karne ka kaam, un ko bohat zyada sawab de.</w:t>
      </w:r>
    </w:p>
    <w:p>
      <w:pPr>
        <w:jc w:val="right"/>
      </w:pPr>
      <w:r>
        <w:t>میں دعا کرتا ہوں کہ اللہ تعالیٰ جو لوگ یہ کام کر رہے ہیں، قرآن کو ڈسٹریبیوٹ کرنے کا کام، ان کو بہت زیادہ ثواب دے۔</w:t>
      </w:r>
    </w:p>
    <w:p>
      <w:r>
        <w:rPr>
          <w:b/>
        </w:rPr>
        <w:t xml:space="preserve">[19:24] </w:t>
      </w:r>
      <w:r>
        <w:t>bohat zyada sawab de.</w:t>
      </w:r>
    </w:p>
    <w:p>
      <w:pPr>
        <w:jc w:val="right"/>
      </w:pPr>
      <w:r>
        <w:t>بہت زیادہ ثواب دے۔</w:t>
      </w:r>
    </w:p>
    <w:p>
      <w:r>
        <w:rPr>
          <w:b/>
        </w:rPr>
        <w:t xml:space="preserve">[19:28] </w:t>
      </w:r>
      <w:r>
        <w:t>bohat zyada sawab de. dunya mein apni barkat de aur akhirat mein, apni jannat mein un ko dakhil farmaye.</w:t>
      </w:r>
    </w:p>
    <w:p>
      <w:pPr>
        <w:jc w:val="right"/>
      </w:pPr>
      <w:r>
        <w:t>بہت زیادہ ثواب دے۔ دنیا میں اپنی برکت دے اور آخرت میں، اپنی جنت میں ان کو داخل فرمائے۔</w:t>
      </w:r>
    </w:p>
    <w:p>
      <w:r>
        <w:rPr>
          <w:b/>
        </w:rPr>
        <w:t xml:space="preserve">[19:38] </w:t>
      </w:r>
      <w:r>
        <w:t>assalam o alaikum wa rehmatullah</w:t>
      </w:r>
    </w:p>
    <w:p>
      <w:pPr>
        <w:jc w:val="right"/>
      </w:pPr>
      <w:r>
        <w:t>السلام علیکم ورحمة الله</w:t>
      </w:r>
    </w:p>
    <w:p>
      <w:r>
        <w:rPr>
          <w:b/>
        </w:rPr>
        <w:t xml:space="preserve">[19:53] </w:t>
      </w:r>
      <w:r>
        <w:t>maulana, hadith se maloom hota hai ke ahle jannat ke liye insan, ahle jannat ke liye Allah ki sab se bari nemat ya sab se bara reward jo hoga, woh Allah taala ko dekhna hoga.</w:t>
      </w:r>
    </w:p>
    <w:p>
      <w:pPr>
        <w:jc w:val="right"/>
      </w:pPr>
      <w:r>
        <w:t>مولانا، حدیث سے معلوم ہوتا ہے کہ اہل جنت کے لیے انسان، اہل جنت کے لیے اللہ کی سب سے بڑی نعمت یا سب سے بڑا ریوارڈ جو ہوگا، وہ اللہ تعالیٰ کو دیکھنا ہوگا۔</w:t>
      </w:r>
    </w:p>
    <w:p>
      <w:r>
        <w:rPr>
          <w:b/>
        </w:rPr>
        <w:t xml:space="preserve">[20:08] </w:t>
      </w:r>
      <w:r>
        <w:t>baqi doosre jitne bhi inaam honge ya reward hoga, woh is se neechay darje ka hoga.</w:t>
      </w:r>
    </w:p>
    <w:p>
      <w:pPr>
        <w:jc w:val="right"/>
      </w:pPr>
      <w:r>
        <w:t>باقی دوسرے جتنے بھی انعام ہوں گے یا ریوارڈ ہوگا، وہ اس سے نیچے درجے کا ہوگا۔</w:t>
      </w:r>
    </w:p>
    <w:p>
      <w:r>
        <w:rPr>
          <w:b/>
        </w:rPr>
        <w:t xml:space="preserve">[20:15] </w:t>
      </w:r>
      <w:r>
        <w:t>to aakhir aisa kyun? Khuda ko dekhna hi kyun sab se bari nemat hai? dekhiye, jahan tak maine is par ghhor kiya hai, is hadith par to mera apna manna yeh hai</w:t>
      </w:r>
    </w:p>
    <w:p>
      <w:pPr>
        <w:jc w:val="right"/>
      </w:pPr>
      <w:r>
        <w:t>تو آخر ایسا کیوں؟ خدا کو دیکھنا ہی کیوں سب سے بڑی نعمت ہے؟ دیکھیے، جہاں تک میں نے اس پر غور کیا ہے، اس حدیث پر تو میرا اپنا ماننا یہ ہے</w:t>
      </w:r>
    </w:p>
    <w:p>
      <w:r>
        <w:rPr>
          <w:b/>
        </w:rPr>
        <w:t xml:space="preserve">[20:33] </w:t>
      </w:r>
      <w:r>
        <w:t>ke akhirat mein bhi behraal dekhna mumkin nahi hoga.</w:t>
      </w:r>
    </w:p>
    <w:p>
      <w:pPr>
        <w:jc w:val="right"/>
      </w:pPr>
      <w:r>
        <w:t>کہ آخرت میں بھی بہرحال دیکھنا ممکن نہیں ہوگا۔</w:t>
      </w:r>
    </w:p>
    <w:p>
      <w:r>
        <w:rPr>
          <w:b/>
        </w:rPr>
        <w:t xml:space="preserve">[20:42] </w:t>
      </w:r>
      <w:r>
        <w:t>indirect way mein bhi aap wahan bhi dekh payenge. yeh Khuda, Khuda ki azmat itni zyada hai, itni zyada hai, itni zyada hai.</w:t>
      </w:r>
    </w:p>
    <w:p>
      <w:pPr>
        <w:jc w:val="right"/>
      </w:pPr>
      <w:r>
        <w:t>ان ڈائریکٹ وے میں بھی آپ وہاں بھی دیکھ پائیں گے۔ یہ خدا، خدا کی عظمت اتنی زیادہ ہے، اتنی زیادہ ہے، اتنی زیادہ ہے۔</w:t>
      </w:r>
    </w:p>
    <w:p>
      <w:r>
        <w:rPr>
          <w:b/>
        </w:rPr>
        <w:t xml:space="preserve">[20:53] </w:t>
      </w:r>
      <w:r>
        <w:t>iski bhi ek misaal kaam karti hai ke suraj jab</w:t>
      </w:r>
    </w:p>
    <w:p>
      <w:pPr>
        <w:jc w:val="right"/>
      </w:pPr>
      <w:r>
        <w:t>اس کی بھی ایک مثال کام کرتی ہے کہ سورج جب</w:t>
      </w:r>
    </w:p>
    <w:p>
      <w:r>
        <w:rPr>
          <w:b/>
        </w:rPr>
        <w:t xml:space="preserve">[20:58] </w:t>
      </w:r>
      <w:r>
        <w:t>poori shaan ke sath nikla hua ho to aap us ko direct dekh nahi paate. us ko aap indirect way mein bhi dekhte hain.</w:t>
      </w:r>
    </w:p>
    <w:p>
      <w:pPr>
        <w:jc w:val="right"/>
      </w:pPr>
      <w:r>
        <w:t>پوری شان کے ساتھ نکلا ہوا ہو تو آپ اس کو ڈائریکٹ دیکھ نہیں پاتے۔ اس کو آپ ان ڈائریکٹ وے میں بھی دیکھتے ہیں۔</w:t>
      </w:r>
    </w:p>
    <w:p>
      <w:r>
        <w:rPr>
          <w:b/>
        </w:rPr>
        <w:t xml:space="preserve">[21:09] </w:t>
      </w:r>
      <w:r>
        <w:t>to hadith mein jo Allah ko dekhne ki baat kahi gayi hai, meri apni samajh se</w:t>
      </w:r>
    </w:p>
    <w:p>
      <w:pPr>
        <w:jc w:val="right"/>
      </w:pPr>
      <w:r>
        <w:t>تو حدیث میں جو اللہ کو دیکھنے کی بات کہی گئی ہے، میری اپنی سمجھ سے</w:t>
      </w:r>
    </w:p>
    <w:p>
      <w:r>
        <w:rPr>
          <w:b/>
        </w:rPr>
        <w:t xml:space="preserve">[21:15] </w:t>
      </w:r>
      <w:r>
        <w:t>woh indirect way mein dekhne ki baat hai. wallahu alamuthawab Maulana, mera sawal yeh hai ke sab se bari nemat kyun hai Khuda ko dekhna?</w:t>
      </w:r>
    </w:p>
    <w:p>
      <w:pPr>
        <w:jc w:val="right"/>
      </w:pPr>
      <w:r>
        <w:t>وہ ان ڈائریکٹ وے میں دیکھنے کی بات ہے۔ وَاللَّهُ عَلَمُ الْثُوَابِ مولانا، میرا سوال یہ ہے کہ سب سے بڑی نعمت کیوں ہے خدا کو دیکھنا؟</w:t>
      </w:r>
    </w:p>
    <w:p>
      <w:r>
        <w:rPr>
          <w:b/>
        </w:rPr>
        <w:t xml:space="preserve">[21:35] </w:t>
      </w:r>
      <w:r>
        <w:t>yaqeen ki aankh se dekhna? ji, yeh is aankh se dekhna murad nahi hai. jab aap yaqeen ki aankh se dekh payenge ke yahi woh Khuda hai jis par, jis par imaan laya tha main,</w:t>
      </w:r>
    </w:p>
    <w:p>
      <w:pPr>
        <w:jc w:val="right"/>
      </w:pPr>
      <w:r>
        <w:t>یقین کی آنکھ سے دیکھنا؟ جی، یہ اس آنکھ سے دیکھنا مراد نہیں ہے۔ جب آپ یقین کی آنکھ سے دیکھ پائیں گے کہ یہی وہ خدا ہے جس پر، جس پر ایمان لایا تھا میں،</w:t>
      </w:r>
    </w:p>
    <w:p>
      <w:r>
        <w:rPr>
          <w:b/>
        </w:rPr>
        <w:t xml:space="preserve">[21:49] </w:t>
      </w:r>
      <w:r>
        <w:t>jis ke liye main qurbani di thi. yahi khuda hai, yahi khuda hai.</w:t>
      </w:r>
    </w:p>
    <w:p>
      <w:pPr>
        <w:jc w:val="right"/>
      </w:pPr>
      <w:r>
        <w:t>جس کے لیے میں قربانی دی تھی۔ یہی خدا ہے، یہی خدا ہے۔</w:t>
      </w:r>
    </w:p>
    <w:p>
      <w:r>
        <w:rPr>
          <w:b/>
        </w:rPr>
        <w:t xml:space="preserve">[21:54] </w:t>
      </w:r>
      <w:r>
        <w:t>khuda, is se pehle maine tujh ko baghair dekhe mana tha, aaj main tujh ko dekh ke manta hoon.</w:t>
      </w:r>
    </w:p>
    <w:p>
      <w:pPr>
        <w:jc w:val="right"/>
      </w:pPr>
      <w:r>
        <w:t>خدا، اس سے پہلے میں نے تجھ کو بغیر دیکھے مانا تھا، آج میں تجھ کو دیکھ کے مانتا ہوں۔</w:t>
      </w:r>
    </w:p>
    <w:p>
      <w:r>
        <w:rPr>
          <w:b/>
        </w:rPr>
        <w:t xml:space="preserve">[22:03] </w:t>
      </w:r>
      <w:r>
        <w:t>lekin woh dekhna kis tarah ka hoga? woh</w:t>
      </w:r>
    </w:p>
    <w:p>
      <w:pPr>
        <w:jc w:val="right"/>
      </w:pPr>
      <w:r>
        <w:t>لیکن وہ دیکھنا کس طرح کا ہوگا؟ وہ</w:t>
      </w:r>
    </w:p>
    <w:p>
      <w:r>
        <w:rPr>
          <w:b/>
        </w:rPr>
        <w:t xml:space="preserve">[22:12] </w:t>
      </w:r>
      <w:r>
        <w:t>main samajhta hoon ke woh phir bhi indirect way mein hoga, phir bhi. yaani agarchay shaf deedar hoga, woh shaf deedar, shaf deedar,</w:t>
      </w:r>
    </w:p>
    <w:p>
      <w:pPr>
        <w:jc w:val="right"/>
      </w:pPr>
      <w:r>
        <w:t>میں سمجھتا ہوں کہ وہ پھر بھی ان ڈائریکٹ وے میں ہوگا، پھر بھی۔ یعنی اگرچہ شف دیدار ہوگا، وہ شف دیدار، شف دیدار،</w:t>
      </w:r>
    </w:p>
    <w:p>
      <w:r>
        <w:rPr>
          <w:b/>
        </w:rPr>
        <w:t xml:space="preserve">[22:30] </w:t>
      </w:r>
      <w:r>
        <w:t>lekin woh phir bhi</w:t>
      </w:r>
    </w:p>
    <w:p>
      <w:pPr>
        <w:jc w:val="right"/>
      </w:pPr>
      <w:r>
        <w:t>لیکن وہ پھر بھی</w:t>
      </w:r>
    </w:p>
    <w:p>
      <w:r>
        <w:rPr>
          <w:b/>
        </w:rPr>
        <w:t xml:space="preserve">[22:35] </w:t>
      </w:r>
      <w:r>
        <w:t>indirect way mein hoga. yeh, yeh yaani jo aam taur par jo mufassireen ka, muhaddiseen ka manna hai, woh yeh nahi hai.</w:t>
      </w:r>
    </w:p>
    <w:p>
      <w:pPr>
        <w:jc w:val="right"/>
      </w:pPr>
      <w:r>
        <w:t>ان ڈائریکٹ وے میں ہوگا۔ یہ، یہ یعنی جو عام طور پر جو مفسرین کا، محدثین کا ماننا ہے، وہ یہ نہیں ہے۔</w:t>
      </w:r>
    </w:p>
    <w:p>
      <w:r>
        <w:rPr>
          <w:b/>
        </w:rPr>
        <w:t xml:space="preserve">[22:51] </w:t>
      </w:r>
      <w:r>
        <w:t>woh samajhte hain ke direct dekhega, lekin yeh bhi meri samajh mein nahi aata. main samajhta hoon ke yeh woh indirect way mein hoga,</w:t>
      </w:r>
    </w:p>
    <w:p>
      <w:pPr>
        <w:jc w:val="right"/>
      </w:pPr>
      <w:r>
        <w:t>وہ سمجھتے ہیں کہ ڈائریکٹ دیکھے گا، لیکن یہ بھی میری سمجھ میں نہیں آتا۔ میں سمجھتا ہوں کہ یہ وہ ان ڈائریکٹ وے میں ہوگا،</w:t>
      </w:r>
    </w:p>
    <w:p>
      <w:r>
        <w:rPr>
          <w:b/>
        </w:rPr>
        <w:t xml:space="preserve">[23:05] </w:t>
      </w:r>
      <w:r>
        <w:t>jis tarah suraj ko aap indirect way mein dekhte hain.</w:t>
      </w:r>
    </w:p>
    <w:p>
      <w:pPr>
        <w:jc w:val="right"/>
      </w:pPr>
      <w:r>
        <w:t>جس طرح سورج کو آپ ان ڈائریکٹ وے میں دیکھتے ہیں۔</w:t>
      </w:r>
    </w:p>
    <w:p>
      <w:r>
        <w:rPr>
          <w:b/>
        </w:rPr>
        <w:t xml:space="preserve">[23:12] </w:t>
      </w:r>
      <w:r>
        <w:t>maulana, indirect way mein toh hum aaj bhi dekh rahe hain. toh phir jannat mein aur is mein phir farq kya rahega?</w:t>
      </w:r>
    </w:p>
    <w:p>
      <w:pPr>
        <w:jc w:val="right"/>
      </w:pPr>
      <w:r>
        <w:t>مولانا، ان ڈائریکٹ وے میں تو ہم آج بھی دیکھ رہے ہیں۔ تو پھر جنت میں اور اس میں پھر فرق کیا رہے گا؟</w:t>
      </w:r>
    </w:p>
    <w:p>
      <w:r>
        <w:rPr>
          <w:b/>
        </w:rPr>
        <w:t xml:space="preserve">[23:24] </w:t>
      </w:r>
      <w:r>
        <w:t>yeh baat, yeh sawal bahut achha sawal hai. lekin dekhiye, yaqeen ke bahut darje hain. yaqeen ke bahut darje hain.</w:t>
      </w:r>
    </w:p>
    <w:p>
      <w:pPr>
        <w:jc w:val="right"/>
      </w:pPr>
      <w:r>
        <w:t>یہ بات، یہ سوال بہت اچھا سوال ہے۔ لیکن دیکھیے، یقین کے بہت درجے ہیں۔ یقین کے بہت درجے ہیں۔</w:t>
      </w:r>
    </w:p>
    <w:p>
      <w:r>
        <w:rPr>
          <w:b/>
        </w:rPr>
        <w:t xml:space="preserve">[23:34] </w:t>
      </w:r>
      <w:r>
        <w:t>jo yaqeen ke jis darje se aap wahan jannat mein dekhenge, woh bahut aala hoga.</w:t>
      </w:r>
    </w:p>
    <w:p>
      <w:pPr>
        <w:jc w:val="right"/>
      </w:pPr>
      <w:r>
        <w:t>جو یقین کے جس درجے سے آپ وہاں جنت میں دیکھیں گے، وہ بہت اعلیٰ ہوگا۔</w:t>
      </w:r>
    </w:p>
    <w:p>
      <w:r>
        <w:rPr>
          <w:b/>
        </w:rPr>
        <w:t xml:space="preserve">[23:41] </w:t>
      </w:r>
      <w:r>
        <w:t>dunya ke darje se bahut aala hoga.</w:t>
      </w:r>
    </w:p>
    <w:p>
      <w:pPr>
        <w:jc w:val="right"/>
      </w:pPr>
      <w:r>
        <w:t>دنیا کے درجے سے بہت اعلیٰ ہوگا۔</w:t>
      </w:r>
    </w:p>
    <w:p>
      <w:r>
        <w:rPr>
          <w:b/>
        </w:rPr>
        <w:t xml:space="preserve">[23:51] </w:t>
      </w:r>
      <w:r>
        <w:t>jaise main america gaya toh wahan main gaya, uth ke is mein planetarium mein.</w:t>
      </w:r>
    </w:p>
    <w:p>
      <w:pPr>
        <w:jc w:val="right"/>
      </w:pPr>
      <w:r>
        <w:t>جیسے میں امریکہ گیا تو وہاں میں گیا، اٹھ کے اس میں پریٹیرئیم میں۔</w:t>
      </w:r>
    </w:p>
    <w:p>
      <w:r>
        <w:rPr>
          <w:b/>
        </w:rPr>
        <w:t xml:space="preserve">[24:00] </w:t>
      </w:r>
      <w:r>
        <w:t>toh planetarium mein jo solar system dikhaya hai, woh itna zyada</w:t>
      </w:r>
    </w:p>
    <w:p>
      <w:pPr>
        <w:jc w:val="right"/>
      </w:pPr>
      <w:r>
        <w:t>تو پریٹیرئیم میں جو سولر سسٹم دکھایا ہے، وہ اتنا زیادہ</w:t>
      </w:r>
    </w:p>
    <w:p>
      <w:r>
        <w:rPr>
          <w:b/>
        </w:rPr>
        <w:t xml:space="preserve">[24:09] </w:t>
      </w:r>
      <w:r>
        <w:t>ajeeb tha ke dekh kar mujhe meri aankhein band ho gayeen.</w:t>
      </w:r>
    </w:p>
    <w:p>
      <w:pPr>
        <w:jc w:val="right"/>
      </w:pPr>
      <w:r>
        <w:t>عجیب تھا کہ دیکھ کر مجھے میری آنکھیں بند ہو گئیں۔</w:t>
      </w:r>
    </w:p>
    <w:p>
      <w:r>
        <w:rPr>
          <w:b/>
        </w:rPr>
        <w:t xml:space="preserve">[24:18] </w:t>
      </w:r>
      <w:r>
        <w:t>toh planetarium mein jo dekha maine solar system ko, woh main dekh chuka tha pehle kitaab mein.</w:t>
      </w:r>
    </w:p>
    <w:p>
      <w:pPr>
        <w:jc w:val="right"/>
      </w:pPr>
      <w:r>
        <w:t>تو پریٹیرئیم میں جو دیکھا میں نے سولر سسٹم کو، وہ میں دیکھ چکا تھا پہلے کتاب میں۔</w:t>
      </w:r>
    </w:p>
    <w:p>
      <w:r>
        <w:rPr>
          <w:b/>
        </w:rPr>
        <w:t xml:space="preserve">[24:27] </w:t>
      </w:r>
      <w:r>
        <w:t>lekin woh dekhna aur tha, woh dekhna aur tha. yeh farhan sahab bata rahe the ke kyun</w:t>
      </w:r>
    </w:p>
    <w:p>
      <w:pPr>
        <w:jc w:val="right"/>
      </w:pPr>
      <w:r>
        <w:t>لیکن وہ دیکھنا اور تھا، وہ دیکھنا اور تھا۔ یہ فرحان صاحب بتا رہے تھے کہ کیوں</w:t>
      </w:r>
    </w:p>
    <w:p>
      <w:r>
        <w:rPr>
          <w:b/>
        </w:rPr>
        <w:t xml:space="preserve">[24:36] </w:t>
      </w:r>
      <w:r>
        <w:t>khuda ko dekhna kyun sab se azeem nemmat hogi, lazzat hogi. toh ab aap in agar dunya mein bhi agar koi cheez hum dekhte hain, misaal ke taur par taj mahal hai, log dekh ke bilkul sajda reh jaate hain, un ki zuban se speech less ho jaate hain.</w:t>
      </w:r>
    </w:p>
    <w:p>
      <w:pPr>
        <w:jc w:val="right"/>
      </w:pPr>
      <w:r>
        <w:t>خدا کو دیکھنا کیوں سب سے عظیم نعمت ہوگی، لذت ہوگی۔ تو اب آپ ان اگر دنیا میں بھی اگر کوئی چیز ہم دیکھتے ہیں، مثال کے طور پر تاج محل ہے، لوگ دیکھ کے بالکل سجدہ رہ جاتے ہیں، ان کی زبان سے اسپیچ لیس ہو جاتے ہیں۔</w:t>
      </w:r>
    </w:p>
    <w:p>
      <w:r>
        <w:rPr>
          <w:b/>
        </w:rPr>
        <w:t xml:space="preserve">[24:53] </w:t>
      </w:r>
      <w:r>
        <w:t>toh aap usay karoron karoron guna aap badha lijiye. jab khuda jaisi ba-kamal hasti ko dekhega insaan, toh us ke muqable mein har cheez hi hech nazar aayegi.</w:t>
      </w:r>
    </w:p>
    <w:p>
      <w:pPr>
        <w:jc w:val="right"/>
      </w:pPr>
      <w:r>
        <w:t>تو آپ اسے کروڑوں کروڑوں گنا آپ بڑھا لیجیے۔ جب خدا جیسی باکمال ہستی کو دیکھے گا انسان، تو اس کے مقابلے میں ہر چیز ہیچ نظر آئے گی۔</w:t>
      </w:r>
    </w:p>
    <w:p>
      <w:r>
        <w:rPr>
          <w:b/>
        </w:rPr>
        <w:t xml:space="preserve">[25:05] </w:t>
      </w:r>
      <w:r>
        <w:t>toh ab insaan ki takhleeq hai, kainaat ki takhleeq hai. matlab khuda kitna zyada ba-kamal hoga, us ko dekhna toh us se bari lazzat aur kya ho sakti hai?</w:t>
      </w:r>
    </w:p>
    <w:p>
      <w:pPr>
        <w:jc w:val="right"/>
      </w:pPr>
      <w:r>
        <w:t>تو اب انسان کی تخلیق ہے، کائنات کی تخلیق ہے۔ مطلب خدا کتنا زیادہ باکمال ہوگا، اس کو دیکھنا تو اس سے بڑی لذت اور کیا ہو سکتی ہے؟</w:t>
      </w:r>
    </w:p>
    <w:p>
      <w:r>
        <w:rPr>
          <w:b/>
        </w:rPr>
        <w:t xml:space="preserve">[25:15] </w:t>
      </w:r>
      <w:r>
        <w:t>Maulana, pehle matlab in this age we cannot</w:t>
      </w:r>
    </w:p>
    <w:p>
      <w:pPr>
        <w:jc w:val="right"/>
      </w:pPr>
      <w:r>
        <w:t>مولانا، پہلے مطلب ان دس ایج وی کین ناٹ</w:t>
      </w:r>
    </w:p>
    <w:p>
      <w:r>
        <w:rPr>
          <w:b/>
        </w:rPr>
        <w:t xml:space="preserve">[25:21] </w:t>
      </w:r>
      <w:r>
        <w:t>see god, because god wants us that we should discover him. but in hereafter when everything would be disclosed, tab bhi hum nahi dekh payenge.</w:t>
      </w:r>
    </w:p>
    <w:p>
      <w:pPr>
        <w:jc w:val="right"/>
      </w:pPr>
      <w:r>
        <w:t>سی گاڈ، بیکاز گاڈ وانٹس اس دیٹ وی شوڈ ڈسکور ہم۔ بٹ ان ہیئر افٹر وین ایوری تھنگ وڈ بی ڈسکلوزڈ، تب بھی ہم نہیں دیکھ پائیں گے۔</w:t>
      </w:r>
    </w:p>
    <w:p>
      <w:r>
        <w:rPr>
          <w:b/>
        </w:rPr>
        <w:t xml:space="preserve">[25:34] </w:t>
      </w:r>
      <w:r>
        <w:t>main hadees mein toh hai dekh payenge, lekin mujhe</w:t>
      </w:r>
    </w:p>
    <w:p>
      <w:pPr>
        <w:jc w:val="right"/>
      </w:pPr>
      <w:r>
        <w:t>میں حدیث میں تو ہے دیکھ پائیں گے، لیکن مجھے</w:t>
      </w:r>
    </w:p>
    <w:p>
      <w:r>
        <w:rPr>
          <w:b/>
        </w:rPr>
        <w:t xml:space="preserve">[25:39] </w:t>
      </w:r>
      <w:r>
        <w:t>sochta hoon ke woh shaf yaqeen hoga, woh darja yaqeen nahi hoga. yeh yeh meri apni zaati rai hai, log toh samajhte hain ke sach much dekhenge hum aise hi jaise main aap ko dekh raha hoon.</w:t>
      </w:r>
    </w:p>
    <w:p>
      <w:pPr>
        <w:jc w:val="right"/>
      </w:pPr>
      <w:r>
        <w:t>سوچتا ہوں کہ وہ شف یقین ہوگا، وہ درجہ یقین نہیں ہوگا۔ یہ یہ میری اپنی ذاتی رائے ہے، لوگ تو سمجھتے ہیں کہ سچ مچ دیکھیں گے ہم ایسے ہی جیسے میں آپ کو دیکھ رہا ہوں۔</w:t>
      </w:r>
    </w:p>
    <w:p>
      <w:r>
        <w:rPr>
          <w:b/>
        </w:rPr>
        <w:t xml:space="preserve">[25:56] </w:t>
      </w:r>
      <w:r>
        <w:t>meri zaati rai yeh hai ke woh shaf yaqeen ka darja hoga.</w:t>
      </w:r>
    </w:p>
    <w:p>
      <w:pPr>
        <w:jc w:val="right"/>
      </w:pPr>
      <w:r>
        <w:t>میری ذاتی رائے یہ ہے کہ وہ شف یقین کا درجہ ہوگا۔</w:t>
      </w:r>
    </w:p>
    <w:p>
      <w:r>
        <w:rPr>
          <w:b/>
        </w:rPr>
        <w:t xml:space="preserve">[26:07] </w:t>
      </w:r>
      <w:r>
        <w:t>molana, hear we sometimes feel that we can communicate with god. to there with will we have communication, like we are speaking to him at a higher level, even if we don't see him, but can we communicate with him.</w:t>
      </w:r>
    </w:p>
    <w:p>
      <w:pPr>
        <w:jc w:val="right"/>
      </w:pPr>
      <w:r>
        <w:t>مولانا، ہیئر وی سم ٹائمز فیل دیٹ وی کین کمیونیکیٹ ود گاڈ۔ تو دیر ود ول وی ہیو کمیونیکیشن، لائک وی آر سپیکنگ ٹو ہم ایٹ ا ہائر لیول، ایون اف وی ڈونٹ سی ہم، بٹ کین وی کمیونیکیٹ ود ہم۔</w:t>
      </w:r>
    </w:p>
    <w:p>
      <w:r>
        <w:rPr>
          <w:b/>
        </w:rPr>
        <w:t xml:space="preserve">[26:25] </w:t>
      </w:r>
      <w:r>
        <w:t>bhai dekhiye, mere paas jo aakhri lafz hai, woh yeh hai: shaf presence. shaf presence, presence literature mein main nahi sochta ke hoga ya ho sakta hai.</w:t>
      </w:r>
    </w:p>
    <w:p>
      <w:pPr>
        <w:jc w:val="right"/>
      </w:pPr>
      <w:r>
        <w:t>بھائی دیکھیے، میرے پاس جو آخری لفظ ہے، وہ یہ ہے: شف پریزنس۔ شف پریزنس، پریزنس لٹریچر میں میں نہیں سوچتا کہ ہوگا یا ہو سکتا ہے۔</w:t>
      </w:r>
    </w:p>
    <w:p>
      <w:r>
        <w:rPr>
          <w:b/>
        </w:rPr>
        <w:t xml:space="preserve">[26:43] </w:t>
      </w:r>
      <w:r>
        <w:t>presence hoga, lekin woh shaf presence hoga.</w:t>
      </w:r>
    </w:p>
    <w:p>
      <w:pPr>
        <w:jc w:val="right"/>
      </w:pPr>
      <w:r>
        <w:t>پریزنس ہوگا، لیکن وہ شف پریزنس ہوگا۔</w:t>
      </w:r>
    </w:p>
    <w:p>
      <w:r>
        <w:rPr>
          <w:b/>
        </w:rPr>
        <w:t xml:space="preserve">[26:51] </w:t>
      </w:r>
      <w:r>
        <w:t>agarche ulama sufia is ko real presence ke maani mein lete hain. real presence, main zaati taur par shaf presence leta hoon.</w:t>
      </w:r>
    </w:p>
    <w:p>
      <w:pPr>
        <w:jc w:val="right"/>
      </w:pPr>
      <w:r>
        <w:t>اگرچہ علماء صوفیاء اس کو ریل پریزنس کے معنی میں لیتے ہیں۔ ریل پریزنس، میں ذاتی طور پر شف پریزنس لیتا ہوں۔</w:t>
      </w:r>
    </w:p>
    <w:p>
      <w:r>
        <w:rPr>
          <w:b/>
        </w:rPr>
        <w:t xml:space="preserve">[27:05] </w:t>
      </w:r>
      <w:r>
        <w:t>molana, isi liye kya woh</w:t>
      </w:r>
    </w:p>
    <w:p>
      <w:pPr>
        <w:jc w:val="right"/>
      </w:pPr>
      <w:r>
        <w:t>مولانا، اسی لیے کیا وہ</w:t>
      </w:r>
    </w:p>
    <w:p>
      <w:r>
        <w:rPr>
          <w:b/>
        </w:rPr>
        <w:t xml:space="preserve">[27:07] </w:t>
      </w:r>
      <w:r>
        <w:t>hamein kuch yaad aa raha hai, aise hadith mein aaya hai ke har baar ek khuda jab aakhirat mein jannat mein dikhayenge apne aap ko, to khuda ka jalwa naya jalwa hoga.</w:t>
      </w:r>
    </w:p>
    <w:p>
      <w:pPr>
        <w:jc w:val="right"/>
      </w:pPr>
      <w:r>
        <w:t>ہمیں کچھ یاد آ رہا ہے، ایسے حدیث میں آیا ہے کہ ہر بار ایک خدا جب آخرت میں جنت میں دکھائیں گے اپنے آپ کو، تو خدا کا جلوہ نیا جلوہ ہوگا۔</w:t>
      </w:r>
    </w:p>
    <w:p>
      <w:r>
        <w:rPr>
          <w:b/>
        </w:rPr>
        <w:t xml:space="preserve">[27:18] </w:t>
      </w:r>
      <w:r>
        <w:t>haan, yeh bohat sahi kaha aap ne. haan, woh shaf presence ke mukhtalif mukhtalif stages honge. ji, kyunke agar ek hi baar mein dikha denge to incremental,</w:t>
      </w:r>
    </w:p>
    <w:p>
      <w:pPr>
        <w:jc w:val="right"/>
      </w:pPr>
      <w:r>
        <w:t>ہاں، یہ بہت صحیح کہا آپ نے۔ ہاں، وہ شف پریزنس کے مختلف مختلف سٹیجز ہوں گے۔ جی، کیونکہ اگر ایک ہی بار میں دکھا دیں گے تو انکریمنٹل،</w:t>
      </w:r>
    </w:p>
    <w:p>
      <w:r>
        <w:rPr>
          <w:b/>
        </w:rPr>
        <w:t xml:space="preserve">[27:30] </w:t>
      </w:r>
      <w:r>
        <w:t>woh kaise hoga is ka? woh shaf presence ke darje hain, stages hain. hmm. molana, ek sawal aaya hai karachi se,</w:t>
      </w:r>
    </w:p>
    <w:p>
      <w:pPr>
        <w:jc w:val="right"/>
      </w:pPr>
      <w:r>
        <w:t>وہ کیسے ہوگا اس کا؟ وہ شف پریزنس کے درجے ہیں، اسٹیجز ہیں۔ ہمم۔ مولانا، ایک سوال آیا ہے کراچی سے،</w:t>
      </w:r>
    </w:p>
    <w:p>
      <w:r>
        <w:rPr>
          <w:b/>
        </w:rPr>
        <w:t xml:space="preserve">[27:44] </w:t>
      </w:r>
      <w:r>
        <w:t>miss dania mustafa ka. unhon ne likha hai:</w:t>
      </w:r>
    </w:p>
    <w:p>
      <w:pPr>
        <w:jc w:val="right"/>
      </w:pPr>
      <w:r>
        <w:t>مس دانیہ مصطفیٰ کا۔ انہوں نے لکھا ہے:</w:t>
      </w:r>
    </w:p>
    <w:p>
      <w:r>
        <w:rPr>
          <w:b/>
        </w:rPr>
        <w:t xml:space="preserve">[27:50] </w:t>
      </w:r>
      <w:r>
        <w:t>"Maulana sahib, I have a question that why was the ancient eastern world failed to come up?</w:t>
      </w:r>
    </w:p>
    <w:p>
      <w:pPr>
        <w:jc w:val="right"/>
      </w:pPr>
      <w:r>
        <w:t>"مولانا صاحب، آئی ہیو ا کوئسچن دیٹ وائی واز دی اینشینٹ ایسٹرن ورلڈ فیلڈ ٹو کم اپ؟</w:t>
      </w:r>
    </w:p>
    <w:p>
      <w:r>
        <w:rPr>
          <w:b/>
        </w:rPr>
        <w:t xml:space="preserve">[27:58] </w:t>
      </w:r>
      <w:r>
        <w:t>"Why, why the ancient eastern world failed to come up with the scientific discoveries?" jo scientific discoveries hain, woh aah aah jo ancient eastern world tha, us us dauran kyun nahi woh discover ho payein?</w:t>
      </w:r>
    </w:p>
    <w:p>
      <w:pPr>
        <w:jc w:val="right"/>
      </w:pPr>
      <w:r>
        <w:t>وائی، وائی دی اینشینٹ ایسٹرن ورلڈ فیلڈ ٹو کم اپ ود دی سائنٹیفک ڈسکوریز؟" جو سائنٹیفک ڈسکوریز ہیں، وہ آہ آہ جو اینشینٹ ایسٹرن ورلڈ تھا، اس اس دوران کیوں نہیں وہ ڈسکور ہو پائیں؟</w:t>
      </w:r>
    </w:p>
    <w:p>
      <w:r>
        <w:rPr>
          <w:b/>
        </w:rPr>
        <w:t xml:space="preserve">[28:16] </w:t>
      </w:r>
      <w:r>
        <w:t>baad mein hi kyun discover hui scientific discoveries?</w:t>
      </w:r>
    </w:p>
    <w:p>
      <w:pPr>
        <w:jc w:val="right"/>
      </w:pPr>
      <w:r>
        <w:t>بعد میں ہی کیوں ڈسکور ہوئی سائنٹیفک ڈسکوریز؟</w:t>
      </w:r>
    </w:p>
    <w:p>
      <w:r>
        <w:rPr>
          <w:b/>
        </w:rPr>
        <w:t xml:space="preserve">[28:20] </w:t>
      </w:r>
      <w:r>
        <w:t>bhai, yeh to austrian ne kaha hai ke jo woh italian scientist tha, kya naam hai?</w:t>
      </w:r>
    </w:p>
    <w:p>
      <w:pPr>
        <w:jc w:val="right"/>
      </w:pPr>
      <w:r>
        <w:t>بھائی، یہ تو آسٹرین نے کہا ہے کہ جو وہ اٹالین سائنٹسٹ تھا، کیا نام ہے؟</w:t>
      </w:r>
    </w:p>
    <w:p>
      <w:r>
        <w:rPr>
          <w:b/>
        </w:rPr>
        <w:t xml:space="preserve">[28:31] </w:t>
      </w:r>
      <w:r>
        <w:t>galileo? galileo? galileo ko father of science bataya. yeh to process tha, chal raha tha, chal raha tha, chal raha tha.</w:t>
      </w:r>
    </w:p>
    <w:p>
      <w:pPr>
        <w:jc w:val="right"/>
      </w:pPr>
      <w:r>
        <w:t>گیلیلیو؟ گیلیلیو؟ گیلیلیو کو فادر آف سائنس بتایا۔ یہ تو پراسیس تھا، چل رہا تھا، چل رہا تھا، چل رہا تھا۔</w:t>
      </w:r>
    </w:p>
    <w:p>
      <w:r>
        <w:rPr>
          <w:b/>
        </w:rPr>
        <w:t xml:space="preserve">[28:39] </w:t>
      </w:r>
      <w:r>
        <w:t>is ki culmination tha durbin ki ijaad. jab durbin ijaad hui, tab us ne jo kaam kiya,</w:t>
      </w:r>
    </w:p>
    <w:p>
      <w:pPr>
        <w:jc w:val="right"/>
      </w:pPr>
      <w:r>
        <w:t>اس کی کلمی نیشن تھا دوربین کی ایجاد۔ جب دوربین ایجاد ہوئی، تب اس نے جو کام کیا،</w:t>
      </w:r>
    </w:p>
    <w:p>
      <w:r>
        <w:rPr>
          <w:b/>
        </w:rPr>
        <w:t xml:space="preserve">[28:52] </w:t>
      </w:r>
      <w:r>
        <w:t>galileo ne, wahan se aa ke woh connection hua.</w:t>
      </w:r>
    </w:p>
    <w:p>
      <w:pPr>
        <w:jc w:val="right"/>
      </w:pPr>
      <w:r>
        <w:t>گیلیلیو نے، وہاں سے آ کے وہ کنکشن ہوا۔</w:t>
      </w:r>
    </w:p>
    <w:p>
      <w:r>
        <w:rPr>
          <w:b/>
        </w:rPr>
        <w:t xml:space="preserve">[28:57] </w:t>
      </w:r>
      <w:r>
        <w:t>yeh to, yeh to har har har science mein hota hai. har science mein. ek comment aaya hai shabzaana ahmad ka, unhon ne location nahi likhi hai, un ka comment hai: "i believe allah is found in his creation.</w:t>
      </w:r>
    </w:p>
    <w:p>
      <w:pPr>
        <w:jc w:val="right"/>
      </w:pPr>
      <w:r>
        <w:t>یہ تو، یہ تو ہر ہر ہر سائنس میں ہوتا ہے۔ ہر سائنس میں۔ ایک کمنٹ آیا ہے شب زانہ احمد کا، انہوں نے لوکیشن نہیں لکھی ہے، ان کا کمنٹ ہے: "آئی بیلیو اللہ از فاؤنڈ ان ہز کریشن۔</w:t>
      </w:r>
    </w:p>
    <w:p>
      <w:r>
        <w:rPr>
          <w:b/>
        </w:rPr>
        <w:t xml:space="preserve">[29:18] </w:t>
      </w:r>
      <w:r>
        <w:t>that is the proof of allah and his work</w:t>
      </w:r>
    </w:p>
    <w:p>
      <w:pPr>
        <w:jc w:val="right"/>
      </w:pPr>
      <w:r>
        <w:t>دیٹ از دا پروف اف اللہ اینڈ ہز ورک</w:t>
      </w:r>
    </w:p>
    <w:p>
      <w:r>
        <w:rPr>
          <w:b/>
        </w:rPr>
        <w:t xml:space="preserve">[29:22] </w:t>
      </w:r>
      <w:r>
        <w:t>and his simple existence. when arguing with atheist, it never seems to register that intelligent design is exactly just that." molana, ek abhi jaise question aaya tha ke aah eastern world ne kyun</w:t>
      </w:r>
    </w:p>
    <w:p>
      <w:pPr>
        <w:jc w:val="right"/>
      </w:pPr>
      <w:r>
        <w:t>اینڈ ہز سمپل ایگزسٹنس۔ وین ارگوئنگ ود ایتھسٹ، اٹ نیور سیمز ٹو رجسٹر دیٹ انٹیلیجنٹ ڈیزائن از ایگزیکٹلی جسٹ دیٹ۔" مولانا، ایک ابھی جیسے کوئسچن آیا تھا کہ آہ ایسٹرن ورلڈ نے کیوں</w:t>
      </w:r>
    </w:p>
    <w:p>
      <w:r>
        <w:rPr>
          <w:b/>
        </w:rPr>
        <w:t xml:space="preserve">[29:39] </w:t>
      </w:r>
      <w:r>
        <w:t>scientific discoveries pehle nahi kar paye? woh log kyun peeche reh gaye the is mein? to molana, kahin quran mein ek aah yaad aa rahi hai, ayat kahin padha tha ke aah the people that who, jo aap se pehle ja chuke, jo qaumein, woh kahin zyada advance the.</w:t>
      </w:r>
    </w:p>
    <w:p>
      <w:pPr>
        <w:jc w:val="right"/>
      </w:pPr>
      <w:r>
        <w:t>سائنٹیفک ڈسکوریز پہلے نہیں کر پائے؟ وہ لوگ کیوں پیچھے رہ گئے تھے اس میں؟ تو مولانا، کہیں قرآن میں ایک آہ یاد آ رہی ہے، آیت کہیں پڑھا تھا کہ آہ دا پیپل دیٹ ہو، جو آپ سے پہلے جا چکے، جو قومیں، وہ کہیں زیادہ ایڈوانس تھے۔</w:t>
      </w:r>
    </w:p>
    <w:p>
      <w:r>
        <w:rPr>
          <w:b/>
        </w:rPr>
        <w:t xml:space="preserve">[29:55] </w:t>
      </w:r>
      <w:r>
        <w:t>aisi kuch baatein aah but see their state, they are now</w:t>
      </w:r>
    </w:p>
    <w:p>
      <w:pPr>
        <w:jc w:val="right"/>
      </w:pPr>
      <w:r>
        <w:t>ایسی کچھ باتیں آہ بٹ سی دیر سٹیٹ، دے آر ناؤ</w:t>
      </w:r>
    </w:p>
    <w:p>
      <w:r>
        <w:rPr>
          <w:b/>
        </w:rPr>
        <w:t xml:space="preserve">[30:00] </w:t>
      </w:r>
      <w:r>
        <w:t>aah nothing, aah they are now dust ya something aise aise kar ke kar ke hai. to yeh yeh jo aah indication hai, yeh kis tarah ki ke advancement ke bare mein indication tha?</w:t>
      </w:r>
    </w:p>
    <w:p>
      <w:pPr>
        <w:jc w:val="right"/>
      </w:pPr>
      <w:r>
        <w:t>آہ نتھنگ، آہ دے آر ناؤ ڈسٹ یا سمتھنگ ایسے ایسے کر کے کر کے ہے۔ تو یہ یہ جو آہ انڈیکیشن ہے، یہ کس طرح کی کے ایڈوانسمنٹ کے بارے میں انڈیکیشن تھا؟</w:t>
      </w:r>
    </w:p>
    <w:p>
      <w:r>
        <w:rPr>
          <w:b/>
        </w:rPr>
        <w:t xml:space="preserve">[30:12] </w:t>
      </w:r>
      <w:r>
        <w:t>aah molana, woh ayat hai: o alam yaseeru fil ardh fayanzuru kaifa kana aaqibatul ladheena min qablihim kano ashadd minhum quwwatan wa atarool ardh wa amarooha akthara mimma amroo dekhiye, yahan par</w:t>
      </w:r>
    </w:p>
    <w:p>
      <w:pPr>
        <w:jc w:val="right"/>
      </w:pPr>
      <w:r>
        <w:t>آہ مولانا، وہ آیت ہے: او عالم یسیرو فی الارض فیضرو کیف کان عاقبت الذین من قبلہ کانو اشد منہم قوۃ واتار الارض وعمروہ اکثر مما عمرو دیکھیے، یہاں پر</w:t>
      </w:r>
    </w:p>
    <w:p>
      <w:r>
        <w:rPr>
          <w:b/>
        </w:rPr>
        <w:t xml:space="preserve">[30:29] </w:t>
      </w:r>
      <w:r>
        <w:t>deedar e khuda ka zikr nahi hai. is ayat ka deedar e khuda se ta'alluq nahi hai. aap kisi bhi tafseer mein dekh lijie, deedar e khuda yahan maqsad nahi hai.</w:t>
      </w:r>
    </w:p>
    <w:p>
      <w:pPr>
        <w:jc w:val="right"/>
      </w:pPr>
      <w:r>
        <w:t>دیدار خدا کا ذکر نہیں ہے۔ اس آیت کا دیدار خدا سے تعلق نہیں ہے۔ آپ کسی بھی تفسیر میں دیکھ لیجیے، دیدار خدا یہاں کا مقصد نہیں ہے۔</w:t>
      </w:r>
    </w:p>
    <w:p>
      <w:r>
        <w:rPr>
          <w:b/>
        </w:rPr>
        <w:t xml:space="preserve">[30:45] </w:t>
      </w:r>
      <w:r>
        <w:t>molana, woh deedar e khuda ki baat nahi kar rahe hain, woh yeh keh rahe hain ke quran se nahi, jo ayat</w:t>
      </w:r>
    </w:p>
    <w:p>
      <w:pPr>
        <w:jc w:val="right"/>
      </w:pPr>
      <w:r>
        <w:t>مولانا، وہ دیدار خدا کی بات نہیں کر رہے ہیں، وہ یہ کہہ رہے ہیں کہ قرآن سے نہیں، جو آیت</w:t>
      </w:r>
    </w:p>
    <w:p>
      <w:r>
        <w:rPr>
          <w:b/>
        </w:rPr>
        <w:t xml:space="preserve">[30:51] </w:t>
      </w:r>
      <w:r>
        <w:t>deedar khuda ke baray mein nahin hai, is ko is waqt apply kar rahay hain. nahin, aik sawal abhi aaya tha ke qadeem zamanay mein qaumain kyon advance nahin hui science mein?</w:t>
      </w:r>
    </w:p>
    <w:p>
      <w:pPr>
        <w:jc w:val="right"/>
      </w:pPr>
      <w:r>
        <w:t>دیدار خدا کے بارے میں نہیں ہے، اس کو اس وقت اپلائی کر رہے ہیں۔ نہیں، ایک سوال ابھی آیا تھا کہ قدیم زمانے میں قومیں کیوں ایڈوانس نہیں ہوئی سائنس میں؟</w:t>
      </w:r>
    </w:p>
    <w:p>
      <w:r>
        <w:rPr>
          <w:b/>
        </w:rPr>
        <w:t xml:space="preserve">[31:04] </w:t>
      </w:r>
      <w:r>
        <w:t>to woh yeh keh rahay hain ke woh to hamesha koi bhi</w:t>
      </w:r>
    </w:p>
    <w:p>
      <w:pPr>
        <w:jc w:val="right"/>
      </w:pPr>
      <w:r>
        <w:t>تو وہ یہ کہہ رہے ہیں کہ وہ تو ہمیشہ کوئی بھی</w:t>
      </w:r>
    </w:p>
    <w:p>
      <w:r>
        <w:rPr>
          <w:b/>
        </w:rPr>
        <w:t xml:space="preserve">[31:09] </w:t>
      </w:r>
      <w:r>
        <w:t>daryaft through process hoti hai. cheunti bhi, cheunti ko bhi insaan ne jana hai aik lambay process ke baad. yeh nahin ho sakta ke insaan se achaanak aik hi din aap jaan lain.</w:t>
      </w:r>
    </w:p>
    <w:p>
      <w:pPr>
        <w:jc w:val="right"/>
      </w:pPr>
      <w:r>
        <w:t>دریافت تھرو پراسیس ہوتی ہے۔ چیونٹی بھی، چیونٹی کو بھی انسان نے جانا ہے ایک لمبے پراسیس کے بعد۔ یہ نہیں ہو سکتا کہ انسان سے اچانک ایک ہی دن آپ جان لیں۔</w:t>
      </w:r>
    </w:p>
    <w:p>
      <w:r>
        <w:rPr>
          <w:b/>
        </w:rPr>
        <w:t xml:space="preserve">[31:23] </w:t>
      </w:r>
      <w:r>
        <w:t>woh to process chalana paray ga.</w:t>
      </w:r>
    </w:p>
    <w:p>
      <w:pPr>
        <w:jc w:val="right"/>
      </w:pPr>
      <w:r>
        <w:t>وہ تو پراسیس چلانا پڑے گا۔</w:t>
      </w:r>
    </w:p>
    <w:p>
      <w:r>
        <w:rPr>
          <w:b/>
        </w:rPr>
        <w:t xml:space="preserve">[31:27] </w:t>
      </w:r>
      <w:r>
        <w:t>maulana, un ka sawal yeh tha ke woh aah jo pehlay ki qaumon ko refer karti hai, ayat advancement ke maamlay mein, to woh advancement kya thi?</w:t>
      </w:r>
    </w:p>
    <w:p>
      <w:pPr>
        <w:jc w:val="right"/>
      </w:pPr>
      <w:r>
        <w:t>مولانا، ان کا سوال یہ تھا کہ وہ آہ جو پہلے کی قوموں کو ریفر کرتی ہے، آیت ایڈوانسمنٹ کے معاملے میں، تو وہ ایڈوانسمنٹ کیا تھی؟</w:t>
      </w:r>
    </w:p>
    <w:p>
      <w:r>
        <w:rPr>
          <w:b/>
        </w:rPr>
        <w:t xml:space="preserve">[31:37] </w:t>
      </w:r>
      <w:r>
        <w:t>kis maamlay mein woh advance thay? woh yeh deewar ke banay huay thay, umron ne</w:t>
      </w:r>
    </w:p>
    <w:p>
      <w:pPr>
        <w:jc w:val="right"/>
      </w:pPr>
      <w:r>
        <w:t>کس معاملے میں وہ ایڈوانس تھے؟ وہ یہ دیوار کے بنے ہوئے تھے، عمروں نے</w:t>
      </w:r>
    </w:p>
    <w:p>
      <w:r>
        <w:rPr>
          <w:b/>
        </w:rPr>
        <w:t xml:space="preserve">[31:44] </w:t>
      </w:r>
      <w:r>
        <w:t>bari bari banaain. is maani mein</w:t>
      </w:r>
    </w:p>
    <w:p>
      <w:pPr>
        <w:jc w:val="right"/>
      </w:pPr>
      <w:r>
        <w:t>بڑی بڑی بنائیں۔ اس معنی میں</w:t>
      </w:r>
    </w:p>
    <w:p>
      <w:r>
        <w:rPr>
          <w:b/>
        </w:rPr>
        <w:t xml:space="preserve">[31:52] </w:t>
      </w:r>
      <w:r>
        <w:t>woh scientific advancement mein nahin hai.</w:t>
      </w:r>
    </w:p>
    <w:p>
      <w:pPr>
        <w:jc w:val="right"/>
      </w:pPr>
      <w:r>
        <w:t>وہ سائنٹیفک ایڈوانسمنٹ میں نہیں ہے۔</w:t>
      </w:r>
    </w:p>
    <w:p>
      <w:r>
        <w:rPr>
          <w:b/>
        </w:rPr>
        <w:t xml:space="preserve">[31:57] </w:t>
      </w:r>
      <w:r>
        <w:t>maulana, aik comment aaya hai sajjid ahmed khan sahib ka, nagpur se. unhon ne likha hai: "allah ka apnay bandon se apnay rasool ke zariye yeh farman hai ke aap se meray banday meray baray mein sawal kartay hain to aap keh dijiye ke mein un se qareeb hoon</w:t>
      </w:r>
    </w:p>
    <w:p>
      <w:pPr>
        <w:jc w:val="right"/>
      </w:pPr>
      <w:r>
        <w:t>مولانا، ایک کمنٹ آیا ہے ساجد احمد خان صاحب کا، ناگپور سے۔ انہوں نے لکھا ہے: "اللہ کا اپنے بندوں سے اپنے رسول کے ذریعے یہ فرمان ہے کہ آپ سے میرے بندے میرے بارے میں سوال کرتے ہیں تو آپ کہہ دیجیے کہ میں ان سے قریب ہوں</w:t>
      </w:r>
    </w:p>
    <w:p>
      <w:r>
        <w:rPr>
          <w:b/>
        </w:rPr>
        <w:t xml:space="preserve">[32:17] </w:t>
      </w:r>
      <w:r>
        <w:t>aur un ki pukaar sunta hoon jab woh mujhe pukaartay hain. is baat par hamein yaqeen hai ke hum ke hamara rab hum se waqai qareeb hai."</w:t>
      </w:r>
    </w:p>
    <w:p>
      <w:pPr>
        <w:jc w:val="right"/>
      </w:pPr>
      <w:r>
        <w:t>اور ان کی پکار سنتا ہوں جب وہ مجھے پکارتے ہیں۔ اس بات پر ہمیں یقین ہے کہ ہم کہ ہمارا رب ہم سے واقعی قریب ہے۔"</w:t>
      </w:r>
    </w:p>
    <w:p>
      <w:r>
        <w:rPr>
          <w:b/>
        </w:rPr>
        <w:t xml:space="preserve">[32:32] </w:t>
      </w:r>
      <w:r>
        <w:t>deekhiye, yeh is ayat ka ta'alluq is maslay se nahin hai, yani khuda ki deedar se ke maslay se, balkay insaan ki insaan ki duaon ko sunna, insaan ki</w:t>
      </w:r>
    </w:p>
    <w:p>
      <w:pPr>
        <w:jc w:val="right"/>
      </w:pPr>
      <w:r>
        <w:t>دیکھیے، یہ اس آیت کا تعلق اس مسئلے سے نہیں ہے، یعنی خدا کی دیدار سے کے مسئلے سے، بلکہ انسان کی انسان کی دعاؤں کو سننا، انسان کی</w:t>
      </w:r>
    </w:p>
    <w:p>
      <w:r>
        <w:rPr>
          <w:b/>
        </w:rPr>
        <w:t xml:space="preserve">[32:51] </w:t>
      </w:r>
      <w:r>
        <w:t>zarurat ko poori karna, insaan ki hajat ko poori karna, is is maslay se hai.</w:t>
      </w:r>
    </w:p>
    <w:p>
      <w:pPr>
        <w:jc w:val="right"/>
      </w:pPr>
      <w:r>
        <w:t>ضرورت کو پوری کرنا، انسان کی حاجت کو پوری کرنا، اس اس مسئلے سے ہے۔</w:t>
      </w:r>
    </w:p>
    <w:p>
      <w:r>
        <w:rPr>
          <w:b/>
        </w:rPr>
        <w:t xml:space="preserve">[33:00] </w:t>
      </w:r>
      <w:r>
        <w:t>maulana, faisalabad se muhammad omar aawan sahib ka sawal hai. woh aap se janna chahtay hain ke aah how can one overcome feelings like hate, fear, and anger,</w:t>
      </w:r>
    </w:p>
    <w:p>
      <w:pPr>
        <w:jc w:val="right"/>
      </w:pPr>
      <w:r>
        <w:t>مولانا، فیصل آباد سے محمد عمر اعوان صاحب کا سوال ہے۔ وہ آپ سے جاننا چاہتے ہیں کہ آہ how can one overcome feelings like hate, fear, and anger,</w:t>
      </w:r>
    </w:p>
    <w:p>
      <w:r>
        <w:rPr>
          <w:b/>
        </w:rPr>
        <w:t xml:space="preserve">[33:15] </w:t>
      </w:r>
      <w:r>
        <w:t>especially when it starts occupying one's mind</w:t>
      </w:r>
    </w:p>
    <w:p>
      <w:pPr>
        <w:jc w:val="right"/>
      </w:pPr>
      <w:r>
        <w:t>especially when it starts occupying one's mind</w:t>
      </w:r>
    </w:p>
    <w:p>
      <w:r>
        <w:rPr>
          <w:b/>
        </w:rPr>
        <w:t xml:space="preserve">[33:19] </w:t>
      </w:r>
      <w:r>
        <w:t>and starts interfering in one's daily life?</w:t>
      </w:r>
    </w:p>
    <w:p>
      <w:pPr>
        <w:jc w:val="right"/>
      </w:pPr>
      <w:r>
        <w:t>and starts interfering in one's daily life?</w:t>
      </w:r>
    </w:p>
    <w:p>
      <w:r>
        <w:rPr>
          <w:b/>
        </w:rPr>
        <w:t xml:space="preserve">[33:24] </w:t>
      </w:r>
      <w:r>
        <w:t>bhai, yeh to ibadat hai. jo log is ki ibadat das hum ne, inhi ko masla hai.</w:t>
      </w:r>
    </w:p>
    <w:p>
      <w:pPr>
        <w:jc w:val="right"/>
      </w:pPr>
      <w:r>
        <w:t>بھائی، یہ تو عبادت ہے۔ جو لوگ اس کی عبادت دس ہم نے، انہی کو مسئلہ ہے۔</w:t>
      </w:r>
    </w:p>
    <w:p>
      <w:r>
        <w:rPr>
          <w:b/>
        </w:rPr>
        <w:t xml:space="preserve">[33:35] </w:t>
      </w:r>
      <w:r>
        <w:t>yani hate se bahar aana, positive thinking mein jeena, yeh ibadat hai.</w:t>
      </w:r>
    </w:p>
    <w:p>
      <w:pPr>
        <w:jc w:val="right"/>
      </w:pPr>
      <w:r>
        <w:t>یعنی hate سے باہر آنا، positive thinking میں جینا، یہ عبادت ہے۔</w:t>
      </w:r>
    </w:p>
    <w:p>
      <w:r>
        <w:rPr>
          <w:b/>
        </w:rPr>
        <w:t xml:space="preserve">[33:45] </w:t>
      </w:r>
      <w:r>
        <w:t>mushkil yeh hai ke log is ki ibadat jantay nahin hain, is liye mushkil lagta hai un ko. log is ko</w:t>
      </w:r>
    </w:p>
    <w:p>
      <w:pPr>
        <w:jc w:val="right"/>
      </w:pPr>
      <w:r>
        <w:t>مشکل یہ ہے کہ لوگ اس کی عبادت جانتے نہیں ہیں، اس لیے مشکل لگتا ہے ان کو۔ لوگ اس کو</w:t>
      </w:r>
    </w:p>
    <w:p>
      <w:r>
        <w:rPr>
          <w:b/>
        </w:rPr>
        <w:t xml:space="preserve">[33:52] </w:t>
      </w:r>
      <w:r>
        <w:t>doosron se nafrat na karain, doosron se pyar o mohabbat karain, apnay andar positive thinking paida karain.</w:t>
      </w:r>
    </w:p>
    <w:p>
      <w:pPr>
        <w:jc w:val="right"/>
      </w:pPr>
      <w:r>
        <w:t>دوسروں سے نفرت نہ کریں، دوسروں سے پیار و محبت کریں، اپنے اندر positive thinking پیدا کریں۔</w:t>
      </w:r>
    </w:p>
    <w:p>
      <w:r>
        <w:rPr>
          <w:b/>
        </w:rPr>
        <w:t xml:space="preserve">[34:02] </w:t>
      </w:r>
      <w:r>
        <w:t>yeh to aeen ibadat hai. chounkay log is ko bator ibadat nahin jantay, is liye yeh sab baatein kartay hain.</w:t>
      </w:r>
    </w:p>
    <w:p>
      <w:pPr>
        <w:jc w:val="right"/>
      </w:pPr>
      <w:r>
        <w:t>یہ تو عین عبادت ہے۔ چونکہ لوگ اس کو بطور عبادت نہیں جانتے، اس لیے یہ سب باتیں کرتے ہیں۔</w:t>
      </w:r>
    </w:p>
    <w:p>
      <w:r>
        <w:rPr>
          <w:b/>
        </w:rPr>
        <w:t xml:space="preserve">[34:20] </w:t>
      </w:r>
      <w:r>
        <w:t>maulana, yeh pakistan sooba punjab zila attock se muhammad inayat ullah sawal kar rahay hain. hum naujawanon ke liye koi naseehat farma dain.</w:t>
      </w:r>
    </w:p>
    <w:p>
      <w:pPr>
        <w:jc w:val="right"/>
      </w:pPr>
      <w:r>
        <w:t>مولانا، یہ پاکستان صوبہ پنجاب ضلع اٹک سے محمد عنایت اللہ سوال کر رہے ہیں۔ ہم نوجوانوں کے لیے کوئی نصیحت فرما دیں۔</w:t>
      </w:r>
    </w:p>
    <w:p>
      <w:r>
        <w:rPr>
          <w:b/>
        </w:rPr>
        <w:t xml:space="preserve">[34:37] </w:t>
      </w:r>
      <w:r>
        <w:t>yeh to bohat acha sawal hai. bohat acha sawal hai.</w:t>
      </w:r>
    </w:p>
    <w:p>
      <w:pPr>
        <w:jc w:val="right"/>
      </w:pPr>
      <w:r>
        <w:t>یہ تو بہت اچھا سوال ہے۔ بہت اچھا سوال ہے۔</w:t>
      </w:r>
    </w:p>
    <w:p>
      <w:r>
        <w:rPr>
          <w:b/>
        </w:rPr>
        <w:t xml:space="preserve">[34:48] </w:t>
      </w:r>
      <w:r>
        <w:t>jab mein naujawan tha aur up mein rehta tha to meray mind mein to us zamanay mein mein ne aik kitaab parhi thi, alf laila, urdu tarjuma tha is ka.</w:t>
      </w:r>
    </w:p>
    <w:p>
      <w:pPr>
        <w:jc w:val="right"/>
      </w:pPr>
      <w:r>
        <w:t>جب میں نوجوان تھا اور یو پی میں رہتا تھا تو میرے mind میں تو اس زمانے میں میں نے ایک کتاب پڑھی تھی، الف لیلیٰ، اردو ترجمہ تھا اس کا۔</w:t>
      </w:r>
    </w:p>
    <w:p>
      <w:r>
        <w:rPr>
          <w:b/>
        </w:rPr>
        <w:t xml:space="preserve">[35:04] </w:t>
      </w:r>
      <w:r>
        <w:t>urdu tarjuma</w:t>
      </w:r>
    </w:p>
    <w:p>
      <w:pPr>
        <w:jc w:val="right"/>
      </w:pPr>
      <w:r>
        <w:t>اردو ترجمہ</w:t>
      </w:r>
    </w:p>
    <w:p>
      <w:r>
        <w:rPr>
          <w:b/>
        </w:rPr>
        <w:t xml:space="preserve">[35:05] </w:t>
      </w:r>
      <w:r>
        <w:t>to meray zehan mein aik laila hi tasawwur tha zindagi ka. to mein yeh ab bhi yaad aati hai ke mein yeh sochta tha ke kabhi kabhi to mujhe alauddin ka charagh mil jaye ga.</w:t>
      </w:r>
    </w:p>
    <w:p>
      <w:pPr>
        <w:jc w:val="right"/>
      </w:pPr>
      <w:r>
        <w:t>تو میرے ذہن میں ایک لیلیٰ ہی تصور تھا زندگی کا۔ تو میں یہ اب بھی یاد آتی ہے کہ میں یہ سوچتا تھا کہ کبھی کبھی تو مجھے علاؤ الدین کا چراغ مل جائے گا۔</w:t>
      </w:r>
    </w:p>
    <w:p>
      <w:r>
        <w:rPr>
          <w:b/>
        </w:rPr>
        <w:t xml:space="preserve">[35:23] </w:t>
      </w:r>
      <w:r>
        <w:t>lekin mushkil yeh hai ke hamare naujawan aaj bhi is mein phanse hue hain</w:t>
      </w:r>
    </w:p>
    <w:p>
      <w:pPr>
        <w:jc w:val="right"/>
      </w:pPr>
      <w:r>
        <w:t>لیکن مشکل یہ ہے کہ ہمارے نوجوان آج بھی اس میں پھنسے ہوئے ہیں</w:t>
      </w:r>
    </w:p>
    <w:p>
      <w:r>
        <w:rPr>
          <w:b/>
        </w:rPr>
        <w:t xml:space="preserve">[35:27] </w:t>
      </w:r>
      <w:r>
        <w:t>aur sochte hain kahin nahi ke un ko alauddin ka chiragh mil jaye ga aur is se woh</w:t>
      </w:r>
    </w:p>
    <w:p>
      <w:pPr>
        <w:jc w:val="right"/>
      </w:pPr>
      <w:r>
        <w:t>اور سوچتے ہیں کہیں نہیں کہ ان کو علاؤ الدین کا چراغ مل جائے گا اور اس سے وہ</w:t>
      </w:r>
    </w:p>
    <w:p>
      <w:r>
        <w:rPr>
          <w:b/>
        </w:rPr>
        <w:t xml:space="preserve">[35:36] </w:t>
      </w:r>
      <w:r>
        <w:t>jo chahenge, woh</w:t>
      </w:r>
    </w:p>
    <w:p>
      <w:pPr>
        <w:jc w:val="right"/>
      </w:pPr>
      <w:r>
        <w:t>جو چاہیں گے، وہ</w:t>
      </w:r>
    </w:p>
    <w:p>
      <w:r>
        <w:rPr>
          <w:b/>
        </w:rPr>
        <w:t xml:space="preserve">[35:41] </w:t>
      </w:r>
      <w:r>
        <w:t>is ko hasil kar lenge. yeh ali o zehn jo mera tha, mein samajhta hoon ke sare naujawano ka yahi zehn hai.</w:t>
      </w:r>
    </w:p>
    <w:p>
      <w:pPr>
        <w:jc w:val="right"/>
      </w:pPr>
      <w:r>
        <w:t>اس کو حاصل کر لیں گے۔ یہ علی و ذہن جو میرا تھا، میں سمجھتا ہوں کہ سارے نوجوانوں کا یہی ذہن ہے۔</w:t>
      </w:r>
    </w:p>
    <w:p>
      <w:r>
        <w:rPr>
          <w:b/>
        </w:rPr>
        <w:t xml:space="preserve">[35:53] </w:t>
      </w:r>
      <w:r>
        <w:t>woh shadi karte hain, tab bhi yahi zehn hota hai. woh business karte hain, tab bhi yahi zehn hota hai.</w:t>
      </w:r>
    </w:p>
    <w:p>
      <w:pPr>
        <w:jc w:val="right"/>
      </w:pPr>
      <w:r>
        <w:t>وہ شادی کرتے ہیں، تب بھی یہی ذہن ہوتا ہے۔ وہ business کرتے ہیں، تب بھی یہی ذہن ہوتا ہے۔</w:t>
      </w:r>
    </w:p>
    <w:p>
      <w:r>
        <w:rPr>
          <w:b/>
        </w:rPr>
        <w:t xml:space="preserve">[36:00] </w:t>
      </w:r>
      <w:r>
        <w:t>siyasi tehreek chalayein, tab bhi yahi zehn hota hai. woh sochte hain ke koi koi button hai, woh woh kisi na kisi din woh button bhi mil jaye ga aur button dabaunga aur meri adamon ka mahal mere samne khara ho jaye ga.</w:t>
      </w:r>
    </w:p>
    <w:p>
      <w:pPr>
        <w:jc w:val="right"/>
      </w:pPr>
      <w:r>
        <w:t>سیاسی تحریک چلائیں، تب بھی یہی ذہن ہوتا ہے۔ وہ سوچتے ہیں کہ کوئی کوئی بٹن ہے، وہ وہ کسی نہ کسی دن وہ بٹن بھی مل جائے گا اور بٹن دباؤں گا اور میری آدموں کا محل میرے سامنے کھڑا ہو جائے گا۔</w:t>
      </w:r>
    </w:p>
    <w:p>
      <w:r>
        <w:rPr>
          <w:b/>
        </w:rPr>
        <w:t xml:space="preserve">[36:20] </w:t>
      </w:r>
      <w:r>
        <w:t>to mein to is se nikal aya, Allah Akbar se. lekin hamare naujawan aaj bhi is mein phanse hue hain. yeh dekhiye, yeh dunya sab se bari cheez jo discover karni hai aap ko, woh hai</w:t>
      </w:r>
    </w:p>
    <w:p>
      <w:pPr>
        <w:jc w:val="right"/>
      </w:pPr>
      <w:r>
        <w:t>تو میں تو اس سے نکل آیا، اللہ اکبر سے۔ لیکن ہمارے نوجوان آج بھی اس میں پھنسے ہوئے ہیں۔ یہ دیکھیے، یہ دنیا سب سے بڑی چیز جو discover کرنی ہے آپ کو، وہ ہے</w:t>
      </w:r>
    </w:p>
    <w:p>
      <w:r>
        <w:rPr>
          <w:b/>
        </w:rPr>
        <w:t xml:space="preserve">[36:36] </w:t>
      </w:r>
      <w:r>
        <w:t>realism. Realist baniye. Realist baniye.</w:t>
      </w:r>
    </w:p>
    <w:p>
      <w:pPr>
        <w:jc w:val="right"/>
      </w:pPr>
      <w:r>
        <w:t>realism۔ Realist بنیے۔ Realist بنیے۔</w:t>
      </w:r>
    </w:p>
    <w:p>
      <w:r>
        <w:rPr>
          <w:b/>
        </w:rPr>
        <w:t xml:space="preserve">[36:51] </w:t>
      </w:r>
      <w:r>
        <w:t>mein bohat der ke baad realist bana. pehle mein isi mein jeeta tha, alauddin ke chiragh mein. phir dheere dheere jab mein ne study ki, tab mein realist bana.</w:t>
      </w:r>
    </w:p>
    <w:p>
      <w:pPr>
        <w:jc w:val="right"/>
      </w:pPr>
      <w:r>
        <w:t>میں بہت دیر کے بعد ریس بنا۔ پہلے میں اسی میں جیتا تھا، علاؤ الدین کے چراغ میں۔ پھر دھیرے دھیرے جب میں نے study کی، تب میں realist بنا۔</w:t>
      </w:r>
    </w:p>
    <w:p>
      <w:r>
        <w:rPr>
          <w:b/>
        </w:rPr>
        <w:t xml:space="preserve">[37:02] </w:t>
      </w:r>
      <w:r>
        <w:t>aur aaj mein kehta hoon ke sab se bari jo</w:t>
      </w:r>
    </w:p>
    <w:p>
      <w:pPr>
        <w:jc w:val="right"/>
      </w:pPr>
      <w:r>
        <w:t>اور آج میں کہتا ہوں کہ سب سے بڑی جو</w:t>
      </w:r>
    </w:p>
    <w:p>
      <w:r>
        <w:rPr>
          <w:b/>
        </w:rPr>
        <w:t xml:space="preserve">[37:07] </w:t>
      </w:r>
      <w:r>
        <w:t>daryaft thi meri, woh yahi thi realism. mujhe yaad hai ke woh tab mein bahir ka hi tha ke ek shakhs ne mujh se sawal kiya ke what is Islam</w:t>
      </w:r>
    </w:p>
    <w:p>
      <w:pPr>
        <w:jc w:val="right"/>
      </w:pPr>
      <w:r>
        <w:t>دریافت تھی میری، وہ یہی تھی realism۔ مجھے یاد ہے کہ وہ تب میں باہر کا ہی تھا کہ ایک شخص نے مجھ سے سوال کیا کہ what is Islam</w:t>
      </w:r>
    </w:p>
    <w:p>
      <w:r>
        <w:rPr>
          <w:b/>
        </w:rPr>
        <w:t xml:space="preserve">[37:25] </w:t>
      </w:r>
      <w:r>
        <w:t>aisa kuch tha. to meri zuban se achaanak nikla ke realism Islam means realism.</w:t>
      </w:r>
    </w:p>
    <w:p>
      <w:pPr>
        <w:jc w:val="right"/>
      </w:pPr>
      <w:r>
        <w:t>ایسا کچھ تھا۔ تو میری زبان سے اچانک نکلا کہ realism اسلام means realism۔</w:t>
      </w:r>
    </w:p>
    <w:p>
      <w:r>
        <w:rPr>
          <w:b/>
        </w:rPr>
        <w:t xml:space="preserve">[37:37] </w:t>
      </w:r>
      <w:r>
        <w:t>meri zuban se achaanak nikla tha ke Islam means realism</w:t>
      </w:r>
    </w:p>
    <w:p>
      <w:pPr>
        <w:jc w:val="right"/>
      </w:pPr>
      <w:r>
        <w:t>میری زبان سے اچانک نکلا تھا کہ Islam means realism</w:t>
      </w:r>
    </w:p>
    <w:p>
      <w:r>
        <w:rPr>
          <w:b/>
        </w:rPr>
        <w:t xml:space="preserve">[37:42] </w:t>
      </w:r>
      <w:r>
        <w:t>lekin mein samajhta hoon ke aaj bhi hamare naujawan is ko nahi jante ke Islam means realism woh sochte hain ke Islam ka matlab hai adamon ke mahal mein achaanak dakhil ho jana.</w:t>
      </w:r>
    </w:p>
    <w:p>
      <w:pPr>
        <w:jc w:val="right"/>
      </w:pPr>
      <w:r>
        <w:t>لیکن میں سمجھتا ہوں کہ آج بھی ہمارے نوجوان اس کو نہیں جانتے کہ Islam means realism وہ سوچتے ہیں کہ اسلام کا مطلب ہے آدموں کے محل میں اچانک داخل ہو جانا۔</w:t>
      </w:r>
    </w:p>
    <w:p>
      <w:r>
        <w:rPr>
          <w:b/>
        </w:rPr>
        <w:t xml:space="preserve">[37:58] </w:t>
      </w:r>
      <w:r>
        <w:t>isi mahal aaj tak mila nahi hai in ko.</w:t>
      </w:r>
    </w:p>
    <w:p>
      <w:pPr>
        <w:jc w:val="right"/>
      </w:pPr>
      <w:r>
        <w:t>اسی محل آج تک ملا نہیں ہے ان کو۔</w:t>
      </w:r>
    </w:p>
    <w:p>
      <w:r>
        <w:rPr>
          <w:b/>
        </w:rPr>
        <w:t xml:space="preserve">[38:03] </w:t>
      </w:r>
      <w:r>
        <w:t>to mein samajhta hoon ke is ko janiye ke Islam means realism. Maulana, yeh khateeb israr sahib Chennai se sawal kar rahe hain.</w:t>
      </w:r>
    </w:p>
    <w:p>
      <w:pPr>
        <w:jc w:val="right"/>
      </w:pPr>
      <w:r>
        <w:t>تو میں سمجھتا ہوں کہ اس کو جانیے کہ Islam means realism۔ مولانا، یہ خطیب اسرار صاحب چنئی سے سوال کر رہے ہیں۔</w:t>
      </w:r>
    </w:p>
    <w:p>
      <w:r>
        <w:rPr>
          <w:b/>
        </w:rPr>
        <w:t xml:space="preserve">[38:16] </w:t>
      </w:r>
      <w:r>
        <w:t>sawal se pehle unhone apna ek background likha hai.</w:t>
      </w:r>
    </w:p>
    <w:p>
      <w:pPr>
        <w:jc w:val="right"/>
      </w:pPr>
      <w:r>
        <w:t>سوال سے پہلے انہوں نے اپنا ایک بیک گراؤنڈ لکھا ہے۔</w:t>
      </w:r>
    </w:p>
    <w:p>
      <w:r>
        <w:rPr>
          <w:b/>
        </w:rPr>
        <w:t xml:space="preserve">[38:21] </w:t>
      </w:r>
      <w:r>
        <w:t>Maulana, ek aap hain jinke yahan jinki majlis mein Allah aur akhirat ka zikr hi zikr hai, jabke aaj kal India ke tamam ke tamam musalman manfi aur polytheist ki batein kar rahe hain.</w:t>
      </w:r>
    </w:p>
    <w:p>
      <w:pPr>
        <w:jc w:val="right"/>
      </w:pPr>
      <w:r>
        <w:t>مولانا، ایک آپ ہیں جن کے یہاں جن کی مجلس میں اللہ اور آخرت کا ذکر ہی ذکر ہے، جبکہ آج کل انڈیا کے تمام کے تمام مسلمان منفی اور پولیٹسٹ کی باتیں کر رہے ہیں۔</w:t>
      </w:r>
    </w:p>
    <w:p>
      <w:r>
        <w:rPr>
          <w:b/>
        </w:rPr>
        <w:t xml:space="preserve">[38:37] </w:t>
      </w:r>
      <w:r>
        <w:t>mera sawal yeh hai ke aap kaise apne aap ko aur apni team ko manfiyat se</w:t>
      </w:r>
    </w:p>
    <w:p>
      <w:pPr>
        <w:jc w:val="right"/>
      </w:pPr>
      <w:r>
        <w:t>میرا سوال یہ ہے کہ آپ کیسے اپنے آپ کو اور اپنی ٹیم کو منفیت سے</w:t>
      </w:r>
    </w:p>
    <w:p>
      <w:r>
        <w:rPr>
          <w:b/>
        </w:rPr>
        <w:t xml:space="preserve">[38:42] </w:t>
      </w:r>
      <w:r>
        <w:t>bachate hain?</w:t>
      </w:r>
    </w:p>
    <w:p>
      <w:pPr>
        <w:jc w:val="right"/>
      </w:pPr>
      <w:r>
        <w:t>بچاتے ہیں؟</w:t>
      </w:r>
    </w:p>
    <w:p>
      <w:r>
        <w:rPr>
          <w:b/>
        </w:rPr>
        <w:t xml:space="preserve">[38:50] </w:t>
      </w:r>
      <w:r>
        <w:t>dekhiye, mein sochta bohat zyada hoon. hamare log jo hain, chuki in mein</w:t>
      </w:r>
    </w:p>
    <w:p>
      <w:pPr>
        <w:jc w:val="right"/>
      </w:pPr>
      <w:r>
        <w:t>دیکھیے، میں سوچتا بہت زیادہ ہوں۔ ہمارے لوگ جو ہیں، چونکہ ان میں</w:t>
      </w:r>
    </w:p>
    <w:p>
      <w:r>
        <w:rPr>
          <w:b/>
        </w:rPr>
        <w:t xml:space="preserve">[38:59] </w:t>
      </w:r>
      <w:r>
        <w:t>sochne ka</w:t>
      </w:r>
    </w:p>
    <w:p>
      <w:pPr>
        <w:jc w:val="right"/>
      </w:pPr>
      <w:r>
        <w:t>سوچنے کا</w:t>
      </w:r>
    </w:p>
    <w:p>
      <w:r>
        <w:rPr>
          <w:b/>
        </w:rPr>
        <w:t xml:space="preserve">[39:03] </w:t>
      </w:r>
      <w:r>
        <w:t>culture nahi hai, is liye mein bohat zyada sochne par zor deta hoon. soch ka culture jab ata hai, tab realism ata hai, tab Islam ata hai.</w:t>
      </w:r>
    </w:p>
    <w:p>
      <w:pPr>
        <w:jc w:val="right"/>
      </w:pPr>
      <w:r>
        <w:t>کلچر نہیں ہے، اس لیے میں بہت زیادہ سوچنے پر زور دیتا ہوں۔ سوچ کا کلچر جب آتا ہے، تب realism آتا ہے، تب اسلام آتا ہے۔</w:t>
      </w:r>
    </w:p>
    <w:p>
      <w:r>
        <w:rPr>
          <w:b/>
        </w:rPr>
        <w:t xml:space="preserve">[39:16] </w:t>
      </w:r>
      <w:r>
        <w:t>sochna aur meri soch gaon se shuru hui.</w:t>
      </w:r>
    </w:p>
    <w:p>
      <w:pPr>
        <w:jc w:val="right"/>
      </w:pPr>
      <w:r>
        <w:t>سوچنا اور میری سوچ گاؤں سے شروع ہوئی۔</w:t>
      </w:r>
    </w:p>
    <w:p>
      <w:r>
        <w:rPr>
          <w:b/>
        </w:rPr>
        <w:t xml:space="preserve">[39:22] </w:t>
      </w:r>
      <w:r>
        <w:t>gaon mein jab mein rehta tha, naujwani ki umar mein, to mujhe shakk hua ke ek ek aam ka peir apne ghar mein lagana to hamare bagh mein</w:t>
      </w:r>
    </w:p>
    <w:p>
      <w:pPr>
        <w:jc w:val="right"/>
      </w:pPr>
      <w:r>
        <w:t>گاؤں میں جب میں رہتا تھا، نوجوانی کی عمر میں، تو مجھے شک ہوا کہ ایک ایک آم کا پیڑ اپنے گھر میں لگانا تو ہمارے باغ میں</w:t>
      </w:r>
    </w:p>
    <w:p>
      <w:r>
        <w:rPr>
          <w:b/>
        </w:rPr>
        <w:t xml:space="preserve">[39:41] </w:t>
      </w:r>
      <w:r>
        <w:t>bahut se peR the. is mein ek ek peR tha aam ka, to woh hum ne mazdoor laga kar ke, khudwa kar ke, us aam ke drakht ko nikala aur us ko ek bare se</w:t>
      </w:r>
    </w:p>
    <w:p>
      <w:pPr>
        <w:jc w:val="right"/>
      </w:pPr>
      <w:r>
        <w:t>بہت سے پیڑ تھے۔ اس میں ایک ایک پیڑ تھا آم کا، تو وہ ہم نے مزدور لگا کر کے، کھدوا کر کے، اس آم کے درخت کو نکالا اور اس کو ایک بڑے سے</w:t>
      </w:r>
    </w:p>
    <w:p>
      <w:r>
        <w:rPr>
          <w:b/>
        </w:rPr>
        <w:t xml:space="preserve">[40:00] </w:t>
      </w:r>
      <w:r>
        <w:t>kisi cheez par rakh kar ke kai mazdooron ko le aaye aur ghar ke angan mein laga diya. aage se subah ko so gaya, phir aage se koi aur drakht so gaya.</w:t>
      </w:r>
    </w:p>
    <w:p>
      <w:pPr>
        <w:jc w:val="right"/>
      </w:pPr>
      <w:r>
        <w:t>کسی چیز پر رکھ کر کے کئی مزدوروں کو لے آئے اور گھر کے آنگن میں لگا دیا۔ آگے سے صبح کو سو گیا، پھر آگے سے کوئی اور درخت سو گیا۔</w:t>
      </w:r>
    </w:p>
    <w:p>
      <w:r>
        <w:rPr>
          <w:b/>
        </w:rPr>
        <w:t xml:space="preserve">[40:17] </w:t>
      </w:r>
      <w:r>
        <w:t>to yeh meri bari discovery thi</w:t>
      </w:r>
    </w:p>
    <w:p>
      <w:pPr>
        <w:jc w:val="right"/>
      </w:pPr>
      <w:r>
        <w:t>تو یہ میری بڑی discovery تھی</w:t>
      </w:r>
    </w:p>
    <w:p>
      <w:r>
        <w:rPr>
          <w:b/>
        </w:rPr>
        <w:t xml:space="preserve">[40:20] </w:t>
      </w:r>
      <w:r>
        <w:t>ke yeh hai realism. dunya jo hai, haqeeqat ki dunya hai, yeh rizq ki dunya hai, reality ki dunya hai.</w:t>
      </w:r>
    </w:p>
    <w:p>
      <w:pPr>
        <w:jc w:val="right"/>
      </w:pPr>
      <w:r>
        <w:t>کہ یہ ہے realism۔ دنیا جو ہے، حقیقت کی دنیا ہے، یہ رزق کی دنیا ہے، reality کی دنیا ہے۔</w:t>
      </w:r>
    </w:p>
    <w:p>
      <w:r>
        <w:rPr>
          <w:b/>
        </w:rPr>
        <w:t xml:space="preserve">[40:32] </w:t>
      </w:r>
      <w:r>
        <w:t>phir maine dobara yeh ghalti nahi ki. mushkil yeh hai ke hamare naujawan</w:t>
      </w:r>
    </w:p>
    <w:p>
      <w:pPr>
        <w:jc w:val="right"/>
      </w:pPr>
      <w:r>
        <w:t>پھر میں نے دوبارہ یہ غلطی نہیں کی۔ مشکل یہ ہے کہ ہمارے نوجوان</w:t>
      </w:r>
    </w:p>
    <w:p>
      <w:r>
        <w:rPr>
          <w:b/>
        </w:rPr>
        <w:t xml:space="preserve">[40:40] </w:t>
      </w:r>
      <w:r>
        <w:t>is tarah sochte nahi, is liye woh bekhabari mein jeete hain aur isi mein un ki zindagi ke taameer chahte hain karna.</w:t>
      </w:r>
    </w:p>
    <w:p>
      <w:pPr>
        <w:jc w:val="right"/>
      </w:pPr>
      <w:r>
        <w:t>اس طرح سوچتے نہیں، اس لیے وہ بے خبری میں جیتے ہیں اور اسی میں ان کی زندگی کے تعمیر چاہتے ہیں کرنا۔</w:t>
      </w:r>
    </w:p>
    <w:p>
      <w:r>
        <w:rPr>
          <w:b/>
        </w:rPr>
        <w:t xml:space="preserve">[40:54] </w:t>
      </w:r>
      <w:r>
        <w:t>maulana, yeh realist wali baat jo abhi aap ne batai hai, is par iqbal umri sahib ka sawal hai: realist banne ki qeemat kya hai?</w:t>
      </w:r>
    </w:p>
    <w:p>
      <w:pPr>
        <w:jc w:val="right"/>
      </w:pPr>
      <w:r>
        <w:t>مولانا، یہ realist والی بات جو ابھی آپ نے بتائی ہے، اس پر اقبال عمری صاحب کا سوال ہے: realist بننے کی قیمت کیا ہے؟</w:t>
      </w:r>
    </w:p>
    <w:p>
      <w:r>
        <w:rPr>
          <w:b/>
        </w:rPr>
        <w:t xml:space="preserve">[41:05] </w:t>
      </w:r>
      <w:r>
        <w:t>kya kahein? realist banne ki qeemat kya hai? achha,</w:t>
      </w:r>
    </w:p>
    <w:p>
      <w:pPr>
        <w:jc w:val="right"/>
      </w:pPr>
      <w:r>
        <w:t>کیا کہیں؟ realist بننے کی قیمت کیا ہے؟ اچھا،</w:t>
      </w:r>
    </w:p>
    <w:p>
      <w:r>
        <w:rPr>
          <w:b/>
        </w:rPr>
        <w:t xml:space="preserve">[41:12] </w:t>
      </w:r>
      <w:r>
        <w:t>aap dekho, aap dekho, criticize</w:t>
      </w:r>
    </w:p>
    <w:p>
      <w:pPr>
        <w:jc w:val="right"/>
      </w:pPr>
      <w:r>
        <w:t>آپ دیکھو، آپ دیکھو، criticize</w:t>
      </w:r>
    </w:p>
    <w:p>
      <w:r>
        <w:rPr>
          <w:b/>
        </w:rPr>
        <w:t xml:space="preserve">[41:20] </w:t>
      </w:r>
      <w:r>
        <w:t>apne ko. criticize ke satah pe le jana, woh urdu mein criticize ke liye koi achha lafz nahi hai, english mein yeh lafz hai.</w:t>
      </w:r>
    </w:p>
    <w:p>
      <w:pPr>
        <w:jc w:val="right"/>
      </w:pPr>
      <w:r>
        <w:t>اپنے کو۔ criticize کے سطح پہ لے جانا، وہ اردو میں criticize کے لیے کوئی اچھا لفظ نہیں ہے، انگلش میں یہ لفظ ہے۔</w:t>
      </w:r>
    </w:p>
    <w:p>
      <w:r>
        <w:rPr>
          <w:b/>
        </w:rPr>
        <w:t xml:space="preserve">[41:32] </w:t>
      </w:r>
      <w:r>
        <w:t>to main aap ko is ko is ki is ki mafhoom samjhane ke liye misaal doon ga</w:t>
      </w:r>
    </w:p>
    <w:p>
      <w:pPr>
        <w:jc w:val="right"/>
      </w:pPr>
      <w:r>
        <w:t>تو میں آپ کو اس کو اس کی اس کی مفہوم سمجھانے کے لیے مثال دوں گا</w:t>
      </w:r>
    </w:p>
    <w:p>
      <w:r>
        <w:rPr>
          <w:b/>
        </w:rPr>
        <w:t xml:space="preserve">[41:38] </w:t>
      </w:r>
      <w:r>
        <w:t>ke jab unnis sau chiyalis mein pakistan bana tha, taqseem to us waqt</w:t>
      </w:r>
    </w:p>
    <w:p>
      <w:pPr>
        <w:jc w:val="right"/>
      </w:pPr>
      <w:r>
        <w:t>کہ جب انیس سو ستتالیس میں پاکستان بنا تھا، تقسیم تو اس وقت</w:t>
      </w:r>
    </w:p>
    <w:p>
      <w:r>
        <w:rPr>
          <w:b/>
        </w:rPr>
        <w:t xml:space="preserve">[41:50] </w:t>
      </w:r>
      <w:r>
        <w:t>nahi. is ke baad jab pakistan fit ho gaya, yaani pakistan jab bana tha to woh mashriqi pakistan aur maghribi pakistan ki soorat mein tha.</w:t>
      </w:r>
    </w:p>
    <w:p>
      <w:pPr>
        <w:jc w:val="right"/>
      </w:pPr>
      <w:r>
        <w:t>نہیں۔ اس کے بعد جب پاکستان fit ہو گیا، یعنی پاکستان جب بنا تھا تو وہ مشرقی پاکستان اور مغربی پاکستان کی صورت میں تھا۔</w:t>
      </w:r>
    </w:p>
    <w:p>
      <w:r>
        <w:rPr>
          <w:b/>
        </w:rPr>
        <w:t xml:space="preserve">[42:03] </w:t>
      </w:r>
      <w:r>
        <w:t>phir jab bangladeshi tehreek chali to woh</w:t>
      </w:r>
    </w:p>
    <w:p>
      <w:pPr>
        <w:jc w:val="right"/>
      </w:pPr>
      <w:r>
        <w:t>پھر جب بنگلہ دیشی تحریک چلی تو وہ</w:t>
      </w:r>
    </w:p>
    <w:p>
      <w:r>
        <w:rPr>
          <w:b/>
        </w:rPr>
        <w:t xml:space="preserve">[42:09] </w:t>
      </w:r>
      <w:r>
        <w:t>pakistan dobara do tukre ho gaya, mashriqi pakistan aur maghribi pakistan. to is par bahut si kitabein chhapi thi, to kitabon ke title hua karte the dismemberment of Pakistan</w:t>
      </w:r>
    </w:p>
    <w:p>
      <w:pPr>
        <w:jc w:val="right"/>
      </w:pPr>
      <w:r>
        <w:t>پاکستان دوبارہ دو ٹکڑے ہو گیا، مشرقی پاکستان اور مغربی پاکستان۔ تو اس پر بہت سی کتابیں چھپی تھیں، تو کتابوں کے title ہوا کرتے تھے dismemberment of Pakistan</w:t>
      </w:r>
    </w:p>
    <w:p>
      <w:r>
        <w:rPr>
          <w:b/>
        </w:rPr>
        <w:t xml:space="preserve">[42:28] </w:t>
      </w:r>
      <w:r>
        <w:t>waghaira is tarah ke. lekin ek kitab chhapi thi, woh jo bahut achha title tha is ka, yaani bahut hi sahi title tha</w:t>
      </w:r>
    </w:p>
    <w:p>
      <w:pPr>
        <w:jc w:val="right"/>
      </w:pPr>
      <w:r>
        <w:t>وغیرہ اس طرح کے۔ لیکن ایک کتاب چھپی تھی، وہ جو بہت اچھا title تھا اس کا، یعنی بہت ہی صحیح title تھا</w:t>
      </w:r>
    </w:p>
    <w:p>
      <w:r>
        <w:rPr>
          <w:b/>
        </w:rPr>
        <w:t xml:space="preserve">[42:44] </w:t>
      </w:r>
      <w:r>
        <w:t>is ka: pakistan criticize. pakistan criticize to insan, har insan apne aap ko criticize banaye.</w:t>
      </w:r>
    </w:p>
    <w:p>
      <w:pPr>
        <w:jc w:val="right"/>
      </w:pPr>
      <w:r>
        <w:t>اس کا: پاکستان criticize۔ پاکستان criticize تو انسان، ہر انسان اپنے آپ کو criticize بنائے۔</w:t>
      </w:r>
    </w:p>
    <w:p>
      <w:r>
        <w:rPr>
          <w:b/>
        </w:rPr>
        <w:t xml:space="preserve">[43:00] </w:t>
      </w:r>
      <w:r>
        <w:t>har insan jeeta hai bare, yaani khudari aur khudi aur.</w:t>
      </w:r>
    </w:p>
    <w:p>
      <w:pPr>
        <w:jc w:val="right"/>
      </w:pPr>
      <w:r>
        <w:t>ہر انسان جیتا ہے بڑے، یعنی خودداری اور خودی اور۔</w:t>
      </w:r>
    </w:p>
    <w:p>
      <w:r>
        <w:rPr>
          <w:b/>
        </w:rPr>
        <w:t xml:space="preserve">[43:09] </w:t>
      </w:r>
      <w:r>
        <w:t>aur woh,</w:t>
      </w:r>
    </w:p>
    <w:p>
      <w:pPr>
        <w:jc w:val="right"/>
      </w:pPr>
      <w:r>
        <w:t>اور وہ،</w:t>
      </w:r>
    </w:p>
    <w:p>
      <w:r>
        <w:rPr>
          <w:b/>
        </w:rPr>
        <w:t xml:space="preserve">[43:16] </w:t>
      </w:r>
      <w:r>
        <w:t>yaani apni badhai ke jazbe mein. to insan ko chahiye ke apne ko criticize banaye, tab us ko yeh darja milta hai.</w:t>
      </w:r>
    </w:p>
    <w:p>
      <w:pPr>
        <w:jc w:val="right"/>
      </w:pPr>
      <w:r>
        <w:t>یعنی اپنی بڑائی کے جذبے میں۔ تو انسان کو چاہیے کہ اپنے کو criticize بنائے، تب اس کو یہ درجہ ملتا ہے۔</w:t>
      </w:r>
    </w:p>
    <w:p>
      <w:r>
        <w:rPr>
          <w:b/>
        </w:rPr>
        <w:t xml:space="preserve">[43:32] </w:t>
      </w:r>
      <w:r>
        <w:t>jis tarah se</w:t>
      </w:r>
    </w:p>
    <w:p>
      <w:pPr>
        <w:jc w:val="right"/>
      </w:pPr>
      <w:r>
        <w:t>جس طریقے سے</w:t>
      </w:r>
    </w:p>
    <w:p>
      <w:r>
        <w:rPr>
          <w:b/>
        </w:rPr>
        <w:t xml:space="preserve">[43:35] </w:t>
      </w:r>
      <w:r>
        <w:t>bangladeshi tehreek ne</w:t>
      </w:r>
    </w:p>
    <w:p>
      <w:pPr>
        <w:jc w:val="right"/>
      </w:pPr>
      <w:r>
        <w:t>بنگلہ دیشی تحریک نے</w:t>
      </w:r>
    </w:p>
    <w:p>
      <w:r>
        <w:rPr>
          <w:b/>
        </w:rPr>
        <w:t xml:space="preserve">[43:41] </w:t>
      </w:r>
      <w:r>
        <w:t>pakistan ko criticize bana diya, aise insan ko toheed ke zariye apne aap ko criticize banana hai, tab woh realist banega.</w:t>
      </w:r>
    </w:p>
    <w:p>
      <w:pPr>
        <w:jc w:val="right"/>
      </w:pPr>
      <w:r>
        <w:t>پاکستان کو criticize بنا دیا، ایسے انسان کو توحید کے ذریعے اپنے آپ کو criticize بنانا ہے، تب وہ realist بنے گا۔</w:t>
      </w:r>
    </w:p>
    <w:p>
      <w:r>
        <w:rPr>
          <w:b/>
        </w:rPr>
        <w:t xml:space="preserve">[43:58] </w:t>
      </w:r>
      <w:r>
        <w:t>abdul hanan islamabad maulana sahib se sawal yeh hai ke Allah ne musalmanon ke liye rozana ibadat ko kyun rakha?</w:t>
      </w:r>
    </w:p>
    <w:p>
      <w:pPr>
        <w:jc w:val="right"/>
      </w:pPr>
      <w:r>
        <w:t>عبدالحنان اسلام آباد مولانا صاحب سے سوال یہ ہے کہ اللہ نے مسلمانوں کے لیے روزانہ عبادت کو کیوں رکھا؟</w:t>
      </w:r>
    </w:p>
    <w:p>
      <w:r>
        <w:rPr>
          <w:b/>
        </w:rPr>
        <w:t xml:space="preserve">[44:10] </w:t>
      </w:r>
      <w:r>
        <w:t>christian aur jewish ki tarah once in a week kyun nahi? yeh to koi, yeh to koi</w:t>
      </w:r>
    </w:p>
    <w:p>
      <w:pPr>
        <w:jc w:val="right"/>
      </w:pPr>
      <w:r>
        <w:t>کرسچن اور جیوش کی طرح once in a week کیوں نہیں؟ یہ تو کوئی، یہ تو کوئی</w:t>
      </w:r>
    </w:p>
    <w:p>
      <w:r>
        <w:rPr>
          <w:b/>
        </w:rPr>
        <w:t xml:space="preserve">[44:19] </w:t>
      </w:r>
      <w:r>
        <w:t>sawal ki baat nahi hai.</w:t>
      </w:r>
    </w:p>
    <w:p>
      <w:pPr>
        <w:jc w:val="right"/>
      </w:pPr>
      <w:r>
        <w:t>سوال کی بات نہیں ہے۔</w:t>
      </w:r>
    </w:p>
    <w:p>
      <w:r>
        <w:rPr>
          <w:b/>
        </w:rPr>
        <w:t xml:space="preserve">[44:25] </w:t>
      </w:r>
      <w:r>
        <w:t>quran mein khud hai likalna jana minhum shart o minhaj ji, woh ayat padhiye, is ka tarjuma padhiye likalna jana minkum shart o minhaj surah almaidah ayat number 48.</w:t>
      </w:r>
    </w:p>
    <w:p>
      <w:pPr>
        <w:jc w:val="right"/>
      </w:pPr>
      <w:r>
        <w:t>قرآن میں خود ہے لکلن جانا منہم شرط و منہاج جی، وہ آیت پڑھیے، اس کا ترجمہ پڑھیے لکلن جانا منکم شرط و منہاج سورہ المائدہ آیت نمبر 48۔</w:t>
      </w:r>
    </w:p>
    <w:p>
      <w:r>
        <w:rPr>
          <w:b/>
        </w:rPr>
        <w:t xml:space="preserve">[44:42] </w:t>
      </w:r>
      <w:r>
        <w:t>har aik ke liye hum ne banaye tum mein se aik</w:t>
      </w:r>
    </w:p>
    <w:p>
      <w:pPr>
        <w:jc w:val="right"/>
      </w:pPr>
      <w:r>
        <w:t>ہر ایک کے لیے ہم نے بنائے تم میں سے ایک</w:t>
      </w:r>
    </w:p>
    <w:p>
      <w:r>
        <w:rPr>
          <w:b/>
        </w:rPr>
        <w:t xml:space="preserve">[44:46] </w:t>
      </w:r>
      <w:r>
        <w:t>shariat aur aik tareeqa.</w:t>
      </w:r>
    </w:p>
    <w:p>
      <w:pPr>
        <w:jc w:val="right"/>
      </w:pPr>
      <w:r>
        <w:t>شریعت اور ایک طریقہ۔</w:t>
      </w:r>
    </w:p>
    <w:p>
      <w:r>
        <w:rPr>
          <w:b/>
        </w:rPr>
        <w:t xml:space="preserve">[44:52] </w:t>
      </w:r>
      <w:r>
        <w:t>yeh to Allah taala ki apni sunnat hai, is ka aik tareeqa hai, woh aisa karta hai.</w:t>
      </w:r>
    </w:p>
    <w:p>
      <w:pPr>
        <w:jc w:val="right"/>
      </w:pPr>
      <w:r>
        <w:t>یہ تو اللہ تعالیٰ کی اپنی سنت ہے، اس کا ایک طریقہ ہے، وہ ایسا کرتا ہے۔</w:t>
      </w:r>
    </w:p>
    <w:p>
      <w:r>
        <w:rPr>
          <w:b/>
        </w:rPr>
        <w:t xml:space="preserve">[45:02] </w:t>
      </w:r>
      <w:r>
        <w:t>is mein, is mein koi sawal ki baat nahi hai. likalna jana minkum shart o minhaj</w:t>
      </w:r>
    </w:p>
    <w:p>
      <w:pPr>
        <w:jc w:val="right"/>
      </w:pPr>
      <w:r>
        <w:t>اس میں، اس میں کوئی سوال کی بات نہیں ہے۔ لکلن جانا منکم شرط و منہاج</w:t>
      </w:r>
    </w:p>
    <w:p>
      <w:r>
        <w:rPr>
          <w:b/>
        </w:rPr>
        <w:t xml:space="preserve">[45:14] </w:t>
      </w:r>
      <w:r>
        <w:t>yani shariat o minhaj, shariat o minhaj</w:t>
      </w:r>
    </w:p>
    <w:p>
      <w:pPr>
        <w:jc w:val="right"/>
      </w:pPr>
      <w:r>
        <w:t>یعنی شریعت و منہاج، شریعت و منہاج</w:t>
      </w:r>
    </w:p>
    <w:p>
      <w:r>
        <w:rPr>
          <w:b/>
        </w:rPr>
        <w:t xml:space="preserve">[45:22] </w:t>
      </w:r>
      <w:r>
        <w:t>alag alag banaye. insaan ko to paida hi kiya gaya hai ibadat ke liye. 24 ghante ibadat ke liye paida kiya hai. woh to by way of concession hai ke 5 waqt ki namaz aur 5 waqt ki ibadat hai.</w:t>
      </w:r>
    </w:p>
    <w:p>
      <w:pPr>
        <w:jc w:val="right"/>
      </w:pPr>
      <w:r>
        <w:t>الگ الگ بنائے۔ انسان کو تو پیدا ہی کیا گیا ہے عبادت کے لیے۔ چوبیس گھنٹے عبادت کے لیے پیدا کیا ہے۔ وہ تو by way of concession ہے کہ پانچ وقت کی نماز اور پانچ وقت کی عبادت ہے۔</w:t>
      </w:r>
    </w:p>
    <w:p>
      <w:r>
        <w:rPr>
          <w:b/>
        </w:rPr>
        <w:t xml:space="preserve">[45:35] </w:t>
      </w:r>
      <w:r>
        <w:t>baqi formal, matlab yeh formal hai, baqi informal.</w:t>
      </w:r>
    </w:p>
    <w:p>
      <w:pPr>
        <w:jc w:val="right"/>
      </w:pPr>
      <w:r>
        <w:t>باقی formal، مطلب یہ formal ہے، باقی informal۔</w:t>
      </w:r>
    </w:p>
    <w:p>
      <w:r>
        <w:rPr>
          <w:b/>
        </w:rPr>
        <w:t xml:space="preserve">[45:44] </w:t>
      </w:r>
      <w:r>
        <w:t>haan, woh bhai sawal batao, yeh poora sawal aap ka comment hai. Maulana, yeh sawal jo abhi aaya tha ke jewish ke liye aik hafte mein aik din hai, musalmanon ke liye har din kyun?</w:t>
      </w:r>
    </w:p>
    <w:p>
      <w:pPr>
        <w:jc w:val="right"/>
      </w:pPr>
      <w:r>
        <w:t>ہاں، وہ بھئی سوال بتاؤ، یہ پورا سوال آپ کا comment ہے۔ مولانا، یہ سوال جو ابھی آیا تھا کہ جیوش کے لیے ایک ہفتے میں ایک دن ہے، مسلمانوں کے لیے ہر دن کیوں؟</w:t>
      </w:r>
    </w:p>
    <w:p>
      <w:r>
        <w:rPr>
          <w:b/>
        </w:rPr>
        <w:t xml:space="preserve">[45:56] </w:t>
      </w:r>
      <w:r>
        <w:t>to is par aap ne aik ayat ki roshni mein jawab diya hai ke</w:t>
      </w:r>
    </w:p>
    <w:p>
      <w:pPr>
        <w:jc w:val="right"/>
      </w:pPr>
      <w:r>
        <w:t>تو اس پر آپ نے ایک آیت کی روشنی میں جواب دیا ہے کہ</w:t>
      </w:r>
    </w:p>
    <w:p>
      <w:r>
        <w:rPr>
          <w:b/>
        </w:rPr>
        <w:t xml:space="preserve">[46:01] </w:t>
      </w:r>
      <w:r>
        <w:t>wama khalaqtul jinna wal insa illa li ya'budun ke Allah taala ne insaan ko ibadat ke liye hi paida kiya hai. baqi woh jo 5 time hain, woh to concession hai.</w:t>
      </w:r>
    </w:p>
    <w:p>
      <w:pPr>
        <w:jc w:val="right"/>
      </w:pPr>
      <w:r>
        <w:t>وَمَا خَلَقْتُ الْجِنَّ وَالْإِنْسَ إِلَّا لِيَعْبُدُونَ کہ اللہ تعالیٰ نے انسان کو عبادت کے لیے ہی پیدا کیا ہے۔ باقی وہ جو پانچ ٹائم ہیں، وہ تو concession ہے۔</w:t>
      </w:r>
    </w:p>
    <w:p>
      <w:r>
        <w:rPr>
          <w:b/>
        </w:rPr>
        <w:t xml:space="preserve">[46:11] </w:t>
      </w:r>
      <w:r>
        <w:t>concession kar ke itna 5 time kar dein, unhon ne har waqt is ko ibadat karni chahiye. to formal tor par 5 waqt jo kiya hai, woh concession hai. baqi insaan ko har waqt Allah ki ibadat karni chahiye.</w:t>
      </w:r>
    </w:p>
    <w:p>
      <w:pPr>
        <w:jc w:val="right"/>
      </w:pPr>
      <w:r>
        <w:t>concession کر کے اتنا پانچ ٹائم کر دیں، انہوں نے ہر وقت اس کو عبادت کرنی چاہیے۔ تو formal طور پر پانچ وقت جو کیا ہے، وہ concession ہے۔ باقی انسان کو ہر وقت اللہ کی عبادت کرنی چاہیے۔</w:t>
      </w:r>
    </w:p>
    <w:p>
      <w:r>
        <w:rPr>
          <w:b/>
        </w:rPr>
        <w:t xml:space="preserve">[46:21] </w:t>
      </w:r>
      <w:r>
        <w:t>haan, yeh to baat sahi hai.</w:t>
      </w:r>
    </w:p>
    <w:p>
      <w:pPr>
        <w:jc w:val="right"/>
      </w:pPr>
      <w:r>
        <w:t>ہاں، یہ تو بات صحیح ہے۔</w:t>
      </w:r>
    </w:p>
    <w:p>
      <w:r>
        <w:rPr>
          <w:b/>
        </w:rPr>
        <w:t xml:space="preserve">[46:23] </w:t>
      </w:r>
      <w:r>
        <w:t>yeh baat to sahi hai.</w:t>
      </w:r>
    </w:p>
    <w:p>
      <w:pPr>
        <w:jc w:val="right"/>
      </w:pPr>
      <w:r>
        <w:t>یہ بات تو صحیح ہے۔</w:t>
      </w:r>
    </w:p>
    <w:p>
      <w:r>
        <w:rPr>
          <w:b/>
        </w:rPr>
        <w:t xml:space="preserve">[46:28] </w:t>
      </w:r>
      <w:r>
        <w:t>Maulana, aik sawal hai Misbahuddin ka. kaun sa? Misbahuddin. acha. Pakistan se.</w:t>
      </w:r>
    </w:p>
    <w:p>
      <w:pPr>
        <w:jc w:val="right"/>
      </w:pPr>
      <w:r>
        <w:t>مولانا، ایک سوال ہے مصباح الدین کا۔ کون سا؟ مصباح الدین۔ اچھا۔ پاکستان سے۔</w:t>
      </w:r>
    </w:p>
    <w:p>
      <w:r>
        <w:rPr>
          <w:b/>
        </w:rPr>
        <w:t xml:space="preserve">[46:39] </w:t>
      </w:r>
      <w:r>
        <w:t>woh sawal kar rahe hain ke tasbeeh karna jaiz hai? kya tasbeehat ke zariye hum Allah taala ka qurb hasil kar sakte hain?</w:t>
      </w:r>
    </w:p>
    <w:p>
      <w:pPr>
        <w:jc w:val="right"/>
      </w:pPr>
      <w:r>
        <w:t>وہ سوال کر رہے ہیں کہ تسبیح کرنا جائز ہے؟ کیا تسبیحات کے ذریعے ہم اللہ تعالیٰ کا قرب حاصل کر سکتے ہیں؟</w:t>
      </w:r>
    </w:p>
    <w:p>
      <w:r>
        <w:rPr>
          <w:b/>
        </w:rPr>
        <w:t xml:space="preserve">[46:49] </w:t>
      </w:r>
      <w:r>
        <w:t>yani jo allama aksar kehte hain ke is ayat ya Allah ke naam ko itni dafa padh lene se yeh hota hai, is tarah kuch log musalsal is tarah ke wazaif bhi karte hain jis se woh dam bhi karate hain aur log theek bhi hote hain.</w:t>
      </w:r>
    </w:p>
    <w:p>
      <w:pPr>
        <w:jc w:val="right"/>
      </w:pPr>
      <w:r>
        <w:t>یعنی جو علامہ اکثر کہتے ہیں کہ اس آیت یا اللہ کے نام کو اتنی دفعہ پڑھ لینے سے یہ ہوتا ہے، اس طرح کچھ لوگ مسلسل اس طرح کے وظائف بھی کرتے ہیں جس سے وہ دم بھی کراتے ہیں اور لوگ ٹھیک بھی ہوتے ہیں۔</w:t>
      </w:r>
    </w:p>
    <w:p>
      <w:r>
        <w:rPr>
          <w:b/>
        </w:rPr>
        <w:t xml:space="preserve">[47:03] </w:t>
      </w:r>
      <w:r>
        <w:t>aisa karna sahi hai ya sahi nahi hai?</w:t>
      </w:r>
    </w:p>
    <w:p>
      <w:pPr>
        <w:jc w:val="right"/>
      </w:pPr>
      <w:r>
        <w:t>ایسا کرنا صحیح ہے یا صحیح نہیں ہے؟</w:t>
      </w:r>
    </w:p>
    <w:p>
      <w:r>
        <w:rPr>
          <w:b/>
        </w:rPr>
        <w:t xml:space="preserve">[47:08] </w:t>
      </w:r>
      <w:r>
        <w:t>dekhiye, sahi aur galat ka</w:t>
      </w:r>
    </w:p>
    <w:p>
      <w:pPr>
        <w:jc w:val="right"/>
      </w:pPr>
      <w:r>
        <w:t>دیکھیے، صحیح اور غلط کا</w:t>
      </w:r>
    </w:p>
    <w:p>
      <w:r>
        <w:rPr>
          <w:b/>
        </w:rPr>
        <w:t xml:space="preserve">[47:14] </w:t>
      </w:r>
      <w:r>
        <w:t>taayun baat ko hoga. pehla sawal yeh hai ke jis cheez ko aaj kal بروز zabaan mein tasbeeh kehte hain, woh na quran mein hai na hadith mein hai, kahin nahi hai.</w:t>
      </w:r>
    </w:p>
    <w:p>
      <w:pPr>
        <w:jc w:val="right"/>
      </w:pPr>
      <w:r>
        <w:t>تعین بات کو ہوگا۔ پہلا سوال یہ ہے کہ جس چیز کو آج کل بروز زبان میں تسبیح کہتے ہیں، وہ نہ قرآن میں ہے نہ حدیث میں ہے، کہیں نہیں ہے۔</w:t>
      </w:r>
    </w:p>
    <w:p>
      <w:r>
        <w:rPr>
          <w:b/>
        </w:rPr>
        <w:t xml:space="preserve">[47:28] </w:t>
      </w:r>
      <w:r>
        <w:t>to bas mere nazdeek woh alag se</w:t>
      </w:r>
    </w:p>
    <w:p>
      <w:pPr>
        <w:jc w:val="right"/>
      </w:pPr>
      <w:r>
        <w:t>تو بس میرے نزدیک وہ الگ سے</w:t>
      </w:r>
    </w:p>
    <w:p>
      <w:r>
        <w:rPr>
          <w:b/>
        </w:rPr>
        <w:t xml:space="preserve">[47:33] </w:t>
      </w:r>
      <w:r>
        <w:t>bana liya hai logon ne, na quran mein tha na hadith mein. tasbeeh ka lafz quran mein aaya hai, lekin wahan doosre maani mein hai.</w:t>
      </w:r>
    </w:p>
    <w:p>
      <w:pPr>
        <w:jc w:val="right"/>
      </w:pPr>
      <w:r>
        <w:t>بنا لیا ہے لوگوں نے، نہ قرآن میں تھا نہ حدیث میں۔ تسبیح کا لفظ قرآن میں آیا ہے، لیکن وہاں دوسرے معنی میں ہے۔</w:t>
      </w:r>
    </w:p>
    <w:p>
      <w:r>
        <w:rPr>
          <w:b/>
        </w:rPr>
        <w:t xml:space="preserve">[47:43] </w:t>
      </w:r>
      <w:r>
        <w:t>is ke yeh yeh tasbeeh jo daane par padhi jati hai,</w:t>
      </w:r>
    </w:p>
    <w:p>
      <w:pPr>
        <w:jc w:val="right"/>
      </w:pPr>
      <w:r>
        <w:t>اس کے یہ یہ تسبیح جو دانے پر پڑھی جاتی ہے،</w:t>
      </w:r>
    </w:p>
    <w:p>
      <w:r>
        <w:rPr>
          <w:b/>
        </w:rPr>
        <w:t xml:space="preserve">[47:54] </w:t>
      </w:r>
      <w:r>
        <w:t>woh murad nahi hai.</w:t>
      </w:r>
    </w:p>
    <w:p>
      <w:pPr>
        <w:jc w:val="right"/>
      </w:pPr>
      <w:r>
        <w:t>وہ مراد نہیں ہے۔</w:t>
      </w:r>
    </w:p>
    <w:p>
      <w:r>
        <w:rPr>
          <w:b/>
        </w:rPr>
        <w:t xml:space="preserve">[48:05] </w:t>
      </w:r>
      <w:r>
        <w:t>maulana, ek comment aaya hai, yeh aslam baig sahib ne bheja hai mumbai se. unhon ne likha hai: "Thank you maulana for sharing your personal experience of visiting the planetarium.</w:t>
      </w:r>
    </w:p>
    <w:p>
      <w:pPr>
        <w:jc w:val="right"/>
      </w:pPr>
      <w:r>
        <w:t>مولانا، ایک comment آیا ہے، یہ اسلم بیگ صاحب نے بھیجا ہے ممبئی سے۔ انہوں نے لکھا ہے: "Thank you مولانا for sharing your personal experience of visiting the planetarium.</w:t>
      </w:r>
    </w:p>
    <w:p>
      <w:r>
        <w:rPr>
          <w:b/>
        </w:rPr>
        <w:t xml:space="preserve">[48:20] </w:t>
      </w:r>
      <w:r>
        <w:t>I could myself relate to it.</w:t>
      </w:r>
    </w:p>
    <w:p>
      <w:pPr>
        <w:jc w:val="right"/>
      </w:pPr>
      <w:r>
        <w:t>I could myself relate to it.</w:t>
      </w:r>
    </w:p>
    <w:p>
      <w:r>
        <w:rPr>
          <w:b/>
        </w:rPr>
        <w:t xml:space="preserve">[48:23] </w:t>
      </w:r>
      <w:r>
        <w:t>Feeling closer to the divine sustainer inspires me to do deeds of righteousness and acknowledge the creator of heaven and earth.</w:t>
      </w:r>
    </w:p>
    <w:p>
      <w:pPr>
        <w:jc w:val="right"/>
      </w:pPr>
      <w:r>
        <w:t>Feeling closer to the divine sustainer inspires me to do deeds of righteousness and acknowledge the creator of heaven and earth.</w:t>
      </w:r>
    </w:p>
    <w:p>
      <w:r>
        <w:rPr>
          <w:b/>
        </w:rPr>
        <w:t xml:space="preserve">[48:35] </w:t>
      </w:r>
      <w:r>
        <w:t>And be hopeful. God willing to be eligible for his divine grace." jazak allah khair. aah, ek sawal, comment aah, ek sawal aaya hai aamir mori sahib ka goa se.</w:t>
      </w:r>
    </w:p>
    <w:p>
      <w:pPr>
        <w:jc w:val="right"/>
      </w:pPr>
      <w:r>
        <w:t>And be hopeful. God willing to be eligible for his divine grace." جزاک اللہ خیر۔ آہ، ایک سوال، comment آہ، ایک سوال آیا ہے عامر موری صاحب کا گواہ سے۔</w:t>
      </w:r>
    </w:p>
    <w:p>
      <w:r>
        <w:rPr>
          <w:b/>
        </w:rPr>
        <w:t xml:space="preserve">[48:49] </w:t>
      </w:r>
      <w:r>
        <w:t>unhon ne likha hai: "Often we think of our future and think so much about it that it drifts our thinking and makes us engrossed in materialistic thinking rather than spiritual thinking.</w:t>
      </w:r>
    </w:p>
    <w:p>
      <w:pPr>
        <w:jc w:val="right"/>
      </w:pPr>
      <w:r>
        <w:t>انہوں نے لکھا ہے: "Often we think of our future and think so much about it that it drifts our thinking and makes us engrossed in materialistic thinking rather than spiritual thinking.</w:t>
      </w:r>
    </w:p>
    <w:p>
      <w:r>
        <w:rPr>
          <w:b/>
        </w:rPr>
        <w:t xml:space="preserve">[49:07] </w:t>
      </w:r>
      <w:r>
        <w:t>maulana sahib kindly guide us how can we address this problem</w:t>
      </w:r>
    </w:p>
    <w:p>
      <w:pPr>
        <w:jc w:val="right"/>
      </w:pPr>
      <w:r>
        <w:t>مولانا صاحب kindly guide us how can we address this problem</w:t>
      </w:r>
    </w:p>
    <w:p>
      <w:r>
        <w:rPr>
          <w:b/>
        </w:rPr>
        <w:t xml:space="preserve">[49:11] </w:t>
      </w:r>
      <w:r>
        <w:t>?" dekhen, future ke bare mein</w:t>
      </w:r>
    </w:p>
    <w:p>
      <w:pPr>
        <w:jc w:val="right"/>
      </w:pPr>
      <w:r>
        <w:t>?" دیکھیں، future کے بارے میں</w:t>
      </w:r>
    </w:p>
    <w:p>
      <w:r>
        <w:rPr>
          <w:b/>
        </w:rPr>
        <w:t xml:space="preserve">[49:16] </w:t>
      </w:r>
      <w:r>
        <w:t>ek to yeh hai ke dunya ke taraqqi ke mani mein hai, doosre bare mein ke jannat ke mani mein, jannat bhi future ki cheez hai, woh to bohat achhi cheez hai.</w:t>
      </w:r>
    </w:p>
    <w:p>
      <w:pPr>
        <w:jc w:val="right"/>
      </w:pPr>
      <w:r>
        <w:t>ایک تو یہ ہے کہ دنیا کے ترقی کے معنی میں ہے، دوسرے بارے میں کہ جنت کے معنی میں، جنت بھی future کی چیز ہے، وہ تو بہت اچھی چیز ہے۔</w:t>
      </w:r>
    </w:p>
    <w:p>
      <w:r>
        <w:rPr>
          <w:b/>
        </w:rPr>
        <w:t xml:space="preserve">[49:33] </w:t>
      </w:r>
      <w:r>
        <w:t>is ko kehte hain futurology, to futurology jannat ke mani mein bohat achhi hai.</w:t>
      </w:r>
    </w:p>
    <w:p>
      <w:pPr>
        <w:jc w:val="right"/>
      </w:pPr>
      <w:r>
        <w:t>اس کو کہتے ہیں futurology، تو futurology جنت کے معنی میں بہت اچھی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