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 Talk by Maulana Wahiduddin Khan to Members of Marquette University USA January 5, 2019</w:t>
      </w:r>
    </w:p>
    <w:p>
      <w:r>
        <w:t>https://www.youtube.com/watch?v=A4uj0gy6X-M</w:t>
      </w:r>
    </w:p>
    <w:p>
      <w:r>
        <w:rPr>
          <w:b/>
        </w:rPr>
        <w:t xml:space="preserve">[00:10] </w:t>
      </w:r>
      <w:r>
        <w:t>Okay, uh, good evening everyone. Uh, on behalf of Center for Peace and Spirituality, I welcome the Marquette University Group, uh, to CPS Center.</w:t>
      </w:r>
    </w:p>
    <w:p>
      <w:pPr>
        <w:jc w:val="right"/>
      </w:pPr>
      <w:r>
        <w:t>Okay, uh, good evening everyone. Uh, on behalf of Center for Peace and Spirituality, I welcome the Marquette University Group, uh, to CPS Center.</w:t>
      </w:r>
    </w:p>
    <w:p>
      <w:r>
        <w:rPr>
          <w:b/>
        </w:rPr>
        <w:t xml:space="preserve">[00:20] </w:t>
      </w:r>
      <w:r>
        <w:t>Uh, we will have, uh, three talks, uh, today. Uh, Maulana Wahiduddin Khan, our founder, will address all of you, and then after that, uh, Ms.</w:t>
      </w:r>
    </w:p>
    <w:p>
      <w:pPr>
        <w:jc w:val="right"/>
      </w:pPr>
      <w:r>
        <w:t>Uh, we will have, uh, three talks, uh, today. Uh, مولانا وحید الدین خان, our founder, will address all of you, and then after that, uh, Ms.</w:t>
      </w:r>
    </w:p>
    <w:p>
      <w:r>
        <w:rPr>
          <w:b/>
        </w:rPr>
        <w:t xml:space="preserve">[00:30] </w:t>
      </w:r>
      <w:r>
        <w:t>Mariya and Ms. Razia will address on different subjects. Uh, but before we get into that, uh, I just wanted to briefly talk about</w:t>
      </w:r>
    </w:p>
    <w:p>
      <w:pPr>
        <w:jc w:val="right"/>
      </w:pPr>
      <w:r>
        <w:t>Mariya and Ms. Razia will address on different subjects. Uh, but before we get into that, uh, I just wanted to briefly talk about</w:t>
      </w:r>
    </w:p>
    <w:p>
      <w:r>
        <w:rPr>
          <w:b/>
        </w:rPr>
        <w:t xml:space="preserve">[00:38] </w:t>
      </w:r>
      <w:r>
        <w:t>our founder and Center for Peace and Spirituality. So, uh, our founder, Maulana Wahiduddin Khan, uh, was born, uh, in 1925, uh, on January 1st, and he's authored more than, uh, 200 books, including, uh, the translation of the Quran, uh, in English and in Urdu language.</w:t>
      </w:r>
    </w:p>
    <w:p>
      <w:pPr>
        <w:jc w:val="right"/>
      </w:pPr>
      <w:r>
        <w:t>our founder and Center for Peace and Spirituality. So, uh, our founder, مولانا وحید الدین خان, uh, was born, uh, in 1925, uh, on January 1st, and he's authored more than, uh, 200 books, including, uh, the translation of the Quran, uh, in English and in Urdu language.</w:t>
      </w:r>
    </w:p>
    <w:p>
      <w:r>
        <w:rPr>
          <w:b/>
        </w:rPr>
        <w:t xml:space="preserve">[00:57] </w:t>
      </w:r>
      <w:r>
        <w:t>Uh,</w:t>
      </w:r>
    </w:p>
    <w:p>
      <w:pPr>
        <w:jc w:val="right"/>
      </w:pPr>
      <w:r>
        <w:t>Uh,</w:t>
      </w:r>
    </w:p>
    <w:p>
      <w:r>
        <w:rPr>
          <w:b/>
        </w:rPr>
        <w:t xml:space="preserve">[00:59] </w:t>
      </w:r>
      <w:r>
        <w:t>presently, we have more than 25, uh, languages in which the Quran has been translated and it's, uh, being spread, uh, worldwide. Much of his work, uh, focuses on how to build a positive mindset.</w:t>
      </w:r>
    </w:p>
    <w:p>
      <w:pPr>
        <w:jc w:val="right"/>
      </w:pPr>
      <w:r>
        <w:t>presently, we have more than 25, uh, languages in which the Quran has been translated and it's, uh, being spread, uh, worldwide. Much of his work, uh, focuses on how to build a positive mindset.</w:t>
      </w:r>
    </w:p>
    <w:p>
      <w:r>
        <w:rPr>
          <w:b/>
        </w:rPr>
        <w:t xml:space="preserve">[01:13] </w:t>
      </w:r>
      <w:r>
        <w:t>Uh, he feels that that's a prerequisite to, uh, spirituality. Uh, in 1970, he set up the Islamic, uh, Center.</w:t>
      </w:r>
    </w:p>
    <w:p>
      <w:pPr>
        <w:jc w:val="right"/>
      </w:pPr>
      <w:r>
        <w:t>Uh, he feels that that's a prerequisite to, uh, spirituality. Uh, in 1970, he set up the Islamic, uh, Center.</w:t>
      </w:r>
    </w:p>
    <w:p>
      <w:r>
        <w:rPr>
          <w:b/>
        </w:rPr>
        <w:t xml:space="preserve">[01:22] </w:t>
      </w:r>
      <w:r>
        <w:t>It was mainly done to reawaken the true spirit of Islam among Muslims and to develop a</w:t>
      </w:r>
    </w:p>
    <w:p>
      <w:pPr>
        <w:jc w:val="right"/>
      </w:pPr>
      <w:r>
        <w:t>It was mainly done to reawaken the true spirit of Islam among Muslims and to develop a</w:t>
      </w:r>
    </w:p>
    <w:p>
      <w:r>
        <w:rPr>
          <w:b/>
        </w:rPr>
        <w:t xml:space="preserve">[01:29] </w:t>
      </w:r>
      <w:r>
        <w:t>universal outlook and a positive, uh, frame of mind.</w:t>
      </w:r>
    </w:p>
    <w:p>
      <w:pPr>
        <w:jc w:val="right"/>
      </w:pPr>
      <w:r>
        <w:t>universal outlook and a positive, uh, frame of mind.</w:t>
      </w:r>
    </w:p>
    <w:p>
      <w:r>
        <w:rPr>
          <w:b/>
        </w:rPr>
        <w:t xml:space="preserve">[01:33] </w:t>
      </w:r>
      <w:r>
        <w:t>In 1976, uh, he's he launched the Urdu magazine called Al-Risala, and this magazine is a monthly magazine which, uh, even is, uh, in circulation today and is read widely by the Urdu-speaking world.</w:t>
      </w:r>
    </w:p>
    <w:p>
      <w:pPr>
        <w:jc w:val="right"/>
      </w:pPr>
      <w:r>
        <w:t>In 1976, uh, he's he launched the Urdu magazine called Al-Risala, and this magazine is a monthly magazine which, uh, even is, uh, in circulation today and is read widely by the Urdu-speaking world.</w:t>
      </w:r>
    </w:p>
    <w:p>
      <w:r>
        <w:rPr>
          <w:b/>
        </w:rPr>
        <w:t xml:space="preserve">[01:50] </w:t>
      </w:r>
      <w:r>
        <w:t>In, uh, 2001, he set up the Center for Peace and Spirituality. Uh, he felt that there was a great need of training individuals, uh, so that they usher in a culture of pe</w:t>
      </w:r>
    </w:p>
    <w:p>
      <w:pPr>
        <w:jc w:val="right"/>
      </w:pPr>
      <w:r>
        <w:t>In, uh, 2001, he set up the Center for Peace and Spirituality. Uh, he felt that there was a great need of training individuals, uh, so that they usher in a culture of pe</w:t>
      </w:r>
    </w:p>
    <w:p>
      <w:r>
        <w:rPr>
          <w:b/>
        </w:rPr>
        <w:t xml:space="preserve">[02:04] </w:t>
      </w:r>
      <w:r>
        <w:t>ace. And, uh, according to Maulana, he's he says that, you know, every human mind has great potential, and this potential can only be unfolded in a peace atmosphere.</w:t>
      </w:r>
    </w:p>
    <w:p>
      <w:pPr>
        <w:jc w:val="right"/>
      </w:pPr>
      <w:r>
        <w:t>ace. And, uh, according to مولانا، he's he says that, you know, every human mind has great potential, and this potential can only be unfolded in a peace atmosphere.</w:t>
      </w:r>
    </w:p>
    <w:p>
      <w:r>
        <w:rPr>
          <w:b/>
        </w:rPr>
        <w:t xml:space="preserve">[02:16] </w:t>
      </w:r>
      <w:r>
        <w:t>If there is negativity and hatred, then the potential remains uninitiated</w:t>
      </w:r>
    </w:p>
    <w:p>
      <w:pPr>
        <w:jc w:val="right"/>
      </w:pPr>
      <w:r>
        <w:t>If there is negativity and hatred, then the potential remains uninitiated</w:t>
      </w:r>
    </w:p>
    <w:p>
      <w:r>
        <w:rPr>
          <w:b/>
        </w:rPr>
        <w:t xml:space="preserve">[02:21] </w:t>
      </w:r>
      <w:r>
        <w:t>. In fact, he says that the present age, uh, represents a de-monopolization of resources. Today, every person has an equal opportunity, so the justification of violence or war does not exist</w:t>
      </w:r>
    </w:p>
    <w:p>
      <w:pPr>
        <w:jc w:val="right"/>
      </w:pPr>
      <w:r>
        <w:t>. In fact, he says that the present age, uh, represents a de-monopolization of resources. Today, every person has an equal opportunity, so the justification of violence or war does not exist</w:t>
      </w:r>
    </w:p>
    <w:p>
      <w:r>
        <w:rPr>
          <w:b/>
        </w:rPr>
        <w:t xml:space="preserve">[02:35] </w:t>
      </w:r>
      <w:r>
        <w:t>. Uh, if you read his books or if you listen to his talks, uh, you would find him emphasizing that if a human being, uh, understands the contribution that humanity has made, then they will not be rivals to one another.</w:t>
      </w:r>
    </w:p>
    <w:p>
      <w:pPr>
        <w:jc w:val="right"/>
      </w:pPr>
      <w:r>
        <w:t>. Uh, if you read his books or if you listen to his talks, uh, you would find him emphasizing that if a human being, uh, understands the contribution that humanity has made, then they will not be rivals to one another.</w:t>
      </w:r>
    </w:p>
    <w:p>
      <w:r>
        <w:rPr>
          <w:b/>
        </w:rPr>
        <w:t xml:space="preserve">[02:51] </w:t>
      </w:r>
      <w:r>
        <w:t>And it is for this reason that, uh, he says that the West is our biggest benefactor</w:t>
      </w:r>
    </w:p>
    <w:p>
      <w:pPr>
        <w:jc w:val="right"/>
      </w:pPr>
      <w:r>
        <w:t>And it is for this reason that, uh, he says that the West is our biggest benefactor</w:t>
      </w:r>
    </w:p>
    <w:p>
      <w:r>
        <w:rPr>
          <w:b/>
        </w:rPr>
        <w:t xml:space="preserve">[02:57] </w:t>
      </w:r>
      <w:r>
        <w:t>, particularly to Muslims. He said that, uh, uh, if you look at the contributions that the West has made in terms of, uh, the technological breakthrough or the modern amenities that we use, the multimedia, that's all been made possible because of the West, and therefore, there is no justification, uh, to hate, uh, the West.</w:t>
      </w:r>
    </w:p>
    <w:p>
      <w:pPr>
        <w:jc w:val="right"/>
      </w:pPr>
      <w:r>
        <w:t>, particularly to Muslims. He said that, uh, uh, if you look at the contributions that the West has made in terms of, uh, the technological breakthrough or the modern amenities that we use, the multimedia, that's all been made possible because of the West, and therefore, there is no justification, uh, to hate, uh, the West.</w:t>
      </w:r>
    </w:p>
    <w:p>
      <w:r>
        <w:rPr>
          <w:b/>
        </w:rPr>
        <w:t xml:space="preserve">[03:19] </w:t>
      </w:r>
      <w:r>
        <w:t>Uh, he therefore emphasizes, uh, that, you know, we need to build a spiritual society, and therefore, that can only be possible with, uh, re-engineering the minds of people.</w:t>
      </w:r>
    </w:p>
    <w:p>
      <w:pPr>
        <w:jc w:val="right"/>
      </w:pPr>
      <w:r>
        <w:t>Uh, he therefore emphasizes, uh, that, you know, we need to build a spiritual society, and therefore, that can only be possible with, uh, re-engineering the minds of people.</w:t>
      </w:r>
    </w:p>
    <w:p>
      <w:r>
        <w:rPr>
          <w:b/>
        </w:rPr>
        <w:t xml:space="preserve">[03:30] </w:t>
      </w:r>
      <w:r>
        <w:t>And that is the reason that he set up CPS International.</w:t>
      </w:r>
    </w:p>
    <w:p>
      <w:pPr>
        <w:jc w:val="right"/>
      </w:pPr>
      <w:r>
        <w:t>And that is the reason that he set up CPS International.</w:t>
      </w:r>
    </w:p>
    <w:p>
      <w:r>
        <w:rPr>
          <w:b/>
        </w:rPr>
        <w:t xml:space="preserve">[03:34] </w:t>
      </w:r>
      <w:r>
        <w:t>He says that, uh, uh, this is possible through informal education. So, CPS undertakes activities through social media, through discussions, dialogues, uh, seminars.</w:t>
      </w:r>
    </w:p>
    <w:p>
      <w:pPr>
        <w:jc w:val="right"/>
      </w:pPr>
      <w:r>
        <w:t>He says that, uh, uh, this is possible through informal education. So, CPS undertakes activities through social media, through discussions, dialogues, uh, seminars.</w:t>
      </w:r>
    </w:p>
    <w:p>
      <w:r>
        <w:rPr>
          <w:b/>
        </w:rPr>
        <w:t xml:space="preserve">[03:46] </w:t>
      </w:r>
      <w:r>
        <w:t>Every week, he conducts, uh, talks, uh, at this place, and he addresses, uh, minds. Innumerable minds have been changed, uh, over the last many decades because of, uh, his literature and because of, uh, you know, his ideology.</w:t>
      </w:r>
    </w:p>
    <w:p>
      <w:pPr>
        <w:jc w:val="right"/>
      </w:pPr>
      <w:r>
        <w:t>Every week, he conducts, uh, talks, uh, at this place, and he addresses, uh, minds. Innumerable minds have been changed, uh, over the last many decades because of, uh, his literature and because of, uh, you know, his ideology.</w:t>
      </w:r>
    </w:p>
    <w:p>
      <w:r>
        <w:rPr>
          <w:b/>
        </w:rPr>
        <w:t xml:space="preserve">[04:03] </w:t>
      </w:r>
      <w:r>
        <w:t>And, uh, one example</w:t>
      </w:r>
    </w:p>
    <w:p>
      <w:pPr>
        <w:jc w:val="right"/>
      </w:pPr>
      <w:r>
        <w:t>And, uh, one example</w:t>
      </w:r>
    </w:p>
    <w:p>
      <w:r>
        <w:rPr>
          <w:b/>
        </w:rPr>
        <w:t xml:space="preserve">[04:04] </w:t>
      </w:r>
      <w:r>
        <w:t>is, uh, the Kashmir in India, where a lot of people, uh, took to violence, but they have abandoned it, uh, after Maulana reached out to him or reached out to the people through his literature.</w:t>
      </w:r>
    </w:p>
    <w:p>
      <w:pPr>
        <w:jc w:val="right"/>
      </w:pPr>
      <w:r>
        <w:t>is, uh, the Kashmir in India, where a lot of people, uh, took to violence, but they have abandoned it, uh, after مولانا reached out to him or reached out to the people through his literature.</w:t>
      </w:r>
    </w:p>
    <w:p>
      <w:r>
        <w:rPr>
          <w:b/>
        </w:rPr>
        <w:t xml:space="preserve">[04:17] </w:t>
      </w:r>
      <w:r>
        <w:t>Uh, one other aspect that I wanted to, uh, talk before, you know, I would want to invite, uh, Patrick is that, uh, uh, if you the, the the name of the Center is Center for Peace and Spirituality, so the other</w:t>
      </w:r>
    </w:p>
    <w:p>
      <w:pPr>
        <w:jc w:val="right"/>
      </w:pPr>
      <w:r>
        <w:t>Uh, one other aspect that I wanted to, uh, talk before, you know, I would want to invite, uh, Patrick is that, uh, uh, if you the, the the name of the Center is Center for Peace and Spirituality, so the other</w:t>
      </w:r>
    </w:p>
    <w:p>
      <w:r>
        <w:rPr>
          <w:b/>
        </w:rPr>
        <w:t xml:space="preserve">[04:30] </w:t>
      </w:r>
      <w:r>
        <w:t>aspect is the spiritual aspect. And, uh, Maulana says that, you know, spirituality is not something which is mysterious.</w:t>
      </w:r>
    </w:p>
    <w:p>
      <w:pPr>
        <w:jc w:val="right"/>
      </w:pPr>
      <w:r>
        <w:t>aspect is the spiritual aspect. And, uh, مولانا says that, you know, spirituality is not something which is mysterious.</w:t>
      </w:r>
    </w:p>
    <w:p>
      <w:r>
        <w:rPr>
          <w:b/>
        </w:rPr>
        <w:t xml:space="preserve">[04:39] </w:t>
      </w:r>
      <w:r>
        <w:t>Uh, it is something which is a divine culture, and it leads to, uh, spiritual it leads to a God-oriented life. So, uh, he has developed an ideology which is, uh, mind-based spirituality, and it answers existential questions which every man and woman has, like, who am I, uh, what is the purpose of my existence,</w:t>
      </w:r>
    </w:p>
    <w:p>
      <w:pPr>
        <w:jc w:val="right"/>
      </w:pPr>
      <w:r>
        <w:t>Uh, it is something which is a divine culture, and it leads to, uh, spiritual it leads to a God-oriented life. So, uh, he has developed an ideology which is, uh, mind-based spirituality, and it answers existential questions which every man and woman has, like, who am I, uh, what is the purpose of my existence,</w:t>
      </w:r>
    </w:p>
    <w:p>
      <w:r>
        <w:rPr>
          <w:b/>
        </w:rPr>
        <w:t xml:space="preserve">[05:01] </w:t>
      </w:r>
      <w:r>
        <w:t>uh, what happens after death, and what is the creation plan of, uh, God</w:t>
      </w:r>
    </w:p>
    <w:p>
      <w:pPr>
        <w:jc w:val="right"/>
      </w:pPr>
      <w:r>
        <w:t>uh, what happens after death, and what is the creation plan of, uh, God</w:t>
      </w:r>
    </w:p>
    <w:p>
      <w:r>
        <w:rPr>
          <w:b/>
        </w:rPr>
        <w:t xml:space="preserve">[05:06] </w:t>
      </w:r>
      <w:r>
        <w:t>. So, uh, uh, with this, I would now, uh, request, uh, Mr. Patrick, uh, who is the director at Center for Peacemaking at, uh, Marquette University, to come here and say a few words, uh, before our founder, Maulana Wahiduddin Khan, addresses you all.</w:t>
      </w:r>
    </w:p>
    <w:p>
      <w:pPr>
        <w:jc w:val="right"/>
      </w:pPr>
      <w:r>
        <w:t>. So, uh, uh, with this, I would now, uh, request, uh, Mr. Patrick, uh, who is the director at Center for Peacemaking at, uh, Marquette University, to come here and say a few words, uh, before our founder, مولانا وحید الدین خان, addresses you all.</w:t>
      </w:r>
    </w:p>
    <w:p>
      <w:r>
        <w:rPr>
          <w:b/>
        </w:rPr>
        <w:t xml:space="preserve">[05:22] </w:t>
      </w:r>
      <w:r>
        <w:t>Mr. Patrick. Well, thank you, Rujat, and everyone for welcoming myself and my, uh, co-instructors, uh, Nora Johnson, Sherry Walker, and Irfan</w:t>
      </w:r>
    </w:p>
    <w:p>
      <w:pPr>
        <w:jc w:val="right"/>
      </w:pPr>
      <w:r>
        <w:t>Mr. Patrick. Well, thank you, Rujat, and everyone for welcoming myself and my, uh, co-instructors, uh, Nora Johnson, Sherry Walker, and Irfan</w:t>
      </w:r>
    </w:p>
    <w:p>
      <w:r>
        <w:rPr>
          <w:b/>
        </w:rPr>
        <w:t xml:space="preserve">[05:36] </w:t>
      </w:r>
      <w:r>
        <w:t>Omar. It's a great privilege, um, and I count it as a blessing every time we're able to spend some time with you, Maulana.</w:t>
      </w:r>
    </w:p>
    <w:p>
      <w:pPr>
        <w:jc w:val="right"/>
      </w:pPr>
      <w:r>
        <w:t>Omar. It's a great privilege, um, and I count it as a blessing every time we're able to spend some time with you, مولانا.</w:t>
      </w:r>
    </w:p>
    <w:p>
      <w:r>
        <w:rPr>
          <w:b/>
        </w:rPr>
        <w:t xml:space="preserve">[05:44] </w:t>
      </w:r>
      <w:r>
        <w:t>Um, similar to what Rujat, um, said, at Marquette, um, Center for Peacemaking, we're a research center focused on exploring nonviolence</w:t>
      </w:r>
    </w:p>
    <w:p>
      <w:pPr>
        <w:jc w:val="right"/>
      </w:pPr>
      <w:r>
        <w:t>Um, similar to what Rujat, um, said, at Marquette, um, Center for Peacemaking, we're a research center focused on exploring nonviolence</w:t>
      </w:r>
    </w:p>
    <w:p>
      <w:r>
        <w:rPr>
          <w:b/>
        </w:rPr>
        <w:t xml:space="preserve">[05:56] </w:t>
      </w:r>
      <w:r>
        <w:t>. In particular, we're interested in the spiritual basis of peacemaking, and so, um, to be here in</w:t>
      </w:r>
    </w:p>
    <w:p>
      <w:pPr>
        <w:jc w:val="right"/>
      </w:pPr>
      <w:r>
        <w:t>. In particular, we're interested in the spiritual basis of peacemaking, and so, um, to be here in</w:t>
      </w:r>
    </w:p>
    <w:p>
      <w:r>
        <w:rPr>
          <w:b/>
        </w:rPr>
        <w:t xml:space="preserve">[06:04] </w:t>
      </w:r>
      <w:r>
        <w:t>India, to, uh, be at CPS, and then with such a gifted scholar, over 200 volumes, I think</w:t>
      </w:r>
    </w:p>
    <w:p>
      <w:pPr>
        <w:jc w:val="right"/>
      </w:pPr>
      <w:r>
        <w:t>India, to, uh, be at CPS, and then with such a gifted scholar, over 200 volumes, I think</w:t>
      </w:r>
    </w:p>
    <w:p>
      <w:r>
        <w:rPr>
          <w:b/>
        </w:rPr>
        <w:t xml:space="preserve">[06:12] </w:t>
      </w:r>
      <w:r>
        <w:t>people know that, uh, Gandhiji also wrote almost 200 volumes, and I always think that there's something about,</w:t>
      </w:r>
    </w:p>
    <w:p>
      <w:pPr>
        <w:jc w:val="right"/>
      </w:pPr>
      <w:r>
        <w:t>people know that, uh, Gandhiji also wrote almost 200 volumes, and I always think that there's something about,</w:t>
      </w:r>
    </w:p>
    <w:p>
      <w:r>
        <w:rPr>
          <w:b/>
        </w:rPr>
        <w:t xml:space="preserve">[06:20] </w:t>
      </w:r>
      <w:r>
        <w:t>um, scholarship and dissemination, um, and education that's, uh, key, uh,</w:t>
      </w:r>
    </w:p>
    <w:p>
      <w:pPr>
        <w:jc w:val="right"/>
      </w:pPr>
      <w:r>
        <w:t>um, scholarship and dissemination, um, and education that's, uh, key, uh,</w:t>
      </w:r>
    </w:p>
    <w:p>
      <w:r>
        <w:rPr>
          <w:b/>
        </w:rPr>
        <w:t xml:space="preserve">[06:26] </w:t>
      </w:r>
      <w:r>
        <w:t>to peacemaking. And certainly, uh, Dr. Frida, we're always, uh, grateful that you share your knowledge with our students.</w:t>
      </w:r>
    </w:p>
    <w:p>
      <w:pPr>
        <w:jc w:val="right"/>
      </w:pPr>
      <w:r>
        <w:t>to peacemaking. And certainly, uh, Dr. Frida, we're always, uh, grateful that you share your knowledge with our students.</w:t>
      </w:r>
    </w:p>
    <w:p>
      <w:r>
        <w:rPr>
          <w:b/>
        </w:rPr>
        <w:t xml:space="preserve">[06:36] </w:t>
      </w:r>
      <w:r>
        <w:t>Um, the students on this course, what they're particularly interested in is understanding the role of nonviolence in peacemaking across the world religions.</w:t>
      </w:r>
    </w:p>
    <w:p>
      <w:pPr>
        <w:jc w:val="right"/>
      </w:pPr>
      <w:r>
        <w:t>Um, the students on this course, what they're particularly interested in is understanding the role of nonviolence in peacemaking across the world religions.</w:t>
      </w:r>
    </w:p>
    <w:p>
      <w:r>
        <w:rPr>
          <w:b/>
        </w:rPr>
        <w:t xml:space="preserve">[06:48] </w:t>
      </w:r>
      <w:r>
        <w:t>So, they've been meeting with, uh, thought leaders from a variety of faiths as well as practitioners, and,</w:t>
      </w:r>
    </w:p>
    <w:p>
      <w:pPr>
        <w:jc w:val="right"/>
      </w:pPr>
      <w:r>
        <w:t>So, they've been meeting with, uh, thought leaders from a variety of faiths as well as practitioners, and,</w:t>
      </w:r>
    </w:p>
    <w:p>
      <w:r>
        <w:rPr>
          <w:b/>
        </w:rPr>
        <w:t xml:space="preserve">[06:56] </w:t>
      </w:r>
      <w:r>
        <w:t>and that's what ex is so exciting, that peacemaking is both an intellectual exercise where we shape our minds, but it, it also is that action.</w:t>
      </w:r>
    </w:p>
    <w:p>
      <w:pPr>
        <w:jc w:val="right"/>
      </w:pPr>
      <w:r>
        <w:t>and that's what ex is so exciting, that peacemaking is both an intellectual exercise where we shape our minds, but it, it also is that action.</w:t>
      </w:r>
    </w:p>
    <w:p>
      <w:r>
        <w:rPr>
          <w:b/>
        </w:rPr>
        <w:t xml:space="preserve">[07:07] </w:t>
      </w:r>
      <w:r>
        <w:t>And, um, before I, uh, turn the floor over, um, I just want our students to know that one of the best things about CPS is that almost everyone here is a volunteer, that these are all professionals who said that whether they're financial advisors, engineers, multimedia</w:t>
      </w:r>
    </w:p>
    <w:p>
      <w:pPr>
        <w:jc w:val="right"/>
      </w:pPr>
      <w:r>
        <w:t>And, um, before I, uh, turn the floor over, um, I just want our students to know that one of the best things about CPS is that almost everyone here is a volunteer, that these are all professionals who said that whether they're financial advisors, engineers, multimedia</w:t>
      </w:r>
    </w:p>
    <w:p>
      <w:r>
        <w:rPr>
          <w:b/>
        </w:rPr>
        <w:t xml:space="preserve">[07:27] </w:t>
      </w:r>
      <w:r>
        <w:t>people, that they've combined their faith with their belief in being a peacemaker and being a person of nonviolence, and I think there's a lot to learn from</w:t>
      </w:r>
    </w:p>
    <w:p>
      <w:pPr>
        <w:jc w:val="right"/>
      </w:pPr>
      <w:r>
        <w:t>people, that they've combined their faith with their belief in being a peacemaker and being a person of nonviolence, and I think there's a lot to learn from</w:t>
      </w:r>
    </w:p>
    <w:p>
      <w:r>
        <w:rPr>
          <w:b/>
        </w:rPr>
        <w:t xml:space="preserve">[07:37] </w:t>
      </w:r>
      <w:r>
        <w:t>that. So, thank you for welcoming us. Bismillah ir Rahman ir Rahim wa sallallahu ala nabi al karim</w:t>
      </w:r>
    </w:p>
    <w:p>
      <w:pPr>
        <w:jc w:val="right"/>
      </w:pPr>
      <w:r>
        <w:t>that. So, thank you for welcoming us. بسم اللہ الرحمن الرحیم وصلی اللہ علی نبی الکریم</w:t>
      </w:r>
    </w:p>
    <w:p>
      <w:r>
        <w:rPr>
          <w:b/>
        </w:rPr>
        <w:t xml:space="preserve">[07:57] </w:t>
      </w:r>
      <w:r>
        <w:t>Welcome to my American friends in Indian soil</w:t>
      </w:r>
    </w:p>
    <w:p>
      <w:pPr>
        <w:jc w:val="right"/>
      </w:pPr>
      <w:r>
        <w:t>ویلکم ٹو مائی امریکن فرینڈز ان انڈین سوائل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