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February 23, 2020 Maulana Wahiduddin Khan</w:t>
      </w:r>
    </w:p>
    <w:p>
      <w:r>
        <w:t>https://www.youtube.com/watch?v=cSwwQagXX_E</w:t>
      </w:r>
    </w:p>
    <w:p>
      <w:r>
        <w:rPr>
          <w:b/>
        </w:rPr>
        <w:t xml:space="preserve">[00:12] </w:t>
      </w:r>
      <w:r>
        <w:t>kya keh rahe hain? woh keh rahe hain ke un ko sab se bari learning yeh mili ke sab se important hai sanjidgi, aur is ke upar marifat aur sab cheezen build hoti</w:t>
      </w:r>
    </w:p>
    <w:p>
      <w:pPr>
        <w:jc w:val="right"/>
      </w:pPr>
      <w:r>
        <w:t>کیا کہہ رہے ہیں؟ وہ کہہ رہے ہیں کہ ان کو سب سے بڑی لرننگ یہ ملی کہ سب سے امپورٹنٹ ہے سنجیدگی، اور اس کے اوپر معرفت اور سب چیزیں بلڈ ہوتی</w:t>
      </w:r>
    </w:p>
    <w:p>
      <w:r>
        <w:rPr>
          <w:b/>
        </w:rPr>
        <w:t xml:space="preserve">[00:22] </w:t>
      </w:r>
      <w:r>
        <w:t>hain. sahi baat hai, bohat. sahi baat kaha aap ne. bohat sahi baat hai. bohat sahi baat hai.</w:t>
      </w:r>
    </w:p>
    <w:p>
      <w:pPr>
        <w:jc w:val="right"/>
      </w:pPr>
      <w:r>
        <w:t>ہیں۔ صحیح بات ہے، بہت۔ صحیح بات کہا آپ نے۔ بہت صحیح بات ہے۔ بہت صحیح بات ہے۔</w:t>
      </w:r>
    </w:p>
    <w:p>
      <w:r>
        <w:rPr>
          <w:b/>
        </w:rPr>
        <w:t xml:space="preserve">[00:35] </w:t>
      </w:r>
      <w:r>
        <w:t>arabi zaban mein sanjidgi ki koi achhi lafz nahi hai. dekhiye, abhi mein ne ek naseehat ki hai un ko, raziya ko, wohi naseehat mein aap sab logon se karta hoon.</w:t>
      </w:r>
    </w:p>
    <w:p>
      <w:pPr>
        <w:jc w:val="right"/>
      </w:pPr>
      <w:r>
        <w:t>عربی زبان میں سنجیدگی کی کوئی اچھی لفظ نہیں ہے۔ دیکھیے، ابھی میں نے ایک نصیحت کی ہے ان کو، راضیہ کو، وہی نصیحت میں آپ سب لوگوں سے کرتا ہوں۔</w:t>
      </w:r>
    </w:p>
    <w:p>
      <w:r>
        <w:rPr>
          <w:b/>
        </w:rPr>
        <w:t xml:space="preserve">[00:55] </w:t>
      </w:r>
      <w:r>
        <w:t>woh yeh</w:t>
      </w:r>
    </w:p>
    <w:p>
      <w:pPr>
        <w:jc w:val="right"/>
      </w:pPr>
      <w:r>
        <w:t>وہ یہ</w:t>
      </w:r>
    </w:p>
    <w:p>
      <w:r>
        <w:rPr>
          <w:b/>
        </w:rPr>
        <w:t xml:space="preserve">[00:58] </w:t>
      </w:r>
      <w:r>
        <w:t>ke</w:t>
      </w:r>
    </w:p>
    <w:p>
      <w:pPr>
        <w:jc w:val="right"/>
      </w:pPr>
      <w:r>
        <w:t>کہ</w:t>
      </w:r>
    </w:p>
    <w:p>
      <w:r>
        <w:rPr>
          <w:b/>
        </w:rPr>
        <w:t xml:space="preserve">[01:05] </w:t>
      </w:r>
      <w:r>
        <w:t>har aadmi ko yeh janna chahiye ke is ka</w:t>
      </w:r>
    </w:p>
    <w:p>
      <w:pPr>
        <w:jc w:val="right"/>
      </w:pPr>
      <w:r>
        <w:t>ہر آدمی کو یہ جاننا چاہیے کہ اس کا</w:t>
      </w:r>
    </w:p>
    <w:p>
      <w:r>
        <w:rPr>
          <w:b/>
        </w:rPr>
        <w:t xml:space="preserve">[01:14] </w:t>
      </w:r>
      <w:r>
        <w:t>potential kis potential ke sath khaliq ne is ko bheja hai, aur is potential ko avail karna.</w:t>
      </w:r>
    </w:p>
    <w:p>
      <w:pPr>
        <w:jc w:val="right"/>
      </w:pPr>
      <w:r>
        <w:t>پوٹینشل کس پوٹینشل کے ساتھ خالق نے اس کو بھیجا ہے، اور اس پوٹینشل کو اویل کرنا۔</w:t>
      </w:r>
    </w:p>
    <w:p>
      <w:r>
        <w:rPr>
          <w:b/>
        </w:rPr>
        <w:t xml:space="preserve">[01:27] </w:t>
      </w:r>
      <w:r>
        <w:t>phir zara dohraiye is ko.</w:t>
      </w:r>
    </w:p>
    <w:p>
      <w:pPr>
        <w:jc w:val="right"/>
      </w:pPr>
      <w:r>
        <w:t>پھر ذرا دہرائیے اس کو۔</w:t>
      </w:r>
    </w:p>
    <w:p>
      <w:r>
        <w:rPr>
          <w:b/>
        </w:rPr>
        <w:t xml:space="preserve">[01:31] </w:t>
      </w:r>
      <w:r>
        <w:t>ji. maulana, aap yeh keh rahe hain ke hum mein se har ek ko allah ne jis potential ke sath bheja hai, us potential ko humein avail karna hai.</w:t>
      </w:r>
    </w:p>
    <w:p>
      <w:pPr>
        <w:jc w:val="right"/>
      </w:pPr>
      <w:r>
        <w:t>جی۔ مولانا، آپ یہ کہہ رہے ہیں کہ ہم میں سے ہر ایک کو اللہ نے جس پوٹینشل کے ساتھ بھیجا ہے، اس پوٹینشل کو ہمیں اویل کرنا ہے۔</w:t>
      </w:r>
    </w:p>
    <w:p>
      <w:r>
        <w:rPr>
          <w:b/>
        </w:rPr>
        <w:t xml:space="preserve">[01:40] </w:t>
      </w:r>
      <w:r>
        <w:t>to hamara potential kya hai, use humein pehla daryaft karna parega, aur use humein avail karna parega.</w:t>
      </w:r>
    </w:p>
    <w:p>
      <w:pPr>
        <w:jc w:val="right"/>
      </w:pPr>
      <w:r>
        <w:t>تو ہمارا پوٹینشل کیا ہے، اسے ہمیں پہلا دریافت کرنا پڑے گا، اور اسے ہمیں اویل کرنا پڑے گا۔</w:t>
      </w:r>
    </w:p>
    <w:p>
      <w:r>
        <w:rPr>
          <w:b/>
        </w:rPr>
        <w:t xml:space="preserve">[01:51] </w:t>
      </w:r>
      <w:r>
        <w:t>har aadmi ke liye mein yeh kahoon ga ke pehla kaam hai apne potential ko discover karna. is ke baad doosra kaam hai,</w:t>
      </w:r>
    </w:p>
    <w:p>
      <w:pPr>
        <w:jc w:val="right"/>
      </w:pPr>
      <w:r>
        <w:t>ہر آدمی کے لیے میں یہ کہوں گا کہ پہلا کام ہے اپنے پوٹینشل کو ڈسکور کرنا۔ اس کے بعد دوسرا کام ہے،</w:t>
      </w:r>
    </w:p>
    <w:p>
      <w:r>
        <w:rPr>
          <w:b/>
        </w:rPr>
        <w:t xml:space="preserve">[02:03] </w:t>
      </w:r>
      <w:r>
        <w:t>yani right planning ke sath is potential ko avail karna.</w:t>
      </w:r>
    </w:p>
    <w:p>
      <w:pPr>
        <w:jc w:val="right"/>
      </w:pPr>
      <w:r>
        <w:t>یعنی رائٹ پلاننگ کے ساتھ اس پوٹینشل کو اویل کرنا۔</w:t>
      </w:r>
    </w:p>
    <w:p>
      <w:r>
        <w:rPr>
          <w:b/>
        </w:rPr>
        <w:t xml:space="preserve">[02:18] </w:t>
      </w:r>
      <w:r>
        <w:t>yani har aadmi ko yeh pehla kaam bhi karna chahiye ke yeh discover kare ke paida karne wale ne aap ko kis potential ke sath paida kiya hai,</w:t>
      </w:r>
    </w:p>
    <w:p>
      <w:pPr>
        <w:jc w:val="right"/>
      </w:pPr>
      <w:r>
        <w:t>یعنی ہر آدمی کو یہ پہلا کام بھی کرنا چاہیے کہ یہ ڈسکور کرے کہ پیدا کرنے والے نے آپ کو کس پوٹینشل کے ساتھ پیدا کیا ہے،</w:t>
      </w:r>
    </w:p>
    <w:p>
      <w:r>
        <w:rPr>
          <w:b/>
        </w:rPr>
        <w:t xml:space="preserve">[02:36] </w:t>
      </w:r>
      <w:r>
        <w:t>aur phir is potential ko</w:t>
      </w:r>
    </w:p>
    <w:p>
      <w:pPr>
        <w:jc w:val="right"/>
      </w:pPr>
      <w:r>
        <w:t>اور پھر اس پوٹینشل کو</w:t>
      </w:r>
    </w:p>
    <w:p>
      <w:r>
        <w:rPr>
          <w:b/>
        </w:rPr>
        <w:t xml:space="preserve">[02:44] </w:t>
      </w:r>
      <w:r>
        <w:t>avail karna right planning ke sath. ke falasfa, kya</w:t>
      </w:r>
    </w:p>
    <w:p>
      <w:pPr>
        <w:jc w:val="right"/>
      </w:pPr>
      <w:r>
        <w:t>اویل کرنا رائٹ پلاننگ کے ساتھ۔ کہ فلافاسہ، کیا</w:t>
      </w:r>
    </w:p>
    <w:p>
      <w:r>
        <w:rPr>
          <w:b/>
        </w:rPr>
        <w:t xml:space="preserve">[02:52] </w:t>
      </w:r>
      <w:r>
        <w:t>kaam hai? maulana, aap yeh keh rahe hain ke pehla kaam yeh hai ke har aadmi apne potential ko daryaft kare, jis potential ke sath is ke paida karne wale ne is ko paida kiya hai.</w:t>
      </w:r>
    </w:p>
    <w:p>
      <w:pPr>
        <w:jc w:val="right"/>
      </w:pPr>
      <w:r>
        <w:t>کام ہے؟ مولانا، آپ یہ کہہ رہے ہیں کہ پہلا کام یہ ہے کہ ہر آدمی اپنے پوٹینشل کو دریافت کرے، جس پوٹینشل کے ساتھ اس کے پیدا کرنے والے نے اس کو پیدا کیا ہے۔</w:t>
      </w:r>
    </w:p>
    <w:p>
      <w:r>
        <w:rPr>
          <w:b/>
        </w:rPr>
        <w:t xml:space="preserve">[03:03] </w:t>
      </w:r>
      <w:r>
        <w:t>phir is ko right planning ke mutabiq avail kare, is potential ko use kare. maine apni zindagi mein yeh paya hai ke koi zindagi ko itni serious tareeqe se leta nahi hai.</w:t>
      </w:r>
    </w:p>
    <w:p>
      <w:pPr>
        <w:jc w:val="right"/>
      </w:pPr>
      <w:r>
        <w:t>پھر اس کو رائٹ پلاننگ کے مطابق اویل کرے، اس پوٹینشل کو یوز کرے۔ میں نے اپنی زندگی میں یہ پایا ہے کہ کوئی زندگی کو اتنی سیریس طریقے سے لیتا نہیں ہے۔</w:t>
      </w:r>
    </w:p>
    <w:p>
      <w:r>
        <w:rPr>
          <w:b/>
        </w:rPr>
        <w:t xml:space="preserve">[03:21] </w:t>
      </w:r>
      <w:r>
        <w:t>bilkul sahi baat hai Maulana, ke koi bhi insan apni zindagi ko serious tareeqe se leta nahi hai.</w:t>
      </w:r>
    </w:p>
    <w:p>
      <w:pPr>
        <w:jc w:val="right"/>
      </w:pPr>
      <w:r>
        <w:t>بالکل صحیح بات ہے مولانا، کہ کوئی بھی انسان اپنی زندگی کو سیریس طریقے سے لیتا نہیں ہے۔</w:t>
      </w:r>
    </w:p>
    <w:p>
      <w:r>
        <w:rPr>
          <w:b/>
        </w:rPr>
        <w:t xml:space="preserve">[03:33] </w:t>
      </w:r>
      <w:r>
        <w:t>aur bataiye, aap logon ko koi question hai</w:t>
      </w:r>
    </w:p>
    <w:p>
      <w:pPr>
        <w:jc w:val="right"/>
      </w:pPr>
      <w:r>
        <w:t>اور بتائیے، آپ لوگوں کو کوئی کوئسچن ہے</w:t>
      </w:r>
    </w:p>
    <w:p>
      <w:r>
        <w:rPr>
          <w:b/>
        </w:rPr>
        <w:t xml:space="preserve">[03:37] </w:t>
      </w:r>
      <w:r>
        <w:t>? Maulana, yeh abhi doctor sahab jo trip kar ke aaye, Khwaja sahab aur Haroon Sheikh sahab ke sath, New Zealand ka, to wahan se hamein bhi Khwaja sahab ko phone aaya tha ke aap log jo hai program banaiye, Mumbai team, New Zealand ki trip ke liye.</w:t>
      </w:r>
    </w:p>
    <w:p>
      <w:pPr>
        <w:jc w:val="right"/>
      </w:pPr>
      <w:r>
        <w:t>؟ مولانا، یہ ابھی ڈاکٹر صاحب جو ٹرپ کر کے آئے، خواجہ صاحب اور ہارون شیخ صاحب کے ساتھ، نیوزی لینڈ کا، تو وہاں سے ہمیں بھی خواجہ صاحب کو فون آیا تھا کہ آپ لوگ جو ہے پروگرام بنائیے، ممبئی ٹیم، نیوزی لینڈ کی ٹرپ کے لیے۔</w:t>
      </w:r>
    </w:p>
    <w:p>
      <w:r>
        <w:rPr>
          <w:b/>
        </w:rPr>
        <w:t xml:space="preserve">[03:52] </w:t>
      </w:r>
      <w:r>
        <w:t>to hum log ab is ki koshish mein lag gaye hain, aur woh planning kar rahe hain Maulana ke hum log bhi wahan New Zealand jayen, jo 15 March ke jo program hain, Christchurch mein, us mein hum log shareek hon.</w:t>
      </w:r>
    </w:p>
    <w:p>
      <w:pPr>
        <w:jc w:val="right"/>
      </w:pPr>
      <w:r>
        <w:t>تو ہم لوگ اب اس کی کوشش میں لگ گئے ہیں، اور وہ پلاننگ کر رہے ہیں مولانا کہ ہم لوگ بھی وہاں نیوزی لینڈ جائیں، جو 15 مارچ کے جو پروگرام ہیں، کرائسٹ چرچ میں، اس میں ہم لوگ شریک ہوں۔</w:t>
      </w:r>
    </w:p>
    <w:p>
      <w:r>
        <w:rPr>
          <w:b/>
        </w:rPr>
        <w:t xml:space="preserve">[04:06] </w:t>
      </w:r>
      <w:r>
        <w:t>kya kaha unhon ne?</w:t>
      </w:r>
    </w:p>
    <w:p>
      <w:pPr>
        <w:jc w:val="right"/>
      </w:pPr>
      <w:r>
        <w:t>کیا کہا انہوں نے؟</w:t>
      </w:r>
    </w:p>
    <w:p>
      <w:r>
        <w:rPr>
          <w:b/>
        </w:rPr>
        <w:t xml:space="preserve">[04:10] </w:t>
      </w:r>
      <w:r>
        <w:t>Maulana, yeh Sajid Anwar sahab yeh keh rahe hain ke New Zealand mein ek saal ho jayega jo pichle saal waqea hua tha, us munasebat se wahan par special program honge.</w:t>
      </w:r>
    </w:p>
    <w:p>
      <w:pPr>
        <w:jc w:val="right"/>
      </w:pPr>
      <w:r>
        <w:t>مولانا، یہ ساجد انور صاحب یہ کہہ رہے ہیں کہ نیوزی لینڈ میں ایک سال ہو جائے گا جو پچھلے سال واقعہ ہوا تھا، اس مناسبت سے وہاں پر اسپیشل پروگرام ہوں گے۔</w:t>
      </w:r>
    </w:p>
    <w:p>
      <w:r>
        <w:rPr>
          <w:b/>
        </w:rPr>
        <w:t xml:space="preserve">[04:21] </w:t>
      </w:r>
      <w:r>
        <w:t>to us waqt Khwaja Kaleemuddin sahab bhi ja rahe hain, aur unhon ne Mumbai team se kaha hai ke aap log bhi program banaiye wahan aane ke liye. to Mumbai team se bhi kuch log program bana rahe hain wahan jane ke liye.</w:t>
      </w:r>
    </w:p>
    <w:p>
      <w:pPr>
        <w:jc w:val="right"/>
      </w:pPr>
      <w:r>
        <w:t>تو اس وقت خواجہ کلیم الدین صاحب بھی جا رہے ہیں، اور انہوں نے ممبئی ٹیم سے کہا ہے کہ آپ لوگ بھی پروگرام بنائیے وہاں آنے کے لیے۔ تو ممبئی ٹیم سے بھی کچھ لوگ پروگرام بنا رہے ہیں وہاں جانے کے لیے۔</w:t>
      </w:r>
    </w:p>
    <w:p>
      <w:r>
        <w:rPr>
          <w:b/>
        </w:rPr>
        <w:t xml:space="preserve">[04:41] </w:t>
      </w:r>
      <w:r>
        <w:t>aap log koi bhi jo program banaye, mashware se. mashware se. team ke mashware se.</w:t>
      </w:r>
    </w:p>
    <w:p>
      <w:pPr>
        <w:jc w:val="right"/>
      </w:pPr>
      <w:r>
        <w:t>آپ لوگ کوئی بھی جو پروگرام بنائے، مشورے سے۔ مشورے سے۔ ٹیم کے مشورے سے۔</w:t>
      </w:r>
    </w:p>
    <w:p>
      <w:r>
        <w:rPr>
          <w:b/>
        </w:rPr>
        <w:t xml:space="preserve">[04:53] </w:t>
      </w:r>
      <w:r>
        <w:t>agar family ka hai to family ke mashware se.</w:t>
      </w:r>
    </w:p>
    <w:p>
      <w:pPr>
        <w:jc w:val="right"/>
      </w:pPr>
      <w:r>
        <w:t>اگر فیملی کا ہے تو فیملی کے مشورے سے۔</w:t>
      </w:r>
    </w:p>
    <w:p>
      <w:r>
        <w:rPr>
          <w:b/>
        </w:rPr>
        <w:t xml:space="preserve">[05:00] </w:t>
      </w:r>
      <w:r>
        <w:t>Khwaja sahab, kya kaam hai? Maulana, aap yeh keh rahe hain ke koi bhi program jo yeh log banaye to team ke mashware se. team ke mashware se program banaye aur us ke baad jayen.</w:t>
      </w:r>
    </w:p>
    <w:p>
      <w:pPr>
        <w:jc w:val="right"/>
      </w:pPr>
      <w:r>
        <w:t>خواجہ صاحب، کیا کام ہے؟ مولانا، آپ یہ کہہ رہے ہیں کہ کوئی بھی پروگرام جو یہ لوگ بنائیں تو ٹیم کے مشورے سے۔ ٹیم کے مشورے سے پروگرام بنائیں اور اس کے بعد جائیں۔</w:t>
      </w:r>
    </w:p>
    <w:p>
      <w:r>
        <w:rPr>
          <w:b/>
        </w:rPr>
        <w:t xml:space="preserve">[05:12] </w:t>
      </w:r>
      <w:r>
        <w:t>family ki baat hai to family ke mashware se. team ki baat hai to team ke mashware se.</w:t>
      </w:r>
    </w:p>
    <w:p>
      <w:pPr>
        <w:jc w:val="right"/>
      </w:pPr>
      <w:r>
        <w:t>فیملی کی بات ہے تو فیملی کے مشورے سے۔ ٹیم کی بات ہے تو ٹیم کے مشورے سے۔</w:t>
      </w:r>
    </w:p>
    <w:p>
      <w:r>
        <w:rPr>
          <w:b/>
        </w:rPr>
        <w:t xml:space="preserve">[05:25] </w:t>
      </w:r>
      <w:r>
        <w:t>mashwara bohat zaroori hai.</w:t>
      </w:r>
    </w:p>
    <w:p>
      <w:pPr>
        <w:jc w:val="right"/>
      </w:pPr>
      <w:r>
        <w:t>مشورہ بہت ضروری ہے۔</w:t>
      </w:r>
    </w:p>
    <w:p>
      <w:r>
        <w:rPr>
          <w:b/>
        </w:rPr>
        <w:t xml:space="preserve">[05:31] </w:t>
      </w:r>
      <w:r>
        <w:t>ji Maulana.</w:t>
      </w:r>
    </w:p>
    <w:p>
      <w:pPr>
        <w:jc w:val="right"/>
      </w:pPr>
      <w:r>
        <w:t>جی مولانا۔</w:t>
      </w:r>
    </w:p>
    <w:p>
      <w:r>
        <w:rPr>
          <w:b/>
        </w:rPr>
        <w:t xml:space="preserve">[05:36] </w:t>
      </w:r>
      <w:r>
        <w:t>aur bataiye?</w:t>
      </w:r>
    </w:p>
    <w:p>
      <w:pPr>
        <w:jc w:val="right"/>
      </w:pPr>
      <w:r>
        <w:t>اور بتائیے؟</w:t>
      </w:r>
    </w:p>
    <w:p>
      <w:r>
        <w:rPr>
          <w:b/>
        </w:rPr>
        <w:t xml:space="preserve">[05:37] </w:t>
      </w:r>
      <w:r>
        <w:t>Maulana, mera sawal isi talluq se hai jo aap potential ke bare mein bhi aap ne bataya ke apne potential ko discover karne mein hum kyun fail ho jate hain?</w:t>
      </w:r>
    </w:p>
    <w:p>
      <w:pPr>
        <w:jc w:val="right"/>
      </w:pPr>
      <w:r>
        <w:t>مولانا، میرا سوال اسی تعلق سے ہے جو آپ پوٹینشل کے بارے میں بھی آپ نے بتایا کہ اپنے پوٹینشل کو ڈسکور کرنے میں ہم کیوں فیل ہو جاتے ہیں؟</w:t>
      </w:r>
    </w:p>
    <w:p>
      <w:r>
        <w:rPr>
          <w:b/>
        </w:rPr>
        <w:t xml:space="preserve">[05:46] </w:t>
      </w:r>
      <w:r>
        <w:t>ke kis potential ke sath humein Allah ne bheja hai? ab yeh bataiye ke aap kitne saal aap ke hue hain? pachaas saal Maulana.</w:t>
      </w:r>
    </w:p>
    <w:p>
      <w:pPr>
        <w:jc w:val="right"/>
      </w:pPr>
      <w:r>
        <w:t>کہ کس پوٹینشل کے ساتھ ہمیں اللہ نے بھیجا ہے؟ اب یہ بتائیے کہ آپ کتنے سال آپ کے ہوئے ہیں؟ پچاس سال مولانا۔</w:t>
      </w:r>
    </w:p>
    <w:p>
      <w:r>
        <w:rPr>
          <w:b/>
        </w:rPr>
        <w:t xml:space="preserve">[05:55] </w:t>
      </w:r>
      <w:r>
        <w:t>pachaas saal, fifty years. pachaas? ji. acha, pachaas saal mein koi mila hai aap ko jis ne yeh baat kahi ho?</w:t>
      </w:r>
    </w:p>
    <w:p>
      <w:pPr>
        <w:jc w:val="right"/>
      </w:pPr>
      <w:r>
        <w:t>پچاس سال، ففٹی ایئرز۔ پچاس؟ جی۔ اچھا، پچاس سال میں کوئی ملا ہے آپ کو جس نے یہ بات کہی ہو؟</w:t>
      </w:r>
    </w:p>
    <w:p>
      <w:r>
        <w:rPr>
          <w:b/>
        </w:rPr>
        <w:t xml:space="preserve">[06:04] </w:t>
      </w:r>
      <w:r>
        <w:t>nahi Maulana. hain? nahi Maulana. nahi kahi. yahi hai ke hamara mahaul hum ko batata hi nahi ke asal baat yeh hai, aap pachaas saal ke ho gaye aur aap ko koi batane wala nahi mila.</w:t>
      </w:r>
    </w:p>
    <w:p>
      <w:pPr>
        <w:jc w:val="right"/>
      </w:pPr>
      <w:r>
        <w:t>نہیں مولانا۔ ہیں؟ نہیں مولانا۔ نہیں کہی۔ یہی ہے کہ ہمارا ماحول ہم کو بتاتا ہی نہیں کہ اصل بات یہ ہے، آپ پچاس سال کے ہو گئے اور آپ کو کوئی بتانے والا نہیں ملا۔</w:t>
      </w:r>
    </w:p>
    <w:p>
      <w:r>
        <w:rPr>
          <w:b/>
        </w:rPr>
        <w:t xml:space="preserve">[06:18] </w:t>
      </w:r>
      <w:r>
        <w:t>ji. Khwaja sahab? kya kaam hai? bilkul sahi baat hai Maulana, ke hamara mahaul hum ko nahi batata ke hamare potential ko discover karna hai.</w:t>
      </w:r>
    </w:p>
    <w:p>
      <w:pPr>
        <w:jc w:val="right"/>
      </w:pPr>
      <w:r>
        <w:t>جی۔ خواجہ صاحب؟ کیا کام ہے؟ بالکل صحیح بات ہے مولانا، کہ ہمارا ماحول ہم کو نہیں بتاتا کہ ہمارے پوٹینشل کو ڈسکور کرنا ہے۔</w:t>
      </w:r>
    </w:p>
    <w:p>
      <w:r>
        <w:rPr>
          <w:b/>
        </w:rPr>
        <w:t xml:space="preserve">[06:28] </w:t>
      </w:r>
      <w:r>
        <w:t>aap sab jo bhi yahan baithe hain, woh mujhe batayein ke aap ke ghar ne, aap ke mahaul ne, kisi ne bhi bataya hua hai yeh baat?</w:t>
      </w:r>
    </w:p>
    <w:p>
      <w:pPr>
        <w:jc w:val="right"/>
      </w:pPr>
      <w:r>
        <w:t>آپ سب جو بھی یہاں بیٹھے ہیں، وہ مجھے بتائیں کہ آپ کے گھر نے، آپ کے ماحول نے، کسی نے بھی بتایا ہوا ہے یہ بات؟</w:t>
      </w:r>
    </w:p>
    <w:p>
      <w:r>
        <w:rPr>
          <w:b/>
        </w:rPr>
        <w:t xml:space="preserve">[06:40] </w:t>
      </w:r>
      <w:r>
        <w:t>mujhe bataiye. nahi Maulana, nahi bataya kisi ne. Abdulsamad sahab bol rahe hain ke nahi bataya kisi ne.</w:t>
      </w:r>
    </w:p>
    <w:p>
      <w:pPr>
        <w:jc w:val="right"/>
      </w:pPr>
      <w:r>
        <w:t>مجھے بتائیے۔ نہیں مولانا، نہیں بتایا کسی نے۔ عبدالصمد صاحب بول رہے ہیں کہ نہیں بتایا کسی نے۔</w:t>
      </w:r>
    </w:p>
    <w:p>
      <w:r>
        <w:rPr>
          <w:b/>
        </w:rPr>
        <w:t xml:space="preserve">[06:57] </w:t>
      </w:r>
      <w:r>
        <w:t>pehli baat to yeh hai ke sab log daudte hain apne family ki taraf, aur family aap ko batati hi nahi.</w:t>
      </w:r>
    </w:p>
    <w:p>
      <w:pPr>
        <w:jc w:val="right"/>
      </w:pPr>
      <w:r>
        <w:t>پہلی بات تو یہ ہے کہ سب لوگ دوڑتے ہیں اپنے فیملی کی طرف، اور فیملی آپ کو بتاتی ہی نہیں۔</w:t>
      </w:r>
    </w:p>
    <w:p>
      <w:r>
        <w:rPr>
          <w:b/>
        </w:rPr>
        <w:t xml:space="preserve">[07:07] </w:t>
      </w:r>
      <w:r>
        <w:t>to family ka role kya hai? aap wohi jante hain jo aap ke mahaul ne aap ko bataya. phir bhi aap mahaul ke peeche daudte rehte hain.</w:t>
      </w:r>
    </w:p>
    <w:p>
      <w:pPr>
        <w:jc w:val="right"/>
      </w:pPr>
      <w:r>
        <w:t>تو فیملی کا رول کیا ہے؟ آپ وہی جانتے ہیں جو آپ کے ماحول نے آپ کو بتایا۔ پھر بھی آپ ماحول کے پیچھے دوڑتے رہتے ہیں۔</w:t>
      </w:r>
    </w:p>
    <w:p>
      <w:r>
        <w:rPr>
          <w:b/>
        </w:rPr>
        <w:t xml:space="preserve">[07:22] </w:t>
      </w:r>
      <w:r>
        <w:t>to yeh bhi ho jaye? Raaziya. Raaziya? ji.</w:t>
      </w:r>
    </w:p>
    <w:p>
      <w:pPr>
        <w:jc w:val="right"/>
      </w:pPr>
      <w:r>
        <w:t>تو یہ بھی ہو جائے؟ راضیہ۔ راضیہ؟ جی۔</w:t>
      </w:r>
    </w:p>
    <w:p>
      <w:r>
        <w:rPr>
          <w:b/>
        </w:rPr>
        <w:t xml:space="preserve">[07:25] </w:t>
      </w:r>
      <w:r>
        <w:t>tum ko kya kehte hain? aur over karte ho gaye? thirty five. achha, is muddat mein batao ke jitne tumhare</w:t>
      </w:r>
    </w:p>
    <w:p>
      <w:pPr>
        <w:jc w:val="right"/>
      </w:pPr>
      <w:r>
        <w:t>تم کو کیا کہتے ہیں؟ اور اوور کرتے ہو گئے؟ تھرٹی فائیو۔ اچھا، اس مدت میں بتاؤ کہ جتنے تمہارے</w:t>
      </w:r>
    </w:p>
    <w:p>
      <w:r>
        <w:rPr>
          <w:b/>
        </w:rPr>
        <w:t xml:space="preserve">[07:39] </w:t>
      </w:r>
      <w:r>
        <w:t>log the, kisi ne bataya tum ko yeh baat? nahin eima.</w:t>
      </w:r>
    </w:p>
    <w:p>
      <w:pPr>
        <w:jc w:val="right"/>
      </w:pPr>
      <w:r>
        <w:t>لوگ تھے، کسی نے بتایا تم کو یہ بات؟ نہیں ایما۔</w:t>
      </w:r>
    </w:p>
    <w:p>
      <w:r>
        <w:rPr>
          <w:b/>
        </w:rPr>
        <w:t xml:space="preserve">[07:46] </w:t>
      </w:r>
      <w:r>
        <w:t>hamara mahol hum ko yeh baat batata hi nahin, aur hum khud se discover nahin kar paate. kyunke hum nahin jaante ke yeh sochne ki cheez hai, yeh discovery ki cheez hai.</w:t>
      </w:r>
    </w:p>
    <w:p>
      <w:pPr>
        <w:jc w:val="right"/>
      </w:pPr>
      <w:r>
        <w:t>ہمارا ماحول ہم کو یہ بات بتاتا ہی نہیں، اور ہم خود سے ڈسکور نہیں کر پاتے۔ کیونکہ ہم نہیں جانتے کہ یہ سوچنے کی چیز ہے، یہ ڈسکوری کی چیز ہے۔</w:t>
      </w:r>
    </w:p>
    <w:p>
      <w:r>
        <w:rPr>
          <w:b/>
        </w:rPr>
        <w:t xml:space="preserve">[08:02] </w:t>
      </w:r>
      <w:r>
        <w:t>mahol to batata nahin, aur hum yeh jaante nahin ke yeh hamare liye discoverable item hai. ya to aap khud jaan lete ke aap ke liye discovery is ki karna hai aap ko, yeh ab aap ki duty hai na.</w:t>
      </w:r>
    </w:p>
    <w:p>
      <w:pPr>
        <w:jc w:val="right"/>
      </w:pPr>
      <w:r>
        <w:t>ماحول تو بتاتا نہیں، اور ہم یہ جانتے نہیں کہ یہ ہمارے لیے ڈسکوریبل آئٹم ہے۔ یا تو آپ خود جان لیتے کہ آپ کے لیے ڈسکوری اس کی کرنا ہے آپ کو، یہ اب آپ کی ڈیوٹی ہے نا۔</w:t>
      </w:r>
    </w:p>
    <w:p>
      <w:r>
        <w:rPr>
          <w:b/>
        </w:rPr>
        <w:t xml:space="preserve">[08:22] </w:t>
      </w:r>
      <w:r>
        <w:t>aur na mahol ne bataya.</w:t>
      </w:r>
    </w:p>
    <w:p>
      <w:pPr>
        <w:jc w:val="right"/>
      </w:pPr>
      <w:r>
        <w:t>اور نہ ماحول نے بتایا۔</w:t>
      </w:r>
    </w:p>
    <w:p>
      <w:r>
        <w:rPr>
          <w:b/>
        </w:rPr>
        <w:t xml:space="preserve">[08:26] </w:t>
      </w:r>
      <w:r>
        <w:t>yeh baat hai aur kya baat hai? koi angel to aaye ga nahin?</w:t>
      </w:r>
    </w:p>
    <w:p>
      <w:pPr>
        <w:jc w:val="right"/>
      </w:pPr>
      <w:r>
        <w:t>یہ بات ہے اور کیا بات ہے؟ کوئی اینجل تو آئے گا نہیں؟</w:t>
      </w:r>
    </w:p>
    <w:p>
      <w:r>
        <w:rPr>
          <w:b/>
        </w:rPr>
        <w:t xml:space="preserve">[08:36] </w:t>
      </w:r>
      <w:r>
        <w:t>koi angel to aaye ga nahin? main kisi wajah se ek different insaan ke taur par paida hua. mujhe nahin maloom ke kyun different insaan.</w:t>
      </w:r>
    </w:p>
    <w:p>
      <w:pPr>
        <w:jc w:val="right"/>
      </w:pPr>
      <w:r>
        <w:t>کوئی اینجل تو آئے گا نہیں؟ میں کسی وجہ سے ایک ڈفرنٹ انسان کے طور پر پیدا ہوا۔ مجھے نہیں معلوم کہ کیوں ڈفرنٹ انسان۔</w:t>
      </w:r>
    </w:p>
    <w:p>
      <w:r>
        <w:rPr>
          <w:b/>
        </w:rPr>
        <w:t xml:space="preserve">[08:49] </w:t>
      </w:r>
      <w:r>
        <w:t>aur bachpan se mere mann mein yeh sab sawalat the. pehle to yeh sawalat the, inconstitutionally.</w:t>
      </w:r>
    </w:p>
    <w:p>
      <w:pPr>
        <w:jc w:val="right"/>
      </w:pPr>
      <w:r>
        <w:t>اور بچپن سے میرے من میں یہ سب سوالات تھے۔ پہلے تو یہ سوالات تھے، انکانسٹیٹیوشنلی۔</w:t>
      </w:r>
    </w:p>
    <w:p>
      <w:r>
        <w:rPr>
          <w:b/>
        </w:rPr>
        <w:t xml:space="preserve">[09:01] </w:t>
      </w:r>
      <w:r>
        <w:t>phir main samajhta hoon ke</w:t>
      </w:r>
    </w:p>
    <w:p>
      <w:pPr>
        <w:jc w:val="right"/>
      </w:pPr>
      <w:r>
        <w:t>پھر میں سمجھتا ہوں کہ</w:t>
      </w:r>
    </w:p>
    <w:p>
      <w:r>
        <w:rPr>
          <w:b/>
        </w:rPr>
        <w:t xml:space="preserve">[09:07] </w:t>
      </w:r>
      <w:r>
        <w:t>jab main hua, jab meri umar hui, main samajhta hoon ke shayad 1940 mein, ghaliban,</w:t>
      </w:r>
    </w:p>
    <w:p>
      <w:pPr>
        <w:jc w:val="right"/>
      </w:pPr>
      <w:r>
        <w:t>جب میں ہوا، جب میری عمر ہوئی، میں سمجھتا ہوں کہ شاید انیس سو چالیس میں، غالباً،</w:t>
      </w:r>
    </w:p>
    <w:p>
      <w:r>
        <w:rPr>
          <w:b/>
        </w:rPr>
        <w:t xml:space="preserve">[09:22] </w:t>
      </w:r>
      <w:r>
        <w:t>tab main shoori taur par sochne laga.</w:t>
      </w:r>
    </w:p>
    <w:p>
      <w:pPr>
        <w:jc w:val="right"/>
      </w:pPr>
      <w:r>
        <w:t>تب میں شعوری طور پر سوچنے لگا۔</w:t>
      </w:r>
    </w:p>
    <w:p>
      <w:r>
        <w:rPr>
          <w:b/>
        </w:rPr>
        <w:t xml:space="preserve">[09:26] </w:t>
      </w:r>
      <w:r>
        <w:t>mujhe ab tak yaad hai ke main alam ke, alam goya jo mera watan hai, wahan ke jamia masjid mein tha main akela.</w:t>
      </w:r>
    </w:p>
    <w:p>
      <w:pPr>
        <w:jc w:val="right"/>
      </w:pPr>
      <w:r>
        <w:t>مجھے اب تک یاد ہے کہ میں عالم کے، عالم گویا جو میرا وطن ہے، وہاں کے جامع مسجد میں تھا میں اکیلا۔</w:t>
      </w:r>
    </w:p>
    <w:p>
      <w:r>
        <w:rPr>
          <w:b/>
        </w:rPr>
        <w:t xml:space="preserve">[09:37] </w:t>
      </w:r>
      <w:r>
        <w:t>akela tha. to achaanak main chala utha, khudaawand to kab aayega? main kab tak tera intezar karoon?</w:t>
      </w:r>
    </w:p>
    <w:p>
      <w:pPr>
        <w:jc w:val="right"/>
      </w:pPr>
      <w:r>
        <w:t>اکیلا تھا۔ تو اچانک میں چلا اٹھا، خداوند تو کب آئے گا؟ میں کب تک تیرا انتظار کروں؟</w:t>
      </w:r>
    </w:p>
    <w:p>
      <w:r>
        <w:rPr>
          <w:b/>
        </w:rPr>
        <w:t xml:space="preserve">[09:49] </w:t>
      </w:r>
      <w:r>
        <w:t>aap jaante hain kisi insaan ko is pe yeh guzra ho? bataiye to? aap jaante hain aap log kisi aise insaan ko?</w:t>
      </w:r>
    </w:p>
    <w:p>
      <w:pPr>
        <w:jc w:val="right"/>
      </w:pPr>
      <w:r>
        <w:t>آپ جانتے ہیں کسی انسان کو اس پہ یہ گزرا ہو؟ بتائیے تو؟ آپ جانتے ہیں آپ لوگ کسی ایسے انسان کو؟</w:t>
      </w:r>
    </w:p>
    <w:p>
      <w:r>
        <w:rPr>
          <w:b/>
        </w:rPr>
        <w:t xml:space="preserve">[09:59] </w:t>
      </w:r>
      <w:r>
        <w:t>nahin Maulana. kya Khwaja sahib, kya keh rahe hain yeh? Maulana, yeh log keh rahe hain ke nahin jaante hain. aise kisi insaan ko aap log jaante hain jis pe yeh guzra ho ke?</w:t>
      </w:r>
    </w:p>
    <w:p>
      <w:pPr>
        <w:jc w:val="right"/>
      </w:pPr>
      <w:r>
        <w:t>نہیں مولانا۔ کیا خواجہ صاحب، کیا کہہ رہے ہیں یہ؟ مولانا، یہ لوگ کہہ رہے ہیں کہ نہیں جانتے ہیں۔ ایسے کسی انسان کو آپ لوگ جانتے ہیں جس پہ یہ گزرا ہو کہ؟</w:t>
      </w:r>
    </w:p>
    <w:p>
      <w:r>
        <w:rPr>
          <w:b/>
        </w:rPr>
        <w:t xml:space="preserve">[10:11] </w:t>
      </w:r>
      <w:r>
        <w:t>ji nahin Maulana. hain? nahin. Abdus Samad sahib bol rahe hain nahin jaante hain.</w:t>
      </w:r>
    </w:p>
    <w:p>
      <w:pPr>
        <w:jc w:val="right"/>
      </w:pPr>
      <w:r>
        <w:t>جی نہیں مولانا۔ ہیں؟ نہیں۔ عبدالصمد صاحب بول رہے ہیں نہیں جانتے ہیں۔</w:t>
      </w:r>
    </w:p>
    <w:p>
      <w:r>
        <w:rPr>
          <w:b/>
        </w:rPr>
        <w:t xml:space="preserve">[10:18] </w:t>
      </w:r>
      <w:r>
        <w:t>haan, to isi ko sochte hain ke aisa kyun?</w:t>
      </w:r>
    </w:p>
    <w:p>
      <w:pPr>
        <w:jc w:val="right"/>
      </w:pPr>
      <w:r>
        <w:t>ہاں، تو اسی کو سوچتے ہیں کہ ایسا کیوں؟</w:t>
      </w:r>
    </w:p>
    <w:p>
      <w:r>
        <w:rPr>
          <w:b/>
        </w:rPr>
        <w:t xml:space="preserve">[10:25] </w:t>
      </w:r>
      <w:r>
        <w:t>main masjid mein kaafi bada is ka aangan tha, aur is ke aangan mein ek chada hua tha, aur ek papite ke phal ke neeche,</w:t>
      </w:r>
    </w:p>
    <w:p>
      <w:pPr>
        <w:jc w:val="right"/>
      </w:pPr>
      <w:r>
        <w:t>میں مسجد میں کافی بڑا اس کا آنگن تھا، اور اس کے آنگن میں ایک چڑھا ہوا تھا، اور ایک پپیتے کے پھل کے نیچے،</w:t>
      </w:r>
    </w:p>
    <w:p>
      <w:r>
        <w:rPr>
          <w:b/>
        </w:rPr>
        <w:t xml:space="preserve">[10:42] </w:t>
      </w:r>
      <w:r>
        <w:t>papite ke phal ke neeche khada hua tha. to wahan par jo koi photo leta, agar photo, to wahan yeh haal tha ke papite se</w:t>
      </w:r>
    </w:p>
    <w:p>
      <w:pPr>
        <w:jc w:val="right"/>
      </w:pPr>
      <w:r>
        <w:t>پپیتے کے پھل کے نیچے کھڑا ہوا تھا۔ تو وہاں پر جو کوئی فوٹو لیتا، اگر فوٹو، تو وہاں یہ حال تھا کہ پپیتے سے</w:t>
      </w:r>
    </w:p>
    <w:p>
      <w:r>
        <w:rPr>
          <w:b/>
        </w:rPr>
        <w:t xml:space="preserve">[11:00] </w:t>
      </w:r>
      <w:r>
        <w:t>phool jud rahe the is ke, aur meri aankhon se aansu gir rahe the. aur is pe yeh bhai chala utha, khudaawand to kab aayega?</w:t>
      </w:r>
    </w:p>
    <w:p>
      <w:pPr>
        <w:jc w:val="right"/>
      </w:pPr>
      <w:r>
        <w:t>پھول جڑ رہے تھے اس کے، اور میری آنکھوں سے آنسو گر رہے تھے۔ اور اس پہ یہ بھئی چلا اٹھا، خداوند تو کب آئے گا؟</w:t>
      </w:r>
    </w:p>
    <w:p>
      <w:r>
        <w:rPr>
          <w:b/>
        </w:rPr>
        <w:t xml:space="preserve">[11:16] </w:t>
      </w:r>
      <w:r>
        <w:t>main kab tak tera is ka intezar karoon?</w:t>
      </w:r>
    </w:p>
    <w:p>
      <w:pPr>
        <w:jc w:val="right"/>
      </w:pPr>
      <w:r>
        <w:t>میں کب تک تیرا اس کا انتظار کروں؟</w:t>
      </w:r>
    </w:p>
    <w:p>
      <w:r>
        <w:rPr>
          <w:b/>
        </w:rPr>
        <w:t xml:space="preserve">[11:21] </w:t>
      </w:r>
      <w:r>
        <w:t>yeh sab sochiye aap log ke kyun aisa koi overcoordination aap ne, aur kyun</w:t>
      </w:r>
    </w:p>
    <w:p>
      <w:pPr>
        <w:jc w:val="right"/>
      </w:pPr>
      <w:r>
        <w:t>یہ سب سوچیے آپ لوگ کہ کیوں ایسا کوئی اوورکورنیشن آپ نے، اور کیوں</w:t>
      </w:r>
    </w:p>
    <w:p>
      <w:r>
        <w:rPr>
          <w:b/>
        </w:rPr>
        <w:t xml:space="preserve">[11:32] </w:t>
      </w:r>
      <w:r>
        <w:t>aisa waqea pesh aaya? to sochte hain ke nahin aap log? mujh se kyun poochte hain? Khwaja sahib, kya kaam</w:t>
      </w:r>
    </w:p>
    <w:p>
      <w:pPr>
        <w:jc w:val="right"/>
      </w:pPr>
      <w:r>
        <w:t>ایسا واقعہ پیش آیا؟ تو سوچتے ہیں کہ نہیں آپ لوگ؟ مجھ سے کیوں پوچھتے ہیں؟ خواجہ صاحب، کیا کام</w:t>
      </w:r>
    </w:p>
    <w:p>
      <w:r>
        <w:rPr>
          <w:b/>
        </w:rPr>
        <w:t xml:space="preserve">[11:42] </w:t>
      </w:r>
      <w:r>
        <w:t>hai? Maulana, aap yeh keh rahe hain ke jo waqea aap ke saath pesh aaya, jab aap ne Azamgarh mein kaha tha ke khudaawand to kab aayega, main kab tak tere aane ka intezar karoon, to yeh waqea jo aap ko 1940 mein pesh aaya tha, aisa kisi doosre ke saath pesh nahin aaya.</w:t>
      </w:r>
    </w:p>
    <w:p>
      <w:pPr>
        <w:jc w:val="right"/>
      </w:pPr>
      <w:r>
        <w:t>ہے؟ مولانا، آپ یہ کہہ رہے ہیں کہ جو واقعہ آپ کے ساتھ پیش آیا، جب آپ نے اعظم گڑھ میں کہا تھا کہ خداوند تو کب آئے گا، میں کب تک تیرے آنے کا انتظار کروں، تو یہ واقعہ جو آپ کو انیس سو چالیس میں پیش آیا تھا، ایسا کسی دوسرے کے ساتھ پیش نہیں آیا۔</w:t>
      </w:r>
    </w:p>
    <w:p>
      <w:r>
        <w:rPr>
          <w:b/>
        </w:rPr>
        <w:t xml:space="preserve">[12:00] </w:t>
      </w:r>
      <w:r>
        <w:t>to hum logon ko sochna chahiye ke aisa waqea aap ke saath kyun pesh aaya?</w:t>
      </w:r>
    </w:p>
    <w:p>
      <w:pPr>
        <w:jc w:val="right"/>
      </w:pPr>
      <w:r>
        <w:t>تو ہم لوگوں کو سوچنا چاہیے کہ ایسا واقعہ آپ کے ساتھ کیوں پیش آیا؟</w:t>
      </w:r>
    </w:p>
    <w:p>
      <w:r>
        <w:rPr>
          <w:b/>
        </w:rPr>
        <w:t xml:space="preserve">[12:04] </w:t>
      </w:r>
      <w:r>
        <w:t>aap kyon nahin sochte ke aisa waqea ek hi insaan ke saath pesh aaya? aap sab log hazaron logon se mile honge, mujhe bataiye ke aisa waqea aap jante hain kisi ke saath pesh aaya ho?</w:t>
      </w:r>
    </w:p>
    <w:p>
      <w:pPr>
        <w:jc w:val="right"/>
      </w:pPr>
      <w:r>
        <w:t>آپ کیوں نہیں سوچتے کہ ایسا واقعہ ایک ہی انسان کے ساتھ پیش آیا؟ آپ سب لوگ ہزاروں لوگوں سے ملے ہوں گے، مجھے بتائیے کہ ایسا واقعہ آپ جانتے ہیں کسی کے ساتھ پیش آیا ہو؟</w:t>
      </w:r>
    </w:p>
    <w:p>
      <w:r>
        <w:rPr>
          <w:b/>
        </w:rPr>
        <w:t xml:space="preserve">[12:23] </w:t>
      </w:r>
      <w:r>
        <w:t>kisi ek insaan ka naam lijie. khwaja sahib,</w:t>
      </w:r>
    </w:p>
    <w:p>
      <w:pPr>
        <w:jc w:val="right"/>
      </w:pPr>
      <w:r>
        <w:t>کسی ایک انسان کا نام لیجیے۔ خواجہ صاحب،</w:t>
      </w:r>
    </w:p>
    <w:p>
      <w:r>
        <w:rPr>
          <w:b/>
        </w:rPr>
        <w:t xml:space="preserve">[12:31] </w:t>
      </w:r>
      <w:r>
        <w:t>kya kehte hain aap</w:t>
      </w:r>
    </w:p>
    <w:p>
      <w:pPr>
        <w:jc w:val="right"/>
      </w:pPr>
      <w:r>
        <w:t>کیا کہتے ہیں آپ</w:t>
      </w:r>
    </w:p>
    <w:p>
      <w:r>
        <w:rPr>
          <w:b/>
        </w:rPr>
        <w:t xml:space="preserve">[12:34] </w:t>
      </w:r>
      <w:r>
        <w:t>? sab bol rahe hain ke nahin, kisi kisi ke saath nahin pesh aaya. isi ko sochiye, isi mein jawab hai. ab tak mere itne din beet gaye, tak meri, jisko teri angrezi mein, vivid memory,</w:t>
      </w:r>
    </w:p>
    <w:p>
      <w:pPr>
        <w:jc w:val="right"/>
      </w:pPr>
      <w:r>
        <w:t>؟ سب بول رہے ہیں کہ نہیں، کسی کسی کے ساتھ نہیں پیش آیا۔ اسی کو سوچیے، اسی میں جواب ہے۔ اب تک میرے اتنے دن بیت گئے، تک میری، جس کو تیری انگریزی میں، ویوڈ میموری،</w:t>
      </w:r>
    </w:p>
    <w:p>
      <w:r>
        <w:rPr>
          <w:b/>
        </w:rPr>
        <w:t xml:space="preserve">[12:51] </w:t>
      </w:r>
      <w:r>
        <w:t>kya kehte hain bhai? vivid mem</w:t>
      </w:r>
    </w:p>
    <w:p>
      <w:pPr>
        <w:jc w:val="right"/>
      </w:pPr>
      <w:r>
        <w:t>کیا کہتے ہیں بھئی؟ ویوڈ می</w:t>
      </w:r>
    </w:p>
    <w:p>
      <w:r>
        <w:rPr>
          <w:b/>
        </w:rPr>
        <w:t xml:space="preserve">[12:53] </w:t>
      </w:r>
      <w:r>
        <w:t>ory. vivid memory. ab tak meri vivid memory mein yeh waqea hai, aur iske baad yahi bar bar mein yahi bolta raha,</w:t>
      </w:r>
    </w:p>
    <w:p>
      <w:pPr>
        <w:jc w:val="right"/>
      </w:pPr>
      <w:r>
        <w:t>موری۔ ویوڈ میموری۔ اب تک میری ویوڈ میموری میں یہ واقعہ ہے، اور اس کے بعد یہی بار بار میں یہی بولتا رہا،</w:t>
      </w:r>
    </w:p>
    <w:p>
      <w:r>
        <w:rPr>
          <w:b/>
        </w:rPr>
        <w:t xml:space="preserve">[13:07] </w:t>
      </w:r>
      <w:r>
        <w:t>yahan se le kar lahore tak chala gaya,</w:t>
      </w:r>
    </w:p>
    <w:p>
      <w:pPr>
        <w:jc w:val="right"/>
      </w:pPr>
      <w:r>
        <w:t>یہاں سے لے کر لاہور تک چلا گیا،</w:t>
      </w:r>
    </w:p>
    <w:p>
      <w:r>
        <w:rPr>
          <w:b/>
        </w:rPr>
        <w:t xml:space="preserve">[13:11] </w:t>
      </w:r>
      <w:r>
        <w:t>yeh bolte hue, khawand to kab aayega? main kab tak tere aane ka intezar karoon?</w:t>
      </w:r>
    </w:p>
    <w:p>
      <w:pPr>
        <w:jc w:val="right"/>
      </w:pPr>
      <w:r>
        <w:t>یہ بولتے ہوئے، خداوند تو کب آئے گا؟ میں کب تک تیرے آنے کا انتظار کروں؟</w:t>
      </w:r>
    </w:p>
    <w:p>
      <w:r>
        <w:rPr>
          <w:b/>
        </w:rPr>
        <w:t xml:space="preserve">[13:21] </w:t>
      </w:r>
      <w:r>
        <w:t>yeh bolte hue main lahore chala gaya.</w:t>
      </w:r>
    </w:p>
    <w:p>
      <w:pPr>
        <w:jc w:val="right"/>
      </w:pPr>
      <w:r>
        <w:t>یہ بولتے ہوئے میں لاہور چلا گیا۔</w:t>
      </w:r>
    </w:p>
    <w:p>
      <w:r>
        <w:rPr>
          <w:b/>
        </w:rPr>
        <w:t xml:space="preserve">[13:26] </w:t>
      </w:r>
      <w:r>
        <w:t>woh bhi ab tak meri vivid memory mein hai, kaise main gaya tha, kahan pahuncha tha, kahan baitha tha.</w:t>
      </w:r>
    </w:p>
    <w:p>
      <w:pPr>
        <w:jc w:val="right"/>
      </w:pPr>
      <w:r>
        <w:t>وہ بھی اب تک میری ویوڈ میموری میں ہے، کیسے میں گیا تھا، کہاں پہنچا تھا، کہاں بیٹھا تھا۔</w:t>
      </w:r>
    </w:p>
    <w:p>
      <w:r>
        <w:rPr>
          <w:b/>
        </w:rPr>
        <w:t xml:space="preserve">[13:40] </w:t>
      </w:r>
      <w:r>
        <w:t>deewangi ka alam tha. ab yeh allah taala ne ek aadmi mujh se mila diya, ek the,</w:t>
      </w:r>
    </w:p>
    <w:p>
      <w:pPr>
        <w:jc w:val="right"/>
      </w:pPr>
      <w:r>
        <w:t>دیوانگی کا عالم تھا۔ اب یہ اللہ تعالیٰ نے ایک آدمی مجھ سے ملا دیا، ایک تھے،</w:t>
      </w:r>
    </w:p>
    <w:p>
      <w:r>
        <w:rPr>
          <w:b/>
        </w:rPr>
        <w:t xml:space="preserve">[13:51] </w:t>
      </w:r>
      <w:r>
        <w:t>un ka poora naam mujhe yaad nahin hai, woh ansari sahib ka yaad hai.</w:t>
      </w:r>
    </w:p>
    <w:p>
      <w:pPr>
        <w:jc w:val="right"/>
      </w:pPr>
      <w:r>
        <w:t>ان کا پورا نام مجھے یاد نہیں ہے، وہ انصاری صاحب کا یاد ہے۔</w:t>
      </w:r>
    </w:p>
    <w:p>
      <w:r>
        <w:rPr>
          <w:b/>
        </w:rPr>
        <w:t xml:space="preserve">[14:02] </w:t>
      </w:r>
      <w:r>
        <w:t>to yeh allah taala ki hikmat thi ke woh mujh se mil gaye, woh mujh se apne ghar le gaye. agar woh na mile hote to aaj shayad main khudkushi kar chuka hota.</w:t>
      </w:r>
    </w:p>
    <w:p>
      <w:pPr>
        <w:jc w:val="right"/>
      </w:pPr>
      <w:r>
        <w:t>تو یہ اللہ تعالیٰ کی حکمت تھی کہ وہ مجھ سے مل گئے، وہ مجھ سے اپنے گھر لے گئے۔ اگر وہ نہ ملے ہوتے تو آج شاید میں خودکشی کر چکا ہوتا۔</w:t>
      </w:r>
    </w:p>
    <w:p>
      <w:r>
        <w:rPr>
          <w:b/>
        </w:rPr>
        <w:t xml:space="preserve">[14:18] </w:t>
      </w:r>
      <w:r>
        <w:t>itni intensity ke saath yeh sab baatein thin ke main</w:t>
      </w:r>
    </w:p>
    <w:p>
      <w:pPr>
        <w:jc w:val="right"/>
      </w:pPr>
      <w:r>
        <w:t>اتنی انٹینسٹی کے ساتھ یہ سب باتیں تھیں کہ میں</w:t>
      </w:r>
    </w:p>
    <w:p>
      <w:r>
        <w:rPr>
          <w:b/>
        </w:rPr>
        <w:t xml:space="preserve">[14:22] </w:t>
      </w:r>
      <w:r>
        <w:t>jeena, meri shayad na hota. wohi aadmi mujhe le gaya apne ghar, woh rehta tha lahore mein,</w:t>
      </w:r>
    </w:p>
    <w:p>
      <w:pPr>
        <w:jc w:val="right"/>
      </w:pPr>
      <w:r>
        <w:t>جینا، میری شاید نہ ہوتا۔ وہی آدمی مجھے لے گیا اپنے گھر، وہ رہتا تھا لاہور میں،</w:t>
      </w:r>
    </w:p>
    <w:p>
      <w:r>
        <w:rPr>
          <w:b/>
        </w:rPr>
        <w:t xml:space="preserve">[14:39] </w:t>
      </w:r>
      <w:r>
        <w:t>mall road ke par. to is aadmi ko main bohat chaha baat ko ke woh mil jaye mujhe kahin,</w:t>
      </w:r>
    </w:p>
    <w:p>
      <w:pPr>
        <w:jc w:val="right"/>
      </w:pPr>
      <w:r>
        <w:t>مال روڈ کے پر۔ تو اس آدمی کو میں بہت چاہا بات کو کہ وہ مل جائے مجھے کہیں،</w:t>
      </w:r>
    </w:p>
    <w:p>
      <w:r>
        <w:rPr>
          <w:b/>
        </w:rPr>
        <w:t xml:space="preserve">[14:53] </w:t>
      </w:r>
      <w:r>
        <w:t>lekin nahin mila woh.</w:t>
      </w:r>
    </w:p>
    <w:p>
      <w:pPr>
        <w:jc w:val="right"/>
      </w:pPr>
      <w:r>
        <w:t>لیکن نہیں ملا وہ۔</w:t>
      </w:r>
    </w:p>
    <w:p>
      <w:r>
        <w:rPr>
          <w:b/>
        </w:rPr>
        <w:t xml:space="preserve">[14:58] </w:t>
      </w:r>
      <w:r>
        <w:t>bas naam is ka yaad hai ke ansari sahib kehte the log is ko. woh meri tarah se tha, aur woh nojawan ki umar ka tha woh.</w:t>
      </w:r>
    </w:p>
    <w:p>
      <w:pPr>
        <w:jc w:val="right"/>
      </w:pPr>
      <w:r>
        <w:t>بس نام اس کا یاد ہے کہ انصاری صاحب کہتے تھے لوگ اس کو۔ وہ میری طرح سے تھا، اور وہ نوجوان کی عمر کا تھا وہ۔</w:t>
      </w:r>
    </w:p>
    <w:p>
      <w:r>
        <w:rPr>
          <w:b/>
        </w:rPr>
        <w:t xml:space="preserve">[15:13] </w:t>
      </w:r>
      <w:r>
        <w:t>un se mulaqat kaise hui thi? main lahore station se nikal kar ke road pe chalne laga, road par.</w:t>
      </w:r>
    </w:p>
    <w:p>
      <w:pPr>
        <w:jc w:val="right"/>
      </w:pPr>
      <w:r>
        <w:t>ان سے ملاقات کیسے ہوئی تھی؟ میں لاہور اسٹیشن سے نکل کر کے روڈ پہ چلنے لگا، روڈ پر۔</w:t>
      </w:r>
    </w:p>
    <w:p>
      <w:r>
        <w:rPr>
          <w:b/>
        </w:rPr>
        <w:t xml:space="preserve">[15:25] </w:t>
      </w:r>
      <w:r>
        <w:t>to chalte chalte ek jagah dekha ke haan, muhammad iqbal, un ka ghar ka board laga hua hai.</w:t>
      </w:r>
    </w:p>
    <w:p>
      <w:pPr>
        <w:jc w:val="right"/>
      </w:pPr>
      <w:r>
        <w:t>تو چلتے چلتے ایک جگہ دیکھا کہ ہاں، محمد اقبال، ان کا گھر کا بورڈ لگا ہوا ہے۔</w:t>
      </w:r>
    </w:p>
    <w:p>
      <w:r>
        <w:rPr>
          <w:b/>
        </w:rPr>
        <w:t xml:space="preserve">[15:34] </w:t>
      </w:r>
      <w:r>
        <w:t>to main samjha ke yeh ghar jo hai iqbal ka ghar hai. to wohin main khada ho gaya.</w:t>
      </w:r>
    </w:p>
    <w:p>
      <w:pPr>
        <w:jc w:val="right"/>
      </w:pPr>
      <w:r>
        <w:t>تو میں سمجھا کہ یہ گھر جو ہے اقبال کا گھر ہے۔ تو وہیں میں کھڑا ہو گیا۔</w:t>
      </w:r>
    </w:p>
    <w:p>
      <w:r>
        <w:rPr>
          <w:b/>
        </w:rPr>
        <w:t xml:space="preserve">[15:45] </w:t>
      </w:r>
      <w:r>
        <w:t>to mujhe pyas lagi hui thi us waqt. pyas. to main ne dekha ke un ka jo ghar tha, us ghar mein ek choti si masjid thi, aur us mein hand pump laga hua tha, hand pump.</w:t>
      </w:r>
    </w:p>
    <w:p>
      <w:pPr>
        <w:jc w:val="right"/>
      </w:pPr>
      <w:r>
        <w:t>تو مجھے پیاس لگی ہوئی تھی اس وقت۔ پیاس۔ تو میں نے دیکھا کہ ان کا جو گھر تھا، اس گھر میں ایک چھوٹی سی مسجد تھی، اور اس میں ہینڈ پمپ لگا ہوا تھا، ہینڈ پمپ۔</w:t>
      </w:r>
    </w:p>
    <w:p>
      <w:r>
        <w:rPr>
          <w:b/>
        </w:rPr>
        <w:t xml:space="preserve">[15:59] </w:t>
      </w:r>
      <w:r>
        <w:t>to wahan gaya main hand pump chalane laga.</w:t>
      </w:r>
    </w:p>
    <w:p>
      <w:pPr>
        <w:jc w:val="right"/>
      </w:pPr>
      <w:r>
        <w:t>تو وہاں گیا میں ہینڈ پمپ چلانے لگا۔</w:t>
      </w:r>
    </w:p>
    <w:p>
      <w:r>
        <w:rPr>
          <w:b/>
        </w:rPr>
        <w:t xml:space="preserve">[16:02] </w:t>
      </w:r>
      <w:r>
        <w:t>to hand pump chala raha hai, ab pani nikalta nahin. woh bechara road par khada hua dekhta raha. ek aadmi hai, hand pump chala raha hai, pani nikalta nahin.</w:t>
      </w:r>
    </w:p>
    <w:p>
      <w:pPr>
        <w:jc w:val="right"/>
      </w:pPr>
      <w:r>
        <w:t>تو ہینڈ پمپ چلا رہا ہے، اب پانی نکلتا نہیں۔ وہ بیچارہ روڈ پر کھڑا ہوا دیکھتا رہا۔ ایک آدمی ہے، ہینڈ پمپ چلا رہا ہے، پانی نکلتا نہیں۔</w:t>
      </w:r>
    </w:p>
    <w:p>
      <w:r>
        <w:rPr>
          <w:b/>
        </w:rPr>
        <w:t xml:space="preserve">[16:15] </w:t>
      </w:r>
      <w:r>
        <w:t>to wahan se dekh ke us ne jana hai ke yeh aadmi hai,</w:t>
      </w:r>
    </w:p>
    <w:p>
      <w:pPr>
        <w:jc w:val="right"/>
      </w:pPr>
      <w:r>
        <w:t>تو وہاں سے دیکھ کے اس نے جانا ہے کہ یہ آدمی ہے،</w:t>
      </w:r>
    </w:p>
    <w:p>
      <w:r>
        <w:rPr>
          <w:b/>
        </w:rPr>
        <w:t xml:space="preserve">[16:20] </w:t>
      </w:r>
      <w:r>
        <w:t>janta nahi ke is ko tape laga hua hai andar.</w:t>
      </w:r>
    </w:p>
    <w:p>
      <w:pPr>
        <w:jc w:val="right"/>
      </w:pPr>
      <w:r>
        <w:t>جانتا نہیں کہ اس کو ٹیپ لگا ہوا ہے اندر۔</w:t>
      </w:r>
    </w:p>
    <w:p>
      <w:r>
        <w:rPr>
          <w:b/>
        </w:rPr>
        <w:t xml:space="preserve">[16:27] </w:t>
      </w:r>
      <w:r>
        <w:t>hand pump ki fitting thi bahar, lekin tape ki fitting thi andar. to pani mein chala tha bahar, pani gir raha hai wahan.</w:t>
      </w:r>
    </w:p>
    <w:p>
      <w:pPr>
        <w:jc w:val="right"/>
      </w:pPr>
      <w:r>
        <w:t>ہینڈ پمپ کی فٹنگ تھی باہر، لیکن ٹیپ کی فٹنگ تھی اندر۔ تو پانی میں چلا تھا باہر، پانی گر رہا ہے وہاں۔</w:t>
      </w:r>
    </w:p>
    <w:p>
      <w:r>
        <w:rPr>
          <w:b/>
        </w:rPr>
        <w:t xml:space="preserve">[16:40] </w:t>
      </w:r>
      <w:r>
        <w:t>to aya mere pas, us ne kaha ke dekhiye aap tape band kar dijiye, tab bahar pani nikle ga.</w:t>
      </w:r>
    </w:p>
    <w:p>
      <w:pPr>
        <w:jc w:val="right"/>
      </w:pPr>
      <w:r>
        <w:t>تو آیا میرے پاس، اس نے کہا کہ دیکھیے آپ ٹیپ بند کر دیجیے، تب باہر پانی نکلے گا۔</w:t>
      </w:r>
    </w:p>
    <w:p>
      <w:r>
        <w:rPr>
          <w:b/>
        </w:rPr>
        <w:t xml:space="preserve">[16:50] </w:t>
      </w:r>
      <w:r>
        <w:t>aur tape khula hua hai to pani to andar gir raha hai.</w:t>
      </w:r>
    </w:p>
    <w:p>
      <w:pPr>
        <w:jc w:val="right"/>
      </w:pPr>
      <w:r>
        <w:t>اور ٹیپ کھلا ہوا ہے تو پانی تو اندر گر رہا ہے۔</w:t>
      </w:r>
    </w:p>
    <w:p>
      <w:r>
        <w:rPr>
          <w:b/>
        </w:rPr>
        <w:t xml:space="preserve">[16:58] </w:t>
      </w:r>
      <w:r>
        <w:t>tab pani mila mujhe, ab pani piya. to wohi aadmi jo tha, woh mujh ko le gaya apne ghar. woh bechara ghareeb aadmi tha, mamooli dardi, mamooli tailor.</w:t>
      </w:r>
    </w:p>
    <w:p>
      <w:pPr>
        <w:jc w:val="right"/>
      </w:pPr>
      <w:r>
        <w:t>تب پانی ملا مجھے، اب پانی پیا۔ تو وہی آدمی جو تھا، وہ مجھ کو لے گیا اپنے گھر۔ وہ بیچارہ غریب آدمی تھا، معمولی دردی، معمولی ٹیلر۔</w:t>
      </w:r>
    </w:p>
    <w:p>
      <w:r>
        <w:rPr>
          <w:b/>
        </w:rPr>
        <w:t xml:space="preserve">[17:17] </w:t>
      </w:r>
      <w:r>
        <w:t>to us ne apne ghar mujhe rakha, shayad dardi ne rakha hoga. phir woh le gaya hai, ek hindu thay wahan,</w:t>
      </w:r>
    </w:p>
    <w:p>
      <w:pPr>
        <w:jc w:val="right"/>
      </w:pPr>
      <w:r>
        <w:t>تو اس نے اپنے گھر مجھے رکھا، شاید دردی نے رکھا ہوگا۔ پھر وہ لے گیا ہے، ایک ہندو تھے وہاں،</w:t>
      </w:r>
    </w:p>
    <w:p>
      <w:r>
        <w:rPr>
          <w:b/>
        </w:rPr>
        <w:t xml:space="preserve">[17:30] </w:t>
      </w:r>
      <w:r>
        <w:t>mall road par,</w:t>
      </w:r>
    </w:p>
    <w:p>
      <w:pPr>
        <w:jc w:val="right"/>
      </w:pPr>
      <w:r>
        <w:t>مال روڈ پر،</w:t>
      </w:r>
    </w:p>
    <w:p>
      <w:r>
        <w:rPr>
          <w:b/>
        </w:rPr>
        <w:t xml:space="preserve">[17:34] </w:t>
      </w:r>
      <w:r>
        <w:t>bell lyra ka naam tha, bell lyra, un ki dukan thi, bell lyra mansions, un ke haan le gaya.</w:t>
      </w:r>
    </w:p>
    <w:p>
      <w:pPr>
        <w:jc w:val="right"/>
      </w:pPr>
      <w:r>
        <w:t>بیل لیرا کا نام تھا، بیل لیرا، ان کی دکان تھی، بیل لیرا منشنز، ان کے ہاں لے گیا۔</w:t>
      </w:r>
    </w:p>
    <w:p>
      <w:r>
        <w:rPr>
          <w:b/>
        </w:rPr>
        <w:t xml:space="preserve">[17:44] </w:t>
      </w:r>
      <w:r>
        <w:t>to woh aadmi jo tha, woh is ki umar zyada thi. to us ne ise milaya.</w:t>
      </w:r>
    </w:p>
    <w:p>
      <w:pPr>
        <w:jc w:val="right"/>
      </w:pPr>
      <w:r>
        <w:t>تو وہ آدمی جو تھا، وہ اس کی عمر زیادہ تھی۔ تو اس نے اسے ملایا۔</w:t>
      </w:r>
    </w:p>
    <w:p>
      <w:r>
        <w:rPr>
          <w:b/>
        </w:rPr>
        <w:t xml:space="preserve">[17:54] </w:t>
      </w:r>
      <w:r>
        <w:t>to us ne dekh kar kaha ke yeh naujawan kisi achi family ka hai yeh, aur bhaag ke ghar, ghar se bhaag kar aya hai, is ko wapas karo.</w:t>
      </w:r>
    </w:p>
    <w:p>
      <w:pPr>
        <w:jc w:val="right"/>
      </w:pPr>
      <w:r>
        <w:t>تو اس نے دیکھ کر کہا کہ یہ نوجوان کسی اچھی فیملی کا ہے یہ، اور بھاگ کے گھر، گھر سے بھاگ کر آیا ہے، اس کو واپس کرو۔</w:t>
      </w:r>
    </w:p>
    <w:p>
      <w:r>
        <w:rPr>
          <w:b/>
        </w:rPr>
        <w:t xml:space="preserve">[18:07] </w:t>
      </w:r>
      <w:r>
        <w:t>to apne pas se us ne mujhe wapas karne ke paise diye.</w:t>
      </w:r>
    </w:p>
    <w:p>
      <w:pPr>
        <w:jc w:val="right"/>
      </w:pPr>
      <w:r>
        <w:t>تو اپنے پاس سے اس نے مجھے واپس کرنے کے پیسے دیے۔</w:t>
      </w:r>
    </w:p>
    <w:p>
      <w:r>
        <w:rPr>
          <w:b/>
        </w:rPr>
        <w:t xml:space="preserve">[18:12] </w:t>
      </w:r>
      <w:r>
        <w:t>mujhe ab tak yaad hai ke pandrah rupay diya tha us ne. us waqt kiraye kam hotay thay. to us ne mujhe train par bitha diya.</w:t>
      </w:r>
    </w:p>
    <w:p>
      <w:pPr>
        <w:jc w:val="right"/>
      </w:pPr>
      <w:r>
        <w:t>مجھے اب تک یاد ہے کہ پندرہ روپے دیا تھا اس نے۔ اس وقت کرائے کم ہوتے تھے۔ تو اس نے مجھے ٹرین پر بٹھا دیا۔</w:t>
      </w:r>
    </w:p>
    <w:p>
      <w:r>
        <w:rPr>
          <w:b/>
        </w:rPr>
        <w:t xml:space="preserve">[18:27] </w:t>
      </w:r>
      <w:r>
        <w:t>shayad das rupay ka ticket hota tha. to wapas mujhe baja diya, main wapas ho kar dobara wapas aa gaya.</w:t>
      </w:r>
    </w:p>
    <w:p>
      <w:pPr>
        <w:jc w:val="right"/>
      </w:pPr>
      <w:r>
        <w:t>شاید دس روپے کا ٹکٹ ہوتا تھا۔ تو واپس مجھے بجا دیا، میں واپس ہو کر دوبارہ واپس آ گیا۔</w:t>
      </w:r>
    </w:p>
    <w:p>
      <w:r>
        <w:rPr>
          <w:b/>
        </w:rPr>
        <w:t xml:space="preserve">[18:40] </w:t>
      </w:r>
      <w:r>
        <w:t>sagan station se utra.</w:t>
      </w:r>
    </w:p>
    <w:p>
      <w:pPr>
        <w:jc w:val="right"/>
      </w:pPr>
      <w:r>
        <w:t>ساگن اسٹیشن سے اترا۔</w:t>
      </w:r>
    </w:p>
    <w:p>
      <w:r>
        <w:rPr>
          <w:b/>
        </w:rPr>
        <w:t xml:space="preserve">[18:47] </w:t>
      </w:r>
      <w:r>
        <w:t>to mujhe bataiye ke aap kisi ko jante hain jis se aisa guzra ho, aisa waqia? bataiye.</w:t>
      </w:r>
    </w:p>
    <w:p>
      <w:pPr>
        <w:jc w:val="right"/>
      </w:pPr>
      <w:r>
        <w:t>تو مجھے بتائیے کہ آپ کسی کو جانتے ہیں جس سے ایسا گزرا ہو، ایسا واقعہ؟ بتائیے۔</w:t>
      </w:r>
    </w:p>
    <w:p>
      <w:r>
        <w:rPr>
          <w:b/>
        </w:rPr>
        <w:t xml:space="preserve">[18:59] </w:t>
      </w:r>
      <w:r>
        <w:t>khawaja sahib bata</w:t>
      </w:r>
    </w:p>
    <w:p>
      <w:pPr>
        <w:jc w:val="right"/>
      </w:pPr>
      <w:r>
        <w:t>خواجہ صاحب بت</w:t>
      </w:r>
    </w:p>
    <w:p>
      <w:r>
        <w:rPr>
          <w:b/>
        </w:rPr>
        <w:t xml:space="preserve">[19:00] </w:t>
      </w:r>
      <w:r>
        <w:t>ein na. nahi. woh bol rahe hain nahi, sab bol rahe hain nahi. nahi to yeh socheye. maulana, aap jab yeh batate hain aur sochne ke liye bolte hain, apni yeh jo aap pe beeti thi baat, is se yeh samajh mein hum ko nahi aata hai ke aap actually kya yeh ishara kar rahe hain ke hum ko bhi Allah se mangna hai apna purpose of life aur samajhne ke liye?</w:t>
      </w:r>
    </w:p>
    <w:p>
      <w:pPr>
        <w:jc w:val="right"/>
      </w:pPr>
      <w:r>
        <w:t>ائیں نا۔ نہیں۔ وہ بول رہے ہیں نہیں، سب بول رہے ہیں نہیں۔ نہیں تو یہ سوچیے۔ مولانا، آپ جب یہ بتاتے ہیں اور سوچنے کے لیے بولتے ہیں، اپنی یہ جو آپ پہ بیتی تھی بات، اس سے یہ سمجھ میں ہم کو نہیں آتا ہے کہ آپ ایکچولی کیا یہ اشارہ کر رہے ہیں کہ ہم کو بھی اللہ سے مانگنا ہے اپنا پرپس آف لائف اور سمجھنے کے لیے؟</w:t>
      </w:r>
    </w:p>
    <w:p>
      <w:r>
        <w:rPr>
          <w:b/>
        </w:rPr>
        <w:t xml:space="preserve">[19:26] </w:t>
      </w:r>
      <w:r>
        <w:t>ke is baat se purpose of life ya apna yeh kaise dhoonde insan?</w:t>
      </w:r>
    </w:p>
    <w:p>
      <w:pPr>
        <w:jc w:val="right"/>
      </w:pPr>
      <w:r>
        <w:t>کہ اس بات سے پرپس آف لائف یا اپنا یہ کیسے ڈھونڈے انسان؟</w:t>
      </w:r>
    </w:p>
    <w:p>
      <w:r>
        <w:rPr>
          <w:b/>
        </w:rPr>
        <w:t xml:space="preserve">[19:33] </w:t>
      </w:r>
      <w:r>
        <w:t>ema, bilal ka sawal hai ke aap ne jo yeh qissa bataya apne baray mein, is se infer kya karna chahiye ke apna purpose Allah se dua kar ke mangna chahiye?</w:t>
      </w:r>
    </w:p>
    <w:p>
      <w:pPr>
        <w:jc w:val="right"/>
      </w:pPr>
      <w:r>
        <w:t>ایما، بلال کا سوال ہے کہ آپ نے جو یہ قصہ بتایا اپنے بارے میں، اس سے انفر کیا کرنا چاہیے کہ اپنا پرپس اللہ سے دعا کر کے مانگنا چاہیے؟</w:t>
      </w:r>
    </w:p>
    <w:p>
      <w:r>
        <w:rPr>
          <w:b/>
        </w:rPr>
        <w:t xml:space="preserve">[19:53] </w:t>
      </w:r>
      <w:r>
        <w:t>koi ek baat nahi kahun ga main. aap try kijiye, aap Allah se mangein, khud se socheye, quran padhiye. main ne bhi chalis saal tak yeh sab kiya tha.</w:t>
      </w:r>
    </w:p>
    <w:p>
      <w:pPr>
        <w:jc w:val="right"/>
      </w:pPr>
      <w:r>
        <w:t>کوئی ایک بات نہیں کہوں گا میں۔ آپ ٹرائی کیجیے، آپ اللہ سے مانگیں، خود سے سوچیے، قرآن پڑھیے۔ میں نے بھی چالیس سال تک یہ سب کیا تھا۔</w:t>
      </w:r>
    </w:p>
    <w:p>
      <w:r>
        <w:rPr>
          <w:b/>
        </w:rPr>
        <w:t xml:space="preserve">[20:06] </w:t>
      </w:r>
      <w:r>
        <w:t>to aap kijiye, agar aap se is ko samajhte hain ke koi baat hai yeh.</w:t>
      </w:r>
    </w:p>
    <w:p>
      <w:pPr>
        <w:jc w:val="right"/>
      </w:pPr>
      <w:r>
        <w:t>تو آپ کیجیے، اگر آپ سے اس کو سمجھتے ہیں کہ کوئی بات ہے یہ۔</w:t>
      </w:r>
    </w:p>
    <w:p>
      <w:r>
        <w:rPr>
          <w:b/>
        </w:rPr>
        <w:t xml:space="preserve">[20:16] </w:t>
      </w:r>
      <w:r>
        <w:t>bhai quran padhiye, hadith padhiye, sabiq halaat padhiye, jo jo relevant cheezein hain us ko padhiye.</w:t>
      </w:r>
    </w:p>
    <w:p>
      <w:pPr>
        <w:jc w:val="right"/>
      </w:pPr>
      <w:r>
        <w:t>بھئی قرآن پڑھیے، حدیث پڑھیے، سابق حالات پڑھیے، جو جو ریلیونٹ چیزیں ہیں اس کو پڑھیے۔</w:t>
      </w:r>
    </w:p>
    <w:p>
      <w:r>
        <w:rPr>
          <w:b/>
        </w:rPr>
        <w:t xml:space="preserve">[20:28] </w:t>
      </w:r>
      <w:r>
        <w:t>mujh se mat puchhiye, main to jo batana tha bata chuka hoon. asal baat yahi hai</w:t>
      </w:r>
    </w:p>
    <w:p>
      <w:pPr>
        <w:jc w:val="right"/>
      </w:pPr>
      <w:r>
        <w:t>مجھ سے مت پوچھیے، میں تو جو بتانا تھا بتا چکا ہوں۔ اصل بات یہی ہے</w:t>
      </w:r>
    </w:p>
    <w:p>
      <w:r>
        <w:rPr>
          <w:b/>
        </w:rPr>
        <w:t xml:space="preserve">[20:35] </w:t>
      </w:r>
      <w:r>
        <w:t>ke log serious nahi hain. log kisi aur cheez ke liye serious hain. serious to aadmi, har aadmi kahin na kahin hota hai, lekin doosri cheezon ke liye hota hai, us ke liye nahi hota.</w:t>
      </w:r>
    </w:p>
    <w:p>
      <w:pPr>
        <w:jc w:val="right"/>
      </w:pPr>
      <w:r>
        <w:t>کہ لوگ سیریس نہیں ہیں۔ لوگ کسی اور چیز کے لیے سیریس ہیں۔ سیریس تو آدمی، ہر آدمی کہیں نہ کہیں ہوتا ہے، لیکن دوسری چیزوں کے لیے ہوتا ہے، اس کے لیے نہیں ہوتا۔</w:t>
      </w:r>
    </w:p>
    <w:p>
      <w:r>
        <w:rPr>
          <w:b/>
        </w:rPr>
        <w:t xml:space="preserve">[20:56] </w:t>
      </w:r>
      <w:r>
        <w:t>woh soch, woh samajhta hai ke mujhe koi ready made jawab de de. yaad rakhiye ke ready made jawab hota nahi hai kisi cheez ka.</w:t>
      </w:r>
    </w:p>
    <w:p>
      <w:pPr>
        <w:jc w:val="right"/>
      </w:pPr>
      <w:r>
        <w:t>وہ سوچ، وہ سمجھتا ہے کہ مجھے کوئی ریڈی میڈ جواب دے دے۔ یاد رکھیے کہ ریڈی میڈ جواب ہوتا نہیں ہے کسی چیز کا۔</w:t>
      </w:r>
    </w:p>
    <w:p>
      <w:r>
        <w:rPr>
          <w:b/>
        </w:rPr>
        <w:t xml:space="preserve">[21:16] </w:t>
      </w:r>
      <w:r>
        <w:t>maulana, abhi jo aap ne bataya to mujhe ek sawal ka jawab mil gaya, kyunke main kai dinon se soch raha tha ke maine hadith ki kitabein padhin aur pura ek volume padh liya kunz ul arsh ka, phir us ke baad doosri kitabein padhin, phir aap ki kitabein padhin.</w:t>
      </w:r>
    </w:p>
    <w:p>
      <w:pPr>
        <w:jc w:val="right"/>
      </w:pPr>
      <w:r>
        <w:t>مولانا، ابھی جو آپ نے بتایا تو مجھے ایک سوال کا جواب مل گیا، کیونکہ میں کئی دنوں سے سوچ رہا تھا کہ میں نے حدیث کی کتابیں پڑھیں اور پورا ایک والیوم پڑھ لیا کنز العمال کا، پھر اس کے بعد دوسری کتابیں پڑھیں، پھر آپ کی کتابیں پڑھیں۔</w:t>
      </w:r>
    </w:p>
    <w:p>
      <w:r>
        <w:rPr>
          <w:b/>
        </w:rPr>
        <w:t xml:space="preserve">[21:34] </w:t>
      </w:r>
      <w:r>
        <w:t>ab mujhe soch mein aa raha tha ke main kyun padhun is ko, kya faida hai is ka mujhe padh ke. to ab mujhe samajh mein aaya ke in kitabon ko padhein ge aur is ka reason yeh hona chahiye ke hum apne potential ko jaanein.</w:t>
      </w:r>
    </w:p>
    <w:p>
      <w:pPr>
        <w:jc w:val="right"/>
      </w:pPr>
      <w:r>
        <w:t>اب مجھے سوچ میں آ رہا تھا کہ میں کیوں پڑھوں اس کو، کیا فائدہ ہے اس کا مجھے پڑھ کے۔ تو اب مجھے سمجھ میں آیا کہ ان کتابوں کو پڑھیں گے اور اس کا ریزن یہ ہونا چاہیے کہ ہم اپنے پوٹینشل کو جانیں۔</w:t>
      </w:r>
    </w:p>
    <w:p>
      <w:r>
        <w:rPr>
          <w:b/>
        </w:rPr>
        <w:t xml:space="preserve">[21:49] </w:t>
      </w:r>
      <w:r>
        <w:t>seriousness hona chahiye hum ko janne ke liye ke hamara potential kya hai.</w:t>
      </w:r>
    </w:p>
    <w:p>
      <w:pPr>
        <w:jc w:val="right"/>
      </w:pPr>
      <w:r>
        <w:t>سیریسنس ہونا چاہیے ہم کو جاننے کے لیے کہ ہمارا پوٹینشل کیا ہے۔</w:t>
      </w:r>
    </w:p>
    <w:p>
      <w:r>
        <w:rPr>
          <w:b/>
        </w:rPr>
        <w:t xml:space="preserve">[21:53] </w:t>
      </w:r>
      <w:r>
        <w:t>maulana, aap yeh bolte hain ke kai bar aap ne kaha maulana ke never allow anyone to dictate you. to maulana, is ko thoda explain kijiye ke is ka kya matlab aap matlab chahte hain, matlab is se aap kya kehna chahte hain, hum log kya message dena chahte hain</w:t>
      </w:r>
    </w:p>
    <w:p>
      <w:pPr>
        <w:jc w:val="right"/>
      </w:pPr>
      <w:r>
        <w:t>مولانا، آپ یہ بولتے ہیں کہ کئی بار آپ نے کہا مولانا کہ نیور الاؤ اینی ون ٹو ڈکٹیٹ یو۔ تو مولانا، اس کو تھوڑا ایکسپلین کیجیے کہ اس کا کیا مطلب آپ مطلب چاہتے ہیں، مطلب اس سے آپ کیا کہنا چاہتے ہیں، ہم لوگ کیا میسج دینا چاہتے ہیں</w:t>
      </w:r>
    </w:p>
    <w:p>
      <w:r>
        <w:rPr>
          <w:b/>
        </w:rPr>
        <w:t xml:space="preserve">[22:09] </w:t>
      </w:r>
      <w:r>
        <w:t>? bhai, jo maine kaha is mein aap ko nahi mila, isi mein jawab maujood hai.</w:t>
      </w:r>
    </w:p>
    <w:p>
      <w:pPr>
        <w:jc w:val="right"/>
      </w:pPr>
      <w:r>
        <w:t>؟ بھائی، جو میں نے کہا اس میں آپ کو نہیں ملا، اسی میں جواب موجود ہے۔</w:t>
      </w:r>
    </w:p>
    <w:p>
      <w:r>
        <w:rPr>
          <w:b/>
        </w:rPr>
        <w:t xml:space="preserve">[22:22] </w:t>
      </w:r>
      <w:r>
        <w:t>main aap ko ek misaal deta hoon. pakistan mein ek mashhoor aalim the, main un ko jaanta hoon, naam nahi lunga un ka, qiyas imran.</w:t>
      </w:r>
    </w:p>
    <w:p>
      <w:pPr>
        <w:jc w:val="right"/>
      </w:pPr>
      <w:r>
        <w:t>میں آپ کو ایک مثال دیتا ہوں۔ پاکستان میں ایک مشہور عالم تھے، میں ان کو جانتا ہوں، نام نہیں لوں گا ان کا، قیاس عمران۔</w:t>
      </w:r>
    </w:p>
    <w:p>
      <w:r>
        <w:rPr>
          <w:b/>
        </w:rPr>
        <w:t xml:space="preserve">[22:35] </w:t>
      </w:r>
      <w:r>
        <w:t>woh india se pakistan</w:t>
      </w:r>
    </w:p>
    <w:p>
      <w:pPr>
        <w:jc w:val="right"/>
      </w:pPr>
      <w:r>
        <w:t>وہ انڈیا سے پاکستان</w:t>
      </w:r>
    </w:p>
    <w:p>
      <w:r>
        <w:rPr>
          <w:b/>
        </w:rPr>
        <w:t xml:space="preserve">[22:39] </w:t>
      </w:r>
      <w:r>
        <w:t>hijrat kar ke pakistan gaye, aur qiyas mein unhone ek madrasa banaya. to woh un ka achhi taqreer karte the, aalim the woh.</w:t>
      </w:r>
    </w:p>
    <w:p>
      <w:pPr>
        <w:jc w:val="right"/>
      </w:pPr>
      <w:r>
        <w:t>ہجرت کر کے پاکستان گئے، اور قیاس میں انہوں نے ایک مدرسہ بنایا۔ تو وہ ان کا اچھی تقریر کرتے تھے، عالم تھے وہ۔</w:t>
      </w:r>
    </w:p>
    <w:p>
      <w:r>
        <w:rPr>
          <w:b/>
        </w:rPr>
        <w:t xml:space="preserve">[22:54] </w:t>
      </w:r>
      <w:r>
        <w:t>to ek masla kisi idare mein program tha, koi function tha, is mein un ko bulaya gaya tha.</w:t>
      </w:r>
    </w:p>
    <w:p>
      <w:pPr>
        <w:jc w:val="right"/>
      </w:pPr>
      <w:r>
        <w:t>تو ایک مسئلہ کسی ادارے میں پروگرام تھا، کوئی فنکشن تھا، اس میں ان کو بلایا گیا تھا۔</w:t>
      </w:r>
    </w:p>
    <w:p>
      <w:r>
        <w:rPr>
          <w:b/>
        </w:rPr>
        <w:t xml:space="preserve">[23:03] </w:t>
      </w:r>
      <w:r>
        <w:t>to jab woh jaane ke liye tayyar hue to bachche ne un ki taang, aap ko pata hoga ke bachche aksar peeche se aap ki aisi dono taangein pakad lete hain.</w:t>
      </w:r>
    </w:p>
    <w:p>
      <w:pPr>
        <w:jc w:val="right"/>
      </w:pPr>
      <w:r>
        <w:t>تو جب وہ جانے کے لیے تیار ہوئے تو بچے نے ان کی ٹانگ، آپ کو پتہ ہوگا کہ بچے اکثر پیچھے سے آپ کی ایسی دونوں ٹانگیں پکڑ لیتے ہیں۔</w:t>
      </w:r>
    </w:p>
    <w:p>
      <w:r>
        <w:rPr>
          <w:b/>
        </w:rPr>
        <w:t xml:space="preserve">[23:18] </w:t>
      </w:r>
      <w:r>
        <w:t>bhai, aap yahan khade hon to</w:t>
      </w:r>
    </w:p>
    <w:p>
      <w:pPr>
        <w:jc w:val="right"/>
      </w:pPr>
      <w:r>
        <w:t>بھئی، آپ یہاں کھڑے ہوں تو</w:t>
      </w:r>
    </w:p>
    <w:p>
      <w:r>
        <w:rPr>
          <w:b/>
        </w:rPr>
        <w:t xml:space="preserve">[23:20] </w:t>
      </w:r>
      <w:r>
        <w:t>donon, is donon taangon ke aise haath daal kar ke pakad lete hain bachche. kaise cheezein hain?</w:t>
      </w:r>
    </w:p>
    <w:p>
      <w:pPr>
        <w:jc w:val="right"/>
      </w:pPr>
      <w:r>
        <w:t>دونوں، اس دونوں ٹانگوں کے ایسے ہاتھ ڈال کر کے پکڑ لیتے ہیں بچے۔ کیسے چیزیں ہیں؟</w:t>
      </w:r>
    </w:p>
    <w:p>
      <w:r>
        <w:rPr>
          <w:b/>
        </w:rPr>
        <w:t xml:space="preserve">[23:30] </w:t>
      </w:r>
      <w:r>
        <w:t>ji, samajh gaye. haan, to unhone pakad liya, un ko, un ko, un ke bachche ne pakad liya.</w:t>
      </w:r>
    </w:p>
    <w:p>
      <w:pPr>
        <w:jc w:val="right"/>
      </w:pPr>
      <w:r>
        <w:t>جی، سمجھ گئے۔ ہاں، تو انہوں نے پکڑ لیا، ان کو، ان کو، ان کے بچے نے پکڑ لیا۔</w:t>
      </w:r>
    </w:p>
    <w:p>
      <w:r>
        <w:rPr>
          <w:b/>
        </w:rPr>
        <w:t xml:space="preserve">[23:42] </w:t>
      </w:r>
      <w:r>
        <w:t>to woh ruk gaye, program mein nahi, nahi gaye, us ko ek school bana liya. ke are bhai, bachcha to jaane nahi dete hum is ko.</w:t>
      </w:r>
    </w:p>
    <w:p>
      <w:pPr>
        <w:jc w:val="right"/>
      </w:pPr>
      <w:r>
        <w:t>تو وہ رک گئے، پروگرام میں نہیں، نہیں گئے، اس کو ایک سکول بنا لیا۔ کہ ارے بھئی، بچہ تو جانے نہیں دیتے ہم اس کو۔</w:t>
      </w:r>
    </w:p>
    <w:p>
      <w:r>
        <w:rPr>
          <w:b/>
        </w:rPr>
        <w:t xml:space="preserve">[23:59] </w:t>
      </w:r>
      <w:r>
        <w:t>to dekhiye, isi mein kaha karta hoon ke if you are good excuse, don't use it. saare log yahi karte hain ke excuse mein phanse rehte hain woh.</w:t>
      </w:r>
    </w:p>
    <w:p>
      <w:pPr>
        <w:jc w:val="right"/>
      </w:pPr>
      <w:r>
        <w:t>تو دیکھیے، اسی میں کہا کرتا ہوں کہ اف یو آر گڈ ایکسکیوز، ڈونٹ یوز اٹ۔ سارے لوگ یہی کرتے ہیں کہ ایکسکیوز میں پھنسے رہتے ہیں وہ۔</w:t>
      </w:r>
    </w:p>
    <w:p>
      <w:r>
        <w:rPr>
          <w:b/>
        </w:rPr>
        <w:t xml:space="preserve">[24:14] </w:t>
      </w:r>
      <w:r>
        <w:t>main Allah Akbar se kabhi kisi excuse ko liya hi nahi. aap mein se koi ek shakhs yeh bataye ke kya is ne bahut hi seriously kabhi soch kar yeh decision liya ho ke main kabhi kisi excuse ko nahi lunga?</w:t>
      </w:r>
    </w:p>
    <w:p>
      <w:pPr>
        <w:jc w:val="right"/>
      </w:pPr>
      <w:r>
        <w:t>میں اللہ اکبر سے کبھی کسی ایکسکیوز کو لیا ہی نہیں۔ آپ میں سے کوئی ایک شخص یہ بتائے کہ کیا اس نے بہت ہی سیریسلی کبھی سوچ کر یہ ڈیسیژن لیا ہو کہ میں کبھی کسی ایکسکیوز کو نہیں لوں گا؟</w:t>
      </w:r>
    </w:p>
    <w:p>
      <w:r>
        <w:rPr>
          <w:b/>
        </w:rPr>
        <w:t xml:space="preserve">[24:36] </w:t>
      </w:r>
      <w:r>
        <w:t>woh jo sahab ne aisa kiya hota hai na ke soch kar ke bahut zyada deep thinking kar ke aap ne yeh faisla liya ho ke mujhe kisi excuse lena nahi hai, chahe koi bhi, what so ever.</w:t>
      </w:r>
    </w:p>
    <w:p>
      <w:pPr>
        <w:jc w:val="right"/>
      </w:pPr>
      <w:r>
        <w:t>وہ جو صاحب نے ایسا کیا ہوتا ہے نا کہ سوچ کر کے بہت زیادہ ڈیپ تھنکنگ کر کے آپ نے یہ فیصلہ لیا ہو کہ مجھے کسی ایکسکیوز لینا نہیں ہے، چاہے کوئی بھی، واٹس سو ایور۔</w:t>
      </w:r>
    </w:p>
    <w:p>
      <w:r>
        <w:rPr>
          <w:b/>
        </w:rPr>
        <w:t xml:space="preserve">[24:52] </w:t>
      </w:r>
      <w:r>
        <w:t>qiyas sahab, poochhiye kisi ne l</w:t>
      </w:r>
    </w:p>
    <w:p>
      <w:pPr>
        <w:jc w:val="right"/>
      </w:pPr>
      <w:r>
        <w:t>قیاس صاحب، پوچھیے کسی نے ل</w:t>
      </w:r>
    </w:p>
    <w:p>
      <w:r>
        <w:rPr>
          <w:b/>
        </w:rPr>
        <w:t xml:space="preserve">[24:55] </w:t>
      </w:r>
      <w:r>
        <w:t>iya hai? nahi maulana, to hum to mahaul ke is mein chale jaate hain. maulana, woh mahboob sahab bol rahe hain ke koi bhi aisa nahi hai.</w:t>
      </w:r>
    </w:p>
    <w:p>
      <w:pPr>
        <w:jc w:val="right"/>
      </w:pPr>
      <w:r>
        <w:t>یا ہے؟ نہیں مولانا، تو ہم تو ماحول کے اس میں چلے جاتے ہیں۔ مولانا، وہ محبوب صاحب بول رہے ہیں کہ کوئی بھی ایسا نہیں ہے۔</w:t>
      </w:r>
    </w:p>
    <w:p>
      <w:r>
        <w:rPr>
          <w:b/>
        </w:rPr>
        <w:t xml:space="preserve">[25:05] </w:t>
      </w:r>
      <w:r>
        <w:t>hain? koi bhi aisa nahi karta hai ke excuse ko chhod kar woh aage badhe, koi aisa nahi karta hai. mahaul ke hisab se sab kaam karte hain.</w:t>
      </w:r>
    </w:p>
    <w:p>
      <w:pPr>
        <w:jc w:val="right"/>
      </w:pPr>
      <w:r>
        <w:t>ہیں؟ کوئی بھی ایسا نہیں کرتا ہے کہ ایکسکیوز کو چھوڑ کر وہ آگے بڑھے، کوئی ایسا نہیں کرتا ہے۔ ماحول کے حساب سے سب کام کرتے ہیں۔</w:t>
      </w:r>
    </w:p>
    <w:p>
      <w:r>
        <w:rPr>
          <w:b/>
        </w:rPr>
        <w:t xml:space="preserve">[25:17] </w:t>
      </w:r>
      <w:r>
        <w:t>bahut jald aadmi excuse le leta hai. yahi sab hote hain, yahi sab.</w:t>
      </w:r>
    </w:p>
    <w:p>
      <w:pPr>
        <w:jc w:val="right"/>
      </w:pPr>
      <w:r>
        <w:t>بہت جلد آدمی ایکسکیوز لے لیتا ہے۔ یہی سب ہوتے ہیں، یہی سب۔</w:t>
      </w:r>
    </w:p>
    <w:p>
      <w:r>
        <w:rPr>
          <w:b/>
        </w:rPr>
        <w:t xml:space="preserve">[25:27] </w:t>
      </w:r>
      <w:r>
        <w:t>haan, mera haal yeh hai ke meri biwi kehti thi ke yeh to kisi ki baat sunta hi nahi. to mujh ko log mante the ke main nafs nura aadmi hoon.</w:t>
      </w:r>
    </w:p>
    <w:p>
      <w:pPr>
        <w:jc w:val="right"/>
      </w:pPr>
      <w:r>
        <w:t>ہاں، میرا حال یہ ہے کہ میری بیوی کہتی تھی کہ یہ تو کسی کی بات سنتا ہی نہیں۔ تو مجھ کو لوگ مانتے تھے کہ میں نصف نورا آدمی ہوں۔</w:t>
      </w:r>
    </w:p>
    <w:p>
      <w:r>
        <w:rPr>
          <w:b/>
        </w:rPr>
        <w:t xml:space="preserve">[25:40] </w:t>
      </w:r>
      <w:r>
        <w:t>koi yeh bhi nahi jaanta tha ke excuse nahi leta main, yeh bhi nahi koi jaanta tha. dekhiye, main apni kitabon mein ek ek baat likh chuka hoon, har baat likh chuka hoon, yeh bhi likh chuka hoon.</w:t>
      </w:r>
    </w:p>
    <w:p>
      <w:pPr>
        <w:jc w:val="right"/>
      </w:pPr>
      <w:r>
        <w:t>کوئی یہ بھی نہیں جانتا تھا کہ ایکسکیوز نہیں لیتا میں، یہ بھی نہیں کوئی جانتا تھا۔ دیکھیے، میں اپنی کتابوں میں ایک ایک بات لکھ چکا ہوں، ہر بات لکھ چکا ہوں، یہ بھی لکھ چکا ہوں۔</w:t>
      </w:r>
    </w:p>
    <w:p>
      <w:r>
        <w:rPr>
          <w:b/>
        </w:rPr>
        <w:t xml:space="preserve">[25:56] </w:t>
      </w:r>
      <w:r>
        <w:t>main khaas taur par aap logon mein se kisi ne bhi hamari kitabon ko nahi, urdu ko, urdu kitabon ko is jad tak padha nahi hai. koi in se poochhe, kisi ne padha hai is jad tak?</w:t>
      </w:r>
    </w:p>
    <w:p>
      <w:pPr>
        <w:jc w:val="right"/>
      </w:pPr>
      <w:r>
        <w:t>میں خاص طور پر آپ لوگوں میں سے کسی نے بھی ہماری کتابوں کو نہیں، اردو کو، اردو کتابوں کو اس جڑ تک پڑھا نہیں ہے۔ کوئی ان سے پوچھے، کسی نے پڑھا ہے اس جڑ تک؟</w:t>
      </w:r>
    </w:p>
    <w:p>
      <w:r>
        <w:rPr>
          <w:b/>
        </w:rPr>
        <w:t xml:space="preserve">[26:09] </w:t>
      </w:r>
      <w:r>
        <w:t>a to z nahi padhe. nahi, kisi ne nahi padha, kisi ne nahi. haan, to main kya karoon? main fateh to nahi dunga?</w:t>
      </w:r>
    </w:p>
    <w:p>
      <w:pPr>
        <w:jc w:val="right"/>
      </w:pPr>
      <w:r>
        <w:t>اے ٹو زیڈ نہیں پڑھے۔ نہیں، کسی نے نہیں پڑھا، کسی نے نہیں۔ ہاں، تو میں کیا کروں؟ میں فتح تو نہیں دوں گا؟</w:t>
      </w:r>
    </w:p>
    <w:p>
      <w:r>
        <w:rPr>
          <w:b/>
        </w:rPr>
        <w:t xml:space="preserve">[26:19] </w:t>
      </w:r>
      <w:r>
        <w:t>meri jo kitabein hain, agar is ko aap na parhein to shah waliullah bhi agar zinda ho jayein to un ko kuch pata nahi hai, jab tak meri kitabon ko na parhein woh.</w:t>
      </w:r>
    </w:p>
    <w:p>
      <w:pPr>
        <w:jc w:val="right"/>
      </w:pPr>
      <w:r>
        <w:t>میری جو کتابیں ہیں، اگر اس کو آپ نہ پڑھیں تو شاہ ولی اللہ بھی اگر زندہ ہو جائیں تو ان کو کچھ پتہ نہیں ہے، جب تک میری کتابوں کو نہ پڑھیں وہ۔</w:t>
      </w:r>
    </w:p>
    <w:p>
      <w:r>
        <w:rPr>
          <w:b/>
        </w:rPr>
        <w:t xml:space="preserve">[26:33] </w:t>
      </w:r>
      <w:r>
        <w:t>ibn taimiya bhi zinda ho jayein to hamari kitabon ko parhein baghair. ab yeh meri, aap kahein ke yeh to aisi baat karte hain apne hi ko, to phir mujh se poochhein mat.</w:t>
      </w:r>
    </w:p>
    <w:p>
      <w:pPr>
        <w:jc w:val="right"/>
      </w:pPr>
      <w:r>
        <w:t>ابن تیمیہ بھی زندہ ہو جائیں تو ہماری کتابوں کو پڑھیں بغیر۔ اب یہ میری، آپ کہیں کہ یہ تو ایسی بات کرتے ہیں اپنے ہی کو، تو پھر مجھ سے پوچھیں مت۔</w:t>
      </w:r>
    </w:p>
    <w:p>
      <w:r>
        <w:rPr>
          <w:b/>
        </w:rPr>
        <w:t xml:space="preserve">[26:45] </w:t>
      </w:r>
      <w:r>
        <w:t>khud janne se khud jaan lijiyey. qiyas sahib.</w:t>
      </w:r>
    </w:p>
    <w:p>
      <w:pPr>
        <w:jc w:val="right"/>
      </w:pPr>
      <w:r>
        <w:t>خود جاننے سے خود جان لیجیے۔ قیاس صاحب۔</w:t>
      </w:r>
    </w:p>
    <w:p>
      <w:r>
        <w:rPr>
          <w:b/>
        </w:rPr>
        <w:t xml:space="preserve">[26:51] </w:t>
      </w:r>
      <w:r>
        <w:t>bilkul sahi baat hai molana ke aap ki kitabon ko nahi parhein ge, aur aap ne jitne sawal abhi aa rahe hain, woh sab aap ne likhe hain. nahi parhein ge to is ko jannein ge nahi.</w:t>
      </w:r>
    </w:p>
    <w:p>
      <w:pPr>
        <w:jc w:val="right"/>
      </w:pPr>
      <w:r>
        <w:t>بالکل صحیح بات ہے مولانا کہ آپ کی کتابوں کو نہیں پڑھیں گے، اور آپ نے جتنے سوال ابھی آ رہے ہیں، وہ سب آپ نے لکھے ہیں۔ نہیں پڑھیں گے تو اس کو جانیں گے نہیں۔</w:t>
      </w:r>
    </w:p>
    <w:p>
      <w:r>
        <w:rPr>
          <w:b/>
        </w:rPr>
        <w:t xml:space="preserve">[27:00] </w:t>
      </w:r>
      <w:r>
        <w:t>aur aap yeh keh rahe hain ke shah waliullah bhi agar zinda ho jayein, woh nahi parhein ge to nahi jante hon ge. bilkul haqeeqat hai yeh.</w:t>
      </w:r>
    </w:p>
    <w:p>
      <w:pPr>
        <w:jc w:val="right"/>
      </w:pPr>
      <w:r>
        <w:t>اور آپ یہ کہہ رہے ہیں کہ شاہ ولی اللہ بھی اگر زندہ ہو جائیں، وہ نہیں پڑھیں گے تو نہیں جانتے ہوں گے۔ بالکل حقیقت ہے یہ۔</w:t>
      </w:r>
    </w:p>
    <w:p>
      <w:r>
        <w:rPr>
          <w:b/>
        </w:rPr>
        <w:t xml:space="preserve">[27:10] </w:t>
      </w:r>
      <w:r>
        <w:t>ya to mujh se poochhiye nahi, ab poochein ge to yahi jawab milega aap ko.</w:t>
      </w:r>
    </w:p>
    <w:p>
      <w:pPr>
        <w:jc w:val="right"/>
      </w:pPr>
      <w:r>
        <w:t>یا تو مجھ سے پوچھیے نہیں، اب پوچھیں گے تو یہی جواب ملے گا آپ کو۔</w:t>
      </w:r>
    </w:p>
    <w:p>
      <w:r>
        <w:rPr>
          <w:b/>
        </w:rPr>
        <w:t xml:space="preserve">[27:21] </w:t>
      </w:r>
      <w:r>
        <w:t>kyun ke mera zaati ehsas yeh hai ke koi kuch janta hi nahi, chahe woh shah waliullah ho, chahe ibn taimiya ho, chahe ali miyan ho.</w:t>
      </w:r>
    </w:p>
    <w:p>
      <w:pPr>
        <w:jc w:val="right"/>
      </w:pPr>
      <w:r>
        <w:t>کیونکہ میرا ذاتی احساس یہ ہے کہ کوئی کچھ جانتا ہی نہیں، چاہے وہ شاہ ولی اللہ ہو، چاہے ابن تیمیہ ہو، چاہے علی میاں ہو۔</w:t>
      </w:r>
    </w:p>
    <w:p>
      <w:r>
        <w:rPr>
          <w:b/>
        </w:rPr>
        <w:t xml:space="preserve">[27:30] </w:t>
      </w:r>
      <w:r>
        <w:t>koi gehri baat ko nahi janta woh.</w:t>
      </w:r>
    </w:p>
    <w:p>
      <w:pPr>
        <w:jc w:val="right"/>
      </w:pPr>
      <w:r>
        <w:t>کوئی گہری بات کو نہیں جانتا وہ۔</w:t>
      </w:r>
    </w:p>
    <w:p>
      <w:r>
        <w:rPr>
          <w:b/>
        </w:rPr>
        <w:t xml:space="preserve">[27:37] </w:t>
      </w:r>
      <w:r>
        <w:t>qiyas sahib.</w:t>
      </w:r>
    </w:p>
    <w:p>
      <w:pPr>
        <w:jc w:val="right"/>
      </w:pPr>
      <w:r>
        <w:t>قیاس صاحب۔</w:t>
      </w:r>
    </w:p>
    <w:p>
      <w:r>
        <w:rPr>
          <w:b/>
        </w:rPr>
        <w:t xml:space="preserve">[27:38] </w:t>
      </w:r>
      <w:r>
        <w:t>bilkul durust baat hai molana. gehri baat jo kehte hain, marifat wali baat woh nahi janta woh.</w:t>
      </w:r>
    </w:p>
    <w:p>
      <w:pPr>
        <w:jc w:val="right"/>
      </w:pPr>
      <w:r>
        <w:t>بالکل درست بات ہے مولانا۔ گہری بات جو کہتے ہیں، معرفت والی بات وہ نہیں جانتا وہ۔</w:t>
      </w:r>
    </w:p>
    <w:p>
      <w:r>
        <w:rPr>
          <w:b/>
        </w:rPr>
        <w:t xml:space="preserve">[27:46] </w:t>
      </w:r>
      <w:r>
        <w:t>to ab mein kya karoon? ek hamare paas aise hua ke mein tha, kuch log the, to kisi ne yeh sawal kiya.</w:t>
      </w:r>
    </w:p>
    <w:p>
      <w:pPr>
        <w:jc w:val="right"/>
      </w:pPr>
      <w:r>
        <w:t>تو اب میں کیا کروں؟ ایک ہمارے پاس ایسے ہوا کہ میں تھا، کچھ لوگ تھے، تو کسی نے یہ سوال کیا۔</w:t>
      </w:r>
    </w:p>
    <w:p>
      <w:r>
        <w:rPr>
          <w:b/>
        </w:rPr>
        <w:t xml:space="preserve">[27:56] </w:t>
      </w:r>
      <w:r>
        <w:t>to hamare ek janne wale the, molvi the woh bhi. to. haan, unhone hans kar kaha, hans kar, light mode mein, arey bhai in se kya pochte ho?</w:t>
      </w:r>
    </w:p>
    <w:p>
      <w:pPr>
        <w:jc w:val="right"/>
      </w:pPr>
      <w:r>
        <w:t>تو ہمارے ایک جاننے والے تھے، مولوی تھے وہ بھی۔ تو۔ ہاں، انہوں نے ہنس کر کہا، ہنس کر، لائٹ موڈ میں، ارے بھئی ان سے کیا پوچھتے ہو؟</w:t>
      </w:r>
    </w:p>
    <w:p>
      <w:r>
        <w:rPr>
          <w:b/>
        </w:rPr>
        <w:t xml:space="preserve">[28:09] </w:t>
      </w:r>
      <w:r>
        <w:t>yeh to yahi kahein ge meri kitab parho, parho.</w:t>
      </w:r>
    </w:p>
    <w:p>
      <w:pPr>
        <w:jc w:val="right"/>
      </w:pPr>
      <w:r>
        <w:t>یہ تو یہی کہیں گے میری کتاب پڑھو، پڑھو۔</w:t>
      </w:r>
    </w:p>
    <w:p>
      <w:r>
        <w:rPr>
          <w:b/>
        </w:rPr>
        <w:t xml:space="preserve">[28:15] </w:t>
      </w:r>
      <w:r>
        <w:t>light mode mein kaha unhone, in se kya pochte ho? yeh to yahi kahein ge ke meri kitab parho. mushkil hai, bataya jaye to aadmi is ko right way mein leta nahi.</w:t>
      </w:r>
    </w:p>
    <w:p>
      <w:pPr>
        <w:jc w:val="right"/>
      </w:pPr>
      <w:r>
        <w:t>لائٹ موڈ میں کہا انہوں نے، ان سے کیا پوچھتے ہو؟ یہ تو یہی کہیں گے کہ میری کتاب پڑھو۔ مشکل ہے، بتایا جائے تو آدمی اس کو رائٹ وے میں لیتا نہیں۔</w:t>
      </w:r>
    </w:p>
    <w:p>
      <w:r>
        <w:rPr>
          <w:b/>
        </w:rPr>
        <w:t xml:space="preserve">[28:28] </w:t>
      </w:r>
      <w:r>
        <w:t>na bataya jaye to kahein aur se woh jaan nahi pata.</w:t>
      </w:r>
    </w:p>
    <w:p>
      <w:pPr>
        <w:jc w:val="right"/>
      </w:pPr>
      <w:r>
        <w:t>نہ بتایا جائے تو کہیں اور سے وہ جان نہیں پاتا۔</w:t>
      </w:r>
    </w:p>
    <w:p>
      <w:r>
        <w:rPr>
          <w:b/>
        </w:rPr>
        <w:t xml:space="preserve">[28:32] </w:t>
      </w:r>
      <w:r>
        <w:t>molana, hum log right way mein lete hain molana.</w:t>
      </w:r>
    </w:p>
    <w:p>
      <w:pPr>
        <w:jc w:val="right"/>
      </w:pPr>
      <w:r>
        <w:t>مولانا، ہم لوگ رائٹ وے میں لیتے ہیں مولانا۔</w:t>
      </w:r>
    </w:p>
    <w:p>
      <w:r>
        <w:rPr>
          <w:b/>
        </w:rPr>
        <w:t xml:space="preserve">[28:38] </w:t>
      </w:r>
      <w:r>
        <w:t>mehboob bhai keh rahe hain ke hum right way mein hi lein ge.</w:t>
      </w:r>
    </w:p>
    <w:p>
      <w:pPr>
        <w:jc w:val="right"/>
      </w:pPr>
      <w:r>
        <w:t>محبوب بھائی کہہ رہے ہیں کہ ہم رائٹ وے میں ہی لیں گے۔</w:t>
      </w:r>
    </w:p>
    <w:p>
      <w:r>
        <w:rPr>
          <w:b/>
        </w:rPr>
        <w:t xml:space="preserve">[28:42] </w:t>
      </w:r>
      <w:r>
        <w:t>inshallah, inshallah. to chahe agar aisa ho to sun lijiyey, ya to hamari sari kitabon ko parhna hoga, ya agar aap urdu nahi jante to urdu seekhna hoga.</w:t>
      </w:r>
    </w:p>
    <w:p>
      <w:pPr>
        <w:jc w:val="right"/>
      </w:pPr>
      <w:r>
        <w:t>انشاءاللہ، انشاءاللہ۔ تو چاہے اگر ایسا ہو تو سن لیجیے، یا تو ہماری ساری کتابوں کو پڑھنا ہوگا، یا اگر آپ اردو نہیں جانتے تو اردو سیکھنا ہوگا۔</w:t>
      </w:r>
    </w:p>
    <w:p>
      <w:r>
        <w:rPr>
          <w:b/>
        </w:rPr>
        <w:t xml:space="preserve">[29:03] </w:t>
      </w:r>
      <w:r>
        <w:t>jab tagore ko mila tha nobel prize, to ek ek bangali the, kya naam tha un ka?</w:t>
      </w:r>
    </w:p>
    <w:p>
      <w:pPr>
        <w:jc w:val="right"/>
      </w:pPr>
      <w:r>
        <w:t>جب ٹائیگور کو ملا تھا نوبل پرائز، تو ایک ایک بنگالی تھے، کیا نام تھا ان کا؟</w:t>
      </w:r>
    </w:p>
    <w:p>
      <w:r>
        <w:rPr>
          <w:b/>
        </w:rPr>
        <w:t xml:space="preserve">[29:17] </w:t>
      </w:r>
      <w:r>
        <w:t>woh the to bangali, lekin woh bahar rehte the to english jante the, mughla nahi jante the.</w:t>
      </w:r>
    </w:p>
    <w:p>
      <w:pPr>
        <w:jc w:val="right"/>
      </w:pPr>
      <w:r>
        <w:t>وہ تھے تو بنگالی، لیکن وہ باہر رہتے تھے تو انگلش جانتے تھے، مغلہ نہیں جانتے تھے۔</w:t>
      </w:r>
    </w:p>
    <w:p>
      <w:r>
        <w:rPr>
          <w:b/>
        </w:rPr>
        <w:t xml:space="preserve">[29:31] </w:t>
      </w:r>
      <w:r>
        <w:t>to unhone</w:t>
      </w:r>
    </w:p>
    <w:p>
      <w:pPr>
        <w:jc w:val="right"/>
      </w:pPr>
      <w:r>
        <w:t>تو انہوں نے</w:t>
      </w:r>
    </w:p>
    <w:p>
      <w:r>
        <w:rPr>
          <w:b/>
        </w:rPr>
        <w:t xml:space="preserve">[29:35] </w:t>
      </w:r>
      <w:r>
        <w:t>tagore ki kitab jo thi,</w:t>
      </w:r>
    </w:p>
    <w:p>
      <w:pPr>
        <w:jc w:val="right"/>
      </w:pPr>
      <w:r>
        <w:t>ٹائیگور کی کتاب جو تھی،</w:t>
      </w:r>
    </w:p>
    <w:p>
      <w:r>
        <w:rPr>
          <w:b/>
        </w:rPr>
        <w:t xml:space="preserve">[29:40] </w:t>
      </w:r>
      <w:r>
        <w:t>kya naam tha is ka</w:t>
      </w:r>
    </w:p>
    <w:p>
      <w:pPr>
        <w:jc w:val="right"/>
      </w:pPr>
      <w:r>
        <w:t>کیا نام تھا اس کا</w:t>
      </w:r>
    </w:p>
    <w:p>
      <w:r>
        <w:rPr>
          <w:b/>
        </w:rPr>
        <w:t xml:space="preserve">[29:41] </w:t>
      </w:r>
      <w:r>
        <w:t>? geetanjali? hain? geetanjali. geetanjali. geetanjali ko</w:t>
      </w:r>
    </w:p>
    <w:p>
      <w:pPr>
        <w:jc w:val="right"/>
      </w:pPr>
      <w:r>
        <w:t>؟ گیتانجلی؟ ہیں؟ گیتانجلی۔ گیتانجلی۔ گیتانجلی کو</w:t>
      </w:r>
    </w:p>
    <w:p>
      <w:r>
        <w:rPr>
          <w:b/>
        </w:rPr>
        <w:t xml:space="preserve">[29:51] </w:t>
      </w:r>
      <w:r>
        <w:t>parhne ke liye bangla seekhi thi, halanke woh the bangali, lekin mughla nahi jante the. kya naam tha un ka?</w:t>
      </w:r>
    </w:p>
    <w:p>
      <w:pPr>
        <w:jc w:val="right"/>
      </w:pPr>
      <w:r>
        <w:t>پڑھنے کے لیے بنگلہ سیکھی تھی، حالانکہ وہ تھے بنگالی، لیکن مغلہ نہیں جانتے تھے۔ کیا نام تھا ان کا؟</w:t>
      </w:r>
    </w:p>
    <w:p>
      <w:r>
        <w:rPr>
          <w:b/>
        </w:rPr>
        <w:t xml:space="preserve">[30:00] </w:t>
      </w:r>
      <w:r>
        <w:t>wo mashhoor hain wo. to log serious nahi hotay, kya karein?</w:t>
      </w:r>
    </w:p>
    <w:p>
      <w:pPr>
        <w:jc w:val="right"/>
      </w:pPr>
      <w:r>
        <w:t>وہ مشہور ہیں وہ۔ تو لوگ سیریس نہیں ہوتے، کیا کریں؟</w:t>
      </w:r>
    </w:p>
    <w:p>
      <w:r>
        <w:rPr>
          <w:b/>
        </w:rPr>
        <w:t xml:space="preserve">[30:12] </w:t>
      </w:r>
      <w:r>
        <w:t>hamari choti si kitab bhi hai, is ko aap ko parhna hai. meri aik choti si kitab hai, is ka naam hai pandrahveen sadi mein.</w:t>
      </w:r>
    </w:p>
    <w:p>
      <w:pPr>
        <w:jc w:val="right"/>
      </w:pPr>
      <w:r>
        <w:t>ہماری چھوٹی سی کتاب بھی ہے، اس کو آپ کو پڑھنا ہے۔ میری ایک چھوٹی سی کتاب ہے، اس کا نام ہے پندرہویں صدی میں۔</w:t>
      </w:r>
    </w:p>
    <w:p>
      <w:r>
        <w:rPr>
          <w:b/>
        </w:rPr>
        <w:t xml:space="preserve">[30:22] </w:t>
      </w:r>
      <w:r>
        <w:t>islam pandrahveen sadi mein? hain? islam pandrahveen sadi mein? islam pandrahveen sadi mein, bohat hi choti si hai. is mein maine likha tha, bohat pehle ki baat hai.</w:t>
      </w:r>
    </w:p>
    <w:p>
      <w:pPr>
        <w:jc w:val="right"/>
      </w:pPr>
      <w:r>
        <w:t>اسلام پندرہویں صدی میں؟ ہیں؟ اسلام پندرہویں صدی میں؟ اسلام پندرہویں صدی میں، بہت ہی چھوٹی سی ہے۔ اس میں میں نے لکھا تھا، بہت پہلے کی بات ہے۔</w:t>
      </w:r>
    </w:p>
    <w:p>
      <w:r>
        <w:rPr>
          <w:b/>
        </w:rPr>
        <w:t xml:space="preserve">[30:35] </w:t>
      </w:r>
      <w:r>
        <w:t>is mein yeh likha tha ke insaan ki,</w:t>
      </w:r>
    </w:p>
    <w:p>
      <w:pPr>
        <w:jc w:val="right"/>
      </w:pPr>
      <w:r>
        <w:t>اس میں یہ لکھا تھا کہ انسان کی،</w:t>
      </w:r>
    </w:p>
    <w:p>
      <w:r>
        <w:rPr>
          <w:b/>
        </w:rPr>
        <w:t xml:space="preserve">[30:45] </w:t>
      </w:r>
      <w:r>
        <w:t>insaan ki kya lafz tha? khusoosiyat yeh hai ke woh all powerful ke muqable mein all powerless ka doosra extent banata hai.</w:t>
      </w:r>
    </w:p>
    <w:p>
      <w:pPr>
        <w:jc w:val="right"/>
      </w:pPr>
      <w:r>
        <w:t>انسان کی کیا لفظ تھا؟ خصوصیت یہ ہے کہ وہ آل پاور فل کے مقابلے میں آل پاور لیس کا دوسرا ایکسٹینٹ بناتا ہے۔</w:t>
      </w:r>
    </w:p>
    <w:p>
      <w:r>
        <w:rPr>
          <w:b/>
        </w:rPr>
        <w:t xml:space="preserve">[31:02] </w:t>
      </w:r>
      <w:r>
        <w:t>insaan ki khusoosiyat yeh hai ke woh all powerful ke muqable mein all powerless ka doosra extent banata hai.</w:t>
      </w:r>
    </w:p>
    <w:p>
      <w:pPr>
        <w:jc w:val="right"/>
      </w:pPr>
      <w:r>
        <w:t>انسان کی خصوصیت یہ ہے کہ وہ آل پاور فل کے مقابلے میں آل پاور لیس کا دوسرا ایکسٹینٹ بناتا ہے۔</w:t>
      </w:r>
    </w:p>
    <w:p>
      <w:r>
        <w:rPr>
          <w:b/>
        </w:rPr>
        <w:t xml:space="preserve">[31:13] </w:t>
      </w:r>
      <w:r>
        <w:t>to yeh choti si kitabein parhni parengi aap ko, kyunke aik jumla kisi ne likha nahi kabhi.</w:t>
      </w:r>
    </w:p>
    <w:p>
      <w:pPr>
        <w:jc w:val="right"/>
      </w:pPr>
      <w:r>
        <w:t>تو یہ چھوٹی سی کتابیں پڑھنی پڑیں گی آپ کو، کیونکہ ایک جملہ کسی نے لکھا نہیں کبھی۔</w:t>
      </w:r>
    </w:p>
    <w:p>
      <w:r>
        <w:rPr>
          <w:b/>
        </w:rPr>
        <w:t xml:space="preserve">[31:23] </w:t>
      </w:r>
      <w:r>
        <w:t>aap pooch jayein saare ulma se ke jo baray baray akabir hain, kya unhon ne aisay likha hai kabhi?</w:t>
      </w:r>
    </w:p>
    <w:p>
      <w:pPr>
        <w:jc w:val="right"/>
      </w:pPr>
      <w:r>
        <w:t>آپ پوچھ جائیں سارے علماء سے کہ جو بڑے بڑے اکابر ہیں، کیا انہوں نے ایسے لکھا ہے کبھی؟</w:t>
      </w:r>
    </w:p>
    <w:p>
      <w:r>
        <w:rPr>
          <w:b/>
        </w:rPr>
        <w:t xml:space="preserve">[31:40] </w:t>
      </w:r>
      <w:r>
        <w:t>to parhna parega aap ko. nahi parhte hain to phir sawal hi mat kijiye.</w:t>
      </w:r>
    </w:p>
    <w:p>
      <w:pPr>
        <w:jc w:val="right"/>
      </w:pPr>
      <w:r>
        <w:t>تو پڑھنا پڑے گا آپ کو۔ نہیں پڑھتے ہیں تو پھر سوال ہی مت کیجیے۔</w:t>
      </w:r>
    </w:p>
    <w:p>
      <w:r>
        <w:rPr>
          <w:b/>
        </w:rPr>
        <w:t xml:space="preserve">[31:54] </w:t>
      </w:r>
      <w:r>
        <w:t>dekhiye, Allah taala ne mujh ko urdu mein paida kiya. jante hain kyun?</w:t>
      </w:r>
    </w:p>
    <w:p>
      <w:pPr>
        <w:jc w:val="right"/>
      </w:pPr>
      <w:r>
        <w:t>دیکھیے، اللہ تعالیٰ نے مجھ کو اردو میں پیدا کیا۔ جانتے ہیں کیوں؟</w:t>
      </w:r>
    </w:p>
    <w:p>
      <w:r>
        <w:rPr>
          <w:b/>
        </w:rPr>
        <w:t xml:space="preserve">[32:05] </w:t>
      </w:r>
      <w:r>
        <w:t>english mein ya arabi mein agar paida hota to bohat jald meri qeemat lag jati, qeemat lag jati.</w:t>
      </w:r>
    </w:p>
    <w:p>
      <w:pPr>
        <w:jc w:val="right"/>
      </w:pPr>
      <w:r>
        <w:t>انگلش میں یا عربی میں اگر پیدا ہوتا تو بہت جلد میری قیمت لگ جاتی، قیمت لگ جاتی۔</w:t>
      </w:r>
    </w:p>
    <w:p>
      <w:r>
        <w:rPr>
          <w:b/>
        </w:rPr>
        <w:t xml:space="preserve">[32:18] </w:t>
      </w:r>
      <w:r>
        <w:t>to Allah ne mujhe paida hi nahi kiya english mein ya arabi mein.</w:t>
      </w:r>
    </w:p>
    <w:p>
      <w:pPr>
        <w:jc w:val="right"/>
      </w:pPr>
      <w:r>
        <w:t>تو اللہ نے مجھے پیدا ہی نہیں کیا انگلش میں یا عربی میں۔</w:t>
      </w:r>
    </w:p>
    <w:p>
      <w:r>
        <w:rPr>
          <w:b/>
        </w:rPr>
        <w:t xml:space="preserve">[32:24] </w:t>
      </w:r>
      <w:r>
        <w:t>urdu mein paida kiya. jitne log hain jo achi arabi ya achi english bolte hain, woh sab kahin na kahin biki hui hain.</w:t>
      </w:r>
    </w:p>
    <w:p>
      <w:pPr>
        <w:jc w:val="right"/>
      </w:pPr>
      <w:r>
        <w:t>اردو میں پیدا کیا۔ جتنے لوگ ہیں جو اچھی عربی یا اچھی انگلش بولتے ہیں، وہ سب کہیں نہ کہیں بکی ہوئی ہیں۔</w:t>
      </w:r>
    </w:p>
    <w:p>
      <w:r>
        <w:rPr>
          <w:b/>
        </w:rPr>
        <w:t xml:space="preserve">[32:34] </w:t>
      </w:r>
      <w:r>
        <w:t>is liye aap ko urdu parhna hai. nahi parhiye to be khabar rahiye,</w:t>
      </w:r>
    </w:p>
    <w:p>
      <w:pPr>
        <w:jc w:val="right"/>
      </w:pPr>
      <w:r>
        <w:t>اس لیے آپ کو اردو پڑھنا ہے۔ نہیں پڑھیے تو بے خبر رہیے،</w:t>
      </w:r>
    </w:p>
    <w:p>
      <w:r>
        <w:rPr>
          <w:b/>
        </w:rPr>
        <w:t xml:space="preserve">[32:42] </w:t>
      </w:r>
      <w:r>
        <w:t>nahi parhiye to be khabar rahiye. qiyas sahib?</w:t>
      </w:r>
    </w:p>
    <w:p>
      <w:pPr>
        <w:jc w:val="right"/>
      </w:pPr>
      <w:r>
        <w:t>نہیں پڑھیے تو بے خبر رہیے۔ قیاس صاحب؟</w:t>
      </w:r>
    </w:p>
    <w:p>
      <w:r>
        <w:rPr>
          <w:b/>
        </w:rPr>
        <w:t xml:space="preserve">[32:49] </w:t>
      </w:r>
      <w:r>
        <w:t>sahi baat hai bilkul. agar janna hai to parhna hai. maulana, mera aik sawal yeh hai ke kal aap ne kaha ke jo bhi baat hoti hai, woh serious insaan ke liye hoti hai.</w:t>
      </w:r>
    </w:p>
    <w:p>
      <w:pPr>
        <w:jc w:val="right"/>
      </w:pPr>
      <w:r>
        <w:t>صحیح بات ہے بالکل۔ اگر جاننا ہے تو پڑھنا ہے۔ مولانا، میرا ایک سوال یہ ہے کہ کل آپ نے کہا کہ جو بھی بات ہوتی ہے، وہ سیریس انسان کے لیے ہوتی ہے۔</w:t>
      </w:r>
    </w:p>
    <w:p>
      <w:r>
        <w:rPr>
          <w:b/>
        </w:rPr>
        <w:t xml:space="preserve">[33:02] </w:t>
      </w:r>
      <w:r>
        <w:t>jo insaan serious nahi, us ke liye koi baat baat hi nahi hai. to</w:t>
      </w:r>
    </w:p>
    <w:p>
      <w:pPr>
        <w:jc w:val="right"/>
      </w:pPr>
      <w:r>
        <w:t>جو انسان سیریس نہیں، اس کے لیے کوئی بات بات ہی نہیں ہے۔ تو</w:t>
      </w:r>
    </w:p>
    <w:p>
      <w:r>
        <w:rPr>
          <w:b/>
        </w:rPr>
        <w:t xml:space="preserve">[33:09] </w:t>
      </w:r>
      <w:r>
        <w:t>ab aap ne abhi yeh kaha ke insaan kahin na kahin kisi na kisi mamle mein serious hota hai. to hum log yeh kaise samjhein ke hum kis mamle mein serious hain?</w:t>
      </w:r>
    </w:p>
    <w:p>
      <w:pPr>
        <w:jc w:val="right"/>
      </w:pPr>
      <w:r>
        <w:t>اب آپ نے ابھی یہ کہا کہ انسان کہیں نہ کہیں کسی نہ کسی معاملے میں سیریس ہوتا ہے۔ تو ہم لوگ یہ کیسے سمجھیں کہ ہم کس معاملے میں سیریس ہیں؟</w:t>
      </w:r>
    </w:p>
    <w:p>
      <w:r>
        <w:rPr>
          <w:b/>
        </w:rPr>
        <w:t xml:space="preserve">[33:20] </w:t>
      </w:r>
      <w:r>
        <w:t>matlab serious sachai ke mamle mein hoga, jo apni beta beti ki shadi ke mamle mein hoga.</w:t>
      </w:r>
    </w:p>
    <w:p>
      <w:pPr>
        <w:jc w:val="right"/>
      </w:pPr>
      <w:r>
        <w:t>مطلب سیریس سچائی کے معاملے میں ہوگا، جو اپنی بیٹا بیٹی کی شادی کے معاملے میں ہوگا۔</w:t>
      </w:r>
    </w:p>
    <w:p>
      <w:r>
        <w:rPr>
          <w:b/>
        </w:rPr>
        <w:t xml:space="preserve">[33:39] </w:t>
      </w:r>
      <w:r>
        <w:t>mujhe apna qissa yaad aata hai ke main, hamare bhai jo thay, bhai, baray bhai, bohat chahte thay ke mujhe koi rozgar milay.</w:t>
      </w:r>
    </w:p>
    <w:p>
      <w:pPr>
        <w:jc w:val="right"/>
      </w:pPr>
      <w:r>
        <w:t>مجھے اپنا قصہ یاد آتا ہے کہ میں، ہمارے بھائی جو تھے، بھائی، بڑے بھائی، بہت چاہتے تھے کہ مجھے کوئی روزگار ملے۔</w:t>
      </w:r>
    </w:p>
    <w:p>
      <w:r>
        <w:rPr>
          <w:b/>
        </w:rPr>
        <w:t xml:space="preserve">[33:51] </w:t>
      </w:r>
      <w:r>
        <w:t>to unhon ne mujhe bheja gorakhpur. gorakhpur mein aik baray afsar thay, woh hamare rishtedar thay,</w:t>
      </w:r>
    </w:p>
    <w:p>
      <w:pPr>
        <w:jc w:val="right"/>
      </w:pPr>
      <w:r>
        <w:t>تو انہوں نے مجھے بھیجا گورکھپور۔ گورکھپور میں ایک بڑے افسر تھے، وہ ہمارے رشتہ دار تھے،</w:t>
      </w:r>
    </w:p>
    <w:p>
      <w:r>
        <w:rPr>
          <w:b/>
        </w:rPr>
        <w:t xml:space="preserve">[34:01] </w:t>
      </w:r>
      <w:r>
        <w:t>faik sahib, iias. to un ka bohat bara bangla tha, us mein ja kar main thehra tha.</w:t>
      </w:r>
    </w:p>
    <w:p>
      <w:pPr>
        <w:jc w:val="right"/>
      </w:pPr>
      <w:r>
        <w:t>فائق صاحب، آئی آئی آئی ایس۔ تو ان کا بہت بڑا بنگلہ تھا، اس میں جا کر میں ٹھہرا تھا۔</w:t>
      </w:r>
    </w:p>
    <w:p>
      <w:r>
        <w:rPr>
          <w:b/>
        </w:rPr>
        <w:t xml:space="preserve">[34:12] </w:t>
      </w:r>
      <w:r>
        <w:t>to yeh us zamanay ki baat hai ji, jab second war war bharti ho rahi thi</w:t>
      </w:r>
    </w:p>
    <w:p>
      <w:pPr>
        <w:jc w:val="right"/>
      </w:pPr>
      <w:r>
        <w:t>تو یہ اس زمانے کی بات ہے جی، جب سیکنڈ وار وار بھرتی ہو رہی تھی</w:t>
      </w:r>
    </w:p>
    <w:p>
      <w:r>
        <w:rPr>
          <w:b/>
        </w:rPr>
        <w:t xml:space="preserve">[34:20] </w:t>
      </w:r>
      <w:r>
        <w:t>aik kaam ke liye. to us service mein mujhe bheja unhon ne ke faik sahib sifarish karein ge, woh service mil jaye gi.</w:t>
      </w:r>
    </w:p>
    <w:p>
      <w:pPr>
        <w:jc w:val="right"/>
      </w:pPr>
      <w:r>
        <w:t>ایک کام کے لیے۔ تو اس سروس میں مجھے بھیجا انہوں نے کہ فائق صاحب سفارش کریں گے، وہ سروس مل جائے گی۔</w:t>
      </w:r>
    </w:p>
    <w:p>
      <w:r>
        <w:rPr>
          <w:b/>
        </w:rPr>
        <w:t xml:space="preserve">[34:35] </w:t>
      </w:r>
      <w:r>
        <w:t>to main gaya wahan, aur jo jo recruitment ka jo incharge hai, us se mila.</w:t>
      </w:r>
    </w:p>
    <w:p>
      <w:pPr>
        <w:jc w:val="right"/>
      </w:pPr>
      <w:r>
        <w:t>تو میں گیا وہاں، اور جو جو ریکروٹمنٹ کا جو انچارج ہے، اس سے ملا۔</w:t>
      </w:r>
    </w:p>
    <w:p>
      <w:r>
        <w:rPr>
          <w:b/>
        </w:rPr>
        <w:t xml:space="preserve">[34:48] </w:t>
      </w:r>
      <w:r>
        <w:t>kai din, kai din gaya is ke paas, mujh ko is ne bharti nahin kiya. yahan tak ke aakhri din ja ke maine in se kaha, faeq sahib se, kya kai din, kai din ho gaye, abhi tak is ne mujhe liya nahin?</w:t>
      </w:r>
    </w:p>
    <w:p>
      <w:pPr>
        <w:jc w:val="right"/>
      </w:pPr>
      <w:r>
        <w:t>کئی دن، کئی دن گیا اس کے پاس، مجھ کو اس نے بھرتی نہیں کیا۔ یہاں تک کہ آخری دن جا کے میں نے ان سے کہا، فائق صاحب سے، کیا کئی دن، کئی دن ہو گئے، ابھی تک اس نے مجھے لیا نہیں؟</w:t>
      </w:r>
    </w:p>
    <w:p>
      <w:r>
        <w:rPr>
          <w:b/>
        </w:rPr>
        <w:t xml:space="preserve">[35:07] </w:t>
      </w:r>
      <w:r>
        <w:t>to unhon ne ek special khat likha tha mere</w:t>
      </w:r>
    </w:p>
    <w:p>
      <w:pPr>
        <w:jc w:val="right"/>
      </w:pPr>
      <w:r>
        <w:t>تو انہوں نے ایک سپیشل خط لکھا تھا میرے</w:t>
      </w:r>
    </w:p>
    <w:p>
      <w:r>
        <w:rPr>
          <w:b/>
        </w:rPr>
        <w:t xml:space="preserve">[35:10] </w:t>
      </w:r>
      <w:r>
        <w:t>sifarish ka, is ka jumla ab tak mujhe yaad hai. i hope you will take him on today. yeh bohat bare afsar thay.</w:t>
      </w:r>
    </w:p>
    <w:p>
      <w:pPr>
        <w:jc w:val="right"/>
      </w:pPr>
      <w:r>
        <w:t>سفارش کا، اس کا جملہ اب تک مجھے یاد ہے۔ آئی ہوپ یو ویل ٹیک ہم آن ٹوڈے۔ یہ بہت بڑے افسر تھے۔</w:t>
      </w:r>
    </w:p>
    <w:p>
      <w:r>
        <w:rPr>
          <w:b/>
        </w:rPr>
        <w:t xml:space="preserve">[35:22] </w:t>
      </w:r>
      <w:r>
        <w:t>i hope you will take him on today. ab yeh le ke gaya main, tab bhi is ne nahin liya.</w:t>
      </w:r>
    </w:p>
    <w:p>
      <w:pPr>
        <w:jc w:val="right"/>
      </w:pPr>
      <w:r>
        <w:t>آئی ہوپ یو ویل ٹیک ہم آن ٹوڈے۔ اب یہ لے کے گیا میں، تب بھی اس نے نہیں لیا۔</w:t>
      </w:r>
    </w:p>
    <w:p>
      <w:r>
        <w:rPr>
          <w:b/>
        </w:rPr>
        <w:t xml:space="preserve">[35:30] </w:t>
      </w:r>
      <w:r>
        <w:t>to waqea hai ke aaj hi main soch raha tha ke mujhe kyun nahin liya is ne, ek bare afsar ki sifarish.</w:t>
      </w:r>
    </w:p>
    <w:p>
      <w:pPr>
        <w:jc w:val="right"/>
      </w:pPr>
      <w:r>
        <w:t>تو واقعہ ہے کہ آج ہی میں سوچ رہا تھا کہ مجھے کیوں نہیں لیا اس نے، ایک بڑے افسر کی سفارش۔</w:t>
      </w:r>
    </w:p>
    <w:p>
      <w:r>
        <w:rPr>
          <w:b/>
        </w:rPr>
        <w:t xml:space="preserve">[35:40] </w:t>
      </w:r>
      <w:r>
        <w:t>to is ne mujh se nahin kaha tha, lekin main ne khud jana ke is ne socha hoga ke main kaise le loon, yeh to matric bhi nahin hai,</w:t>
      </w:r>
    </w:p>
    <w:p>
      <w:pPr>
        <w:jc w:val="right"/>
      </w:pPr>
      <w:r>
        <w:t>تو اس نے مجھ سے نہیں کہا تھا، لیکن میں نے خود جانا کہ اس نے سوچا ہوگا کہ میں کیسے لے لوں، یہ تو میٹرک بھی نہیں ہے،</w:t>
      </w:r>
    </w:p>
    <w:p>
      <w:r>
        <w:rPr>
          <w:b/>
        </w:rPr>
        <w:t xml:space="preserve">[35:51] </w:t>
      </w:r>
      <w:r>
        <w:t>to kaise le loon main? aaj hi mujhe samajh mein aaya ke kyun nahin liya is ne. i hope you will take him on today.</w:t>
      </w:r>
    </w:p>
    <w:p>
      <w:pPr>
        <w:jc w:val="right"/>
      </w:pPr>
      <w:r>
        <w:t>تو کیسے لے لوں میں؟ آج ہی مجھے سمجھ میں آیا کہ کیوں نہیں لیا اس نے۔ آئی ہوپ یو ویل ٹیک ہم آن ٹوڈے۔</w:t>
      </w:r>
    </w:p>
    <w:p>
      <w:r>
        <w:rPr>
          <w:b/>
        </w:rPr>
        <w:t xml:space="preserve">[36:01] </w:t>
      </w:r>
      <w:r>
        <w:t>to is ne socha hoga bechare ne ke bhai kaise le loon main?</w:t>
      </w:r>
    </w:p>
    <w:p>
      <w:pPr>
        <w:jc w:val="right"/>
      </w:pPr>
      <w:r>
        <w:t>تو اس نے سوچا ہوگا بیچارے نے کہ بھئی کیسے لے لوں میں؟</w:t>
      </w:r>
    </w:p>
    <w:p>
      <w:r>
        <w:rPr>
          <w:b/>
        </w:rPr>
        <w:t xml:space="preserve">[36:09] </w:t>
      </w:r>
      <w:r>
        <w:t>yeh to matric bhi certificate in ke paas nahin hai.</w:t>
      </w:r>
    </w:p>
    <w:p>
      <w:pPr>
        <w:jc w:val="right"/>
      </w:pPr>
      <w:r>
        <w:t>یہ تو میٹرک بھی سرٹیفکیٹ ان کے پاس نہیں ہے۔</w:t>
      </w:r>
    </w:p>
    <w:p>
      <w:r>
        <w:rPr>
          <w:b/>
        </w:rPr>
        <w:t xml:space="preserve">[36:16] </w:t>
      </w:r>
      <w:r>
        <w:t>yeh mujhe bataiyega, koi hoga aap, aap kisi ko jante hain</w:t>
      </w:r>
    </w:p>
    <w:p>
      <w:pPr>
        <w:jc w:val="right"/>
      </w:pPr>
      <w:r>
        <w:t>یہ مجھے بتائیے گا، کوئی ہوگا آپ، آپ کسی کو جانتے ہیں</w:t>
      </w:r>
    </w:p>
    <w:p>
      <w:r>
        <w:rPr>
          <w:b/>
        </w:rPr>
        <w:t xml:space="preserve">[36:24] </w:t>
      </w:r>
      <w:r>
        <w:t>jo is tarah apni self excuse nahin kare? yeh waqea is waqt tha jab ke</w:t>
      </w:r>
    </w:p>
    <w:p>
      <w:pPr>
        <w:jc w:val="right"/>
      </w:pPr>
      <w:r>
        <w:t>جو اس طرح اپنی سیلف ایکسکیوز نہیں کرے؟ یہ واقعہ اس وقت تھا جب کہ</w:t>
      </w:r>
    </w:p>
    <w:p>
      <w:r>
        <w:rPr>
          <w:b/>
        </w:rPr>
        <w:t xml:space="preserve">[36:34] </w:t>
      </w:r>
      <w:r>
        <w:t>world war second ho rahi thi, tab ki.</w:t>
      </w:r>
    </w:p>
    <w:p>
      <w:pPr>
        <w:jc w:val="right"/>
      </w:pPr>
      <w:r>
        <w:t>وار وار سیکنڈ ہو رہی تھی، تب کی۔</w:t>
      </w:r>
    </w:p>
    <w:p>
      <w:r>
        <w:rPr>
          <w:b/>
        </w:rPr>
        <w:t xml:space="preserve">[36:42] </w:t>
      </w:r>
      <w:r>
        <w:t>kya jang hogi woh? kab se kab tak hui thi</w:t>
      </w:r>
    </w:p>
    <w:p>
      <w:pPr>
        <w:jc w:val="right"/>
      </w:pPr>
      <w:r>
        <w:t>کیا سن ہوگا وہ؟ کب سے کب تک ہوئی تھی</w:t>
      </w:r>
    </w:p>
    <w:p>
      <w:r>
        <w:rPr>
          <w:b/>
        </w:rPr>
        <w:t xml:space="preserve">[36:45] </w:t>
      </w:r>
      <w:r>
        <w:t>? 39 se 45 tak. hain? 39 se 45 tak, 39 se 45 tak.</w:t>
      </w:r>
    </w:p>
    <w:p>
      <w:pPr>
        <w:jc w:val="right"/>
      </w:pPr>
      <w:r>
        <w:t>؟ 39 سے 45 تک۔ ہیں؟ 39 سے 45 تک، 39 سے 45 تک۔</w:t>
      </w:r>
    </w:p>
    <w:p>
      <w:r>
        <w:rPr>
          <w:b/>
        </w:rPr>
        <w:t xml:space="preserve">[36:54] </w:t>
      </w:r>
      <w:r>
        <w:t>acha, to jang, larai ke khatam hone se pehle ki baat hai. to andaza kitne saal ho gaye?</w:t>
      </w:r>
    </w:p>
    <w:p>
      <w:pPr>
        <w:jc w:val="right"/>
      </w:pPr>
      <w:r>
        <w:t>اچھا، تو جنگ، لڑائی کے ختم ہونے سے پہلے کی بات ہے۔ تو اندازاً کتنے سال ہو گئے؟</w:t>
      </w:r>
    </w:p>
    <w:p>
      <w:r>
        <w:rPr>
          <w:b/>
        </w:rPr>
        <w:t xml:space="preserve">[37:04] </w:t>
      </w:r>
      <w:r>
        <w:t>haan, andaza. kyunke jang abhi khatam nahin hui thi, abhi bharti ho rahi thi. 75</w:t>
      </w:r>
    </w:p>
    <w:p>
      <w:pPr>
        <w:jc w:val="right"/>
      </w:pPr>
      <w:r>
        <w:t>ہاں، اندازاً۔ کیونکہ جنگ ابھی ختم نہیں ہوئی تھی، ابھی بھرتی ہو رہی تھی۔ 75</w:t>
      </w:r>
    </w:p>
    <w:p>
      <w:r>
        <w:rPr>
          <w:b/>
        </w:rPr>
        <w:t xml:space="preserve">[37:14] </w:t>
      </w:r>
      <w:r>
        <w:t>saal se zyada ho gaye. hain? 75 saal ke qareeb hue. 75? to aap kisi ko jante hain jo 75 saal tak yeh sochta raha hai ke itni bari sifarish ke baad bhi nahin liya unhein?</w:t>
      </w:r>
    </w:p>
    <w:p>
      <w:pPr>
        <w:jc w:val="right"/>
      </w:pPr>
      <w:r>
        <w:t>سال سے زیادہ ہو گئے۔ ہیں؟ 75 سال کے قریب ہوئے۔ 75؟ تو آپ کسی کو جانتے ہیں جو 75 سال تک یہ سوچتا رہا ہے کہ اتنی بڑی سفارش کے بعد بھی نہیں لیا انہیں؟</w:t>
      </w:r>
    </w:p>
    <w:p>
      <w:r>
        <w:rPr>
          <w:b/>
        </w:rPr>
        <w:t xml:space="preserve">[37:28] </w:t>
      </w:r>
      <w:r>
        <w:t>to phir yeh is ka jawab aaj hi mili mujhe, sachi baat yeh hai.</w:t>
      </w:r>
    </w:p>
    <w:p>
      <w:pPr>
        <w:jc w:val="right"/>
      </w:pPr>
      <w:r>
        <w:t>تو پھر یہ اس کا جواب آج ہی ملی مجھے، سچی بات یہ ہے۔</w:t>
      </w:r>
    </w:p>
    <w:p>
      <w:r>
        <w:rPr>
          <w:b/>
        </w:rPr>
        <w:t xml:space="preserve">[37:34] </w:t>
      </w:r>
      <w:r>
        <w:t>kyunke main yeh bura bhala nahin kehta, kisi ko bura nahin kehta main, apne andar dhoondta hoon.</w:t>
      </w:r>
    </w:p>
    <w:p>
      <w:pPr>
        <w:jc w:val="right"/>
      </w:pPr>
      <w:r>
        <w:t>کیونکہ میں یہ برا بھلا نہیں کہتا، کسی کو برا نہیں کہتا میں، اپنے اندر ڈھونڈتا ہوں۔</w:t>
      </w:r>
    </w:p>
    <w:p>
      <w:r>
        <w:rPr>
          <w:b/>
        </w:rPr>
        <w:t xml:space="preserve">[37:46] </w:t>
      </w:r>
      <w:r>
        <w:t>to mujh se woh sawal karta tha, to yeh sab poochta tha, kya parha hai, kahan parha hai yeh woh? to aaj hi maine jana ke woh bechara kya karta.</w:t>
      </w:r>
    </w:p>
    <w:p>
      <w:pPr>
        <w:jc w:val="right"/>
      </w:pPr>
      <w:r>
        <w:t>تو مجھ سے وہ سوال کرتا تھا، تو یہ سب پوچھتا تھا، کیا پڑھا ہے، کہاں پڑھا ہے یہ وہ؟ تو آج ہی میں نے جانا کہ وہ بیچارہ کیا کرتا۔</w:t>
      </w:r>
    </w:p>
    <w:p>
      <w:r>
        <w:rPr>
          <w:b/>
        </w:rPr>
        <w:t xml:space="preserve">[37:58] </w:t>
      </w:r>
      <w:r>
        <w:t>unhon ne dekha hoga ke tu naujawan, matric</w:t>
      </w:r>
    </w:p>
    <w:p>
      <w:pPr>
        <w:jc w:val="right"/>
      </w:pPr>
      <w:r>
        <w:t>انہوں نے دیکھا ہوگا کہ تو نوجوان، میٹرک</w:t>
      </w:r>
    </w:p>
    <w:p>
      <w:r>
        <w:rPr>
          <w:b/>
        </w:rPr>
        <w:t xml:space="preserve">[38:03] </w:t>
      </w:r>
      <w:r>
        <w:t>ka certificate bhi is ke paas nahin hai, to main kaise le loon is ko?</w:t>
      </w:r>
    </w:p>
    <w:p>
      <w:pPr>
        <w:jc w:val="right"/>
      </w:pPr>
      <w:r>
        <w:t>کا سرٹیفکیٹ بھی اس کے پاس نہیں ہے، تو میں کیسے لے لوں اس کو؟</w:t>
      </w:r>
    </w:p>
    <w:p>
      <w:r>
        <w:rPr>
          <w:b/>
        </w:rPr>
        <w:t xml:space="preserve">[38:11] </w:t>
      </w:r>
      <w:r>
        <w:t>itna koi, aap jante hain kisi ko jo itna zyada apni, khud apne bare mein khud kured karta ho?</w:t>
      </w:r>
    </w:p>
    <w:p>
      <w:pPr>
        <w:jc w:val="right"/>
      </w:pPr>
      <w:r>
        <w:t>اتنا کوئی، آپ جانتے ہیں کسی کو جو اتنا زیادہ اپنی، خود اپنے بارے میں خود کرید کرتا ہو؟</w:t>
      </w:r>
    </w:p>
    <w:p>
      <w:r>
        <w:rPr>
          <w:b/>
        </w:rPr>
        <w:t xml:space="preserve">[38:23] </w:t>
      </w:r>
      <w:r>
        <w:t>poochhein un se, jante hain kisi ko?</w:t>
      </w:r>
    </w:p>
    <w:p>
      <w:pPr>
        <w:jc w:val="right"/>
      </w:pPr>
      <w:r>
        <w:t>پوچھیں ان سے، جانتے ہیں کسی کو؟</w:t>
      </w:r>
    </w:p>
    <w:p>
      <w:r>
        <w:rPr>
          <w:b/>
        </w:rPr>
        <w:t xml:space="preserve">[38:26] </w:t>
      </w:r>
      <w:r>
        <w:t>nahin. khud apne bare mein? woh bol rahe hain ke nahin jante, kisi ko bhi nahin jante. khud apne bare mein khud kured. itni lambi muddat ke baad mujhe sachi baat se aaj hi samajh mein aaya ke is ne kyun nahin liya woh,</w:t>
      </w:r>
    </w:p>
    <w:p>
      <w:pPr>
        <w:jc w:val="right"/>
      </w:pPr>
      <w:r>
        <w:t>نہیں۔ خود اپنے بارے میں؟ وہ بول رہے ہیں کہ نہیں جانتے، کسی کو بھی نہیں جانتے۔ خود اپنے بارے میں خود کرید۔ اتنی لمبی مدت کے بعد مجھے سچی بات سے آج ہی سمجھ میں آیا کہ اس نے کیوں نہیں لیا وہ،</w:t>
      </w:r>
    </w:p>
    <w:p>
      <w:r>
        <w:rPr>
          <w:b/>
        </w:rPr>
        <w:t xml:space="preserve">[38:43] </w:t>
      </w:r>
      <w:r>
        <w:t>jo is ne likha tha, wo bohat bara afsar tha wo. i hope you will take him on today. to wo shayad dil mein sochta hoga, mujh se kaha nahi tha is ne ke main kaise le loon, yeh to naujawan afsar hai, matric bhi nahi hai,</w:t>
      </w:r>
    </w:p>
    <w:p>
      <w:pPr>
        <w:jc w:val="right"/>
      </w:pPr>
      <w:r>
        <w:t>جو اس نے لکھا تھا، وہ بہت بڑا افسر تھا وہ۔ آئی ہوپ یو ویل ٹیک ہم آن ٹوڈے۔ تو وہ شاید دل میں سوچتا ہوگا، مجھ سے کہا نہیں تھا اس نے کہ میں کیسے لے لوں، یہ تو نوجوان افسر ہے، میٹرک بھی نہیں ہے،</w:t>
      </w:r>
    </w:p>
    <w:p>
      <w:r>
        <w:rPr>
          <w:b/>
        </w:rPr>
        <w:t xml:space="preserve">[38:59] </w:t>
      </w:r>
      <w:r>
        <w:t>certificate bhi nahi hai. to mujhe in logon se poochein ke aap, aap apne bare mein ya kisi ke bare mein jante hain itni, khud apne khilaf itna socha ho?</w:t>
      </w:r>
    </w:p>
    <w:p>
      <w:pPr>
        <w:jc w:val="right"/>
      </w:pPr>
      <w:r>
        <w:t>سرٹیفکیٹ بھی نہیں ہے۔ تو مجھے ان لوگوں سے پوچھیں کہ آپ، آپ اپنے بارے میں یا کسی کے بارے میں جانتے ہیں اتنی، خود اپنے خلاف اتنا سوچا ہو؟</w:t>
      </w:r>
    </w:p>
    <w:p>
      <w:r>
        <w:rPr>
          <w:b/>
        </w:rPr>
        <w:t xml:space="preserve">[39:14] </w:t>
      </w:r>
      <w:r>
        <w:t>wo bol rahe hain nahi jante.</w:t>
      </w:r>
    </w:p>
    <w:p>
      <w:pPr>
        <w:jc w:val="right"/>
      </w:pPr>
      <w:r>
        <w:t>وہ بول رہے ہیں نہیں جانتے۔</w:t>
      </w:r>
    </w:p>
    <w:p>
      <w:r>
        <w:rPr>
          <w:b/>
        </w:rPr>
        <w:t xml:space="preserve">[39:19] </w:t>
      </w:r>
      <w:r>
        <w:t>log to ise kehte hain ke yeh wo hindu tha, is liye nahi, mm factor tha, is liye nahi liya. yeh kehte hain na aam taur par, yeh bias ki wajah se nahi kiya.</w:t>
      </w:r>
    </w:p>
    <w:p>
      <w:pPr>
        <w:jc w:val="right"/>
      </w:pPr>
      <w:r>
        <w:t>لوگ تو اسے کہتے ہیں کہ یہ وہ ہندو تھا، اس لیے نہیں، ایم ایم فیکٹر تھا، اس لیے نہیں لیا۔ یہ کہتے ہیں نا عام طور پر، یہ بائیس کی وجہ سے نہیں کیا۔</w:t>
      </w:r>
    </w:p>
    <w:p>
      <w:r>
        <w:rPr>
          <w:b/>
        </w:rPr>
        <w:t xml:space="preserve">[39:35] </w:t>
      </w:r>
      <w:r>
        <w:t>yeh kaun daryaft karega itni lambi muddat ke baad ke meri hi kami thi, is liye nahi liya? aap log bataiye, kya aap kisi aise aadmi ko jante hain jis ne khud apne khilaf itni muddat socha ho?</w:t>
      </w:r>
    </w:p>
    <w:p>
      <w:pPr>
        <w:jc w:val="right"/>
      </w:pPr>
      <w:r>
        <w:t>یہ کون دریافت کرے گا اتنی لمبی مدت کے بعد کہ میری ہی کمی تھی، اس لیے نہیں لیا؟ آپ لوگ بتائیے، کیا آپ کسی ایسے آدمی کو جانتے ہیں جس نے خود اپنے خلاف اتنی مدت سوچا ہو؟</w:t>
      </w:r>
    </w:p>
    <w:p>
      <w:r>
        <w:rPr>
          <w:b/>
        </w:rPr>
        <w:t xml:space="preserve">[39:50] </w:t>
      </w:r>
      <w:r>
        <w:t>nahi Maulana. kai waqt. bataiye. nahi Maulana. hain? ji nahi Maulana, main kisi ko nahi janta.</w:t>
      </w:r>
    </w:p>
    <w:p>
      <w:pPr>
        <w:jc w:val="right"/>
      </w:pPr>
      <w:r>
        <w:t>نہیں مولانا۔ کئی وقت۔ بتائیے۔ نہیں مولانا۔ ہیں؟ جی نہیں مولانا، میں کسی کو نہیں جانتا۔</w:t>
      </w:r>
    </w:p>
    <w:p>
      <w:r>
        <w:rPr>
          <w:b/>
        </w:rPr>
        <w:t xml:space="preserve">[39:58] </w:t>
      </w:r>
      <w:r>
        <w:t>kya karein? Sajid sahib aur doosre log bol rahe hain kisi ko bhi nahi janta.</w:t>
      </w:r>
    </w:p>
    <w:p>
      <w:pPr>
        <w:jc w:val="right"/>
      </w:pPr>
      <w:r>
        <w:t>کیا کریں؟ ساجد صاحب اور دوسرے لوگ بول رہے ہیں کسی کو بھی نہیں جانتا۔</w:t>
      </w:r>
    </w:p>
    <w:p>
      <w:r>
        <w:rPr>
          <w:b/>
        </w:rPr>
        <w:t xml:space="preserve">[40:04] </w:t>
      </w:r>
      <w:r>
        <w:t>aisa kehne wale to sab log hi karte hain ke yeh ta'assub hai, ta'assub kyun nahi liya is ne?</w:t>
      </w:r>
    </w:p>
    <w:p>
      <w:pPr>
        <w:jc w:val="right"/>
      </w:pPr>
      <w:r>
        <w:t>ایسا کہنے والے تو سب لوگ ہی کرتے ہیں کہ یہ تعصب ہے، تعصب کیوں نہیں لیا اس نے؟</w:t>
      </w:r>
    </w:p>
    <w:p>
      <w:r>
        <w:rPr>
          <w:b/>
        </w:rPr>
        <w:t xml:space="preserve">[40:14] </w:t>
      </w:r>
      <w:r>
        <w:t>yeh aasan sa baat hai yeh sab ke paas.</w:t>
      </w:r>
    </w:p>
    <w:p>
      <w:pPr>
        <w:jc w:val="right"/>
      </w:pPr>
      <w:r>
        <w:t>یہ آسان سا بات ہے یہ سب کے پاس۔</w:t>
      </w:r>
    </w:p>
    <w:p>
      <w:r>
        <w:rPr>
          <w:b/>
        </w:rPr>
        <w:t xml:space="preserve">[40:26] </w:t>
      </w:r>
      <w:r>
        <w:t>is Delhi mein ek sahib ko ek hindu idare ne nahi liya, to muslim bhi the wo. to main ne poocha un se, to unhone jhat se bol diya, yeh mm factor tha.</w:t>
      </w:r>
    </w:p>
    <w:p>
      <w:pPr>
        <w:jc w:val="right"/>
      </w:pPr>
      <w:r>
        <w:t>اس دہلی میں ایک صاحب کو ایک ہندو ادارے نے نہیں لیا، تو مسلم بھی تھے وہ۔ تو میں نے پوچھا ان سے، تو انہوں نے جٹ سے بول دیا، یہ ایم ایم فیکٹر تھا۔</w:t>
      </w:r>
    </w:p>
    <w:p>
      <w:r>
        <w:rPr>
          <w:b/>
        </w:rPr>
        <w:t xml:space="preserve">[40:39] </w:t>
      </w:r>
      <w:r>
        <w:t>yani main muslim, muslim hona wajah ban gaya.</w:t>
      </w:r>
    </w:p>
    <w:p>
      <w:pPr>
        <w:jc w:val="right"/>
      </w:pPr>
      <w:r>
        <w:t>یعنی میں مسلم، مسلم ہونا وجہ بن گیا۔</w:t>
      </w:r>
    </w:p>
    <w:p>
      <w:r>
        <w:rPr>
          <w:b/>
        </w:rPr>
        <w:t xml:space="preserve">[40:44] </w:t>
      </w:r>
      <w:r>
        <w:t>main yeh is tarah, is tarah kabhi main ne, kabhi main ne is tarah socha nahi. m factor. real baat kya hai, is ko, is ki main excuse nahi karta hoon ke real wajah kya hai.</w:t>
      </w:r>
    </w:p>
    <w:p>
      <w:pPr>
        <w:jc w:val="right"/>
      </w:pPr>
      <w:r>
        <w:t>میں یہ اس طرح، اس طرح کبھی میں نے، کبھی میں نے اس طرح سوچا نہیں۔ ایم فیکٹر۔ ریئل بات کیا ہے، اس کو، اس کی میں ایکسکیوز نہیں کرتا ہوں کہ ریئل وجہ کیا ہے۔</w:t>
      </w:r>
    </w:p>
    <w:p>
      <w:r>
        <w:rPr>
          <w:b/>
        </w:rPr>
        <w:t xml:space="preserve">[41:04] </w:t>
      </w:r>
      <w:r>
        <w:t>to itne dinon se mera mind sochta raha tha, aur aaj hi sachi baat yeh hai ke mind ne discover ki ke is ne socha hoga ke bhai yeh naujawan to is ka matric ka certificate bhi nahi, kaise main le loon is ko?</w:t>
      </w:r>
    </w:p>
    <w:p>
      <w:pPr>
        <w:jc w:val="right"/>
      </w:pPr>
      <w:r>
        <w:t>تو اتنے دنوں سے میرا مائنڈ سوچتا رہا تھا، اور آج ہی سچی بات یہ ہے کہ مائنڈ نے ڈسکور کی کہ اس نے سوچا ہوگا کہ بھئی یہ نوجوان تو اس کا میٹرک کا سرٹیفکیٹ بھی نہیں، کیسے میں لے لوں اس کو؟</w:t>
      </w:r>
    </w:p>
    <w:p>
      <w:r>
        <w:rPr>
          <w:b/>
        </w:rPr>
        <w:t xml:space="preserve">[41:20] </w:t>
      </w:r>
      <w:r>
        <w:t>to yeh waqia hai ke main sochta tha</w:t>
      </w:r>
    </w:p>
    <w:p>
      <w:pPr>
        <w:jc w:val="right"/>
      </w:pPr>
      <w:r>
        <w:t>تو یہ واقعہ ہے کہ میں سوچتا تھا</w:t>
      </w:r>
    </w:p>
    <w:p>
      <w:r>
        <w:rPr>
          <w:b/>
        </w:rPr>
        <w:t xml:space="preserve">[41:23] </w:t>
      </w:r>
      <w:r>
        <w:t>ke is afsar ne kyun nahi liya mujh ko, jab ke mere paas achi sifarish thi, recommendation.</w:t>
      </w:r>
    </w:p>
    <w:p>
      <w:pPr>
        <w:jc w:val="right"/>
      </w:pPr>
      <w:r>
        <w:t>کہ اس افسر نے کیوں نہیں لیا مجھ کو، جبکہ میرے پاس اچھی سفارش تھی، ریکمنڈیشن۔</w:t>
      </w:r>
    </w:p>
    <w:p>
      <w:r>
        <w:rPr>
          <w:b/>
        </w:rPr>
        <w:t xml:space="preserve">[41:38] </w:t>
      </w:r>
      <w:r>
        <w:t>to aaj hi mujhe samajh mein aya ke wo bechara sochta hoga</w:t>
      </w:r>
    </w:p>
    <w:p>
      <w:pPr>
        <w:jc w:val="right"/>
      </w:pPr>
      <w:r>
        <w:t>تو آج ہی مجھے سمجھ میں آیا کہ وہ بیچارہ سوچتا ہوگا</w:t>
      </w:r>
    </w:p>
    <w:p>
      <w:r>
        <w:rPr>
          <w:b/>
        </w:rPr>
        <w:t xml:space="preserve">[41:42] </w:t>
      </w:r>
      <w:r>
        <w:t>ke bhai yeh naujawan ke paas to matric ka certificate bhi nahi hai, to main kaise le loon is ko?</w:t>
      </w:r>
    </w:p>
    <w:p>
      <w:pPr>
        <w:jc w:val="right"/>
      </w:pPr>
      <w:r>
        <w:t>کہ بھئی یہ نوجوان کے پاس تو میٹرک کا سرٹیفکیٹ بھی نہیں ہے، تو میں کیسے لے لوں اس کو؟</w:t>
      </w:r>
    </w:p>
    <w:p>
      <w:r>
        <w:rPr>
          <w:b/>
        </w:rPr>
        <w:t xml:space="preserve">[41:57] </w:t>
      </w:r>
      <w:r>
        <w:t>faryar</w:t>
      </w:r>
    </w:p>
    <w:p>
      <w:pPr>
        <w:jc w:val="right"/>
      </w:pPr>
      <w:r>
        <w:t>فریار</w:t>
      </w:r>
    </w:p>
    <w:p>
      <w:r>
        <w:rPr>
          <w:b/>
        </w:rPr>
        <w:t xml:space="preserve">[41:58] </w:t>
      </w:r>
      <w:r>
        <w:t>sahib? ji. poochein in se, koi in mein se koi aa ke bole ke zindagi mein kisi ko jante hain wo? nahi Maulana, hum to kisi ko nahi jante aise shakhs ko jo itne saal tak ek waqea ko le ke socha apne against, aur baad mein khud discover kiya ke yeh is mein meri hi kami thi.</w:t>
      </w:r>
    </w:p>
    <w:p>
      <w:pPr>
        <w:jc w:val="right"/>
      </w:pPr>
      <w:r>
        <w:t>صاحب؟ جی۔ پوچھیں ان سے، کوئی ان میں سے کوئی آ کے بولے کہ زندگی میں کسی کو جانتے ہیں وہ؟ نہیں مولانا، ہم تو کسی کو نہیں جانتے ایسے شخص کو جو اتنے سال تک ایک واقعے کو لے کے سوچا اپنے اگینسٹ، اور بعد میں خود ڈسکور کیا کہ یہ اس میں میری ہی کمی تھی۔</w:t>
      </w:r>
    </w:p>
    <w:p>
      <w:r>
        <w:rPr>
          <w:b/>
        </w:rPr>
        <w:t xml:space="preserve">[42:15] </w:t>
      </w:r>
      <w:r>
        <w:t>main to nahi janta Maulana kisi insan ko. Maulana, main Mahboob bol raha hoon, aur main bhi nahi janta Maulana is</w:t>
      </w:r>
    </w:p>
    <w:p>
      <w:pPr>
        <w:jc w:val="right"/>
      </w:pPr>
      <w:r>
        <w:t>میں تو نہیں جانتا مولانا کسی انسان کو۔ مولانا، میں محبوب بول رہا ہوں، اور میں بھی نہیں جانتا مولانا اس</w:t>
      </w:r>
    </w:p>
    <w:p>
      <w:r>
        <w:rPr>
          <w:b/>
        </w:rPr>
        <w:t xml:space="preserve">[42:24] </w:t>
      </w:r>
      <w:r>
        <w:t>ab tak mujhe yaad hai ke is ne likha tha, i hope you will take him on today.</w:t>
      </w:r>
    </w:p>
    <w:p>
      <w:pPr>
        <w:jc w:val="right"/>
      </w:pPr>
      <w:r>
        <w:t>۔ اب تک مجھے یاد ہے کہ اس نے لکھا تھا، آئی ہوپ یو ویل ٹیک ہم آن ٹوڈے۔</w:t>
      </w:r>
    </w:p>
    <w:p>
      <w:r>
        <w:rPr>
          <w:b/>
        </w:rPr>
        <w:t xml:space="preserve">[42:34] </w:t>
      </w:r>
      <w:r>
        <w:t>Maulana, Doctor Junaid baat kar raha hoon Maulana, main bhi nahi janta tha ke, matlab jannay ki baat alag hai, main kabhi soch bhi nahi sakta tha Maulana, ya kabhi imagine bhi nahi kar sakta tha ke blame my daisielf, ek matlab, is ko itni zyada sincerity aur seriousness ke sath,</w:t>
      </w:r>
    </w:p>
    <w:p>
      <w:pPr>
        <w:jc w:val="right"/>
      </w:pPr>
      <w:r>
        <w:t>مولانا، ڈاکٹر جنید بات کر رہا ہوں مولانا، میں بھی نہیں جانتا تھا کہ، مطلب جاننے کی بات الگ ہے، میں کبھی سوچ بھی نہیں سکتا تھا مولانا، یا کبھی امیجن بھی نہیں کر سکتا تھا کہ بلیم مائی دائی سیلف، ایک مطلب، اس کو اتنی زیادہ سنسیرٹی اور سیریسنس کے ساتھ،</w:t>
      </w:r>
    </w:p>
    <w:p>
      <w:r>
        <w:rPr>
          <w:b/>
        </w:rPr>
        <w:t xml:space="preserve">[42:52] </w:t>
      </w:r>
      <w:r>
        <w:t>aur itne unbiased zehn ke sath aap ne is cheez ko apni zindagi mein is ko dhala Maulana, yeh mere liye bohat matlab, Maulana bohat hi zyada mere liye ek hila dene wali baat hai Maulana yeh.</w:t>
      </w:r>
    </w:p>
    <w:p>
      <w:pPr>
        <w:jc w:val="right"/>
      </w:pPr>
      <w:r>
        <w:t>اور اتنے ان بائسڈ ذہن کے ساتھ آپ نے اس چیز کو اپنی زندگی میں اس کو ڈھالا مولانا، یہ میرے لیے بہت مطلب، مولانا بہت ہی زیادہ میرے لیے ایک ہلا دینے والی بات ہے مولانا یہ۔</w:t>
      </w:r>
    </w:p>
    <w:p>
      <w:r>
        <w:rPr>
          <w:b/>
        </w:rPr>
        <w:t xml:space="preserve">[43:08] </w:t>
      </w:r>
      <w:r>
        <w:t>matlab is se mujhe jo sincerity ki ek definition mil jati hai Maulana is mein</w:t>
      </w:r>
    </w:p>
    <w:p>
      <w:pPr>
        <w:jc w:val="right"/>
      </w:pPr>
      <w:r>
        <w:t>مطلب اس سے مجھے جو سنسیرٹی کی ایک ڈیفینیشن مل جاتی ہے مولانا اس میں</w:t>
      </w:r>
    </w:p>
    <w:p>
      <w:r>
        <w:rPr>
          <w:b/>
        </w:rPr>
        <w:t xml:space="preserve">[43:12] </w:t>
      </w:r>
      <w:r>
        <w:t>se. yeh waqia Gorakhpur ka hai, wahan center tha, recruitment center. second war war ka zamana tha wo.</w:t>
      </w:r>
    </w:p>
    <w:p>
      <w:pPr>
        <w:jc w:val="right"/>
      </w:pPr>
      <w:r>
        <w:t>سے۔ یہ واقعہ گورکھپور کا ہے، وہاں سینٹر تھا، ریکروٹمنٹ سینٹر۔ سیکنڈ وار وار کا زمانہ تھا وہ۔</w:t>
      </w:r>
    </w:p>
    <w:p>
      <w:r>
        <w:rPr>
          <w:b/>
        </w:rPr>
        <w:t xml:space="preserve">[43:27] </w:t>
      </w:r>
      <w:r>
        <w:t>aur kaam kiya tha, kaam itna tha ke storage hua karta tha government ke.</w:t>
      </w:r>
    </w:p>
    <w:p>
      <w:pPr>
        <w:jc w:val="right"/>
      </w:pPr>
      <w:r>
        <w:t>اور کام کیا تھا، کام اتنا تھا کہ اسٹوریج ہوا کرتا تھا گورنمنٹ کے۔</w:t>
      </w:r>
    </w:p>
    <w:p>
      <w:r>
        <w:rPr>
          <w:b/>
        </w:rPr>
        <w:t xml:space="preserve">[43:36] </w:t>
      </w:r>
      <w:r>
        <w:t>storage, yani khane ka saman, yeh saman woh saman, bas is ka, is ko incharge hona tha, wahan bantna tha, dekh bhaal karna tha storage,</w:t>
      </w:r>
    </w:p>
    <w:p>
      <w:pPr>
        <w:jc w:val="right"/>
      </w:pPr>
      <w:r>
        <w:t>اسٹوریج، یعنی کھانے کا سامان، یہ سامان وہ سامان، بس اس کا، اس کو انچارج ہونا تھا، وہاں بانٹنا تھا، دیکھ بھال کرنا تھا اسٹوریج،</w:t>
      </w:r>
    </w:p>
    <w:p>
      <w:r>
        <w:rPr>
          <w:b/>
        </w:rPr>
        <w:t xml:space="preserve">[43:51] </w:t>
      </w:r>
      <w:r>
        <w:t>storage ko, yahi kaam tha.</w:t>
      </w:r>
    </w:p>
    <w:p>
      <w:pPr>
        <w:jc w:val="right"/>
      </w:pPr>
      <w:r>
        <w:t>اسٹوریج کو، یہی کام تھا۔</w:t>
      </w:r>
    </w:p>
    <w:p>
      <w:r>
        <w:rPr>
          <w:b/>
        </w:rPr>
        <w:t xml:space="preserve">[44:02] </w:t>
      </w:r>
      <w:r>
        <w:t>ab aaj nahi pakda aap ne, aaj pakda hota aap ko na ke jo aadmi meri sari zindagi is ko apna dushman samajhta raha, aaj hi is ko discover kiya hai maine ke main to benefactor hoon woh,</w:t>
      </w:r>
    </w:p>
    <w:p>
      <w:pPr>
        <w:jc w:val="right"/>
      </w:pPr>
      <w:r>
        <w:t>اب آج نہیں پکڑا آپ نے، آج پکڑا ہوتا آپ کو نا کہ جو آدمی میری ساری زندگی اس کو اپنا دشمن سمجھتا رہا، آج ہی اس کو ڈسکور کیا ہے میں نے کہ میں تو بینیفیکٹر ہوں وہ،</w:t>
      </w:r>
    </w:p>
    <w:p>
      <w:r>
        <w:rPr>
          <w:b/>
        </w:rPr>
        <w:t xml:space="preserve">[44:17] </w:t>
      </w:r>
      <w:r>
        <w:t>ke is ne mujhe</w:t>
      </w:r>
    </w:p>
    <w:p>
      <w:pPr>
        <w:jc w:val="right"/>
      </w:pPr>
      <w:r>
        <w:t>کہ اس نے مجھے</w:t>
      </w:r>
    </w:p>
    <w:p>
      <w:r>
        <w:rPr>
          <w:b/>
        </w:rPr>
        <w:t xml:space="preserve">[44:20] </w:t>
      </w:r>
      <w:r>
        <w:t>mor diya zabardasti dhake de kar ke, muslim empowerment se nikal kar ke, insaan ko dawat dene ki taraf.</w:t>
      </w:r>
    </w:p>
    <w:p>
      <w:pPr>
        <w:jc w:val="right"/>
      </w:pPr>
      <w:r>
        <w:t>موڑ دیا زبردستی دھکے دے کر کے، مسلم امپاورمنٹ سے نکال کر کے، انسان کو دعوت دینے کی طرف۔</w:t>
      </w:r>
    </w:p>
    <w:p>
      <w:r>
        <w:rPr>
          <w:b/>
        </w:rPr>
        <w:t xml:space="preserve">[44:32] </w:t>
      </w:r>
      <w:r>
        <w:t>yeh pakda nahi aap ne aaj ki taqreer mein?</w:t>
      </w:r>
    </w:p>
    <w:p>
      <w:pPr>
        <w:jc w:val="right"/>
      </w:pPr>
      <w:r>
        <w:t>یہ پکڑا نہیں آپ نے آج کی تقریر میں؟</w:t>
      </w:r>
    </w:p>
    <w:p>
      <w:r>
        <w:rPr>
          <w:b/>
        </w:rPr>
        <w:t xml:space="preserve">[44:35] </w:t>
      </w:r>
      <w:r>
        <w:t>ji pakda Maulana. hain? pakda Maulana yeh baat aaj hum ne. to is ko kya kahein? sab bol rahe hain ke aaj unho ne is baat ko pakda hai.</w:t>
      </w:r>
    </w:p>
    <w:p>
      <w:pPr>
        <w:jc w:val="right"/>
      </w:pPr>
      <w:r>
        <w:t>جی پکڑا مولانا۔ ہیں؟ پکڑا مولانا یہ بات آج ہم نے۔ تو اس کو کیا کہیں؟ سب بول رہے ہیں کہ آج انہوں نے اس بات کو پکڑا ہے۔</w:t>
      </w:r>
    </w:p>
    <w:p>
      <w:r>
        <w:rPr>
          <w:b/>
        </w:rPr>
        <w:t xml:space="preserve">[44:44] </w:t>
      </w:r>
      <w:r>
        <w:t>hain? unho ne is baat ko aaj pakda hai. haan. acha. ji.</w:t>
      </w:r>
    </w:p>
    <w:p>
      <w:pPr>
        <w:jc w:val="right"/>
      </w:pPr>
      <w:r>
        <w:t>ہیں؟ انہوں نے اس بات کو آج پکڑا ہے۔ ہاں۔ اچھا۔ جی۔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