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Realization of God in the Age of Science March 1, 2020 Maulana Wahiduddin Khan</w:t>
      </w:r>
    </w:p>
    <w:p>
      <w:r>
        <w:t>https://www.youtube.com/watch?v=duUnwicq5Yw</w:t>
      </w:r>
    </w:p>
    <w:p>
      <w:r>
        <w:rPr>
          <w:b/>
        </w:rPr>
        <w:t xml:space="preserve">[00:13] </w:t>
      </w:r>
      <w:r>
        <w:t>bismillah rahman rahim, wasallallah ala nabiyil karim.</w:t>
      </w:r>
    </w:p>
    <w:p>
      <w:pPr>
        <w:jc w:val="right"/>
      </w:pPr>
      <w:r>
        <w:t>بسم اللہ الرحمن الرحیم، وصلی اللہ علی نبی الکریم۔</w:t>
      </w:r>
    </w:p>
    <w:p>
      <w:r>
        <w:rPr>
          <w:b/>
        </w:rPr>
        <w:t xml:space="preserve">[00:23] </w:t>
      </w:r>
      <w:r>
        <w:t>mujhe ek waqia bohat zyada</w:t>
      </w:r>
    </w:p>
    <w:p>
      <w:pPr>
        <w:jc w:val="right"/>
      </w:pPr>
      <w:r>
        <w:t>مجھے ایک واقعہ بہت زیادہ</w:t>
      </w:r>
    </w:p>
    <w:p>
      <w:r>
        <w:rPr>
          <w:b/>
        </w:rPr>
        <w:t xml:space="preserve">[00:31] </w:t>
      </w:r>
      <w:r>
        <w:t>pasand hai jo meri Rampur ki zindagi se taluq rakhta hai. main taqreeban 3 saal Rampur mein tha,</w:t>
      </w:r>
    </w:p>
    <w:p>
      <w:pPr>
        <w:jc w:val="right"/>
      </w:pPr>
      <w:r>
        <w:t>پسند ہے جو میری رام پور کی زندگی سے تعلق رکھتا ہے۔ میں تقریباً 3 سال رام پور میں تھا،</w:t>
      </w:r>
    </w:p>
    <w:p>
      <w:r>
        <w:rPr>
          <w:b/>
        </w:rPr>
        <w:t xml:space="preserve">[00:47] </w:t>
      </w:r>
      <w:r>
        <w:t>3 saal ya zyada.</w:t>
      </w:r>
    </w:p>
    <w:p>
      <w:pPr>
        <w:jc w:val="right"/>
      </w:pPr>
      <w:r>
        <w:t>3 سال یا زیادہ۔</w:t>
      </w:r>
    </w:p>
    <w:p>
      <w:r>
        <w:rPr>
          <w:b/>
        </w:rPr>
        <w:t xml:space="preserve">[00:52] </w:t>
      </w:r>
      <w:r>
        <w:t>to Rampur ke zamane mein ek waqia hua, woh mujhe kisi ne bataya.</w:t>
      </w:r>
    </w:p>
    <w:p>
      <w:pPr>
        <w:jc w:val="right"/>
      </w:pPr>
      <w:r>
        <w:t>تو رام پور کے زمانے میں ایک واقعہ ہوا، وہ مجھے کسی نے بتایا۔</w:t>
      </w:r>
    </w:p>
    <w:p>
      <w:r>
        <w:rPr>
          <w:b/>
        </w:rPr>
        <w:t xml:space="preserve">[01:03] </w:t>
      </w:r>
      <w:r>
        <w:t>ek bachcha</w:t>
      </w:r>
    </w:p>
    <w:p>
      <w:pPr>
        <w:jc w:val="right"/>
      </w:pPr>
      <w:r>
        <w:t>ایک بچہ</w:t>
      </w:r>
    </w:p>
    <w:p>
      <w:r>
        <w:rPr>
          <w:b/>
        </w:rPr>
        <w:t xml:space="preserve">[01:07] </w:t>
      </w:r>
      <w:r>
        <w:t>tha, ghareeb baap ka beta, is ne apne baap se kaha ke mujhe bicycle chahiye.</w:t>
      </w:r>
    </w:p>
    <w:p>
      <w:pPr>
        <w:jc w:val="right"/>
      </w:pPr>
      <w:r>
        <w:t>تھا، غریب باپ کا بیٹا، اس نے اپنے باپ سے کہا کہ مجھے بائیسکل چاہیے۔</w:t>
      </w:r>
    </w:p>
    <w:p>
      <w:r>
        <w:rPr>
          <w:b/>
        </w:rPr>
        <w:t xml:space="preserve">[01:27] </w:t>
      </w:r>
      <w:r>
        <w:t>baap ne is ko taal diya, phir is ne kaha, phir baat ko taal diya. phir teesri baar jab is ne kaha to baap bola ke dekho mere paas paise nahi hain,</w:t>
      </w:r>
    </w:p>
    <w:p>
      <w:pPr>
        <w:jc w:val="right"/>
      </w:pPr>
      <w:r>
        <w:t>باپ نے اس کو ٹال دیا، پھر اس نے کہا، پھر بات کو ٹال دیا۔ پھر تیسری بار جب اس نے کہا تو باپ بولا کہ دیکھو میرے پاس پیسے نہیں ہیں،</w:t>
      </w:r>
    </w:p>
    <w:p>
      <w:r>
        <w:rPr>
          <w:b/>
        </w:rPr>
        <w:t xml:space="preserve">[01:46] </w:t>
      </w:r>
      <w:r>
        <w:t>main tumhari bicycle khareed nahi sakta. ab agar tum is se kahoge bicycle ke liye to main tumhein maar maroonga.</w:t>
      </w:r>
    </w:p>
    <w:p>
      <w:pPr>
        <w:jc w:val="right"/>
      </w:pPr>
      <w:r>
        <w:t>میں تمہاری بائیسکل خرید نہیں سکتا۔ اب اگر تم اس سے کہو گے بائیسکل کے لیے تو میں تمہیں مار ماروں گا۔</w:t>
      </w:r>
    </w:p>
    <w:p>
      <w:r>
        <w:rPr>
          <w:b/>
        </w:rPr>
        <w:t xml:space="preserve">[02:01] </w:t>
      </w:r>
      <w:r>
        <w:t>yeh sun kar beta ro pada. rote hue is ne kaha...</w:t>
      </w:r>
    </w:p>
    <w:p>
      <w:pPr>
        <w:jc w:val="right"/>
      </w:pPr>
      <w:r>
        <w:t>یہ سن کر بیٹا رو پڑا۔ روتے ہوئے اس نے کہا...</w:t>
      </w:r>
    </w:p>
    <w:p>
      <w:r>
        <w:rPr>
          <w:b/>
        </w:rPr>
        <w:t xml:space="preserve">[02:15] </w:t>
      </w:r>
      <w:r>
        <w:t>rote hue is ne kaha</w:t>
      </w:r>
    </w:p>
    <w:p>
      <w:pPr>
        <w:jc w:val="right"/>
      </w:pPr>
      <w:r>
        <w:t>روتے ہوئے اس نے کہا</w:t>
      </w:r>
    </w:p>
    <w:p>
      <w:r>
        <w:rPr>
          <w:b/>
        </w:rPr>
        <w:t xml:space="preserve">[02:20] </w:t>
      </w:r>
      <w:r>
        <w:t>ke aap hi to mere baap hain, aap ne nar kaha hai to kise kahein? aap hi to mere baap hain, aap se nar kahein to kise kahein?</w:t>
      </w:r>
    </w:p>
    <w:p>
      <w:pPr>
        <w:jc w:val="right"/>
      </w:pPr>
      <w:r>
        <w:t>کہ آپ ہی تو میرے باپ ہیں، آپ نے نر کہا ہے تو کسے کہیں؟ آپ ہی تو میرے باپ ہیں، آپ سے نر کہیں تو کسے کہیں؟</w:t>
      </w:r>
    </w:p>
    <w:p>
      <w:r>
        <w:rPr>
          <w:b/>
        </w:rPr>
        <w:t xml:space="preserve">[02:35] </w:t>
      </w:r>
      <w:r>
        <w:t>yeh sun kar baap bhi ro pada.</w:t>
      </w:r>
    </w:p>
    <w:p>
      <w:pPr>
        <w:jc w:val="right"/>
      </w:pPr>
      <w:r>
        <w:t>یہ سن کر باپ بھی رو پڑا۔</w:t>
      </w:r>
    </w:p>
    <w:p>
      <w:r>
        <w:rPr>
          <w:b/>
        </w:rPr>
        <w:t xml:space="preserve">[02:38] </w:t>
      </w:r>
      <w:r>
        <w:t>is ne kaha acha theek hai, main kal tum ko bicycle de doonga. aur waqi is ne kese intezam kar ke is ko bicycle de di.</w:t>
      </w:r>
    </w:p>
    <w:p>
      <w:pPr>
        <w:jc w:val="right"/>
      </w:pPr>
      <w:r>
        <w:t>اس نے کہا اچھا ٹھیک ہے، میں کل تم کو بائیسکل دے دوں گا۔ اور واقعی اس نے کیسے انتظام کر کے اس کو بائیسکل دے دی۔</w:t>
      </w:r>
    </w:p>
    <w:p>
      <w:r>
        <w:rPr>
          <w:b/>
        </w:rPr>
        <w:t xml:space="preserve">[02:56] </w:t>
      </w:r>
      <w:r>
        <w:t>to main aksar yeh sochta hoon ke shayad kisi bande ki sab se bari darkhwast yahi hai,</w:t>
      </w:r>
    </w:p>
    <w:p>
      <w:pPr>
        <w:jc w:val="right"/>
      </w:pPr>
      <w:r>
        <w:t>تو میں اکثر یہ سوچتا ہوں کہ شاید کسی بندے کی سب سے بڑی درخواست یہی ہے،</w:t>
      </w:r>
    </w:p>
    <w:p>
      <w:r>
        <w:rPr>
          <w:b/>
        </w:rPr>
        <w:t xml:space="preserve">[03:06] </w:t>
      </w:r>
      <w:r>
        <w:t>aur shayad sab se bari dua bhi yahi hai.</w:t>
      </w:r>
    </w:p>
    <w:p>
      <w:pPr>
        <w:jc w:val="right"/>
      </w:pPr>
      <w:r>
        <w:t>اور شاید سب سے بڑی دعا بھی یہی ہے۔</w:t>
      </w:r>
    </w:p>
    <w:p>
      <w:r>
        <w:rPr>
          <w:b/>
        </w:rPr>
        <w:t xml:space="preserve">[03:13] </w:t>
      </w:r>
      <w:r>
        <w:t>agar koi aadmi apne aap ko itna zyada apne rab se</w:t>
      </w:r>
    </w:p>
    <w:p>
      <w:pPr>
        <w:jc w:val="right"/>
      </w:pPr>
      <w:r>
        <w:t>اگر کوئی آدمی اپنے آپ کو اتنا زیادہ اپنے رب سے</w:t>
      </w:r>
    </w:p>
    <w:p>
      <w:r>
        <w:rPr>
          <w:b/>
        </w:rPr>
        <w:t xml:space="preserve">[03:24] </w:t>
      </w:r>
      <w:r>
        <w:t>qareeb kar le</w:t>
      </w:r>
    </w:p>
    <w:p>
      <w:pPr>
        <w:jc w:val="right"/>
      </w:pPr>
      <w:r>
        <w:t>قریب کر لے</w:t>
      </w:r>
    </w:p>
    <w:p>
      <w:r>
        <w:rPr>
          <w:b/>
        </w:rPr>
        <w:t xml:space="preserve">[03:28] </w:t>
      </w:r>
      <w:r>
        <w:t>ke woh is baat ko daryaft kare ke main be kuch hoon aur mera rab sab kuch hai.</w:t>
      </w:r>
    </w:p>
    <w:p>
      <w:pPr>
        <w:jc w:val="right"/>
      </w:pPr>
      <w:r>
        <w:t>کہ وہ اس بات کو دریافت کرے کہ میں بے کچھ ہوں اور میرا رب سب کچھ ہے۔</w:t>
      </w:r>
    </w:p>
    <w:p>
      <w:r>
        <w:rPr>
          <w:b/>
        </w:rPr>
        <w:t xml:space="preserve">[03:42] </w:t>
      </w:r>
      <w:r>
        <w:t>haqeeqi maano mein yeh daryaft kar le</w:t>
      </w:r>
    </w:p>
    <w:p>
      <w:pPr>
        <w:jc w:val="right"/>
      </w:pPr>
      <w:r>
        <w:t>حقیقی معنوں میں یہ دریافت کر لے</w:t>
      </w:r>
    </w:p>
    <w:p>
      <w:r>
        <w:rPr>
          <w:b/>
        </w:rPr>
        <w:t xml:space="preserve">[03:45] </w:t>
      </w:r>
      <w:r>
        <w:t>ke mera baap jo hai woh sab kuch hai, mera rab jo hai woh sab kuch hai, aur main be kuch hoon.</w:t>
      </w:r>
    </w:p>
    <w:p>
      <w:pPr>
        <w:jc w:val="right"/>
      </w:pPr>
      <w:r>
        <w:t>کہ میرا باپ جو ہے وہ سب کچھ ہے، میرا رب جو ہے وہ سب کچھ ہے، اور میں بے کچھ ہوں۔</w:t>
      </w:r>
    </w:p>
    <w:p>
      <w:r>
        <w:rPr>
          <w:b/>
        </w:rPr>
        <w:t xml:space="preserve">[03:55] </w:t>
      </w:r>
      <w:r>
        <w:t>haqeeqi maano mein. agar yeh jaan le koi banda,</w:t>
      </w:r>
    </w:p>
    <w:p>
      <w:pPr>
        <w:jc w:val="right"/>
      </w:pPr>
      <w:r>
        <w:t>حقیقی معنوں میں۔ اگر یہ جان لے کوئی بندہ،</w:t>
      </w:r>
    </w:p>
    <w:p>
      <w:r>
        <w:rPr>
          <w:b/>
        </w:rPr>
        <w:t xml:space="preserve">[04:03] </w:t>
      </w:r>
      <w:r>
        <w:t>aur yeh keh pade</w:t>
      </w:r>
    </w:p>
    <w:p>
      <w:pPr>
        <w:jc w:val="right"/>
      </w:pPr>
      <w:r>
        <w:t>اور یہ کہہ پڑے</w:t>
      </w:r>
    </w:p>
    <w:p>
      <w:r>
        <w:rPr>
          <w:b/>
        </w:rPr>
        <w:t xml:space="preserve">[04:12] </w:t>
      </w:r>
      <w:r>
        <w:t>ke khudaaya</w:t>
      </w:r>
    </w:p>
    <w:p>
      <w:pPr>
        <w:jc w:val="right"/>
      </w:pPr>
      <w:r>
        <w:t>کہ خدایا</w:t>
      </w:r>
    </w:p>
    <w:p>
      <w:r>
        <w:rPr>
          <w:b/>
        </w:rPr>
        <w:t xml:space="preserve">[04:16] </w:t>
      </w:r>
      <w:r>
        <w:t>tu hi toh mera rab hai, aap se na kahoon toh kise kahoon?</w:t>
      </w:r>
    </w:p>
    <w:p>
      <w:pPr>
        <w:jc w:val="right"/>
      </w:pPr>
      <w:r>
        <w:t>تو ہی تو میرا رب ہے، آپ سے نر کہوں تو کسے کہوں؟</w:t>
      </w:r>
    </w:p>
    <w:p>
      <w:r>
        <w:rPr>
          <w:b/>
        </w:rPr>
        <w:t xml:space="preserve">[04:28] </w:t>
      </w:r>
      <w:r>
        <w:t>main toh samajhta hoon ke jab bande ki zuban se aisa kalma nikal pade toh us ke baad...</w:t>
      </w:r>
    </w:p>
    <w:p>
      <w:pPr>
        <w:jc w:val="right"/>
      </w:pPr>
      <w:r>
        <w:t>میں تو سمجھتا ہوں کہ جب بندے کی زبان سے ایسا کلمہ نکل پڑے تو اس کے بعد...</w:t>
      </w:r>
    </w:p>
    <w:p>
      <w:r>
        <w:rPr>
          <w:b/>
        </w:rPr>
        <w:t xml:space="preserve">[04:47] </w:t>
      </w:r>
      <w:r>
        <w:t>banda bhi wohi keh deta hai, rab rab ki zuban se bhi wohi kalma nikal padta hai</w:t>
      </w:r>
    </w:p>
    <w:p>
      <w:pPr>
        <w:jc w:val="right"/>
      </w:pPr>
      <w:r>
        <w:t>بندہ بھی وہی کہہ دیتا ہے، رب رب کی زبان سے بھی وہی کلمہ نکل پڑتا ہے</w:t>
      </w:r>
    </w:p>
    <w:p>
      <w:r>
        <w:rPr>
          <w:b/>
        </w:rPr>
        <w:t xml:space="preserve">[04:57] </w:t>
      </w:r>
      <w:r>
        <w:t>jo oopar ki misaal mein aap ne dekha.</w:t>
      </w:r>
    </w:p>
    <w:p>
      <w:pPr>
        <w:jc w:val="right"/>
      </w:pPr>
      <w:r>
        <w:t>جو اوپر کی مثال میں آپ نے دیکھا۔</w:t>
      </w:r>
    </w:p>
    <w:p>
      <w:r>
        <w:rPr>
          <w:b/>
        </w:rPr>
        <w:t xml:space="preserve">[05:06] </w:t>
      </w:r>
      <w:r>
        <w:t>yeh baat main qahati tor par nahi keh raha hoon, balkeh ek hadith se maine aisa samjha hai. ek hadith hai ke ma رائے tu misl jannat naam talib hua, wa ma رائے tu misl nar naam gharib hua.</w:t>
      </w:r>
    </w:p>
    <w:p>
      <w:pPr>
        <w:jc w:val="right"/>
      </w:pPr>
      <w:r>
        <w:t>یہ بات میں قحطی طور پر نہیں کہہ رہا ہوں، بلکہ ایک حدیث سے میں نے ایسا سمجھا ہے۔ ایک حدیث ہے کہ ما رائے تو مثل جنت نام طالب ہوا، وما رائے تو مثل نار نام غارب ہوا۔</w:t>
      </w:r>
    </w:p>
    <w:p>
      <w:r>
        <w:rPr>
          <w:b/>
        </w:rPr>
        <w:t xml:space="preserve">[05:28] </w:t>
      </w:r>
      <w:r>
        <w:t>yeh ek khaas usloob hai arabi zuban ka,</w:t>
      </w:r>
    </w:p>
    <w:p>
      <w:pPr>
        <w:jc w:val="right"/>
      </w:pPr>
      <w:r>
        <w:t>یہ ایک خاص اسلوب ہے عربی زبان کا،</w:t>
      </w:r>
    </w:p>
    <w:p>
      <w:r>
        <w:rPr>
          <w:b/>
        </w:rPr>
        <w:t xml:space="preserve">[05:35] </w:t>
      </w:r>
      <w:r>
        <w:t>isko urdu mein tarjuma kaise kiya jaye mujhe samajh nahi aata.</w:t>
      </w:r>
    </w:p>
    <w:p>
      <w:pPr>
        <w:jc w:val="right"/>
      </w:pPr>
      <w:r>
        <w:t>اس کو اردو میں ترجمہ کیسے کیا جائے مجھے سمجھ نہیں آتا۔</w:t>
      </w:r>
    </w:p>
    <w:p>
      <w:r>
        <w:rPr>
          <w:b/>
        </w:rPr>
        <w:t xml:space="preserve">[05:47] </w:t>
      </w:r>
      <w:r>
        <w:t>yeh isi tarah ki status mein jhalakti hai.</w:t>
      </w:r>
    </w:p>
    <w:p>
      <w:pPr>
        <w:jc w:val="right"/>
      </w:pPr>
      <w:r>
        <w:t>یہ اسی طرح کی اسٹیٹس میں جھلکتی ہے۔</w:t>
      </w:r>
    </w:p>
    <w:p>
      <w:r>
        <w:rPr>
          <w:b/>
        </w:rPr>
        <w:t xml:space="preserve">[05:57] </w:t>
      </w:r>
      <w:r>
        <w:t>ma رائے tu</w:t>
      </w:r>
    </w:p>
    <w:p>
      <w:pPr>
        <w:jc w:val="right"/>
      </w:pPr>
      <w:r>
        <w:t>ما رائے تو</w:t>
      </w:r>
    </w:p>
    <w:p>
      <w:r>
        <w:rPr>
          <w:b/>
        </w:rPr>
        <w:t xml:space="preserve">[06:02] </w:t>
      </w:r>
      <w:r>
        <w:t>misl jannat naam talib hua, wa ma رائے tu misl nar naam gharib hua. yeh sab baatein mujhe is tarah yaad aayin ke aaj mujhe ek sawal</w:t>
      </w:r>
    </w:p>
    <w:p>
      <w:pPr>
        <w:jc w:val="right"/>
      </w:pPr>
      <w:r>
        <w:t>مثل جنت نام طالب ہوا، وما رائے تو مثل نار نام غارب ہوا۔ یہ سب باتیں مجھے اس طرح یاد آئیں کہ آج مجھے ایک سوال</w:t>
      </w:r>
    </w:p>
    <w:p>
      <w:r>
        <w:rPr>
          <w:b/>
        </w:rPr>
        <w:t xml:space="preserve">[06:22] </w:t>
      </w:r>
      <w:r>
        <w:t>mousool hua, Maulana Iqbal sahib ka, jis ke alfaaz yeh the: aap bataiye woh un ka un ka sawal.</w:t>
      </w:r>
    </w:p>
    <w:p>
      <w:pPr>
        <w:jc w:val="right"/>
      </w:pPr>
      <w:r>
        <w:t>موصول ہوا، مولانا اقبال صاحب کا، جس کے الفاظ یہ تھے: آپ بتائیے وہ ان کا ان کا سوال۔</w:t>
      </w:r>
    </w:p>
    <w:p>
      <w:r>
        <w:rPr>
          <w:b/>
        </w:rPr>
        <w:t xml:space="preserve">[06:42] </w:t>
      </w:r>
      <w:r>
        <w:t>Maulana, age of science mein woh kaun si discovery hai jis ne aap ke imaan mein Himalayan izafa kiya?</w:t>
      </w:r>
    </w:p>
    <w:p>
      <w:pPr>
        <w:jc w:val="right"/>
      </w:pPr>
      <w:r>
        <w:t>مولانا، ایج آف سائنس میں وہ کون سی ڈسکوری ہے جس نے آپ کے ایمان میں ہمالین اضافہ کیا؟</w:t>
      </w:r>
    </w:p>
    <w:p>
      <w:r>
        <w:rPr>
          <w:b/>
        </w:rPr>
        <w:t xml:space="preserve">[06:51] </w:t>
      </w:r>
      <w:r>
        <w:t>Maulana Iqbal Umri.</w:t>
      </w:r>
    </w:p>
    <w:p>
      <w:pPr>
        <w:jc w:val="right"/>
      </w:pPr>
      <w:r>
        <w:t>مولانا اقبال عمری۔</w:t>
      </w:r>
    </w:p>
    <w:p>
      <w:r>
        <w:rPr>
          <w:b/>
        </w:rPr>
        <w:t xml:space="preserve">[06:53] </w:t>
      </w:r>
      <w:r>
        <w:t>dekhiye, yeh sawal bohat hi zyada aham sawal hai, aur mere paas is ka ek mutayyan jawab hai.</w:t>
      </w:r>
    </w:p>
    <w:p>
      <w:pPr>
        <w:jc w:val="right"/>
      </w:pPr>
      <w:r>
        <w:t>دیکھیے، یہ سوال بہت ہی زیادہ اہم سوال ہے، اور میرے پاس اس کا ایک متعین جواب ہے۔</w:t>
      </w:r>
    </w:p>
    <w:p>
      <w:r>
        <w:rPr>
          <w:b/>
        </w:rPr>
        <w:t xml:space="preserve">[07:06] </w:t>
      </w:r>
      <w:r>
        <w:t>woh jawab yeh hai ke yeh discovery hai</w:t>
      </w:r>
    </w:p>
    <w:p>
      <w:pPr>
        <w:jc w:val="right"/>
      </w:pPr>
      <w:r>
        <w:t>وہ جواب یہ ہے کہ یہ ڈسکوری ہے</w:t>
      </w:r>
    </w:p>
    <w:p>
      <w:r>
        <w:rPr>
          <w:b/>
        </w:rPr>
        <w:t xml:space="preserve">[07:11] </w:t>
      </w:r>
      <w:r>
        <w:t>quantum physics.</w:t>
      </w:r>
    </w:p>
    <w:p>
      <w:pPr>
        <w:jc w:val="right"/>
      </w:pPr>
      <w:r>
        <w:t>کوانٹم فزکس۔</w:t>
      </w:r>
    </w:p>
    <w:p>
      <w:r>
        <w:rPr>
          <w:b/>
        </w:rPr>
        <w:t xml:space="preserve">[07:15] </w:t>
      </w:r>
      <w:r>
        <w:t>quantum physics.</w:t>
      </w:r>
    </w:p>
    <w:p>
      <w:pPr>
        <w:jc w:val="right"/>
      </w:pPr>
      <w:r>
        <w:t>کوانٹم فزکس۔</w:t>
      </w:r>
    </w:p>
    <w:p>
      <w:r>
        <w:rPr>
          <w:b/>
        </w:rPr>
        <w:t xml:space="preserve">[07:20] </w:t>
      </w:r>
      <w:r>
        <w:t>mein samajhta hoon ke quantum physics ko logon ne jaana, to mera yaqeen Allah rab ul alameen ke upar itna zyada badh gaya ke phir koi had baqi nahi rahi jis ko mein paar karoon.</w:t>
      </w:r>
    </w:p>
    <w:p>
      <w:pPr>
        <w:jc w:val="right"/>
      </w:pPr>
      <w:r>
        <w:t>میں سمجھتا ہوں کہ کوانٹم فزکس کو لوگوں نے جانا، تو میرا یقین اللہ رب العالمین کے اوپر اتنا زیادہ بڑھ گیا کہ پھر کوئی حد باقی نہیں رہی جس کو میں پار کروں۔</w:t>
      </w:r>
    </w:p>
    <w:p>
      <w:r>
        <w:rPr>
          <w:b/>
        </w:rPr>
        <w:t xml:space="preserve">[07:43] </w:t>
      </w:r>
      <w:r>
        <w:t>ajeeb baat hai ke yeh haqeeqat</w:t>
      </w:r>
    </w:p>
    <w:p>
      <w:pPr>
        <w:jc w:val="right"/>
      </w:pPr>
      <w:r>
        <w:t>عجیب بات ہے کہ یہ حقیقت</w:t>
      </w:r>
    </w:p>
    <w:p>
      <w:r>
        <w:rPr>
          <w:b/>
        </w:rPr>
        <w:t xml:space="preserve">[07:52] </w:t>
      </w:r>
      <w:r>
        <w:t>unconsciously is se pehle mushkil mushkil discover ho chuki thi.</w:t>
      </w:r>
    </w:p>
    <w:p>
      <w:pPr>
        <w:jc w:val="right"/>
      </w:pPr>
      <w:r>
        <w:t>انکانسسلی اس سے پہلے مشکل مشکل ڈسکور ہو چکی تھی۔</w:t>
      </w:r>
    </w:p>
    <w:p>
      <w:r>
        <w:rPr>
          <w:b/>
        </w:rPr>
        <w:t xml:space="preserve">[08:01] </w:t>
      </w:r>
      <w:r>
        <w:t>dilli aane se pehle, dilli aane se bohat pehle ki baat hai, us waqt mein shayad lucknow mein tha. to ek saahab jo philosophy se amik kiya tha unhon ne, aur woh apne aqeeday ke aitbaar se</w:t>
      </w:r>
    </w:p>
    <w:p>
      <w:pPr>
        <w:jc w:val="right"/>
      </w:pPr>
      <w:r>
        <w:t>دلی آنے سے پہلے، دلی آنے سے بہت پہلے کی بات ہے، اس وقت میں شاید لشو میں تھا۔ تو ایک صاحب جو فلاسفی سے امیک کیا تھا انہوں نے، اور وہ اپنے عقیدے کے اعتبار سے</w:t>
      </w:r>
    </w:p>
    <w:p>
      <w:r>
        <w:rPr>
          <w:b/>
        </w:rPr>
        <w:t xml:space="preserve">[08:20] </w:t>
      </w:r>
      <w:r>
        <w:t>atheist kehte thay apne aap ko. dekhiye, aaj mein ghar se nikla</w:t>
      </w:r>
    </w:p>
    <w:p>
      <w:pPr>
        <w:jc w:val="right"/>
      </w:pPr>
      <w:r>
        <w:t>ایتھیسٹ کہتے تھے اپنے آپ کو۔ دیکھیے، آج میں گھر سے نکلا</w:t>
      </w:r>
    </w:p>
    <w:p>
      <w:r>
        <w:rPr>
          <w:b/>
        </w:rPr>
        <w:t xml:space="preserve">[08:32] </w:t>
      </w:r>
      <w:r>
        <w:t>to mein is haal mein tha ke shayad mein bol nahi sakoon ga,</w:t>
      </w:r>
    </w:p>
    <w:p>
      <w:pPr>
        <w:jc w:val="right"/>
      </w:pPr>
      <w:r>
        <w:t>تو میں اس حال میں تھا کہ شاید میں بول نہیں سکوں گا،</w:t>
      </w:r>
    </w:p>
    <w:p>
      <w:r>
        <w:rPr>
          <w:b/>
        </w:rPr>
        <w:t xml:space="preserve">[08:42] </w:t>
      </w:r>
      <w:r>
        <w:t>phir mein ne dua karna shuru kiya.</w:t>
      </w:r>
    </w:p>
    <w:p>
      <w:pPr>
        <w:jc w:val="right"/>
      </w:pPr>
      <w:r>
        <w:t>پھر میں نے دعا کرنا شروع کیا۔</w:t>
      </w:r>
    </w:p>
    <w:p>
      <w:r>
        <w:rPr>
          <w:b/>
        </w:rPr>
        <w:t xml:space="preserve">[08:48] </w:t>
      </w:r>
      <w:r>
        <w:t>to yeh baat meri samajh aayi ke jis Khuda ne ek baar mujhe bolne ki tofeeq di hai, woh do baar, woh doosri baar bhi woh mujhe</w:t>
      </w:r>
    </w:p>
    <w:p>
      <w:pPr>
        <w:jc w:val="right"/>
      </w:pPr>
      <w:r>
        <w:t>تو یہ بات میری سمجھ آئی کہ جس خدا نے ایک بار مجھے بولنے کی توفیق دی ہے، وہ دو بار، وہ دوسری بار بھی وہ مجھے</w:t>
      </w:r>
    </w:p>
    <w:p>
      <w:r>
        <w:rPr>
          <w:b/>
        </w:rPr>
        <w:t xml:space="preserve">[09:06] </w:t>
      </w:r>
      <w:r>
        <w:t>bolne ki tofeeq de sakta hai. yeh mere maani mein aaya to phir mein chal pada, aur us waqt yahan baitha hua hoon.</w:t>
      </w:r>
    </w:p>
    <w:p>
      <w:pPr>
        <w:jc w:val="right"/>
      </w:pPr>
      <w:r>
        <w:t>بولنے کی توفیق دے سکتا ہے۔ یہ میرے معنی میں آیا تو پھر میں چل پڑا، اور اس وقت یہاں بیٹھا ہوا ہوں۔</w:t>
      </w:r>
    </w:p>
    <w:p>
      <w:r>
        <w:rPr>
          <w:b/>
        </w:rPr>
        <w:t xml:space="preserve">[09:22] </w:t>
      </w:r>
      <w:r>
        <w:t>to mujhe ek waqea yaad aaya ke mein ek zamanay mein mein kuch dinon ke liye lucknow mein tha,</w:t>
      </w:r>
    </w:p>
    <w:p>
      <w:pPr>
        <w:jc w:val="right"/>
      </w:pPr>
      <w:r>
        <w:t>تو مجھے ایک واقعہ یاد آیا کہ میں ایک زمانے میں میں کچھ دنوں کے لیے لکھنو میں تھا،</w:t>
      </w:r>
    </w:p>
    <w:p>
      <w:r>
        <w:rPr>
          <w:b/>
        </w:rPr>
        <w:t xml:space="preserve">[09:36] </w:t>
      </w:r>
      <w:r>
        <w:t>to wahan ek saahab se mulaqaat hui</w:t>
      </w:r>
    </w:p>
    <w:p>
      <w:pPr>
        <w:jc w:val="right"/>
      </w:pPr>
      <w:r>
        <w:t>تو وہاں ایک صاحب سے ملاقات ہوئی</w:t>
      </w:r>
    </w:p>
    <w:p>
      <w:r>
        <w:rPr>
          <w:b/>
        </w:rPr>
        <w:t xml:space="preserve">[09:39] </w:t>
      </w:r>
      <w:r>
        <w:t>jo apne ko atheist kehte thay. to un se meri baat hui, un se meri baat hui,</w:t>
      </w:r>
    </w:p>
    <w:p>
      <w:pPr>
        <w:jc w:val="right"/>
      </w:pPr>
      <w:r>
        <w:t>جو اپنے کو ایتھیسٹ کہتے تھے۔ تو ان سے میری بات ہوئی، ان سے میری بات ہوئی،</w:t>
      </w:r>
    </w:p>
    <w:p>
      <w:r>
        <w:rPr>
          <w:b/>
        </w:rPr>
        <w:t xml:space="preserve">[09:52] </w:t>
      </w:r>
      <w:r>
        <w:t>to unhon ne kaha,</w:t>
      </w:r>
    </w:p>
    <w:p>
      <w:pPr>
        <w:jc w:val="right"/>
      </w:pPr>
      <w:r>
        <w:t>تو انہوں نے کہا،</w:t>
      </w:r>
    </w:p>
    <w:p>
      <w:r>
        <w:rPr>
          <w:b/>
        </w:rPr>
        <w:t xml:space="preserve">[09:56] </w:t>
      </w:r>
      <w:r>
        <w:t>ek ajeeb baat kahi unhon ne.</w:t>
      </w:r>
    </w:p>
    <w:p>
      <w:pPr>
        <w:jc w:val="right"/>
      </w:pPr>
      <w:r>
        <w:t>ایک عجیب بات کہی انہوں نے۔</w:t>
      </w:r>
    </w:p>
    <w:p>
      <w:r>
        <w:rPr>
          <w:b/>
        </w:rPr>
        <w:t xml:space="preserve">[10:01] </w:t>
      </w:r>
      <w:r>
        <w:t>unhon ne kaha ke God ko saabit karne ke liye aap ke paas criterion kya hai?</w:t>
      </w:r>
    </w:p>
    <w:p>
      <w:pPr>
        <w:jc w:val="right"/>
      </w:pPr>
      <w:r>
        <w:t>انہوں نے کہا کہ گاڈ کو ثابت کرنے کے لیے آپ کے پاس کرائٹیرین کیا ہے؟</w:t>
      </w:r>
    </w:p>
    <w:p>
      <w:r>
        <w:rPr>
          <w:b/>
        </w:rPr>
        <w:t xml:space="preserve">[10:14] </w:t>
      </w:r>
      <w:r>
        <w:t>God ko prove karne ke liye aap ke paas criterion kya hai? to achaanak mere dimaagh se nikla,</w:t>
      </w:r>
    </w:p>
    <w:p>
      <w:pPr>
        <w:jc w:val="right"/>
      </w:pPr>
      <w:r>
        <w:t>گاڈ کو پروف کرنے کے لیے آپ کے پاس کرائٹیرین کیا ہے؟ تو اچانک میرے دماغ سے نکلا،</w:t>
      </w:r>
    </w:p>
    <w:p>
      <w:r>
        <w:rPr>
          <w:b/>
        </w:rPr>
        <w:t xml:space="preserve">[10:28] </w:t>
      </w:r>
      <w:r>
        <w:t>wohi criterion jo aap ke paas</w:t>
      </w:r>
    </w:p>
    <w:p>
      <w:pPr>
        <w:jc w:val="right"/>
      </w:pPr>
      <w:r>
        <w:t>وہی کرائٹیرین جو آپ کے پاس</w:t>
      </w:r>
    </w:p>
    <w:p>
      <w:r>
        <w:rPr>
          <w:b/>
        </w:rPr>
        <w:t xml:space="preserve">[10:31] </w:t>
      </w:r>
      <w:r>
        <w:t>koshish saabit karne ke liye ho. yeh jumla mere baeesween shab se nikal pada tha.</w:t>
      </w:r>
    </w:p>
    <w:p>
      <w:pPr>
        <w:jc w:val="right"/>
      </w:pPr>
      <w:r>
        <w:t>کوشش ثابت کرنے کے لیے ہو۔ یہ جملہ میرے بائیسویں شب سے نکل پڑا تھا۔</w:t>
      </w:r>
    </w:p>
    <w:p>
      <w:r>
        <w:rPr>
          <w:b/>
        </w:rPr>
        <w:t xml:space="preserve">[10:43] </w:t>
      </w:r>
      <w:r>
        <w:t>wohi criterion jo aap ke paas koshish saabit karne ke liye ho. to is ke woh aadmi to chup ho gaya, woh aadmi bohat parha likha tha.</w:t>
      </w:r>
    </w:p>
    <w:p>
      <w:pPr>
        <w:jc w:val="right"/>
      </w:pPr>
      <w:r>
        <w:t>وہی کرائٹیرین جو آپ کے پاس کوشش ثابت کرنے کے لیے ہو۔ تو اس کے وہ آدمی تو چپ ہو گیا، وہ آدمی بہت پڑھا لکھا تھا۔</w:t>
      </w:r>
    </w:p>
    <w:p>
      <w:r>
        <w:rPr>
          <w:b/>
        </w:rPr>
        <w:t xml:space="preserve">[10:58] </w:t>
      </w:r>
      <w:r>
        <w:t>woh aadmi bohat parha likha tha.</w:t>
      </w:r>
    </w:p>
    <w:p>
      <w:pPr>
        <w:jc w:val="right"/>
      </w:pPr>
      <w:r>
        <w:t>وہ آدمی بہت پڑھا لکھا تھا۔</w:t>
      </w:r>
    </w:p>
    <w:p>
      <w:r>
        <w:rPr>
          <w:b/>
        </w:rPr>
        <w:t xml:space="preserve">[11:03] </w:t>
      </w:r>
      <w:r>
        <w:t>to mein sochta tha ke aadmi chup kaise ho gaya? to is ka jawab mujhe us waqt mila jab ke mein ne</w:t>
      </w:r>
    </w:p>
    <w:p>
      <w:pPr>
        <w:jc w:val="right"/>
      </w:pPr>
      <w:r>
        <w:t>تو میں سوچتا تھا کہ آدمی چپ کیسے ہو گیا؟ تو اس کا جواب مجھے اس وقت ملا جب کہ میں نے</w:t>
      </w:r>
    </w:p>
    <w:p>
      <w:r>
        <w:rPr>
          <w:b/>
        </w:rPr>
        <w:t xml:space="preserve">[11:16] </w:t>
      </w:r>
      <w:r>
        <w:t>mazeed mutaala kiya,</w:t>
      </w:r>
    </w:p>
    <w:p>
      <w:pPr>
        <w:jc w:val="right"/>
      </w:pPr>
      <w:r>
        <w:t>مزید مطالعہ کیا،</w:t>
      </w:r>
    </w:p>
    <w:p>
      <w:r>
        <w:rPr>
          <w:b/>
        </w:rPr>
        <w:t xml:space="preserve">[11:21] </w:t>
      </w:r>
      <w:r>
        <w:t>aur jab mein ne quantum physics ko parha, tab mein ne samjha ke woh kyun chup chup ho gaya tha. quantum physics se mein ne parha, woh bohat parha likha aadmi tha.</w:t>
      </w:r>
    </w:p>
    <w:p>
      <w:pPr>
        <w:jc w:val="right"/>
      </w:pPr>
      <w:r>
        <w:t>اور جب میں نے کوانٹم فزکس کو پڑھا، تب میں نے سمجھا کہ وہ کیوں چپ چپ ہو گیا تھا۔ کوانٹم فزکس سے میں نے پڑھا، وہ بہت پڑھا لکھا آدمی تھا۔</w:t>
      </w:r>
    </w:p>
    <w:p>
      <w:r>
        <w:rPr>
          <w:b/>
        </w:rPr>
        <w:t xml:space="preserve">[11:36] </w:t>
      </w:r>
      <w:r>
        <w:t>yeh dekhiye, quantum physics ne jahan tak jahan pohanchaya hai is insani ilm ko, to insaan ne yeh jaana ke jis ko hum material world kehte hain,</w:t>
      </w:r>
    </w:p>
    <w:p>
      <w:pPr>
        <w:jc w:val="right"/>
      </w:pPr>
      <w:r>
        <w:t>یہ دیکھیے، کوانٹم فزکس نے جہاں تک جہاں پہنچایا ہے اس انسانی علم کو، تو انسان نے یہ جانا کہ جس کو ہم مٹیریل ورلڈ کہتے ہیں،</w:t>
      </w:r>
    </w:p>
    <w:p>
      <w:r>
        <w:rPr>
          <w:b/>
        </w:rPr>
        <w:t xml:space="preserve">[11:59] </w:t>
      </w:r>
      <w:r>
        <w:t>woh isi tarah se ek non existent world hai, bazahir. bazahir. jis ko ek atheist aadmi jo kehta hai Khuda ke baray mein.</w:t>
      </w:r>
    </w:p>
    <w:p>
      <w:pPr>
        <w:jc w:val="right"/>
      </w:pPr>
      <w:r>
        <w:t>وہ اسی طرح سے ایک نان ایگزسٹنٹ ورلڈ ہے، بظاہر۔ بظاہر۔ جس کو ایک ایتھیسٹ آدمی جو کہتا ہے خدا کے بارے میں۔</w:t>
      </w:r>
    </w:p>
    <w:p>
      <w:r>
        <w:rPr>
          <w:b/>
        </w:rPr>
        <w:t xml:space="preserve">[12:16] </w:t>
      </w:r>
      <w:r>
        <w:t>to mein ne jab yeh kaha tha, yaani un ka daawa yeh tha ke Khuda to non existent hai, kyunke woh hum is ko trace nahin kar sakte.</w:t>
      </w:r>
    </w:p>
    <w:p>
      <w:pPr>
        <w:jc w:val="right"/>
      </w:pPr>
      <w:r>
        <w:t>تو میں نے جب یہ کہا تھا، یعنی ان کا دعویٰ یہ تھا کہ خدا تو نان ایگزسٹنٹ ہے، کیونکہ وہ ہم اس کو ٹریس نہیں کر سکتے۔</w:t>
      </w:r>
    </w:p>
    <w:p>
      <w:r>
        <w:rPr>
          <w:b/>
        </w:rPr>
        <w:t xml:space="preserve">[12:31] </w:t>
      </w:r>
      <w:r>
        <w:t>to mein ne jab kaha tha un se, to sach peechay to yaqeen se bola tha mein, ilm se nahin bola tha. jab mein ne kaha tha ke wohi criterion jo aap ke paas koshish koshish saabit karne ke liye ho, to yeh mein bola tha yaqeen ki buniyad par,</w:t>
      </w:r>
    </w:p>
    <w:p>
      <w:pPr>
        <w:jc w:val="right"/>
      </w:pPr>
      <w:r>
        <w:t>تو میں نے جب کہا تھا ان سے، تو سچ پیچھے تو یقین سے بولا تھا میں، علم سے نہیں بولا تھا۔ جب میں نے کہا تھا کہ وہی کرائٹیرین جو آپ کے پاس کوشش کوشش ثابت کرنے کے لیے ہو، تو یہ میں بولا تھا یقین کی بنیاد پر،</w:t>
      </w:r>
    </w:p>
    <w:p>
      <w:r>
        <w:rPr>
          <w:b/>
        </w:rPr>
        <w:t xml:space="preserve">[12:52] </w:t>
      </w:r>
      <w:r>
        <w:t>ilm ki buniyad par nahin. lekin baat ko maloom hua ke yeh ain ilmi buniyad hai, aur woh ilmi buniyad hum ko faraham ki hai quantum physics ne.</w:t>
      </w:r>
    </w:p>
    <w:p>
      <w:pPr>
        <w:jc w:val="right"/>
      </w:pPr>
      <w:r>
        <w:t>علم کی بنیاد پر نہیں۔ لیکن بات کو معلوم ہوا کہ یہ عین علمی بنیاد ہے، اور وہ علمی بنیاد ہم کو فراہم کی ہے کوانٹم فزکس نے۔</w:t>
      </w:r>
    </w:p>
    <w:p>
      <w:r>
        <w:rPr>
          <w:b/>
        </w:rPr>
        <w:t xml:space="preserve">[13:13] </w:t>
      </w:r>
      <w:r>
        <w:t>quantum physics yeh batati hai ke material world jo hai ek</w:t>
      </w:r>
    </w:p>
    <w:p>
      <w:pPr>
        <w:jc w:val="right"/>
      </w:pPr>
      <w:r>
        <w:t>کوانٹم فزکس یہ بتاتی ہے کہ مٹیریل ورلڈ جو ہے ایک</w:t>
      </w:r>
    </w:p>
    <w:p>
      <w:r>
        <w:rPr>
          <w:b/>
        </w:rPr>
        <w:t xml:space="preserve">[13:25] </w:t>
      </w:r>
      <w:r>
        <w:t>ek aisi duniya hai jis ko hum na kisi</w:t>
      </w:r>
    </w:p>
    <w:p>
      <w:pPr>
        <w:jc w:val="right"/>
      </w:pPr>
      <w:r>
        <w:t>ایک ایسی دنیا ہے جس کو ہم نہ کسی</w:t>
      </w:r>
    </w:p>
    <w:p>
      <w:r>
        <w:rPr>
          <w:b/>
        </w:rPr>
        <w:t xml:space="preserve">[13:34] </w:t>
      </w:r>
      <w:r>
        <w:t>doorbeen se dekh sakte hain, na kisi khurdbeen se.</w:t>
      </w:r>
    </w:p>
    <w:p>
      <w:pPr>
        <w:jc w:val="right"/>
      </w:pPr>
      <w:r>
        <w:t>دوربین سے دیکھ سکتے ہیں، نہ کسی خردبین سے۔</w:t>
      </w:r>
    </w:p>
    <w:p>
      <w:r>
        <w:rPr>
          <w:b/>
        </w:rPr>
        <w:t xml:space="preserve">[13:43] </w:t>
      </w:r>
      <w:r>
        <w:t>hamare paas jo tareeqay hain un mein se koi tareeqa aisa nahin hai jis ke zariye hum jaan sakein, dekh sakein, aur discover kar sakein.</w:t>
      </w:r>
    </w:p>
    <w:p>
      <w:pPr>
        <w:jc w:val="right"/>
      </w:pPr>
      <w:r>
        <w:t>ہمارے پاس جو طریقے ہیں ان میں سے کوئی طریقہ ایسا نہیں ہے جس کے ذریعے ہم جان سکیں، دیکھ سکیں، اور ڈسکور کر سکیں۔</w:t>
      </w:r>
    </w:p>
    <w:p>
      <w:r>
        <w:rPr>
          <w:b/>
        </w:rPr>
        <w:t xml:space="preserve">[13:57] </w:t>
      </w:r>
      <w:r>
        <w:t>phir is ke bawajood insaan material world ko maanta hai, scientist bhi maanta hai, to kyun?</w:t>
      </w:r>
    </w:p>
    <w:p>
      <w:pPr>
        <w:jc w:val="right"/>
      </w:pPr>
      <w:r>
        <w:t>پھر اس کے باوجود انسان مٹیریل ورلڈ کو مانتا ہے، سائنٹسٹ بھی مانتا ہے، تو کیوں؟</w:t>
      </w:r>
    </w:p>
    <w:p>
      <w:r>
        <w:rPr>
          <w:b/>
        </w:rPr>
        <w:t xml:space="preserve">[14:09] </w:t>
      </w:r>
      <w:r>
        <w:t>to is ki wajah yeh hai ke science fiction bind yeh kehta hai ke hum material world ko is liye maante hain ke hum agarche material world ko nahin dekhte,</w:t>
      </w:r>
    </w:p>
    <w:p>
      <w:pPr>
        <w:jc w:val="right"/>
      </w:pPr>
      <w:r>
        <w:t>تو اس کی وجہ یہ ہے کہ سائنس فک بائنڈ یہ کہتا ہے کہ ہم مٹیریل ورلڈ کو اس لیے مانتے ہیں کہ ہم اگرچہ مٹیریل ورلڈ کو نہیں دیکھتے،</w:t>
      </w:r>
    </w:p>
    <w:p>
      <w:r>
        <w:rPr>
          <w:b/>
        </w:rPr>
        <w:t xml:space="preserve">[14:24] </w:t>
      </w:r>
      <w:r>
        <w:t>magar hum is ke effect dekhte hain, effect ko.</w:t>
      </w:r>
    </w:p>
    <w:p>
      <w:pPr>
        <w:jc w:val="right"/>
      </w:pPr>
      <w:r>
        <w:t>مگر ہم اس کے ایفیکٹ دیکھتے ہیں، ایفیکٹ کو۔</w:t>
      </w:r>
    </w:p>
    <w:p>
      <w:r>
        <w:rPr>
          <w:b/>
        </w:rPr>
        <w:t xml:space="preserve">[14:29] </w:t>
      </w:r>
      <w:r>
        <w:t>kyunke material world ka study karte karte karte hum wahan pohnchte hain, yeh maloom hota hai ke aakhri jo matter hai woh hai,</w:t>
      </w:r>
    </w:p>
    <w:p>
      <w:pPr>
        <w:jc w:val="right"/>
      </w:pPr>
      <w:r>
        <w:t>کیونکہ مٹیریل ورلڈ کا اسٹڈی کرتے کرتے کرتے ہم وہاں پہنچتے ہیں، یہ معلوم ہوتا ہے کہ آخری جو میٹر ہے وہ ہے،</w:t>
      </w:r>
    </w:p>
    <w:p>
      <w:r>
        <w:rPr>
          <w:b/>
        </w:rPr>
        <w:t xml:space="preserve">[14:41] </w:t>
      </w:r>
      <w:r>
        <w:t>aakhri matter hai woh hai sub atomic particle.</w:t>
      </w:r>
    </w:p>
    <w:p>
      <w:pPr>
        <w:jc w:val="right"/>
      </w:pPr>
      <w:r>
        <w:t>آخری میٹر ہے وہ ہے سب ایٹمک پارٹیکل۔</w:t>
      </w:r>
    </w:p>
    <w:p>
      <w:r>
        <w:rPr>
          <w:b/>
        </w:rPr>
        <w:t xml:space="preserve">[14:46] </w:t>
      </w:r>
      <w:r>
        <w:t>sub atomic particle. sub atomic particle itna chhota hai, itna chhota hai ke hum koi kisi cheez se dekh nahin sakte, na kisi doorbeen se, na kisi khurdbeen se.</w:t>
      </w:r>
    </w:p>
    <w:p>
      <w:pPr>
        <w:jc w:val="right"/>
      </w:pPr>
      <w:r>
        <w:t>سب ایٹمک پارٹیکل۔ سب ایٹمک پارٹیکل اتنا چھوٹا ہے، اتنا چھوٹا ہے کہ ہم کوئی کسی چیز سے دیکھ نہیں سکتے، نہ کسی دوربین سے، نہ کسی خردبین سے۔</w:t>
      </w:r>
    </w:p>
    <w:p>
      <w:r>
        <w:rPr>
          <w:b/>
        </w:rPr>
        <w:t xml:space="preserve">[15:04] </w:t>
      </w:r>
      <w:r>
        <w:t>phir kaise hum maante hain? phir science fiction bind kaise maanta hai is ko? to is ki wajah yeh hai ke woh yeh kehte hain ke</w:t>
      </w:r>
    </w:p>
    <w:p>
      <w:pPr>
        <w:jc w:val="right"/>
      </w:pPr>
      <w:r>
        <w:t>پھر کیسے ہم مانتے ہیں؟ پھر سائنس فک بائنڈ کیسے مانتا ہے اس کو؟ تو اس کی وجہ یہ ہے کہ وہ یہ کہتے ہیں کہ</w:t>
      </w:r>
    </w:p>
    <w:p>
      <w:r>
        <w:rPr>
          <w:b/>
        </w:rPr>
        <w:t xml:space="preserve">[15:17] </w:t>
      </w:r>
      <w:r>
        <w:t>is ke effect ko hum dekhte hain, detect karte hain. woh yeh hai ke sub atomic particle jo hai bohat hi itna chhota hai, itna chhota hai, itna chhota hai ke woh dekhne mein nahin aata,</w:t>
      </w:r>
    </w:p>
    <w:p>
      <w:pPr>
        <w:jc w:val="right"/>
      </w:pPr>
      <w:r>
        <w:t>اس کے ایفیکٹ کو ہم دیکھتے ہیں، ڈیٹیکٹ کرتے ہیں۔ وہ یہ ہے کہ سب ایٹمک پارٹیکل جو ہے بہت ہی اتنا چھوٹا ہے، اتنا چھوٹا ہے، اتنا چھوٹا ہے کہ وہ دیکھنے میں نہیں آتا،</w:t>
      </w:r>
    </w:p>
    <w:p>
      <w:r>
        <w:rPr>
          <w:b/>
        </w:rPr>
        <w:t xml:space="preserve">[15:32] </w:t>
      </w:r>
      <w:r>
        <w:t>lekin woh rotate karta raha hai.</w:t>
      </w:r>
    </w:p>
    <w:p>
      <w:pPr>
        <w:jc w:val="right"/>
      </w:pPr>
      <w:r>
        <w:t>لیکن وہ روٹیٹ کرتا رہا ہے۔</w:t>
      </w:r>
    </w:p>
    <w:p>
      <w:r>
        <w:rPr>
          <w:b/>
        </w:rPr>
        <w:t xml:space="preserve">[15:36] </w:t>
      </w:r>
      <w:r>
        <w:t>yaani outer atom ka jo outer hissa hai us ko woh rotate karta raha. to sub atomic particle ke rotation se wahan heat generate hoti hai.</w:t>
      </w:r>
    </w:p>
    <w:p>
      <w:pPr>
        <w:jc w:val="right"/>
      </w:pPr>
      <w:r>
        <w:t>یعنی آؤٹر ایٹم کا جو آؤٹر حصہ ہے اس کو وہ روٹیٹ کرتا رہا۔ تو سب ایٹمک پارٹیکل کے روٹیشن سے وہاں ہیٹ جنریٹ ہوتی ہے۔</w:t>
      </w:r>
    </w:p>
    <w:p>
      <w:r>
        <w:rPr>
          <w:b/>
        </w:rPr>
        <w:t xml:space="preserve">[15:49] </w:t>
      </w:r>
      <w:r>
        <w:t>heat. woh heat hum</w:t>
      </w:r>
    </w:p>
    <w:p>
      <w:pPr>
        <w:jc w:val="right"/>
      </w:pPr>
      <w:r>
        <w:t>ہیٹ۔ وہ ہیٹ ہم</w:t>
      </w:r>
    </w:p>
    <w:p>
      <w:r>
        <w:rPr>
          <w:b/>
        </w:rPr>
        <w:t xml:space="preserve">[15:53] </w:t>
      </w:r>
      <w:r>
        <w:t>detect kar lete hain.</w:t>
      </w:r>
    </w:p>
    <w:p>
      <w:pPr>
        <w:jc w:val="right"/>
      </w:pPr>
      <w:r>
        <w:t>ڈیٹیکٹ کر لیتے ہیں۔</w:t>
      </w:r>
    </w:p>
    <w:p>
      <w:r>
        <w:rPr>
          <w:b/>
        </w:rPr>
        <w:t xml:space="preserve">[15:59] </w:t>
      </w:r>
      <w:r>
        <w:t>is ki wajah se hum maante hain ke haan yeh yeh effect hai, yeh atom ka hai, effect hai yeh. to effect se hum is ko maante hain.</w:t>
      </w:r>
    </w:p>
    <w:p>
      <w:pPr>
        <w:jc w:val="right"/>
      </w:pPr>
      <w:r>
        <w:t>اس کی وجہ سے ہم مانتے ہیں کہ ہاں یہ یہ ایفیکٹ ہے، یہ ایٹم کا ہے، ایفیکٹ ہے یہ۔ تو ایفیکٹ سے ہم اس کو مانتے ہیں۔</w:t>
      </w:r>
    </w:p>
    <w:p>
      <w:r>
        <w:rPr>
          <w:b/>
        </w:rPr>
        <w:t xml:space="preserve">[16:13] </w:t>
      </w:r>
      <w:r>
        <w:t>to mein ne jaana ke yahi to Khuda ka maamla hai. yeh creation jo hai, creation yeh saara khalique ka effect hai.</w:t>
      </w:r>
    </w:p>
    <w:p>
      <w:pPr>
        <w:jc w:val="right"/>
      </w:pPr>
      <w:r>
        <w:t>تو میں نے جانا کہ یہی تو خدا کا معاملہ ہے۔ یہ کریشن جو ہے، کریشن یہ سارا خالق کا ایفیکٹ ہے۔</w:t>
      </w:r>
    </w:p>
    <w:p>
      <w:r>
        <w:rPr>
          <w:b/>
        </w:rPr>
        <w:t xml:space="preserve">[16:26] </w:t>
      </w:r>
      <w:r>
        <w:t>so khalique ko hum normal se normal nahin dekh sakte, lekin is ke effect ko in terms of creation jaante hain.</w:t>
      </w:r>
    </w:p>
    <w:p>
      <w:pPr>
        <w:jc w:val="right"/>
      </w:pPr>
      <w:r>
        <w:t>سو خالق کو ہم نارمل سے نارمل نہیں دیکھ سکتے، لیکن اس کے ایفیکٹ کو ان ٹرمز آف کریشن جانتے ہیں۔</w:t>
      </w:r>
    </w:p>
    <w:p>
      <w:r>
        <w:rPr>
          <w:b/>
        </w:rPr>
        <w:t xml:space="preserve">[16:40] </w:t>
      </w:r>
      <w:r>
        <w:t>mein samajhta hoon ke yeh sab se pehle yeh aakhirat</w:t>
      </w:r>
    </w:p>
    <w:p>
      <w:pPr>
        <w:jc w:val="right"/>
      </w:pPr>
      <w:r>
        <w:t>میں سمجھتا ہوں کہ یہ سب سے پہلے یہ آخرت</w:t>
      </w:r>
    </w:p>
    <w:p>
      <w:r>
        <w:rPr>
          <w:b/>
        </w:rPr>
        <w:t xml:space="preserve">[16:44] </w:t>
      </w:r>
      <w:r>
        <w:t>khuli gayi thi Hazrat Musa ke zariye se, jahan Hazrat Musa ne kaha tha: "Rabbul Alameen, Alhamdulillah, Rabbul Alameen, Alhamdulillah".</w:t>
      </w:r>
    </w:p>
    <w:p>
      <w:pPr>
        <w:jc w:val="right"/>
      </w:pPr>
      <w:r>
        <w:t>کھلی گئی تھی حضرت موسیٰ کے ذریعے سے، جہاں حضرت موسیٰ نے کہا تھا: "رب العالمین، الحمدللہ، رب العالمین، الحمدللہ"۔</w:t>
      </w:r>
    </w:p>
    <w:p>
      <w:r>
        <w:rPr>
          <w:b/>
        </w:rPr>
        <w:t xml:space="preserve">[16:57] </w:t>
      </w:r>
      <w:r>
        <w:t>kaisi ajeeb woh duniya hogi jahan yeh awaaz goonji thi ek bande ki zabaan se:</w:t>
      </w:r>
    </w:p>
    <w:p>
      <w:pPr>
        <w:jc w:val="right"/>
      </w:pPr>
      <w:r>
        <w:t>کیسی عجیب وہ دنیا ہوگی جہاں یہ آواز گونجی تھی ایک بندے کی زبان سے:</w:t>
      </w:r>
    </w:p>
    <w:p>
      <w:r>
        <w:rPr>
          <w:b/>
        </w:rPr>
        <w:t xml:space="preserve">[17:05] </w:t>
      </w:r>
      <w:r>
        <w:t>"rab ul alameen, alhamdolillah" to awazen aaein ke to us ko dekh nahin sakta, lekin siwaye samne jo pahar hai us ko dekho.</w:t>
      </w:r>
    </w:p>
    <w:p>
      <w:pPr>
        <w:jc w:val="right"/>
      </w:pPr>
      <w:r>
        <w:t>"رب العالمین، الحمدللہ"۔ تو آوازیں آئیں کہ تو اس کو دیکھ نہیں سکتا، لیکن سوائے سامنے جو پہاڑ ہے اس کو دیکھو۔</w:t>
      </w:r>
    </w:p>
    <w:p>
      <w:r>
        <w:rPr>
          <w:b/>
        </w:rPr>
        <w:t xml:space="preserve">[17:21] </w:t>
      </w:r>
      <w:r>
        <w:t>to Allah rab ul alameen ne</w:t>
      </w:r>
    </w:p>
    <w:p>
      <w:pPr>
        <w:jc w:val="right"/>
      </w:pPr>
      <w:r>
        <w:t>تو اللہ رب العالمین نے</w:t>
      </w:r>
    </w:p>
    <w:p>
      <w:r>
        <w:rPr>
          <w:b/>
        </w:rPr>
        <w:t xml:space="preserve">[17:24] </w:t>
      </w:r>
      <w:r>
        <w:t>is pahar par apni taqdeer dali, aur woh pahar reza reza ho gaya.</w:t>
      </w:r>
    </w:p>
    <w:p>
      <w:pPr>
        <w:jc w:val="right"/>
      </w:pPr>
      <w:r>
        <w:t>اس پہاڑ پر اپنی تقدیر ڈالی، اور وہ پہاڑ ریزہ ریزہ ہو گیا۔</w:t>
      </w:r>
    </w:p>
    <w:p>
      <w:r>
        <w:rPr>
          <w:b/>
        </w:rPr>
        <w:t xml:space="preserve">[17:34] </w:t>
      </w:r>
      <w:r>
        <w:t>ab Musa, Khizr Musa se kaha, woh behosh ho ke gir pade.</w:t>
      </w:r>
    </w:p>
    <w:p>
      <w:pPr>
        <w:jc w:val="right"/>
      </w:pPr>
      <w:r>
        <w:t>اب موسیٰ، خضر موسیٰ سے کہا، وہ بے ہوش ہو کے گر پڑے۔</w:t>
      </w:r>
    </w:p>
    <w:p>
      <w:r>
        <w:rPr>
          <w:b/>
        </w:rPr>
        <w:t xml:space="preserve">[17:44] </w:t>
      </w:r>
      <w:r>
        <w:t>yeh tha Allah taala ki taraf se is baat ka direct, direct mazahira, demonstration ke tum Khuda ko nahin dekh sakte, lekin Khuda ke effect ko dekh sakte ho.</w:t>
      </w:r>
    </w:p>
    <w:p>
      <w:pPr>
        <w:jc w:val="right"/>
      </w:pPr>
      <w:r>
        <w:t>یہ تھا اللہ تعالیٰ کی طرف سے اس بات کا ڈائریکٹ، ڈائریکٹ مظاہرہ، ڈیمونسٹریشن کہ تم خدا کو نہیں دیکھ سکتے، لیکن خدا کے ایفیکٹ کو دیکھ سکتے ہو۔</w:t>
      </w:r>
    </w:p>
    <w:p>
      <w:r>
        <w:rPr>
          <w:b/>
        </w:rPr>
        <w:t xml:space="preserve">[18:02] </w:t>
      </w:r>
      <w:r>
        <w:t>woh effect kya tha? Allah ne apni tehli dali pahar par, woh reza reza ho gaya.</w:t>
      </w:r>
    </w:p>
    <w:p>
      <w:pPr>
        <w:jc w:val="right"/>
      </w:pPr>
      <w:r>
        <w:t>وہ ایفیکٹ کیا تھا؟ اللہ نے اپنی تہلی ڈالی پہاڑ پر، وہ ریزہ ریزہ ہو گیا۔</w:t>
      </w:r>
    </w:p>
    <w:p>
      <w:r>
        <w:rPr>
          <w:b/>
        </w:rPr>
        <w:t xml:space="preserve">[18:13] </w:t>
      </w:r>
      <w:r>
        <w:t>aur Musa ne is ko jaana itni shiddat se jaana ke woh behosh gir pade.</w:t>
      </w:r>
    </w:p>
    <w:p>
      <w:pPr>
        <w:jc w:val="right"/>
      </w:pPr>
      <w:r>
        <w:t>اور موسیٰ نے اس کو جانا اتنی شدت سے جانا کہ وہ بے ہوش گر پڑے۔</w:t>
      </w:r>
    </w:p>
    <w:p>
      <w:r>
        <w:rPr>
          <w:b/>
        </w:rPr>
        <w:t xml:space="preserve">[18:23] </w:t>
      </w:r>
      <w:r>
        <w:t>to yeh scientific mutale se mujhe jo sab bari cheez daryaft hui hai, woh yeh hai ke log kehte hain ke Khuda to dikhai nahin deta, to matter bhi to dikhai nahin deta.</w:t>
      </w:r>
    </w:p>
    <w:p>
      <w:pPr>
        <w:jc w:val="right"/>
      </w:pPr>
      <w:r>
        <w:t>تو یہ سائنٹسٹک مطالعے سے مجھے جو سب بڑی چیز دریافت ہوئی ہے، وہ یہ ہے کہ لوگ کہتے ہیں کہ خدا تو دکھائی نہیں دیتا، تو میٹر بھی تو دکھائی نہیں دیتا۔</w:t>
      </w:r>
    </w:p>
    <w:p>
      <w:r>
        <w:rPr>
          <w:b/>
        </w:rPr>
        <w:t xml:space="preserve">[18:40] </w:t>
      </w:r>
      <w:r>
        <w:t>to matter ko tum</w:t>
      </w:r>
    </w:p>
    <w:p>
      <w:pPr>
        <w:jc w:val="right"/>
      </w:pPr>
      <w:r>
        <w:t>تو میٹر کو تم</w:t>
      </w:r>
    </w:p>
    <w:p>
      <w:r>
        <w:rPr>
          <w:b/>
        </w:rPr>
        <w:t xml:space="preserve">[18:42] </w:t>
      </w:r>
      <w:r>
        <w:t>maante ho us ke effect ki bina par. Isi tarah se ek banda momin rab ul alameen ko maanta hai us ke effect, yaani is creation ki buniyad par.</w:t>
      </w:r>
    </w:p>
    <w:p>
      <w:pPr>
        <w:jc w:val="right"/>
      </w:pPr>
      <w:r>
        <w:t>مانتے ہو اس کے ایفیکٹ کی بنا پر۔ اسی طرح سے ایک بندہ مومن رب العالمین کو مانتا ہے اس کے ایفیکٹ، یعنی اس کریشن کی بنیاد پر۔</w:t>
      </w:r>
    </w:p>
    <w:p>
      <w:r>
        <w:rPr>
          <w:b/>
        </w:rPr>
        <w:t xml:space="preserve">[19:05] </w:t>
      </w:r>
      <w:r>
        <w:t>main apne bare mein keh sakta hoon ke mujh par aise lamhe bar bar aaye hain jab jab koi haqeeqat mere upar utri aur meri shakhsiyat</w:t>
      </w:r>
    </w:p>
    <w:p>
      <w:pPr>
        <w:jc w:val="right"/>
      </w:pPr>
      <w:r>
        <w:t>میں اپنے بارے میں کہہ سکتا ہوں کہ مجھ پر ایسے لمحے بار بار آئے ہیں جب جب کوئی حقیقت میرے اوپر اتری اور میری شخصیت</w:t>
      </w:r>
    </w:p>
    <w:p>
      <w:r>
        <w:rPr>
          <w:b/>
        </w:rPr>
        <w:t xml:space="preserve">[19:23] </w:t>
      </w:r>
      <w:r>
        <w:t>toot phoot gayi, reze reze ho gayi. Wahan woh alamaat theen jab maine Allah rab ul alameen ko bohat qareeb se jaana,</w:t>
      </w:r>
    </w:p>
    <w:p>
      <w:pPr>
        <w:jc w:val="right"/>
      </w:pPr>
      <w:r>
        <w:t>ٹوٹ پھوٹ گئی، ریزے ریزے ہو گئی۔ وہاں وہ علامات تھیں جب میں نے اللہ رب العالمین کو بہت قریب سے جانا،</w:t>
      </w:r>
    </w:p>
    <w:p>
      <w:r>
        <w:rPr>
          <w:b/>
        </w:rPr>
        <w:t xml:space="preserve">[19:37] </w:t>
      </w:r>
      <w:r>
        <w:t>bohat qareeb se jaana.</w:t>
      </w:r>
    </w:p>
    <w:p>
      <w:pPr>
        <w:jc w:val="right"/>
      </w:pPr>
      <w:r>
        <w:t>بہت قریب سے جانا۔</w:t>
      </w:r>
    </w:p>
    <w:p>
      <w:r>
        <w:rPr>
          <w:b/>
        </w:rPr>
        <w:t xml:space="preserve">[19:48] </w:t>
      </w:r>
      <w:r>
        <w:t>to ab yeh sawal hai ke jis khalq ne mujh ko paida kiya hai, kya main us ko kabhi dekhunga nahin?</w:t>
      </w:r>
    </w:p>
    <w:p>
      <w:pPr>
        <w:jc w:val="right"/>
      </w:pPr>
      <w:r>
        <w:t>تو اب یہ سوال ہے کہ جس خالق نے مجھ کو پیدا کیا ہے، کیا میں اس کو کبھی دیکھوں گا نہیں؟</w:t>
      </w:r>
    </w:p>
    <w:p>
      <w:r>
        <w:rPr>
          <w:b/>
        </w:rPr>
        <w:t xml:space="preserve">[19:59] </w:t>
      </w:r>
      <w:r>
        <w:t>jis khalq se maine mohabbat ki, jis khalq se maine, jis khalq ko maine apna concern banaya, jis khalq ke paros mein</w:t>
      </w:r>
    </w:p>
    <w:p>
      <w:pPr>
        <w:jc w:val="right"/>
      </w:pPr>
      <w:r>
        <w:t>جس خالق سے میں نے محبت کی، جس خالق سے میں نے، جس خالق کو میں نے اپنا کنسرن بنایا، جس خالق کے پڑوس میں</w:t>
      </w:r>
    </w:p>
    <w:p>
      <w:r>
        <w:rPr>
          <w:b/>
        </w:rPr>
        <w:t xml:space="preserve">[20:15] </w:t>
      </w:r>
      <w:r>
        <w:t>abad hone ki tamanna ki, us khalq ko main kabhi dekhne se hua?</w:t>
      </w:r>
    </w:p>
    <w:p>
      <w:pPr>
        <w:jc w:val="right"/>
      </w:pPr>
      <w:r>
        <w:t>آباد ہونے کی تمنا کی، اس خالق کو میں کبھی دیکھنے سے ہوا؟</w:t>
      </w:r>
    </w:p>
    <w:p>
      <w:r>
        <w:rPr>
          <w:b/>
        </w:rPr>
        <w:t xml:space="preserve">[20:24] </w:t>
      </w:r>
      <w:r>
        <w:t>to is ka jawab hadith mein aata hai. Hadith mein sahaba ne Rasool Allah se poocha ke kya jannat mein hum Khuda ko dekhenge?</w:t>
      </w:r>
    </w:p>
    <w:p>
      <w:pPr>
        <w:jc w:val="right"/>
      </w:pPr>
      <w:r>
        <w:t>تو اس کا جواب حدیث میں آتا ہے۔ حدیث میں صحابہ نے رسول اللہ سے پوچھا کہ کیا جنت میں ہم خدا کو دیکھیں گے؟</w:t>
      </w:r>
    </w:p>
    <w:p>
      <w:r>
        <w:rPr>
          <w:b/>
        </w:rPr>
        <w:t xml:space="preserve">[20:38] </w:t>
      </w:r>
      <w:r>
        <w:t>to Rasool Allah ne farmaya ke haan,</w:t>
      </w:r>
    </w:p>
    <w:p>
      <w:pPr>
        <w:jc w:val="right"/>
      </w:pPr>
      <w:r>
        <w:t>تو رسول اللہ نے فرمایا کہ ہاں،</w:t>
      </w:r>
    </w:p>
    <w:p>
      <w:r>
        <w:rPr>
          <w:b/>
        </w:rPr>
        <w:t xml:space="preserve">[20:42] </w:t>
      </w:r>
      <w:r>
        <w:t>is tarah dekhoge jaise tum suraj aur chand ko dekhte ho. Yahan par main apni taraf se yeh izafa karta hoon ke yeh tamseel ki zuban hai na,</w:t>
      </w:r>
    </w:p>
    <w:p>
      <w:pPr>
        <w:jc w:val="right"/>
      </w:pPr>
      <w:r>
        <w:t>اس طرح دیکھو گے جیسے تم سورج اور چاند کو دیکھتے ہو۔ یہاں پر میں اپنی طرف سے یہ اضافہ کرتا ہوں کہ یہ تمثیل کی زبان ہے نا،</w:t>
      </w:r>
    </w:p>
    <w:p>
      <w:r>
        <w:rPr>
          <w:b/>
        </w:rPr>
        <w:t xml:space="preserve">[20:58] </w:t>
      </w:r>
      <w:r>
        <w:t>tamseel ki zuban hai.</w:t>
      </w:r>
    </w:p>
    <w:p>
      <w:pPr>
        <w:jc w:val="right"/>
      </w:pPr>
      <w:r>
        <w:t>تمثیل کی زبان ہے۔</w:t>
      </w:r>
    </w:p>
    <w:p>
      <w:r>
        <w:rPr>
          <w:b/>
        </w:rPr>
        <w:t xml:space="preserve">[21:00] </w:t>
      </w:r>
      <w:r>
        <w:t>jis tarah hum suraj aur chand ko dekhte hain, isi tarah hum jannat mein Khuda ko dekhenge, lekin us ki کیفیت kya hogi, yeh jannat jannat se pehle hum jaan nahin sakte.</w:t>
      </w:r>
    </w:p>
    <w:p>
      <w:pPr>
        <w:jc w:val="right"/>
      </w:pPr>
      <w:r>
        <w:t>جس طرح ہم سورج اور چاند کو دیکھتے ہیں، اسی طرح ہم جنت میں خدا کو دیکھیں گے، لیکن اس کی کیفیت کیا ہوگی، یہ جنت جنت سے پہلے ہم جان نہیں سکتے۔</w:t>
      </w:r>
    </w:p>
    <w:p>
      <w:r>
        <w:rPr>
          <w:b/>
        </w:rPr>
        <w:t xml:space="preserve">[21:16] </w:t>
      </w:r>
      <w:r>
        <w:t>ise woh janenge jabke</w:t>
      </w:r>
    </w:p>
    <w:p>
      <w:pPr>
        <w:jc w:val="right"/>
      </w:pPr>
      <w:r>
        <w:t>اسے وہ جانیں گے جبکہ</w:t>
      </w:r>
    </w:p>
    <w:p>
      <w:r>
        <w:rPr>
          <w:b/>
        </w:rPr>
        <w:t xml:space="preserve">[21:18] </w:t>
      </w:r>
      <w:r>
        <w:t>woh کیفیت guzregi.</w:t>
      </w:r>
    </w:p>
    <w:p>
      <w:pPr>
        <w:jc w:val="right"/>
      </w:pPr>
      <w:r>
        <w:t>وہ کیفیت گزرے گی۔</w:t>
      </w:r>
    </w:p>
    <w:p>
      <w:r>
        <w:rPr>
          <w:b/>
        </w:rPr>
        <w:t xml:space="preserve">[21:30] </w:t>
      </w:r>
      <w:r>
        <w:t>jab aadmi Allah rab ul alameen ko apna sab kuch banata hai, tab yeh sab baatein us ke zehan mein aati hain.</w:t>
      </w:r>
    </w:p>
    <w:p>
      <w:pPr>
        <w:jc w:val="right"/>
      </w:pPr>
      <w:r>
        <w:t>جب آدمی اللہ رب العالمین کو اپنا سب کچھ بناتا ہے، تب یہ سب باتیں اس کے ذہن میں آتی ہیں۔</w:t>
      </w:r>
    </w:p>
    <w:p>
      <w:r>
        <w:rPr>
          <w:b/>
        </w:rPr>
        <w:t xml:space="preserve">[21:48] </w:t>
      </w:r>
      <w:r>
        <w:t>main samajhta hoon ke insaan ki sab se bari, insaan ki sab se bari yaft yahi hai ke woh Allah rab ul alameen ko pa le,</w:t>
      </w:r>
    </w:p>
    <w:p>
      <w:pPr>
        <w:jc w:val="right"/>
      </w:pPr>
      <w:r>
        <w:t>میں سمجھتا ہوں کہ انسان کی سب سے بڑی، انسان کی سب سے بڑی یافت یہی ہے کہ وہ اللہ رب العالمین کو پا لے،</w:t>
      </w:r>
    </w:p>
    <w:p>
      <w:r>
        <w:rPr>
          <w:b/>
        </w:rPr>
        <w:t xml:space="preserve">[22:02] </w:t>
      </w:r>
      <w:r>
        <w:t>pa le, pa le.</w:t>
      </w:r>
    </w:p>
    <w:p>
      <w:pPr>
        <w:jc w:val="right"/>
      </w:pPr>
      <w:r>
        <w:t>پا لے، پا لے۔</w:t>
      </w:r>
    </w:p>
    <w:p>
      <w:r>
        <w:rPr>
          <w:b/>
        </w:rPr>
        <w:t xml:space="preserve">[22:10] </w:t>
      </w:r>
      <w:r>
        <w:t>jab aap Allah rab ul alameen ko pa lete hain to is ke baad fitri tor par yeh</w:t>
      </w:r>
    </w:p>
    <w:p>
      <w:pPr>
        <w:jc w:val="right"/>
      </w:pPr>
      <w:r>
        <w:t>جب آپ اللہ رب العالمین کو پا لیتے ہیں تو اس کے بعد فطری طور پر یہ</w:t>
      </w:r>
    </w:p>
    <w:p>
      <w:r>
        <w:rPr>
          <w:b/>
        </w:rPr>
        <w:t xml:space="preserve">[22:23] </w:t>
      </w:r>
      <w:r>
        <w:t>spirit paida hoti hai aap ke andar.</w:t>
      </w:r>
    </w:p>
    <w:p>
      <w:pPr>
        <w:jc w:val="right"/>
      </w:pPr>
      <w:r>
        <w:t>اسپرٹ پیدا ہوتی ہے آپ کے اندر۔</w:t>
      </w:r>
    </w:p>
    <w:p>
      <w:r>
        <w:rPr>
          <w:b/>
        </w:rPr>
        <w:t xml:space="preserve">[22:28] </w:t>
      </w:r>
      <w:r>
        <w:t>mein samajhta hoon ke Quran mein is ka izhaar milta hai, hamein hasa bint muzahim ki dua ki shakal mein.</w:t>
      </w:r>
    </w:p>
    <w:p>
      <w:pPr>
        <w:jc w:val="right"/>
      </w:pPr>
      <w:r>
        <w:t>میں سمجھتا ہوں کہ قرآن میں اس کا اظہار ملتا ہے، ہمیں حاسہ بنت مزاحم کی دعا کی شکل میں۔</w:t>
      </w:r>
    </w:p>
    <w:p>
      <w:r>
        <w:rPr>
          <w:b/>
        </w:rPr>
        <w:t xml:space="preserve">[22:40] </w:t>
      </w:r>
      <w:r>
        <w:t>Quran mein sab se zyada</w:t>
      </w:r>
    </w:p>
    <w:p>
      <w:pPr>
        <w:jc w:val="right"/>
      </w:pPr>
      <w:r>
        <w:t>قرآن میں سب سے زیادہ</w:t>
      </w:r>
    </w:p>
    <w:p>
      <w:r>
        <w:rPr>
          <w:b/>
        </w:rPr>
        <w:t xml:space="preserve">[22:42] </w:t>
      </w:r>
      <w:r>
        <w:t>ajeeb dua hai hasa bint muzahim ki,</w:t>
      </w:r>
    </w:p>
    <w:p>
      <w:pPr>
        <w:jc w:val="right"/>
      </w:pPr>
      <w:r>
        <w:t>عجیب دعا ہے حاسہ بنت مزاحم کی،</w:t>
      </w:r>
    </w:p>
    <w:p>
      <w:r>
        <w:rPr>
          <w:b/>
        </w:rPr>
        <w:t xml:space="preserve">[22:52] </w:t>
      </w:r>
      <w:r>
        <w:t>jis ne jab firon ne is ko</w:t>
      </w:r>
    </w:p>
    <w:p>
      <w:pPr>
        <w:jc w:val="right"/>
      </w:pPr>
      <w:r>
        <w:t>جس نے جب فرعون نے اس کو</w:t>
      </w:r>
    </w:p>
    <w:p>
      <w:r>
        <w:rPr>
          <w:b/>
        </w:rPr>
        <w:t xml:space="preserve">[22:57] </w:t>
      </w:r>
      <w:r>
        <w:t>qatl karne ki dhamki di thi to is ne dua ki thi ke ke kh</w:t>
      </w:r>
    </w:p>
    <w:p>
      <w:pPr>
        <w:jc w:val="right"/>
      </w:pPr>
      <w:r>
        <w:t>قتل کرنے کی دھمکی دی تھی تو اس نے دعا کی تھی کہ کہ خ</w:t>
      </w:r>
    </w:p>
    <w:p>
      <w:r>
        <w:rPr>
          <w:b/>
        </w:rPr>
        <w:t xml:space="preserve">[23:06] </w:t>
      </w:r>
      <w:r>
        <w:t>daya! mein is ke yeh jo chahe kare, mujhe to tu chahiye, mujhe to Allah rab ul alameen chahiye.</w:t>
      </w:r>
    </w:p>
    <w:p>
      <w:pPr>
        <w:jc w:val="right"/>
      </w:pPr>
      <w:r>
        <w:t>دایا! میں اس کے یہ جو چاہے کرے، مجھے تو تو چاہیے، مجھے تو اللہ رب العالمین چاہیے۔</w:t>
      </w:r>
    </w:p>
    <w:p>
      <w:r>
        <w:rPr>
          <w:b/>
        </w:rPr>
        <w:t xml:space="preserve">[23:18] </w:t>
      </w:r>
      <w:r>
        <w:t>us waqt is ne kaha tha ke rab,</w:t>
      </w:r>
    </w:p>
    <w:p>
      <w:pPr>
        <w:jc w:val="right"/>
      </w:pPr>
      <w:r>
        <w:t>اس وقت اس نے کہا تھا کہ رب،</w:t>
      </w:r>
    </w:p>
    <w:p>
      <w:r>
        <w:rPr>
          <w:b/>
        </w:rPr>
        <w:t xml:space="preserve">[23:25] </w:t>
      </w:r>
      <w:r>
        <w:t>rab ibn</w:t>
      </w:r>
    </w:p>
    <w:p>
      <w:pPr>
        <w:jc w:val="right"/>
      </w:pPr>
      <w:r>
        <w:t>رب ابن</w:t>
      </w:r>
    </w:p>
    <w:p>
      <w:r>
        <w:rPr>
          <w:b/>
        </w:rPr>
        <w:t xml:space="preserve">[23:31] </w:t>
      </w:r>
      <w:r>
        <w:t>rab ibn rab ibn kh</w:t>
      </w:r>
    </w:p>
    <w:p>
      <w:pPr>
        <w:jc w:val="right"/>
      </w:pPr>
      <w:r>
        <w:t>رب ابن رب ابن خ</w:t>
      </w:r>
    </w:p>
    <w:p>
      <w:r>
        <w:rPr>
          <w:b/>
        </w:rPr>
        <w:t xml:space="preserve">[23:34] </w:t>
      </w:r>
      <w:r>
        <w:t>daya! mujhe apne paas jannat mein ek ghar to bana de,</w:t>
      </w:r>
    </w:p>
    <w:p>
      <w:pPr>
        <w:jc w:val="right"/>
      </w:pPr>
      <w:r>
        <w:t>دایا! مجھے اپنے پاس جنت میں ایک گھر تو بنا دے،</w:t>
      </w:r>
    </w:p>
    <w:p>
      <w:r>
        <w:rPr>
          <w:b/>
        </w:rPr>
        <w:t xml:space="preserve">[23:42] </w:t>
      </w:r>
      <w:r>
        <w:t>is se zyada achhi dua mujhe koi mili nahi.</w:t>
      </w:r>
    </w:p>
    <w:p>
      <w:pPr>
        <w:jc w:val="right"/>
      </w:pPr>
      <w:r>
        <w:t>اس سے زیادہ اچھی دعا مجھے کوئی ملی نہیں۔</w:t>
      </w:r>
    </w:p>
    <w:p>
      <w:r>
        <w:rPr>
          <w:b/>
        </w:rPr>
        <w:t xml:space="preserve">[23:49] </w:t>
      </w:r>
      <w:r>
        <w:t>aur woh banda, woh woh woh khatoon, woh lady kaisi ajeeb hogi jo talwar ke sahib hain, jis ne yeh yeh dua ki thi,</w:t>
      </w:r>
    </w:p>
    <w:p>
      <w:pPr>
        <w:jc w:val="right"/>
      </w:pPr>
      <w:r>
        <w:t>اور وہ بندہ، وہ وہ وہ خاتون، وہ لیڈی کیسی عجیب ہوگی جو تلوار کے صاحب ہیں، جس نے یہ یہ دعا کی تھی،</w:t>
      </w:r>
    </w:p>
    <w:p>
      <w:r>
        <w:rPr>
          <w:b/>
        </w:rPr>
        <w:t xml:space="preserve">[24:05] </w:t>
      </w:r>
      <w:r>
        <w:t>jis ne talwar ke sahib mein yeh dua ki thi.</w:t>
      </w:r>
    </w:p>
    <w:p>
      <w:pPr>
        <w:jc w:val="right"/>
      </w:pPr>
      <w:r>
        <w:t>جس نے تلوار کے صاحب میں یہ دعا کی تھی۔</w:t>
      </w:r>
    </w:p>
    <w:p>
      <w:r>
        <w:rPr>
          <w:b/>
        </w:rPr>
        <w:t xml:space="preserve">[24:24] </w:t>
      </w:r>
      <w:r>
        <w:t>to beharhaal aaj mein koi zyada mujhe kehna nahi hai,</w:t>
      </w:r>
    </w:p>
    <w:p>
      <w:pPr>
        <w:jc w:val="right"/>
      </w:pPr>
      <w:r>
        <w:t>تو بہرحال آج میں کوئی زیادہ مجھے کہنا نہیں ہے،</w:t>
      </w:r>
    </w:p>
    <w:p>
      <w:r>
        <w:rPr>
          <w:b/>
        </w:rPr>
        <w:t xml:space="preserve">[24:33] </w:t>
      </w:r>
      <w:r>
        <w:t>sirf ek baat kahoon ga ke Quran ka nishana tha ke woh</w:t>
      </w:r>
    </w:p>
    <w:p>
      <w:pPr>
        <w:jc w:val="right"/>
      </w:pPr>
      <w:r>
        <w:t>صرف ایک بات کہوں گا کہ قرآن کا نشانہ تھا کہ وہ</w:t>
      </w:r>
    </w:p>
    <w:p>
      <w:r>
        <w:rPr>
          <w:b/>
        </w:rPr>
        <w:t xml:space="preserve">[24:44] </w:t>
      </w:r>
      <w:r>
        <w:t>saare alam ke liye nazeer bane, yani saare alam ki jo zubanein hain, un tamam zubanon mein understandable tarjuma logon ko pahunch jaye.</w:t>
      </w:r>
    </w:p>
    <w:p>
      <w:pPr>
        <w:jc w:val="right"/>
      </w:pPr>
      <w:r>
        <w:t>سارے عالم کے لیے نظیر بنے، یعنی سارے عالم کی جو زبانیں ہیں، ان تمام زبانوں میں انڈرسٹینڈیبل ترجمہ لوگوں کو پہنچ جائے۔</w:t>
      </w:r>
    </w:p>
    <w:p>
      <w:r>
        <w:rPr>
          <w:b/>
        </w:rPr>
        <w:t xml:space="preserve">[25:04] </w:t>
      </w:r>
      <w:r>
        <w:t>to aap isi tamanna ko le kar jeena seekhiye,</w:t>
      </w:r>
    </w:p>
    <w:p>
      <w:pPr>
        <w:jc w:val="right"/>
      </w:pPr>
      <w:r>
        <w:t>تو آپ اسی تمنا کو لے کر جینا سیکھیے،</w:t>
      </w:r>
    </w:p>
    <w:p>
      <w:r>
        <w:rPr>
          <w:b/>
        </w:rPr>
        <w:t xml:space="preserve">[25:14] </w:t>
      </w:r>
      <w:r>
        <w:t>aur jis ke paas jo kuch dene ke liye hai, woh is raah mein de. Agar kisi ke paas kuch dene ke liye nahi hai to dua kare, woh un logon ke liye jo is raah mein amalan koshish kar rahe hain.</w:t>
      </w:r>
    </w:p>
    <w:p>
      <w:pPr>
        <w:jc w:val="right"/>
      </w:pPr>
      <w:r>
        <w:t>اور جس کے پاس جو کچھ دینے کے لیے ہے، وہ اس راہ میں دے۔ اگر کسی کے پاس کچھ دینے کے لیے نہیں ہے تو دعا کرے، وہ ان لوگوں کے لیے جو اس راہ میں عملاً کوشش کر رہے ہیں۔</w:t>
      </w:r>
    </w:p>
    <w:p>
      <w:r>
        <w:rPr>
          <w:b/>
        </w:rPr>
        <w:t xml:space="preserve">[25:35] </w:t>
      </w:r>
      <w:r>
        <w:t>yeh aakhri jo aakhri baat jo hone wali hai is aasman ke neeche, woh yeh hai ke Quran saare logon ki zuban mein.</w:t>
      </w:r>
    </w:p>
    <w:p>
      <w:pPr>
        <w:jc w:val="right"/>
      </w:pPr>
      <w:r>
        <w:t>یہ آخری جو آخری بات جو ہونے والی ہے اس آسمان کے نیچے، وہ یہ ہے کہ قرآن سارے لوگوں کی زبان میں۔</w:t>
      </w:r>
    </w:p>
    <w:p>
      <w:r>
        <w:rPr>
          <w:b/>
        </w:rPr>
        <w:t xml:space="preserve">[25:50] </w:t>
      </w:r>
      <w:r>
        <w:t>dekhein, mein ek baat is mein add karoon ga</w:t>
      </w:r>
    </w:p>
    <w:p>
      <w:pPr>
        <w:jc w:val="right"/>
      </w:pPr>
      <w:r>
        <w:t>دیکھیں، میں ایک بات اس میں ایڈ کروں گا</w:t>
      </w:r>
    </w:p>
    <w:p>
      <w:r>
        <w:rPr>
          <w:b/>
        </w:rPr>
        <w:t xml:space="preserve">[25:52] </w:t>
      </w:r>
      <w:r>
        <w:t>ke Allah ne ek poori dunya takhleeq ki,</w:t>
      </w:r>
    </w:p>
    <w:p>
      <w:pPr>
        <w:jc w:val="right"/>
      </w:pPr>
      <w:r>
        <w:t>کہ اللہ نے ایک پوری دنیا تخلیق کی،</w:t>
      </w:r>
    </w:p>
    <w:p>
      <w:r>
        <w:rPr>
          <w:b/>
        </w:rPr>
        <w:t xml:space="preserve">[25:58] </w:t>
      </w:r>
      <w:r>
        <w:t>phir ek international world banaya, British Empire ki shakal mein. British Empire mere nazdeek Allah rab ul alameen ka ka ek creation tha.</w:t>
      </w:r>
    </w:p>
    <w:p>
      <w:pPr>
        <w:jc w:val="right"/>
      </w:pPr>
      <w:r>
        <w:t>پھر ایک انٹرنیشنل ورلڈ بنایا، برٹش ایمپائر کی شکل میں۔ برٹش ایمپائر میرے نزدیک اللہ رب العالمین کا کا ایک کریشن تھا۔</w:t>
      </w:r>
    </w:p>
    <w:p>
      <w:r>
        <w:rPr>
          <w:b/>
        </w:rPr>
        <w:t xml:space="preserve">[26:10] </w:t>
      </w:r>
      <w:r>
        <w:t>brtish ampaier ne pehli baar yeh kiya ke dunya mein aik international language wajood mein aai,</w:t>
      </w:r>
    </w:p>
    <w:p>
      <w:pPr>
        <w:jc w:val="right"/>
      </w:pPr>
      <w:r>
        <w:t>برٹش ایمپائر نے پہلی بار یہ کیا کہ دنیا میں ایک انٹرنیشنل لینگویج وجود میں آئی،</w:t>
      </w:r>
    </w:p>
    <w:p>
      <w:r>
        <w:rPr>
          <w:b/>
        </w:rPr>
        <w:t xml:space="preserve">[26:19] </w:t>
      </w:r>
      <w:r>
        <w:t>international language. lekin musalman itne zyada, yaani</w:t>
      </w:r>
    </w:p>
    <w:p>
      <w:pPr>
        <w:jc w:val="right"/>
      </w:pPr>
      <w:r>
        <w:t>انٹرنیشنل لینگویج۔ لیکن مسلمان اتنے زیادہ، یعنی</w:t>
      </w:r>
    </w:p>
    <w:p>
      <w:r>
        <w:rPr>
          <w:b/>
        </w:rPr>
        <w:t xml:space="preserve">[26:28] </w:t>
      </w:r>
      <w:r>
        <w:t>doosri cheez bhoolay hue thay ke aik angrez zaban jo Allah taala ke aik lambay process ke baad wajood mein aai thi,</w:t>
      </w:r>
    </w:p>
    <w:p>
      <w:pPr>
        <w:jc w:val="right"/>
      </w:pPr>
      <w:r>
        <w:t>دوسری چیز بھولے ہوئے تھے کہ ایک انگریز زبان جو اللہ تعالیٰ کے ایک لمبے پروسیس کے بعد وجود میں آئی تھی،</w:t>
      </w:r>
    </w:p>
    <w:p>
      <w:r>
        <w:rPr>
          <w:b/>
        </w:rPr>
        <w:t xml:space="preserve">[26:42] </w:t>
      </w:r>
      <w:r>
        <w:t>aik international national language</w:t>
      </w:r>
    </w:p>
    <w:p>
      <w:pPr>
        <w:jc w:val="right"/>
      </w:pPr>
      <w:r>
        <w:t>ایک انٹرنیشنل نیشنل لینگویج</w:t>
      </w:r>
    </w:p>
    <w:p>
      <w:r>
        <w:rPr>
          <w:b/>
        </w:rPr>
        <w:t xml:space="preserve">[26:44] </w:t>
      </w:r>
      <w:r>
        <w:t>ki surat mein. lekin kaisi ajeeb baat hai ke itni lambi muddat guzar gayi, aur hamare log jo hain, brtish ampaier ladte rahe, usay bam bam maarte rahe,</w:t>
      </w:r>
    </w:p>
    <w:p>
      <w:pPr>
        <w:jc w:val="right"/>
      </w:pPr>
      <w:r>
        <w:t>کی صورت میں۔ لیکن کیسی عجیب بات ہے کہ اتنی لمبی مدت گزر گئی، اور ہمارے لوگ جو ہیں، برٹش ایمپائر لڑتے رہے، اسے بم بم مارتے رہے،</w:t>
      </w:r>
    </w:p>
    <w:p>
      <w:r>
        <w:rPr>
          <w:b/>
        </w:rPr>
        <w:t xml:space="preserve">[26:57] </w:t>
      </w:r>
      <w:r>
        <w:t>aur jo us ne Allah ne us ke zariye se</w:t>
      </w:r>
    </w:p>
    <w:p>
      <w:pPr>
        <w:jc w:val="right"/>
      </w:pPr>
      <w:r>
        <w:t>اور جو اس نے اللہ نے اس کے ذریعے سے</w:t>
      </w:r>
    </w:p>
    <w:p>
      <w:r>
        <w:rPr>
          <w:b/>
        </w:rPr>
        <w:t xml:space="preserve">[27:02] </w:t>
      </w:r>
      <w:r>
        <w:t>jo nemat hamein pahunchai thi, us ko jaane hi nahin, be khabar rahe. hatta ke hadith mein yeh maujood thi hadith ke "in allah</w:t>
      </w:r>
    </w:p>
    <w:p>
      <w:pPr>
        <w:jc w:val="right"/>
      </w:pPr>
      <w:r>
        <w:t>جو نعمت ہمیں پہنچائی تھی، اس کو جانے ہی نہیں، بے خبر رہے۔ حتیٰ کہ حدیث میں یہ موجود تھی حدیث کہ "إن الله</w:t>
      </w:r>
    </w:p>
    <w:p>
      <w:r>
        <w:rPr>
          <w:b/>
        </w:rPr>
        <w:t xml:space="preserve">[27:19] </w:t>
      </w:r>
      <w:r>
        <w:t>in allah la yajduha al-deen</w:t>
      </w:r>
    </w:p>
    <w:p>
      <w:pPr>
        <w:jc w:val="right"/>
      </w:pPr>
      <w:r>
        <w:t>إن الله لا يجدها الدين</w:t>
      </w:r>
    </w:p>
    <w:p>
      <w:r>
        <w:rPr>
          <w:b/>
        </w:rPr>
        <w:t xml:space="preserve">[27:25] </w:t>
      </w:r>
      <w:r>
        <w:t>bila al-fajir". yaani fajar insan ya shukr insan ke zariye Allah taala is din ki madad karega. to yeh is shukr insan thay,</w:t>
      </w:r>
    </w:p>
    <w:p>
      <w:pPr>
        <w:jc w:val="right"/>
      </w:pPr>
      <w:r>
        <w:t>بلا الفاجر"۔ یعنی فاجر انسان یا شکر انسان کے ذریعے اللہ تعالیٰ اس دن کی مدد کرے گا۔ تو یہ اس شکر انسان تھے،</w:t>
      </w:r>
    </w:p>
    <w:p>
      <w:r>
        <w:rPr>
          <w:b/>
        </w:rPr>
        <w:t xml:space="preserve">[27:39] </w:t>
      </w:r>
      <w:r>
        <w:t>yeh shukr</w:t>
      </w:r>
    </w:p>
    <w:p>
      <w:pPr>
        <w:jc w:val="right"/>
      </w:pPr>
      <w:r>
        <w:t>یہ شکر</w:t>
      </w:r>
    </w:p>
    <w:p>
      <w:r>
        <w:rPr>
          <w:b/>
        </w:rPr>
        <w:t xml:space="preserve">[27:42] </w:t>
      </w:r>
      <w:r>
        <w:t>ampaier thi jis ne aik international language</w:t>
      </w:r>
    </w:p>
    <w:p>
      <w:pPr>
        <w:jc w:val="right"/>
      </w:pPr>
      <w:r>
        <w:t>ایمپائر تھی جس نے ایک انٹرنیشنل لینگویج</w:t>
      </w:r>
    </w:p>
    <w:p>
      <w:r>
        <w:rPr>
          <w:b/>
        </w:rPr>
        <w:t xml:space="preserve">[27:51] </w:t>
      </w:r>
      <w:r>
        <w:t>paida ki. ab zaroorat thi ke is mein quran ko understandable</w:t>
      </w:r>
    </w:p>
    <w:p>
      <w:pPr>
        <w:jc w:val="right"/>
      </w:pPr>
      <w:r>
        <w:t>پیدا کی۔ اب ضرورت تھی کہ اس میں قرآن کو انڈرسٹینڈیبل</w:t>
      </w:r>
    </w:p>
    <w:p>
      <w:r>
        <w:rPr>
          <w:b/>
        </w:rPr>
        <w:t xml:space="preserve">[28:03] </w:t>
      </w:r>
      <w:r>
        <w:t>language mein tayyar kiya jaye, lekin log ladte rahe, bas ladte rahe, nafrat karte rahe, shikayat karte rahe.</w:t>
      </w:r>
    </w:p>
    <w:p>
      <w:pPr>
        <w:jc w:val="right"/>
      </w:pPr>
      <w:r>
        <w:t>لینگویج میں تیار کیا جائے، لیکن لوگ لڑتے رہے، بس لڑتے رہے، نفرت کرتے رہے، شکایت کرتے رہے۔</w:t>
      </w:r>
    </w:p>
    <w:p>
      <w:r>
        <w:rPr>
          <w:b/>
        </w:rPr>
        <w:t xml:space="preserve">[28:14] </w:t>
      </w:r>
      <w:r>
        <w:t>is poori muddat mein musalmanon ki record mein jo cheez hai, woh shikayat,</w:t>
      </w:r>
    </w:p>
    <w:p>
      <w:pPr>
        <w:jc w:val="right"/>
      </w:pPr>
      <w:r>
        <w:t>اس پوری مدت میں مسلمانوں کی ریکارڈ میں جو چیز ہے، وہ شکایت،</w:t>
      </w:r>
    </w:p>
    <w:p>
      <w:r>
        <w:rPr>
          <w:b/>
        </w:rPr>
        <w:t xml:space="preserve">[28:21] </w:t>
      </w:r>
      <w:r>
        <w:t>nafrat, ladna, khoon bahana. bas aur yeh nahin hai ke unhon ne quran ka international language, language mein us ko, halankay christian logon ne</w:t>
      </w:r>
    </w:p>
    <w:p>
      <w:pPr>
        <w:jc w:val="right"/>
      </w:pPr>
      <w:r>
        <w:t>نفرت، لڑنا، خون بہانا۔ بس اور یہ نہیں ہے کہ انہوں نے قرآن کا انٹرنیشنل لینگویج، لینگویج میں اس کو، حالانکہ کرسچن لوگوں نے</w:t>
      </w:r>
    </w:p>
    <w:p>
      <w:r>
        <w:rPr>
          <w:b/>
        </w:rPr>
        <w:t xml:space="preserve">[28:41] </w:t>
      </w:r>
      <w:r>
        <w:t>bible ka asal tajruba tayyar kar diya tha, aik model samne aa chuka tha, tab bhi nahin kiya gaya. jahan tak mein jaanta hoon, taqreeban 55 tarjume kiye gaye hain english mein, lekin koi tarjuma jahan tak mein jaanta hoon,</w:t>
      </w:r>
    </w:p>
    <w:p>
      <w:pPr>
        <w:jc w:val="right"/>
      </w:pPr>
      <w:r>
        <w:t>بائبل کا اصل تجربہ تیار کر دیا تھا، ایک ماڈل سامنے آ چکا تھا، تب بھی نہیں کیا گیا۔ جہاں تک میں جانتا ہوں، تقریباً 55 ترجمے کیے گئے ہیں انگلش میں، لیکن کوئی ترجمہ جہاں تک میں جانتا ہوں،</w:t>
      </w:r>
    </w:p>
    <w:p>
      <w:r>
        <w:rPr>
          <w:b/>
        </w:rPr>
        <w:t xml:space="preserve">[29:02] </w:t>
      </w:r>
      <w:r>
        <w:t>clarity is mein nahin hai. kisi tarjume mein clarity nahin hai. hamare haan se Allah ke wastay jo tarjuma chhapa hai, woh us ke andar mukammal clarity hai.</w:t>
      </w:r>
    </w:p>
    <w:p>
      <w:pPr>
        <w:jc w:val="right"/>
      </w:pPr>
      <w:r>
        <w:t>کلیرٹی اس میں نہیں ہے۔ کسی ترجمے میں کلیرٹی نہیں ہے۔ ہمارے ہاں سے اللہ کے واسطے جو ترجمہ چھپا ہے، وہ اس کے اندر مکمل کلیرٹی ہے۔</w:t>
      </w:r>
    </w:p>
    <w:p>
      <w:r>
        <w:rPr>
          <w:b/>
        </w:rPr>
        <w:t xml:space="preserve">[29:17] </w:t>
      </w:r>
      <w:r>
        <w:t>parhte jao aur samajhte jao.</w:t>
      </w:r>
    </w:p>
    <w:p>
      <w:pPr>
        <w:jc w:val="right"/>
      </w:pPr>
      <w:r>
        <w:t>پڑھتے جاؤ اور سمجھتے جاؤ۔</w:t>
      </w:r>
    </w:p>
    <w:p>
      <w:r>
        <w:rPr>
          <w:b/>
        </w:rPr>
        <w:t xml:space="preserve">[29:19] </w:t>
      </w:r>
      <w:r>
        <w:t>is ki gawahi di hai non muslim scholars ne, hasan khushwund singh ne, india mein aur europe mein.</w:t>
      </w:r>
    </w:p>
    <w:p>
      <w:pPr>
        <w:jc w:val="right"/>
      </w:pPr>
      <w:r>
        <w:t>اس کی گواہی دی ہے نان مسلم اسکالرز نے، حسن خوشوند سنگھ نے، انڈیا میں اور یورپ میں۔</w:t>
      </w:r>
    </w:p>
    <w:p>
      <w:r>
        <w:rPr>
          <w:b/>
        </w:rPr>
        <w:t xml:space="preserve">[29:34] </w:t>
      </w:r>
      <w:r>
        <w:t>kya naam tha un ka?</w:t>
      </w:r>
    </w:p>
    <w:p>
      <w:pPr>
        <w:jc w:val="right"/>
      </w:pPr>
      <w:r>
        <w:t>کیا نام تھا ان کا؟</w:t>
      </w:r>
    </w:p>
    <w:p>
      <w:r>
        <w:rPr>
          <w:b/>
        </w:rPr>
        <w:t xml:space="preserve">[29:36] </w:t>
      </w:r>
      <w:r>
        <w:t>poland mein hum logon ka aise kya naam tha un ka? federico hain? federico? federico ji! fg!</w:t>
      </w:r>
    </w:p>
    <w:p>
      <w:pPr>
        <w:jc w:val="right"/>
      </w:pPr>
      <w:r>
        <w:t>پولینڈ میں ہم لوگوں کا ایسے کیا نام تھا ان کا؟ فیڈریکو ہیں؟ فیڈریکو؟ فیڈریکو جی! ایف جی!</w:t>
      </w:r>
    </w:p>
    <w:p>
      <w:r>
        <w:rPr>
          <w:b/>
        </w:rPr>
        <w:t xml:space="preserve">[29:46] </w:t>
      </w:r>
      <w:r>
        <w:t>f! federico. to apne ilm ke mutabiq mein keh sakta hoon</w:t>
      </w:r>
    </w:p>
    <w:p>
      <w:pPr>
        <w:jc w:val="right"/>
      </w:pPr>
      <w:r>
        <w:t>ایف! فیڈریکو۔ تو اپنے علم کے مطابق میں کہہ سکتا ہوں</w:t>
      </w:r>
    </w:p>
    <w:p>
      <w:r>
        <w:rPr>
          <w:b/>
        </w:rPr>
        <w:t xml:space="preserve">[29:54] </w:t>
      </w:r>
      <w:r>
        <w:t>ke hamare sathiyon ne koi aik tofeeq hasil hai ke unhon ne jo kaam koi kar nahin saka tha, baray baray leader woh us ko kara raha hai,</w:t>
      </w:r>
    </w:p>
    <w:p>
      <w:pPr>
        <w:jc w:val="right"/>
      </w:pPr>
      <w:r>
        <w:t>کہ ہمارے ساتھیوں نے کوئی ایک توفیق حاصل ہے کہ انہوں نے جو کام کوئی کر نہیں سکا تھا، بڑے بڑے لیڈر وہ اس کو کرا رہا ہے،</w:t>
      </w:r>
    </w:p>
    <w:p>
      <w:r>
        <w:rPr>
          <w:b/>
        </w:rPr>
        <w:t xml:space="preserve">[30:09] </w:t>
      </w:r>
      <w:r>
        <w:t>aur</w:t>
      </w:r>
    </w:p>
    <w:p>
      <w:pPr>
        <w:jc w:val="right"/>
      </w:pPr>
      <w:r>
        <w:t>اور</w:t>
      </w:r>
    </w:p>
    <w:p>
      <w:r>
        <w:rPr>
          <w:b/>
        </w:rPr>
        <w:t xml:space="preserve">[30:10] </w:t>
      </w:r>
      <w:r>
        <w:t>international language mein quran ka tarjuma understandable asloob mein tayyar kar diya, aur Allah ke fazal se us ko jo hum phaila rahe hain.</w:t>
      </w:r>
    </w:p>
    <w:p>
      <w:pPr>
        <w:jc w:val="right"/>
      </w:pPr>
      <w:r>
        <w:t>انٹرنیشنل لینگویج میں قرآن کا ترجمہ انڈرسٹینڈیبل اسلوب میں تیار کر دیا، اور اللہ کے فضل سے اس کو جو ہم پھیلا رہے ہیں۔</w:t>
      </w:r>
    </w:p>
    <w:p>
      <w:r>
        <w:rPr>
          <w:b/>
        </w:rPr>
        <w:t xml:space="preserve">[30:25] </w:t>
      </w:r>
      <w:r>
        <w:t>ab jin logon ko</w:t>
      </w:r>
    </w:p>
    <w:p>
      <w:pPr>
        <w:jc w:val="right"/>
      </w:pPr>
      <w:r>
        <w:t>اب جن لوگوں کو</w:t>
      </w:r>
    </w:p>
    <w:p>
      <w:r>
        <w:rPr>
          <w:b/>
        </w:rPr>
        <w:t xml:space="preserve">[30:27] </w:t>
      </w:r>
      <w:r>
        <w:t>meri awaz pohnch rahi hai, woh sab ya to apne aap ko is muhim mein laga dein.</w:t>
      </w:r>
    </w:p>
    <w:p>
      <w:pPr>
        <w:jc w:val="right"/>
      </w:pPr>
      <w:r>
        <w:t>میری آواز پہنچ رہی ہے، وہ سب یا تو اپنے آپ کو اس مہم میں لگا دیں۔</w:t>
      </w:r>
    </w:p>
    <w:p>
      <w:r>
        <w:rPr>
          <w:b/>
        </w:rPr>
        <w:t xml:space="preserve">[30:38] </w:t>
      </w:r>
      <w:r>
        <w:t>agar woh laga nahi sakte to kam az kam dua karein. dua! dua!</w:t>
      </w:r>
    </w:p>
    <w:p>
      <w:pPr>
        <w:jc w:val="right"/>
      </w:pPr>
      <w:r>
        <w:t>اگر وہ لگا نہیں سکتے تو کم از کم دعا کریں۔ دعا! دعا!</w:t>
      </w:r>
    </w:p>
    <w:p>
      <w:r>
        <w:rPr>
          <w:b/>
        </w:rPr>
        <w:t xml:space="preserve">[30:49] </w:t>
      </w:r>
      <w:r>
        <w:t>yeh isi baat par mein khatam karta hoon. Allah taala mujh ko aur aap ko</w:t>
      </w:r>
    </w:p>
    <w:p>
      <w:pPr>
        <w:jc w:val="right"/>
      </w:pPr>
      <w:r>
        <w:t>یہ اسی بات پر میں ختم کرتا ہوں۔ اللہ تعالیٰ مجھ کو اور آپ کو</w:t>
      </w:r>
    </w:p>
    <w:p>
      <w:r>
        <w:rPr>
          <w:b/>
        </w:rPr>
        <w:t xml:space="preserve">[30:58] </w:t>
      </w:r>
      <w:r>
        <w:t>saheeh baat aur waqt pakarne ki tofeeq ata farmaye. Assalam o alaikum wa rehmatullah.</w:t>
      </w:r>
    </w:p>
    <w:p>
      <w:pPr>
        <w:jc w:val="right"/>
      </w:pPr>
      <w:r>
        <w:t>صحیح بات اور وقت پکڑنے کی توفیق عطا فرمائے۔ السلام علیکم ورحمۃ اللہ۔</w:t>
      </w:r>
    </w:p>
    <w:p>
      <w:r>
        <w:rPr>
          <w:b/>
        </w:rPr>
        <w:t xml:space="preserve">[31:19] </w:t>
      </w:r>
      <w:r>
        <w:t>okay, we will start with the question answer session now. i will first take up the comments that all of you have sent to be read to Maulana sahib.</w:t>
      </w:r>
    </w:p>
    <w:p>
      <w:pPr>
        <w:jc w:val="right"/>
      </w:pPr>
      <w:r>
        <w:t>اوکے، وی ویل سٹارٹ ود دی کوئسچن انسر سیشن ناؤ۔ آئی ویل فرسٹ ٹیک اپ دی کمنٹس دیٹ آل آف یو ہیو سینٹ ٹو بی ریڈ ٹو مولانا صاحب۔</w:t>
      </w:r>
    </w:p>
    <w:p>
      <w:r>
        <w:rPr>
          <w:b/>
        </w:rPr>
        <w:t xml:space="preserve">[31:28] </w:t>
      </w:r>
      <w:r>
        <w:t>Maulana, yeh sab se pehle comment parhna chahenge Tariq Badr sahib ka Pakistan se. unhon ne likha hai:</w:t>
      </w:r>
    </w:p>
    <w:p>
      <w:pPr>
        <w:jc w:val="right"/>
      </w:pPr>
      <w:r>
        <w:t>مولانا، یہ سب سے پہلے کمنٹ پڑھنا چاہیں گے طارق بدر صاحب کا پاکستان سے۔ انہوں نے لکھا ہے:</w:t>
      </w:r>
    </w:p>
    <w:p>
      <w:r>
        <w:rPr>
          <w:b/>
        </w:rPr>
        <w:t xml:space="preserve">[31:36] </w:t>
      </w:r>
      <w:r>
        <w:t>"Maulana sahib, we are at Karachi Literature Festival and have our stall and promoting peace and marifat related books.</w:t>
      </w:r>
    </w:p>
    <w:p>
      <w:pPr>
        <w:jc w:val="right"/>
      </w:pPr>
      <w:r>
        <w:t>"مولانا صاحب، وی آر ایٹ کراچی لٹریچر فیسٹیول اینڈ ہیو اور سٹال اینڈ پروموٹنگ پیس اینڈ معرفت ریلیٹڈ بکس۔</w:t>
      </w:r>
    </w:p>
    <w:p>
      <w:r>
        <w:rPr>
          <w:b/>
        </w:rPr>
        <w:t xml:space="preserve">[31:47] </w:t>
      </w:r>
      <w:r>
        <w:t>we also distributed Quran and books to speakers and special guests at the literature festival. there was a book launching of</w:t>
      </w:r>
    </w:p>
    <w:p>
      <w:pPr>
        <w:jc w:val="right"/>
      </w:pPr>
      <w:r>
        <w:t>وی آل سو ڈسٹریبیوٹڈ قرآن اینڈ بکس ٹو سپیکرز اینڈ سپیشل گیسٹ ایٹ دا لٹریچر فیسٹیول۔ دیر واز ا بک لانچنگ آف</w:t>
      </w:r>
    </w:p>
    <w:p>
      <w:r>
        <w:rPr>
          <w:b/>
        </w:rPr>
        <w:t xml:space="preserve">[31:57] </w:t>
      </w:r>
      <w:r>
        <w:t>interpretations of jihad in South Asia and intellectual history by Tariq Rahman. we attended the session with auditorium which was full of crowd and many people were standing and it looked like everyone wants to understand the important issue.</w:t>
      </w:r>
    </w:p>
    <w:p>
      <w:pPr>
        <w:jc w:val="right"/>
      </w:pPr>
      <w:r>
        <w:t>انٹرپریٹیشنز آف جہاد ان ساؤتھ ایشیا اینڈ انٹلیکچول ہسٹری بائے طارق رحمان۔ وی اٹینڈڈ دا سیشن ود آڈیٹوریم وچ واز فل آف کراؤڈ اینڈ مینی پیپل وار سٹینڈنگ اینڈ اٹ لوکڈ لائک ایوری ون وانٹس ٹو انڈرسٹینڈ دی امپورٹنٹ ایشو۔</w:t>
      </w:r>
    </w:p>
    <w:p>
      <w:r>
        <w:rPr>
          <w:b/>
        </w:rPr>
        <w:t xml:space="preserve">[32:18] </w:t>
      </w:r>
      <w:r>
        <w:t>Mr Pervez Hoodbhoy was also in the program.</w:t>
      </w:r>
    </w:p>
    <w:p>
      <w:pPr>
        <w:jc w:val="right"/>
      </w:pPr>
      <w:r>
        <w:t>مسٹر پرویز ہود بھائی واز آل سو ان دا پروگرام۔</w:t>
      </w:r>
    </w:p>
    <w:p>
      <w:r>
        <w:rPr>
          <w:b/>
        </w:rPr>
        <w:t xml:space="preserve">[32:22] </w:t>
      </w:r>
      <w:r>
        <w:t>i met with Tariq Rahman, the author, and gifted him the book The Age of Peace. after seeing the book, he immediately said that i read all of Maulana Wahiduddin Khan sahib books and explain to me that in his book he has included your concepts given in the true jihad.</w:t>
      </w:r>
    </w:p>
    <w:p>
      <w:pPr>
        <w:jc w:val="right"/>
      </w:pPr>
      <w:r>
        <w:t>آئی میٹ ود طارق رحمان، دی آتھر، اینڈ گفٹڈ ہم دا بک دا ایج آف پیس۔ آفٹر سینگ دا بک، ہی امیڈیٹلی سیڈ دیٹ آئی ریڈ آل آف مولانا وحید الدین خان صاحب بکس اینڈ ایکسپلین ٹو می دیٹ ان ہز بک ہی ہیز انکلوڈڈ یور کانسیپٹس گیون ان دا ٹرو جہاد۔</w:t>
      </w:r>
    </w:p>
    <w:p>
      <w:r>
        <w:rPr>
          <w:b/>
        </w:rPr>
        <w:t xml:space="preserve">[32:45] </w:t>
      </w:r>
      <w:r>
        <w:t>he was fully convinced with your approach and he was surprised that what Maulana has explained thirty years back, others are understanding it now.</w:t>
      </w:r>
    </w:p>
    <w:p>
      <w:pPr>
        <w:jc w:val="right"/>
      </w:pPr>
      <w:r>
        <w:t>ہی واز فلی کنونسڈ ود یور اپروچ اینڈ ہی واز سرپرائز دیٹ واٹ مولانا ہیز ایکسپلین تھرٹی ایئرز بیک، ادرز آر انڈرسٹینڈنگ اٹ ناؤ۔</w:t>
      </w:r>
    </w:p>
    <w:p>
      <w:r>
        <w:rPr>
          <w:b/>
        </w:rPr>
        <w:t xml:space="preserve">[32:57] </w:t>
      </w:r>
      <w:r>
        <w:t>this is very hopeful that this subject is being discussed here openly and inshallah soon soon people here will understand the peaceful concept of jihad and turn their efforts to da'wah.</w:t>
      </w:r>
    </w:p>
    <w:p>
      <w:pPr>
        <w:jc w:val="right"/>
      </w:pPr>
      <w:r>
        <w:t>دس از ویری ہوپ فل دیٹ دس سبجیکٹ از بینگ ڈسکسڈ ہیر اوپنلی اینڈ انشاءاللہ سون سون پیپل ہیر ویل انڈرسٹینڈ دا پیس فل کانسیپٹ آف جہاد اینڈ ٹرن دیر ایفرٹس ٹو دعویٰ۔</w:t>
      </w:r>
    </w:p>
    <w:p>
      <w:r>
        <w:rPr>
          <w:b/>
        </w:rPr>
        <w:t xml:space="preserve">[33:13] </w:t>
      </w:r>
      <w:r>
        <w:t>mashallah</w:t>
      </w:r>
    </w:p>
    <w:p>
      <w:pPr>
        <w:jc w:val="right"/>
      </w:pPr>
      <w:r>
        <w:t>ماشاءاللہ</w:t>
      </w:r>
    </w:p>
    <w:p>
      <w:r>
        <w:rPr>
          <w:b/>
        </w:rPr>
        <w:t xml:space="preserve">[33:15] </w:t>
      </w:r>
      <w:r>
        <w:t>! unhon ne ek aur cheez aap se share karne ke liye kahi hai. unhon ne kaha hai ke Dr. Alia in Pakistan has started translating various articles in Pashto language.</w:t>
      </w:r>
    </w:p>
    <w:p>
      <w:pPr>
        <w:jc w:val="right"/>
      </w:pPr>
      <w:r>
        <w:t>! انہوں نے ایک اور چیز آپ سے شیئر کرنے کے لیے کہی ہے۔ انہوں نے کہا ہے کہ ڈاکٹر عالیہ ان پاکستان ہیز سٹارٹڈ ٹرانسلیٹنگ ویریس آرٹیکلز ان پشتو لینگویج۔</w:t>
      </w:r>
    </w:p>
    <w:p>
      <w:r>
        <w:rPr>
          <w:b/>
        </w:rPr>
        <w:t xml:space="preserve">[33:26] </w:t>
      </w:r>
      <w:r>
        <w:t>she has already done a translation of your article from Islam Ek Ta'aruf. she is also working for audio recording of some of your books in Pashto.</w:t>
      </w:r>
    </w:p>
    <w:p>
      <w:pPr>
        <w:jc w:val="right"/>
      </w:pPr>
      <w:r>
        <w:t>شی ہیز آلریڈی ڈن ا ٹرانسلیشن آف یور آرٹیکل فرام اسلام ایک تعارف۔ شی از آل سو ورکنگ فار آڈیو ریکارڈنگ آف سم آف یور بکس ان پشتو۔</w:t>
      </w:r>
    </w:p>
    <w:p>
      <w:r>
        <w:rPr>
          <w:b/>
        </w:rPr>
        <w:t xml:space="preserve">[33:40] </w:t>
      </w:r>
      <w:r>
        <w:t>mashallah!</w:t>
      </w:r>
    </w:p>
    <w:p>
      <w:pPr>
        <w:jc w:val="right"/>
      </w:pPr>
      <w:r>
        <w:t>ماشاءاللہ!</w:t>
      </w:r>
    </w:p>
    <w:p>
      <w:r>
        <w:rPr>
          <w:b/>
        </w:rPr>
        <w:t xml:space="preserve">[33:46] </w:t>
      </w:r>
      <w:r>
        <w:t>Maulana, agla comment bheja hai Gulbarga se Khwaja Shamsuddin Jilani sahib ne. unhon ne likha hai: "Maulana sahib, mein aap ki taqreeban sari kitabon ko distribution karta hoon, khaas kar Quran ka tarjuma.</w:t>
      </w:r>
    </w:p>
    <w:p>
      <w:pPr>
        <w:jc w:val="right"/>
      </w:pPr>
      <w:r>
        <w:t>مولانا، اگلا کمنٹ بھیجا ہے گلبرگہ سے خواجہ شمس شمس الدین خانقاہ جیلانی صاحب نے۔ انہوں نے لکھا ہے: "مولانا صاحب، میں آپ کی تقریباً ساری کتابوں کو ڈسٹریبیوشن کرتا ہوں، خاص کر قرآن کا ترجمہ۔</w:t>
      </w:r>
    </w:p>
    <w:p>
      <w:r>
        <w:rPr>
          <w:b/>
        </w:rPr>
        <w:t xml:space="preserve">[34:04] </w:t>
      </w:r>
      <w:r>
        <w:t>meri koshish hai ke mein Quran ke liye jiyoon aur maroon. Maulana ki kitab Quran ka Matloob Insaan aur Marifat-e-Quran aur Marifat-e-Quran meri life mein bohat tabdeeli le aayi hai.</w:t>
      </w:r>
    </w:p>
    <w:p>
      <w:pPr>
        <w:jc w:val="right"/>
      </w:pPr>
      <w:r>
        <w:t>میری کوشش ہے کہ میں قرآن کے لیے جیوں اور مروں۔ مولانا کی کتاب قرآن کا مطلوب انسان اور معرفت قرآن اور معرفت آ معرفت قرآن میری لائف میں بہت تبدیلی لے آئی ہے۔</w:t>
      </w:r>
    </w:p>
    <w:p>
      <w:r>
        <w:rPr>
          <w:b/>
        </w:rPr>
        <w:t xml:space="preserve">[34:20] </w:t>
      </w:r>
      <w:r>
        <w:t>aap ki dua ka talib. mashallah!</w:t>
      </w:r>
    </w:p>
    <w:p>
      <w:pPr>
        <w:jc w:val="right"/>
      </w:pPr>
      <w:r>
        <w:t>آپ کی دعا کا طالب۔ ماشاءاللہ!</w:t>
      </w:r>
    </w:p>
    <w:p>
      <w:r>
        <w:rPr>
          <w:b/>
        </w:rPr>
        <w:t xml:space="preserve">[34:26] </w:t>
      </w:r>
      <w:r>
        <w:t>Maulana, sawal lena chahenge? aa yeh sawal bheja hai Lucknow se Mr. Gopal Krishan ne.</w:t>
      </w:r>
    </w:p>
    <w:p>
      <w:pPr>
        <w:jc w:val="right"/>
      </w:pPr>
      <w:r>
        <w:t>مولانا، سوال لینا چاہیں گے؟ آ یہ سوال بھیجا ہے لکھنؤ سے مسٹر گوپال کرشن نے۔</w:t>
      </w:r>
    </w:p>
    <w:p>
      <w:r>
        <w:rPr>
          <w:b/>
        </w:rPr>
        <w:t xml:space="preserve">[34:36] </w:t>
      </w:r>
      <w:r>
        <w:t>unhon ne likha hai: "Maulana sahib, i loved your talk today. i believe the real problem of not being able to connect with God is due to having unlimited desires in ourselves.</w:t>
      </w:r>
    </w:p>
    <w:p>
      <w:pPr>
        <w:jc w:val="right"/>
      </w:pPr>
      <w:r>
        <w:t>انہوں نے لکھا ہے: "مولانا صاحب، آئی لوڈ یور ٹاک ٹوڈے۔ آئی بیلیو دا ریئل پرابلم آف ناٹ بینگ ایبل ٹو کنیکٹ ود گاڈ از ڈیو ٹو ہیونگ ان لمیٹڈ ڈیزائرز ان اور سیلز۔</w:t>
      </w:r>
    </w:p>
    <w:p>
      <w:r>
        <w:rPr>
          <w:b/>
        </w:rPr>
        <w:t xml:space="preserve">[34:51] </w:t>
      </w:r>
      <w:r>
        <w:t>these desires keep distracting us from the remembrance of God. my question is: how can we eliminate these desires and come to the level of simple living?"</w:t>
      </w:r>
    </w:p>
    <w:p>
      <w:pPr>
        <w:jc w:val="right"/>
      </w:pPr>
      <w:r>
        <w:t>دیز ڈیزائرز کیپ ڈسٹریکٹنگ اس فرام دی ریممبرنس آف گاڈ۔ مائی کوئسچن از: ہاؤ کین وی ایلیمینیٹ دیز ڈیزائرز اینڈ کم ٹو دا لیول آف سمپل لیونگ؟"</w:t>
      </w:r>
    </w:p>
    <w:p>
      <w:r>
        <w:rPr>
          <w:b/>
        </w:rPr>
        <w:t xml:space="preserve">[35:11] </w:t>
      </w:r>
      <w:r>
        <w:t>mein baat yahi samajhta hoon ke aadmi apni taraf se</w:t>
      </w:r>
    </w:p>
    <w:p>
      <w:pPr>
        <w:jc w:val="right"/>
      </w:pPr>
      <w:r>
        <w:t>میں بات یہی سمجھتا ہوں کہ آدمی اپنی طرف سے</w:t>
      </w:r>
    </w:p>
    <w:p>
      <w:r>
        <w:rPr>
          <w:b/>
        </w:rPr>
        <w:t xml:space="preserve">[35:22] </w:t>
      </w:r>
      <w:r>
        <w:t>saari koshish kara le</w:t>
      </w:r>
    </w:p>
    <w:p>
      <w:pPr>
        <w:jc w:val="right"/>
      </w:pPr>
      <w:r>
        <w:t>ساری کوشش کرا لے</w:t>
      </w:r>
    </w:p>
    <w:p>
      <w:r>
        <w:rPr>
          <w:b/>
        </w:rPr>
        <w:t xml:space="preserve">[35:27] </w:t>
      </w:r>
      <w:r>
        <w:t>aur phir is ke baad woh dua kare. aoozu billah!</w:t>
      </w:r>
    </w:p>
    <w:p>
      <w:pPr>
        <w:jc w:val="right"/>
      </w:pPr>
      <w:r>
        <w:t>اور پھر اس کے بعد وہ دعا کرے۔ استعوذ باللہ!</w:t>
      </w:r>
    </w:p>
    <w:p>
      <w:r>
        <w:rPr>
          <w:b/>
        </w:rPr>
        <w:t xml:space="preserve">[35:39] </w:t>
      </w:r>
      <w:r>
        <w:t>dua</w:t>
      </w:r>
    </w:p>
    <w:p>
      <w:pPr>
        <w:jc w:val="right"/>
      </w:pPr>
      <w:r>
        <w:t>دعا</w:t>
      </w:r>
    </w:p>
    <w:p>
      <w:r>
        <w:rPr>
          <w:b/>
        </w:rPr>
        <w:t xml:space="preserve">[35:43] </w:t>
      </w:r>
      <w:r>
        <w:t>aur koshish dono jab ek jagah ho jayen to is ke baad zaroor yeh maqam insaan ko mil jata hai.</w:t>
      </w:r>
    </w:p>
    <w:p>
      <w:pPr>
        <w:jc w:val="right"/>
      </w:pPr>
      <w:r>
        <w:t>اور کوشش دونوں جب ایک جگہ ہو جائیں تو اس کے بعد ضرور یہ مقام انسان کو مل جاتا ہے۔</w:t>
      </w:r>
    </w:p>
    <w:p>
      <w:r>
        <w:rPr>
          <w:b/>
        </w:rPr>
        <w:t xml:space="preserve">[36:03] </w:t>
      </w:r>
      <w:r>
        <w:t>qamar shahid siddiqui sahib ne comment bheja hai. unho ne location nahi likhi hai. un ka comment hai: "we know the creator through his science.</w:t>
      </w:r>
    </w:p>
    <w:p>
      <w:pPr>
        <w:jc w:val="right"/>
      </w:pPr>
      <w:r>
        <w:t>قمر شاہد صدیقی صاحب نے کمنٹ بھیجا ہے۔ انہوں نے لوکیشن نہیں لکھی ہے۔ ان کا کمنٹ ہے: "وی نو دا کریٹر تھرو ہز سائنس۔</w:t>
      </w:r>
    </w:p>
    <w:p>
      <w:r>
        <w:rPr>
          <w:b/>
        </w:rPr>
        <w:t xml:space="preserve">[36:12] </w:t>
      </w:r>
      <w:r>
        <w:t>the balance in universe cannot be made through several powers at a time.</w:t>
      </w:r>
    </w:p>
    <w:p>
      <w:pPr>
        <w:jc w:val="right"/>
      </w:pPr>
      <w:r>
        <w:t>دا بیلنس ان یونیورس کین ناٹ بی میڈ تھرو سیورل پاورز ایٹ ا ٹائم۔</w:t>
      </w:r>
    </w:p>
    <w:p>
      <w:r>
        <w:rPr>
          <w:b/>
        </w:rPr>
        <w:t xml:space="preserve">[36:19] </w:t>
      </w:r>
      <w:r>
        <w:t>a definite clash may otherwise occur. he is Allah alone as a sole power who controls and manages entire universe." molana, agla sawal bheja hai ahmedabad se</w:t>
      </w:r>
    </w:p>
    <w:p>
      <w:pPr>
        <w:jc w:val="right"/>
      </w:pPr>
      <w:r>
        <w:t>ا ڈیفینیٹ کلیش می ادروائز اکر۔ ہی از اللہ الون ایز ا سول پاور ہو کنٹرولز اینڈ مینجز انٹائر یونیورس۔" مولانا، اگلا سوال بھیجا ہے احمد آباد سے</w:t>
      </w:r>
    </w:p>
    <w:p>
      <w:r>
        <w:rPr>
          <w:b/>
        </w:rPr>
        <w:t xml:space="preserve">[36:37] </w:t>
      </w:r>
      <w:r>
        <w:t>firoze khan sahib ne. unho ne likha hai: "molana, sometimes i feel my marifat is high and sometimes i feel it is low.</w:t>
      </w:r>
    </w:p>
    <w:p>
      <w:pPr>
        <w:jc w:val="right"/>
      </w:pPr>
      <w:r>
        <w:t>فیروز خان صاحب نے۔ انہوں نے لکھا ہے: "مولانا، سم ٹائمز آئی فیل مائی معرفت از ہائی اینڈ سم ٹائمز آئی فیل اٹ از لو۔</w:t>
      </w:r>
    </w:p>
    <w:p>
      <w:r>
        <w:rPr>
          <w:b/>
        </w:rPr>
        <w:t xml:space="preserve">[36:48] </w:t>
      </w:r>
      <w:r>
        <w:t>i get very frustrated with this high and low experience. my question is: how can i always be in a state of high marifat?</w:t>
      </w:r>
    </w:p>
    <w:p>
      <w:pPr>
        <w:jc w:val="right"/>
      </w:pPr>
      <w:r>
        <w:t>آئی گیٹ ویری فرسٹریٹڈ ود دس ہائی اینڈ لو ایکسپیرینس۔ مائی کوئسچن از: ہاؤ کین آئی آلویز بی ان ا سٹیٹ آف ہائی معرفت؟</w:t>
      </w:r>
    </w:p>
    <w:p>
      <w:r>
        <w:rPr>
          <w:b/>
        </w:rPr>
        <w:t xml:space="preserve">[36:58] </w:t>
      </w:r>
      <w:r>
        <w:t>please advise." kyunke woh unnatural hai,</w:t>
      </w:r>
    </w:p>
    <w:p>
      <w:pPr>
        <w:jc w:val="right"/>
      </w:pPr>
      <w:r>
        <w:t>پلیز ایڈوائس۔" کیونکہ وہ ان نیچرل ہے،</w:t>
      </w:r>
    </w:p>
    <w:p>
      <w:r>
        <w:rPr>
          <w:b/>
        </w:rPr>
        <w:t xml:space="preserve">[37:02] </w:t>
      </w:r>
      <w:r>
        <w:t>unnatural hai. woh kabhi bhi marifat, kabhi bhi</w:t>
      </w:r>
    </w:p>
    <w:p>
      <w:pPr>
        <w:jc w:val="right"/>
      </w:pPr>
      <w:r>
        <w:t>ان نیچرل ہے۔ وہ کبھی بھی معرفت، کبھی بھی</w:t>
      </w:r>
    </w:p>
    <w:p>
      <w:r>
        <w:rPr>
          <w:b/>
        </w:rPr>
        <w:t xml:space="preserve">[37:12] </w:t>
      </w:r>
      <w:r>
        <w:t>aso aso aso hoti hai. is mein up down hota hai. yeh bilkul natural hai. is ki tamanna nahi karna chahiye.</w:t>
      </w:r>
    </w:p>
    <w:p>
      <w:pPr>
        <w:jc w:val="right"/>
      </w:pPr>
      <w:r>
        <w:t>اسو اسو اسو ہوتی ہے۔ اس میں اپ ڈاؤن ہوتا ہے۔ یہ بالکل نیچرل ہے۔ اس کی تمنا نہیں کرنا چاہیے۔</w:t>
      </w:r>
    </w:p>
    <w:p>
      <w:r>
        <w:rPr>
          <w:b/>
        </w:rPr>
        <w:t xml:space="preserve">[37:25] </w:t>
      </w:r>
      <w:r>
        <w:t>bas koshish, apni koshish</w:t>
      </w:r>
    </w:p>
    <w:p>
      <w:pPr>
        <w:jc w:val="right"/>
      </w:pPr>
      <w:r>
        <w:t>بس کوشش، اپنی کوشش</w:t>
      </w:r>
    </w:p>
    <w:p>
      <w:r>
        <w:rPr>
          <w:b/>
        </w:rPr>
        <w:t xml:space="preserve">[37:28] </w:t>
      </w:r>
      <w:r>
        <w:t>jaari rakhni chahiye.</w:t>
      </w:r>
    </w:p>
    <w:p>
      <w:pPr>
        <w:jc w:val="right"/>
      </w:pPr>
      <w:r>
        <w:t>جاری رکھنی چاہیے۔</w:t>
      </w:r>
    </w:p>
    <w:p>
      <w:r>
        <w:rPr>
          <w:b/>
        </w:rPr>
        <w:t xml:space="preserve">[37:34] </w:t>
      </w:r>
      <w:r>
        <w:t>zubair siddiqui sahib ne meerut se likha hai: "agar bara gunah hum se ho gaya ho to kya hum apne khalq se yeh umeed rakh sakte hain ke woh hamari galtiyon ko aakhirat mein maaf kar dega?</w:t>
      </w:r>
    </w:p>
    <w:p>
      <w:pPr>
        <w:jc w:val="right"/>
      </w:pPr>
      <w:r>
        <w:t>زبیر صدیقی صاحب نے میرٹھ سے لکھا ہے: "اگر بڑا گناہ ہم سے ہو گیا ہو تو کیا ہم اپنے خالق سے یہ امید رکھ سکتے ہیں کہ وہ ہماری غلطیوں کو آخرت میں معاف کر دے گا؟</w:t>
      </w:r>
    </w:p>
    <w:p>
      <w:r>
        <w:rPr>
          <w:b/>
        </w:rPr>
        <w:t xml:space="preserve">[37:48] </w:t>
      </w:r>
      <w:r>
        <w:t>kaise apne dil ko sukoon mein rakhen? molana sahib, sara waqt guilt feeling mein guzar jata hai.</w:t>
      </w:r>
    </w:p>
    <w:p>
      <w:pPr>
        <w:jc w:val="right"/>
      </w:pPr>
      <w:r>
        <w:t>کیسے اپنے دل کو سکون میں رکھیں؟ مولانا صاحب، سارا وقت گلٹ فیلنگ میں گزر جاتا ہے۔</w:t>
      </w:r>
    </w:p>
    <w:p>
      <w:r>
        <w:rPr>
          <w:b/>
        </w:rPr>
        <w:t xml:space="preserve">[37:57] </w:t>
      </w:r>
      <w:r>
        <w:t>nahi, dekhiye, is ka jawab khud quran mein maujood hai. yaani quran mein ek ayat hai jis ko tamam jo baray baray ulma hue hain,</w:t>
      </w:r>
    </w:p>
    <w:p>
      <w:pPr>
        <w:jc w:val="right"/>
      </w:pPr>
      <w:r>
        <w:t>نہیں، دیکھیے، اس کا جواب خود قرآن میں موجود ہے۔ یعنی قرآن میں ایک آیت ہے جس کو تمام جو بڑے بڑے علماء ہوئے ہیں،</w:t>
      </w:r>
    </w:p>
    <w:p>
      <w:r>
        <w:rPr>
          <w:b/>
        </w:rPr>
        <w:t xml:space="preserve">[38:12] </w:t>
      </w:r>
      <w:r>
        <w:t>including sahaba,</w:t>
      </w:r>
    </w:p>
    <w:p>
      <w:pPr>
        <w:jc w:val="right"/>
      </w:pPr>
      <w:r>
        <w:t>انکلوڈنگ صحابہ،</w:t>
      </w:r>
    </w:p>
    <w:p>
      <w:r>
        <w:rPr>
          <w:b/>
        </w:rPr>
        <w:t xml:space="preserve">[38:14] </w:t>
      </w:r>
      <w:r>
        <w:t>isko quran ki sab se zyada arjo ayat kehte hain. arjo ka maani hopeful hai.</w:t>
      </w:r>
    </w:p>
    <w:p>
      <w:pPr>
        <w:jc w:val="right"/>
      </w:pPr>
      <w:r>
        <w:t>اس کو قرآن کی سب سے زیادہ ارجو آیت کہتے ہیں۔ ارجو کا معنی ہوپ فل ہے۔</w:t>
      </w:r>
    </w:p>
    <w:p>
      <w:r>
        <w:rPr>
          <w:b/>
        </w:rPr>
        <w:t xml:space="preserve">[38:29] </w:t>
      </w:r>
      <w:r>
        <w:t>is ayat, woh ayat aap ke samne parhi jayegi aur is ka tarjuma kiya jayega. saheeh sahib,</w:t>
      </w:r>
    </w:p>
    <w:p>
      <w:pPr>
        <w:jc w:val="right"/>
      </w:pPr>
      <w:r>
        <w:t>اس آیت، وہ آیت آپ کے سامنے پڑھی جائے گی اور اس کا ترجمہ کیا جائے گا۔ صحیح صاحب،</w:t>
      </w:r>
    </w:p>
    <w:p>
      <w:r>
        <w:rPr>
          <w:b/>
        </w:rPr>
        <w:t xml:space="preserve">[38:41] </w:t>
      </w:r>
      <w:r>
        <w:t>allazina asrafoo</w:t>
      </w:r>
    </w:p>
    <w:p>
      <w:pPr>
        <w:jc w:val="right"/>
      </w:pPr>
      <w:r>
        <w:t>الذین اصرفو</w:t>
      </w:r>
    </w:p>
    <w:p>
      <w:r>
        <w:rPr>
          <w:b/>
        </w:rPr>
        <w:t xml:space="preserve">[38:45] </w:t>
      </w:r>
      <w:r>
        <w:t>surah zumar, chapter number 39, verse number 53: qul ya ibadi allazina asrafoo ala anfusihim la taqnato min rahmatillah, innallaha yaghfirudh dhunuba jameea, innahu huwal ghafurur rahim.</w:t>
      </w:r>
    </w:p>
    <w:p>
      <w:pPr>
        <w:jc w:val="right"/>
      </w:pPr>
      <w:r>
        <w:t>سورہ الزمر، چیپٹر نمبر 39، ورس نمبر 53: قل یا عبادی الذین اصرفو علی انفسہم لا تقنتو من رحمت اللہ، ان اللہ یغفر الذنوب جمیعا، انہو الغفور الرحیم۔</w:t>
      </w:r>
    </w:p>
    <w:p>
      <w:r>
        <w:rPr>
          <w:b/>
        </w:rPr>
        <w:t xml:space="preserve">[39:02] </w:t>
      </w:r>
      <w:r>
        <w:t>tum kaho: aye mere bando jinho ne apne jano par zulm ki hai, Allah ki rehmat se na umeed na ho.</w:t>
      </w:r>
    </w:p>
    <w:p>
      <w:pPr>
        <w:jc w:val="right"/>
      </w:pPr>
      <w:r>
        <w:t>تم کہو: اے میرے بندوں جنہوں نے اپنے جانوں پر ظلم کی ہے، اللہ کی رحمت سے نا امید نہ ہو۔</w:t>
      </w:r>
    </w:p>
    <w:p>
      <w:r>
        <w:rPr>
          <w:b/>
        </w:rPr>
        <w:t xml:space="preserve">[39:10] </w:t>
      </w:r>
      <w:r>
        <w:t>beshak Allah maaf karta hai tamam gunaho ko. beshak woh maghfirat karne wala, reham karne wala hai. jab mein is ayat ko parhta hoon to jo jo tamam is mein hai,</w:t>
      </w:r>
    </w:p>
    <w:p>
      <w:pPr>
        <w:jc w:val="right"/>
      </w:pPr>
      <w:r>
        <w:t>بے شک اللہ معاف کرتا ہے تمام گناہوں کو۔ بے شک وہ مغفرت کرنے والا، رحم کرنے والا ہے۔ جب میں اس آیت کو پڑھتا ہوں تو جو جو تمام اس میں ہے،</w:t>
      </w:r>
    </w:p>
    <w:p>
      <w:r>
        <w:rPr>
          <w:b/>
        </w:rPr>
        <w:t xml:space="preserve">[39:27] </w:t>
      </w:r>
      <w:r>
        <w:t>jabhi</w:t>
      </w:r>
    </w:p>
    <w:p>
      <w:pPr>
        <w:jc w:val="right"/>
      </w:pPr>
      <w:r>
        <w:t>جبھی</w:t>
      </w:r>
    </w:p>
    <w:p>
      <w:r>
        <w:rPr>
          <w:b/>
        </w:rPr>
        <w:t xml:space="preserve">[39:28] </w:t>
      </w:r>
      <w:r>
        <w:t>to mujhe ajeeb maloom hota hai ke Allah taala ka yeh shayad sab se bara tohfa apne bando ke liye hai</w:t>
      </w:r>
    </w:p>
    <w:p>
      <w:pPr>
        <w:jc w:val="right"/>
      </w:pPr>
      <w:r>
        <w:t>تو مجھے عجیب معلوم ہوتا ہے کہ اللہ تعالیٰ کا یہ شاید سب سے بڑا تحفہ اپنے بندوں کے لیے ہے</w:t>
      </w:r>
    </w:p>
    <w:p>
      <w:r>
        <w:rPr>
          <w:b/>
        </w:rPr>
        <w:t xml:space="preserve">[39:41] </w:t>
      </w:r>
      <w:r>
        <w:t>ke agar tum tauba-e-nasuh karo, agar tum</w:t>
      </w:r>
    </w:p>
    <w:p>
      <w:pPr>
        <w:jc w:val="right"/>
      </w:pPr>
      <w:r>
        <w:t>کہ اگر تم توبہ نصوح کرو، اگر تم</w:t>
      </w:r>
    </w:p>
    <w:p>
      <w:r>
        <w:rPr>
          <w:b/>
        </w:rPr>
        <w:t xml:space="preserve">[39:49] </w:t>
      </w:r>
      <w:r>
        <w:t>tumhare andar repentance aaye aur tum sach much Allah se maafi mango to Allah zaroor maaf kar dega.</w:t>
      </w:r>
    </w:p>
    <w:p>
      <w:pPr>
        <w:jc w:val="right"/>
      </w:pPr>
      <w:r>
        <w:t>تمہارے اندر ریپینڈنس آئے اور تم سچ مچ اللہ سے معافی مانگو تو اللہ ضرور معاف کر دے گا۔</w:t>
      </w:r>
    </w:p>
    <w:p>
      <w:r>
        <w:rPr>
          <w:b/>
        </w:rPr>
        <w:t xml:space="preserve">[40:05] </w:t>
      </w:r>
      <w:r>
        <w:t>yeh Quran ki sab se zyada hopeful ayat hai. Ek martaba aur aap is ko parh dijiye aur hawala badal dijiye.</w:t>
      </w:r>
    </w:p>
    <w:p>
      <w:pPr>
        <w:jc w:val="right"/>
      </w:pPr>
      <w:r>
        <w:t>یہ قرآن کی سب سے زیادہ ہوپ فل آیت ہے۔ ایک مرتبہ اور آپ اس کو پڑھ دیجئے اور حوالہ بدل دیجئے۔</w:t>
      </w:r>
    </w:p>
    <w:p>
      <w:r>
        <w:rPr>
          <w:b/>
        </w:rPr>
        <w:t xml:space="preserve">[40:17] </w:t>
      </w:r>
      <w:r>
        <w:t>Surah Az-Zumar, Surah number 39, verse number 53,</w:t>
      </w:r>
    </w:p>
    <w:p>
      <w:pPr>
        <w:jc w:val="right"/>
      </w:pPr>
      <w:r>
        <w:t>سورہ الزمر، سورہ نمبر 39، ورس نمبر 53،</w:t>
      </w:r>
    </w:p>
    <w:p>
      <w:r>
        <w:rPr>
          <w:b/>
        </w:rPr>
        <w:t xml:space="preserve">[40:23] </w:t>
      </w:r>
      <w:r>
        <w:t>ayat number 53: Qul ya ibadi allazina asrafu ala anfusihim la taqnatu min rahmatillah, innallaha yaghfirudh dhunuba jami'a, innahu huwal Ghafurur Rahim.</w:t>
      </w:r>
    </w:p>
    <w:p>
      <w:pPr>
        <w:jc w:val="right"/>
      </w:pPr>
      <w:r>
        <w:t>آیت نمبر 53: قل یا عبادی الذین اصرفو علی انفسہم لا تقنتو من رحمت اللہ، ان اللہ یغفر الذنوب جمیعا، انہو الغفور الرحیم۔</w:t>
      </w:r>
    </w:p>
    <w:p>
      <w:r>
        <w:rPr>
          <w:b/>
        </w:rPr>
        <w:t xml:space="preserve">[40:36] </w:t>
      </w:r>
      <w:r>
        <w:t>tum kaho: Ae mere bando jinho ne apni janon par zulm kiya hai,</w:t>
      </w:r>
    </w:p>
    <w:p>
      <w:pPr>
        <w:jc w:val="right"/>
      </w:pPr>
      <w:r>
        <w:t>تم کہو: اے میرے بندوں جنہوں نے اپنی جانوں پر ظلم کیا ہے،</w:t>
      </w:r>
    </w:p>
    <w:p>
      <w:r>
        <w:rPr>
          <w:b/>
        </w:rPr>
        <w:t xml:space="preserve">[40:41] </w:t>
      </w:r>
      <w:r>
        <w:t>Allah ki rehmat se mayoos na ho. Beshak Allah maaf karne wala hai tamam gunahon ko. Beshak woh bakhsne wala, reham karne wala hai.</w:t>
      </w:r>
    </w:p>
    <w:p>
      <w:pPr>
        <w:jc w:val="right"/>
      </w:pPr>
      <w:r>
        <w:t>اللہ کی رحمت سے مایوس نہ ہو۔ بے شک اللہ معاف کرنے والا ہے تمام گناہوں کو۔ بے شک وہ بخشنے والا، رحم کرنے والا ہے۔</w:t>
      </w:r>
    </w:p>
    <w:p>
      <w:r>
        <w:rPr>
          <w:b/>
        </w:rPr>
        <w:t xml:space="preserve">[41:00] </w:t>
      </w:r>
      <w:r>
        <w:t>Doctor Safeena Tabassum ne Saharanpur se comment bheja hai. Unhone likha hai: "Maulana sahib, aaj aap ne mere andar imaan taaza kar diya.</w:t>
      </w:r>
    </w:p>
    <w:p>
      <w:pPr>
        <w:jc w:val="right"/>
      </w:pPr>
      <w:r>
        <w:t>ڈاکٹر سفینہ تبسم نے سارن پور سے کمنٹ بھیجا ہے۔ انہوں نے لکھا ہے: "مولانا صاحب، آج آپ نے میرے اندر ایمان ترو تازہ کر دیا۔</w:t>
      </w:r>
    </w:p>
    <w:p>
      <w:r>
        <w:rPr>
          <w:b/>
        </w:rPr>
        <w:t xml:space="preserve">[41:11] </w:t>
      </w:r>
      <w:r>
        <w:t>Inshallah, main ek nayi spirit ke sath poori tarah se is mission ka part rahungi. Allah CPS ke efforts ko kamyab dein.</w:t>
      </w:r>
    </w:p>
    <w:p>
      <w:pPr>
        <w:jc w:val="right"/>
      </w:pPr>
      <w:r>
        <w:t>انشاءاللہ، میں ایک نئی سپرٹ کے ساتھ پوری طرح سے اس مشن کا پارٹ رہوں گی۔ اللہ سی پی ایس کے ایفرٹس کو کامیاب دیں۔</w:t>
      </w:r>
    </w:p>
    <w:p>
      <w:r>
        <w:rPr>
          <w:b/>
        </w:rPr>
        <w:t xml:space="preserve">[41:21] </w:t>
      </w:r>
      <w:r>
        <w:t>Allah hum sab ko gumrahi se bachaye. Jazak Allah Maulana sahib."</w:t>
      </w:r>
    </w:p>
    <w:p>
      <w:pPr>
        <w:jc w:val="right"/>
      </w:pPr>
      <w:r>
        <w:t>اللہ ہم سب کو گمراہی سے بچائیں۔ جزاک اللہ مولانا صاحب۔"</w:t>
      </w:r>
    </w:p>
    <w:p>
      <w:r>
        <w:rPr>
          <w:b/>
        </w:rPr>
        <w:t xml:space="preserve">[41:27] </w:t>
      </w:r>
      <w:r>
        <w:t>Mashallah!</w:t>
      </w:r>
    </w:p>
    <w:p>
      <w:pPr>
        <w:jc w:val="right"/>
      </w:pPr>
      <w:r>
        <w:t>ماشاءاللہ!</w:t>
      </w:r>
    </w:p>
    <w:p>
      <w:r>
        <w:rPr>
          <w:b/>
        </w:rPr>
        <w:t xml:space="preserve">[41:29] </w:t>
      </w:r>
      <w:r>
        <w:t>Shaikh Mateen sahib ne likha hai: "A great Islamic scholar who taught and guided Muslims time to time by Quran and Sunnah and love entire humanity." Maulana, agla sawal Rawalpindi Pakistan se Afzal sahib ka hai.</w:t>
      </w:r>
    </w:p>
    <w:p>
      <w:pPr>
        <w:jc w:val="right"/>
      </w:pPr>
      <w:r>
        <w:t>شیخ متین صاحب نے لکھا ہے: "ا گریٹ اسلامک سکالر ہو ٹاٹ اینڈ گائیڈ مسلمز ٹائم ٹائم بائی ٹائم ود قرآن اینڈ سنہ اینڈ لو انٹائر ہیومینٹی۔" مولانا، اگلا سوال راولپنڈی پاکستان سے افضل صاحب کا ہے۔</w:t>
      </w:r>
    </w:p>
    <w:p>
      <w:r>
        <w:rPr>
          <w:b/>
        </w:rPr>
        <w:t xml:space="preserve">[41:49] </w:t>
      </w:r>
      <w:r>
        <w:t>Unhone likha hai: "Alhamdulillah, I am getting benefits Maulana sahib from your teachings. I have a question</w:t>
      </w:r>
    </w:p>
    <w:p>
      <w:pPr>
        <w:jc w:val="right"/>
      </w:pPr>
      <w:r>
        <w:t>انہوں نے لکھا ہے: "الحمدللہ، آئی ایم گیٹنگ بینیفٹس مولانا صاحب فرام یور ٹیچنگز۔ آئی ہیو ا کوئسچن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