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How to Deepen God Realization February 29, 2020 Maulana Wahiduddin Khan</w:t>
      </w:r>
    </w:p>
    <w:p>
      <w:r>
        <w:t>https://www.youtube.com/watch?v=1PL67G9Wcjc</w:t>
      </w:r>
    </w:p>
    <w:p>
      <w:r>
        <w:rPr>
          <w:b/>
        </w:rPr>
        <w:t xml:space="preserve">[00:13] </w:t>
      </w:r>
      <w:r>
        <w:t>Bismillah-hir-Rahman-nir-Rahim, wa salallahu ala nabiyyil karim.</w:t>
      </w:r>
    </w:p>
    <w:p>
      <w:pPr>
        <w:jc w:val="right"/>
      </w:pPr>
      <w:r>
        <w:t>بسم اللہ الرحمن الرحیم، وصلی اللہ علی نبی الکریم۔</w:t>
      </w:r>
    </w:p>
    <w:p>
      <w:r>
        <w:rPr>
          <w:b/>
        </w:rPr>
        <w:t xml:space="preserve">[00:23] </w:t>
      </w:r>
      <w:r>
        <w:t>Aaj 29 February 2000. 29. 2020.</w:t>
      </w:r>
    </w:p>
    <w:p>
      <w:pPr>
        <w:jc w:val="right"/>
      </w:pPr>
      <w:r>
        <w:t>آج 29 فروری 2000۔ 29۔ 2020۔</w:t>
      </w:r>
    </w:p>
    <w:p>
      <w:r>
        <w:rPr>
          <w:b/>
        </w:rPr>
        <w:t xml:space="preserve">[00:35] </w:t>
      </w:r>
      <w:r>
        <w:t>Dekhiye,</w:t>
      </w:r>
    </w:p>
    <w:p>
      <w:pPr>
        <w:jc w:val="right"/>
      </w:pPr>
      <w:r>
        <w:t>دیکھیے،</w:t>
      </w:r>
    </w:p>
    <w:p>
      <w:r>
        <w:rPr>
          <w:b/>
        </w:rPr>
        <w:t xml:space="preserve">[00:43] </w:t>
      </w:r>
      <w:r>
        <w:t>God Almighty ki marifat mein zyada</w:t>
      </w:r>
    </w:p>
    <w:p>
      <w:pPr>
        <w:jc w:val="right"/>
      </w:pPr>
      <w:r>
        <w:t>گاڈ المائٹی کی معرفت میں زیادہ</w:t>
      </w:r>
    </w:p>
    <w:p>
      <w:r>
        <w:rPr>
          <w:b/>
        </w:rPr>
        <w:t xml:space="preserve">[00:55] </w:t>
      </w:r>
      <w:r>
        <w:t>gehrai paida karna ki ek hi surat hai, aur woh hai</w:t>
      </w:r>
    </w:p>
    <w:p>
      <w:pPr>
        <w:jc w:val="right"/>
      </w:pPr>
      <w:r>
        <w:t>گہرائی پیدا کرنا کی ایک ہی صورت ہے، اور وہ ہے</w:t>
      </w:r>
    </w:p>
    <w:p>
      <w:r>
        <w:rPr>
          <w:b/>
        </w:rPr>
        <w:t xml:space="preserve">[01:05] </w:t>
      </w:r>
      <w:r>
        <w:t>zyada ghore-o-fikr Khuda ki creation mein.</w:t>
      </w:r>
    </w:p>
    <w:p>
      <w:pPr>
        <w:jc w:val="right"/>
      </w:pPr>
      <w:r>
        <w:t>زیادہ غور و فکر خدا کی کریشن میں۔</w:t>
      </w:r>
    </w:p>
    <w:p>
      <w:r>
        <w:rPr>
          <w:b/>
        </w:rPr>
        <w:t xml:space="preserve">[01:15] </w:t>
      </w:r>
      <w:r>
        <w:t>Misal ke taur par, abhi mujhe khansi aa gayi, maine socha ke khansi bazahir ek mamooli</w:t>
      </w:r>
    </w:p>
    <w:p>
      <w:pPr>
        <w:jc w:val="right"/>
      </w:pPr>
      <w:r>
        <w:t>مثلاً، ابھی مجھے کاسی آ گئی، میں نے سوچا کہ کاسی بظاہر ایک معمولی</w:t>
      </w:r>
    </w:p>
    <w:p>
      <w:r>
        <w:rPr>
          <w:b/>
        </w:rPr>
        <w:t xml:space="preserve">[01:30] </w:t>
      </w:r>
      <w:r>
        <w:t>cheez hai,</w:t>
      </w:r>
    </w:p>
    <w:p>
      <w:pPr>
        <w:jc w:val="right"/>
      </w:pPr>
      <w:r>
        <w:t>چیز ہے،</w:t>
      </w:r>
    </w:p>
    <w:p>
      <w:r>
        <w:rPr>
          <w:b/>
        </w:rPr>
        <w:t xml:space="preserve">[01:33] </w:t>
      </w:r>
      <w:r>
        <w:t>lekin koi bhi dawa mere tajrube mein aisi nahi hai jo is ko</w:t>
      </w:r>
    </w:p>
    <w:p>
      <w:pPr>
        <w:jc w:val="right"/>
      </w:pPr>
      <w:r>
        <w:t>لیکن کوئی بھی دوا میرے تجربے میں ایسی نہیں ہے جو اس کو</w:t>
      </w:r>
    </w:p>
    <w:p>
      <w:r>
        <w:rPr>
          <w:b/>
        </w:rPr>
        <w:t xml:space="preserve">[01:47] </w:t>
      </w:r>
      <w:r>
        <w:t>foran khatm kar de. To khansi mujhe</w:t>
      </w:r>
    </w:p>
    <w:p>
      <w:pPr>
        <w:jc w:val="right"/>
      </w:pPr>
      <w:r>
        <w:t>فوراً ختم کر دے۔ تو کھانسی مجھے</w:t>
      </w:r>
    </w:p>
    <w:p>
      <w:r>
        <w:rPr>
          <w:b/>
        </w:rPr>
        <w:t xml:space="preserve">[01:57] </w:t>
      </w:r>
      <w:r>
        <w:t>mere izzat ko batati hai, yani creation ke muqable mein helplessness ko, helplessness ko.</w:t>
      </w:r>
    </w:p>
    <w:p>
      <w:pPr>
        <w:jc w:val="right"/>
      </w:pPr>
      <w:r>
        <w:t>میرے عزت کو بتاتی ہے، یعنی کریشن کے مقابلے میں ہیلپلیس کو، ہیلپلیسنس کو۔</w:t>
      </w:r>
    </w:p>
    <w:p>
      <w:r>
        <w:rPr>
          <w:b/>
        </w:rPr>
        <w:t xml:space="preserve">[02:10] </w:t>
      </w:r>
      <w:r>
        <w:t>yahi hai khuda ki marifat mein gehrai paida karna, khuda ki marifat mein yaqeen ko barhana.</w:t>
      </w:r>
    </w:p>
    <w:p>
      <w:pPr>
        <w:jc w:val="right"/>
      </w:pPr>
      <w:r>
        <w:t>یہی ہے خدا کی معرفت میں گہرائی پیدا کرنا، خدا کی معرفت میں یقین کو بڑھانا۔</w:t>
      </w:r>
    </w:p>
    <w:p>
      <w:r>
        <w:rPr>
          <w:b/>
        </w:rPr>
        <w:t xml:space="preserve">[02:28] </w:t>
      </w:r>
      <w:r>
        <w:t>jab hum is tarah sochen</w:t>
      </w:r>
    </w:p>
    <w:p>
      <w:pPr>
        <w:jc w:val="right"/>
      </w:pPr>
      <w:r>
        <w:t>جب ہم اس طرح سوچیں</w:t>
      </w:r>
    </w:p>
    <w:p>
      <w:r>
        <w:rPr>
          <w:b/>
        </w:rPr>
        <w:t xml:space="preserve">[02:34] </w:t>
      </w:r>
      <w:r>
        <w:t>to yeh hota hai ke ek taraf hum apni</w:t>
      </w:r>
    </w:p>
    <w:p>
      <w:pPr>
        <w:jc w:val="right"/>
      </w:pPr>
      <w:r>
        <w:t>تو یہ ہوتا ہے کہ ایک طرف ہم اپنی</w:t>
      </w:r>
    </w:p>
    <w:p>
      <w:r>
        <w:rPr>
          <w:b/>
        </w:rPr>
        <w:t xml:space="preserve">[02:43] </w:t>
      </w:r>
      <w:r>
        <w:t>izzat ko daryaft karni karte hain, aur doosri taraf creator ki qudrat ko daryaft karte hain.</w:t>
      </w:r>
    </w:p>
    <w:p>
      <w:pPr>
        <w:jc w:val="right"/>
      </w:pPr>
      <w:r>
        <w:t>عزت کو دریافت کرنی کرتے ہیں، اور دوسری طرف کریٹر کی قدرت کو دریافت کرتے ہیں۔</w:t>
      </w:r>
    </w:p>
    <w:p>
      <w:r>
        <w:rPr>
          <w:b/>
        </w:rPr>
        <w:t xml:space="preserve">[02:59] </w:t>
      </w:r>
      <w:r>
        <w:t>yeh kaisi ajeeb baat hai ke insaan bazahir ek</w:t>
      </w:r>
    </w:p>
    <w:p>
      <w:pPr>
        <w:jc w:val="right"/>
      </w:pPr>
      <w:r>
        <w:t>یہ کیسی عجیب بات ہے کہ انسان بظاہر ایک</w:t>
      </w:r>
    </w:p>
    <w:p>
      <w:r>
        <w:rPr>
          <w:b/>
        </w:rPr>
        <w:t xml:space="preserve">[03:11] </w:t>
      </w:r>
      <w:r>
        <w:t>azaad makhlooq hai, lekin isi ke sath insaan bohat hi zyada helpless, helpless hai.</w:t>
      </w:r>
    </w:p>
    <w:p>
      <w:pPr>
        <w:jc w:val="right"/>
      </w:pPr>
      <w:r>
        <w:t>آزاد مخلوق ہے، لیکن اسی کے ساتھ انسان بہت ہی زیادہ ہیلپ، ہیلپلیس ہے۔</w:t>
      </w:r>
    </w:p>
    <w:p>
      <w:r>
        <w:rPr>
          <w:b/>
        </w:rPr>
        <w:t xml:space="preserve">[03:27] </w:t>
      </w:r>
      <w:r>
        <w:t>yeh helplessness insaan ko, jis use is helplessness ko, jis tarah aap ghor karenge, itni hi aap ki marifat mein izafa hoga.</w:t>
      </w:r>
    </w:p>
    <w:p>
      <w:pPr>
        <w:jc w:val="right"/>
      </w:pPr>
      <w:r>
        <w:t>یہ ہیلپلیسنس انسان کو، جس اسے اس ہیلپلیسنس کو، جس طرح آپ غور کریں گے، اتنی ہی آپ کی معرفت میں اضافہ ہوگا۔</w:t>
      </w:r>
    </w:p>
    <w:p>
      <w:r>
        <w:rPr>
          <w:b/>
        </w:rPr>
        <w:t xml:space="preserve">[03:47] </w:t>
      </w:r>
      <w:r>
        <w:t>jab bhi aap ko koi waqea pesh aaye to aap sochiye, tadabbur kijiye,</w:t>
      </w:r>
    </w:p>
    <w:p>
      <w:pPr>
        <w:jc w:val="right"/>
      </w:pPr>
      <w:r>
        <w:t>جب بھی آپ کو کوئی واقعہ پیش آئے تو آپ سوچیے، تدبر کیجیے،</w:t>
      </w:r>
    </w:p>
    <w:p>
      <w:r>
        <w:rPr>
          <w:b/>
        </w:rPr>
        <w:t xml:space="preserve">[04:00] </w:t>
      </w:r>
      <w:r>
        <w:t>insaan aur khuda ke talluq ke baray mein aur zyada, aur zyada, aur zyada samajhne ki koshish kijiye.</w:t>
      </w:r>
    </w:p>
    <w:p>
      <w:pPr>
        <w:jc w:val="right"/>
      </w:pPr>
      <w:r>
        <w:t>انسان اور خدا کے تعلق کے بارے میں اور زیادہ، اور زیادہ، اور زیادہ سمجھنے کی کوشش کیجیے۔</w:t>
      </w:r>
    </w:p>
    <w:p>
      <w:r>
        <w:rPr>
          <w:b/>
        </w:rPr>
        <w:t xml:space="preserve">[04:11] </w:t>
      </w:r>
      <w:r>
        <w:t>yahi wahid tareeqa hai marifat ko barhane ka.</w:t>
      </w:r>
    </w:p>
    <w:p>
      <w:pPr>
        <w:jc w:val="right"/>
      </w:pPr>
      <w:r>
        <w:t>یہی واحد طریقہ ہے معرفت کو بڑھانے کا۔</w:t>
      </w:r>
    </w:p>
    <w:p>
      <w:r>
        <w:rPr>
          <w:b/>
        </w:rPr>
        <w:t xml:space="preserve">[04:25] </w:t>
      </w:r>
      <w:r>
        <w:t>mein is soch se aur koi tareeqa nahi, misaal ke tor par aap</w:t>
      </w:r>
    </w:p>
    <w:p>
      <w:pPr>
        <w:jc w:val="right"/>
      </w:pPr>
      <w:r>
        <w:t>میں اس سوچ سے اور کوئی طریقہ نہیں، مثلاً آپ</w:t>
      </w:r>
    </w:p>
    <w:p>
      <w:r>
        <w:rPr>
          <w:b/>
        </w:rPr>
        <w:t xml:space="preserve">[04:36] </w:t>
      </w:r>
      <w:r>
        <w:t>koi surah rat len aur us ko bar bar parhen, is se mere khayal se</w:t>
      </w:r>
    </w:p>
    <w:p>
      <w:pPr>
        <w:jc w:val="right"/>
      </w:pPr>
      <w:r>
        <w:t>کوئی سورہ رٹ لیں اور اس کو بار بار پڑھیں، اس سے میرے خیال سے</w:t>
      </w:r>
    </w:p>
    <w:p>
      <w:r>
        <w:rPr>
          <w:b/>
        </w:rPr>
        <w:t xml:space="preserve">[04:46] </w:t>
      </w:r>
      <w:r>
        <w:t>shayad kuch nahi hua. Shoori marifat ek shoori kefiyat ka naam hai.</w:t>
      </w:r>
    </w:p>
    <w:p>
      <w:pPr>
        <w:jc w:val="right"/>
      </w:pPr>
      <w:r>
        <w:t>شاید کچھ نہیں ہوا۔ شعوری معرفت ایک شعوری کیفیت کا نام ہے۔</w:t>
      </w:r>
    </w:p>
    <w:p>
      <w:r>
        <w:rPr>
          <w:b/>
        </w:rPr>
        <w:t xml:space="preserve">[04:58] </w:t>
      </w:r>
      <w:r>
        <w:t>shoori kefiyat shoori waqea ke zariye</w:t>
      </w:r>
    </w:p>
    <w:p>
      <w:pPr>
        <w:jc w:val="right"/>
      </w:pPr>
      <w:r>
        <w:t>شعوری کیفیت شعوری واقعے کے ذریعے</w:t>
      </w:r>
    </w:p>
    <w:p>
      <w:r>
        <w:rPr>
          <w:b/>
        </w:rPr>
        <w:t xml:space="preserve">[05:08] </w:t>
      </w:r>
      <w:r>
        <w:t>barhti hai,</w:t>
      </w:r>
    </w:p>
    <w:p>
      <w:pPr>
        <w:jc w:val="right"/>
      </w:pPr>
      <w:r>
        <w:t>بڑھتی ہے،</w:t>
      </w:r>
    </w:p>
    <w:p>
      <w:r>
        <w:rPr>
          <w:b/>
        </w:rPr>
        <w:t xml:space="preserve">[05:12] </w:t>
      </w:r>
      <w:r>
        <w:t>sirf ratne se nahi barh sakti.</w:t>
      </w:r>
    </w:p>
    <w:p>
      <w:pPr>
        <w:jc w:val="right"/>
      </w:pPr>
      <w:r>
        <w:t>صرف رٹنے سے نہیں بڑھ سکتی۔</w:t>
      </w:r>
    </w:p>
    <w:p>
      <w:r>
        <w:rPr>
          <w:b/>
        </w:rPr>
        <w:t xml:space="preserve">[05:22] </w:t>
      </w:r>
      <w:r>
        <w:t>misaal ke tor par, ek baat is se pehle maine aap ke samne arz ki hai ke hum jo jatay hain bathroom mein to woh ek bohat ajeeb o ghareeb phenomenon hai,</w:t>
      </w:r>
    </w:p>
    <w:p>
      <w:pPr>
        <w:jc w:val="right"/>
      </w:pPr>
      <w:r>
        <w:t>مثلاً، ایک بات اس سے پہلے میں نے آپ کے سامنے عرض کی ہے کہ ہم جو جاتے ہیں باتھ روم میں تو وہ ایک بہت عجیب و غریب فیناومینا ہے،</w:t>
      </w:r>
    </w:p>
    <w:p>
      <w:r>
        <w:rPr>
          <w:b/>
        </w:rPr>
        <w:t xml:space="preserve">[05:41] </w:t>
      </w:r>
      <w:r>
        <w:t>bohat hi ajeeb o ghareeb. Yani kaise aisa hai ke insaan</w:t>
      </w:r>
    </w:p>
    <w:p>
      <w:pPr>
        <w:jc w:val="right"/>
      </w:pPr>
      <w:r>
        <w:t>بہت ہی عجیب و غریب۔ یعنی کیسے ایسا ہے کہ انسان</w:t>
      </w:r>
    </w:p>
    <w:p>
      <w:r>
        <w:rPr>
          <w:b/>
        </w:rPr>
        <w:t xml:space="preserve">[05:48] </w:t>
      </w:r>
      <w:r>
        <w:t>dirt, dirty item</w:t>
      </w:r>
    </w:p>
    <w:p>
      <w:pPr>
        <w:jc w:val="right"/>
      </w:pPr>
      <w:r>
        <w:t>ڈرٹ، ڈرٹی آئٹم</w:t>
      </w:r>
    </w:p>
    <w:p>
      <w:r>
        <w:rPr>
          <w:b/>
        </w:rPr>
        <w:t xml:space="preserve">[05:55] </w:t>
      </w:r>
      <w:r>
        <w:t>nikalta hai, aur phir woh zameen us ko nigal leti hai, aur hum us ke</w:t>
      </w:r>
    </w:p>
    <w:p>
      <w:pPr>
        <w:jc w:val="right"/>
      </w:pPr>
      <w:r>
        <w:t>نکالتا ہے، اور پھر وہ زمین اس کو نگل لیتی ہے، اور ہم اس کے</w:t>
      </w:r>
    </w:p>
    <w:p>
      <w:r>
        <w:rPr>
          <w:b/>
        </w:rPr>
        <w:t xml:space="preserve">[06:11] </w:t>
      </w:r>
      <w:r>
        <w:t>dirt se bach jatay hain.</w:t>
      </w:r>
    </w:p>
    <w:p>
      <w:pPr>
        <w:jc w:val="right"/>
      </w:pPr>
      <w:r>
        <w:t>ڈرٹ سے بچ جاتے ہیں۔</w:t>
      </w:r>
    </w:p>
    <w:p>
      <w:r>
        <w:rPr>
          <w:b/>
        </w:rPr>
        <w:t xml:space="preserve">[06:15] </w:t>
      </w:r>
      <w:r>
        <w:t>yeh hota hai</w:t>
      </w:r>
    </w:p>
    <w:p>
      <w:pPr>
        <w:jc w:val="right"/>
      </w:pPr>
      <w:r>
        <w:t>یہ ہوتا ہے</w:t>
      </w:r>
    </w:p>
    <w:p>
      <w:r>
        <w:rPr>
          <w:b/>
        </w:rPr>
        <w:t xml:space="preserve">[06:20] </w:t>
      </w:r>
      <w:r>
        <w:t>qudrat ke nizam ke tehat.</w:t>
      </w:r>
    </w:p>
    <w:p>
      <w:pPr>
        <w:jc w:val="right"/>
      </w:pPr>
      <w:r>
        <w:t>قدرت کے نظام کے تحت۔</w:t>
      </w:r>
    </w:p>
    <w:p>
      <w:r>
        <w:rPr>
          <w:b/>
        </w:rPr>
        <w:t xml:space="preserve">[06:30] </w:t>
      </w:r>
      <w:r>
        <w:t>aap zameen mein jo dirty item dalte hain to ek bohat bara</w:t>
      </w:r>
    </w:p>
    <w:p>
      <w:pPr>
        <w:jc w:val="right"/>
      </w:pPr>
      <w:r>
        <w:t>آپ زمین میں جو ڈرٹی آئٹم ڈالتے ہیں تو ایک بہت بڑا</w:t>
      </w:r>
    </w:p>
    <w:p>
      <w:r>
        <w:rPr>
          <w:b/>
        </w:rPr>
        <w:t xml:space="preserve">[06:45] </w:t>
      </w:r>
      <w:r>
        <w:t>divine plan hai jo us ko,</w:t>
      </w:r>
    </w:p>
    <w:p>
      <w:pPr>
        <w:jc w:val="right"/>
      </w:pPr>
      <w:r>
        <w:t>ڈیوائن پلان ہے جو اس کو،</w:t>
      </w:r>
    </w:p>
    <w:p>
      <w:r>
        <w:rPr>
          <w:b/>
        </w:rPr>
        <w:t xml:space="preserve">[06:54] </w:t>
      </w:r>
      <w:r>
        <w:t>mein kahoon ga ke is ko nigal leta hai, warna sari dunya dirt se bhar jaye.</w:t>
      </w:r>
    </w:p>
    <w:p>
      <w:pPr>
        <w:jc w:val="right"/>
      </w:pPr>
      <w:r>
        <w:t>میں کہوں گا کہ اس کو نگل لیتا ہے، ورنہ ساری دنیا ڈرٹ سے بھر جائے۔</w:t>
      </w:r>
    </w:p>
    <w:p>
      <w:r>
        <w:rPr>
          <w:b/>
        </w:rPr>
        <w:t xml:space="preserve">[07:05] </w:t>
      </w:r>
      <w:r>
        <w:t>hamari jo zameen hai, woh</w:t>
      </w:r>
    </w:p>
    <w:p>
      <w:pPr>
        <w:jc w:val="right"/>
      </w:pPr>
      <w:r>
        <w:t>ہماری جو زمین ہے، وہ</w:t>
      </w:r>
    </w:p>
    <w:p>
      <w:r>
        <w:rPr>
          <w:b/>
        </w:rPr>
        <w:t xml:space="preserve">[07:15] </w:t>
      </w:r>
      <w:r>
        <w:t>is ke andar</w:t>
      </w:r>
    </w:p>
    <w:p>
      <w:pPr>
        <w:jc w:val="right"/>
      </w:pPr>
      <w:r>
        <w:t>اس کے اندر</w:t>
      </w:r>
    </w:p>
    <w:p>
      <w:r>
        <w:rPr>
          <w:b/>
        </w:rPr>
        <w:t xml:space="preserve">[07:20] </w:t>
      </w:r>
      <w:r>
        <w:t>bohat zyada taqatwar qism ka,</w:t>
      </w:r>
    </w:p>
    <w:p>
      <w:pPr>
        <w:jc w:val="right"/>
      </w:pPr>
      <w:r>
        <w:t>بہت زیادہ طاقتور قسم کا،</w:t>
      </w:r>
    </w:p>
    <w:p>
      <w:r>
        <w:rPr>
          <w:b/>
        </w:rPr>
        <w:t xml:space="preserve">[07:34] </w:t>
      </w:r>
      <w:r>
        <w:t>bohat zyada taqatwar qism ka</w:t>
      </w:r>
    </w:p>
    <w:p>
      <w:pPr>
        <w:jc w:val="right"/>
      </w:pPr>
      <w:r>
        <w:t>بہت زیادہ طاقتور قسم کا</w:t>
      </w:r>
    </w:p>
    <w:p>
      <w:r>
        <w:rPr>
          <w:b/>
        </w:rPr>
        <w:t xml:space="preserve">[07:41] </w:t>
      </w:r>
      <w:r>
        <w:t>quwwat-e-kashish maujood hai,</w:t>
      </w:r>
    </w:p>
    <w:p>
      <w:pPr>
        <w:jc w:val="right"/>
      </w:pPr>
      <w:r>
        <w:t>قوت کشش موجود ہے،</w:t>
      </w:r>
    </w:p>
    <w:p>
      <w:r>
        <w:rPr>
          <w:b/>
        </w:rPr>
        <w:t xml:space="preserve">[07:45] </w:t>
      </w:r>
      <w:r>
        <w:t>bohat hi zyada. Yeh jo quwwat-e-kashish hai, yeh</w:t>
      </w:r>
    </w:p>
    <w:p>
      <w:pPr>
        <w:jc w:val="right"/>
      </w:pPr>
      <w:r>
        <w:t>بہت ہی زیادہ۔ یہ جو قوت کشش ہے، یہ</w:t>
      </w:r>
    </w:p>
    <w:p>
      <w:r>
        <w:rPr>
          <w:b/>
        </w:rPr>
        <w:t xml:space="preserve">[07:59] </w:t>
      </w:r>
      <w:r>
        <w:t>zameen mein woh quwwat-e-kashish ki shakal mein hai, aur oopar jo hai woh dabaao ki shakal mein hai.</w:t>
      </w:r>
    </w:p>
    <w:p>
      <w:pPr>
        <w:jc w:val="right"/>
      </w:pPr>
      <w:r>
        <w:t>زمین میں وہ قوت کشش کی شکل میں ہے، اور اوپر جو ہے وہ دباؤ کی شکل میں ہے۔</w:t>
      </w:r>
    </w:p>
    <w:p>
      <w:r>
        <w:rPr>
          <w:b/>
        </w:rPr>
        <w:t xml:space="preserve">[08:13] </w:t>
      </w:r>
      <w:r>
        <w:t>yeh dabaao oopar se jo hai,</w:t>
      </w:r>
    </w:p>
    <w:p>
      <w:pPr>
        <w:jc w:val="right"/>
      </w:pPr>
      <w:r>
        <w:t>یہ دباؤ اوپر سے جو ہے،</w:t>
      </w:r>
    </w:p>
    <w:p>
      <w:r>
        <w:rPr>
          <w:b/>
        </w:rPr>
        <w:t xml:space="preserve">[08:19] </w:t>
      </w:r>
      <w:r>
        <w:t>woh bohat taqatwar hai.</w:t>
      </w:r>
    </w:p>
    <w:p>
      <w:pPr>
        <w:jc w:val="right"/>
      </w:pPr>
      <w:r>
        <w:t>وہ بہت طاقتور ہے۔</w:t>
      </w:r>
    </w:p>
    <w:p>
      <w:r>
        <w:rPr>
          <w:b/>
        </w:rPr>
        <w:t xml:space="preserve">[08:24] </w:t>
      </w:r>
      <w:r>
        <w:t>toh</w:t>
      </w:r>
    </w:p>
    <w:p>
      <w:pPr>
        <w:jc w:val="right"/>
      </w:pPr>
      <w:r>
        <w:t>تو</w:t>
      </w:r>
    </w:p>
    <w:p>
      <w:r>
        <w:rPr>
          <w:b/>
        </w:rPr>
        <w:t xml:space="preserve">[08:27] </w:t>
      </w:r>
      <w:r>
        <w:t>jahan tak zameen ka ta'alluq hai, woh koi kashish ki shakal mein kaam karta hai, lekin jab oopar ke aitbaar se dekha jaye toh wahi dabaao ho jata hai.</w:t>
      </w:r>
    </w:p>
    <w:p>
      <w:pPr>
        <w:jc w:val="right"/>
      </w:pPr>
      <w:r>
        <w:t>جہاں تک زمین کا تعلق ہے، وہ کوئی کشش کی شکل میں کام کرتا ہے، لیکن جب اوپر کے اعتبار سے دیکھا جائے تو وہی دباؤ ہو جاتا ہے۔</w:t>
      </w:r>
    </w:p>
    <w:p>
      <w:r>
        <w:rPr>
          <w:b/>
        </w:rPr>
        <w:t xml:space="preserve">[08:42] </w:t>
      </w:r>
      <w:r>
        <w:t>yani atmosphere, atmosphere, atmosphere, atmosphere, atmosphere,</w:t>
      </w:r>
    </w:p>
    <w:p>
      <w:pPr>
        <w:jc w:val="right"/>
      </w:pPr>
      <w:r>
        <w:t>یعنی ایٹماس، ایٹماس، ایٹماس، ایٹماسفکر، ایٹماسفیئر،</w:t>
      </w:r>
    </w:p>
    <w:p>
      <w:r>
        <w:rPr>
          <w:b/>
        </w:rPr>
        <w:t xml:space="preserve">[08:54] </w:t>
      </w:r>
      <w:r>
        <w:t>dabaao.</w:t>
      </w:r>
    </w:p>
    <w:p>
      <w:pPr>
        <w:jc w:val="right"/>
      </w:pPr>
      <w:r>
        <w:t>دباؤ۔</w:t>
      </w:r>
    </w:p>
    <w:p>
      <w:r>
        <w:rPr>
          <w:b/>
        </w:rPr>
        <w:t xml:space="preserve">[08:58] </w:t>
      </w:r>
      <w:r>
        <w:t>toh atmmasfiyer mein ja ke woh dabaao ban jata hai. Neeche jab tak hai woh, woh kashish hai, oopar jab jata hai toh woh dabaao ban jata hai.</w:t>
      </w:r>
    </w:p>
    <w:p>
      <w:pPr>
        <w:jc w:val="right"/>
      </w:pPr>
      <w:r>
        <w:t>تو ایٹماسفیئر میں جا کے وہ دباؤ بن جاتا ہے۔ نیچے جب تک ہے وہ، وہ کشش ہے، اوپر جب جاتا ہے تو وہ دباؤ بن جاتا ہے۔</w:t>
      </w:r>
    </w:p>
    <w:p>
      <w:r>
        <w:rPr>
          <w:b/>
        </w:rPr>
        <w:t xml:space="preserve">[09:14] </w:t>
      </w:r>
      <w:r>
        <w:t>toh is tareeqe se woh zameen mein,</w:t>
      </w:r>
    </w:p>
    <w:p>
      <w:pPr>
        <w:jc w:val="right"/>
      </w:pPr>
      <w:r>
        <w:t>تو اس طریقے سے وہ زمین میں،</w:t>
      </w:r>
    </w:p>
    <w:p>
      <w:r>
        <w:rPr>
          <w:b/>
        </w:rPr>
        <w:t xml:space="preserve">[09:22] </w:t>
      </w:r>
      <w:r>
        <w:t>zameen mein dakhil hota hai, aur phir zameen ki nichli tahon mein se aata hai.</w:t>
      </w:r>
    </w:p>
    <w:p>
      <w:pPr>
        <w:jc w:val="right"/>
      </w:pPr>
      <w:r>
        <w:t>زمین میں داخل ہوتا ہے، اور پھر زمین کی نچلی تہوں میں سے آتا ہے۔</w:t>
      </w:r>
    </w:p>
    <w:p>
      <w:r>
        <w:rPr>
          <w:b/>
        </w:rPr>
        <w:t xml:space="preserve">[09:33] </w:t>
      </w:r>
      <w:r>
        <w:t>agar yeh nizaam na ho toh hum kuch nahi kar sakte. Insaan helpless hai yahan ke is ko kuch kare.</w:t>
      </w:r>
    </w:p>
    <w:p>
      <w:pPr>
        <w:jc w:val="right"/>
      </w:pPr>
      <w:r>
        <w:t>اگر یہ نظام نہ ہو تو ہم کچھ نہیں کر سکتے۔ انسان ہیلپلیس ہے یہاں کہ اس کو کچھ کرے۔</w:t>
      </w:r>
    </w:p>
    <w:p>
      <w:r>
        <w:rPr>
          <w:b/>
        </w:rPr>
        <w:t xml:space="preserve">[09:48] </w:t>
      </w:r>
      <w:r>
        <w:t>toh</w:t>
      </w:r>
    </w:p>
    <w:p>
      <w:pPr>
        <w:jc w:val="right"/>
      </w:pPr>
      <w:r>
        <w:t>تو</w:t>
      </w:r>
    </w:p>
    <w:p>
      <w:r>
        <w:rPr>
          <w:b/>
        </w:rPr>
        <w:t xml:space="preserve">[09:49] </w:t>
      </w:r>
      <w:r>
        <w:t>ab yeh, is ko jab hum sochte hain toh yeh Allah ki, ki qudrat ko aur insaan ki helplessness, helplessness ko yaad dilata hai.</w:t>
      </w:r>
    </w:p>
    <w:p>
      <w:pPr>
        <w:jc w:val="right"/>
      </w:pPr>
      <w:r>
        <w:t>اب یہ، اس کو جب ہم سوچتے ہیں تو یہ اللہ کی، کی قدرت کو اور انسان کی ہیلپلیس، ہیلپلیسنس کو یاد دلاتا ہے۔</w:t>
      </w:r>
    </w:p>
    <w:p>
      <w:r>
        <w:rPr>
          <w:b/>
        </w:rPr>
        <w:t xml:space="preserve">[10:06] </w:t>
      </w:r>
      <w:r>
        <w:t>yahi sab baatein hain</w:t>
      </w:r>
    </w:p>
    <w:p>
      <w:pPr>
        <w:jc w:val="right"/>
      </w:pPr>
      <w:r>
        <w:t>یہی سب باتیں ہیں</w:t>
      </w:r>
    </w:p>
    <w:p>
      <w:r>
        <w:rPr>
          <w:b/>
        </w:rPr>
        <w:t xml:space="preserve">[10:08] </w:t>
      </w:r>
      <w:r>
        <w:t>jis ko sochne se</w:t>
      </w:r>
    </w:p>
    <w:p>
      <w:pPr>
        <w:jc w:val="right"/>
      </w:pPr>
      <w:r>
        <w:t>جس کو سوچنے سے</w:t>
      </w:r>
    </w:p>
    <w:p>
      <w:r>
        <w:rPr>
          <w:b/>
        </w:rPr>
        <w:t xml:space="preserve">[10:12] </w:t>
      </w:r>
      <w:r>
        <w:t>Allah ki ma'rifat barhti hai.</w:t>
      </w:r>
    </w:p>
    <w:p>
      <w:pPr>
        <w:jc w:val="right"/>
      </w:pPr>
      <w:r>
        <w:t>اللہ کی معرفت بڑھتی ہے۔</w:t>
      </w:r>
    </w:p>
    <w:p>
      <w:r>
        <w:rPr>
          <w:b/>
        </w:rPr>
        <w:t xml:space="preserve">[10:19] </w:t>
      </w:r>
      <w:r>
        <w:t>mein samajhta hoon ke tadabbur hi aik zariya hai ma'rifat ko barhane wale ka,</w:t>
      </w:r>
    </w:p>
    <w:p>
      <w:pPr>
        <w:jc w:val="right"/>
      </w:pPr>
      <w:r>
        <w:t>میں سمجھتا ہوں کہ تدبر ہی ایک ذریعہ ہے معرفت کو بڑھانے والے کا،</w:t>
      </w:r>
    </w:p>
    <w:p>
      <w:r>
        <w:rPr>
          <w:b/>
        </w:rPr>
        <w:t xml:space="preserve">[10:31] </w:t>
      </w:r>
      <w:r>
        <w:t>ma'rifat ko barhane ka. Toh mein dua karta hoon ke Allah taala hum sab ko tofeeq de ke hum tadabbur ke</w:t>
      </w:r>
    </w:p>
    <w:p>
      <w:pPr>
        <w:jc w:val="right"/>
      </w:pPr>
      <w:r>
        <w:t>معرفت کو بڑھانے کا۔ تو میں دعا کرتا ہوں کہ اللہ تعالی ہم سب کو توفیق دے کہ ہم تدبر کے</w:t>
      </w:r>
    </w:p>
    <w:p>
      <w:r>
        <w:rPr>
          <w:b/>
        </w:rPr>
        <w:t xml:space="preserve">[10:49] </w:t>
      </w:r>
      <w:r>
        <w:t>upar qaim rahen. is ko, jis ko quran mein zikr kaha gaya hai, zikr kya hai, woh tadabbur hai.</w:t>
      </w:r>
    </w:p>
    <w:p>
      <w:pPr>
        <w:jc w:val="right"/>
      </w:pPr>
      <w:r>
        <w:t>اوپر قائم رہیں۔ اس کو، جس کو قرآن میں ذکر کہا گیا ہے، ذکر کیا ہے، وہ تدبر ہے۔</w:t>
      </w:r>
    </w:p>
    <w:p>
      <w:r>
        <w:rPr>
          <w:b/>
        </w:rPr>
        <w:t xml:space="preserve">[11:02] </w:t>
      </w:r>
      <w:r>
        <w:t>to mein apne liye, aap sab ke liye dua karta hoon ke yeh sifat hamare andar paida ho taake hamari marifat barhe.</w:t>
      </w:r>
    </w:p>
    <w:p>
      <w:pPr>
        <w:jc w:val="right"/>
      </w:pPr>
      <w:r>
        <w:t>تو میں اپنے لیے، آپ سب کے لیے دعا کرتا ہوں کہ یہ صفت ہمارے اندر پیدا ہو تاکہ ہماری معرفت بڑھے۔</w:t>
      </w:r>
    </w:p>
    <w:p>
      <w:r>
        <w:rPr>
          <w:b/>
        </w:rPr>
        <w:t xml:space="preserve">[11:12] </w:t>
      </w:r>
      <w:r>
        <w:t>assalam o alaikum wa rehmatullah</w:t>
      </w:r>
    </w:p>
    <w:p>
      <w:pPr>
        <w:jc w:val="right"/>
      </w:pPr>
      <w:r>
        <w:t>السلام علیکم ورحمۃ اللہ</w:t>
      </w:r>
    </w:p>
    <w:p>
      <w:r>
        <w:rPr>
          <w:b/>
        </w:rPr>
        <w:t xml:space="preserve">[11:27] </w:t>
      </w:r>
      <w:r>
        <w:t>molana ek tabai hain, un ka naam hai abdul rehman ibn sabbit. un ka ek qaul kitabon mein aaya hai: "afzalukum imanan, afzalukum marifatan".</w:t>
      </w:r>
    </w:p>
    <w:p>
      <w:pPr>
        <w:jc w:val="right"/>
      </w:pPr>
      <w:r>
        <w:t>۔ مولانا ایک تابعی ہیں، ان کا نام ہے عبدالرحمن ابن ثابت۔ ان کا ایک قول کتابوں میں آیا ہے: "افضلکم ایمانا، افضلکم معرفتا"۔</w:t>
      </w:r>
    </w:p>
    <w:p>
      <w:r>
        <w:rPr>
          <w:b/>
        </w:rPr>
        <w:t xml:space="preserve">[11:45] </w:t>
      </w:r>
      <w:r>
        <w:t>al iman lil adni, asar number 17. yani tum mein jo iman mein afzal hai, woh marifat mein afzal hai.</w:t>
      </w:r>
    </w:p>
    <w:p>
      <w:pPr>
        <w:jc w:val="right"/>
      </w:pPr>
      <w:r>
        <w:t>الایمان للعدنی، اثر نمبر 17۔ یعنی تم میں جو ایمان میں افضل ہے، وہ معرفت میں افضل ہے۔</w:t>
      </w:r>
    </w:p>
    <w:p>
      <w:r>
        <w:rPr>
          <w:b/>
        </w:rPr>
        <w:t xml:space="preserve">[11:54] </w:t>
      </w:r>
      <w:r>
        <w:t>is ka matlab kya hai?</w:t>
      </w:r>
    </w:p>
    <w:p>
      <w:pPr>
        <w:jc w:val="right"/>
      </w:pPr>
      <w:r>
        <w:t>اس کا مطلب کیا ہے؟</w:t>
      </w:r>
    </w:p>
    <w:p>
      <w:r>
        <w:rPr>
          <w:b/>
        </w:rPr>
        <w:t xml:space="preserve">[12:00] </w:t>
      </w:r>
      <w:r>
        <w:t>yani dono ek doosre se jure hue hain. matlab yeh hai marifat aur iman. iman aap bolenge to aap is ka matlab hoga aqeedah, lekin jab aap marifat bolenge to is ka matlab hoga ek</w:t>
      </w:r>
    </w:p>
    <w:p>
      <w:pPr>
        <w:jc w:val="right"/>
      </w:pPr>
      <w:r>
        <w:t>یعنی دونوں ایک دوسرے سے جڑے ہوئے ہیں۔ مطلب یہ ہے معرفت اور ایمان۔ ایمان آپ بولیں گے تو آپ اس کا مطلب ہوگا عقیدہ، لیکن جب آپ معرفت بولیں گے تو اس کا مطلب ہوگا ایک</w:t>
      </w:r>
    </w:p>
    <w:p>
      <w:r>
        <w:rPr>
          <w:b/>
        </w:rPr>
        <w:t xml:space="preserve">[12:20] </w:t>
      </w:r>
      <w:r>
        <w:t>zehni, zehni irtqa, soch fikr mein irtqa. to yeh bohat</w:t>
      </w:r>
    </w:p>
    <w:p>
      <w:pPr>
        <w:jc w:val="right"/>
      </w:pPr>
      <w:r>
        <w:t>ذہنی، ذہنی ارتقاء، سوچ فکر میں ارتقاء۔ تو یہ بہت</w:t>
      </w:r>
    </w:p>
    <w:p>
      <w:r>
        <w:rPr>
          <w:b/>
        </w:rPr>
        <w:t xml:space="preserve">[12:32] </w:t>
      </w:r>
      <w:r>
        <w:t>understandable riwayat hai. mein samajhta hoon ke jitna aadmi ke imani ghor o fikr mein izafa hoga, utni us ki marifat mein izafa hoga.</w:t>
      </w:r>
    </w:p>
    <w:p>
      <w:pPr>
        <w:jc w:val="right"/>
      </w:pPr>
      <w:r>
        <w:t>انڈرسٹڈیبل روایت ہے۔ میں سمجھتا ہوں کہ جتنا آدمی کے ایمانی غور و فکر میں اضافہ ہوگا، اتنی اس کی معرفت میں اضافہ ہوگا۔</w:t>
      </w:r>
    </w:p>
    <w:p>
      <w:r>
        <w:rPr>
          <w:b/>
        </w:rPr>
        <w:t xml:space="preserve">[12:48] </w:t>
      </w:r>
      <w:r>
        <w:t>masha allah.</w:t>
      </w:r>
    </w:p>
    <w:p>
      <w:pPr>
        <w:jc w:val="right"/>
      </w:pPr>
      <w:r>
        <w:t>ماشاءاللہ۔</w:t>
      </w:r>
    </w:p>
    <w:p>
      <w:r>
        <w:rPr>
          <w:b/>
        </w:rPr>
        <w:t xml:space="preserve">[12:49] </w:t>
      </w:r>
      <w:r>
        <w:t>Molana, today you gave us examples in how to deepen God realization. I want to my question is Molana, what are the impediments in this path to God realization?</w:t>
      </w:r>
    </w:p>
    <w:p>
      <w:pPr>
        <w:jc w:val="right"/>
      </w:pPr>
      <w:r>
        <w:t>مولانا، ٹوڈے یو گیو اس ایگزیمپلز ان ہاؤ ٹو ڈیپن گاڈ ریلائزیشن۔ آئی وانٹ ٹو مائی کوئسچن از مولانا، واٹ آر دی امپیڈیمنٹس ان دس پاتھ ٹو گاڈ ریلائزیشن؟</w:t>
      </w:r>
    </w:p>
    <w:p>
      <w:r>
        <w:rPr>
          <w:b/>
        </w:rPr>
        <w:t xml:space="preserve">[13:01] </w:t>
      </w:r>
      <w:r>
        <w:t>mein samajhta hoon ke sab se bari rukawat yeh hai, ghaleban, ke insaan cheezon ko pak grater leta rehta hai.</w:t>
      </w:r>
    </w:p>
    <w:p>
      <w:pPr>
        <w:jc w:val="right"/>
      </w:pPr>
      <w:r>
        <w:t>میں سمجھتا ہوں کہ سب سے بڑی رکاوٹ یہ ہے، غالباً، کہ انسان چیزوں کو پاک گراٹر لیتا رہتا ہے۔</w:t>
      </w:r>
    </w:p>
    <w:p>
      <w:r>
        <w:rPr>
          <w:b/>
        </w:rPr>
        <w:t xml:space="preserve">[13:16] </w:t>
      </w:r>
      <w:r>
        <w:t>mein suraj dugra,</w:t>
      </w:r>
    </w:p>
    <w:p>
      <w:pPr>
        <w:jc w:val="right"/>
      </w:pPr>
      <w:r>
        <w:t>میں سورج ڈگرا،</w:t>
      </w:r>
    </w:p>
    <w:p>
      <w:r>
        <w:rPr>
          <w:b/>
        </w:rPr>
        <w:t xml:space="preserve">[13:18] </w:t>
      </w:r>
      <w:r>
        <w:t>suraj dooba, raat aayi, din aaya.</w:t>
      </w:r>
    </w:p>
    <w:p>
      <w:pPr>
        <w:jc w:val="right"/>
      </w:pPr>
      <w:r>
        <w:t>سورج ڈوبا، رات آئی، دن آیا۔</w:t>
      </w:r>
    </w:p>
    <w:p>
      <w:r>
        <w:rPr>
          <w:b/>
        </w:rPr>
        <w:t xml:space="preserve">[13:27] </w:t>
      </w:r>
      <w:r>
        <w:t>acha, beshumar waqiat har waqt hote rehte hain. to hum is ko sochte nahi, hum kyunke hum is ko for-guarder lete rehte hain.</w:t>
      </w:r>
    </w:p>
    <w:p>
      <w:pPr>
        <w:jc w:val="right"/>
      </w:pPr>
      <w:r>
        <w:t>اچھا، بے شمار واقعات ہر وقت ہوتے رہتے ہیں۔ تو ہم اس کو سوچتے نہیں، ہم کیونکہ ہم اس کو فار گارڈر لیتے رہتے ہیں۔</w:t>
      </w:r>
    </w:p>
    <w:p>
      <w:r>
        <w:rPr>
          <w:b/>
        </w:rPr>
        <w:t xml:space="preserve">[13:40] </w:t>
      </w:r>
      <w:r>
        <w:t>to is se nikalne ki shakal sirf yeh hai ke hum is ko for granted na len, balkeh is ko God se attribute karen, apne soch ko barhaen.</w:t>
      </w:r>
    </w:p>
    <w:p>
      <w:pPr>
        <w:jc w:val="right"/>
      </w:pPr>
      <w:r>
        <w:t>تو اس سے نکلنے کی شکل صرف یہ ہے کہ ہم اس کو فار گارڈر نہ لیں، بلکہ اس کو گارڈ سے ایٹریبیوٹ کریں، اپنے سوچ کو بڑھائیں۔</w:t>
      </w:r>
    </w:p>
    <w:p>
      <w:r>
        <w:rPr>
          <w:b/>
        </w:rPr>
        <w:t xml:space="preserve">[14:03] </w:t>
      </w:r>
      <w:r>
        <w:t>forgader ke liye urdu mein koi acha lafz mujhe maloom nahi hai, lekin yeh bohat,</w:t>
      </w:r>
    </w:p>
    <w:p>
      <w:pPr>
        <w:jc w:val="right"/>
      </w:pPr>
      <w:r>
        <w:t>فار گارڈر کے لیے اردو میں کوئی اچھا لفظ مجھے معلوم نہیں ہے، لیکن یہ بہت،</w:t>
      </w:r>
    </w:p>
    <w:p>
      <w:r>
        <w:rPr>
          <w:b/>
        </w:rPr>
        <w:t xml:space="preserve">[14:14] </w:t>
      </w:r>
      <w:r>
        <w:t>bohat important hai. for that, it's bohat important hai. har waqt, har waqt beshumar waqiat hote hain zameen par, aasman mein, jo hamare liye</w:t>
      </w:r>
    </w:p>
    <w:p>
      <w:pPr>
        <w:jc w:val="right"/>
      </w:pPr>
      <w:r>
        <w:t>بہت امپورٹنٹ ہے۔ فار گارڈر بہت امپورٹنٹ ہے۔ ہر وقت، ہر وقت بے شمار واقعات ہوتے ہیں زمین پر، آسمان میں، جو ہمارے لیے</w:t>
      </w:r>
    </w:p>
    <w:p>
      <w:r>
        <w:rPr>
          <w:b/>
        </w:rPr>
        <w:t xml:space="preserve">[14:34] </w:t>
      </w:r>
      <w:r>
        <w:t>rehmat hai. hum un ko dekhte hain aur mante hain. yahi baat shayad quran mein hi in alfaz mein aayi hai ke</w:t>
      </w:r>
    </w:p>
    <w:p>
      <w:pPr>
        <w:jc w:val="right"/>
      </w:pPr>
      <w:r>
        <w:t>رحمت ہے۔ ہم ان کو دیکھتے ہیں اور مانتے ہیں۔ یہی بات شاید قرآن میں ہی ان الفاظ میں آئی ہے کہ</w:t>
      </w:r>
    </w:p>
    <w:p>
      <w:r>
        <w:rPr>
          <w:b/>
        </w:rPr>
        <w:t xml:space="preserve">[14:47] </w:t>
      </w:r>
      <w:r>
        <w:t>woh kya hai? sab yeh</w:t>
      </w:r>
    </w:p>
    <w:p>
      <w:pPr>
        <w:jc w:val="right"/>
      </w:pPr>
      <w:r>
        <w:t>وہ کیا ہے؟ سب یہ</w:t>
      </w:r>
    </w:p>
    <w:p>
      <w:r>
        <w:rPr>
          <w:b/>
        </w:rPr>
        <w:t xml:space="preserve">[14:57] </w:t>
      </w:r>
      <w:r>
        <w:t>kitni nishaniyan hain zameen o aasman mein jo har waqt in jis se woh guzarte hain, lekin woh is se sabak nahi lete.</w:t>
      </w:r>
    </w:p>
    <w:p>
      <w:pPr>
        <w:jc w:val="right"/>
      </w:pPr>
      <w:r>
        <w:t>کتنی نشانیاں ہیں زمین و آسمان میں جو ہر وقت ان جس سے وہ گزرتے ہیں، لیکن وہ اس سے سبق نہیں لیتے۔</w:t>
      </w:r>
    </w:p>
    <w:p>
      <w:r>
        <w:rPr>
          <w:b/>
        </w:rPr>
        <w:t xml:space="preserve">[15:07] </w:t>
      </w:r>
      <w:r>
        <w:t>yahi to hai ke agar ghore karen to zameen mein, aasman mein har taraf nishaniyan nishaniyan hain,</w:t>
      </w:r>
    </w:p>
    <w:p>
      <w:pPr>
        <w:jc w:val="right"/>
      </w:pPr>
      <w:r>
        <w:t>یہی تو ہے کہ اگر غور کریں تو زمین میں، آسمان میں ہر طرف نشانیاں نشانیاں ہیں،</w:t>
      </w:r>
    </w:p>
    <w:p>
      <w:r>
        <w:rPr>
          <w:b/>
        </w:rPr>
        <w:t xml:space="preserve">[15:17] </w:t>
      </w:r>
      <w:r>
        <w:t>lekin is ko for granted lete rehte hain. is liye woh un ke liye</w:t>
      </w:r>
    </w:p>
    <w:p>
      <w:pPr>
        <w:jc w:val="right"/>
      </w:pPr>
      <w:r>
        <w:t>لیکن اس کو فار گارڈر لیتے رہتے ہیں۔ اس لیے وہ ان کے لیے</w:t>
      </w:r>
    </w:p>
    <w:p>
      <w:r>
        <w:rPr>
          <w:b/>
        </w:rPr>
        <w:t xml:space="preserve">[15:26] </w:t>
      </w:r>
      <w:r>
        <w:t>is ki marifat mein</w:t>
      </w:r>
    </w:p>
    <w:p>
      <w:pPr>
        <w:jc w:val="right"/>
      </w:pPr>
      <w:r>
        <w:t>اس کی معرفت میں</w:t>
      </w:r>
    </w:p>
    <w:p>
      <w:r>
        <w:rPr>
          <w:b/>
        </w:rPr>
        <w:t xml:space="preserve">[15:32] </w:t>
      </w:r>
      <w:r>
        <w:t>izafa ka zariya nahi banta. yeh matlab hai is ayat ka.</w:t>
      </w:r>
    </w:p>
    <w:p>
      <w:pPr>
        <w:jc w:val="right"/>
      </w:pPr>
      <w:r>
        <w:t>اضافہ کا ذریعہ نہیں بنتا۔ یہ مطلب ہے اس آیت کا۔</w:t>
      </w:r>
    </w:p>
    <w:p>
      <w:r>
        <w:rPr>
          <w:b/>
        </w:rPr>
        <w:t xml:space="preserve">[15:42] </w:t>
      </w:r>
      <w:r>
        <w:t>Maulana, jaise abhi aap examples de rahe hain, yeh jaise aap ne bola ke hum ghore o fikr nahi karte. Maulana, hum yeh bol rahe hain ke kya aisi cheezein hoti hain, hamare distractions hote hain, kya hote hain ke hum is pe ghore o fikr nahi kar paate?</w:t>
      </w:r>
    </w:p>
    <w:p>
      <w:pPr>
        <w:jc w:val="right"/>
      </w:pPr>
      <w:r>
        <w:t>مولانا، جیسے ابھی آپ ایگزیمپلز دے رہے ہیں، یہ جیسے آپ نے بولا کہ ہم غور و فکر نہیں کرتے۔ مولانا، ہم یہ بول رہے ہیں کہ کیا ایسی چیزیں ہوتی ہیں، ہمارے ڈسٹریکشنز ہوتے ہیں، کیا ہوتے ہیں کہ ہم اس پہ غور و فکر نہیں کر پاتے؟</w:t>
      </w:r>
    </w:p>
    <w:p>
      <w:r>
        <w:rPr>
          <w:b/>
        </w:rPr>
        <w:t xml:space="preserve">[15:55] </w:t>
      </w:r>
      <w:r>
        <w:t>hum kyun nahi ghore o fikr kar paate?</w:t>
      </w:r>
    </w:p>
    <w:p>
      <w:pPr>
        <w:jc w:val="right"/>
      </w:pPr>
      <w:r>
        <w:t>ہم کیوں نہیں غور و فکر کر پاتے؟</w:t>
      </w:r>
    </w:p>
    <w:p>
      <w:r>
        <w:rPr>
          <w:b/>
        </w:rPr>
        <w:t xml:space="preserve">[15:57] </w:t>
      </w:r>
      <w:r>
        <w:t>ab mislan mein har har kuch bhi jo mujh se guzarta hai, mera to foran mein us ko god ko le kar sochta hoon.</w:t>
      </w:r>
    </w:p>
    <w:p>
      <w:pPr>
        <w:jc w:val="right"/>
      </w:pPr>
      <w:r>
        <w:t>اب مثلاً میں ہر ہر کچھ بھی جو مجھ سے گزرتا ہے، میرا تو فوراً میں اس کو گاڈ کو لے کر سوچتا ہوں۔</w:t>
      </w:r>
    </w:p>
    <w:p>
      <w:r>
        <w:rPr>
          <w:b/>
        </w:rPr>
        <w:t xml:space="preserve">[16:06] </w:t>
      </w:r>
      <w:r>
        <w:t>jaise aaj, abhi abhi kha ke to us ko le kar sochta hoon ke mein mujh pe,</w:t>
      </w:r>
    </w:p>
    <w:p>
      <w:pPr>
        <w:jc w:val="right"/>
      </w:pPr>
      <w:r>
        <w:t>جیسے آج، ابھی ابھی کھا کے تو اس کو لے کر سوچتا ہوں کہ میں مجھ پہ،</w:t>
      </w:r>
    </w:p>
    <w:p>
      <w:r>
        <w:rPr>
          <w:b/>
        </w:rPr>
        <w:t xml:space="preserve">[16:16] </w:t>
      </w:r>
      <w:r>
        <w:t>mere bas mein nahi hai ke mein kha kha ke na hone doon. bas mein nahi hai ke is mani mein mere siwa ek taqat hai, us ke bas mein hai.</w:t>
      </w:r>
    </w:p>
    <w:p>
      <w:pPr>
        <w:jc w:val="right"/>
      </w:pPr>
      <w:r>
        <w:t>میرے بس میں نہیں ہے کہ میں کھا کھا کے نہ ہونے دوں۔ بس میں نہیں ہے کہ اس معنی میں میرے سوا ایک طاقت ہے، اس کے بس میں ہے۔</w:t>
      </w:r>
    </w:p>
    <w:p>
      <w:r>
        <w:rPr>
          <w:b/>
        </w:rPr>
        <w:t xml:space="preserve">[16:29] </w:t>
      </w:r>
      <w:r>
        <w:t>to yeh cheez mujhe khuda ki taraf le aati hai.</w:t>
      </w:r>
    </w:p>
    <w:p>
      <w:pPr>
        <w:jc w:val="right"/>
      </w:pPr>
      <w:r>
        <w:t>تو یہ چیز مجھے خدا کی طرف لے آتی ہے۔</w:t>
      </w:r>
    </w:p>
    <w:p>
      <w:r>
        <w:rPr>
          <w:b/>
        </w:rPr>
        <w:t xml:space="preserve">[16:35] </w:t>
      </w:r>
      <w:r>
        <w:t>to yeh aadmi ko chahiye ke is ki, is ko tadabbur kaha gaya quran mein, tadabbur ke tadabbur ka qiyadat barhaye.</w:t>
      </w:r>
    </w:p>
    <w:p>
      <w:pPr>
        <w:jc w:val="right"/>
      </w:pPr>
      <w:r>
        <w:t>تو یہ آدمی کو چاہیے کہ اس کی، اس کو تدبر کہا گیا قرآن میں، تدبر کہ تدبر کا قیادت بڑھائے۔</w:t>
      </w:r>
    </w:p>
    <w:p>
      <w:r>
        <w:rPr>
          <w:b/>
        </w:rPr>
        <w:t xml:space="preserve">[16:48] </w:t>
      </w:r>
      <w:r>
        <w:t>aadmi bohat zyada tadabbur kare, bohat zyada ghore o fikr kare.</w:t>
      </w:r>
    </w:p>
    <w:p>
      <w:pPr>
        <w:jc w:val="right"/>
      </w:pPr>
      <w:r>
        <w:t>آدمی بہت زیادہ تدبر کرے، بہت زیادہ غور و فکر کرے۔</w:t>
      </w:r>
    </w:p>
    <w:p>
      <w:r>
        <w:rPr>
          <w:b/>
        </w:rPr>
        <w:t xml:space="preserve">[16:59] </w:t>
      </w:r>
      <w:r>
        <w:t>maulana, yeh sawal hai shujaat ali sahib london ka: kya hazrat muhammad sallallahu alaihi wasallam marifat ki gharz se ghar e hira mein jaya karte the, aur kya yeh aaj ki duniya ke liye sahi amal hai?</w:t>
      </w:r>
    </w:p>
    <w:p>
      <w:pPr>
        <w:jc w:val="right"/>
      </w:pPr>
      <w:r>
        <w:t>مولانا، یہ سوال ہے شجاعت علی صاحب لندن کا: کیا حضرت محمد صلی اللہ علیہ وسلم معرفت کی غرض سے غار حرام میں جایا کرتے تھے، اور کیا یہ آج کی دنیا کے لیے صحیح عمل ہے؟</w:t>
      </w:r>
    </w:p>
    <w:p>
      <w:r>
        <w:rPr>
          <w:b/>
        </w:rPr>
        <w:t xml:space="preserve">[17:17] </w:t>
      </w:r>
      <w:r>
        <w:t>nahi, dekhein,</w:t>
      </w:r>
    </w:p>
    <w:p>
      <w:pPr>
        <w:jc w:val="right"/>
      </w:pPr>
      <w:r>
        <w:t>نہیں، دیکھیں،</w:t>
      </w:r>
    </w:p>
    <w:p>
      <w:r>
        <w:rPr>
          <w:b/>
        </w:rPr>
        <w:t xml:space="preserve">[17:21] </w:t>
      </w:r>
      <w:r>
        <w:t>kitabon ka mutalia karein to maloom hota hai ke yeh arab, arab, arab, arab ka ek ek tareeqa tha.</w:t>
      </w:r>
    </w:p>
    <w:p>
      <w:pPr>
        <w:jc w:val="right"/>
      </w:pPr>
      <w:r>
        <w:t>کتابوں کا مطالعہ کریں تو معلوم ہوتا ہے کہ یہ عرب، عرب، عرب، عرب کا ایک ایک طریقہ تھا۔</w:t>
      </w:r>
    </w:p>
    <w:p>
      <w:r>
        <w:rPr>
          <w:b/>
        </w:rPr>
        <w:t xml:space="preserve">[17:31] </w:t>
      </w:r>
      <w:r>
        <w:t>woh kuch hua karte the, shuru karte the hanifa, hanifa,</w:t>
      </w:r>
    </w:p>
    <w:p>
      <w:pPr>
        <w:jc w:val="right"/>
      </w:pPr>
      <w:r>
        <w:t>وہ کچھ ہوا کرتے تھے، شروع کرتے تھے حنفاء، حنفاء،</w:t>
      </w:r>
    </w:p>
    <w:p>
      <w:r>
        <w:rPr>
          <w:b/>
        </w:rPr>
        <w:t xml:space="preserve">[17:37] </w:t>
      </w:r>
      <w:r>
        <w:t>hanifa. mein to aaj kal ki zabano mein kahoon to kahoon ga seeker, seeker. to ek riwaj tha wahan ke jo log seeker hote the, woh chale aate the ghar mein, wahan kuch din rehte the.</w:t>
      </w:r>
    </w:p>
    <w:p>
      <w:pPr>
        <w:jc w:val="right"/>
      </w:pPr>
      <w:r>
        <w:t>حنفاء۔ میں تو آج کل کی زبانوں میں کہوں تو کہوں گا سیکر، سیکر۔ تو ایک رواج تھا وہاں کہ جو لوگ سیکر ہوتے تھے، وہ چلے آتے تھے غار میں، وہاں کچھ دن رہتے تھے۔</w:t>
      </w:r>
    </w:p>
    <w:p>
      <w:r>
        <w:rPr>
          <w:b/>
        </w:rPr>
        <w:t xml:space="preserve">[17:54] </w:t>
      </w:r>
      <w:r>
        <w:t>yeh arab riwaj ke mutabiq tha. yeh</w:t>
      </w:r>
    </w:p>
    <w:p>
      <w:pPr>
        <w:jc w:val="right"/>
      </w:pPr>
      <w:r>
        <w:t>یہ عرب رواج کے مطابق تھا۔ یہ</w:t>
      </w:r>
    </w:p>
    <w:p>
      <w:r>
        <w:rPr>
          <w:b/>
        </w:rPr>
        <w:t xml:space="preserve">[17:59] </w:t>
      </w:r>
      <w:r>
        <w:t>to hanifa bohat se hue hain, to rasool allah bhi ek hanif the is is is is lehaz se.</w:t>
      </w:r>
    </w:p>
    <w:p>
      <w:pPr>
        <w:jc w:val="right"/>
      </w:pPr>
      <w:r>
        <w:t>تو حنفاء بہت سے ہوئے ہیں، تو رسول اللہ بھی ایک حنیف تھے اس اس اس اس لحاظ سے۔</w:t>
      </w:r>
    </w:p>
    <w:p>
      <w:r>
        <w:rPr>
          <w:b/>
        </w:rPr>
        <w:t xml:space="preserve">[18:11] </w:t>
      </w:r>
      <w:r>
        <w:t>to is ka koi mysterious pehlu nahi hai.</w:t>
      </w:r>
    </w:p>
    <w:p>
      <w:pPr>
        <w:jc w:val="right"/>
      </w:pPr>
      <w:r>
        <w:t>تو اس کا کوئی مسٹیریس پہلو نہیں ہے۔</w:t>
      </w:r>
    </w:p>
    <w:p>
      <w:r>
        <w:rPr>
          <w:b/>
        </w:rPr>
        <w:t xml:space="preserve">[18:15] </w:t>
      </w:r>
      <w:r>
        <w:t>is ka ek hi insan ke andar ek spirit jaagti hai khuda ki talash ki, aur is mein woh ghore ghore o fikr karta hai.</w:t>
      </w:r>
    </w:p>
    <w:p>
      <w:pPr>
        <w:jc w:val="right"/>
      </w:pPr>
      <w:r>
        <w:t>اس کا ایک ہی انسان کے اندر ایک اسپرٹ جاگتی ہے خدا کی تلاش کی، اور اس میں وہ غور غور و فکر کرتا ہے۔</w:t>
      </w:r>
    </w:p>
    <w:p>
      <w:r>
        <w:rPr>
          <w:b/>
        </w:rPr>
        <w:t xml:space="preserve">[18:26] </w:t>
      </w:r>
      <w:r>
        <w:t>to isi mein se kuch log hote hain jo ghore o fikr karte karte chale aate hain.</w:t>
      </w:r>
    </w:p>
    <w:p>
      <w:pPr>
        <w:jc w:val="right"/>
      </w:pPr>
      <w:r>
        <w:t>تو اسی میں سے کچھ لوگ ہوتے ہیں جو غور و فکر کرتے کرتے چلے آتے ہیں۔</w:t>
      </w:r>
    </w:p>
    <w:p>
      <w:r>
        <w:rPr>
          <w:b/>
        </w:rPr>
        <w:t xml:space="preserve">[18:33] </w:t>
      </w:r>
      <w:r>
        <w:t>is zamane mein ghar hua karte the wahan. isi ko kisi koi mysterious meaning nahi hai, mere khayal se.</w:t>
      </w:r>
    </w:p>
    <w:p>
      <w:pPr>
        <w:jc w:val="right"/>
      </w:pPr>
      <w:r>
        <w:t>اس زمانے میں غار ہوا کرتے تھے وہاں۔ اسی کو کسی کوئی مسٹیریس میننگ نہیں ہے، میرے خیال سے۔</w:t>
      </w:r>
    </w:p>
    <w:p>
      <w:r>
        <w:rPr>
          <w:b/>
        </w:rPr>
        <w:t xml:space="preserve">[18:52] </w:t>
      </w:r>
      <w:r>
        <w:t>maulana, mein ne apne wadi kashmir mein dekha hai ke aksar jo log hain, jab woh barhappe ko pahunch jaate hain ya service se retirement le lete hain, tab woh hajj karte hain, roza rakhte hain.</w:t>
      </w:r>
    </w:p>
    <w:p>
      <w:pPr>
        <w:jc w:val="right"/>
      </w:pPr>
      <w:r>
        <w:t>مولانا، میں نے اپنے وادی کشمیر میں دیکھا ہے کہ اکثر جو لوگ ہیں، جب وہ بڑھاپے کو پہنچ جاتے ہیں یا سروس سے ریٹائرمنٹ لے لیتے ہیں، تب وہ حج کرتے ہیں، روزہ رکھتے ہیں۔</w:t>
      </w:r>
    </w:p>
    <w:p>
      <w:r>
        <w:rPr>
          <w:b/>
        </w:rPr>
        <w:t xml:space="preserve">[19:06] </w:t>
      </w:r>
      <w:r>
        <w:t>to phir kehte hain ke pehle hum yeh nahi kar sakte the, ab hum khuda se jure hue hain, ab hamein hamein marifat hasil karni hai.</w:t>
      </w:r>
    </w:p>
    <w:p>
      <w:pPr>
        <w:jc w:val="right"/>
      </w:pPr>
      <w:r>
        <w:t>تو پھر کہتے ہیں کہ پہلے ہم یہ نہیں کر سکتے تھے، اب ہم خدا سے جڑے ہوئے ہیں، اب ہمیں ہمیں معرفت حاصل کرنی ہے۔</w:t>
      </w:r>
    </w:p>
    <w:p>
      <w:r>
        <w:rPr>
          <w:b/>
        </w:rPr>
        <w:t xml:space="preserve">[19:16] </w:t>
      </w:r>
      <w:r>
        <w:t>kya yeh tareeqa sahi hai?</w:t>
      </w:r>
    </w:p>
    <w:p>
      <w:pPr>
        <w:jc w:val="right"/>
      </w:pPr>
      <w:r>
        <w:t>کیا یہ طریقہ صحیح ہے؟</w:t>
      </w:r>
    </w:p>
    <w:p>
      <w:r>
        <w:rPr>
          <w:b/>
        </w:rPr>
        <w:t xml:space="preserve">[19:18] </w:t>
      </w:r>
      <w:r>
        <w:t>mein mein to sochta hoon ke yeh aaya hai hindu tradition se, kyunke is is tarah ke logon se mein milta hoon to un mein koi jaan nahi hoti, bas ek tradition ke tor par yeh sab karte hain.</w:t>
      </w:r>
    </w:p>
    <w:p>
      <w:pPr>
        <w:jc w:val="right"/>
      </w:pPr>
      <w:r>
        <w:t>میں میں تو سوچتا ہوں کہ یہ آیا ہے ہندو ٹریڈیشن سے، کیونکہ اس اس طرح کے لوگوں سے میں ملتا ہوں تو ان میں کوئی جان نہیں ہوتی، بس ایک ٹریڈیشن کے طور پر یہ سب کرتے ہیں۔</w:t>
      </w:r>
    </w:p>
    <w:p>
      <w:r>
        <w:rPr>
          <w:b/>
        </w:rPr>
        <w:t xml:space="preserve">[19:34] </w:t>
      </w:r>
      <w:r>
        <w:t>woh to woh hindu tradition se aaya hai, is ki koi bohat gehri maanoiyat nahi hai.</w:t>
      </w:r>
    </w:p>
    <w:p>
      <w:pPr>
        <w:jc w:val="right"/>
      </w:pPr>
      <w:r>
        <w:t>وہ تو وہ ہندو ٹریڈیشن سے آیا ہے، اس کی کوئی بہت گہری معنویت نہیں ہے۔</w:t>
      </w:r>
    </w:p>
    <w:p>
      <w:r>
        <w:rPr>
          <w:b/>
        </w:rPr>
        <w:t xml:space="preserve">[19:52] </w:t>
      </w:r>
      <w:r>
        <w:t>maulana, jo ayat aap ne bataya, waqim min ayatin fis samawati wal ardi yamurrun alaiha wa hum anha mu'ridun, yeh ayat ka matlab aaj hi bohat clear, clarity ke sath wazeh hua.</w:t>
      </w:r>
    </w:p>
    <w:p>
      <w:pPr>
        <w:jc w:val="right"/>
      </w:pPr>
      <w:r>
        <w:t>مولانا، جو آیت آپ نے بتایا، وقیم من آیت فی السماوات والارض یمرون علیہا وھم عنہا معرضون، یہ آیت کا مطلب آج ہی بہت کلیئر، کلیئرٹی کے ساتھ واضح ہوا۔</w:t>
      </w:r>
    </w:p>
    <w:p>
      <w:r>
        <w:rPr>
          <w:b/>
        </w:rPr>
        <w:t xml:space="preserve">[20:04] </w:t>
      </w:r>
      <w:r>
        <w:t>maulana, keh yeh ayat yahi ah clear message de rahi hai keh daily routine ya routine life mein jo events hotay hain, us ko khuda se jor kar dekhein.</w:t>
      </w:r>
    </w:p>
    <w:p>
      <w:pPr>
        <w:jc w:val="right"/>
      </w:pPr>
      <w:r>
        <w:t>مولانا، کہ یہ آیت یہی اہ کلیئر میسج دے رہی ہے کہ ڈیلی روٹین یا روٹین لائف میں جو ایونٹس ہوتے ہیں، اس کو خدا سے جوڑ کر دیکھیں۔</w:t>
      </w:r>
    </w:p>
    <w:p>
      <w:r>
        <w:rPr>
          <w:b/>
        </w:rPr>
        <w:t xml:space="preserve">[20:15] </w:t>
      </w:r>
      <w:r>
        <w:t>yahi khuda ko matlab hai, aur isi se marifat mein izafa hota hai. yeh bohat clear message hai, maulana, is ayat ka. in hasan billahi min hasan al-ibadah keh beshak Allah taala ke sath acha guman karna yeh achi ibadat mein se hai.</w:t>
      </w:r>
    </w:p>
    <w:p>
      <w:pPr>
        <w:jc w:val="right"/>
      </w:pPr>
      <w:r>
        <w:t>یہی خدا کو مطلوب ہے، اور اسی سے معرفت میں اضافہ ہوتا ہے۔ یہ بہت کلیئر میسج ہے، مولانا، اس آیت کا۔ ان حسن باللہ من حسن العبادہ کہ بے شک اللہ تعالی کے ساتھ اچھا گمان کرنا یہ اچھی عبادت میں سے ہے۔</w:t>
      </w:r>
    </w:p>
    <w:p>
      <w:r>
        <w:rPr>
          <w:b/>
        </w:rPr>
        <w:t xml:space="preserve">[20:34] </w:t>
      </w:r>
      <w:r>
        <w:t>to Allah taala ke sath acha guman karna kyun achi ibadat hai?</w:t>
      </w:r>
    </w:p>
    <w:p>
      <w:pPr>
        <w:jc w:val="right"/>
      </w:pPr>
      <w:r>
        <w:t>تو اللہ تعالی کے ساتھ اچھا گمان کرنا کیوں اچھی عبادت ہے؟</w:t>
      </w:r>
    </w:p>
    <w:p>
      <w:r>
        <w:rPr>
          <w:b/>
        </w:rPr>
        <w:t xml:space="preserve">[20:39] </w:t>
      </w:r>
      <w:r>
        <w:t>bhai, yeh to bohat clear baat hai. Allah se aap achi umeed rakhein.</w:t>
      </w:r>
    </w:p>
    <w:p>
      <w:pPr>
        <w:jc w:val="right"/>
      </w:pPr>
      <w:r>
        <w:t>بھئی، یہ تو بہت کلیئر بات ہے۔ اللہ سے آپ اچھی امید رکھیں۔</w:t>
      </w:r>
    </w:p>
    <w:p>
      <w:r>
        <w:rPr>
          <w:b/>
        </w:rPr>
        <w:t xml:space="preserve">[20:51] </w:t>
      </w:r>
      <w:r>
        <w:t>to yeh bilashuba Allah ki aik sifat ka aap ne iqrar kiya.</w:t>
      </w:r>
    </w:p>
    <w:p>
      <w:pPr>
        <w:jc w:val="right"/>
      </w:pPr>
      <w:r>
        <w:t>تو یہ بلاشبہ اللہ کی ایک صفت کا آپ نے اقرار کیا۔</w:t>
      </w:r>
    </w:p>
    <w:p>
      <w:r>
        <w:rPr>
          <w:b/>
        </w:rPr>
        <w:t xml:space="preserve">[21:01] </w:t>
      </w:r>
      <w:r>
        <w:t>to yahi matlab hai is ka keh Allah ki sifat rehmat ka aik pehlu hai. woh to woh jab aap</w:t>
      </w:r>
    </w:p>
    <w:p>
      <w:pPr>
        <w:jc w:val="right"/>
      </w:pPr>
      <w:r>
        <w:t>تو یہی مطلب ہے اس کا کہ اللہ کی صفت رحمت کا ایک پہلو ہے۔ وہ تو وہ جب آپ</w:t>
      </w:r>
    </w:p>
    <w:p>
      <w:r>
        <w:rPr>
          <w:b/>
        </w:rPr>
        <w:t xml:space="preserve">[21:15] </w:t>
      </w:r>
      <w:r>
        <w:t>is hesiyat se sochte hain to Allah ki rehmat ka yaqeen barhate hain. to yeh bilashuba aik aik ibadat ki baat hai.</w:t>
      </w:r>
    </w:p>
    <w:p>
      <w:pPr>
        <w:jc w:val="right"/>
      </w:pPr>
      <w:r>
        <w:t>اس حیثیت سے سوچتے ہیں تو اللہ کی رحمت کا یقین بڑھاتے ہیں۔ تو یہ بلاشبہ ایک ایک عبادت کی بات ہے۔</w:t>
      </w:r>
    </w:p>
    <w:p>
      <w:r>
        <w:rPr>
          <w:b/>
        </w:rPr>
        <w:t xml:space="preserve">[21:31] </w:t>
      </w:r>
      <w:r>
        <w:t>maulana, yeh husn e zann rakhna yeh marifat ka hissa hai.</w:t>
      </w:r>
    </w:p>
    <w:p>
      <w:pPr>
        <w:jc w:val="right"/>
      </w:pPr>
      <w:r>
        <w:t>مولانا، یہ حسن زن رکھنا یہ معرفت کا حصہ ہے۔</w:t>
      </w:r>
    </w:p>
    <w:p>
      <w:r>
        <w:rPr>
          <w:b/>
        </w:rPr>
        <w:t xml:space="preserve">[21:37] </w:t>
      </w:r>
      <w:r>
        <w:t>is ke nateejay mein marifat aati hai, apne aap nahi aati. aisa nahi hota hota keh apne aap aa jaye, lekin husn e zann ka aik nateejah yeh hai keh yeh yeh bhi hai.</w:t>
      </w:r>
    </w:p>
    <w:p>
      <w:pPr>
        <w:jc w:val="right"/>
      </w:pPr>
      <w:r>
        <w:t>اس کے نتیجے میں معرفت آتی ہے، اپنے آپ نہیں آتی۔ ایسا نہیں ہوتا ہوتا کہ اپنے آپ آ جائے، لیکن حسن زن کا ایک نتیجہ یہ ہے کہ یہ یہ بھی ہے۔</w:t>
      </w:r>
    </w:p>
    <w:p>
      <w:r>
        <w:rPr>
          <w:b/>
        </w:rPr>
        <w:t xml:space="preserve">[21:57] </w:t>
      </w:r>
      <w:r>
        <w:t>maulana, yeh jo aap yeh jo aap Khuda ki marifat ke baray mein bata rahe hain, abhi to maulana, yeh bataiye, jo China mein jaise jo lakhon mein log mar rahe hain, yeh corona virus jo phaila hai, aur aap mujhe keh rahi hain keh aik hadith bhi hai jo relate karti hai keh qayamat door nahi hai.</w:t>
      </w:r>
    </w:p>
    <w:p>
      <w:pPr>
        <w:jc w:val="right"/>
      </w:pPr>
      <w:r>
        <w:t>مولانا، یہ جو آپ یہ جو آپ خدا کی معرفت کے بارے میں بتا رہے ہیں، ابھی تو مولانا، یہ بتائیے، جو چائنہ میں جیسے جو لاکھوں میں لوگ مر رہے ہیں، یہ کرونا وائرس جو پھیلا ہے، اور آپ مجھے کہہ رہی ہیں کہ ایک حدیث بھی ہے جو ریلیٹ کرتی ہے کہ قیامت دور نہیں ہے۔</w:t>
      </w:r>
    </w:p>
    <w:p>
      <w:r>
        <w:rPr>
          <w:b/>
        </w:rPr>
        <w:t xml:space="preserve">[22:15] </w:t>
      </w:r>
      <w:r>
        <w:t>to maulana, aap is ko aap ne kiya, is se agar aap hamari jagah hotay, kisi ki jagah hotay to aap ki aap is se kya message lete hain? yeh jo ho raha hai, jo itna ziyada log mar rahe hain, aur aik tarah ka plague ki tarah phailte ja rahe hain wahan pe China mein, to aap ko kya lagta hai, Khuda kya dikhana chahta hai is se?</w:t>
      </w:r>
    </w:p>
    <w:p>
      <w:pPr>
        <w:jc w:val="right"/>
      </w:pPr>
      <w:r>
        <w:t>تو مولانا، آپ اس کو آپ نے کیا، اس سے اگر آپ ہماری جگہ ہوتے، کسی کی جگہ ہوتے تو آپ کی آپ اس سے کیا میسج لیتے ہیں؟ یہ جو ہو رہا ہے، جو اتنا زیادہ لوگ مر رہے ہیں، اور ایک طرح کا پلیگ کی طرح پھیلتے جا رہے ہیں وہاں پہ چائنہ میں، تو آپ کو کیا لگتا ہے، خدا کیا دکھانا چاہتا ہے اس سے؟</w:t>
      </w:r>
    </w:p>
    <w:p>
      <w:r>
        <w:rPr>
          <w:b/>
        </w:rPr>
        <w:t xml:space="preserve">[22:30] </w:t>
      </w:r>
      <w:r>
        <w:t>aap kaise sochte hain is ke baray mein?</w:t>
      </w:r>
    </w:p>
    <w:p>
      <w:pPr>
        <w:jc w:val="right"/>
      </w:pPr>
      <w:r>
        <w:t>آپ کیسے سوچیں گے اس کے بارے میں؟</w:t>
      </w:r>
    </w:p>
    <w:p>
      <w:r>
        <w:rPr>
          <w:b/>
        </w:rPr>
        <w:t xml:space="preserve">[22:42] </w:t>
      </w:r>
      <w:r>
        <w:t>yahan tak mein sochta hoon,</w:t>
      </w:r>
    </w:p>
    <w:p>
      <w:pPr>
        <w:jc w:val="right"/>
      </w:pPr>
      <w:r>
        <w:t>یہاں تک میں سوچتا ہوں،</w:t>
      </w:r>
    </w:p>
    <w:p>
      <w:r>
        <w:rPr>
          <w:b/>
        </w:rPr>
        <w:t xml:space="preserve">[22:47] </w:t>
      </w:r>
      <w:r>
        <w:t>China mein bohat ziyada materialism hai, bohat ziyada. woh haram halal ko koi farq nahi karte. woh to mein sochta hoon keh Allah taala un ko dikha rahe hain keh jo cheezein halaal hain, haram hain, woh haram hain.</w:t>
      </w:r>
    </w:p>
    <w:p>
      <w:pPr>
        <w:jc w:val="right"/>
      </w:pPr>
      <w:r>
        <w:t>چائنہ میں بہت زیادہ مٹیریلزم ہے، بہت زیادہ۔ وہ حرام حلال کو کوئی فرق نہیں کرتے۔ وہ تو میں سوچتا ہوں کہ اللہ تعالی ان کو دکھا رہے ہیں کہ جو چیزیں حلال ہیں، حرام ہیں، وہ حرام ہیں۔</w:t>
      </w:r>
    </w:p>
    <w:p>
      <w:r>
        <w:rPr>
          <w:b/>
        </w:rPr>
        <w:t xml:space="preserve">[23:03] </w:t>
      </w:r>
      <w:r>
        <w:t>jo cheezein haram haram halaal hain, woh halaal hain. to un ka hass ko jagana, haram o halaal ke baray mein un ka hass bohat hi kamzor tha.</w:t>
      </w:r>
    </w:p>
    <w:p>
      <w:pPr>
        <w:jc w:val="right"/>
      </w:pPr>
      <w:r>
        <w:t>جو چیزیں حرام حرام حلال ہیں، وہ حلال ہیں۔ تو ان کا حس کو جگانا، حرام و حلال کے بارے میں ان کا حس بہت ہی کمزور تھا۔</w:t>
      </w:r>
    </w:p>
    <w:p>
      <w:r>
        <w:rPr>
          <w:b/>
        </w:rPr>
        <w:t xml:space="preserve">[23:18] </w:t>
      </w:r>
      <w:r>
        <w:t>to Allah taala shayad sath chahte hain keh un ke haram o halaal ke hass ko barhaein, barhaein.</w:t>
      </w:r>
    </w:p>
    <w:p>
      <w:pPr>
        <w:jc w:val="right"/>
      </w:pPr>
      <w:r>
        <w:t>تو اللہ تعالی شاید ساتھ چاہتے ہیں کہ ان کے حرام و حلال کے حس کو بڑھائیں، بڑھائیں۔</w:t>
      </w:r>
    </w:p>
    <w:p>
      <w:r>
        <w:rPr>
          <w:b/>
        </w:rPr>
        <w:t xml:space="preserve">[23:28] </w:t>
      </w:r>
      <w:r>
        <w:t>maulana, is ko is ke context mein aap keh rahi hain keh koi hadith bhi hai jis mein jo relate karti hai keh qayamat mein aisa prediction hai keh aisa hona hai, ho ya honay wala hai, ya aise kuch, aisa kuch hai.</w:t>
      </w:r>
    </w:p>
    <w:p>
      <w:pPr>
        <w:jc w:val="right"/>
      </w:pPr>
      <w:r>
        <w:t>مولانا، اس کو اس کے کانٹیکسٹ میں آپ کہہ رہی ہیں کہ کوئی حدیث بھی ہے جس میں جو ریلیٹ کرتی ہے کہ قیامت میں ایسا پریڈکشن ہے کہ ایسا ہونا ہے، ہو یا ہونے والا ہے، یا ایسے کچھ، ایسا کچھ ہے۔</w:t>
      </w:r>
    </w:p>
    <w:p>
      <w:r>
        <w:rPr>
          <w:b/>
        </w:rPr>
        <w:t xml:space="preserve">[23:40] </w:t>
      </w:r>
      <w:r>
        <w:t>maulana, aap ne bataya, abhi koi hadith hai jo yeh is baat ko clearly clarify karti hai keh aisa qayamat door nahi hai, aur yeh aik aik tarah ki nishani hai?</w:t>
      </w:r>
    </w:p>
    <w:p>
      <w:pPr>
        <w:jc w:val="right"/>
      </w:pPr>
      <w:r>
        <w:t>مولانا، آپ نے بتایا، ابھی کوئی حدیث ہے جو یہ اس بات کو کلیئرلی کلیریفائی کرتی ہے کہ ایسا قیامت دور نہیں ہے، اور یہ ایک ایک طرح کی نشانی ہے؟</w:t>
      </w:r>
    </w:p>
    <w:p>
      <w:r>
        <w:rPr>
          <w:b/>
        </w:rPr>
        <w:t xml:space="preserve">[23:52] </w:t>
      </w:r>
      <w:r>
        <w:t>ho ho, koi aaye, koi hadith ho sakti hai, kyunkeh hadithain bohat ziyada hain qayamat ke baray mein. koi yaad nahi hai. corona virus ke, is ko is ko relate relate kar ke nahi hai na?</w:t>
      </w:r>
    </w:p>
    <w:p>
      <w:pPr>
        <w:jc w:val="right"/>
      </w:pPr>
      <w:r>
        <w:t>ہو ہو، کوئی آئے، کوئی حدیث ہو سکتی ہے، کیونکہ حدیثیں بہت زیادہ ہیں قیامت کے بارے میں۔ کوئی یاد نہیں ہے۔ کرونا وائرس کے، اس کو اس کو ریلیٹ ریلیٹ کر کے نہیں ہے نا؟</w:t>
      </w:r>
    </w:p>
    <w:p>
      <w:r>
        <w:rPr>
          <w:b/>
        </w:rPr>
        <w:t xml:space="preserve">[24:03] </w:t>
      </w:r>
      <w:r>
        <w:t>koi bhi aise</w:t>
      </w:r>
    </w:p>
    <w:p>
      <w:pPr>
        <w:jc w:val="right"/>
      </w:pPr>
      <w:r>
        <w:t>کوئی بھی ایسے</w:t>
      </w:r>
    </w:p>
    <w:p>
      <w:r>
        <w:rPr>
          <w:b/>
        </w:rPr>
        <w:t xml:space="preserve">[24:04] </w:t>
      </w:r>
      <w:r>
        <w:t>? qayamat ki nishaniyan ke baray mein bohat ziyada hadithain hain, riwayat hain, hadithain maani riwayat hain. to mein mujhe koi yaad nahi aa raha hai is waqt bar waqt,</w:t>
      </w:r>
    </w:p>
    <w:p>
      <w:pPr>
        <w:jc w:val="right"/>
      </w:pPr>
      <w:r>
        <w:t>؟ قیامت کی نشانیاں کے بارے میں بہت زیادہ حدیثیں ہیں، روایتیں ہیں، حدیثیں معنی روایت ہیں۔ تو میں مجھے کوئی یاد نہیں آ رہا ہے اس وقت بروقت،</w:t>
      </w:r>
    </w:p>
    <w:p>
      <w:r>
        <w:rPr>
          <w:b/>
        </w:rPr>
        <w:t xml:space="preserve">[24:18] </w:t>
      </w:r>
      <w:r>
        <w:t>lekin ho sakta hai koi riwayat ho is baray mein.</w:t>
      </w:r>
    </w:p>
    <w:p>
      <w:pPr>
        <w:jc w:val="right"/>
      </w:pPr>
      <w:r>
        <w:t>لیکن ہو سکتا ہے کوئی روایت ہو اس بارے میں۔</w:t>
      </w:r>
    </w:p>
    <w:p>
      <w:r>
        <w:rPr>
          <w:b/>
        </w:rPr>
        <w:t xml:space="preserve">[24:26] </w:t>
      </w:r>
      <w:r>
        <w:t>maulana, kya koi as there a way jis se insan khud evaluate kar sakta hai keh woh God realization mein aagay barh raha hai ya peechay peechay ki taraf ja raha hai?</w:t>
      </w:r>
    </w:p>
    <w:p>
      <w:pPr>
        <w:jc w:val="right"/>
      </w:pPr>
      <w:r>
        <w:t>مولانا، کیا کوئی از دیر ا وے جس سے انسان خود ایویلویٹ کر سکتا ہے کہ وہ گاڈ ریلائزیشن میں آگے بڑھ رہا ہے یا پیچھے پیچھے کی طرف جا رہا ہے؟</w:t>
      </w:r>
    </w:p>
    <w:p>
      <w:r>
        <w:rPr>
          <w:b/>
        </w:rPr>
        <w:t xml:space="preserve">[24:38] </w:t>
      </w:r>
      <w:r>
        <w:t>kisi tarah se kya yeh check self checking system koi jaan sakta hai? maulana. haan, aap ko jo conscious hai, conscious ko apply kijiye to aap jaan sakte hain is ko.</w:t>
      </w:r>
    </w:p>
    <w:p>
      <w:pPr>
        <w:jc w:val="right"/>
      </w:pPr>
      <w:r>
        <w:t>کسی طریقے سے کیا یہ چیک سیلف چیکنگ سسٹم کوئی جان سکتا ہے؟ مولانا۔ ہاں، آپ کو جو کانشیس ہے، کانشیس کو اپلائی کیجئے تو آپ جان سکتے ہیں اس کو۔</w:t>
      </w:r>
    </w:p>
    <w:p>
      <w:r>
        <w:rPr>
          <w:b/>
        </w:rPr>
        <w:t xml:space="preserve">[24:52] </w:t>
      </w:r>
      <w:r>
        <w:t>conscious ko apply karein to</w:t>
      </w:r>
    </w:p>
    <w:p>
      <w:pPr>
        <w:jc w:val="right"/>
      </w:pPr>
      <w:r>
        <w:t>کانشیس کو اپلائی کریں تو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