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God's Management of History 23 Feb 2020 - Maulana Wahiduddin Khan</w:t>
      </w:r>
    </w:p>
    <w:p>
      <w:r>
        <w:t>https://www.youtube.com/watch?v=NeNadnD-0KE</w:t>
      </w:r>
    </w:p>
    <w:p>
      <w:r>
        <w:rPr>
          <w:b/>
        </w:rPr>
        <w:t xml:space="preserve">[00:13] </w:t>
      </w:r>
      <w:r>
        <w:t>bismillah hir rahman nir rahim, wa salla Allahu ala nabiyyil karim. rab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[00:31] </w:t>
      </w:r>
      <w:r>
        <w:t>23 farwari</w:t>
      </w:r>
    </w:p>
    <w:p>
      <w:pPr>
        <w:jc w:val="right"/>
      </w:pPr>
      <w:r>
        <w:t>23 فروری</w:t>
      </w:r>
    </w:p>
    <w:p>
      <w:r>
        <w:rPr>
          <w:b/>
        </w:rPr>
        <w:t xml:space="preserve">[00:33] </w:t>
      </w:r>
      <w:r>
        <w:t>2020.</w:t>
      </w:r>
    </w:p>
    <w:p>
      <w:pPr>
        <w:jc w:val="right"/>
      </w:pPr>
      <w:r>
        <w:t>2020۔</w:t>
      </w:r>
    </w:p>
    <w:p>
      <w:r>
        <w:rPr>
          <w:b/>
        </w:rPr>
        <w:t xml:space="preserve">[00:42] </w:t>
      </w:r>
      <w:r>
        <w:t>aaj ki</w:t>
      </w:r>
    </w:p>
    <w:p>
      <w:pPr>
        <w:jc w:val="right"/>
      </w:pPr>
      <w:r>
        <w:t>آج کی</w:t>
      </w:r>
    </w:p>
    <w:p>
      <w:r>
        <w:rPr>
          <w:b/>
        </w:rPr>
        <w:t xml:space="preserve">[00:45] </w:t>
      </w:r>
      <w:r>
        <w:t>talk ka jo subject hai woh hai</w:t>
      </w:r>
    </w:p>
    <w:p>
      <w:pPr>
        <w:jc w:val="right"/>
      </w:pPr>
      <w:r>
        <w:t>ٹاک کا جو سبجیکٹ ہے وہ ہے</w:t>
      </w:r>
    </w:p>
    <w:p>
      <w:r>
        <w:rPr>
          <w:b/>
        </w:rPr>
        <w:t xml:space="preserve">[00:51] </w:t>
      </w:r>
      <w:r>
        <w:t>quran ki hifazat.</w:t>
      </w:r>
    </w:p>
    <w:p>
      <w:pPr>
        <w:jc w:val="right"/>
      </w:pPr>
      <w:r>
        <w:t>قرآن کی حفاظت۔</w:t>
      </w:r>
    </w:p>
    <w:p>
      <w:r>
        <w:rPr>
          <w:b/>
        </w:rPr>
        <w:t xml:space="preserve">[00:56] </w:t>
      </w:r>
      <w:r>
        <w:t>quran ke surah number 25 mein, yani furqan mein, ek ayat aayi hai jo makki daur ki hai:</w:t>
      </w:r>
    </w:p>
    <w:p>
      <w:pPr>
        <w:jc w:val="right"/>
      </w:pPr>
      <w:r>
        <w:t>قرآن کے سورہ نمبر 25 میں، یعنی الفرقان میں، ایک آیت آئی ہے جو مکی دور کی ہے:</w:t>
      </w:r>
    </w:p>
    <w:p>
      <w:r>
        <w:rPr>
          <w:b/>
        </w:rPr>
        <w:t xml:space="preserve">[01:13] </w:t>
      </w:r>
      <w:r>
        <w:t>nazala l furqana arabi liyakuna lil alamin nazira Allah ne utara hai quran apne bande par</w:t>
      </w:r>
    </w:p>
    <w:p>
      <w:pPr>
        <w:jc w:val="right"/>
      </w:pPr>
      <w:r>
        <w:t>نزل الفرقان العربی لیکون للعالمین نظیرا اللہ نے اتارا ہے قرآن اپنے بندے پر</w:t>
      </w:r>
    </w:p>
    <w:p>
      <w:r>
        <w:rPr>
          <w:b/>
        </w:rPr>
        <w:t xml:space="preserve">[01:30] </w:t>
      </w:r>
      <w:r>
        <w:t>takah woh</w:t>
      </w:r>
    </w:p>
    <w:p>
      <w:pPr>
        <w:jc w:val="right"/>
      </w:pPr>
      <w:r>
        <w:t>تاکہ وہ</w:t>
      </w:r>
    </w:p>
    <w:p>
      <w:r>
        <w:rPr>
          <w:b/>
        </w:rPr>
        <w:t xml:space="preserve">[01:31] </w:t>
      </w:r>
      <w:r>
        <w:t>sare alam ke liye nazir bane. yani quran utra toh hai muhammad sallallahu alaihi wasallam par, lekin woh address karta hai sare alam ko.</w:t>
      </w:r>
    </w:p>
    <w:p>
      <w:pPr>
        <w:jc w:val="right"/>
      </w:pPr>
      <w:r>
        <w:t>سارے عالم کے لیے نظیر بنے۔ یعنی قرآن اترا تو ہے محمد صلی اللہ علیہ وسلم پر، لیکن وہ ایڈریس کرتا ہے سارے عالم کو۔</w:t>
      </w:r>
    </w:p>
    <w:p>
      <w:r>
        <w:rPr>
          <w:b/>
        </w:rPr>
        <w:t xml:space="preserve">[01:49] </w:t>
      </w:r>
      <w:r>
        <w:t>ab yahan par dekhen, tadabbur ki baat hai. yeh sochiye ke yeh rasul Allah ne toh kabhi safar nahi kiya dunya bhar ka, hatta ke arab ko bhi safar nahi kiya aap ne.</w:t>
      </w:r>
    </w:p>
    <w:p>
      <w:pPr>
        <w:jc w:val="right"/>
      </w:pPr>
      <w:r>
        <w:t>اب یہاں پر دیکھیں، تدبر کی بات ہے۔ یہ سوچیے کہ یہ رسول اللہ نے تو کبھی سفر نہیں کیا دنیا بھر کا، حتیٰ کہ عرب کو بھی سفر نہیں کیا آپ نے۔</w:t>
      </w:r>
    </w:p>
    <w:p>
      <w:r>
        <w:rPr>
          <w:b/>
        </w:rPr>
        <w:t xml:space="preserve">[02:05] </w:t>
      </w:r>
      <w:r>
        <w:t>toh yeh kaise sare alam ke liye ho gaya?</w:t>
      </w:r>
    </w:p>
    <w:p>
      <w:pPr>
        <w:jc w:val="right"/>
      </w:pPr>
      <w:r>
        <w:t>تو یہ کیسے سارے عالم کے لیے ہو گیا؟</w:t>
      </w:r>
    </w:p>
    <w:p>
      <w:r>
        <w:rPr>
          <w:b/>
        </w:rPr>
        <w:t xml:space="preserve">[02:11] </w:t>
      </w:r>
      <w:r>
        <w:t>toh iska matlab yeh hai ke yeh tadabbur ka lafz maloom hota hai. yani direct makka walon ke liye ya arab ke liye,</w:t>
      </w:r>
    </w:p>
    <w:p>
      <w:pPr>
        <w:jc w:val="right"/>
      </w:pPr>
      <w:r>
        <w:t>تو اس کا مطلب یہ ہے کہ یہ تدبر کا لفظ معلوم ہوتا ہے۔ یعنی ڈائریکٹ مکہ والوں کے لیے یا عرب کے لیے،</w:t>
      </w:r>
    </w:p>
    <w:p>
      <w:r>
        <w:rPr>
          <w:b/>
        </w:rPr>
        <w:t xml:space="preserve">[02:25] </w:t>
      </w:r>
      <w:r>
        <w:t>aur in direct sare alam ke liye.</w:t>
      </w:r>
    </w:p>
    <w:p>
      <w:pPr>
        <w:jc w:val="right"/>
      </w:pPr>
      <w:r>
        <w:t>اور ان ڈائریکٹ سارے عالم کے لیے۔</w:t>
      </w:r>
    </w:p>
    <w:p>
      <w:r>
        <w:rPr>
          <w:b/>
        </w:rPr>
        <w:t xml:space="preserve">[02:29] </w:t>
      </w:r>
      <w:r>
        <w:t>isi ka naam hai tadabbur.</w:t>
      </w:r>
    </w:p>
    <w:p>
      <w:pPr>
        <w:jc w:val="right"/>
      </w:pPr>
      <w:r>
        <w:t>اسی کا نام ہے تدبر۔</w:t>
      </w:r>
    </w:p>
    <w:p>
      <w:r>
        <w:rPr>
          <w:b/>
        </w:rPr>
        <w:t xml:space="preserve">[02:36] </w:t>
      </w:r>
      <w:r>
        <w:t>aur doosri baat yeh hai ke Allah ka tareeqa yeh hai ke har cheez ko gradual tareeqe se karna.</w:t>
      </w:r>
    </w:p>
    <w:p>
      <w:pPr>
        <w:jc w:val="right"/>
      </w:pPr>
      <w:r>
        <w:t>اور دوسری بات یہ ہے کہ اللہ کا طریقہ یہ ہے کہ ہر چیز کو گیجول طریقے سے کرنا۔</w:t>
      </w:r>
    </w:p>
    <w:p>
      <w:r>
        <w:rPr>
          <w:b/>
        </w:rPr>
        <w:t xml:space="preserve">[02:45] </w:t>
      </w:r>
      <w:r>
        <w:t>jaise mislan ek darakht hai, ek aam ka darakht aap lagayen apne bagh mein,</w:t>
      </w:r>
    </w:p>
    <w:p>
      <w:pPr>
        <w:jc w:val="right"/>
      </w:pPr>
      <w:r>
        <w:t>جیسے مثلاً ایک درخت ہے، ایک آم کا درخت آپ لگائیں اپنے باغ میں،</w:t>
      </w:r>
    </w:p>
    <w:p>
      <w:r>
        <w:rPr>
          <w:b/>
        </w:rPr>
        <w:t xml:space="preserve">[02:52] </w:t>
      </w:r>
      <w:r>
        <w:t>toh isko tayyar hone mein 20 saal lag jaate hain ya is se bhi zyada. toh yeh tareeqa hai Allah taala ka.</w:t>
      </w:r>
    </w:p>
    <w:p>
      <w:pPr>
        <w:jc w:val="right"/>
      </w:pPr>
      <w:r>
        <w:t>تو اس کو تیار ہونے میں 20 سال لگ جاتے ہیں یا اس سے بھی زیادہ۔ تو یہ طریقہ ہے اللہ تعالیٰ کا۔</w:t>
      </w:r>
    </w:p>
    <w:p>
      <w:r>
        <w:rPr>
          <w:b/>
        </w:rPr>
        <w:t xml:space="preserve">[03:02] </w:t>
      </w:r>
      <w:r>
        <w:t>toh quran ke bare mein bhi yahi tareeqa ko follow kiya gaya hai. yani</w:t>
      </w:r>
    </w:p>
    <w:p>
      <w:pPr>
        <w:jc w:val="right"/>
      </w:pPr>
      <w:r>
        <w:t>تو قرآن کے بارے میں بھی یہی طریقہ کو فالو کیا گیا ہے۔ یعنی</w:t>
      </w:r>
    </w:p>
    <w:p>
      <w:r>
        <w:rPr>
          <w:b/>
        </w:rPr>
        <w:t xml:space="preserve">[03:09] </w:t>
      </w:r>
      <w:r>
        <w:t>is ko main kahunga ke quran ka jab utara gaya toh Allah ne history mein, history mein, human history mein ek process jari kar diya.</w:t>
      </w:r>
    </w:p>
    <w:p>
      <w:pPr>
        <w:jc w:val="right"/>
      </w:pPr>
      <w:r>
        <w:t>اس کو میں کہوں گا کہ قرآن کا جب اتارا گیا تو اللہ نے ہسٹری میں، ہسٹری میں، ہیومن ہسٹری میں ایک پراسیس جاری کر دیا۔</w:t>
      </w:r>
    </w:p>
    <w:p>
      <w:r>
        <w:rPr>
          <w:b/>
        </w:rPr>
        <w:t xml:space="preserve">[03:21] </w:t>
      </w:r>
      <w:r>
        <w:t>process. is process ke through quran</w:t>
      </w:r>
    </w:p>
    <w:p>
      <w:pPr>
        <w:jc w:val="right"/>
      </w:pPr>
      <w:r>
        <w:t>پراسیس۔ اس پراسیس کے تھرو قرآن</w:t>
      </w:r>
    </w:p>
    <w:p>
      <w:r>
        <w:rPr>
          <w:b/>
        </w:rPr>
        <w:t xml:space="preserve">[03:26] </w:t>
      </w:r>
      <w:r>
        <w:t>pohancha ya pohanchega sare alam tak. yeh process aaj tak jari hai. yeh mat samjhiye ke yeh khatam ho gaya.</w:t>
      </w:r>
    </w:p>
    <w:p>
      <w:pPr>
        <w:jc w:val="right"/>
      </w:pPr>
      <w:r>
        <w:t>پہنچا یا پہنچے گا سارے عالم تک۔ یہ پراسیس آج تک جاری ہے۔ یہ مت سمجھئے کہ یہ ختم ہو گیا۔</w:t>
      </w:r>
    </w:p>
    <w:p>
      <w:r>
        <w:rPr>
          <w:b/>
        </w:rPr>
        <w:t xml:space="preserve">[03:38] </w:t>
      </w:r>
      <w:r>
        <w:t>quran jab sare logon ke liye hai, sare alam ke liye, toh sare alam tak jab pohanchega tab ja ke process mukammal hoga.</w:t>
      </w:r>
    </w:p>
    <w:p>
      <w:pPr>
        <w:jc w:val="right"/>
      </w:pPr>
      <w:r>
        <w:t>قرآن جب سارے لوگوں کے لیے ہے، سارے عالم کے لیے، تو سارے عالم تک جب پہنچے گا تب جا کے پراسیس مکمل ہوگا۔</w:t>
      </w:r>
    </w:p>
    <w:p>
      <w:r>
        <w:rPr>
          <w:b/>
        </w:rPr>
        <w:t xml:space="preserve">[03:48] </w:t>
      </w:r>
      <w:r>
        <w:t>process culmination us waqt hoga jab kuch pohanch jaye sab ko. ab toh baghair pohanche kaise ho sakta hai?</w:t>
      </w:r>
    </w:p>
    <w:p>
      <w:pPr>
        <w:jc w:val="right"/>
      </w:pPr>
      <w:r>
        <w:t>پراسیس کلمنیشن اس وقت ہوگا جب کچھ پہنچ جائے سب کو۔ اب تو بغیر پہنچے کیسے ہو سکتا ہے؟</w:t>
      </w:r>
    </w:p>
    <w:p>
      <w:r>
        <w:rPr>
          <w:b/>
        </w:rPr>
        <w:t xml:space="preserve">[03:59] </w:t>
      </w:r>
      <w:r>
        <w:t>toh kitna bara Allah taala ne ahle iman ko kitni bari nemat de di.</w:t>
      </w:r>
    </w:p>
    <w:p>
      <w:pPr>
        <w:jc w:val="right"/>
      </w:pPr>
      <w:r>
        <w:t>تو کتنا بڑا اللہ تعالیٰ نے اہل ایمان کو کتنا بڑی نعمت دے دی۔</w:t>
      </w:r>
    </w:p>
    <w:p>
      <w:r>
        <w:rPr>
          <w:b/>
        </w:rPr>
        <w:t xml:space="preserve">[04:07] </w:t>
      </w:r>
      <w:r>
        <w:t>neamat. log ladte hain idhar, ladte hain idhar, zulm ke liye aur huqooq ke liye.</w:t>
      </w:r>
    </w:p>
    <w:p>
      <w:pPr>
        <w:jc w:val="right"/>
      </w:pPr>
      <w:r>
        <w:t>نعمت۔ لوگ لڑتے ہیں ادھر، لڑتے ہیں ادھر، ظلم کے لیے اور حقوق کے لیے۔</w:t>
      </w:r>
    </w:p>
    <w:p>
      <w:r>
        <w:rPr>
          <w:b/>
        </w:rPr>
        <w:t xml:space="preserve">[04:16] </w:t>
      </w:r>
      <w:r>
        <w:t>main kehta hoon ke is se bari baat kya ho sakti hai ke Allah ke kalam ko sare alam tak pohnchaney ke liye aap ko is process ka hissa bana diya gaya.</w:t>
      </w:r>
    </w:p>
    <w:p>
      <w:pPr>
        <w:jc w:val="right"/>
      </w:pPr>
      <w:r>
        <w:t>میں کہتا ہوں کہ اس سے بڑی بات کیا ہو سکتی ہے کہ اللہ کے کلام کو سارے عالم تک پہنچانے کے لیے آپ کو اس پراسیس کا حصہ بنا دیا گیا۔</w:t>
      </w:r>
    </w:p>
    <w:p>
      <w:r>
        <w:rPr>
          <w:b/>
        </w:rPr>
        <w:t xml:space="preserve">[04:31] </w:t>
      </w:r>
      <w:r>
        <w:t>is joint process ka hissa bana diya gaya.</w:t>
      </w:r>
    </w:p>
    <w:p>
      <w:pPr>
        <w:jc w:val="right"/>
      </w:pPr>
      <w:r>
        <w:t>اس جوائنٹ پراسیس کا حصہ بنا دیا گیا۔</w:t>
      </w:r>
    </w:p>
    <w:p>
      <w:r>
        <w:rPr>
          <w:b/>
        </w:rPr>
        <w:t xml:space="preserve">[04:35] </w:t>
      </w:r>
      <w:r>
        <w:t>is se bari koi zaroorat thi?</w:t>
      </w:r>
    </w:p>
    <w:p>
      <w:pPr>
        <w:jc w:val="right"/>
      </w:pPr>
      <w:r>
        <w:t>اس سے بڑی کوئی ضرورت تھی؟</w:t>
      </w:r>
    </w:p>
    <w:p>
      <w:r>
        <w:rPr>
          <w:b/>
        </w:rPr>
        <w:t xml:space="preserve">[04:41] </w:t>
      </w:r>
      <w:r>
        <w:t>lekin koi janta nahi hai ke kya cheez hai Allah ki neamat.</w:t>
      </w:r>
    </w:p>
    <w:p>
      <w:pPr>
        <w:jc w:val="right"/>
      </w:pPr>
      <w:r>
        <w:t>لیکن کوئی جانتا نہیں ہے کہ کیا چیز ہے اللہ کی نعمت۔</w:t>
      </w:r>
    </w:p>
    <w:p>
      <w:r>
        <w:rPr>
          <w:b/>
        </w:rPr>
        <w:t xml:space="preserve">[04:50] </w:t>
      </w:r>
      <w:r>
        <w:t>to is par maine bohat socha hai, to main soch ka khulasa arz karta hoon ke</w:t>
      </w:r>
    </w:p>
    <w:p>
      <w:pPr>
        <w:jc w:val="right"/>
      </w:pPr>
      <w:r>
        <w:t>تو اس پر میں نے بہت سوچا ہے، تو میں سوچ کا خلاصہ عرض کرتا ہوں کہ</w:t>
      </w:r>
    </w:p>
    <w:p>
      <w:r>
        <w:rPr>
          <w:b/>
        </w:rPr>
        <w:t xml:space="preserve">[04:59] </w:t>
      </w:r>
      <w:r>
        <w:t>Allah ne yeh jo matloob tha Allah taala ka ke Quran Allah ke sare bando tak pohnche, un ki apni zuban mein pohnche.</w:t>
      </w:r>
    </w:p>
    <w:p>
      <w:pPr>
        <w:jc w:val="right"/>
      </w:pPr>
      <w:r>
        <w:t>اللہ نے یہ جو مطلوب تھا اللہ تعالیٰ کا کہ قرآن اللہ کے سارے بندوں تک پہنچے، ان کی اپنی زبان میں پہنچے۔</w:t>
      </w:r>
    </w:p>
    <w:p>
      <w:r>
        <w:rPr>
          <w:b/>
        </w:rPr>
        <w:t xml:space="preserve">[05:12] </w:t>
      </w:r>
      <w:r>
        <w:t>bil san qoumi ka lafz batata hai ke Quran sare alam ke liye hai aur sare alam ki</w:t>
      </w:r>
    </w:p>
    <w:p>
      <w:pPr>
        <w:jc w:val="right"/>
      </w:pPr>
      <w:r>
        <w:t>بلسان قومی کا لفظ بتاتا ہے کہ قرآن سارے عالم کے لیے ہے اور سارے عالم کی</w:t>
      </w:r>
    </w:p>
    <w:p>
      <w:r>
        <w:rPr>
          <w:b/>
        </w:rPr>
        <w:t xml:space="preserve">[05:19] </w:t>
      </w:r>
      <w:r>
        <w:t>zuban mein pohnchna hai is ko.</w:t>
      </w:r>
    </w:p>
    <w:p>
      <w:pPr>
        <w:jc w:val="right"/>
      </w:pPr>
      <w:r>
        <w:t>زبان میں پہنچنا ہے اس کو۔</w:t>
      </w:r>
    </w:p>
    <w:p>
      <w:r>
        <w:rPr>
          <w:b/>
        </w:rPr>
        <w:t xml:space="preserve">[05:25] </w:t>
      </w:r>
      <w:r>
        <w:t>to is ke liye Allah ne ek process jari kar diya is tareekh mein. yani poori tareekh ko Allah taala ne ek planning ki.</w:t>
      </w:r>
    </w:p>
    <w:p>
      <w:pPr>
        <w:jc w:val="right"/>
      </w:pPr>
      <w:r>
        <w:t>تو اس کے لیے اللہ نے ایک پراسیس جاری کر دیا اس تاریخ میں۔ یعنی پوری تاریخ کو اللہ تعالیٰ نے ایک پلاننگ کی۔</w:t>
      </w:r>
    </w:p>
    <w:p>
      <w:r>
        <w:rPr>
          <w:b/>
        </w:rPr>
        <w:t xml:space="preserve">[05:35] </w:t>
      </w:r>
      <w:r>
        <w:t>poori tareekh ki planning ki. poori history ki. is ko main kahunga</w:t>
      </w:r>
    </w:p>
    <w:p>
      <w:pPr>
        <w:jc w:val="right"/>
      </w:pPr>
      <w:r>
        <w:t>پوری تاریخ کی پلاننگ کی۔ پوری ہسٹری کی۔ اس کو میں کہوں گا</w:t>
      </w:r>
    </w:p>
    <w:p>
      <w:r>
        <w:rPr>
          <w:b/>
        </w:rPr>
        <w:t xml:space="preserve">[05:42] </w:t>
      </w:r>
      <w:r>
        <w:t>ke is ko main kahunga ke yeh jo hua to yeh ek series of event jari kar diya Allah taala ne poori history mein.</w:t>
      </w:r>
    </w:p>
    <w:p>
      <w:pPr>
        <w:jc w:val="right"/>
      </w:pPr>
      <w:r>
        <w:t>کہ اس کو میں کہوں گا کہ یہ جو ہوا تو یہ ایک سیریز آف ایونٹ جاری کر دیا اللہ تعالیٰ نے پوری ہسٹری میں۔</w:t>
      </w:r>
    </w:p>
    <w:p>
      <w:r>
        <w:rPr>
          <w:b/>
        </w:rPr>
        <w:t xml:space="preserve">[05:58] </w:t>
      </w:r>
      <w:r>
        <w:t>kyun ke yeh itna bara kaam tha, yeh itna bara kaam tha</w:t>
      </w:r>
    </w:p>
    <w:p>
      <w:pPr>
        <w:jc w:val="right"/>
      </w:pPr>
      <w:r>
        <w:t>کیونکہ یہ اتنا بڑا کام تھا، یہ اتنا بڑا کام تھا</w:t>
      </w:r>
    </w:p>
    <w:p>
      <w:r>
        <w:rPr>
          <w:b/>
        </w:rPr>
        <w:t xml:space="preserve">[06:01] </w:t>
      </w:r>
      <w:r>
        <w:t>ke yeh poori history ko is mein lagna tha.</w:t>
      </w:r>
    </w:p>
    <w:p>
      <w:pPr>
        <w:jc w:val="right"/>
      </w:pPr>
      <w:r>
        <w:t>کہ یہ پوری ہسٹری کو اس میں لگنا تھا۔</w:t>
      </w:r>
    </w:p>
    <w:p>
      <w:r>
        <w:rPr>
          <w:b/>
        </w:rPr>
        <w:t xml:space="preserve">[06:07] </w:t>
      </w:r>
      <w:r>
        <w:t>sirf usmanon ko nahi, sare insano ko is mein lagna tha. to Quran ko sare sari dunya ke liye nazeer banne ke liye Allah taala ne poori history ke</w:t>
      </w:r>
    </w:p>
    <w:p>
      <w:pPr>
        <w:jc w:val="right"/>
      </w:pPr>
      <w:r>
        <w:t>صرف عثمانوں کو نہیں، سارے انسانوں کو اس میں لگنا تھا۔ تو قرآن کو سارے ساری دنیا کے لیے نظیر بننے کے لیے اللہ تعالیٰ نے پوری ہسٹری کے</w:t>
      </w:r>
    </w:p>
    <w:p>
      <w:r>
        <w:rPr>
          <w:b/>
        </w:rPr>
        <w:t xml:space="preserve">[06:23] </w:t>
      </w:r>
      <w:r>
        <w:t>sare alam ko, tamam qomon ko is mein laga diya.</w:t>
      </w:r>
    </w:p>
    <w:p>
      <w:pPr>
        <w:jc w:val="right"/>
      </w:pPr>
      <w:r>
        <w:t>سارے عالم کو، تمام قوموں کو اس میں لگا دیا۔</w:t>
      </w:r>
    </w:p>
    <w:p>
      <w:r>
        <w:rPr>
          <w:b/>
        </w:rPr>
        <w:t xml:space="preserve">[06:32] </w:t>
      </w:r>
      <w:r>
        <w:t>yeh saada baat nahi thi. saada baat nahi thi. to main apne lafzon pe kahunga ke ek series of events history mein jari ho gaya.</w:t>
      </w:r>
    </w:p>
    <w:p>
      <w:pPr>
        <w:jc w:val="right"/>
      </w:pPr>
      <w:r>
        <w:t>یہ سادہ بات نہیں تھی۔ سادہ بات نہیں تھی۔ تو میں اپنے لفظوں پہ کہوں گا کہ ایک سیریز آف ایونٹس ہسٹری میں جاری ہو گیا۔</w:t>
      </w:r>
    </w:p>
    <w:p>
      <w:r>
        <w:rPr>
          <w:b/>
        </w:rPr>
        <w:t xml:space="preserve">[06:47] </w:t>
      </w:r>
      <w:r>
        <w:t>series of events.</w:t>
      </w:r>
    </w:p>
    <w:p>
      <w:pPr>
        <w:jc w:val="right"/>
      </w:pPr>
      <w:r>
        <w:t>سیریز آف ایونٹس۔</w:t>
      </w:r>
    </w:p>
    <w:p>
      <w:r>
        <w:rPr>
          <w:b/>
        </w:rPr>
        <w:t xml:space="preserve">[06:50] </w:t>
      </w:r>
      <w:r>
        <w:t>misal ke taur par main aap ko chand misalein deta hoon.</w:t>
      </w:r>
    </w:p>
    <w:p>
      <w:pPr>
        <w:jc w:val="right"/>
      </w:pPr>
      <w:r>
        <w:t>مثلاً میں آپ کو چند مثالیں دیتا ہوں۔</w:t>
      </w:r>
    </w:p>
    <w:p>
      <w:r>
        <w:rPr>
          <w:b/>
        </w:rPr>
        <w:t xml:space="preserve">[06:55] </w:t>
      </w:r>
      <w:r>
        <w:t>misal ke taur par dekhiye, sab se pehle Allah taala ne Quran ke nazool ke baad dunya mein aise halaat paida kiye ke printing ka, printing press ka wajood aaya.</w:t>
      </w:r>
    </w:p>
    <w:p>
      <w:pPr>
        <w:jc w:val="right"/>
      </w:pPr>
      <w:r>
        <w:t>مثلاً دیکھیے، سب سے پہلے اللہ تعالیٰ نے قرآن کے نزول کے بعد دنیا میں ایسے حالات پیدا کیے کہ پرنٹنگ کا، پرنٹنگ پریس کا وجود آیا۔</w:t>
      </w:r>
    </w:p>
    <w:p>
      <w:r>
        <w:rPr>
          <w:b/>
        </w:rPr>
        <w:t xml:space="preserve">[07:10] </w:t>
      </w:r>
      <w:r>
        <w:t>printing press.</w:t>
      </w:r>
    </w:p>
    <w:p>
      <w:pPr>
        <w:jc w:val="right"/>
      </w:pPr>
      <w:r>
        <w:t>پرنٹنگ پریس۔</w:t>
      </w:r>
    </w:p>
    <w:p>
      <w:r>
        <w:rPr>
          <w:b/>
        </w:rPr>
        <w:t xml:space="preserve">[07:14] </w:t>
      </w:r>
      <w:r>
        <w:t>wo develop hua, develop hua, develop hua. agar printing press ki technique dunya bana rahi hoti to kya karte aap?</w:t>
      </w:r>
    </w:p>
    <w:p>
      <w:pPr>
        <w:jc w:val="right"/>
      </w:pPr>
      <w:r>
        <w:t>وہ ڈیولپ ہوا، ڈیولپ ہوا، ڈیولپ ہوا۔ اگر پرنٹنگ پریس کی ٹیکنیک دنیا بنا رہی ہوتی تو کیا کرتے آپ؟</w:t>
      </w:r>
    </w:p>
    <w:p>
      <w:r>
        <w:rPr>
          <w:b/>
        </w:rPr>
        <w:t xml:space="preserve">[07:23] </w:t>
      </w:r>
      <w:r>
        <w:t>kya apne hathon pe likh kar pohnchate? to is series of event jo hua is mein number one par shayad aata hai printing press.</w:t>
      </w:r>
    </w:p>
    <w:p>
      <w:pPr>
        <w:jc w:val="right"/>
      </w:pPr>
      <w:r>
        <w:t>کیا اپنے ہاتھوں پہ لکھ کر پہنچاتے؟ تو اس سیریز آف ایونٹ جو ہوا اس میں نمبر ون پر شاید آتا ہے پرنٹنگ پریس۔</w:t>
      </w:r>
    </w:p>
    <w:p>
      <w:r>
        <w:rPr>
          <w:b/>
        </w:rPr>
        <w:t xml:space="preserve">[07:38] </w:t>
      </w:r>
      <w:r>
        <w:t>phir dekhiye, ek zaroori tha ke ek ek international language wajood mein aaye. zaroori tha ke ek international language wajood mein aaye.</w:t>
      </w:r>
    </w:p>
    <w:p>
      <w:pPr>
        <w:jc w:val="right"/>
      </w:pPr>
      <w:r>
        <w:t>پھر دیکھیے، ایک ضروری تھا کہ ایک ایک انٹرنیشنل لینگویج وجود میں آئے۔ ضروری تھا کہ ایک انٹرنیشنل لینگویج وجود میں آئے۔</w:t>
      </w:r>
    </w:p>
    <w:p>
      <w:r>
        <w:rPr>
          <w:b/>
        </w:rPr>
        <w:t xml:space="preserve">[07:53] </w:t>
      </w:r>
      <w:r>
        <w:t>warna kaise hota?</w:t>
      </w:r>
    </w:p>
    <w:p>
      <w:pPr>
        <w:jc w:val="right"/>
      </w:pPr>
      <w:r>
        <w:t>ورنہ کیسے ہوتا؟</w:t>
      </w:r>
    </w:p>
    <w:p>
      <w:r>
        <w:rPr>
          <w:b/>
        </w:rPr>
        <w:t xml:space="preserve">[07:57] </w:t>
      </w:r>
      <w:r>
        <w:t>to is ke liye Allah taala ne ek ek ek empire khada kiya. British Empire. British Empire ke bare mein kaha jata hai ke the sun never sets on the British Empire</w:t>
      </w:r>
    </w:p>
    <w:p>
      <w:pPr>
        <w:jc w:val="right"/>
      </w:pPr>
      <w:r>
        <w:t>تو اس کے لیے اللہ تعالیٰ نے ایک ایک ایک ایمپائر کھڑا کیا۔ برٹش ایمپائر۔ برٹش ایمپائر کے بارے میں کہا جاتا ہے کہ the sun never sets on the British Empire</w:t>
      </w:r>
    </w:p>
    <w:p>
      <w:r>
        <w:rPr>
          <w:b/>
        </w:rPr>
        <w:t xml:space="preserve">[08:16] </w:t>
      </w:r>
      <w:r>
        <w:t>yani yani British Empire tareekh ki pehli Empire thi jo sare alam tak pahunchi. Yani Jibrael se le kar ke Hong Kong tak har jagah pahunchi.</w:t>
      </w:r>
    </w:p>
    <w:p>
      <w:pPr>
        <w:jc w:val="right"/>
      </w:pPr>
      <w:r>
        <w:t>یعنی یعنی برٹش ایمپائر تاریخ کی پہلی ایمپائر تھی جو سارے عالم تک پہنچ گئی۔ یعنی جبرائیل سے لے کر کے ہانگ کانگ تک ہر جگہ پہنچ گئی۔</w:t>
      </w:r>
    </w:p>
    <w:p>
      <w:r>
        <w:rPr>
          <w:b/>
        </w:rPr>
        <w:t xml:space="preserve">[08:30] </w:t>
      </w:r>
      <w:r>
        <w:t>to kya hua? Itne bare paimane par is ka interaction hua,</w:t>
      </w:r>
    </w:p>
    <w:p>
      <w:pPr>
        <w:jc w:val="right"/>
      </w:pPr>
      <w:r>
        <w:t>تو کیا ہوا؟ اتنے بڑے پیمانے پر اس کا انٹریکشن ہوا،</w:t>
      </w:r>
    </w:p>
    <w:p>
      <w:r>
        <w:rPr>
          <w:b/>
        </w:rPr>
        <w:t xml:space="preserve">[08:36] </w:t>
      </w:r>
      <w:r>
        <w:t>is ka phailao hua. Is ke dauran yeh hua ke ek international language wajood mein aayi. Yani Angrezi zaban.</w:t>
      </w:r>
    </w:p>
    <w:p>
      <w:pPr>
        <w:jc w:val="right"/>
      </w:pPr>
      <w:r>
        <w:t>اس کا پھیلاؤ ہوا۔ اس کے دوران یہ ہوا کہ ایک انٹرنیشنل لینگویج وجود میں آئی۔ یعنی انگریزی زبان۔</w:t>
      </w:r>
    </w:p>
    <w:p>
      <w:r>
        <w:rPr>
          <w:b/>
        </w:rPr>
        <w:t xml:space="preserve">[08:45] </w:t>
      </w:r>
      <w:r>
        <w:t>Angrezi zaban ki vocabulary itni zyada hai, itni zyada hai ke sab se zyada hai.</w:t>
      </w:r>
    </w:p>
    <w:p>
      <w:pPr>
        <w:jc w:val="right"/>
      </w:pPr>
      <w:r>
        <w:t>انگریزی زبان کی وکیبلری اتنی زیادہ ہے، اتنی زیادہ ہے کہ سب سے زیادہ ہے۔</w:t>
      </w:r>
    </w:p>
    <w:p>
      <w:r>
        <w:rPr>
          <w:b/>
        </w:rPr>
        <w:t xml:space="preserve">[08:55] </w:t>
      </w:r>
      <w:r>
        <w:t>to international language Quran ko lane ke liye zaroori tha ke ek aisi language wajood mein aaye jis ki vocabulary universal ho.</w:t>
      </w:r>
    </w:p>
    <w:p>
      <w:pPr>
        <w:jc w:val="right"/>
      </w:pPr>
      <w:r>
        <w:t>تو انٹرنیشنل لینگویج قرآن کو لانے کے لیے ضروری تھا کہ ایک ایسی لینگویج وجود میں آئے جس کی وکیبلری یونیورسل ہو۔</w:t>
      </w:r>
    </w:p>
    <w:p>
      <w:r>
        <w:rPr>
          <w:b/>
        </w:rPr>
        <w:t xml:space="preserve">[09:08] </w:t>
      </w:r>
      <w:r>
        <w:t>is ke liye phir zaroori tha ke ek ek Empire wajood mein aaye, British Empire.</w:t>
      </w:r>
    </w:p>
    <w:p>
      <w:pPr>
        <w:jc w:val="right"/>
      </w:pPr>
      <w:r>
        <w:t>اس کے لیے پھر ضروری تھا کہ ایک ایک ایمپائر وجود میں آئے، برٹش ایمپائر۔</w:t>
      </w:r>
    </w:p>
    <w:p>
      <w:r>
        <w:rPr>
          <w:b/>
        </w:rPr>
        <w:t xml:space="preserve">[09:14] </w:t>
      </w:r>
      <w:r>
        <w:t>tab yeh hua.</w:t>
      </w:r>
    </w:p>
    <w:p>
      <w:pPr>
        <w:jc w:val="right"/>
      </w:pPr>
      <w:r>
        <w:t>تب یہ ہوا۔</w:t>
      </w:r>
    </w:p>
    <w:p>
      <w:r>
        <w:rPr>
          <w:b/>
        </w:rPr>
        <w:t xml:space="preserve">[09:18] </w:t>
      </w:r>
      <w:r>
        <w:t>bataiye kitna bara Allah taala ka yeh yeh tha, concern tha, concern ke poori history mein ek parh jari kar diya Allah taala ne.</w:t>
      </w:r>
    </w:p>
    <w:p>
      <w:pPr>
        <w:jc w:val="right"/>
      </w:pPr>
      <w:r>
        <w:t>بتائیے کتنا بڑا اللہ تعالیٰ کا یہ یہ تھا، کنسرن تھا، کنسرن کہ پوری ہسٹری میں ایک پڑھ جاری کر دیا اللہ تعالیٰ نے۔</w:t>
      </w:r>
    </w:p>
    <w:p>
      <w:r>
        <w:rPr>
          <w:b/>
        </w:rPr>
        <w:t xml:space="preserve">[09:31] </w:t>
      </w:r>
      <w:r>
        <w:t>to yeh hai, is ko main kehta hoon ke series of events. To ek event yeh tha ke British press, phir British press wajood mein aaya.</w:t>
      </w:r>
    </w:p>
    <w:p>
      <w:pPr>
        <w:jc w:val="right"/>
      </w:pPr>
      <w:r>
        <w:t>تو یہ ہے، اس کو میں کہتا ہوں کہ سیریز آف ایونٹس۔ تو ایک ایونٹ یہ تھا کہ برٹش پریس، پھر برٹش پریس وجود میں آیا۔</w:t>
      </w:r>
    </w:p>
    <w:p>
      <w:r>
        <w:rPr>
          <w:b/>
        </w:rPr>
        <w:t xml:space="preserve">[09:45] </w:t>
      </w:r>
      <w:r>
        <w:t>phir is ka ek hissa tha ke British Empire wajood mein aayi.</w:t>
      </w:r>
    </w:p>
    <w:p>
      <w:pPr>
        <w:jc w:val="right"/>
      </w:pPr>
      <w:r>
        <w:t>پھر اس کا ایک حصہ تھا کہ برٹش ایمپائر وجود میں آئی۔</w:t>
      </w:r>
    </w:p>
    <w:p>
      <w:r>
        <w:rPr>
          <w:b/>
        </w:rPr>
        <w:t xml:space="preserve">[09:51] </w:t>
      </w:r>
      <w:r>
        <w:t>phir dekhiye,</w:t>
      </w:r>
    </w:p>
    <w:p>
      <w:pPr>
        <w:jc w:val="right"/>
      </w:pPr>
      <w:r>
        <w:t>پھر دیکھیے،</w:t>
      </w:r>
    </w:p>
    <w:p>
      <w:r>
        <w:rPr>
          <w:b/>
        </w:rPr>
        <w:t xml:space="preserve">[09:55] </w:t>
      </w:r>
      <w:r>
        <w:t>First World War ke baad ek bohat bara waqea hua. Woh waqea tha geographical boundary qaim karna qaumon ki.</w:t>
      </w:r>
    </w:p>
    <w:p>
      <w:pPr>
        <w:jc w:val="right"/>
      </w:pPr>
      <w:r>
        <w:t>فرسٹ ورلڈ وار کے بعد ایک بہت بڑا واقعہ ہوا۔ وہ واقعہ تھا جیوگرافیکل باؤنڈری قائم کرنا قوموں کی۔</w:t>
      </w:r>
    </w:p>
    <w:p>
      <w:r>
        <w:rPr>
          <w:b/>
        </w:rPr>
        <w:t xml:space="preserve">[10:08] </w:t>
      </w:r>
      <w:r>
        <w:t>Musalman hamare jo log the is zamane mein mazak udate rahe,</w:t>
      </w:r>
    </w:p>
    <w:p>
      <w:pPr>
        <w:jc w:val="right"/>
      </w:pPr>
      <w:r>
        <w:t>مسلمان ہمارے جو لوگ تھے اس زمانے میں مذاق اڑاتے رہے،</w:t>
      </w:r>
    </w:p>
    <w:p>
      <w:r>
        <w:rPr>
          <w:b/>
        </w:rPr>
        <w:t xml:space="preserve">[10:13] </w:t>
      </w:r>
      <w:r>
        <w:t>in taza Khudaon mein bara sab se watan hai jo parents ka woh mazhab kufar hai. Yeh bohat bari nemat thi Allah taala ki ke qaumon ki boundary muqarrar ho gayi.</w:t>
      </w:r>
    </w:p>
    <w:p>
      <w:pPr>
        <w:jc w:val="right"/>
      </w:pPr>
      <w:r>
        <w:t>ان تازہ خداؤں میں بڑا سب سے وطن ہے جو پیرنٹس کا وہ مذہب کفر ہے۔ یہ بہت بڑی نعمت تھی اللہ تعالیٰ کی کہ قوموں کی باؤنڈری مقرر ہو گئی۔</w:t>
      </w:r>
    </w:p>
    <w:p>
      <w:r>
        <w:rPr>
          <w:b/>
        </w:rPr>
        <w:t xml:space="preserve">[10:26] </w:t>
      </w:r>
      <w:r>
        <w:t>kyun ke is se pehle se entry khatam ho gayi. Intrusion. Pehle kya tha?</w:t>
      </w:r>
    </w:p>
    <w:p>
      <w:pPr>
        <w:jc w:val="right"/>
      </w:pPr>
      <w:r>
        <w:t>کیونکہ اس سے پہلے سے انٹری ختم ہو گئی۔ انٹروژن۔ پہلے کیا تھا؟</w:t>
      </w:r>
    </w:p>
    <w:p>
      <w:r>
        <w:rPr>
          <w:b/>
        </w:rPr>
        <w:t xml:space="preserve">[10:32] </w:t>
      </w:r>
      <w:r>
        <w:t>qabile ke sardar kuch hathiyar jama karte aur kuch jahan chahe khud parhte. Jahan chahe.</w:t>
      </w:r>
    </w:p>
    <w:p>
      <w:pPr>
        <w:jc w:val="right"/>
      </w:pPr>
      <w:r>
        <w:t>قبیلے کے سردار کچھ ہتھیار جمع کرتے اور کچھ جہاں چاہے خود پڑھتے۔ جہاں چاہے۔</w:t>
      </w:r>
    </w:p>
    <w:p>
      <w:r>
        <w:rPr>
          <w:b/>
        </w:rPr>
        <w:t xml:space="preserve">[10:40] </w:t>
      </w:r>
      <w:r>
        <w:t>pichle daur mein yeh hota raha hamesha. Aur ghazwaat mein yaad rakhiye jo talwar istemal hui, woh isi liye masroof hui.</w:t>
      </w:r>
    </w:p>
    <w:p>
      <w:pPr>
        <w:jc w:val="right"/>
      </w:pPr>
      <w:r>
        <w:t>پچھلے دور میں یہ ہوتا رہا ہمیشہ۔ اور غزوات میں یاد رکھیے جو تلوار استعمال ہوئی، وہ اسی لیے مصروف ہوئی۔</w:t>
      </w:r>
    </w:p>
    <w:p>
      <w:r>
        <w:rPr>
          <w:b/>
        </w:rPr>
        <w:t xml:space="preserve">[10:51] </w:t>
      </w:r>
      <w:r>
        <w:t>talwar ka istemal isi liye hua kyun ke boundary muqarrar nahi hui thi.</w:t>
      </w:r>
    </w:p>
    <w:p>
      <w:pPr>
        <w:jc w:val="right"/>
      </w:pPr>
      <w:r>
        <w:t>تلوار کا استعمال اسی لیے ہوا کیونکہ باؤنڈری مقرر نہیں ہوئی تھی۔</w:t>
      </w:r>
    </w:p>
    <w:p>
      <w:r>
        <w:rPr>
          <w:b/>
        </w:rPr>
        <w:t xml:space="preserve">[11:00] </w:t>
      </w:r>
      <w:r>
        <w:t>to Second First World War ke zamane mein qaumon ki boundary muqarrar hui. Watan, yani watan par mabni qaumiyat.</w:t>
      </w:r>
    </w:p>
    <w:p>
      <w:pPr>
        <w:jc w:val="right"/>
      </w:pPr>
      <w:r>
        <w:t>تو سیکنڈ فرسٹ ورلڈ وار کے زمانے میں قوموں کی باؤنڈری مقرر ہوئی۔ وطن، یعنی وطن پر مبنی قومیت۔</w:t>
      </w:r>
    </w:p>
    <w:p>
      <w:r>
        <w:rPr>
          <w:b/>
        </w:rPr>
        <w:t xml:space="preserve">[11:10] </w:t>
      </w:r>
      <w:r>
        <w:t>is ka hamare logon ne mazak udate hain. Itne bekhabar the, itne bekhabar the, itne bekhabar the ke Allah ki planning ko dekhna is ke</w:t>
      </w:r>
    </w:p>
    <w:p>
      <w:pPr>
        <w:jc w:val="right"/>
      </w:pPr>
      <w:r>
        <w:t>اس کا ہمارے لوگوں نے مذاق اڑاتے ہیں۔ اتنے بے خبر تھے، اتنے بے خبر تھے، اتنے بے خبر تھے کہ اللہ کی پلاننگ کو دیکھنا اس کے</w:t>
      </w:r>
    </w:p>
    <w:p>
      <w:r>
        <w:rPr>
          <w:b/>
        </w:rPr>
        <w:t xml:space="preserve">[11:20] </w:t>
      </w:r>
      <w:r>
        <w:t>insan ko kya dekhte hain woh? Allah ki planning ko nahi dekh sake. Kyun ke dekhiye, yeh jo duniya mein aaya hai, geographical boundaries, is ki wajah se entry, peaceful entry mumkin ho gayi hai.</w:t>
      </w:r>
    </w:p>
    <w:p>
      <w:pPr>
        <w:jc w:val="right"/>
      </w:pPr>
      <w:r>
        <w:t>انسان کو کیا دیکھتے ہیں وہ؟ اللہ کی پلاننگ کو نہیں دیکھ سکے۔ کیونکہ دیکھیے، یہ جو دنیا میں آیا ہے، جیوگرافیکل باؤنڈریز، اس کی وجہ سے انٹری، پیس فل انٹری ممکن ہو گئی ہے۔</w:t>
      </w:r>
    </w:p>
    <w:p>
      <w:r>
        <w:rPr>
          <w:b/>
        </w:rPr>
        <w:t xml:space="preserve">[11:37] </w:t>
      </w:r>
      <w:r>
        <w:t>aap ke paas kya hai? Sirf do cheezein hain: visa aur aur passport, jis ko kehte hain travel document.</w:t>
      </w:r>
    </w:p>
    <w:p>
      <w:pPr>
        <w:jc w:val="right"/>
      </w:pPr>
      <w:r>
        <w:t>آپ کے پاس کیا ہے؟ صرف دو چیزیں ہیں: ویزا اور اور پاسپورٹ، جس کو کہتے ہیں ٹریول ڈاکومنٹ۔</w:t>
      </w:r>
    </w:p>
    <w:p>
      <w:r>
        <w:rPr>
          <w:b/>
        </w:rPr>
        <w:t xml:space="preserve">[11:48] </w:t>
      </w:r>
      <w:r>
        <w:t>agar aap ki jeb mein travel document ho to duniya mein jahan jaiye,</w:t>
      </w:r>
    </w:p>
    <w:p>
      <w:pPr>
        <w:jc w:val="right"/>
      </w:pPr>
      <w:r>
        <w:t>اگر آپ کی جیب میں ٹریول ڈاکومنٹ ہو تو دنیا میں جہاں جائیے،</w:t>
      </w:r>
    </w:p>
    <w:p>
      <w:r>
        <w:rPr>
          <w:b/>
        </w:rPr>
        <w:t xml:space="preserve">[11:53] </w:t>
      </w:r>
      <w:r>
        <w:t>koi rokne wala nahi hai aap ko. Yeh kab kab tha aisa? Jab bhi jana chahte the aap kahin to talwar ki zaroorat thi.</w:t>
      </w:r>
    </w:p>
    <w:p>
      <w:pPr>
        <w:jc w:val="right"/>
      </w:pPr>
      <w:r>
        <w:t>کوئی روکنے والا نہیں ہے آپ کو۔ یہ کب کب تھا ایسا؟ جب بھی جانا چاہتے تھے آپ کہیں تو تلوار کی ضرورت تھی۔</w:t>
      </w:r>
    </w:p>
    <w:p>
      <w:r>
        <w:rPr>
          <w:b/>
        </w:rPr>
        <w:t xml:space="preserve">[12:04] </w:t>
      </w:r>
      <w:r>
        <w:t>bghair talwar ki taqat liye bhi kahin jaan sakte thay aap.</w:t>
      </w:r>
    </w:p>
    <w:p>
      <w:pPr>
        <w:jc w:val="right"/>
      </w:pPr>
      <w:r>
        <w:t>بغیر تلوار کی طاقت لیے بھی کہیں جان سکتے تھے آپ۔</w:t>
      </w:r>
    </w:p>
    <w:p>
      <w:r>
        <w:rPr>
          <w:b/>
        </w:rPr>
        <w:t xml:space="preserve">[12:11] </w:t>
      </w:r>
      <w:r>
        <w:t>har jagah rukawat, har jagah rukawat. to watan par mabni qawmiyat ka matlab hai geographical boundaries qomon ki.</w:t>
      </w:r>
    </w:p>
    <w:p>
      <w:pPr>
        <w:jc w:val="right"/>
      </w:pPr>
      <w:r>
        <w:t>ہر جگہ رکاوٹ، ہر جگہ رکاوٹ۔ تو وطن پر مبنی قومیت کا مطلب ہے جیوگرافیکل باؤنڈریز قوموں کی۔</w:t>
      </w:r>
    </w:p>
    <w:p>
      <w:r>
        <w:rPr>
          <w:b/>
        </w:rPr>
        <w:t xml:space="preserve">[12:23] </w:t>
      </w:r>
      <w:r>
        <w:t>yeh Allah taala ne kiya taakeh Quran ko phailana aasan ho jaye.</w:t>
      </w:r>
    </w:p>
    <w:p>
      <w:pPr>
        <w:jc w:val="right"/>
      </w:pPr>
      <w:r>
        <w:t>یہ اللہ تعالیٰ نے کیا تاکہ قرآن کو پھیلانا آسان ہو جائے۔</w:t>
      </w:r>
    </w:p>
    <w:p>
      <w:r>
        <w:rPr>
          <w:b/>
        </w:rPr>
        <w:t xml:space="preserve">[12:29] </w:t>
      </w:r>
      <w:r>
        <w:t>yeh first world war ke baad hua. phir second world war ke baad kya hua? ke isko kehte hain weapons of mass destruction ka concept aaya.</w:t>
      </w:r>
    </w:p>
    <w:p>
      <w:pPr>
        <w:jc w:val="right"/>
      </w:pPr>
      <w:r>
        <w:t>یہ فرسٹ ورلڈ وار کے بعد ہوا۔ پھر سیکنڈ ورلڈ وار کے بعد کیا ہوا؟ کہ اس کو کہتے ہیں ویپنز آف ماس ڈسٹرکشن کا کانسیپٹ آیا۔</w:t>
      </w:r>
    </w:p>
    <w:p>
      <w:r>
        <w:rPr>
          <w:b/>
        </w:rPr>
        <w:t xml:space="preserve">[12:44] </w:t>
      </w:r>
      <w:r>
        <w:t>ke aise hathiyar is ke wajood mein aa gaye jo</w:t>
      </w:r>
    </w:p>
    <w:p>
      <w:pPr>
        <w:jc w:val="right"/>
      </w:pPr>
      <w:r>
        <w:t>کہ ایسے ہتھیار اس کے وجود میں آ گئے جو</w:t>
      </w:r>
    </w:p>
    <w:p>
      <w:r>
        <w:rPr>
          <w:b/>
        </w:rPr>
        <w:t xml:space="preserve">[12:48] </w:t>
      </w:r>
      <w:r>
        <w:t>jo woh thay, un ke un ke un ka jis jis un ki tabahi phailti thi, phailti thi.</w:t>
      </w:r>
    </w:p>
    <w:p>
      <w:pPr>
        <w:jc w:val="right"/>
      </w:pPr>
      <w:r>
        <w:t>جو وہ تھے، ان کے ان کے ان کا جس جس ان کی تباہی پھیلتی تھی، پھیلتی تھی۔</w:t>
      </w:r>
    </w:p>
    <w:p>
      <w:r>
        <w:rPr>
          <w:b/>
        </w:rPr>
        <w:t xml:space="preserve">[13:01] </w:t>
      </w:r>
      <w:r>
        <w:t>yani marne wala bhi marta tha aur jis ko mara jaye woh bhi marta tha.</w:t>
      </w:r>
    </w:p>
    <w:p>
      <w:pPr>
        <w:jc w:val="right"/>
      </w:pPr>
      <w:r>
        <w:t>یعنی مارنے والا بھی مرتا تھا اور جس کو مارا جائے وہ بھی مرتا تھا۔</w:t>
      </w:r>
    </w:p>
    <w:p>
      <w:r>
        <w:rPr>
          <w:b/>
        </w:rPr>
        <w:t xml:space="preserve">[13:06] </w:t>
      </w:r>
      <w:r>
        <w:t>donon. is ko kehte hain weapons of mass destruction. to sare mazhabeen alam ne socha ke yeh kya hai?</w:t>
      </w:r>
    </w:p>
    <w:p>
      <w:pPr>
        <w:jc w:val="right"/>
      </w:pPr>
      <w:r>
        <w:t>دونوں۔ اس کو کہتے ہیں ویپنز آف ماس ڈسٹرکشن۔ تو سارے مذہبین عالم نے سوچا کہ یہ کیا ہے؟</w:t>
      </w:r>
    </w:p>
    <w:p>
      <w:r>
        <w:rPr>
          <w:b/>
        </w:rPr>
        <w:t xml:space="preserve">[13:16] </w:t>
      </w:r>
      <w:r>
        <w:t>ab to jang be faida ho chuki hai. ab jang kis ke liye? aur is baat sab se pehle kahi thi Hitler ne</w:t>
      </w:r>
    </w:p>
    <w:p>
      <w:pPr>
        <w:jc w:val="right"/>
      </w:pPr>
      <w:r>
        <w:t>اب تو جنگ بے فائدہ ہو چکی ہے۔ اب جنگ کس کے لیے؟ اور اس بات سب سے پہلے کہی تھی ہٹلر نے</w:t>
      </w:r>
    </w:p>
    <w:p>
      <w:r>
        <w:rPr>
          <w:b/>
        </w:rPr>
        <w:t xml:space="preserve">[13:24] </w:t>
      </w:r>
      <w:r>
        <w:t>jab us ne suicide ki thi. first second world war shuru ki Hitler ne, isi ne yeh kaha tha sab se pehle ke ab koi jang nahi hai.</w:t>
      </w:r>
    </w:p>
    <w:p>
      <w:pPr>
        <w:jc w:val="right"/>
      </w:pPr>
      <w:r>
        <w:t>جب اس نے سوسائیڈ کی تھی۔ فرسٹ سیکنڈ ورلڈ وار شروع کی ہٹلر نے، اسی نے یہ کہا تھا سب سے پہلے کہ اب کوئی جنگ نہیں ہے۔</w:t>
      </w:r>
    </w:p>
    <w:p>
      <w:r>
        <w:rPr>
          <w:b/>
        </w:rPr>
        <w:t xml:space="preserve">[13:37] </w:t>
      </w:r>
      <w:r>
        <w:t>kyunke jang to ab do tarafah maar karne wali cheez hai.</w:t>
      </w:r>
    </w:p>
    <w:p>
      <w:pPr>
        <w:jc w:val="right"/>
      </w:pPr>
      <w:r>
        <w:t>کیونکہ جنگ تو اب دو طرفہ مار کرنے والی چیز ہے۔</w:t>
      </w:r>
    </w:p>
    <w:p>
      <w:r>
        <w:rPr>
          <w:b/>
        </w:rPr>
        <w:t xml:space="preserve">[13:41] </w:t>
      </w:r>
      <w:r>
        <w:t>yeh main ne likha hai, is ko is ka quote diya kiya hai. is ko yeh tha wave, yani series of events ka ek mamla.</w:t>
      </w:r>
    </w:p>
    <w:p>
      <w:pPr>
        <w:jc w:val="right"/>
      </w:pPr>
      <w:r>
        <w:t>یہ میں نے لکھا ہے، اس کو اس کا کوٹ دیا کیا ہے۔ اس کو یہ تھا ویپ، یعنی سیریز آف ایونٹس کا ایک معاملہ۔</w:t>
      </w:r>
    </w:p>
    <w:p>
      <w:r>
        <w:rPr>
          <w:b/>
        </w:rPr>
        <w:t xml:space="preserve">[13:58] </w:t>
      </w:r>
      <w:r>
        <w:t>to ek ke baad ek ke baad ek ke baad Allah taala ne aise event paida kiye history mein jo Quran ke aalami ishaat ke liye mumkin bana dein.</w:t>
      </w:r>
    </w:p>
    <w:p>
      <w:pPr>
        <w:jc w:val="right"/>
      </w:pPr>
      <w:r>
        <w:t>تو ایک کے بعد ایک کے بعد ایک کے بعد اللہ تعالیٰ نے ایسے ایونٹ پیدا کیے ہسٹری میں جو قرآن کے عالمی اشاعت کے لیے ممکن بنا دیں۔</w:t>
      </w:r>
    </w:p>
    <w:p>
      <w:r>
        <w:rPr>
          <w:b/>
        </w:rPr>
        <w:t xml:space="preserve">[14:12] </w:t>
      </w:r>
      <w:r>
        <w:t>mumkin.</w:t>
      </w:r>
    </w:p>
    <w:p>
      <w:pPr>
        <w:jc w:val="right"/>
      </w:pPr>
      <w:r>
        <w:t>ممکن۔</w:t>
      </w:r>
    </w:p>
    <w:p>
      <w:r>
        <w:rPr>
          <w:b/>
        </w:rPr>
        <w:t xml:space="preserve">[14:15] </w:t>
      </w:r>
      <w:r>
        <w:t>ab aaj jo log Quran ke is hawale se ishaat kar rahe hain to un ko ridicule karte hain. ridicule. distribution ko ridicule karte hain.</w:t>
      </w:r>
    </w:p>
    <w:p>
      <w:pPr>
        <w:jc w:val="right"/>
      </w:pPr>
      <w:r>
        <w:t>اب آج جو لوگ قرآن کے اس حوالے سے اشاعت کر رہے ہیں تو ان کو ریڈیکیول کرتے ہیں۔ ریڈیکیول۔ ڈسٹریبیوشن کو ریڈیکیول کرتے ہیں۔</w:t>
      </w:r>
    </w:p>
    <w:p>
      <w:r>
        <w:rPr>
          <w:b/>
        </w:rPr>
        <w:t xml:space="preserve">[14:27] </w:t>
      </w:r>
      <w:r>
        <w:t>kehte hain nadan hain log Allah ki planning se. Allah ki planning se.</w:t>
      </w:r>
    </w:p>
    <w:p>
      <w:pPr>
        <w:jc w:val="right"/>
      </w:pPr>
      <w:r>
        <w:t>کہتے ہیں نادان ہیں لوگ اللہ کی پلاننگ سے۔ اللہ کی پلاننگ سے۔</w:t>
      </w:r>
    </w:p>
    <w:p>
      <w:r>
        <w:rPr>
          <w:b/>
        </w:rPr>
        <w:t xml:space="preserve">[14:35] </w:t>
      </w:r>
      <w:r>
        <w:t>tamam zabanon mein Allah ke jo bande Quran ko tamam zabanon mein translation, yani understandable, understandable zaban mein translate karna yeh kaam kar rahe hain.</w:t>
      </w:r>
    </w:p>
    <w:p>
      <w:pPr>
        <w:jc w:val="right"/>
      </w:pPr>
      <w:r>
        <w:t>تمام زبانوں میں اللہ کے جو بندے قرآن کو تمام زبانوں میں ٹرانسلیشن، یعنی انڈرسٹینڈ، انڈرسٹینڈیبل زبان میں ٹرانسلیٹ کرنا یہ کام کر رہے ہیں۔</w:t>
      </w:r>
    </w:p>
    <w:p>
      <w:r>
        <w:rPr>
          <w:b/>
        </w:rPr>
        <w:t xml:space="preserve">[14:50] </w:t>
      </w:r>
      <w:r>
        <w:t>phir sari duniya mein is ko pahuncha rahe hain.</w:t>
      </w:r>
    </w:p>
    <w:p>
      <w:pPr>
        <w:jc w:val="right"/>
      </w:pPr>
      <w:r>
        <w:t>پھر ساری دنیا میں اس کو پہنچا رہے ہیں۔</w:t>
      </w:r>
    </w:p>
    <w:p>
      <w:r>
        <w:rPr>
          <w:b/>
        </w:rPr>
        <w:t xml:space="preserve">[14:52] </w:t>
      </w:r>
      <w:r>
        <w:t>is ke liye apna paisa lagate hain, apna waqt lagate hain, apna energy lagate hain. woh direct Allah ke plan mein shamil hain.</w:t>
      </w:r>
    </w:p>
    <w:p>
      <w:pPr>
        <w:jc w:val="right"/>
      </w:pPr>
      <w:r>
        <w:t>اس کے لیے اپنا پیسہ لگاتے ہیں، اپنا وقت لگاتے ہیں، اپنا انرجی لگاتے ہیں۔ وہ ڈائریکٹ اللہ کے پلان میں شامل ہیں۔</w:t>
      </w:r>
    </w:p>
    <w:p>
      <w:r>
        <w:rPr>
          <w:b/>
        </w:rPr>
        <w:t xml:space="preserve">[15:01] </w:t>
      </w:r>
      <w:r>
        <w:t>woh jo historical plan hai Allah taala ke, us mein hissa un ka hai.</w:t>
      </w:r>
    </w:p>
    <w:p>
      <w:pPr>
        <w:jc w:val="right"/>
      </w:pPr>
      <w:r>
        <w:t>وہ جو ہسٹاریکل پلان ہے اللہ تعالیٰ کے، اس میں حصہ ان کا ہے۔</w:t>
      </w:r>
    </w:p>
    <w:p>
      <w:r>
        <w:rPr>
          <w:b/>
        </w:rPr>
        <w:t xml:space="preserve">[15:09] </w:t>
      </w:r>
      <w:r>
        <w:t>ab ghor kijiye, kitna bara kaam hai yeh. to jo log jalsay karte hain, is ka tahaffuz Quran conference, woh jante bhi nahi ke tahaffuz Quran kya cheez hai.</w:t>
      </w:r>
    </w:p>
    <w:p>
      <w:pPr>
        <w:jc w:val="right"/>
      </w:pPr>
      <w:r>
        <w:t>اب غور کیجیے، کتنا بڑا کام ہے یہ۔ تو جو لوگ جلسے کرتے ہیں، اس کا تحفظ قرآن کانفرنس، وہ جانتے بھی نہیں کہ تحفظ قرآن کیا چیز ہے۔</w:t>
      </w:r>
    </w:p>
    <w:p>
      <w:r>
        <w:rPr>
          <w:b/>
        </w:rPr>
        <w:t xml:space="preserve">[15:28] </w:t>
      </w:r>
      <w:r>
        <w:t>woh samajhte hain ke Qadiani ke sath cheekh pukar karne ka naam hai tahaffuz Quran, tahaffuz nabuwat.</w:t>
      </w:r>
    </w:p>
    <w:p>
      <w:pPr>
        <w:jc w:val="right"/>
      </w:pPr>
      <w:r>
        <w:t>وہ سمجھتے ہیں کہ قادیانی کے ساتھ چیخ پکار کرنے کا نام ہے تحفظ قرآن، تحفظ نبوت۔</w:t>
      </w:r>
    </w:p>
    <w:p>
      <w:r>
        <w:rPr>
          <w:b/>
        </w:rPr>
        <w:t xml:space="preserve">[15:38] </w:t>
      </w:r>
      <w:r>
        <w:t>woh jante bhi nahi ke kya cheez hai. tahaffuz, tahaffuz Quran to ek aalami aalami</w:t>
      </w:r>
    </w:p>
    <w:p>
      <w:pPr>
        <w:jc w:val="right"/>
      </w:pPr>
      <w:r>
        <w:t>وہ جانتے بھی نہیں کہ کیا چیز ہے۔ تحفظ، تحفظ قرآن تو ایک عالمی عالمی</w:t>
      </w:r>
    </w:p>
    <w:p>
      <w:r>
        <w:rPr>
          <w:b/>
        </w:rPr>
        <w:t xml:space="preserve">[15:46] </w:t>
      </w:r>
      <w:r>
        <w:t>process hai. woh jari hai Rasool Allah ki ba'sat ke baad. abhi tak jari hai. ab aap ko soch kar janna hoga ke aaj Quran ka</w:t>
      </w:r>
    </w:p>
    <w:p>
      <w:pPr>
        <w:jc w:val="right"/>
      </w:pPr>
      <w:r>
        <w:t>پراسیس ہے۔ وہ جاری ہے رسول اللہ کی بعثت کے بعد۔ ابھی تک جاری ہے۔ اب آپ کو سوچ کر جاننا ہوگا کہ آج قرآن کا</w:t>
      </w:r>
    </w:p>
    <w:p>
      <w:r>
        <w:rPr>
          <w:b/>
        </w:rPr>
        <w:t xml:space="preserve">[16:03] </w:t>
      </w:r>
      <w:r>
        <w:t>is tahaffuz ka jo process hai, woh kahan pahuncha hai? kahan tak pahuncha hai? is ko apna hissa ada karna hai. koi farishta keh nahi bolay ga.</w:t>
      </w:r>
    </w:p>
    <w:p>
      <w:pPr>
        <w:jc w:val="right"/>
      </w:pPr>
      <w:r>
        <w:t>اس تحفظ کا جو پراسیس ہے، وہ کہاں پہنچا ہے؟ کہاں تک پہنچا ہے؟ اس کو اپنا حصہ ادا کرنا ہے۔ کوئی فرشتہ کہ نہیں بولے گا۔</w:t>
      </w:r>
    </w:p>
    <w:p>
      <w:r>
        <w:rPr>
          <w:b/>
        </w:rPr>
        <w:t xml:space="preserve">[16:15] </w:t>
      </w:r>
      <w:r>
        <w:t>aap ko soch kar janna pare ga ke tahaffuz quran ka jo process hai, woh</w:t>
      </w:r>
    </w:p>
    <w:p>
      <w:pPr>
        <w:jc w:val="right"/>
      </w:pPr>
      <w:r>
        <w:t>آپ کو سوچ کر جاننا پڑے گا کہ تحفظ قرآن کا جو پراسیس ہے، وہ</w:t>
      </w:r>
    </w:p>
    <w:p>
      <w:r>
        <w:rPr>
          <w:b/>
        </w:rPr>
        <w:t xml:space="preserve">[16:22] </w:t>
      </w:r>
      <w:r>
        <w:t>is is sadi mein kahan pohncha, kahan tak pohncha. aur wahan daur kar aap ko is mein apne ko is ka hissa banana pare ga.</w:t>
      </w:r>
    </w:p>
    <w:p>
      <w:pPr>
        <w:jc w:val="right"/>
      </w:pPr>
      <w:r>
        <w:t>اس اس صدی میں کہاں پہنچا، کہاں تک پہنچا۔ اور وہاں دوڑ کر آپ کو اس میں اپنے کو اس کا حصہ بنانا پڑے گا۔</w:t>
      </w:r>
    </w:p>
    <w:p>
      <w:r>
        <w:rPr>
          <w:b/>
        </w:rPr>
        <w:t xml:space="preserve">[16:34] </w:t>
      </w:r>
      <w:r>
        <w:t>tab aap tahaffuz quran ka keed payen ge.</w:t>
      </w:r>
    </w:p>
    <w:p>
      <w:pPr>
        <w:jc w:val="right"/>
      </w:pPr>
      <w:r>
        <w:t>تب آپ تحفظ قرآن کا کیڑ پائیں گے۔</w:t>
      </w:r>
    </w:p>
    <w:p>
      <w:r>
        <w:rPr>
          <w:b/>
        </w:rPr>
        <w:t xml:space="preserve">[16:41] </w:t>
      </w:r>
      <w:r>
        <w:t>warna nahin.</w:t>
      </w:r>
    </w:p>
    <w:p>
      <w:pPr>
        <w:jc w:val="right"/>
      </w:pPr>
      <w:r>
        <w:t>ورنہ نہیں۔</w:t>
      </w:r>
    </w:p>
    <w:p>
      <w:r>
        <w:rPr>
          <w:b/>
        </w:rPr>
        <w:t xml:space="preserve">[16:48] </w:t>
      </w:r>
      <w:r>
        <w:t>to Allah taala ne tahaffuz quran ke liye printing press paida kiya. British empire ko paida kiya jo sare alam mein is ne ek language wajood mein aai.</w:t>
      </w:r>
    </w:p>
    <w:p>
      <w:pPr>
        <w:jc w:val="right"/>
      </w:pPr>
      <w:r>
        <w:t>تو اللہ تعالیٰ نے تحفظ قرآن کے لیے پرنٹنگ پریس پیدا کیا۔ برٹش ایمپائر کو پیدا کیا جو سارے عالم میں اس نے ایک لینگویج وجود میں آئی۔</w:t>
      </w:r>
    </w:p>
    <w:p>
      <w:r>
        <w:rPr>
          <w:b/>
        </w:rPr>
        <w:t xml:space="preserve">[17:05] </w:t>
      </w:r>
      <w:r>
        <w:t>phir aap Allah taala ne</w:t>
      </w:r>
    </w:p>
    <w:p>
      <w:pPr>
        <w:jc w:val="right"/>
      </w:pPr>
      <w:r>
        <w:t>پھر آپ اللہ تعالیٰ نے</w:t>
      </w:r>
    </w:p>
    <w:p>
      <w:r>
        <w:rPr>
          <w:b/>
        </w:rPr>
        <w:t xml:space="preserve">[17:08] </w:t>
      </w:r>
      <w:r>
        <w:t>first world war se ek cheez nichori jis ko mein kehta hoon ke peaceful travel ka imkan.</w:t>
      </w:r>
    </w:p>
    <w:p>
      <w:pPr>
        <w:jc w:val="right"/>
      </w:pPr>
      <w:r>
        <w:t>فرسٹ ورلڈ وار سے ایک چیز نچوڑی جس کو میں کہتا ہوں کہ پیس فل ٹریول کا امکان۔</w:t>
      </w:r>
    </w:p>
    <w:p>
      <w:r>
        <w:rPr>
          <w:b/>
        </w:rPr>
        <w:t xml:space="preserve">[17:18] </w:t>
      </w:r>
      <w:r>
        <w:t>yani aap ke paas agar travel document hain to jahan chahe jaiye,</w:t>
      </w:r>
    </w:p>
    <w:p>
      <w:pPr>
        <w:jc w:val="right"/>
      </w:pPr>
      <w:r>
        <w:t>یعنی آپ کے پاس اگر ٹریول ڈاکومنٹ ہیں تو جہاں چاہے جائیے،</w:t>
      </w:r>
    </w:p>
    <w:p>
      <w:r>
        <w:rPr>
          <w:b/>
        </w:rPr>
        <w:t xml:space="preserve">[17:28] </w:t>
      </w:r>
      <w:r>
        <w:t>koi rukawat nahin hai. aur phir second world war ke baad dunya mein aakhri taur par peace ka daur aa gaya.</w:t>
      </w:r>
    </w:p>
    <w:p>
      <w:pPr>
        <w:jc w:val="right"/>
      </w:pPr>
      <w:r>
        <w:t>کوئی رکاوٹ نہیں ہے۔ اور پھر سیکنڈ ورلڈ وار کے بعد دنیا میں آخری طور پر پیس کا دور آ گیا۔</w:t>
      </w:r>
    </w:p>
    <w:p>
      <w:r>
        <w:rPr>
          <w:b/>
        </w:rPr>
        <w:t xml:space="preserve">[17:38] </w:t>
      </w:r>
      <w:r>
        <w:t>aaj hum age of peace mein jee rahe hain. kyunke har har har ek qaum ki</w:t>
      </w:r>
    </w:p>
    <w:p>
      <w:pPr>
        <w:jc w:val="right"/>
      </w:pPr>
      <w:r>
        <w:t>آج ہم ایج آف پیس میں جی رہے ہیں۔ کیونکہ ہر ہر ہر ایک قوم کی</w:t>
      </w:r>
    </w:p>
    <w:p>
      <w:r>
        <w:rPr>
          <w:b/>
        </w:rPr>
        <w:t xml:space="preserve">[17:45] </w:t>
      </w:r>
      <w:r>
        <w:t>yeh zaroorat ban gayi ke woh apne ko bachaye. apne ko bachaye to doosre bomb na phaten. kaisi ajeeb baat hai. Allah taala ne aise do daur mein pohncha hua hai insan ko ke agar aap bomb maren ge to doosre ke upar to khud bhi maren ge aap.</w:t>
      </w:r>
    </w:p>
    <w:p>
      <w:pPr>
        <w:jc w:val="right"/>
      </w:pPr>
      <w:r>
        <w:t>یہ ضرورت بن گئی کہ وہ اپنے کو بچائے۔ اپنے کو بچائے تو دوسرے بم نہ پھٹیں۔ کیسی عجیب بات ہے۔ اللہ تعالیٰ نے ایسے دو دور میں پہنچا ہوا ہے انسان کو کہ اگر آپ بم ماریں گے تو دوسرے کے اوپر تو خود بھی مریں گے آپ۔</w:t>
      </w:r>
    </w:p>
    <w:p>
      <w:r>
        <w:rPr>
          <w:b/>
        </w:rPr>
        <w:t xml:space="preserve">[18:06] </w:t>
      </w:r>
      <w:r>
        <w:t>to apne is interest ke liye aadmi ne kaha ke bhai hathyar phenko, ab hum bomb nahin chalayen ge.</w:t>
      </w:r>
    </w:p>
    <w:p>
      <w:pPr>
        <w:jc w:val="right"/>
      </w:pPr>
      <w:r>
        <w:t>تو اپنے اس انٹرسٹ کے لیے آدمی نے کہا کہ بھئی ہتھیار پھینکو، اب ہم بم نہیں چلائیں گے۔</w:t>
      </w:r>
    </w:p>
    <w:p>
      <w:r>
        <w:rPr>
          <w:b/>
        </w:rPr>
        <w:t xml:space="preserve">[18:16] </w:t>
      </w:r>
      <w:r>
        <w:t>is tarah se global peace aaya. woh daur aaya jab ke ab khule taur par kisi rukawat ke baghair sari dunya mein quran ko pohnchaen.</w:t>
      </w:r>
    </w:p>
    <w:p>
      <w:pPr>
        <w:jc w:val="right"/>
      </w:pPr>
      <w:r>
        <w:t>اس طرح سے گلوبل پیس آیا۔ وہ دور آیا جب کہ اب کھلے طور پر کسی رکاوٹ کے بغیر ساری دنیا میں قرآن کو پہنچائیں۔</w:t>
      </w:r>
    </w:p>
    <w:p>
      <w:r>
        <w:rPr>
          <w:b/>
        </w:rPr>
        <w:t xml:space="preserve">[18:31] </w:t>
      </w:r>
      <w:r>
        <w:t>is ka tarjuma tayar karen.</w:t>
      </w:r>
    </w:p>
    <w:p>
      <w:pPr>
        <w:jc w:val="right"/>
      </w:pPr>
      <w:r>
        <w:t>اس کا ترجمہ تیار کریں۔</w:t>
      </w:r>
    </w:p>
    <w:p>
      <w:r>
        <w:rPr>
          <w:b/>
        </w:rPr>
        <w:t xml:space="preserve">[18:34] </w:t>
      </w:r>
      <w:r>
        <w:t>yani taamlon ki zabanon mein. aur jo bhi is ke taqaze hain poore karen. is ke liye ek model bhi Allah taala ne bana diya.</w:t>
      </w:r>
    </w:p>
    <w:p>
      <w:pPr>
        <w:jc w:val="right"/>
      </w:pPr>
      <w:r>
        <w:t>یعنی تعاملوں کی زبانوں میں۔ اور جو بھی اس کے تقاضے ہیں پورے کریں۔ اس کے لیے ایک ماڈل بھی اللہ تعالیٰ نے بنا دیا۔</w:t>
      </w:r>
    </w:p>
    <w:p>
      <w:r>
        <w:rPr>
          <w:b/>
        </w:rPr>
        <w:t xml:space="preserve">[18:43] </w:t>
      </w:r>
      <w:r>
        <w:t>model. woh hai Christian ka model. un ka jo</w:t>
      </w:r>
    </w:p>
    <w:p>
      <w:pPr>
        <w:jc w:val="right"/>
      </w:pPr>
      <w:r>
        <w:t>ماڈل۔ وہ ہے کرسچن کا ماڈل۔ ان کا جو</w:t>
      </w:r>
    </w:p>
    <w:p>
      <w:r>
        <w:rPr>
          <w:b/>
        </w:rPr>
        <w:t xml:space="preserve">[18:50] </w:t>
      </w:r>
      <w:r>
        <w:t>center hai Rome mein, wahan par yahi kaam hota hai. sare alam mein, har zaban mein bohat aala darje, aala darje bible ka tarjuma tayar karte hain woh log.</w:t>
      </w:r>
    </w:p>
    <w:p>
      <w:pPr>
        <w:jc w:val="right"/>
      </w:pPr>
      <w:r>
        <w:t>سینٹر ہے روم میں، وہاں پر یہی کام ہوتا ہے۔ سارے عالم میں، ہر زبان میں بہت اعلیٰ درجے، اعلیٰ درجے بائبل کا ترجمہ تیار کرتے ہیں وہ لوگ۔</w:t>
      </w:r>
    </w:p>
    <w:p>
      <w:r>
        <w:rPr>
          <w:b/>
        </w:rPr>
        <w:t xml:space="preserve">[19:08] </w:t>
      </w:r>
      <w:r>
        <w:t>aur sari dunya mein phailate hain.</w:t>
      </w:r>
    </w:p>
    <w:p>
      <w:pPr>
        <w:jc w:val="right"/>
      </w:pPr>
      <w:r>
        <w:t>اور ساری دنیا میں پھیلاتے ہیں۔</w:t>
      </w:r>
    </w:p>
    <w:p>
      <w:r>
        <w:rPr>
          <w:b/>
        </w:rPr>
        <w:t xml:space="preserve">[19:10] </w:t>
      </w:r>
      <w:r>
        <w:t>aap jahan bhi jaen,</w:t>
      </w:r>
    </w:p>
    <w:p>
      <w:pPr>
        <w:jc w:val="right"/>
      </w:pPr>
      <w:r>
        <w:t>آپ جہاں بھی جائیں،</w:t>
      </w:r>
    </w:p>
    <w:p>
      <w:r>
        <w:rPr>
          <w:b/>
        </w:rPr>
        <w:t xml:space="preserve">[19:14] </w:t>
      </w:r>
      <w:r>
        <w:t>aap ko paayen ge ke</w:t>
      </w:r>
    </w:p>
    <w:p>
      <w:pPr>
        <w:jc w:val="right"/>
      </w:pPr>
      <w:r>
        <w:t>آپ کو پائیں گے کہ</w:t>
      </w:r>
    </w:p>
    <w:p>
      <w:r>
        <w:rPr>
          <w:b/>
        </w:rPr>
        <w:t xml:space="preserve">[19:20] </w:t>
      </w:r>
      <w:r>
        <w:t>bible ka tarjuma har jagah maujood hai.</w:t>
      </w:r>
    </w:p>
    <w:p>
      <w:pPr>
        <w:jc w:val="right"/>
      </w:pPr>
      <w:r>
        <w:t>بائبل کا ترجمہ ہر جگہ موجود ہے۔</w:t>
      </w:r>
    </w:p>
    <w:p>
      <w:r>
        <w:rPr>
          <w:b/>
        </w:rPr>
        <w:t xml:space="preserve">[19:27] </w:t>
      </w:r>
      <w:r>
        <w:t>ya Allah taala ne ek ek model de diya musalmanon ko ke dekho yeh is tarah kaam karo jis tarah woh kar rahe hain.</w:t>
      </w:r>
    </w:p>
    <w:p>
      <w:pPr>
        <w:jc w:val="right"/>
      </w:pPr>
      <w:r>
        <w:t>یا اللہ تعالیٰ نے ایک ایک ماڈل دے دیا مسلمانوں کو کہ دیکھو یہ اس طرح کام کرو جس طرح وہ کر رہے ہیں۔</w:t>
      </w:r>
    </w:p>
    <w:p>
      <w:r>
        <w:rPr>
          <w:b/>
        </w:rPr>
        <w:t xml:space="preserve">[19:40] </w:t>
      </w:r>
      <w:r>
        <w:t>ek model de diya.</w:t>
      </w:r>
    </w:p>
    <w:p>
      <w:pPr>
        <w:jc w:val="right"/>
      </w:pPr>
      <w:r>
        <w:t>ایک ماڈل دے دیا۔</w:t>
      </w:r>
    </w:p>
    <w:p>
      <w:r>
        <w:rPr>
          <w:b/>
        </w:rPr>
        <w:t xml:space="preserve">[19:46] </w:t>
      </w:r>
      <w:r>
        <w:t>yahan tak pohncha diya. yani historical process yahan tak pohncha. ab kya hai? ab to sab kuch ho chuka hai.</w:t>
      </w:r>
    </w:p>
    <w:p>
      <w:pPr>
        <w:jc w:val="right"/>
      </w:pPr>
      <w:r>
        <w:t>یہاں تک پہنچا دیا۔ یعنی ہسٹاریکل پراسیس یہاں تک پہنچا۔ اب کیا ہے؟ اب تو سب کچھ ہو چکا ہے۔</w:t>
      </w:r>
    </w:p>
    <w:p>
      <w:r>
        <w:rPr>
          <w:b/>
        </w:rPr>
        <w:t xml:space="preserve">[19:57] </w:t>
      </w:r>
      <w:r>
        <w:t>ab aap ko sirf uthna hai.</w:t>
      </w:r>
    </w:p>
    <w:p>
      <w:pPr>
        <w:jc w:val="right"/>
      </w:pPr>
      <w:r>
        <w:t>اب آپ کو صرف اٹھنا ہے۔</w:t>
      </w:r>
    </w:p>
    <w:p>
      <w:r>
        <w:rPr>
          <w:b/>
        </w:rPr>
        <w:t xml:space="preserve">[20:02] </w:t>
      </w:r>
      <w:r>
        <w:t>sirf uthna hai. Allah taala ne industrial age mein paida kiya. Industrial age paida kiya aur is mein computer age laya.</w:t>
      </w:r>
    </w:p>
    <w:p>
      <w:pPr>
        <w:jc w:val="right"/>
      </w:pPr>
      <w:r>
        <w:t>صرف اٹھنا ہے۔ اللہ تعالیٰ نے انڈسٹریل ایج میں پیدا کیا۔ انڈسٹریل ایج پیدا کیا اور اس میں کمپیوٹر ایج لایا۔</w:t>
      </w:r>
    </w:p>
    <w:p>
      <w:r>
        <w:rPr>
          <w:b/>
        </w:rPr>
        <w:t xml:space="preserve">[20:13] </w:t>
      </w:r>
      <w:r>
        <w:t>Allah taala ne le aaye. Computer age jo hai final age hai. Computer age jo hai is process ka final</w:t>
      </w:r>
    </w:p>
    <w:p>
      <w:pPr>
        <w:jc w:val="right"/>
      </w:pPr>
      <w:r>
        <w:t>اللہ تعالیٰ نے لے آئے۔ کمپیوٹر ایج جو ہے فائنل ایج ہے۔ کمپیوٹر ایج جو ہے اس پراسیس کا فائنل</w:t>
      </w:r>
    </w:p>
    <w:p>
      <w:r>
        <w:rPr>
          <w:b/>
        </w:rPr>
        <w:t xml:space="preserve">[20:25] </w:t>
      </w:r>
      <w:r>
        <w:t>conversion hai. Ab sab kuch tayyar ho chuka hai. Bas aap uthiye aur aur apni jo paisa aap kharch karte hain apne bachon par, jo ghar walon par, is ko Quran ke liye kharch kijiye.</w:t>
      </w:r>
    </w:p>
    <w:p>
      <w:pPr>
        <w:jc w:val="right"/>
      </w:pPr>
      <w:r>
        <w:t>کنویژن ہے۔ اب سب کچھ تیار ہو چکا ہے۔ بس آپ اٹھیے اور اور اپنی جو پیسہ آپ خرچ کرتے ہیں اپنے بچوں پر، جو گھر والوں پر، اس کو قرآن کے لیے خرچ کیجیے۔</w:t>
      </w:r>
    </w:p>
    <w:p>
      <w:r>
        <w:rPr>
          <w:b/>
        </w:rPr>
        <w:t xml:space="preserve">[20:43] </w:t>
      </w:r>
      <w:r>
        <w:t>yahi kaam reh gaya aap ka.</w:t>
      </w:r>
    </w:p>
    <w:p>
      <w:pPr>
        <w:jc w:val="right"/>
      </w:pPr>
      <w:r>
        <w:t>یہی کام رہ گیا آپ کا۔</w:t>
      </w:r>
    </w:p>
    <w:p>
      <w:r>
        <w:rPr>
          <w:b/>
        </w:rPr>
        <w:t xml:space="preserve">[20:45] </w:t>
      </w:r>
      <w:r>
        <w:t>sab kuch ho chuka hai. Jo paisa aap baat baat aate hain apne khwahish par, apni shadiyon par, apne bachon ki taleem par, apne ghar walon par, apni family par, is ko Quran par lagaiye.</w:t>
      </w:r>
    </w:p>
    <w:p>
      <w:pPr>
        <w:jc w:val="right"/>
      </w:pPr>
      <w:r>
        <w:t>سب کچھ ہو چکا ہے۔ جو پیسہ آپ بات بات آتے ہیں اپنے خواہش پر، اپنی شادیوں پر، اپنے بچوں کی تعلیم پر، اپنے گھر والوں پر، اپنی فیملی پر، اس کو قرآن پر لگائیے۔</w:t>
      </w:r>
    </w:p>
    <w:p>
      <w:r>
        <w:rPr>
          <w:b/>
        </w:rPr>
        <w:t xml:space="preserve">[21:02] </w:t>
      </w:r>
      <w:r>
        <w:t>yahi kaam hai aap ka. Aur phir</w:t>
      </w:r>
    </w:p>
    <w:p>
      <w:pPr>
        <w:jc w:val="right"/>
      </w:pPr>
      <w:r>
        <w:t>یہی کام ہے آپ کا۔ اور پھر</w:t>
      </w:r>
    </w:p>
    <w:p>
      <w:r>
        <w:rPr>
          <w:b/>
        </w:rPr>
        <w:t xml:space="preserve">[21:09] </w:t>
      </w:r>
      <w:r>
        <w:t>aap yeh khushkhabri aap ke liye hai ke jab aap apni umar ko poora kar ke pahunchenge akhirat mein to achanak dekhenge aap ke farishte, farishte, farishte</w:t>
      </w:r>
    </w:p>
    <w:p>
      <w:pPr>
        <w:jc w:val="right"/>
      </w:pPr>
      <w:r>
        <w:t>آپ یہ خوشخبری آپ کے لیے ہے کہ جب آپ اپنی عمر کو پورا کر کے پہنچیں گے آخرت میں تو اچانک دیکھیں گے آپ کے فرشتے، فرشتے، فرشتے</w:t>
      </w:r>
    </w:p>
    <w:p>
      <w:r>
        <w:rPr>
          <w:b/>
        </w:rPr>
        <w:t xml:space="preserve">[21:30] </w:t>
      </w:r>
      <w:r>
        <w:t>wahan zahir ho jayenge. Zahir ho jayenge. Aur kahenge, woh kahenge, woh ke aa gaye woh log Quran jinhon ne pahunchaya tha sara alam tak.</w:t>
      </w:r>
    </w:p>
    <w:p>
      <w:pPr>
        <w:jc w:val="right"/>
      </w:pPr>
      <w:r>
        <w:t>وہاں ظاہر ہو جائیں گے۔ ظاہر ہو جائیں گے۔ اور کہیں گے، وہ کہیں گے، وہ کہ آگئے وہ لوگ قرآن جنہوں نے پہنچایا تھا سارا عالم تک۔</w:t>
      </w:r>
    </w:p>
    <w:p>
      <w:r>
        <w:rPr>
          <w:b/>
        </w:rPr>
        <w:t xml:space="preserve">[21:46] </w:t>
      </w:r>
      <w:r>
        <w:t>marhaba marhaba.</w:t>
      </w:r>
    </w:p>
    <w:p>
      <w:pPr>
        <w:jc w:val="right"/>
      </w:pPr>
      <w:r>
        <w:t>مرحبا مرحبا۔</w:t>
      </w:r>
    </w:p>
    <w:p>
      <w:r>
        <w:rPr>
          <w:b/>
        </w:rPr>
        <w:t xml:space="preserve">[21:55] </w:t>
      </w:r>
      <w:r>
        <w:t>yeh hai yani hadith mein is aakhri phase ko, yeh jo aakhri phase hai, is ko hadith mein isha'at-e-azam kaha gaya hai.</w:t>
      </w:r>
    </w:p>
    <w:p>
      <w:pPr>
        <w:jc w:val="right"/>
      </w:pPr>
      <w:r>
        <w:t>یہ ہے یعنی حدیث میں اس آخری فیز کو، یہ جو آخری فیز ہے، اس کو حدیث میں اشاعت اعظم کہا گیا ہے۔</w:t>
      </w:r>
    </w:p>
    <w:p>
      <w:r>
        <w:rPr>
          <w:b/>
        </w:rPr>
        <w:t xml:space="preserve">[22:06] </w:t>
      </w:r>
      <w:r>
        <w:t>yeh jo aakhri phase hai jab Quran sare alam mein pahuncha diya jayega</w:t>
      </w:r>
    </w:p>
    <w:p>
      <w:pPr>
        <w:jc w:val="right"/>
      </w:pPr>
      <w:r>
        <w:t>یہ جو آخری فیز ہے جب قرآن سارے عالم میں پہنچا دیا جائے گا</w:t>
      </w:r>
    </w:p>
    <w:p>
      <w:r>
        <w:rPr>
          <w:b/>
        </w:rPr>
        <w:t xml:space="preserve">[22:12] </w:t>
      </w:r>
      <w:r>
        <w:t>aur farishte khare ho jayenge yeh kehne ke liye ke yeh hain Quran wale, yeh hain jinhon ne Quran ko tayyar kar ke sara alam tak pahunchaya.</w:t>
      </w:r>
    </w:p>
    <w:p>
      <w:pPr>
        <w:jc w:val="right"/>
      </w:pPr>
      <w:r>
        <w:t>اور فرشتے کھڑے ہو جائیں گے یہ کہنے کے لیے کہ یہ ہیں قرآن والے، یہ ہیں جنہوں نے قرآن کو تیار کر کے سارا عالم تک پہنچایا۔</w:t>
      </w:r>
    </w:p>
    <w:p>
      <w:r>
        <w:rPr>
          <w:b/>
        </w:rPr>
        <w:t xml:space="preserve">[22:25] </w:t>
      </w:r>
      <w:r>
        <w:t>is ka understandable language mein, is ka edition.</w:t>
      </w:r>
    </w:p>
    <w:p>
      <w:pPr>
        <w:jc w:val="right"/>
      </w:pPr>
      <w:r>
        <w:t>اس کا انڈرسٹینڈیبل لینگویج میں، اس کا ایڈیشن۔</w:t>
      </w:r>
    </w:p>
    <w:p>
      <w:r>
        <w:rPr>
          <w:b/>
        </w:rPr>
        <w:t xml:space="preserve">[22:32] </w:t>
      </w:r>
      <w:r>
        <w:t>yeh sab pukar rahe hain farishte khamosh zaban mein ke daudiyo is is divine mohim ki taraf.</w:t>
      </w:r>
    </w:p>
    <w:p>
      <w:pPr>
        <w:jc w:val="right"/>
      </w:pPr>
      <w:r>
        <w:t>یہ سب پکار رہے ہیں فرشتے خاموش زبان میں کہ دوڑو اس اس ڈیوائن مہم کی طرف۔</w:t>
      </w:r>
    </w:p>
    <w:p>
      <w:r>
        <w:rPr>
          <w:b/>
        </w:rPr>
        <w:t xml:space="preserve">[22:41] </w:t>
      </w:r>
      <w:r>
        <w:t>daudiyo is Quran khudai call ki taraf. Yeh divine call hai yeh. Dauro is ki taraf.</w:t>
      </w:r>
    </w:p>
    <w:p>
      <w:pPr>
        <w:jc w:val="right"/>
      </w:pPr>
      <w:r>
        <w:t>دوڑو اس قرآن خدائی کال کی طرف۔ یہ ڈیوائن کال ہے یہ۔ دوڑو اس کی طرف۔</w:t>
      </w:r>
    </w:p>
    <w:p>
      <w:r>
        <w:rPr>
          <w:b/>
        </w:rPr>
        <w:t xml:space="preserve">[22:54] </w:t>
      </w:r>
      <w:r>
        <w:t>mujhe ek qissa yaad aata hai hamare area mein UP mein. Ek sahab the, woh parhe likhe nahi the lekin bolna acha aata tha un ko.</w:t>
      </w:r>
    </w:p>
    <w:p>
      <w:pPr>
        <w:jc w:val="right"/>
      </w:pPr>
      <w:r>
        <w:t>مجھے ایک قصہ یاد آتا ہے ہمارے ایریے میں یو پی میں۔ ایک صاحب تھے، وہ پڑھے لکھے نہیں تھے لیکن بولنا اچھا آتا تھا ان کو۔</w:t>
      </w:r>
    </w:p>
    <w:p>
      <w:r>
        <w:rPr>
          <w:b/>
        </w:rPr>
        <w:t xml:space="preserve">[23:07] </w:t>
      </w:r>
      <w:r>
        <w:t>to un ko paise ki zaroorat thi. To unhon ne ek banaya, ek ek woh</w:t>
      </w:r>
    </w:p>
    <w:p>
      <w:pPr>
        <w:jc w:val="right"/>
      </w:pPr>
      <w:r>
        <w:t>تو ان کو پیسے کی ضرورت تھی۔ تو انہوں نے ایک بنایا، ایک ایک وہ</w:t>
      </w:r>
    </w:p>
    <w:p>
      <w:r>
        <w:rPr>
          <w:b/>
        </w:rPr>
        <w:t xml:space="preserve">[23:19] </w:t>
      </w:r>
      <w:r>
        <w:t>unhon ne banaya ke main masjidain banaunga. Masjidain banaunga. Aur jate the gaon gaon aur taqreer karte the ke masjid banao aur jannat mein</w:t>
      </w:r>
    </w:p>
    <w:p>
      <w:pPr>
        <w:jc w:val="right"/>
      </w:pPr>
      <w:r>
        <w:t>انہوں نے بنایا کہ میں مسجدیں بناؤں گا۔ مسجدیں بناؤں گا۔ اور جاتے تھے گاؤں گاؤں اور تقریر کرتے تھے کہ مسجد بناؤ اور جنت میں</w:t>
      </w:r>
    </w:p>
    <w:p>
      <w:r>
        <w:rPr>
          <w:b/>
        </w:rPr>
        <w:t xml:space="preserve">[23:35] </w:t>
      </w:r>
      <w:r>
        <w:t>jagah pao. Masjid banao aur jannat mein jagah pao. Yeh khoob taqreer karte the jazbati andaaz mein.</w:t>
      </w:r>
    </w:p>
    <w:p>
      <w:pPr>
        <w:jc w:val="right"/>
      </w:pPr>
      <w:r>
        <w:t>جگہ پاؤ۔ مسجد بناؤ اور جنت میں جگہ پاؤ۔ یہ خوب تقریر کرتے تھے جذباتی انداز میں۔</w:t>
      </w:r>
    </w:p>
    <w:p>
      <w:r>
        <w:rPr>
          <w:b/>
        </w:rPr>
        <w:t xml:space="preserve">[23:44] </w:t>
      </w:r>
      <w:r>
        <w:t>aur aakhir mein kehte the kud jao maa jaan jannat mein. Yeh sab baatein kehne ke baad kud jao maa jaan jannat mein.</w:t>
      </w:r>
    </w:p>
    <w:p>
      <w:pPr>
        <w:jc w:val="right"/>
      </w:pPr>
      <w:r>
        <w:t>اور آخر میں کہتے تھے کود جاؤ ماں جان جنت میں۔ یہ سب باتیں کہنے کے بعد کود جاؤ ماں جان جنت میں۔</w:t>
      </w:r>
    </w:p>
    <w:p>
      <w:r>
        <w:rPr>
          <w:b/>
        </w:rPr>
        <w:t xml:space="preserve">[23:55] </w:t>
      </w:r>
      <w:r>
        <w:t>to woh to ek wa'iz ki baat thi. Lekin yahan main kehta hoon khud Quran ki baat hai, Rasool ki baat hai ke kud jao maa jaan jannat mein.</w:t>
      </w:r>
    </w:p>
    <w:p>
      <w:pPr>
        <w:jc w:val="right"/>
      </w:pPr>
      <w:r>
        <w:t>تو وہ تو ایک واعظ کی بات تھی۔ لیکن یہاں میں کہتا ہوں خود قرآن کی بات ہے، رسول کی بات ہے کہ کود جاؤ ماں جان جنت میں۔</w:t>
      </w:r>
    </w:p>
    <w:p>
      <w:r>
        <w:rPr>
          <w:b/>
        </w:rPr>
        <w:t xml:space="preserve">[24:04] </w:t>
      </w:r>
      <w:r>
        <w:t>yani Quran ko phailao, apna paisa, apni energy, apna waqt is mein lagao aur aur jannat mein jagah pao.</w:t>
      </w:r>
    </w:p>
    <w:p>
      <w:pPr>
        <w:jc w:val="right"/>
      </w:pPr>
      <w:r>
        <w:t>یعنی قرآن کو پھیلاؤ، اپنا پیسہ، اپنی انرجی، اپنا وقت اس میں لگاؤ اور اور جنت میں جگہ پاؤ۔</w:t>
      </w:r>
    </w:p>
    <w:p>
      <w:r>
        <w:rPr>
          <w:b/>
        </w:rPr>
        <w:t xml:space="preserve">[24:19] </w:t>
      </w:r>
      <w:r>
        <w:t>aur yaad rakhiye yeh aakhri waqt hai yeh jab yeh dunya khatm ho jayegi, jab akhirat aa jayegi.</w:t>
      </w:r>
    </w:p>
    <w:p>
      <w:pPr>
        <w:jc w:val="right"/>
      </w:pPr>
      <w:r>
        <w:t>اور یاد رکھیے یہ آخری وقت ہے یہ جب یہ دنیا ختم ہو جائے گی، جب آخرت آ جائے گی۔</w:t>
      </w:r>
    </w:p>
    <w:p>
      <w:r>
        <w:rPr>
          <w:b/>
        </w:rPr>
        <w:t xml:space="preserve">[24:28] </w:t>
      </w:r>
      <w:r>
        <w:t>to log afsos karenge ke kaash woh is mauqe par hum paida hue the aur yeh kaam hum ne kiya hota.</w:t>
      </w:r>
    </w:p>
    <w:p>
      <w:pPr>
        <w:jc w:val="right"/>
      </w:pPr>
      <w:r>
        <w:t>تو لوگ افسوس کریں گے کہ کاش وہ اس موقع پر ہم پیدا ہوئے تھے اور یہ کام ہم نے کیا ہوتا۔</w:t>
      </w:r>
    </w:p>
    <w:p>
      <w:r>
        <w:rPr>
          <w:b/>
        </w:rPr>
        <w:t xml:space="preserve">[24:38] </w:t>
      </w:r>
      <w:r>
        <w:t>ke itni badi nemat ko hum ne lene se miss kiya, miss kiya.</w:t>
      </w:r>
    </w:p>
    <w:p>
      <w:pPr>
        <w:jc w:val="right"/>
      </w:pPr>
      <w:r>
        <w:t>کہ اتنی بڑی نعمت کو ہم نے لینے سے مس کیا، مس کیا۔</w:t>
      </w:r>
    </w:p>
    <w:p>
      <w:r>
        <w:rPr>
          <w:b/>
        </w:rPr>
        <w:t xml:space="preserve">[24:47] </w:t>
      </w:r>
      <w:r>
        <w:t>to yeh hai woh baat mein jo aap logon se aur sari dunya ke logon se kehna chahta hoon.</w:t>
      </w:r>
    </w:p>
    <w:p>
      <w:pPr>
        <w:jc w:val="right"/>
      </w:pPr>
      <w:r>
        <w:t>تو یہ ہے وہ بات میں جو آپ لوگوں سے اور ساری دنیا کے لوگوں سے کہنا چاہتا ہوں۔</w:t>
      </w:r>
    </w:p>
    <w:p>
      <w:r>
        <w:rPr>
          <w:b/>
        </w:rPr>
        <w:t xml:space="preserve">[24:57] </w:t>
      </w:r>
      <w:r>
        <w:t>main ne ek qissa main ne shayad is in program mein bataya hai ke jab main shayad main teen age ki yani kam umar mein naujawani ki umar mein tha, us waqt ki baat hui hai</w:t>
      </w:r>
    </w:p>
    <w:p>
      <w:pPr>
        <w:jc w:val="right"/>
      </w:pPr>
      <w:r>
        <w:t>میں نے ایک قصہ میں نے شاید اس ان پروگرام میں بتایا ہے کہ جب میں شاید میں تین ایج کی یعنی کم عمر میں نوجوانی کے عمر میں تھا، اس وقت کی بات ہوئی ہے</w:t>
      </w:r>
    </w:p>
    <w:p>
      <w:r>
        <w:rPr>
          <w:b/>
        </w:rPr>
        <w:t xml:space="preserve">[25:18] </w:t>
      </w:r>
      <w:r>
        <w:t>ke</w:t>
      </w:r>
    </w:p>
    <w:p>
      <w:pPr>
        <w:jc w:val="right"/>
      </w:pPr>
      <w:r>
        <w:t>کہ</w:t>
      </w:r>
    </w:p>
    <w:p>
      <w:r>
        <w:rPr>
          <w:b/>
        </w:rPr>
        <w:t xml:space="preserve">[25:21] </w:t>
      </w:r>
      <w:r>
        <w:t>kisi wajah se mujhe south ka safar karna para. Ghaliban Kerala ka. To main train se gaya tha.</w:t>
      </w:r>
    </w:p>
    <w:p>
      <w:pPr>
        <w:jc w:val="right"/>
      </w:pPr>
      <w:r>
        <w:t>کسی وجہ سے مجھے ساؤتھ کا سفر کرنا پڑا۔ غالباً کیرلا کا۔ تو میں ٹرین سے گیا تھا۔</w:t>
      </w:r>
    </w:p>
    <w:p>
      <w:r>
        <w:rPr>
          <w:b/>
        </w:rPr>
        <w:t xml:space="preserve">[25:33] </w:t>
      </w:r>
      <w:r>
        <w:t>yeh us waqt ki baat hai jab ke main naujawan tha. Yani teenager tha. To main railway se safar kar ke ek railway station par utra.</w:t>
      </w:r>
    </w:p>
    <w:p>
      <w:pPr>
        <w:jc w:val="right"/>
      </w:pPr>
      <w:r>
        <w:t>یہ اس وقت کی بات ہے جب کہ میں نوجوان تھا۔ یعنی ٹین ایجر تھا۔ تو میں ریلوے سے سفر کر کے ایک ریلوے اسٹیشن پر اترا۔</w:t>
      </w:r>
    </w:p>
    <w:p>
      <w:r>
        <w:rPr>
          <w:b/>
        </w:rPr>
        <w:t xml:space="preserve">[25:49] </w:t>
      </w:r>
      <w:r>
        <w:t>to mere sath ek aur aadmi utra.</w:t>
      </w:r>
    </w:p>
    <w:p>
      <w:pPr>
        <w:jc w:val="right"/>
      </w:pPr>
      <w:r>
        <w:t>تو میرے ساتھ ایک اور آدمی اترا۔</w:t>
      </w:r>
    </w:p>
    <w:p>
      <w:r>
        <w:rPr>
          <w:b/>
        </w:rPr>
        <w:t xml:space="preserve">[25:53] </w:t>
      </w:r>
      <w:r>
        <w:t>main chalne laga to woh bhi chalne laga. Shayad us ko bhi wahin jana hoga. To hum log taqreeban ek fardah paidal chale to woh maqam aa gaya</w:t>
      </w:r>
    </w:p>
    <w:p>
      <w:pPr>
        <w:jc w:val="right"/>
      </w:pPr>
      <w:r>
        <w:t>میں چلنے لگا تو وہ بھی چلنے لگا۔ شاید اس کو بھی وہیں جانا ہوگا۔ تو ہم لوگ تقریباً ایک فردہ پیدل چلے تو وہ مقام آ گیا</w:t>
      </w:r>
    </w:p>
    <w:p>
      <w:r>
        <w:rPr>
          <w:b/>
        </w:rPr>
        <w:t xml:space="preserve">[26:11] </w:t>
      </w:r>
      <w:r>
        <w:t>jahan se mujhe idhar jana tha, un ko idhar jana tha. Tab is aadmi ne apne pocket se</w:t>
      </w:r>
    </w:p>
    <w:p>
      <w:pPr>
        <w:jc w:val="right"/>
      </w:pPr>
      <w:r>
        <w:t>جہاں سے مجھے ادھر جانا تھا، ان کو ادھر جانا تھا۔ تب اس آدمی نے اپنے پاکٹ سے</w:t>
      </w:r>
    </w:p>
    <w:p>
      <w:r>
        <w:rPr>
          <w:b/>
        </w:rPr>
        <w:t xml:space="preserve">[26:20] </w:t>
      </w:r>
      <w:r>
        <w:t>ya apni bike se ek bohat hi beautiful chupa hua leaf let nikala, new leaf let.</w:t>
      </w:r>
    </w:p>
    <w:p>
      <w:pPr>
        <w:jc w:val="right"/>
      </w:pPr>
      <w:r>
        <w:t>یا اپنی بائیک سے ایک بہت ہی بیوٹی فل چھپا ہوا لیف لیٹ نکالا، نیو لیف لیٹ۔</w:t>
      </w:r>
    </w:p>
    <w:p>
      <w:r>
        <w:rPr>
          <w:b/>
        </w:rPr>
        <w:t xml:space="preserve">[26:31] </w:t>
      </w:r>
      <w:r>
        <w:t>woh chupa hua tha Ohio ka ya America ka. Woh mujhe de diya aur idhar chala gaya. To is mein Christianity ki tablegh thi.</w:t>
      </w:r>
    </w:p>
    <w:p>
      <w:pPr>
        <w:jc w:val="right"/>
      </w:pPr>
      <w:r>
        <w:t>وہ چھپا ہوا تھا اوہائیو کا یا امریکہ کا۔ وہ مجھے دے دیا اور ادھر چلا گیا۔ تو اس میں کرسچینٹی کی تبلیغ تھی۔</w:t>
      </w:r>
    </w:p>
    <w:p>
      <w:r>
        <w:rPr>
          <w:b/>
        </w:rPr>
        <w:t xml:space="preserve">[26:45] </w:t>
      </w:r>
      <w:r>
        <w:t>aur Bible ke kuch quotation the is mein. Us waqt se yeh idea mere mind mein tha. Distribution ka idea.</w:t>
      </w:r>
    </w:p>
    <w:p>
      <w:pPr>
        <w:jc w:val="right"/>
      </w:pPr>
      <w:r>
        <w:t>اور بائبل کے کچھ کوٹیشن تھے اس میں۔ اس وقت سے یہ آئیڈیا میرے مائنڈ میں تھا۔ ڈسٹریبیوشن کا آئیڈیا۔</w:t>
      </w:r>
    </w:p>
    <w:p>
      <w:r>
        <w:rPr>
          <w:b/>
        </w:rPr>
        <w:t xml:space="preserve">[26:56] </w:t>
      </w:r>
      <w:r>
        <w:t>ab Allah ke fazal se hamare jo sathi hain, hum ambition ke jo sathi hain,</w:t>
      </w:r>
    </w:p>
    <w:p>
      <w:pPr>
        <w:jc w:val="right"/>
      </w:pPr>
      <w:r>
        <w:t>اب اللہ کے فضل سے ہمارے جو ساتھی ہیں، ہم ایمبیشن کے جو ساتھی ہیں،</w:t>
      </w:r>
    </w:p>
    <w:p>
      <w:r>
        <w:rPr>
          <w:b/>
        </w:rPr>
        <w:t xml:space="preserve">[27:02] </w:t>
      </w:r>
      <w:r>
        <w:t>woh bharpoor tor par is mein lag chuke hain. Lag chuke hain.</w:t>
      </w:r>
    </w:p>
    <w:p>
      <w:pPr>
        <w:jc w:val="right"/>
      </w:pPr>
      <w:r>
        <w:t>وہ بھرپور طور پر اس میں لگ چکے ہیں۔ لگ چکے ہیں۔</w:t>
      </w:r>
    </w:p>
    <w:p>
      <w:r>
        <w:rPr>
          <w:b/>
        </w:rPr>
        <w:t xml:space="preserve">[27:09] </w:t>
      </w:r>
      <w:r>
        <w:t>aur har jagah pohanch rahe hain, har jagah pohanch rahe hain. Woh to main aap sab logon ko kahunga ke yeh jo Quran ka ailan tha is zamane mein, Makki daur mein,</w:t>
      </w:r>
    </w:p>
    <w:p>
      <w:pPr>
        <w:jc w:val="right"/>
      </w:pPr>
      <w:r>
        <w:t>اور ہر جگہ پہنچ رہے ہیں، ہر جگہ پہنچ رہے ہیں۔ وہ تو میں آپ سب لوگوں کو کہوں گا کہ یہ جو قرآن کا اعلان تھا اس زمانے میں، مکی دور میں،</w:t>
      </w:r>
    </w:p>
    <w:p>
      <w:r>
        <w:rPr>
          <w:b/>
        </w:rPr>
        <w:t xml:space="preserve">[27:25] </w:t>
      </w:r>
      <w:r>
        <w:t>nazir al-furqan al-'abidin li-yakuna lil-'alamin nadhirah, yeh Makke mein ailan kiya gaya tha. Makke mein phir woh ek process chal pada.</w:t>
      </w:r>
    </w:p>
    <w:p>
      <w:pPr>
        <w:jc w:val="right"/>
      </w:pPr>
      <w:r>
        <w:t>نذر الفرقان العابدین لیکون للعالمین نذرہ، یہ مکے میں اعلان کیا گیا تھا۔ مکے میں پھر وہ ایک پراسیس چل پڑا۔</w:t>
      </w:r>
    </w:p>
    <w:p>
      <w:r>
        <w:rPr>
          <w:b/>
        </w:rPr>
        <w:t xml:space="preserve">[27:37] </w:t>
      </w:r>
      <w:r>
        <w:t>phir ek process chal pada. Aur Allah ke bande uthte rahe, uthte rahe, uthte rahe. Jo Quran ko pohanchate rahe.</w:t>
      </w:r>
    </w:p>
    <w:p>
      <w:pPr>
        <w:jc w:val="right"/>
      </w:pPr>
      <w:r>
        <w:t>پھر ایک پراسیس چل پڑا۔ اور اللہ کے بندے اٹھتے رہے، اٹھتے رہے، اٹھتے رہے۔ جو قرآن کو پہنچاتے رہے۔</w:t>
      </w:r>
    </w:p>
    <w:p>
      <w:r>
        <w:rPr>
          <w:b/>
        </w:rPr>
        <w:t xml:space="preserve">[27:46] </w:t>
      </w:r>
      <w:r>
        <w:t>phir Allah ne har daur mein aise halaat paida kiye jis se is ke kaam ko karna aasan ho gaya.</w:t>
      </w:r>
    </w:p>
    <w:p>
      <w:pPr>
        <w:jc w:val="right"/>
      </w:pPr>
      <w:r>
        <w:t>پھر اللہ نے ہر دور میں ایسے حالات پیدا کیے جس سے اس کے کام کو کرنا آسان ہو گیا۔</w:t>
      </w:r>
    </w:p>
    <w:p>
      <w:r>
        <w:rPr>
          <w:b/>
        </w:rPr>
        <w:t xml:space="preserve">[27:56] </w:t>
      </w:r>
      <w:r>
        <w:t>maslan dekhiye printing press paida kiya Allah taala ne. Phir international language paida kiya Allah taala ne.</w:t>
      </w:r>
    </w:p>
    <w:p>
      <w:pPr>
        <w:jc w:val="right"/>
      </w:pPr>
      <w:r>
        <w:t>مثلاً دیکھیے پرنٹنگ پریس پیدا کیا اللہ تعالیٰ نے۔ پھر انٹرنیشنل لینگویج پیدا کیا اللہ تعالیٰ نے۔</w:t>
      </w:r>
    </w:p>
    <w:p>
      <w:r>
        <w:rPr>
          <w:b/>
        </w:rPr>
        <w:t xml:space="preserve">[28:10] </w:t>
      </w:r>
      <w:r>
        <w:t>is ke baad dekhiye dunya mein</w:t>
      </w:r>
    </w:p>
    <w:p>
      <w:pPr>
        <w:jc w:val="right"/>
      </w:pPr>
      <w:r>
        <w:t>اس کے بعد دیکھیے دنیا میں</w:t>
      </w:r>
    </w:p>
    <w:p>
      <w:r>
        <w:rPr>
          <w:b/>
        </w:rPr>
        <w:t xml:space="preserve">[28:13] </w:t>
      </w:r>
      <w:r>
        <w:t>joghrafiai boundaries aain. Is se safar karna aasan ho gaya. Phir hathyar bekar ho gaye kyunke weapons of mass destruction ka zamana aa gaya.</w:t>
      </w:r>
    </w:p>
    <w:p>
      <w:pPr>
        <w:jc w:val="right"/>
      </w:pPr>
      <w:r>
        <w:t>جغرافیائی باؤنڈریز آئیں۔ اس سے سفر کرنا آسان ہو گیا۔ پھر ہتھیار بیکار ہو گئے کیونکہ ویپنز آف ماس ڈسٹرکشن کا زمانہ آ گیا۔</w:t>
      </w:r>
    </w:p>
    <w:p>
      <w:r>
        <w:rPr>
          <w:b/>
        </w:rPr>
        <w:t xml:space="preserve">[28:29] </w:t>
      </w:r>
      <w:r>
        <w:t>phir dekhiye industrial age aaya.</w:t>
      </w:r>
    </w:p>
    <w:p>
      <w:pPr>
        <w:jc w:val="right"/>
      </w:pPr>
      <w:r>
        <w:t>پھر دیکھیے انڈسٹریل ایج آیا۔</w:t>
      </w:r>
    </w:p>
    <w:p>
      <w:r>
        <w:rPr>
          <w:b/>
        </w:rPr>
        <w:t xml:space="preserve">[28:32] </w:t>
      </w:r>
      <w:r>
        <w:t>is mein computer ka daur aa gaya. Ab sara kaam computer ke zariye ho raha hai. Aap ko bohat bara center banane ki zaroorat nahi hai.</w:t>
      </w:r>
    </w:p>
    <w:p>
      <w:pPr>
        <w:jc w:val="right"/>
      </w:pPr>
      <w:r>
        <w:t>اس میں کمپیوٹر کا دور آ گیا۔ اب سارا کام کمپیوٹر کے ذریعے ہو رہا ہے۔ آپ کو بہت بڑا سینٹر بنانے کی ضرورت نہیں ہے۔</w:t>
      </w:r>
    </w:p>
    <w:p>
      <w:r>
        <w:rPr>
          <w:b/>
        </w:rPr>
        <w:t xml:space="preserve">[28:49] </w:t>
      </w:r>
      <w:r>
        <w:t>bohat bara center banane ki zaroorat nahi hai. Aap ke pas ek office ho, wahan barh jain computer le kar ke aur sari dunya aap ke aap ke co-ordinate kar sakte hain.</w:t>
      </w:r>
    </w:p>
    <w:p>
      <w:pPr>
        <w:jc w:val="right"/>
      </w:pPr>
      <w:r>
        <w:t>بہت بڑا سینٹر بنانے کی ضرورت نہیں ہے۔ آپ کے پاس ایک آفس ہو، وہاں بڑھ جائیں کمپیوٹر لے کر کے اور ساری دنیا آپ کے آپ کے کو آرڈرز کر سکتے ہیں۔</w:t>
      </w:r>
    </w:p>
    <w:p>
      <w:r>
        <w:rPr>
          <w:b/>
        </w:rPr>
        <w:t xml:space="preserve">[29:02] </w:t>
      </w:r>
      <w:r>
        <w:t>aap yeh kitni bari nemat hai aur yeh nemat</w:t>
      </w:r>
    </w:p>
    <w:p>
      <w:pPr>
        <w:jc w:val="right"/>
      </w:pPr>
      <w:r>
        <w:t>آپ یہ کتنی بڑی نعمت ہے اور یہ نعمت</w:t>
      </w:r>
    </w:p>
    <w:p>
      <w:r>
        <w:rPr>
          <w:b/>
        </w:rPr>
        <w:t xml:space="preserve">[29:08] </w:t>
      </w:r>
      <w:r>
        <w:t>jo dunya mein aai hai.</w:t>
      </w:r>
    </w:p>
    <w:p>
      <w:pPr>
        <w:jc w:val="right"/>
      </w:pPr>
      <w:r>
        <w:t>جو دنیا میں آئی ہے۔</w:t>
      </w:r>
    </w:p>
    <w:p>
      <w:r>
        <w:rPr>
          <w:b/>
        </w:rPr>
        <w:t xml:space="preserve">[29:13] </w:t>
      </w:r>
      <w:r>
        <w:t>dunya mein pais aaya, dunya mein kya kya aaya, bohat kuch. to Allah taala ne apne bondon ke liye jo quran ko phailane ke liye le liye hue hain, un ke liye tohfa bheja hai.</w:t>
      </w:r>
    </w:p>
    <w:p>
      <w:pPr>
        <w:jc w:val="right"/>
      </w:pPr>
      <w:r>
        <w:t>دنیا میں پیس آیا، دنیا میں کیا کیا آیا، بہت کچھ۔ تو اللہ تعالیٰ نے اپنے بندوں کے لیے جو قرآن کو پھیلانے کے لیے لے لیے ہوئے ہیں، ان کے لیے تحفہ بھیجا ہے۔</w:t>
      </w:r>
    </w:p>
    <w:p>
      <w:r>
        <w:rPr>
          <w:b/>
        </w:rPr>
        <w:t xml:space="preserve">[29:28] </w:t>
      </w:r>
      <w:r>
        <w:t>yeh sab, yeh sab Allah taala ke tohfe hain</w:t>
      </w:r>
    </w:p>
    <w:p>
      <w:pPr>
        <w:jc w:val="right"/>
      </w:pPr>
      <w:r>
        <w:t>یہ سب، یہ سب اللہ تعالیٰ کے تحفے ہیں</w:t>
      </w:r>
    </w:p>
    <w:p>
      <w:r>
        <w:rPr>
          <w:b/>
        </w:rPr>
        <w:t xml:space="preserve">[29:33] </w:t>
      </w:r>
      <w:r>
        <w:t>ke a mere bondon, is ko istemal karo aur model bana kar de diya. Vatican ka ke dekho jo Vatican wale jis tarah Bible kar rahe hain, is tarah to Quran ko karo.</w:t>
      </w:r>
    </w:p>
    <w:p>
      <w:pPr>
        <w:jc w:val="right"/>
      </w:pPr>
      <w:r>
        <w:t>کہ اے میرے بندوں، اس کو استعمال کرو اور ماڈل بنا کر دے دیا۔ ویٹیکن کا کہ دیکھو جو ویٹیکن والے جس طرح بائبل کر رہے ہیں، اس طرح تو قرآن کو کرو۔</w:t>
      </w:r>
    </w:p>
    <w:p>
      <w:r>
        <w:rPr>
          <w:b/>
        </w:rPr>
        <w:t xml:space="preserve">[29:49] </w:t>
      </w:r>
      <w:r>
        <w:t>mein chahta hoon ke aaj se hum hum log Khuda ki awaz ko sunein aur is</w:t>
      </w:r>
    </w:p>
    <w:p>
      <w:pPr>
        <w:jc w:val="right"/>
      </w:pPr>
      <w:r>
        <w:t>میں چاہتا ہوں کہ آج سے ہم ہم لوگ خدا کی آواز کو سنیں اور اس</w:t>
      </w:r>
    </w:p>
    <w:p>
      <w:r>
        <w:rPr>
          <w:b/>
        </w:rPr>
        <w:t xml:space="preserve">[29:58] </w:t>
      </w:r>
      <w:r>
        <w:t>muhim mein apne aap ko laga dein. Meri dua hai ke Allah taala aap ke dil mein yeh baat daal de.</w:t>
      </w:r>
    </w:p>
    <w:p>
      <w:pPr>
        <w:jc w:val="right"/>
      </w:pPr>
      <w:r>
        <w:t>مہم میں اپنے آپ کو لگا دیں۔ میری دعا ہے کہ اللہ تعالیٰ آپ کے دل میں یہ بات ڈال دے۔</w:t>
      </w:r>
    </w:p>
    <w:p>
      <w:r>
        <w:rPr>
          <w:b/>
        </w:rPr>
        <w:t xml:space="preserve">[30:08] </w:t>
      </w:r>
      <w:r>
        <w:t>Assalamualaikum warahmatullah.</w:t>
      </w:r>
    </w:p>
    <w:p>
      <w:pPr>
        <w:jc w:val="right"/>
      </w:pPr>
      <w:r>
        <w:t>السلام علیکم ورحمۃ اللہ۔</w:t>
      </w:r>
    </w:p>
    <w:p>
      <w:r>
        <w:rPr>
          <w:b/>
        </w:rPr>
        <w:t xml:space="preserve">[30:23] </w:t>
      </w:r>
      <w:r>
        <w:t>Okay, before we get into the question answer session, aah, aah, aah, aah, aah, aah, aah, aah, I would like to share with all of you, aah, that recently Dr Saniyah Hasnain Khan sahib, aah, had traveled to Australia and New Zealand, aah, for da'wah purposes and he has just returned, aah, this week and therefore we will request him to come here and share his, aah, da'wah experiences with all of us.</w:t>
      </w:r>
    </w:p>
    <w:p>
      <w:pPr>
        <w:jc w:val="right"/>
      </w:pPr>
      <w:r>
        <w:t>اوکے، before we get into the question answer session, آہ، آہ، آہ، آہ، آہ، آہ، آہ، آہ، I would like to share with all of you, آہ، that recently ڈاکٹر ثانیہ حسنین خان صاحب، آہ، had traveled to آسٹریلیا and نیوزی لینڈ، آہ، for دعویٰ purposes and he has just returned, آہ، this week and therefore we will request him to come here and share his, آہ، دعویٰ experiences with all of us.</w:t>
      </w:r>
    </w:p>
    <w:p>
      <w:r>
        <w:rPr>
          <w:b/>
        </w:rPr>
        <w:t xml:space="preserve">[30:48] </w:t>
      </w:r>
      <w:r>
        <w:t>Aah, Dr Saniyah Hasnain Khan. Bismillah hir rahman nir rahim. Rabb ishrah li sadri wa yassir</w:t>
      </w:r>
    </w:p>
    <w:p>
      <w:pPr>
        <w:jc w:val="right"/>
      </w:pPr>
      <w:r>
        <w:t>آہ، ڈاکٹر ثانیہ حسنین خان۔ بسم اللہ الرحمن الرحیم۔ رب اشرح لی صدری ویسر</w:t>
      </w:r>
    </w:p>
    <w:p>
      <w:r>
        <w:rPr>
          <w:b/>
        </w:rPr>
        <w:t xml:space="preserve">[30:54] </w:t>
      </w:r>
      <w:r>
        <w:t>li amri wahlul uqdatan min lisani yafqahu qawli. Jaisa ke aap ko maloom hai ke March pandrah do hazar unnis ko Christchurch mein attack hua aur us ke baad jo response diya</w:t>
      </w:r>
    </w:p>
    <w:p>
      <w:pPr>
        <w:jc w:val="right"/>
      </w:pPr>
      <w:r>
        <w:t>لی امری واحل العقدۃ من لسانی یفقہ قولی۔ جیسا کہ آپ کو معلوم ہے کہ مارچ پندرہ دو ہزار انیس کو کرائسٹ چرچ میں اٹیک ہوا اور اس کے بعد جو رسپانس دیا</w:t>
      </w:r>
    </w:p>
    <w:p>
      <w:r>
        <w:rPr>
          <w:b/>
        </w:rPr>
        <w:t xml:space="preserve">[31:16] </w:t>
      </w:r>
      <w:r>
        <w:t>New Zealand ke logon ne aur khas taur se wahan ke prime minister ne, woh bohat hi ghair mamooli tha aur us ki wajah se New Zealand ke log, aah, masjid mein aane lage, Christchurch ki masjid mein, doosri masjid mein hazaron ki tadad mein.</w:t>
      </w:r>
    </w:p>
    <w:p>
      <w:pPr>
        <w:jc w:val="right"/>
      </w:pPr>
      <w:r>
        <w:t>نیوزی لینڈ کے لوگوں نے اور خاص طور سے وہاں کے پرائم منسٹر نے، وہ بہت ہی غیر معمولی تھا اور اس کی وجہ سے نیوزی لینڈ کے لوگ، آہ، مسجد میں آنے لگے، کرائسٹ چرچ کی مسجد میں، دوسری مسجد میں ہزاروں کی تعداد میں۔</w:t>
      </w:r>
    </w:p>
    <w:p>
      <w:r>
        <w:rPr>
          <w:b/>
        </w:rPr>
        <w:t xml:space="preserve">[31:35] </w:t>
      </w:r>
      <w:r>
        <w:t>to us waqt Kaleem sahib ka phone aaya mere paas ke log aa rahe hain masjid mein lekin woh khali hath ja rahe hain.</w:t>
      </w:r>
    </w:p>
    <w:p>
      <w:pPr>
        <w:jc w:val="right"/>
      </w:pPr>
      <w:r>
        <w:t>تو اس وقت کلیم صاحب کا فون آیا میرے پاس کہ لوگ آ رہے ہیں مسجد میں لیکن وہ خالی ہاتھ جا رہے ہیں۔</w:t>
      </w:r>
    </w:p>
    <w:p>
      <w:r>
        <w:rPr>
          <w:b/>
        </w:rPr>
        <w:t xml:space="preserve">[31:46] </w:t>
      </w:r>
      <w:r>
        <w:t>na koi literature, na koi Quran ki copy, na koi baat.</w:t>
      </w:r>
    </w:p>
    <w:p>
      <w:pPr>
        <w:jc w:val="right"/>
      </w:pPr>
      <w:r>
        <w:t>نہ کوئی لٹریچر، نہ کوئی قرآن کی کاپی، نہ کوئی بات۔</w:t>
      </w:r>
    </w:p>
    <w:p>
      <w:r>
        <w:rPr>
          <w:b/>
        </w:rPr>
        <w:t xml:space="preserve">[31:52] </w:t>
      </w:r>
      <w:r>
        <w:t>to unhone kaha ke mein foran safar karta hoon New Zealand ka aur wahan ja ke dekhta hoon ke kaise hum yeh kaam da'wati wahan kar saken.</w:t>
      </w:r>
    </w:p>
    <w:p>
      <w:pPr>
        <w:jc w:val="right"/>
      </w:pPr>
      <w:r>
        <w:t>تو انہوں نے کہا کہ میں فوراً سفر کرتا ہوں نیوزی لینڈ کا اور وہاں جا کے دیکھتا ہوں کہ کیسے ہم یہ کام دعوتی وہاں کر سکیں۔</w:t>
      </w:r>
    </w:p>
    <w:p>
      <w:r>
        <w:rPr>
          <w:b/>
        </w:rPr>
        <w:t xml:space="preserve">[32:02] </w:t>
      </w:r>
      <w:r>
        <w:t>to March mein yeh waqia hua aur April mein Kaleem sahib New Zealand pahunch gaye.</w:t>
      </w:r>
    </w:p>
    <w:p>
      <w:pPr>
        <w:jc w:val="right"/>
      </w:pPr>
      <w:r>
        <w:t>تو مارچ میں یہ واقعہ ہوا اور اپریل میں کلیم صاحب نیوزی لینڈ پہنچ گئے۔</w:t>
      </w:r>
    </w:p>
    <w:p>
      <w:r>
        <w:rPr>
          <w:b/>
        </w:rPr>
        <w:t xml:space="preserve">[32:07] </w:t>
      </w:r>
      <w:r>
        <w:t>wahan Christchurch gaye, Auckland gaye, doosri jagahon pe gaye, logon se mile aur wahan logon ko inspire kiya ke Quran hamara farz hai ke hum un logon tak pahunchayein.</w:t>
      </w:r>
    </w:p>
    <w:p>
      <w:pPr>
        <w:jc w:val="right"/>
      </w:pPr>
      <w:r>
        <w:t>وہاں کرائسٹ چرچ گئے، آکلینڈ گئے، دوسری جگہوں پہ گئے، لوگوں سے ملے اور وہاں لوگوں کو انسپائر کیا کہ قرآن ہمارا فرض ہے کہ ہم ان لوگوں تک پہنچائیں۔</w:t>
      </w:r>
    </w:p>
    <w:p>
      <w:r>
        <w:rPr>
          <w:b/>
        </w:rPr>
        <w:t xml:space="preserve">[32:22] </w:t>
      </w:r>
      <w:r>
        <w:t>to wahan, aah, community abhi bohat hi choti hai, Muslim community</w:t>
      </w:r>
    </w:p>
    <w:p>
      <w:pPr>
        <w:jc w:val="right"/>
      </w:pPr>
      <w:r>
        <w:t>تو وہاں، آہ، کمیونٹی ابھی بہت ہی چھوٹی ہے، مسلم کمیونٹی</w:t>
      </w:r>
    </w:p>
    <w:p>
      <w:r>
        <w:rPr>
          <w:b/>
        </w:rPr>
        <w:t xml:space="preserve">[32:28] </w:t>
      </w:r>
      <w:r>
        <w:t>aur zyada tar logon, aah, ke andar da'wati jazba nahi hai balkeh community work karne ka jazba hai. To kafi unhone logon ko, aah, da'wah ki taraf raghib kiya aur inspire kiya aur foran teen bare shipments, paanch paanch hazar copies ke, pandrah hazar copies ke air se bhijwaye,</w:t>
      </w:r>
    </w:p>
    <w:p>
      <w:pPr>
        <w:jc w:val="right"/>
      </w:pPr>
      <w:r>
        <w:t>اور زیادہ تر لوگوں، آہ، کے اندر دعوتی جذبہ نہیں ہے بلکہ کمیونٹی ورک کرنے کا جذبہ ہے۔ تو کافی انہوں نے لوگوں کو، آہ، دعوت کی طرف راغب کیا اور انسپائر کیا اور فوراً تین بڑے شپمنٹس، پانچ پانچ ہزار کاپیز کے، پندرہ ہزار کاپیز کے ایئر سے بھجوائے،</w:t>
      </w:r>
    </w:p>
    <w:p>
      <w:r>
        <w:rPr>
          <w:b/>
        </w:rPr>
        <w:t xml:space="preserve">[32:51] </w:t>
      </w:r>
      <w:r>
        <w:t>aah, Auckland, Wellington aur Christchurch. To fori wahan, aah, distribution ka kaam shuru ho gaya. Phir us ke baad July mein Kaleem sahib ne doosra safar kiya aur logon se mile aur kaam ko aage badhaya.</w:t>
      </w:r>
    </w:p>
    <w:p>
      <w:pPr>
        <w:jc w:val="right"/>
      </w:pPr>
      <w:r>
        <w:t>آہ، آکلینڈ، ویلنگٹن اور کرائسٹ چرچ۔ تو فوری وہاں، آہ، ڈسٹریبیوشن کا کام شروع ہو گیا۔ پھر اس کے بعد جولائی میں کلیم صاحب نے دوسرا سفر کیا اور لوگوں سے ملے اور کام کو آگے بڑھایا۔</w:t>
      </w:r>
    </w:p>
    <w:p>
      <w:r>
        <w:rPr>
          <w:b/>
        </w:rPr>
        <w:t xml:space="preserve">[33:08] </w:t>
      </w:r>
      <w:r>
        <w:t>phir yeh teesra safar jo pehli February ko hua,</w:t>
      </w:r>
    </w:p>
    <w:p>
      <w:pPr>
        <w:jc w:val="right"/>
      </w:pPr>
      <w:r>
        <w:t>پھر یہ تیسرا سفر جو پہلی فروری کو ہوا،</w:t>
      </w:r>
    </w:p>
    <w:p>
      <w:r>
        <w:rPr>
          <w:b/>
        </w:rPr>
        <w:t xml:space="preserve">[33:13] </w:t>
      </w:r>
      <w:r>
        <w:t>jis mein, aah, mein bhi shamil tha aur Haroon Sheikh sahib bhi Bombay ke shamil the aur Kaleem sahib, hum wahan pahunche. Sab se pehle hum, aah, yahan se chuna ke hum via Bangkok gaye the to Bangkok ek din ruke.</w:t>
      </w:r>
    </w:p>
    <w:p>
      <w:pPr>
        <w:jc w:val="right"/>
      </w:pPr>
      <w:r>
        <w:t>جس میں، آہ، میں بھی شامل تھا اور ہارون شیخ صاحب بھی بمبے کے شامل تھے اور کلیم صاحب، ہم وہاں پہنچے۔ سب سے پہلے ہم، آہ، یہاں سے چونکہ ہم وایا بینکاک گئے تھے تو بینکاک ایک دن رکے۔</w:t>
      </w:r>
    </w:p>
    <w:p>
      <w:r>
        <w:rPr>
          <w:b/>
        </w:rPr>
        <w:t xml:space="preserve">[33:29] </w:t>
      </w:r>
      <w:r>
        <w:t>Bangkok mein jo Thai ka translation abhi Quran ka hua hai,</w:t>
      </w:r>
    </w:p>
    <w:p>
      <w:pPr>
        <w:jc w:val="right"/>
      </w:pPr>
      <w:r>
        <w:t>بینکاک میں جو تھائی کا ٹرانسلیشن ابھی قرآن کا ہوا ہے،</w:t>
      </w:r>
    </w:p>
    <w:p>
      <w:r>
        <w:rPr>
          <w:b/>
        </w:rPr>
        <w:t xml:space="preserve">[33:34] </w:t>
      </w:r>
      <w:r>
        <w:t>woh translator jinka naam hai, aah, Muhammad Amin bin Qasim, un se mulaqat hui. Woh ek bohat bare scholar hain aur unhone kafi translations pehle kiye hain.</w:t>
      </w:r>
    </w:p>
    <w:p>
      <w:pPr>
        <w:jc w:val="right"/>
      </w:pPr>
      <w:r>
        <w:t>وہ ٹرانسلیٹر جن کا نام ہے، آہ، محمد امین بن قاسم، ان سے ملاقات ہوئی۔ وہ ایک بہت بڑے سکالر ہیں اور انہوں نے کافی ٹرانسلیشنز پہلے کیے ہیں۔</w:t>
      </w:r>
    </w:p>
    <w:p>
      <w:r>
        <w:rPr>
          <w:b/>
        </w:rPr>
        <w:t xml:space="preserve">[33:50] </w:t>
      </w:r>
      <w:r>
        <w:t>aah, Sahih Bukhari ka tarjuma kiya hai aur aah, aah, Tafsir Ibn Kathir ka tarjuma kiya hai. To Maulana ka translation unhone tarjuma kiya hai jo ke ab chhap raha hai.</w:t>
      </w:r>
    </w:p>
    <w:p>
      <w:pPr>
        <w:jc w:val="right"/>
      </w:pPr>
      <w:r>
        <w:t>آہ، صحیح بخاری کا ترجمہ کیا ہے اور آہ، آہ، تفسیر ابن کثیر کا ترجمہ کیا ہے۔ تو مولانا کا ٹرانسلیشن انہوں نے ترجمہ کیا ہے جو کہ اب چھپ رہا ہے۔</w:t>
      </w:r>
    </w:p>
    <w:p>
      <w:r>
        <w:rPr>
          <w:b/>
        </w:rPr>
        <w:t xml:space="preserve">[34:02] </w:t>
      </w:r>
      <w:r>
        <w:t>to us ke baad un se baat cheet hui to unhone Tafsir Maulana ki Tazkir al-Quran bhi pasand ki aur is pe bhi kaam shuru kar diya hai.</w:t>
      </w:r>
    </w:p>
    <w:p>
      <w:pPr>
        <w:jc w:val="right"/>
      </w:pPr>
      <w:r>
        <w:t>تو اس کے بعد ان سے بات چیت ہوئی تو انہوں نے تفسیر مولانا کی تذکر القرآن بھی پسند کی اور اس پہ بھی کام شروع کر دیا ہے۔</w:t>
      </w:r>
    </w:p>
    <w:p>
      <w:r>
        <w:rPr>
          <w:b/>
        </w:rPr>
        <w:t xml:space="preserve">[34:11] </w:t>
      </w:r>
      <w:r>
        <w:t>aur us ke ilawa aur bhi jo kitabein hain jaise Quranic Wisdom, aah, aah, Discovering God, Seekers Guide, in kitabon ko bhi wahan inshallah shaya karne ka irada hai.</w:t>
      </w:r>
    </w:p>
    <w:p>
      <w:pPr>
        <w:jc w:val="right"/>
      </w:pPr>
      <w:r>
        <w:t>اور اس کے علاوہ اور بھی جو کتابیں ہیں جیسے قرآنک وزڈم، آہ، آہ، ڈسکورنگ گاڈ، سیکرز گائیڈ، ان کتابوں کو بھی وہاں انشاءاللہ شائع کرنے کا ارادہ ہے۔</w:t>
      </w:r>
    </w:p>
    <w:p>
      <w:r>
        <w:rPr>
          <w:b/>
        </w:rPr>
        <w:t xml:space="preserve">[34:25] </w:t>
      </w:r>
      <w:r>
        <w:t>wahan ek hotel hai, almaurooz, jo ke five star hotel hai,</w:t>
      </w:r>
    </w:p>
    <w:p>
      <w:pPr>
        <w:jc w:val="right"/>
      </w:pPr>
      <w:r>
        <w:t>وہاں ایک ہوٹل ہے، المعروض، جو کہ فائیو سٹار ہوٹل ہے،</w:t>
      </w:r>
    </w:p>
    <w:p>
      <w:r>
        <w:rPr>
          <w:b/>
        </w:rPr>
        <w:t xml:space="preserve">[34:30] </w:t>
      </w:r>
      <w:r>
        <w:t>woh muslim is ke owner hain. to woh quran rakhte hain apne rooms mein. pichhli baar jab aap aa gayi theen aur doctor naghma waghera gayi theen, mariya, to wahan gaye thay aur mile thay un ke owners se.</w:t>
      </w:r>
    </w:p>
    <w:p>
      <w:pPr>
        <w:jc w:val="right"/>
      </w:pPr>
      <w:r>
        <w:t>وہ مسلم اس کے اونر ہیں۔ تو وہ قرآن رکھتے ہیں اپنے رومز میں۔ پچھلی بار جب آپ آ گئی تھیں اور ڈاکٹر نغمہ وغیرہ گئی تھیں، ماریہ، تو وہاں گئے تھے اور ملے تھے ان کے اونرز سے۔</w:t>
      </w:r>
    </w:p>
    <w:p>
      <w:r>
        <w:rPr>
          <w:b/>
        </w:rPr>
        <w:t xml:space="preserve">[34:43] </w:t>
      </w:r>
      <w:r>
        <w:t>to unhon ne bohat dilchaspi dikhai</w:t>
      </w:r>
    </w:p>
    <w:p>
      <w:pPr>
        <w:jc w:val="right"/>
      </w:pPr>
      <w:r>
        <w:t>تو انہوں نے بہت دلچسپی دکھائی</w:t>
      </w:r>
    </w:p>
    <w:p>
      <w:r>
        <w:rPr>
          <w:b/>
        </w:rPr>
        <w:t xml:space="preserve">[34:47] </w:t>
      </w:r>
      <w:r>
        <w:t>aur kaha ke hamare haan chinese tourist bohat aate hain. to unhon ne ek chinese quran bhi kaha ke hamein bhi bhejeye aur thai quran ke bare mein hum ne bataya to unhon ne kaha ke thai, chinese aur english teenon quran hum rakhenge rooms mein aur apne reception pe bhi rakhenge aur likh denge ke free quran available.</w:t>
      </w:r>
    </w:p>
    <w:p>
      <w:pPr>
        <w:jc w:val="right"/>
      </w:pPr>
      <w:r>
        <w:t>اور کہا کہ ہمارے ہاں چائنیز ٹورسٹ بہت آتے ہیں۔ تو انہوں نے ایک چائنیز قرآن بھی کہا کہ ہمیں بھیجیے اور تھائی قرآن کے بارے میں ہم نے بتایا تو انہوں نے کہا کہ تھائی، چائنیز اور انگلش تینوں قرآن ہم رکھیں گے رومز میں اور اپنے ریسیپشن پہ بھی رکھیں گے اور لکھ دیں گے کہ فری قرآن اویلیبل۔</w:t>
      </w:r>
    </w:p>
    <w:p>
      <w:r>
        <w:rPr>
          <w:b/>
        </w:rPr>
        <w:t xml:space="preserve">[35:06] </w:t>
      </w:r>
      <w:r>
        <w:t>to is tarah se thoda sa kaam bankok mein hua. phir hum log auckland pahunche. achha, almaurooz hotel ne yeh bataya ke un ka ek aur hotel ban raha hai</w:t>
      </w:r>
    </w:p>
    <w:p>
      <w:pPr>
        <w:jc w:val="right"/>
      </w:pPr>
      <w:r>
        <w:t>تو اس طرح سے تھوڑا سا کام بینکاک میں ہوا۔ پھر ہم لوگ آکلینڈ پہنچے۔ اچھا، المعروض ہوٹل نے یہ بتایا کہ ان کا ایک اور ہوٹل بن رہا ہے</w:t>
      </w:r>
    </w:p>
    <w:p>
      <w:r>
        <w:rPr>
          <w:b/>
        </w:rPr>
        <w:t xml:space="preserve">[35:16] </w:t>
      </w:r>
      <w:r>
        <w:t>jo ke 250 rooms ka hai. yeh bhi 250 rooms ka hai. to is tarah se paanch sau kamron mein quran inshallah pahunch jayega jaldi.</w:t>
      </w:r>
    </w:p>
    <w:p>
      <w:pPr>
        <w:jc w:val="right"/>
      </w:pPr>
      <w:r>
        <w:t>جو کہ 250 رومز کا ہے۔ یہ بھی 250 رومز کا ہے۔ تو اس طرح سے پانچ سو کمروں میں قرآن انشاءاللہ پہنچ جائے گا جلدی۔</w:t>
      </w:r>
    </w:p>
    <w:p>
      <w:r>
        <w:rPr>
          <w:b/>
        </w:rPr>
        <w:t xml:space="preserve">[35:26] </w:t>
      </w:r>
      <w:r>
        <w:t>to auckland hum pahunche. aah, wahan kaleem sahab pehle se aaye hue thay, do teen din pehle pahunch chuke thay aur wahan logon se un ki kaafi mulaqat rahi aur logon ko ja ke quran unhon ne diya.</w:t>
      </w:r>
    </w:p>
    <w:p>
      <w:pPr>
        <w:jc w:val="right"/>
      </w:pPr>
      <w:r>
        <w:t>تو آکلینڈ ہم پہنچے۔ آہ، وہاں کلیم صاحب پہلے سے آئے ہوئے تھے، دو تین دن پہلے پہنچ چکے تھے اور وہاں لوگوں سے ان کی کافی ملاقات رہی اور لوگوں کو جا کے قرآن انہوں نے دیا۔</w:t>
      </w:r>
    </w:p>
    <w:p>
      <w:r>
        <w:rPr>
          <w:b/>
        </w:rPr>
        <w:t xml:space="preserve">[35:41] </w:t>
      </w:r>
      <w:r>
        <w:t>to unhon ne bataya ke yahan ek center hai</w:t>
      </w:r>
    </w:p>
    <w:p>
      <w:pPr>
        <w:jc w:val="right"/>
      </w:pPr>
      <w:r>
        <w:t>تو انہوں نے بتایا کہ یہاں ایک سینٹر ہے</w:t>
      </w:r>
    </w:p>
    <w:p>
      <w:r>
        <w:rPr>
          <w:b/>
        </w:rPr>
        <w:t xml:space="preserve">[35:44] </w:t>
      </w:r>
      <w:r>
        <w:t>jis ka naam hai mount rascal islamic center. woh bohat bara center hai, masjid bhi hai aur auckland ke bare central jagah par hai.</w:t>
      </w:r>
    </w:p>
    <w:p>
      <w:pPr>
        <w:jc w:val="right"/>
      </w:pPr>
      <w:r>
        <w:t>جس کا نام ہے ماؤنٹ راسکل اسلامک سینٹر۔ وہ بہت بڑا سینٹر ہے، مسجد بھی ہے اور آکلینڈ کے بڑے سینٹرل جگہ پر ہے۔</w:t>
      </w:r>
    </w:p>
    <w:p>
      <w:r>
        <w:rPr>
          <w:b/>
        </w:rPr>
        <w:t xml:space="preserve">[35:56] </w:t>
      </w:r>
      <w:r>
        <w:t>to unhon ne bataya ke is ke jo chairman hain, mr bhamji, un se mile thay aur quran ka ek box diya tha, sau copies ka.</w:t>
      </w:r>
    </w:p>
    <w:p>
      <w:pPr>
        <w:jc w:val="right"/>
      </w:pPr>
      <w:r>
        <w:t>تو انہوں نے بتایا کہ اس کے جو چیئرمین ہیں، مسٹر بھام جی، ان سے ملے تھے اور قرآن کا ایک باکس دیا تھا، سو کاپیز کا۔</w:t>
      </w:r>
    </w:p>
    <w:p>
      <w:r>
        <w:rPr>
          <w:b/>
        </w:rPr>
        <w:t xml:space="preserve">[36:04] </w:t>
      </w:r>
      <w:r>
        <w:t>to unhon ne kaha ke main to aalim nahi hoon balkeh ek aalim jo hamare imam hain aur jo aalim hain, un ko main dikhaunga quran.</w:t>
      </w:r>
    </w:p>
    <w:p>
      <w:pPr>
        <w:jc w:val="right"/>
      </w:pPr>
      <w:r>
        <w:t>تو انہوں نے کہا کہ میں تو عالم نہیں ہوں بلکہ ایک عالم جو ہمارے امام ہیں اور جو عالم ہیں، ان کو میں دکھاؤں گا قرآن۔</w:t>
      </w:r>
    </w:p>
    <w:p>
      <w:r>
        <w:rPr>
          <w:b/>
        </w:rPr>
        <w:t xml:space="preserve">[36:15] </w:t>
      </w:r>
      <w:r>
        <w:t>phir hum rakhenge, hum hum sochenge ke ise rakhen ya na rakhen. to hum log gaye un ke haan, hum teeno, main, haroon sahab aur kaleem sahab.</w:t>
      </w:r>
    </w:p>
    <w:p>
      <w:pPr>
        <w:jc w:val="right"/>
      </w:pPr>
      <w:r>
        <w:t>پھر ہم رکھیں گے، ہم ہم سوچیں گے کہ اسے رکھیں یا نہ رکھیں۔ تو ہم لوگ گئے ان کے ہاں، ہم تینوں، میں، ہارون صاحب اور کلیم صاحب۔</w:t>
      </w:r>
    </w:p>
    <w:p>
      <w:r>
        <w:rPr>
          <w:b/>
        </w:rPr>
        <w:t xml:space="preserve">[36:24] </w:t>
      </w:r>
      <w:r>
        <w:t>to woh,</w:t>
      </w:r>
    </w:p>
    <w:p>
      <w:pPr>
        <w:jc w:val="right"/>
      </w:pPr>
      <w:r>
        <w:t>تو وہ،</w:t>
      </w:r>
    </w:p>
    <w:p>
      <w:r>
        <w:rPr>
          <w:b/>
        </w:rPr>
        <w:t xml:space="preserve">[36:26] </w:t>
      </w:r>
      <w:r>
        <w:t>aah, chairman sahab aaye aur ek aalim bhi un ke sath thay jo ke india se thay, aah, gujrat se. aur ek sahab aur aaye, unhon ne kaha ke main al-isalah ke reader bhi hoon, main ne main ne al-isalah padha hai.</w:t>
      </w:r>
    </w:p>
    <w:p>
      <w:pPr>
        <w:jc w:val="right"/>
      </w:pPr>
      <w:r>
        <w:t>آہ، چیئرمین صاحب آئے اور ایک عالم بھی ان کے ساتھ تھے جو کہ انڈیا سے تھے، آہ، گجرات سے۔ اور ایک صاحب اور آئے، انہوں نے کہا کہ میں اللیسالہ کے ریڈر بھی ہوں، میں نے میں نے اللیسالہ پڑھا ہے۔</w:t>
      </w:r>
    </w:p>
    <w:p>
      <w:r>
        <w:rPr>
          <w:b/>
        </w:rPr>
        <w:t xml:space="preserve">[36:40] </w:t>
      </w:r>
      <w:r>
        <w:t>to baat cheet shuru hui to jo woh aalim thay, unhon ne kaha ke hum is quran ko nahi rakh sakte apne center mein aur hum distribute nahi kar sakte.</w:t>
      </w:r>
    </w:p>
    <w:p>
      <w:pPr>
        <w:jc w:val="right"/>
      </w:pPr>
      <w:r>
        <w:t>تو بات چیت شروع ہوئی تو جو وہ عالم تھے، انہوں نے کہا کہ ہم اس قرآن کو نہیں رکھ سکتے اپنے سینٹر میں اور ہم ڈسٹریبیوٹ نہیں کر سکتے۔</w:t>
      </w:r>
    </w:p>
    <w:p>
      <w:r>
        <w:rPr>
          <w:b/>
        </w:rPr>
        <w:t xml:space="preserve">[36:51] </w:t>
      </w:r>
      <w:r>
        <w:t>is ki wajah yeh batayi ke maulana wahiduddin khan pachas saath saal se ek controversial figure hain. is liye unhon ne bari sakhti se, bohat hi, aah, rough lehje mein baat ki aur hum log chup rahe.</w:t>
      </w:r>
    </w:p>
    <w:p>
      <w:pPr>
        <w:jc w:val="right"/>
      </w:pPr>
      <w:r>
        <w:t>اس کی وجہ یہ بتائی کہ مولانا وحید الدین خان پچاس ساٹھ سال سے ایک کنٹروورشل فگر ہیں۔ اس لیے انہوں نے بڑی سختی سے، بہت ہی، آہ، رف لہجے میں بات کی اور ہم لوگ چپ رہے۔</w:t>
      </w:r>
    </w:p>
    <w:p>
      <w:r>
        <w:rPr>
          <w:b/>
        </w:rPr>
        <w:t xml:space="preserve">[37:07] </w:t>
      </w:r>
      <w:r>
        <w:t>haroon shaikh sahab thoda bolna chahte thay lekin main ne kaha ke aap chup rahiye, inhi ko bolne dijiye. to unhon ne kaafi der tak bohat hi ghusse ke andaaz mein yeh sab baatein kahin</w:t>
      </w:r>
    </w:p>
    <w:p>
      <w:pPr>
        <w:jc w:val="right"/>
      </w:pPr>
      <w:r>
        <w:t>ہارون شیخ صاحب تھوڑا بولنا چاہتے تھے لیکن میں نے کہا کہ آپ چپ رہیے، انہی کو بولنے دیجیے۔ تو انہوں نے کافی دیر تک بہت ہی غصے کے انداز میں یہ سب باتیں کہیں</w:t>
      </w:r>
    </w:p>
    <w:p>
      <w:r>
        <w:rPr>
          <w:b/>
        </w:rPr>
        <w:t xml:space="preserve">[37:17] </w:t>
      </w:r>
      <w:r>
        <w:t>aur kaha ke agar aap aalim hotay to hum aap se baat karte, hum aap se kya baat karen? to khair, hum log khamoshi se wahan, hum ne kaha theek hai, jaisa aap ki jo aap theek samajhte hain.</w:t>
      </w:r>
    </w:p>
    <w:p>
      <w:pPr>
        <w:jc w:val="right"/>
      </w:pPr>
      <w:r>
        <w:t>اور کہا کہ اگر آپ عالم ہوتے تو ہم آپ سے بات کرتے، ہم آپ سے کیا بات کریں؟ تو خیر، ہم لوگ خاموشی سے وہاں، ہم نے کہا ٹھیک ہے، جیسا آپ کی جو آپ ٹھیک سمجھتے ہیں۔</w:t>
      </w:r>
    </w:p>
    <w:p>
      <w:r>
        <w:rPr>
          <w:b/>
        </w:rPr>
        <w:t xml:space="preserve">[37:28] </w:t>
      </w:r>
      <w:r>
        <w:t>to hum hum log uthe aur quran ka jo box tha, unhon ne kaha yeh bhi le jaiye aap.</w:t>
      </w:r>
    </w:p>
    <w:p>
      <w:pPr>
        <w:jc w:val="right"/>
      </w:pPr>
      <w:r>
        <w:t>تو ہم ہم لوگ اٹھے اور قرآن کا جو باکس تھا، انہوں نے کہا یہ بھی لے جائیے آپ۔</w:t>
      </w:r>
    </w:p>
    <w:p>
      <w:r>
        <w:rPr>
          <w:b/>
        </w:rPr>
        <w:t xml:space="preserve">[37:33] </w:t>
      </w:r>
      <w:r>
        <w:t>to jo chairman sahab thay, woh khud bechare utha ke woh quran ka box le aaye aur gaadi mein rakhwa diya. to hum log wahan se chale gaye. isi din hum doosri jagah gaye, ek al-madina school jo ke airport ke qareeb hai, bohat bara school hai, un ka college bhi hai, girls college bhi hai aur masjid bhi hai, center bhi hai.</w:t>
      </w:r>
    </w:p>
    <w:p>
      <w:pPr>
        <w:jc w:val="right"/>
      </w:pPr>
      <w:r>
        <w:t>تو جو چیئرمین صاحب تھے، وہ خود بیچارے اٹھا کے وہ قرآن کا باکس لے آئے اور گاڑی میں رکھوا دیا۔ تو ہم لوگ وہاں سے چلے گئے۔ اسی دن ہم دوسری جگہ گئے، ایک المدینہ سکول جو کہ ایئرپورٹ کے قریب ہے، بہت بڑا اسکول ہے، ان کا کالج بھی ہے، گرلز کالج بھی ہے اور مسجد بھی ہے، سینٹر بھی ہے۔</w:t>
      </w:r>
    </w:p>
    <w:p>
      <w:r>
        <w:rPr>
          <w:b/>
        </w:rPr>
        <w:t xml:space="preserve">[37:53] </w:t>
      </w:r>
      <w:r>
        <w:t>is ke jo zimmedar hain, un ka naam hai yaseen ali sahab. woh pichhle dinon aaye thay aur maulana se mile thay. to unhon ne bohat hi encouraging, aah, un ka mamla raha aur bohat support unhon ne kiya.</w:t>
      </w:r>
    </w:p>
    <w:p>
      <w:pPr>
        <w:jc w:val="right"/>
      </w:pPr>
      <w:r>
        <w:t>اس کے جو ذمہ دار ہیں، ان کا نام ہے یاسین علی صاحب۔ وہ پچھلے دنوں آئے تھے اور مولانا سے ملے تھے۔ تو انہوں نے بہت ہی انکریجنگ، آہ، ان کا معاملہ رہا اور بہت سپورٹ انہوں نے کیا۔</w:t>
      </w:r>
    </w:p>
    <w:p>
      <w:r>
        <w:rPr>
          <w:b/>
        </w:rPr>
        <w:t xml:space="preserve">[38:07] </w:t>
      </w:r>
      <w:r>
        <w:t>unhon ne kaha hamari jagah aap istemal karen, yahan rahen, yahan apna store kariye quran.</w:t>
      </w:r>
    </w:p>
    <w:p>
      <w:pPr>
        <w:jc w:val="right"/>
      </w:pPr>
      <w:r>
        <w:t>انہوں نے کہا ہماری جگہ آپ استعمال کریں، یہاں رہیے، یہاں اپنا اسٹور کریے قرآن۔</w:t>
      </w:r>
    </w:p>
    <w:p>
      <w:r>
        <w:rPr>
          <w:b/>
        </w:rPr>
        <w:t xml:space="preserve">[38:14] </w:t>
      </w:r>
      <w:r>
        <w:t>unhon ne kaha hamara kaam to jo hai woh mostly muslims mein hai, community work hai lekin jo aap ka vision hai ke har insaan tak quran pahunche, woh unhein bohat pasand aaya.</w:t>
      </w:r>
    </w:p>
    <w:p>
      <w:pPr>
        <w:jc w:val="right"/>
      </w:pPr>
      <w:r>
        <w:t>انہوں نے کہا ہمارا کام تو جو ہے وہ موسٹلی مسلمز میں ہے، کمیونٹی ورک ہے لیکن جو آپ کا ویژن ہے کہ ہر انسان تک قرآن پہنچے، وہ انہیں بہت پسند آیا۔</w:t>
      </w:r>
    </w:p>
    <w:p>
      <w:r>
        <w:rPr>
          <w:b/>
        </w:rPr>
        <w:t xml:space="preserve">[38:24] </w:t>
      </w:r>
      <w:r>
        <w:t>to unhon ne har tarah se સહયોગ karne ke liye kaha aur kaafi logon se unhon ne milwaya aur kai contacts diye.</w:t>
      </w:r>
    </w:p>
    <w:p>
      <w:pPr>
        <w:jc w:val="right"/>
      </w:pPr>
      <w:r>
        <w:t>تو انہوں نے ہر طرح سے تعاون کرنے کے لیے کہا اور کافی لوگوں سے انہوں نے ملوایا اور کئی کانٹیکٹس دیے۔</w:t>
      </w:r>
    </w:p>
    <w:p>
      <w:r>
        <w:rPr>
          <w:b/>
        </w:rPr>
        <w:t xml:space="preserve">[38:32] </w:t>
      </w:r>
      <w:r>
        <w:t>to wahan, aah, ek aur sahab se mile jo zahoor bhai hain, jo doctor rajat se baat cheet jin ki hoti rehti hai, bare dilchasp aadmi hain aur bohat hi, aah, mission se ta'alluq hai.</w:t>
      </w:r>
    </w:p>
    <w:p>
      <w:pPr>
        <w:jc w:val="right"/>
      </w:pPr>
      <w:r>
        <w:t>تو وہاں، آہ، ایک اور صاحب سے ملے جو ظہور بھائی ہیں، جو ڈاکٹر رجت سے بات چیت جن کی ہوتی رہتی ہے، بڑے دلچسپ آدمی ہیں اور بہت ہی، آہ، مشن سے تعلق ہے۔</w:t>
      </w:r>
    </w:p>
    <w:p>
      <w:r>
        <w:rPr>
          <w:b/>
        </w:rPr>
        <w:t xml:space="preserve">[38:45] </w:t>
      </w:r>
      <w:r>
        <w:t>woh ek deputy mayor se unhon ne mulaqat karwai</w:t>
      </w:r>
    </w:p>
    <w:p>
      <w:pPr>
        <w:jc w:val="right"/>
      </w:pPr>
      <w:r>
        <w:t>وہ ایک ڈپٹی میئر سے انہوں نے ملاقات کروائی</w:t>
      </w:r>
    </w:p>
    <w:p>
      <w:r>
        <w:rPr>
          <w:b/>
        </w:rPr>
        <w:t xml:space="preserve">[38:50] </w:t>
      </w:r>
      <w:r>
        <w:t>jinhon ne bohat sari baatein batai newzealand ke baray mein aur khas tor se yeh bataya ke jo libraries hain yahan, is mein Maulana ki kitab kaise jayen.</w:t>
      </w:r>
    </w:p>
    <w:p>
      <w:pPr>
        <w:jc w:val="right"/>
      </w:pPr>
      <w:r>
        <w:t>جنہوں نے بہت ساری باتیں بتائیں نیوزی لینڈ کے بارے میں اور خاص طور سے یہ بتایا کہ جو لائبریریز ہیں یہاں، اس میں مولانا کی کتاب کیسے جائیں۔</w:t>
      </w:r>
    </w:p>
    <w:p>
      <w:r>
        <w:rPr>
          <w:b/>
        </w:rPr>
        <w:t xml:space="preserve">[38:58] </w:t>
      </w:r>
      <w:r>
        <w:t>to is ko inshallah hum log aage karen ge. is tarah se, aah, aah, ek bar kya hua ke hum log ja rahe the kahin raste mein to hum ghalti se ek church mein chale gaye, thora pehle turn kar liya hum ne.</w:t>
      </w:r>
    </w:p>
    <w:p>
      <w:pPr>
        <w:jc w:val="right"/>
      </w:pPr>
      <w:r>
        <w:t>تو اس کو انشاءاللہ ہم لوگ آگے کریں گے۔ اس طریقے سے، آہ، آہ، ایک بار کیا ہوا کہ ہم لوگ جا رہے تھے کہیں راستے میں تو ہم غلطی سے ایک چرچ میں چلے گئے، تھوڑا پہلے ٹرن کر لیا ہم نے۔</w:t>
      </w:r>
    </w:p>
    <w:p>
      <w:r>
        <w:rPr>
          <w:b/>
        </w:rPr>
        <w:t xml:space="preserve">[39:11] </w:t>
      </w:r>
      <w:r>
        <w:t>to wahan ja ke ek sahab mile, hum ne kaha ke hamein falan address pe jana tha. to us ne kaha ke aap idhar se jaiye, idhar se jaiye. to Kaleem sahab ne us ko quran</w:t>
      </w:r>
    </w:p>
    <w:p>
      <w:pPr>
        <w:jc w:val="right"/>
      </w:pPr>
      <w:r>
        <w:t>تو وہاں جا کے ایک صاحب ملے، ہم نے کہا کہ ہمیں فلاں ایڈریس پہ جانا تھا۔ تو اس نے کہا کہ آپ ادھر سے جائیے، ادھر سے جائیے۔ تو کلیم صاحب نے اس کو قرآن</w:t>
      </w:r>
    </w:p>
    <w:p>
      <w:r>
        <w:rPr>
          <w:b/>
        </w:rPr>
        <w:t xml:space="preserve">[39:20] </w:t>
      </w:r>
      <w:r>
        <w:t>diya, chounke hum gari mein quran rakhe rehte the. to us ne bohat hi khushi se liya aur bohat hi shukriya ada kiya. to jo newzealand ke log hain, woh intehai shareef aur modest aur down to earth aur bohat hi achhe log hain, yani dawat ke liye woh bohat hi mozu hain.</w:t>
      </w:r>
    </w:p>
    <w:p>
      <w:pPr>
        <w:jc w:val="right"/>
      </w:pPr>
      <w:r>
        <w:t>دیا، چونکہ ہم گاڑی میں قرآن رکھے رہتے تھے۔ تو اس نے بہت ہی خوشی سے لیا اور بہت ہی شکریہ ادا کیا۔ تو جو نیوزی لینڈ کے لوگ ہیں، وہ انتہائی شریف اور ماڈیسٹ اور ڈاؤن ٹو ارتھ اور بہت ہی اچھے لوگ ہیں، یعنی دعوت کے لیے وہ بہت ہی موضوع ہیں۔</w:t>
      </w:r>
    </w:p>
    <w:p>
      <w:r>
        <w:rPr>
          <w:b/>
        </w:rPr>
        <w:t xml:space="preserve">[39:37] </w:t>
      </w:r>
      <w:r>
        <w:t>to is tarah se jahan par bhi hum log gaye, hum ne apne paas se quran diya. misal ke tor par Kaleem sahab ne</w:t>
      </w:r>
    </w:p>
    <w:p>
      <w:pPr>
        <w:jc w:val="right"/>
      </w:pPr>
      <w:r>
        <w:t>تو اس طرح سے جہاں پر بھی ہم لوگ گئے، ہم نے اپنے پاس سے قرآن دیا۔ مثال کے طور پر کلیم صاحب نے</w:t>
      </w:r>
    </w:p>
    <w:p>
      <w:r>
        <w:rPr>
          <w:b/>
        </w:rPr>
        <w:t xml:space="preserve">[39:44] </w:t>
      </w:r>
      <w:r>
        <w:t>cars rent ki theen. to car rental ke office mein gaye to ek lady thi jis se baat cheet ho rahi thi. to Kaleem sahab ne us ko quran diya. to us ne kaha "is it free?" to Kaleem sahab ne kaha ke "haan, yeh free hai." to us ne kaha "its a very pleasant surprise for me." to us ne bare khushi se le liya.</w:t>
      </w:r>
    </w:p>
    <w:p>
      <w:pPr>
        <w:jc w:val="right"/>
      </w:pPr>
      <w:r>
        <w:t>کارز رینٹ کی تھیں۔ تو کار رینٹل کے آفس میں گئے تو ایک لیڈی تھی جس سے بات چیت ہو رہی تھی۔ تو کلیم صاحب نے اس کو قرآن دیا۔ تو اس نے کہا "از اٹ فری؟" تو کلیم صاحب نے کہا کہ "ہاں، یہ فری ہے۔" تو اس نے کہا "اٹس اے ویری پلیزنٹ سرپرائز فار می۔" تو اس نے بڑے خوشی سے لے لیا۔</w:t>
      </w:r>
    </w:p>
    <w:p>
      <w:r>
        <w:rPr>
          <w:b/>
        </w:rPr>
        <w:t xml:space="preserve">[40:00] </w:t>
      </w:r>
      <w:r>
        <w:t>aise hi airport staff ko diya Kaleem sahab ne quran. to us ne kaha ke</w:t>
      </w:r>
    </w:p>
    <w:p>
      <w:pPr>
        <w:jc w:val="right"/>
      </w:pPr>
      <w:r>
        <w:t>ایسے ہی ایئرپورٹ سٹاف کو دیا کلیم صاحب نے قرآن۔ تو اس نے کہا کہ</w:t>
      </w:r>
    </w:p>
    <w:p>
      <w:r>
        <w:rPr>
          <w:b/>
        </w:rPr>
        <w:t xml:space="preserve">[40:05] </w:t>
      </w:r>
      <w:r>
        <w:t>Kaleem sahab ne kaha ke "this is a spiritual gift for you." to us ne kaha bari khushi se liya aur kaha ke "i love reading the spiritual stuff." to is tarah jahan bhi hum log gaye, logon ko quran diya aur, aah, unhon ne bohat hi khushi ke sath liya.</w:t>
      </w:r>
    </w:p>
    <w:p>
      <w:pPr>
        <w:jc w:val="right"/>
      </w:pPr>
      <w:r>
        <w:t>کلیم صاحب نے کہا کہ "دس از اے سپریچول گفٹ فار یو۔" تو اس نے کہا بڑی خوشی سے لیا اور کہا کہ "آئی لو ریڈنگ دا سپریچول سٹف۔" تو اس طرح جہاں بھی ہم لوگ گئے، لوگوں کو قرآن دیا اور، آہ، انہوں نے بہت ہی خوشی کے ساتھ لیا۔</w:t>
      </w:r>
    </w:p>
    <w:p>
      <w:r>
        <w:rPr>
          <w:b/>
        </w:rPr>
        <w:t xml:space="preserve">[40:20] </w:t>
      </w:r>
      <w:r>
        <w:t>wahan ek bohat achhe sahab se mulaqat hui jo ke hyderabad mehboob nagar ke hain, aah, Abdul Kaleem sahab. aah, un ke father ka naam hai Naeem sahab.</w:t>
      </w:r>
    </w:p>
    <w:p>
      <w:pPr>
        <w:jc w:val="right"/>
      </w:pPr>
      <w:r>
        <w:t>وہاں ایک بہت اچھے صاحب سے ملاقات ہوئی جو کہ حیدرآباد محبوب نگر کے ہیں، آہ، عبدالعلیم صاحب۔ آہ، ان کے فادر کا نام ہے نعیم صاحب۔</w:t>
      </w:r>
    </w:p>
    <w:p>
      <w:r>
        <w:rPr>
          <w:b/>
        </w:rPr>
        <w:t xml:space="preserve">[40:30] </w:t>
      </w:r>
      <w:r>
        <w:t>to yeh, aah,</w:t>
      </w:r>
    </w:p>
    <w:p>
      <w:pPr>
        <w:jc w:val="right"/>
      </w:pPr>
      <w:r>
        <w:t>تو یہ، آہ،</w:t>
      </w:r>
    </w:p>
    <w:p>
      <w:r>
        <w:rPr>
          <w:b/>
        </w:rPr>
        <w:t xml:space="preserve">[40:33] </w:t>
      </w:r>
      <w:r>
        <w:t>al-lisala ke purane reader hain. un ke father bhi al-lisala ke purane reader hain. unhon ne bohat hi, aah, yani taawun karne ki baatein keen.</w:t>
      </w:r>
    </w:p>
    <w:p>
      <w:pPr>
        <w:jc w:val="right"/>
      </w:pPr>
      <w:r>
        <w:t>اللیسالہ کے پرانے ریڈر ہیں۔ ان کے فادر بھی اللیسالہ کے پرانے ریڈر ہیں۔ انہوں نے بہت ہی، آہ، یعنی تعاون کرنے کی باتیں کیں۔</w:t>
      </w:r>
    </w:p>
    <w:p>
      <w:r>
        <w:rPr>
          <w:b/>
        </w:rPr>
        <w:t xml:space="preserve">[40:41] </w:t>
      </w:r>
      <w:r>
        <w:t>un ke sath ek aur sahab aaye the, Javed sahab, jo ke wahan ek directory banate hain, muslim directory. woh bhi bohat achhe, unhon ne, aah, help ki aur unhon ne bhi libraries ke liye baat, libraries mein Maulana ki kitabein aur quran pohnchaney ki baat ki.</w:t>
      </w:r>
    </w:p>
    <w:p>
      <w:pPr>
        <w:jc w:val="right"/>
      </w:pPr>
      <w:r>
        <w:t>ان کے ساتھ ایک اور صاحب آئے تھے، جاوید صاحب، جو کہ وہاں ایک ڈائریکٹری بناتے ہیں، مسلم ڈائریکٹری۔ وہ بھی بہت اچھے، انہوں نے، آہ، ہیلپ کی اور انہوں نے بھی لائبریریز کے لیے بات، لائبریریز میں مولانا کی کتابیں اور قرآن پہنچانے کی بات کی۔</w:t>
      </w:r>
    </w:p>
    <w:p>
      <w:r>
        <w:rPr>
          <w:b/>
        </w:rPr>
        <w:t xml:space="preserve">[40:59] </w:t>
      </w:r>
      <w:r>
        <w:t>to unhon ne kaha ke yahan libraries mein quran ki bohat demand hai. har waqt quran wahan par, aah, log log ate hain aur quran nahi rehta hai.</w:t>
      </w:r>
    </w:p>
    <w:p>
      <w:pPr>
        <w:jc w:val="right"/>
      </w:pPr>
      <w:r>
        <w:t>تو انہوں نے کہا کہ یہاں لائبریریز میں قرآن کی بہت ڈیمانڈ ہے۔ ہر وقت قرآن وہاں پر، آہ، لوگ لوگ آتے ہیں اور قرآن نہیں رہتا ہے۔</w:t>
      </w:r>
    </w:p>
    <w:p>
      <w:r>
        <w:rPr>
          <w:b/>
        </w:rPr>
        <w:t xml:space="preserve">[41:08] </w:t>
      </w:r>
      <w:r>
        <w:t>aur ek aur cheez unhon ne batayi ke yahan jo language hai, asal mein jab angrez gaye wahan to wahan ek jo indigenous log rehte the, un ka naam hai Maori.</w:t>
      </w:r>
    </w:p>
    <w:p>
      <w:pPr>
        <w:jc w:val="right"/>
      </w:pPr>
      <w:r>
        <w:t>اور ایک اور چیز انہوں نے بتائی کہ یہاں جو لینگویج ہے، اصل میں جب انگریز گئے وہاں تو وہاں ایک جو انڈینس لوگ رہتے تھے، ان کا نام ہے موری۔</w:t>
      </w:r>
    </w:p>
    <w:p>
      <w:r>
        <w:rPr>
          <w:b/>
        </w:rPr>
        <w:t xml:space="preserve">[41:17] </w:t>
      </w:r>
      <w:r>
        <w:t>ek qaum rehti thi wahan, woh abhi bhi hain, woh log aur un ki language Maori hai. to unhon ne kaha ke Maori language mein bhi quran hona chahiye.</w:t>
      </w:r>
    </w:p>
    <w:p>
      <w:pPr>
        <w:jc w:val="right"/>
      </w:pPr>
      <w:r>
        <w:t>ایک قوم رہتی تھی وہاں، وہ ابھی بھی ہیں، وہ لوگ اور ان کی لینگویج موری ہے۔ تو انہوں نے کہا کہ موری لینگویج میں بھی قرآن ہونا چاہیے۔</w:t>
      </w:r>
    </w:p>
    <w:p>
      <w:r>
        <w:rPr>
          <w:b/>
        </w:rPr>
        <w:t xml:space="preserve">[41:26] </w:t>
      </w:r>
      <w:r>
        <w:t>to inshallah hum ne kai logon se baat ki aur Maori language mein quran ki bhi translation ki baat hui hai. yeh ek tarjuma, aah, ek sahab ne diya jo khud Maori the.</w:t>
      </w:r>
    </w:p>
    <w:p>
      <w:pPr>
        <w:jc w:val="right"/>
      </w:pPr>
      <w:r>
        <w:t>تو انشاءاللہ ہم نے کئی لوگوں سے بات کی اور موری لینگویج میں قرآن کی بھی ٹرانسلیشن کی بات ہوئی ہے۔ یہ ایک ترجمہ، آہ، ایک صاحب نے دیا جو خود موری تھے۔</w:t>
      </w:r>
    </w:p>
    <w:p>
      <w:r>
        <w:rPr>
          <w:b/>
        </w:rPr>
        <w:t xml:space="preserve">[41:38] </w:t>
      </w:r>
      <w:r>
        <w:t>aah, yeh tarjuma hai Maori language mein. to hum log koshish karen ge ke apna translation banayein, is mein urdu bhi hai. to yeh kisi ko gift karna bhi ek bohat, yani, masla hai, itna bara hai,</w:t>
      </w:r>
    </w:p>
    <w:p>
      <w:pPr>
        <w:jc w:val="right"/>
      </w:pPr>
      <w:r>
        <w:t>آہ، یہ ترجمہ ہے موری لینگویج میں۔ تو ہم لوگ کوشش کریں گے کہ اپنا ٹرانسلیشن بنائیں، اس میں عربی بھی ہے۔ تو یہ کسی کو گفٹ کرنا بھی ایک بہت، یعنی، مسئلہ ہے، اتنا بڑا ہے،</w:t>
      </w:r>
    </w:p>
    <w:p>
      <w:r>
        <w:rPr>
          <w:b/>
        </w:rPr>
        <w:t xml:space="preserve">[41:52] </w:t>
      </w:r>
      <w:r>
        <w:t>hard bound. to hum log ek chota inshallah banayein ge taake yeh Maori log hain, un tak bhi baat pohnch sake. phir wahan se, aah, aah, Auckland se aur logon se mil ke phir hum Hamilton gaye, wahan bhi thori mulaqat hui.</w:t>
      </w:r>
    </w:p>
    <w:p>
      <w:pPr>
        <w:jc w:val="right"/>
      </w:pPr>
      <w:r>
        <w:t>ہارٹ باؤنڈ۔ تو ہم لوگ ایک چھوٹا انشاءاللہ بنائیں گے تاکہ یہ موری لوگ ہیں، ان تک بھی بات پہنچ سکے۔ پھر وہاں سے، آہ، آہ، آکلینڈ سے اور لوگوں سے مل کے پھر ہم ہیملٹن گئے، وہاں بھی تھوڑی ملاقات ہوئی۔</w:t>
      </w:r>
    </w:p>
    <w:p>
      <w:r>
        <w:rPr>
          <w:b/>
        </w:rPr>
        <w:t xml:space="preserve">[42:08] </w:t>
      </w:r>
      <w:r>
        <w:t>is ke baad Wellington,</w:t>
      </w:r>
    </w:p>
    <w:p>
      <w:pPr>
        <w:jc w:val="right"/>
      </w:pPr>
      <w:r>
        <w:t>اس کے بعد ویلنگٹن،</w:t>
      </w:r>
    </w:p>
    <w:p>
      <w:r>
        <w:rPr>
          <w:b/>
        </w:rPr>
        <w:t xml:space="preserve">[42:10] </w:t>
      </w:r>
      <w:r>
        <w:t>Wellington, aah, jo hai woh capital hai, aah, New Zealand ka. yahan kai logon se milna hua, un mein se ek sahab the Tahir Nawaz jin ka ek center hai, bohat bara center hai, mosque bhi hai.</w:t>
      </w:r>
    </w:p>
    <w:p>
      <w:pPr>
        <w:jc w:val="right"/>
      </w:pPr>
      <w:r>
        <w:t>ویلنگٹن، آہ، جو ہے وہ کیپیٹل ہے، آہ، نیوزی لینڈ کا۔ یہاں کئی لوگوں سے ملنا ہوا، ان میں سے ایک صاحب تھے طاہر نواز جن کا ایک سینٹر ہے، بہت بڑا سینٹر ہے، ماسک بھی ہے۔</w:t>
      </w:r>
    </w:p>
    <w:p>
      <w:r>
        <w:rPr>
          <w:b/>
        </w:rPr>
        <w:t xml:space="preserve">[42:25] </w:t>
      </w:r>
      <w:r>
        <w:t>is ka naam hai International Muslim Association of New Zealand</w:t>
      </w:r>
    </w:p>
    <w:p>
      <w:pPr>
        <w:jc w:val="right"/>
      </w:pPr>
      <w:r>
        <w:t>اس کا نام ہے انٹرنیشنل مسلم ایسوسی ایشن آف نیوزی لینڈ</w:t>
      </w:r>
    </w:p>
    <w:p>
      <w:r>
        <w:rPr>
          <w:b/>
        </w:rPr>
        <w:t xml:space="preserve">[42:30] </w:t>
      </w:r>
      <w:r>
        <w:t>aur wahan ek masjid hai jis ke imam sahab, aah, Maulana Ashraf Ali Thanvi ke, aah, grand son hain. woh Maulana ko jante the aur unhon ne cheezein bhi parhi hui theen.</w:t>
      </w:r>
    </w:p>
    <w:p>
      <w:pPr>
        <w:jc w:val="right"/>
      </w:pPr>
      <w:r>
        <w:t>اور وہاں ایک مسجد ہے جس کے امام صاحب، آہ، مولانا اشرف علی تھانوی کے، آہ، گرینڈ سن ہیں۔ وہ مولانا کو جانتے تھے اور انہوں نے چیزیں بھی پڑھی ہوئی تھیں۔</w:t>
      </w:r>
    </w:p>
    <w:p>
      <w:r>
        <w:rPr>
          <w:b/>
        </w:rPr>
        <w:t xml:space="preserve">[42:40] </w:t>
      </w:r>
      <w:r>
        <w:t>to unhon ne bohat hi achha woh response diya. un ko quran bhi Kaleem sahab ne bheja hai aur wahan quran woh distribute kar rahe the.</w:t>
      </w:r>
    </w:p>
    <w:p>
      <w:pPr>
        <w:jc w:val="right"/>
      </w:pPr>
      <w:r>
        <w:t>تو انہوں نے بہت ہی اچھا وہ رسپانس دیا۔ ان کو قرآن بھی کلیم صاحب نے بھیجا ہے اور وہاں قرآن وہ ڈسٹریبیوٹ کر رہے تھے۔</w:t>
      </w:r>
    </w:p>
    <w:p>
      <w:r>
        <w:rPr>
          <w:b/>
        </w:rPr>
        <w:t xml:space="preserve">[42:50] </w:t>
      </w:r>
      <w:r>
        <w:t>to unhon ne kaha ke hum</w:t>
      </w:r>
    </w:p>
    <w:p>
      <w:pPr>
        <w:jc w:val="right"/>
      </w:pPr>
      <w:r>
        <w:t>تو انہوں نے کہا کہ ہم</w:t>
      </w:r>
    </w:p>
    <w:p>
      <w:r>
        <w:rPr>
          <w:b/>
        </w:rPr>
        <w:t xml:space="preserve">[42:53] </w:t>
      </w:r>
      <w:r>
        <w:t>poore newzealand mein jayenge aur jagah jagah inshallah quran distribute karenge, khaas taur se jo yeh 15 march jo anniversary hai, is dauran bohat program honge wahan.</w:t>
      </w:r>
    </w:p>
    <w:p>
      <w:pPr>
        <w:jc w:val="right"/>
      </w:pPr>
      <w:r>
        <w:t>پورے نیوزی لینڈ میں جائیں گے اور جگہ جگہ انشاءاللہ قرآن ڈسٹریبیوٹ کریں گے، خاص طور سے جو یہ 15 مارچ جو اینیورسری ہے، اس دوران بہت پروگرام ہوں گے وہاں۔</w:t>
      </w:r>
    </w:p>
    <w:p>
      <w:r>
        <w:rPr>
          <w:b/>
        </w:rPr>
        <w:t xml:space="preserve">[43:05] </w:t>
      </w:r>
      <w:r>
        <w:t>to unhon ne kaha ke main poore australia, poore newzealand mein, aah, safar kar ke quran ko pahunchaunga. is tarah wellington mein aik do aur logon se milna hua.</w:t>
      </w:r>
    </w:p>
    <w:p>
      <w:pPr>
        <w:jc w:val="right"/>
      </w:pPr>
      <w:r>
        <w:t>تو انہوں نے کہا کہ میں پورے آسٹریلیا، پورے نیوزی لینڈ میں، آہ، سفر کر کے قرآن کو پہنچاؤں گا۔ اس طرح ویلنگٹن میں ایک دو اور لوگوں سے ملنا ہوا۔</w:t>
      </w:r>
    </w:p>
    <w:p>
      <w:r>
        <w:rPr>
          <w:b/>
        </w:rPr>
        <w:t xml:space="preserve">[43:15] </w:t>
      </w:r>
      <w:r>
        <w:t>phir hum christchurch gaye.</w:t>
      </w:r>
    </w:p>
    <w:p>
      <w:pPr>
        <w:jc w:val="right"/>
      </w:pPr>
      <w:r>
        <w:t>پھر ہم کرائسٹ چرچ گئے۔</w:t>
      </w:r>
    </w:p>
    <w:p>
      <w:r>
        <w:rPr>
          <w:b/>
        </w:rPr>
        <w:t xml:space="preserve">[43:18] </w:t>
      </w:r>
      <w:r>
        <w:t>christchurch mein jo alnoor mosque hai, jahan attacks hue the, jahan attack hua tha, do masjidon mein hua tha, aik linwood mosque aur aik christchurch.</w:t>
      </w:r>
    </w:p>
    <w:p>
      <w:pPr>
        <w:jc w:val="right"/>
      </w:pPr>
      <w:r>
        <w:t>کرائسٹ چرچ میں جو النور ماسک ہے، جہاں اٹیکس ہوئے تھے، جہاں اٹیک ہوا تھا، دو مسجدوں میں ہوا تھا، ایک لن وڈ ماسک اور ایک کرائسٹ چرچ۔</w:t>
      </w:r>
    </w:p>
    <w:p>
      <w:r>
        <w:rPr>
          <w:b/>
        </w:rPr>
        <w:t xml:space="preserve">[43:26] </w:t>
      </w:r>
      <w:r>
        <w:t>christchurch mein ziyada log, aah, ki death hui thi, linwood mein thore hue the. to jo christchurch ki mosque, alnoor masjid hai, wahan jo trustees the, un se milna hua.</w:t>
      </w:r>
    </w:p>
    <w:p>
      <w:pPr>
        <w:jc w:val="right"/>
      </w:pPr>
      <w:r>
        <w:t>کرائسٹ چرچ میں زیادہ لوگ، آہ، کی ڈیتھ ہوئی تھی، لن وڈ میں تھوڑے ہوئے تھے۔ تو جو کرائسٹ چرچ کی ماسک، النور مسجد ہے، وہاں جو ٹرسٹیز تھے، ان سے ملنا ہوا۔</w:t>
      </w:r>
    </w:p>
    <w:p>
      <w:r>
        <w:rPr>
          <w:b/>
        </w:rPr>
        <w:t xml:space="preserve">[43:39] </w:t>
      </w:r>
      <w:r>
        <w:t>jaise aik</w:t>
      </w:r>
    </w:p>
    <w:p>
      <w:pPr>
        <w:jc w:val="right"/>
      </w:pPr>
      <w:r>
        <w:t>جیسے ایک</w:t>
      </w:r>
    </w:p>
    <w:p>
      <w:r>
        <w:rPr>
          <w:b/>
        </w:rPr>
        <w:t xml:space="preserve">[43:40] </w:t>
      </w:r>
      <w:r>
        <w:t>mister murray, jo, aah, treasurer the aur jo president the, woh muhammad juma, aah, aur secretary aur kai logon se imam, aah, to un logon ne bohat acha response diya.</w:t>
      </w:r>
    </w:p>
    <w:p>
      <w:pPr>
        <w:jc w:val="right"/>
      </w:pPr>
      <w:r>
        <w:t>مسٹر مرے، جو، آہ، ٹریژرر تھے اور جو پریزیڈنٹ تھے، وہ محمد جمعہ، آہ، اور سیکرٹری اور کئی لوگوں سے امام، آہ، تو ان لوگوں نے بہت اچھا رسپانس دیا۔</w:t>
      </w:r>
    </w:p>
    <w:p>
      <w:r>
        <w:rPr>
          <w:b/>
        </w:rPr>
        <w:t xml:space="preserve">[43:55] </w:t>
      </w:r>
      <w:r>
        <w:t>hum ne aik poster banaya tha 30 quran translations ka aur qr code ka. to woh unhon ne foran apne gate pe lagaya, andar lagaya aur bohat hi khushi se unhon ne, aah, is in sab cheezon ko liya.</w:t>
      </w:r>
    </w:p>
    <w:p>
      <w:pPr>
        <w:jc w:val="right"/>
      </w:pPr>
      <w:r>
        <w:t>ہم نے ایک پوسٹر بنایا تھا 30 قرآن ٹرانسلیشنز کا اور کیو آر کوڈ کا۔ تو وہ انہوں نے فوراً اپنے گیٹ پہ لگایا، اندر لگایا اور بہت ہی خوشی سے انہوں نے، آہ، اس ان سب چیزوں کو لیا۔</w:t>
      </w:r>
    </w:p>
    <w:p>
      <w:r>
        <w:rPr>
          <w:b/>
        </w:rPr>
        <w:t xml:space="preserve">[44:08] </w:t>
      </w:r>
      <w:r>
        <w:t>to quran wahan bhi rakhe hue the. hum</w:t>
      </w:r>
    </w:p>
    <w:p>
      <w:pPr>
        <w:jc w:val="right"/>
      </w:pPr>
      <w:r>
        <w:t>تو قرآن وہاں بھی رکھے ہوئے تھے۔ ہم</w:t>
      </w:r>
    </w:p>
    <w:p>
      <w:r>
        <w:rPr>
          <w:b/>
        </w:rPr>
        <w:t xml:space="preserve">[44:10] </w:t>
      </w:r>
      <w:r>
        <w:t>log jab gaye, ittefaq se masjid mein koi tha nahi, to hum log andar the. to bahar se kisi ne knock kiya, to hum ne khola to do log the, husband wife.</w:t>
      </w:r>
    </w:p>
    <w:p>
      <w:pPr>
        <w:jc w:val="right"/>
      </w:pPr>
      <w:r>
        <w:t>لوگ جب گئے، اتفاق سے مسجد میں کوئی تھا نہیں، تو ہم لوگ اندر تھے۔ تو باہر سے کسی نے ناک کیا، تو ہم نے کھولا تو دو لوگ تھے، ہسبینڈ وائف۔</w:t>
      </w:r>
    </w:p>
    <w:p>
      <w:r>
        <w:rPr>
          <w:b/>
        </w:rPr>
        <w:t xml:space="preserve">[44:19] </w:t>
      </w:r>
      <w:r>
        <w:t>to unhon ne kaha ke "we are christian, can we come inside and pray?" to hum ne kaha "aaiye, aap zaroor aaiye." to woh aaye, unhon ne aise hath utha ke kuch dua waghera mangi aur phir, aah, kuch baat cheet hui un se, baat cheet hui, phir woh chale gaye.</w:t>
      </w:r>
    </w:p>
    <w:p>
      <w:pPr>
        <w:jc w:val="right"/>
      </w:pPr>
      <w:r>
        <w:t>تو انہوں نے کہا کہ "وی آر کرسچن، کین وی کم انسائیڈ اینڈ پری؟" تو ہم نے کہا "آئیے، آپ ضرور آئیے۔" تو وہ آئے، انہوں نے ایسے ہاتھ اٹھا کے کچھ دعا وغیرہ مانگی اور پھر، آہ، کچھ بات چیت ہوئی ان سے، بات چیت ہوئی، پھر وہ چلے گئے۔</w:t>
      </w:r>
    </w:p>
    <w:p>
      <w:r>
        <w:rPr>
          <w:b/>
        </w:rPr>
        <w:t xml:space="preserve">[44:33] </w:t>
      </w:r>
      <w:r>
        <w:t>to abhi tak log aa rahe hain, yani woh aik tarah se picnic spot ban gaya hai ya tourist spot ban gaya hai. log aate hain,</w:t>
      </w:r>
    </w:p>
    <w:p>
      <w:pPr>
        <w:jc w:val="right"/>
      </w:pPr>
      <w:r>
        <w:t>تو ابھی تک لوگ آ رہے ہیں، یعنی وہ ایک طریقے سے پکنک سپاٹ بن گیا ہے یا ٹورسٹ سپاٹ بن گیا ہے۔ لوگ آتے ہیں،</w:t>
      </w:r>
    </w:p>
    <w:p>
      <w:r>
        <w:rPr>
          <w:b/>
        </w:rPr>
        <w:t xml:space="preserve">[44:40] </w:t>
      </w:r>
      <w:r>
        <w:t>wahan baithte hain aur bahar se photo wotography khinchte hain. to woh aik bohat acha silsila hai ke wahan quran distribute hota rahe. to jo yeh, aah, 15 march hai, aah, anniversary, first anniversary, is mein bohat barhe program hone wale hain,</w:t>
      </w:r>
    </w:p>
    <w:p>
      <w:pPr>
        <w:jc w:val="right"/>
      </w:pPr>
      <w:r>
        <w:t>وہاں بیٹھتے ہیں اور باہر سے فوٹو ووٹو کھینچتے ہیں۔ تو وہ ایک بہت اچھا سلسلہ ہے کہ وہاں قرآن ڈسٹریبیوٹ ہوتا رہے۔ تو جو یہ، آہ، 15 مارچ ہے، آہ، اینیورسری، فرسٹ اینیورسری، اس میں بہت بڑے پروگرام ہونے والے ہیں،</w:t>
      </w:r>
    </w:p>
    <w:p>
      <w:r>
        <w:rPr>
          <w:b/>
        </w:rPr>
        <w:t xml:space="preserve">[44:57] </w:t>
      </w:r>
      <w:r>
        <w:t>aah, jo ke, aah, do programs hain. aik to government ki taraf se hoga aur aik muslim community ki taraf se hoga. jo yeh christchurch ki mosque hai, alnoor, yeh bohat hi achi location pe hai, is ke samne bohat hi mezo garden hai, park hai, lodhi garden se bhi mera khayal se double size ka.</w:t>
      </w:r>
    </w:p>
    <w:p>
      <w:pPr>
        <w:jc w:val="right"/>
      </w:pPr>
      <w:r>
        <w:t>آہ، جو کہ، آہ، دو پروگرامز ہیں۔ ایک تو گورنمنٹ کی طرف سے ہوگا اور ایک مسلم کمیونٹی کی طرف سے ہوگا۔ جو یہ کرائسٹ چرچ کی ماسک ہے، النور، یہ بہت ہی اچھی لوکیشن پہ ہے، اس کے سامنے بہت ہی میسو گارڈن ہے، پارک ہے، لودھی گارڈن سے بھی میرا خیال سے ڈبل سائز کا۔</w:t>
      </w:r>
    </w:p>
    <w:p>
      <w:r>
        <w:rPr>
          <w:b/>
        </w:rPr>
        <w:t xml:space="preserve">[45:16] </w:t>
      </w:r>
      <w:r>
        <w:t>to wahan woh program hota hai, bilkul sarak park karte hi. to wahan par jo program hoga, government ki taraf se, is mein prime minister bhi aayengi aur doosra program jo hoga, woh muslim</w:t>
      </w:r>
    </w:p>
    <w:p>
      <w:pPr>
        <w:jc w:val="right"/>
      </w:pPr>
      <w:r>
        <w:t>تو وہاں وہ پروگرام ہوتا ہے، بالکل سڑک پارک کرتے ہی۔ تو وہاں پر جو پروگرام ہوگا، گورنمنٹ کی طرف سے، اس میں پرائم منسٹر بھی آئیں گی اور دوسرا پروگرام جو ہوگا، وہ مسلم</w:t>
      </w:r>
    </w:p>
    <w:p>
      <w:r>
        <w:rPr>
          <w:b/>
        </w:rPr>
        <w:t xml:space="preserve">[45:27] </w:t>
      </w:r>
      <w:r>
        <w:t>community ki taraf se aik friday ko aur aik sunday ko, jis mein kaleem sahib ne bombay team se bhi kaha hai ke woh log aaiye.</w:t>
      </w:r>
    </w:p>
    <w:p>
      <w:pPr>
        <w:jc w:val="right"/>
      </w:pPr>
      <w:r>
        <w:t>کمیونٹی کی طرف سے ایک فرائیڈے کو اور ایک سنڈے کو، جس میں کلیم صاحب نے بمبئی ٹیم سے بھی کہا ہے کہ وہ لوگ آئیں۔</w:t>
      </w:r>
    </w:p>
    <w:p>
      <w:r>
        <w:rPr>
          <w:b/>
        </w:rPr>
        <w:t xml:space="preserve">[45:36] </w:t>
      </w:r>
      <w:r>
        <w:t>to yeh log bhi jane ki koshish kar rahe hain, chuna ke woh waqt hai ke jab newzealand ke log aayenge, hazaron ki tadad mein, aur wahan agar quran hum distribute kar sakein to bohat hi acha aik mauqa hai.</w:t>
      </w:r>
    </w:p>
    <w:p>
      <w:pPr>
        <w:jc w:val="right"/>
      </w:pPr>
      <w:r>
        <w:t>تو یہ لوگ بھی جانے کی کوشش کر رہے ہیں، چونکہ وہ وقت ہے کہ جب نیوزی لینڈ کے لوگ آئیں گے، ہزاروں کی تعداد میں، اور وہاں اگر قرآن ہم ڈسٹریبیوٹ کر سکیں تو بہت ہی اچھا ایک موقع ہے۔</w:t>
      </w:r>
    </w:p>
    <w:p>
      <w:r>
        <w:rPr>
          <w:b/>
        </w:rPr>
        <w:t xml:space="preserve">[45:47] </w:t>
      </w:r>
      <w:r>
        <w:t>to christchurch mein jab hum pahunche to kaleem sahib ka irada hua ke aur shehron mein jayen, jo chote chote shehar hain south mein.</w:t>
      </w:r>
    </w:p>
    <w:p>
      <w:pPr>
        <w:jc w:val="right"/>
      </w:pPr>
      <w:r>
        <w:t>تو کرائسٹ چرچ میں جب ہم پہنچے تو کلیم صاحب کا ارادہ ہوا کہ اور شہروں میں جائیں، جو چھوٹے چھوٹے شہر ہیں ساؤتھ میں۔</w:t>
      </w:r>
    </w:p>
    <w:p>
      <w:r>
        <w:rPr>
          <w:b/>
        </w:rPr>
        <w:t xml:space="preserve">[45:56] </w:t>
      </w:r>
      <w:r>
        <w:t>to unhon ne car rent ki bari aur us ke andar 12 quran ke boxes rakhe, taqreeban 1200 copies, aur nikal pade subah,</w:t>
      </w:r>
    </w:p>
    <w:p>
      <w:pPr>
        <w:jc w:val="right"/>
      </w:pPr>
      <w:r>
        <w:t>تو انہوں نے کار رینٹ کی بڑی اور اس کے اندر 12 قرآن کے باکسز رکھے، تقریباً 1200 کاپیز، اور نکل پڑے صبح،</w:t>
      </w:r>
    </w:p>
    <w:p>
      <w:r>
        <w:rPr>
          <w:b/>
        </w:rPr>
        <w:t xml:space="preserve">[46:06] </w:t>
      </w:r>
      <w:r>
        <w:t>aah, aur kai shehron se hote hue, jaise ashburton, timaru, hamaru, aah, dunedin, queenstown hote hue, jo aakhri shehar hai south mein, woh hai inverkargill.</w:t>
      </w:r>
    </w:p>
    <w:p>
      <w:pPr>
        <w:jc w:val="right"/>
      </w:pPr>
      <w:r>
        <w:t>آہ، اور کئی شہروں سے ہوتے ہوئے، جیسے ایش برٹن، تیمارو، ہمارو، آہ، ڈیونیڈن، کوئنس ٹاؤن ہوتے ہوئے، جو آخری شہر ہے ساؤتھ میں، وہ ہے انور کارگل۔</w:t>
      </w:r>
    </w:p>
    <w:p>
      <w:r>
        <w:rPr>
          <w:b/>
        </w:rPr>
        <w:t xml:space="preserve">[46:20] </w:t>
      </w:r>
      <w:r>
        <w:t>wahan pahunche, taqreeban 12 ghante ka safar tha car se yeh, aur jagah jagah rukte hue logon ko apne mission ke bare mein bataya aur quran ke boxes diye.</w:t>
      </w:r>
    </w:p>
    <w:p>
      <w:pPr>
        <w:jc w:val="right"/>
      </w:pPr>
      <w:r>
        <w:t>وہاں پہنچے، تقریباً 12 گھنٹے کا سفر تھا کار سے یہ، اور جگہ جگہ رکتے ہوئے لوگوں کو اپنے مشن کے بارے میں بتایا اور قرآن کے باکسز دیے۔</w:t>
      </w:r>
    </w:p>
    <w:p>
      <w:r>
        <w:rPr>
          <w:b/>
        </w:rPr>
        <w:t xml:space="preserve">[46:31] </w:t>
      </w:r>
      <w:r>
        <w:t>aur woh jo inverkargill hai, woh bilkul south mein hai, us se thore hi door pe, aah, antarctica hai. bohat thand thi wahan, bilkul bahar nikla nahi ja raha tha.</w:t>
      </w:r>
    </w:p>
    <w:p>
      <w:pPr>
        <w:jc w:val="right"/>
      </w:pPr>
      <w:r>
        <w:t>اور وہ جو انور کارگل ہے، وہ بالکل ساؤتھ میں ہے، اس سے تھوڑے ہی دور پہ، آہ، انٹارکٹکا ہے۔ بہت ٹھنڈ تھی وہاں، بالکل باہر نکلا نہیں جا رہا تھا۔</w:t>
      </w:r>
    </w:p>
    <w:p>
      <w:r>
        <w:rPr>
          <w:b/>
        </w:rPr>
        <w:t xml:space="preserve">[46:42] </w:t>
      </w:r>
      <w:r>
        <w:t>to is tarah se christchurch newzealand ka safar poora hua aur phir hum wahan se australia gaye. australia mein pehla jo, aah, shehar tha, woh melbourne tha.</w:t>
      </w:r>
    </w:p>
    <w:p>
      <w:pPr>
        <w:jc w:val="right"/>
      </w:pPr>
      <w:r>
        <w:t>تو اس طریقے سے کرائسٹ چرچ نیوزی لینڈ کا سفر پورا ہوا اور پھر ہم وہاں سے آسٹریلیا گئے۔ آسٹریلیا میں پہلا جو، آہ، شہر تھا، وہ میلبرن تھا۔</w:t>
      </w:r>
    </w:p>
    <w:p>
      <w:r>
        <w:rPr>
          <w:b/>
        </w:rPr>
        <w:t xml:space="preserve">[46:55] </w:t>
      </w:r>
      <w:r>
        <w:t>to ittefaq se khurram sahib bhi wahan aa chuke the aur khurram sahib ne pehle wahan kafi kaam kiya tha, to us ki wajah se bohat aasani ho gayi logon se milna, bohat asan ho gaya.</w:t>
      </w:r>
    </w:p>
    <w:p>
      <w:pPr>
        <w:jc w:val="right"/>
      </w:pPr>
      <w:r>
        <w:t>تو اتفاق سے خرم صاحب بھی وہاں آ چکے تھے اور خرم صاحب نے پہلے وہاں کافی کام کیا تھا، تو اس کی وجہ سے بہت آسانی ہو گئی لوگوں سے ملنا، بہت آسان ہو گیا۔</w:t>
      </w:r>
    </w:p>
    <w:p>
      <w:r>
        <w:rPr>
          <w:b/>
        </w:rPr>
        <w:t xml:space="preserve">[47:04] </w:t>
      </w:r>
      <w:r>
        <w:t>pehlay se mission ka introduction wahan tha. to hum wahan gaye, sab se pehle islamic museum mein, islamic museum of australia.</w:t>
      </w:r>
    </w:p>
    <w:p>
      <w:pPr>
        <w:jc w:val="right"/>
      </w:pPr>
      <w:r>
        <w:t>پہلے سے مشن کا انٹروڈکشن وہاں تھا۔ تو ہم وہاں گئے، سب سے پہلے اسلامک میوزیم میں، اسلامک میوزیم آف آسٹریلیا۔</w:t>
      </w:r>
    </w:p>
    <w:p>
      <w:r>
        <w:rPr>
          <w:b/>
        </w:rPr>
        <w:t xml:space="preserve">[47:13] </w:t>
      </w:r>
      <w:r>
        <w:t>yeh bohat hi khoobsurat museum hai,</w:t>
      </w:r>
    </w:p>
    <w:p>
      <w:pPr>
        <w:jc w:val="right"/>
      </w:pPr>
      <w:r>
        <w:t>یہ بہت ہی خوبصورت میوزیم ہے،</w:t>
      </w:r>
    </w:p>
    <w:p>
      <w:r>
        <w:rPr>
          <w:b/>
        </w:rPr>
        <w:t xml:space="preserve">[47:15] </w:t>
      </w:r>
      <w:r>
        <w:t>is mein chah gaileries hain aur aik sahib hain jo lebanese hain, jo ke banker hain, koi bohat hi rich.</w:t>
      </w:r>
    </w:p>
    <w:p>
      <w:pPr>
        <w:jc w:val="right"/>
      </w:pPr>
      <w:r>
        <w:t>اس میں چھ گیلریز ہیں اور ایک صاحب ہیں جو لیبنیز ہیں، جو کہ بینکر ہیں، کوئی بہت ہی رچ۔</w:t>
      </w:r>
    </w:p>
    <w:p>
      <w:r>
        <w:rPr>
          <w:b/>
        </w:rPr>
        <w:t xml:space="preserve">[47:24] </w:t>
      </w:r>
      <w:r>
        <w:t>unhon ne yeh banaya tha, un ki behan sister wafa thi wahan, to un se baat cheet hui. unhon ne bataya ke sister wafa ne taqreeban char panch saal pehle humein email kiya tha ke humein quran chahiye yahan distribution ke liye.</w:t>
      </w:r>
    </w:p>
    <w:p>
      <w:pPr>
        <w:jc w:val="right"/>
      </w:pPr>
      <w:r>
        <w:t>انہوں نے یہ بنایا تھا، ان کی بہن سسٹر وفا تھی وہاں، تو ان سے بات چیت ہوئی۔ انہوں نے بتایا کہ سسٹر وفا نے تقریباً چار پانچ سال پہلے ہمیں ای میل کیا تھا کہ ہمیں قرآن چاہیے یہاں ڈسٹریبیوشن کے لیے۔</w:t>
      </w:r>
    </w:p>
    <w:p>
      <w:r>
        <w:rPr>
          <w:b/>
        </w:rPr>
        <w:t xml:space="preserve">[47:37] </w:t>
      </w:r>
      <w:r>
        <w:t>to hum ne bhijwaye thay. to woh char panch saal se wahan par, jo bilkul jahan ticket, aah, lete hain museum</w:t>
      </w:r>
    </w:p>
    <w:p>
      <w:pPr>
        <w:jc w:val="right"/>
      </w:pPr>
      <w:r>
        <w:t>تو ہم نے بھجوائے تھے۔ تو وہ چار پانچ سال سے وہاں پر، جو بالکل جہاں ٹکٹ، آہ، لیتے ہیں میوزیم</w:t>
      </w:r>
    </w:p>
    <w:p>
      <w:r>
        <w:rPr>
          <w:b/>
        </w:rPr>
        <w:t xml:space="preserve">[47:46] </w:t>
      </w:r>
      <w:r>
        <w:t>ka, wahan quran rakha hua hai aur likha hua hai "free, aah, gift" ya kuch is tarah se. to unhon ne bataya ke hamare haan jo 85 feesad visitors hain, woh, aah, Australian hain, baqi jo 15 feesad visitor hain, woh taqreeban woh Muslims hain.</w:t>
      </w:r>
    </w:p>
    <w:p>
      <w:pPr>
        <w:jc w:val="right"/>
      </w:pPr>
      <w:r>
        <w:t>کا، وہاں قرآن رکھا ہوا ہے اور لکھا ہوا ہے "فری، آہ، گفٹ" یا کچھ اس طرح سے۔ تو انہوں نے بتایا کہ ہمارے ہاں جو 85 فیصد وزیٹرز ہیں، وہ، آہ، آسٹریلین ہیں، باقی جو 15 فیصد وزیٹر ہیں، وہ تقریباً وہ مسلمز ہیں۔</w:t>
      </w:r>
    </w:p>
    <w:p>
      <w:r>
        <w:rPr>
          <w:b/>
        </w:rPr>
        <w:t xml:space="preserve">[48:02] </w:t>
      </w:r>
      <w:r>
        <w:t>to unhon ne kaha ke yeh bohat acha aik tareeqa hai dawat ka ke yahan par log atay hain aur Islam ke baray mein jantay hain aur phir quran ki copy unhein mil jati hai.</w:t>
      </w:r>
    </w:p>
    <w:p>
      <w:pPr>
        <w:jc w:val="right"/>
      </w:pPr>
      <w:r>
        <w:t>تو انہوں نے کہا کہ یہ بہت اچھا ایک طریقہ ہے دعوت کا کہ یہاں پر لوگ آتے ہیں اور اسلام کے بارے میں جانتے ہیں اور پھر قرآن کی کاپی انہیں مل جاتی ہے۔</w:t>
      </w:r>
    </w:p>
    <w:p>
      <w:r>
        <w:rPr>
          <w:b/>
        </w:rPr>
        <w:t xml:space="preserve">[48:13] </w:t>
      </w:r>
      <w:r>
        <w:t>to un ke bhai thay, woh, aah, Ashraf</w:t>
      </w:r>
    </w:p>
    <w:p>
      <w:pPr>
        <w:jc w:val="right"/>
      </w:pPr>
      <w:r>
        <w:t>تو ان کے بھائی تھے، وہ، آہ، اشرف</w:t>
      </w:r>
    </w:p>
    <w:p>
      <w:r>
        <w:rPr>
          <w:b/>
        </w:rPr>
        <w:t xml:space="preserve">[48:17] </w:t>
      </w:r>
      <w:r>
        <w:t>Naeem, woh bhi, aah, Lubnan ke hain. woh unhon ne bohat interest dikhaya is mission mein, quran ke mission mein, aur aik hamari meeting karai bohat hi, aah, khaas khaas logon se.</w:t>
      </w:r>
    </w:p>
    <w:p>
      <w:pPr>
        <w:jc w:val="right"/>
      </w:pPr>
      <w:r>
        <w:t>نعیم، وہ بھی، آہ، لبنان کے ہیں۔ وہ انہوں نے بہت انٹرسٹ دکھایا اس مشن میں، قرآن کے مشن میں، اور ایک ہماری میٹنگ کرائی بہت ہی، آہ، خاص خاص لوگوں سے۔</w:t>
      </w:r>
    </w:p>
    <w:p>
      <w:r>
        <w:rPr>
          <w:b/>
        </w:rPr>
        <w:t xml:space="preserve">[48:29] </w:t>
      </w:r>
      <w:r>
        <w:t>to un se bhi baat cheet hui aur un sab ne yeh humein assurance diya hai ke hum bhi is kaam mein inshallah aap ka sath dein gay.</w:t>
      </w:r>
    </w:p>
    <w:p>
      <w:pPr>
        <w:jc w:val="right"/>
      </w:pPr>
      <w:r>
        <w:t>تو ان سے بھی بات چیت ہوئی اور ان سب نے یہ ہمیں ایشورنس دیا ہے کہ ہم بھی اس کام میں انشاءاللہ آپ کا ساتھ دیں گے۔</w:t>
      </w:r>
    </w:p>
    <w:p>
      <w:r>
        <w:rPr>
          <w:b/>
        </w:rPr>
        <w:t xml:space="preserve">[48:37] </w:t>
      </w:r>
      <w:r>
        <w:t>to is ke baad, aah, aik Preston mosque hai jo bohat hi important masjid hai. wahan Khurram sahib ne appointment fix kiya tha Imam se, jo ke aik ghaleban Kenya se thay, woh Imam Jamal Muhammad.</w:t>
      </w:r>
    </w:p>
    <w:p>
      <w:pPr>
        <w:jc w:val="right"/>
      </w:pPr>
      <w:r>
        <w:t>تو اس کے بعد، آہ، ایک پریسٹن ماسک ہے جو بہت ہی امپورٹنٹ مسجد ہے۔ وہاں خرم صاحب نے اپوائنٹمنٹ فکس کیا تھا امام سے، جو کہ ایک غالباً کینیا سے تھے، وہ امام جمال محمد۔</w:t>
      </w:r>
    </w:p>
    <w:p>
      <w:r>
        <w:rPr>
          <w:b/>
        </w:rPr>
        <w:t xml:space="preserve">[48:53] </w:t>
      </w:r>
      <w:r>
        <w:t>to</w:t>
      </w:r>
    </w:p>
    <w:p>
      <w:pPr>
        <w:jc w:val="right"/>
      </w:pPr>
      <w:r>
        <w:t>تو</w:t>
      </w:r>
    </w:p>
    <w:p>
      <w:r>
        <w:rPr>
          <w:b/>
        </w:rPr>
        <w:t xml:space="preserve">[48:55] </w:t>
      </w:r>
      <w:r>
        <w:t>unhon ne jab dekha hamara quran aur sari baatein to unhein bohat pasand aya. unhon ne kaha hum zaroor lein gay aap se aur is ko jo 15 March ko mosque open day hai, is mein is ko distribute karein gay.</w:t>
      </w:r>
    </w:p>
    <w:p>
      <w:pPr>
        <w:jc w:val="right"/>
      </w:pPr>
      <w:r>
        <w:t>انہوں نے جب دیکھا ہمارا قرآن اور ساری باتیں تو انہیں بہت پسند آیا۔ انہوں نے کہا ہم ضرور لیں گے آپ سے اور اس کو جو 15 مارچ کو ماسک اوپن ڈے ہے، اس میں اس کو ڈسٹریبیوٹ کریں گے۔</w:t>
      </w:r>
    </w:p>
    <w:p>
      <w:r>
        <w:rPr>
          <w:b/>
        </w:rPr>
        <w:t xml:space="preserve">[49:09] </w:t>
      </w:r>
      <w:r>
        <w:t>aur aindah bhi, chounke bohat achi masjid hai, woh log atay rehtay hain wahan, aah, tourist log atay rehtay hain, visitors atay rehtay hain.</w:t>
      </w:r>
    </w:p>
    <w:p>
      <w:pPr>
        <w:jc w:val="right"/>
      </w:pPr>
      <w:r>
        <w:t>اور آئندہ بھی، چونکہ بہت اچھی مسجد ہے، وہ لوگ آتے رہتے ہیں وہاں، آہ، ٹورسٹ لوگ آتے رہتے ہیں، وزیٹرز آتے رہتے ہیں۔</w:t>
      </w:r>
    </w:p>
    <w:p>
      <w:r>
        <w:rPr>
          <w:b/>
        </w:rPr>
        <w:t xml:space="preserve">[49:17] </w:t>
      </w:r>
      <w:r>
        <w:t>is ke ilawa aik jo wahan ki bohat hi bari, aah, aah, organization hai, is ka naam hai ICV, Islamic Council of Victoria.</w:t>
      </w:r>
    </w:p>
    <w:p>
      <w:pPr>
        <w:jc w:val="right"/>
      </w:pPr>
      <w:r>
        <w:t>اس کے علاوہ ایک جو وہاں کی بہت ہی بڑی، آہ، آہ، آرگنائزیشن ہے، اس کا نام ہے آئی سی وی، اسلامک کونسل آف وکٹوریا۔</w:t>
      </w:r>
    </w:p>
    <w:p>
      <w:r>
        <w:rPr>
          <w:b/>
        </w:rPr>
        <w:t xml:space="preserve">[49:27] </w:t>
      </w:r>
      <w:r>
        <w:t>is ke tehat taqreeban 30 mosques hain aur Victoria aik region hai jis mein, aah, aah,</w:t>
      </w:r>
    </w:p>
    <w:p>
      <w:pPr>
        <w:jc w:val="right"/>
      </w:pPr>
      <w:r>
        <w:t>اس کے تحت تقریباً 30 ماسکس ہیں اور وکٹوریا ایک ریجن ہے جس میں، آہ، آہ،</w:t>
      </w:r>
    </w:p>
    <w:p>
      <w:r>
        <w:rPr>
          <w:b/>
        </w:rPr>
        <w:t xml:space="preserve">[49:36] </w:t>
      </w:r>
      <w:r>
        <w:t>aah, Melbourne hai. to, aah, yeh, aah, unhon ne bataya ke jo 30, aah, aah, masjidain hain, mosque open day mein un ko quran ki zaroorat hai.</w:t>
      </w:r>
    </w:p>
    <w:p>
      <w:pPr>
        <w:jc w:val="right"/>
      </w:pPr>
      <w:r>
        <w:t>آہ، میلبرن ہے۔ تو، آہ، یہ، آہ، انہوں نے بتایا کہ جو 30، آہ، آہ، مسجدیں ہیں، ماسک اوپن ڈے میں ان کو قرآن کی ضرورت ہے۔</w:t>
      </w:r>
    </w:p>
    <w:p>
      <w:r>
        <w:rPr>
          <w:b/>
        </w:rPr>
        <w:t xml:space="preserve">[49:48] </w:t>
      </w:r>
      <w:r>
        <w:t>to un ko alhamdulillah hum ne quran bhijwa diye. wahan ittefaq se tha stock to quran un ko chala gaya, yeh janay wala hai. to unhon ne kaha ke hum regular basis pe, unhon ne bohat acha response diya.</w:t>
      </w:r>
    </w:p>
    <w:p>
      <w:pPr>
        <w:jc w:val="right"/>
      </w:pPr>
      <w:r>
        <w:t>تو ان کو الحمدللہ ہم نے قرآن بھجوا دیے۔ وہاں اتفاق سے تھا اسٹاک تو قرآن ان کو چلا گیا، یہ جانے والا ہے۔ تو انہوں نے کہا کہ ہم ریگولر بیسس پہ، انہوں نے بہت اچھا رسپانس دیا۔</w:t>
      </w:r>
    </w:p>
    <w:p>
      <w:r>
        <w:rPr>
          <w:b/>
        </w:rPr>
        <w:t xml:space="preserve">[50:00] </w:t>
      </w:r>
      <w:r>
        <w:t>yeh sahib jo, aah, Abdul Qadir sahib thay, yeh Imam hain wahan ke</w:t>
      </w:r>
    </w:p>
    <w:p>
      <w:pPr>
        <w:jc w:val="right"/>
      </w:pPr>
      <w:r>
        <w:t>یہ صاحب جو، آہ، عبدالقادر صاحب تھے، یہ امام ہیں وہاں کے</w:t>
      </w:r>
    </w:p>
    <w:p>
      <w:r>
        <w:rPr>
          <w:b/>
        </w:rPr>
        <w:t xml:space="preserve">[50:05] </w:t>
      </w:r>
      <w:r>
        <w:t>aur da'wah coordinator hain. yeh, yeh Eritrea se hain aur unhon ne bataya ke mera subject hi quran hai. to unhon ne bohat pasand kiya is kaam ko aur kaha ke hum quran inshallah, aah, regular lein gay aap se aur is ko logon tak distribute karein gay.</w:t>
      </w:r>
    </w:p>
    <w:p>
      <w:pPr>
        <w:jc w:val="right"/>
      </w:pPr>
      <w:r>
        <w:t>اور دعویٰ کوآرڈینیٹر ہیں۔ یہ، یہ ایریٹریا سے ہیں اور انہوں نے بتایا کہ میرا سبجیکٹ ہی قرآن ہے۔ تو انہوں نے بہت پسند کیا اس کام کو اور کہا کہ ہم قرآن انشاءاللہ، آہ، ریگولر لیں گے آپ سے اور اس کو لوگوں تک ڈسٹریبیوٹ کریں گے۔</w:t>
      </w:r>
    </w:p>
    <w:p>
      <w:r>
        <w:rPr>
          <w:b/>
        </w:rPr>
        <w:t xml:space="preserve">[50:23] </w:t>
      </w:r>
      <w:r>
        <w:t>to is ke baad hum log Sydney gaye. Sydney mein, aah, aik sahib jo Maulana ke bohat hi puranay saathi hain, Dr. Qazi Ashfaq Ahmed,</w:t>
      </w:r>
    </w:p>
    <w:p>
      <w:pPr>
        <w:jc w:val="right"/>
      </w:pPr>
      <w:r>
        <w:t>تو اس کے بعد ہم لوگ سڈنی گئے۔ سڈنی میں، آہ، ایک صاحب جو مولانا کے بہت ہی پرانے ساتھی ہیں، ڈاکٹر قاضی اشفاق احمد،</w:t>
      </w:r>
    </w:p>
    <w:p>
      <w:r>
        <w:rPr>
          <w:b/>
        </w:rPr>
        <w:t xml:space="preserve">[50:32] </w:t>
      </w:r>
      <w:r>
        <w:t>aah, 1950 se Maulana ko ko jantay hain. woh jab Maulana Jamaat-e-Islami mein thay to woh wahan par hain aur bohat hi senior leader hain us waqt aur un ko abhi aik award mila hai, Order of Australia, jo ke jaisay yahan Padma award hota hai, is tarah se, aah, is pe likha hua tha "Service towards Muslim Community and Interfaith Work".</w:t>
      </w:r>
    </w:p>
    <w:p>
      <w:pPr>
        <w:jc w:val="right"/>
      </w:pPr>
      <w:r>
        <w:t>آہ، 1950 سے مولانا کو کو جانتے ہیں۔ وہ جب مولانا جماعت اسلامی میں تھے تو وہ وہاں پر ہیں اور بہت ہی سینئر لیڈر ہیں اس وقت اور ان کو ابھی ایک ایوارڈ ملا ہے، آرڈر آف آسٹریلیا، جو کہ جیسے یہاں پدمہ ایوارڈ ہوتا ہے، اس طرح سے، آہ، اس پہ لکھا ہوا تھا "سروس ٹورڈز مسلم کمیونٹی اینڈ انٹر فیتھ ورک"۔</w:t>
      </w:r>
    </w:p>
    <w:p>
      <w:r>
        <w:rPr>
          <w:b/>
        </w:rPr>
        <w:t xml:space="preserve">[50:58] </w:t>
      </w:r>
      <w:r>
        <w:t>to un se mulaqat hui aur</w:t>
      </w:r>
    </w:p>
    <w:p>
      <w:pPr>
        <w:jc w:val="right"/>
      </w:pPr>
      <w:r>
        <w:t>تو ان سے ملاقات ہوئی اور</w:t>
      </w:r>
    </w:p>
    <w:p>
      <w:r>
        <w:rPr>
          <w:b/>
        </w:rPr>
        <w:t xml:space="preserve">[51:00] </w:t>
      </w:r>
      <w:r>
        <w:t>un ke jo bete hain, Professor Zia Ahmed, woh aik akhbar nikalte hain, yeh akhbar hai, aah, "A Must".</w:t>
      </w:r>
    </w:p>
    <w:p>
      <w:pPr>
        <w:jc w:val="right"/>
      </w:pPr>
      <w:r>
        <w:t>ان کے جو بیٹے ہیں، پروفیسر ضیاء احمد، وہ ایک اخبار نکالتے ہیں، یہ اخبار ہے، آہ، "اے مسٹ"۔</w:t>
      </w:r>
    </w:p>
    <w:p>
      <w:r>
        <w:rPr>
          <w:b/>
        </w:rPr>
        <w:t xml:space="preserve">[51:10] </w:t>
      </w:r>
      <w:r>
        <w:t>to yeh unhon ne bohat સહયોગ kiya aur humein apni aik meeting mein bulaya aur hum logon ne apne apne mission ke baray mein bataya.</w:t>
      </w:r>
    </w:p>
    <w:p>
      <w:pPr>
        <w:jc w:val="right"/>
      </w:pPr>
      <w:r>
        <w:t>تو یہ انہوں نے بہت تعاون کیا اور ہمیں اپنی ایک میٹنگ میں بلایا اور ہم لوگوں نے اپنے اپنے مشن کے بارے میں بتایا۔</w:t>
      </w:r>
    </w:p>
    <w:p>
      <w:r>
        <w:rPr>
          <w:b/>
        </w:rPr>
        <w:t xml:space="preserve">[51:20] </w:t>
      </w:r>
      <w:r>
        <w:t>main ne bhi, Kaleem sahib ne bhi aur Haroon Sheikh sahib ne bhi, aah, thora thora bola. to wahan kai log milay jinhon ne bohat interest dikhaya aur khud yeh jo Professor</w:t>
      </w:r>
    </w:p>
    <w:p>
      <w:pPr>
        <w:jc w:val="right"/>
      </w:pPr>
      <w:r>
        <w:t>میں نے بھی، کلیم صاحب نے بھی اور ہارون شیخ صاحب نے بھی، آہ، تھوڑا تھوڑا بولا۔ تو وہاں کئی لوگ ملے جنہوں نے بہت انٹرسٹ دکھایا اور خود یہ جو پروفیسر</w:t>
      </w:r>
    </w:p>
    <w:p>
      <w:r>
        <w:rPr>
          <w:b/>
        </w:rPr>
        <w:t xml:space="preserve">[51:31] </w:t>
      </w:r>
      <w:r>
        <w:t>ziya sahib hain, un ko yeh quran ka mission bohat pasand aaya aur humain kai jagah le gaye. misaal ke taur pe ek hai center for islamic studies and civilization, jo ke ek university hai, charles stuart university, is ke tehat tha.</w:t>
      </w:r>
    </w:p>
    <w:p>
      <w:pPr>
        <w:jc w:val="right"/>
      </w:pPr>
      <w:r>
        <w:t>ضیاء صاحب ہیں، ان کو یہ قرآن کا مشن بہت پسند آیا اور ہمیں کئی جگہ لے گئے۔ مثال کے طور پہ ایک ہے سینٹر فار اسلامک سٹڈیز اینڈ سویلائزیشن، جو کہ ایک یونیورسٹی ہے، چارلس سٹورٹ یونیورسٹی، اس کے تحت تھا۔</w:t>
      </w:r>
    </w:p>
    <w:p>
      <w:r>
        <w:rPr>
          <w:b/>
        </w:rPr>
        <w:t xml:space="preserve">[51:48] </w:t>
      </w:r>
      <w:r>
        <w:t>to wahan ek turkish</w:t>
      </w:r>
    </w:p>
    <w:p>
      <w:pPr>
        <w:jc w:val="right"/>
      </w:pPr>
      <w:r>
        <w:t>تو وہاں ایک ٹرکش</w:t>
      </w:r>
    </w:p>
    <w:p>
      <w:r>
        <w:rPr>
          <w:b/>
        </w:rPr>
        <w:t xml:space="preserve">[51:52] </w:t>
      </w:r>
      <w:r>
        <w:t>professor se mile, professor muhammad fozail. to unhon ne bataya ke woh maulana ki bohat si kitabein parh chuke hain, khas tor se jo peace wali kitabein hain.</w:t>
      </w:r>
    </w:p>
    <w:p>
      <w:pPr>
        <w:jc w:val="right"/>
      </w:pPr>
      <w:r>
        <w:t>پروفیسر سے ملے، پروفیسر محمد فوزیل۔ تو انہوں نے بتایا کہ وہ مولانا کی بہت سی کتابیں پڑھ چکے ہیں، خاص طور سے جو پیس والی کتابیں ہیں۔</w:t>
      </w:r>
    </w:p>
    <w:p>
      <w:r>
        <w:rPr>
          <w:b/>
        </w:rPr>
        <w:t xml:space="preserve">[52:03] </w:t>
      </w:r>
      <w:r>
        <w:t>unhon ne kaha ke jab nine eleven hua to mujhe, aah, kisi scholar ko refer karna tha to mujhe maulana majaddudin khan ki baatein bohat pasand aayin aur main ne jahan jahan bhi talk di ya jahan jahan logon se baat ki to un books ka maulana ke thought ka ko refer kiya.</w:t>
      </w:r>
    </w:p>
    <w:p>
      <w:pPr>
        <w:jc w:val="right"/>
      </w:pPr>
      <w:r>
        <w:t>انہوں نے کہا کہ جب نائن الیون ہوا تو مجھے، آہ، کسی سکالر کو ریفر کرنا تھا تو مجھے مولانا مجدد الدین خان کی باتیں بہت پسند آئیں اور میں نے جہاں جہاں بھی ٹاک دی یا جہاں جہاں لوگوں سے بات کی تو ان بکس کا مولانا کے تھاٹ کا کو ریفر کیا۔</w:t>
      </w:r>
    </w:p>
    <w:p>
      <w:r>
        <w:rPr>
          <w:b/>
        </w:rPr>
        <w:t xml:space="preserve">[52:21] </w:t>
      </w:r>
      <w:r>
        <w:t>to un ke haan kai courses hotay</w:t>
      </w:r>
    </w:p>
    <w:p>
      <w:pPr>
        <w:jc w:val="right"/>
      </w:pPr>
      <w:r>
        <w:t>تو ان کے ہاں کئی کورسز ہوتے</w:t>
      </w:r>
    </w:p>
    <w:p>
      <w:r>
        <w:rPr>
          <w:b/>
        </w:rPr>
        <w:t xml:space="preserve">[52:22] </w:t>
      </w:r>
      <w:r>
        <w:t>hain, jaise islamic studies ka m.a. ka course hai aur kai courses hain. to unhon ne kaha ke hum quran leinge aur yahan jo bhi log atay hain, un ko inshallah dein ge.</w:t>
      </w:r>
    </w:p>
    <w:p>
      <w:pPr>
        <w:jc w:val="right"/>
      </w:pPr>
      <w:r>
        <w:t>ہیں، جیسے اسلامک سٹڈیز کا ایم اے کا کورس ہے اور کئی کورسز ہیں۔ تو انہوں نے کہا کہ ہم قرآن لیں گے اور یہاں جو بھی لوگ آتے ہیں، ان کو انشاءاللہ دیں گے۔</w:t>
      </w:r>
    </w:p>
    <w:p>
      <w:r>
        <w:rPr>
          <w:b/>
        </w:rPr>
        <w:t xml:space="preserve">[52:32] </w:t>
      </w:r>
      <w:r>
        <w:t>to un ko bhi quran hum ne bhijwa diya hai. phir ek sahib se mulaqat hui jo bohat hi important thay wahan ke,</w:t>
      </w:r>
    </w:p>
    <w:p>
      <w:pPr>
        <w:jc w:val="right"/>
      </w:pPr>
      <w:r>
        <w:t>تو ان کو بھی قرآن ہم نے بھجوا دیا ہے۔ پھر ایک صاحب سے ملاقات ہوئی جو بہت ہی امپورٹنٹ تھے وہاں کے،</w:t>
      </w:r>
    </w:p>
    <w:p>
      <w:r>
        <w:rPr>
          <w:b/>
        </w:rPr>
        <w:t xml:space="preserve">[52:39] </w:t>
      </w:r>
      <w:r>
        <w:t>aah, un ka naam hai shaikh shadi al sulaiman. un se bhi, aah, khurram sahib pehle mil chuke thay aur un se appointment fix karwaya.</w:t>
      </w:r>
    </w:p>
    <w:p>
      <w:pPr>
        <w:jc w:val="right"/>
      </w:pPr>
      <w:r>
        <w:t>آہ، ان کا نام ہے شیخ شادی السلیمان۔ ان سے بھی، آہ، خرم صاحب پہلے مل چکے تھے اور ان سے اپوائنٹمنٹ فکس کروایا۔</w:t>
      </w:r>
    </w:p>
    <w:p>
      <w:r>
        <w:rPr>
          <w:b/>
        </w:rPr>
        <w:t xml:space="preserve">[52:48] </w:t>
      </w:r>
      <w:r>
        <w:t>un ka bohat bara center hai, is ka naam hai uma, u.m.a., aah, united muslim association shayad naam hai is ka, aur is ka jo, aah, slogan hai woh hai "serving the community".</w:t>
      </w:r>
    </w:p>
    <w:p>
      <w:pPr>
        <w:jc w:val="right"/>
      </w:pPr>
      <w:r>
        <w:t>ان کا بہت بڑا سینٹر ہے، اس کا نام ہے اوما، یو ایم اے، آہ، یونائٹڈ مسلم ایسوسی ایشن شاید نام ہے اس کا، اور اس کا جو، آہ، سلوگن ہے وہ ہے "سروونگ دا کمیونٹی"۔</w:t>
      </w:r>
    </w:p>
    <w:p>
      <w:r>
        <w:rPr>
          <w:b/>
        </w:rPr>
        <w:t xml:space="preserve">[53:02] </w:t>
      </w:r>
      <w:r>
        <w:t>to</w:t>
      </w:r>
    </w:p>
    <w:p>
      <w:pPr>
        <w:jc w:val="right"/>
      </w:pPr>
      <w:r>
        <w:t>تو</w:t>
      </w:r>
    </w:p>
    <w:p>
      <w:r>
        <w:rPr>
          <w:b/>
        </w:rPr>
        <w:t xml:space="preserve">[53:03] </w:t>
      </w:r>
      <w:r>
        <w:t>woh maulana ko achi tarah jante thay aur thori urdu bhi bolte thay. unhon ne kaha ke aap se aap ko mil kar mujhe bohat khushi hua.</w:t>
      </w:r>
    </w:p>
    <w:p>
      <w:pPr>
        <w:jc w:val="right"/>
      </w:pPr>
      <w:r>
        <w:t>وہ مولانا کو اچھی طرح جانتے تھے اور تھوڑی اردو بھی بولتے تھے۔ انہوں نے کہا کہ آپ سے آپ کو مل کر مجھے بہت خوشی ہوا۔</w:t>
      </w:r>
    </w:p>
    <w:p>
      <w:r>
        <w:rPr>
          <w:b/>
        </w:rPr>
        <w:t xml:space="preserve">[53:12] </w:t>
      </w:r>
      <w:r>
        <w:t>to is tarah se unhon ne kaha ke hamara jo kaam hai woh 90 feesad, aah, muslim youth ke andar hai jo born and raised hain australia mein, aur 10 feesad hum daawa work karte hain.</w:t>
      </w:r>
    </w:p>
    <w:p>
      <w:pPr>
        <w:jc w:val="right"/>
      </w:pPr>
      <w:r>
        <w:t>تو اس طرح سے انہوں نے کہا کہ ہمارا جو کام ہے وہ 90 فیصد، آہ، مسلم یوتھ کے اندر ہے جو بورن اینڈ ریزڈ ہیں آسٹریلیا میں، اور 10 فیصد ہم دعویٰ ورک کرتے ہیں۔</w:t>
      </w:r>
    </w:p>
    <w:p>
      <w:r>
        <w:rPr>
          <w:b/>
        </w:rPr>
        <w:t xml:space="preserve">[53:25] </w:t>
      </w:r>
      <w:r>
        <w:t>to un ke haan bohat hi, aah, bara, aah, youth, aah, ke jo naujawan log hain woh bohat bohat bohat ziyada juray hue hain un ke center se.</w:t>
      </w:r>
    </w:p>
    <w:p>
      <w:pPr>
        <w:jc w:val="right"/>
      </w:pPr>
      <w:r>
        <w:t>تو ان کے ہاں بہت ہی، آہ، بڑا، آہ، یوتھ، آہ، کے جو نوجوان لوگ ہیں وہ بہت بہت بہت زیادہ جڑے ہوئے ہیں ان کے سینٹر سے۔</w:t>
      </w:r>
    </w:p>
    <w:p>
      <w:r>
        <w:rPr>
          <w:b/>
        </w:rPr>
        <w:t xml:space="preserve">[53:35] </w:t>
      </w:r>
      <w:r>
        <w:t>un ke center mein bohat bara gym hai, aah, aur masjid hai aur classroom hain aur classes hoti rehti hain aur hall hai, aur woh bohat extend kar rahe hain, is ko abhi bohat bara kar rahe hain.</w:t>
      </w:r>
    </w:p>
    <w:p>
      <w:pPr>
        <w:jc w:val="right"/>
      </w:pPr>
      <w:r>
        <w:t>ان کے سینٹر میں بہت بڑا جم ہے، آہ، اور مسجد ہے اور کلاس رومز ہیں اور کلاسز ہوتی رہتی ہیں اور ہال ہے، اور وہ بہت ایکسٹینڈ کر رہے ہیں، اس کو ابھی بہت بڑا کر رہے ہیں۔</w:t>
      </w:r>
    </w:p>
    <w:p>
      <w:r>
        <w:rPr>
          <w:b/>
        </w:rPr>
        <w:t xml:space="preserve">[53:47] </w:t>
      </w:r>
      <w:r>
        <w:t>to unhon ne kaha ke hum quran distribute kareinge, hum street daawa karte hain, hamari jo team hai naujawanon ki, yeh inshallah is mein hissa le gi.</w:t>
      </w:r>
    </w:p>
    <w:p>
      <w:pPr>
        <w:jc w:val="right"/>
      </w:pPr>
      <w:r>
        <w:t>تو انہوں نے کہا کہ ہم قرآن ڈسٹریبیوٹ کریں گے، ہم اسٹریٹ دعویٰ کرتے ہیں، ہماری جو ٹیم ہے نوجوانوں کی، یہ انشاءاللہ اس میں حصہ لے گی۔</w:t>
      </w:r>
    </w:p>
    <w:p>
      <w:r>
        <w:rPr>
          <w:b/>
        </w:rPr>
        <w:t xml:space="preserve">[53:57] </w:t>
      </w:r>
      <w:r>
        <w:t>to unhon ne bari tadad mein quran manga hai aur hum ne kuch bhijwaya hai, inshallah aur bhejeinge. to is tarah se kai aur jagahon pe jana hua aur ek sahib hain jo anjum rafiqi sahib hain, un ka bara taawun hamare liye hai.</w:t>
      </w:r>
    </w:p>
    <w:p>
      <w:pPr>
        <w:jc w:val="right"/>
      </w:pPr>
      <w:r>
        <w:t>تو انہوں نے بڑی تعداد میں قرآن مانگا ہے اور ہم نے کچھ بھجوایا ہے، انشاءاللہ اور بھیجیں گے۔ تو اس طرح سے کئی اور جگہوں پہ جانا ہوا اور ایک صاحب ہیں جو انجم رفیقی صاحب ہیں، ان کا بڑا تعاون ہمارے لیے ہے۔</w:t>
      </w:r>
    </w:p>
    <w:p>
      <w:r>
        <w:rPr>
          <w:b/>
        </w:rPr>
        <w:t xml:space="preserve">[54:11] </w:t>
      </w:r>
      <w:r>
        <w:t>pehle hum ne quran un ko bhijwaye thay open mosque day ke liye, to un ke paas stock rakha hua tha, to unhon ne jahan jahan zaroorat</w:t>
      </w:r>
    </w:p>
    <w:p>
      <w:pPr>
        <w:jc w:val="right"/>
      </w:pPr>
      <w:r>
        <w:t>پہلے ہم نے قرآن ان کو بھیجے تھے اوپن ماسک ڈے کے لیے، تو ان کے پاس اسٹاک رکھا ہوا تھا، تو انہوں نے جہاں جہاں ضرورت</w:t>
      </w:r>
    </w:p>
    <w:p>
      <w:r>
        <w:rPr>
          <w:b/>
        </w:rPr>
        <w:t xml:space="preserve">[54:17] </w:t>
      </w:r>
      <w:r>
        <w:t>thi woh bhijwa diya. khurram sahib chounke jate rehte hain to un se touch mein rehte hain. isi tarah se ek aur masjid mein jana hua jo ke turkish mosque hai, is ka naam hai gallipoli mosque.</w:t>
      </w:r>
    </w:p>
    <w:p>
      <w:pPr>
        <w:jc w:val="right"/>
      </w:pPr>
      <w:r>
        <w:t>تھی وہ بھجوا دیا۔ خرم صاحب چونکہ جاتے رہتے ہیں تو ان سے ٹچ میں رہتے ہیں۔ اسی طرح سے ایک اور مسجد میں جانا ہوا جو کہ ٹرکش ماسک ہے، اس کا نام ہے گلی پولی ماسک۔</w:t>
      </w:r>
    </w:p>
    <w:p>
      <w:r>
        <w:rPr>
          <w:b/>
        </w:rPr>
        <w:t xml:space="preserve">[54:29] </w:t>
      </w:r>
      <w:r>
        <w:t>yeh ek area hai, isi area se is ka naam hai. to woh ek aisi jagah hai ke jahan, aah, jahan tourist ki buses atay hain, yaani woh ek maqam hai jahan rukte hain tourist.</w:t>
      </w:r>
    </w:p>
    <w:p>
      <w:pPr>
        <w:jc w:val="right"/>
      </w:pPr>
      <w:r>
        <w:t>یہ ایک ایریا ہے، اسی ایریا سے اس کا نام ہے۔ تو وہ ایک ایسی جگہ ہے کہ جہاں، آہ، جہاں ٹورسٹ کی بسز آتی ہیں، یعنی وہ ایک مقام ہے جہاں رکتے ہیں ٹورسٹ۔</w:t>
      </w:r>
    </w:p>
    <w:p>
      <w:r>
        <w:rPr>
          <w:b/>
        </w:rPr>
        <w:t xml:space="preserve">[54:41] </w:t>
      </w:r>
      <w:r>
        <w:t>to wahan par bhi, aah, baat cheet hui hai aur wahan bhi inshallah distribution shuru ho jaye ga. to is tarah se yeh safar</w:t>
      </w:r>
    </w:p>
    <w:p>
      <w:pPr>
        <w:jc w:val="right"/>
      </w:pPr>
      <w:r>
        <w:t>تو وہاں پر بھی، آہ، بات چیت ہوئی ہے اور وہاں بھی انشاءاللہ ڈسٹریبیوشن شروع ہو جائے گا۔ تو اس طرح سے یہ سفر</w:t>
      </w:r>
    </w:p>
    <w:p>
      <w:r>
        <w:rPr>
          <w:b/>
        </w:rPr>
        <w:t xml:space="preserve">[54:48] </w:t>
      </w:r>
      <w:r>
        <w:t>pura hua taqreeban 20 din ka aur is mein Allah taala ki bohat hi, aah,</w:t>
      </w:r>
    </w:p>
    <w:p>
      <w:pPr>
        <w:jc w:val="right"/>
      </w:pPr>
      <w:r>
        <w:t>پورا ہوا تقریباً 20 دن کا اور اس میں اللہ تعالیٰ کی بہت ہی، آہ،</w:t>
      </w:r>
    </w:p>
    <w:p>
      <w:r>
        <w:rPr>
          <w:b/>
        </w:rPr>
        <w:t xml:space="preserve">[55:20] </w:t>
      </w:r>
      <w:r>
        <w:t>yaani har mor pe Allah taala ki bohat hi khusoosi madad hasil hui. to hmm, ek dua hai ke Allah taala is ko aur kaam ko aage barhaye aur quran ki paigham ko masha Allah pohanchaye.</w:t>
      </w:r>
    </w:p>
    <w:p>
      <w:pPr>
        <w:jc w:val="right"/>
      </w:pPr>
      <w:r>
        <w:t>یعنی ہر موڑ پہ اللہ تعالیٰ کی بہت ہی خصوصی مدد حاصل ہوئی۔ تو ہمم، ایک دعا ہے کہ اللہ تعالیٰ اس کو اور کام کو آگے بڑھائے اور قرآن کی پیغام کو ماشاءاللہ پہنچائے۔</w:t>
      </w:r>
    </w:p>
    <w:p>
      <w:r>
        <w:rPr>
          <w:b/>
        </w:rPr>
        <w:t xml:space="preserve">[55:36] </w:t>
      </w:r>
      <w:r>
        <w:t>khuda ka masha Allah,</w:t>
      </w:r>
    </w:p>
    <w:p>
      <w:pPr>
        <w:jc w:val="right"/>
      </w:pPr>
      <w:r>
        <w:t>خدا کا ماشاءاللہ،</w:t>
      </w:r>
    </w:p>
    <w:p>
      <w:r>
        <w:rPr>
          <w:b/>
        </w:rPr>
        <w:t xml:space="preserve">[55:38] </w:t>
      </w:r>
      <w:r>
        <w:t>bohat bohat hi, yaani khushkhabri ki baat hai, bohat hi ziyada khushkhabri ki baat hai.</w:t>
      </w:r>
    </w:p>
    <w:p>
      <w:pPr>
        <w:jc w:val="right"/>
      </w:pPr>
      <w:r>
        <w:t>بہت بہت ہی، یعنی خوشخبری کی بات ہے، بہت ہی زیادہ خوشخبری کی بات ہے۔</w:t>
      </w:r>
    </w:p>
    <w:p>
      <w:r>
        <w:rPr>
          <w:b/>
        </w:rPr>
        <w:t xml:space="preserve">[55:49] </w:t>
      </w:r>
      <w:r>
        <w:t>jazak Allah doctor sahib, aah, i would like to say on behalf of everyone that, aah, it has been by his hard efforts that the quran has been made available worldwide for distribution.</w:t>
      </w:r>
    </w:p>
    <w:p>
      <w:pPr>
        <w:jc w:val="right"/>
      </w:pPr>
      <w:r>
        <w:t>جزاک اللہ ڈاکٹر صاحب، آہ، آئی وڈ لائک ٹو سے ان بیہاف آف ایوری ون دیٹ، آہ، اٹ ہیز بین بائے ہز ہارڈ ایفرٹس دیٹ دی قرآن ہیز بین میڈ اویلیبل ورلڈ وائیڈ فار ڈسٹریبیوشن۔</w:t>
      </w:r>
    </w:p>
    <w:p>
      <w:r>
        <w:rPr>
          <w:b/>
        </w:rPr>
        <w:t xml:space="preserve">[56:03] </w:t>
      </w:r>
      <w:r>
        <w:t>he has truly made cps international a global mission. may god bless him abundantly.</w:t>
      </w:r>
    </w:p>
    <w:p>
      <w:pPr>
        <w:jc w:val="right"/>
      </w:pPr>
      <w:r>
        <w:t>ہی ہیز ٹرولی میڈ سی پی ایس انٹرنیشنل ا گلوبل مشن۔ می گاڈ بلیس ہم ابنڈنٹلی۔</w:t>
      </w:r>
    </w:p>
    <w:p>
      <w:r>
        <w:rPr>
          <w:b/>
        </w:rPr>
        <w:t xml:space="preserve">[56:11] </w:t>
      </w:r>
      <w:r>
        <w:t>aah, doctor thaan hasnain khan sahib ko main yeh bhi kehna chahunga ke bohat sare messages in ke liye aa rahe hain, aah, aah, is waqt talk par, aah, in ko congratulate kar rahe hain for this successful daawa trip.</w:t>
      </w:r>
    </w:p>
    <w:p>
      <w:pPr>
        <w:jc w:val="right"/>
      </w:pPr>
      <w:r>
        <w:t>آہ، ڈاکٹر ثان حسنین خان صاحب کو میں یہ بھی کہنا چاہوں گا کہ بہت سارے میسجز ان کے لیے آ رہے ہیں، آہ، آہ، اس وقت ٹاک پر، آہ، ان کو کنگریچولیٹ کر رہے ہیں فار دس سکسیس فل دعویٰ ٹرپ۔</w:t>
      </w:r>
    </w:p>
    <w:p>
      <w:r>
        <w:rPr>
          <w:b/>
        </w:rPr>
        <w:t xml:space="preserve">[56:25] </w:t>
      </w:r>
      <w:r>
        <w:t>okay, before we get into the question answer session, aah, aah, two important releases, aah, today we have with us</w:t>
      </w:r>
    </w:p>
    <w:p>
      <w:pPr>
        <w:jc w:val="right"/>
      </w:pPr>
      <w:r>
        <w:t>اوکے، بیفور وی گیٹ انٹو دی کوئسچن انسر سیشن، آہ، آہ، ٹو امپورٹنٹ ریلیزز، آہ، ٹوڈے وی ہیو ود اس</w:t>
      </w:r>
    </w:p>
    <w:p>
      <w:r>
        <w:rPr>
          <w:b/>
        </w:rPr>
        <w:t xml:space="preserve">[56:33] </w:t>
      </w:r>
      <w:r>
        <w:t>teams from mumbai, bhopal and pune, and they have brought some very good news for all of us. two books of two booklets of Maulana work has been translated in marathi and in gujarati language.</w:t>
      </w:r>
    </w:p>
    <w:p>
      <w:pPr>
        <w:jc w:val="right"/>
      </w:pPr>
      <w:r>
        <w:t>ٹیمز فرام ممبئی، بھوپال اینڈ پونے، اینڈ دے ہیو براٹ سم ویری گڈ نیوز فار ال اف اس۔ ٹو بکس اف ٹو بکلیٹس اف مولانا ورک ہیز بین ٹرانسلیٹڈ ان مراٹھی اینڈ ان گجراتی لینگویج۔</w:t>
      </w:r>
    </w:p>
    <w:p>
      <w:r>
        <w:rPr>
          <w:b/>
        </w:rPr>
        <w:t xml:space="preserve">[56:48] </w:t>
      </w:r>
      <w:r>
        <w:t>the first book, aah, which is the translation in the marathi language, aah, it is the translation of Maulana book in search of god, and this has been translated in marathi language with the title</w:t>
      </w:r>
    </w:p>
    <w:p>
      <w:pPr>
        <w:jc w:val="right"/>
      </w:pPr>
      <w:r>
        <w:t>دی فرسٹ بک، آہ، وچ از دا ٹرانسلیشن ان دی مراٹھی لینگویج، آہ، اٹ از دی ٹرانسلیشن اف مولانا بک ان سرچ اف گاڈ، اینڈ دس ہیز بین ٹرانسلیٹڈ ان مراٹھی لینگویج ود دا ٹائٹل</w:t>
      </w:r>
    </w:p>
    <w:p>
      <w:r>
        <w:rPr>
          <w:b/>
        </w:rPr>
        <w:t xml:space="preserve">[57:03] </w:t>
      </w:r>
      <w:r>
        <w:t>shodh parmeshvarcha. this translation, this is the ninth translation that has been done by, aah, abdul samad sahib from pune, who is our senior most cps member and a guiding force for us.</w:t>
      </w:r>
    </w:p>
    <w:p>
      <w:pPr>
        <w:jc w:val="right"/>
      </w:pPr>
      <w:r>
        <w:t>شودھ پرمیش ورچا۔ دس ٹرانسلیشن، دس از دا نائنتھ ٹرانسلیشن دیٹ ہیز بین ڈن بائے، آہ، عبدالصمد صاحب فرام پونے، ہو از اور سینئر موسٹ سی پی ایس ممبر اینڈ ا گائیڈنگ فورس فار اس۔</w:t>
      </w:r>
    </w:p>
    <w:p>
      <w:r>
        <w:rPr>
          <w:b/>
        </w:rPr>
        <w:t xml:space="preserve">[57:18] </w:t>
      </w:r>
      <w:r>
        <w:t>and the translation has been done by professor sartaj m siddiqui sahib, who is from jintur, maharashtra,</w:t>
      </w:r>
    </w:p>
    <w:p>
      <w:pPr>
        <w:jc w:val="right"/>
      </w:pPr>
      <w:r>
        <w:t>اینڈ دی ٹرانسلیشن ہیز بین ڈن بائے پروفیسر سرتاج ایم صدیقی صاحب، ہو از فرام جنتور، مہاراشٹر،</w:t>
      </w:r>
    </w:p>
    <w:p>
      <w:r>
        <w:rPr>
          <w:b/>
        </w:rPr>
        <w:t xml:space="preserve">[57:26] </w:t>
      </w:r>
      <w:r>
        <w:t>and the dtp and the design work has been done by akhtar amin sahib from pune team. so, i will request Maulana sahib to launch in search of god in marathi language.</w:t>
      </w:r>
    </w:p>
    <w:p>
      <w:pPr>
        <w:jc w:val="right"/>
      </w:pPr>
      <w:r>
        <w:t>اینڈ دی ڈی ٹی پی اینڈ دا ڈیزائن ورک ہیز بین ڈن بائے اختر امین صاحب فرام پونے ٹیم۔ سو، ائی ویل ریکویسٹ مولانا صاحب ٹو لانچ ان سرچ اف گاڈ ان مراٹھی لینگویج۔</w:t>
      </w:r>
    </w:p>
    <w:p>
      <w:r>
        <w:rPr>
          <w:b/>
        </w:rPr>
        <w:t xml:space="preserve">[57:43] </w:t>
      </w:r>
      <w:r>
        <w:t>main is kitab ko launch karta hoon duaon ke sath. allah taala is kitab ke zariye faida pahunchaye aur jinhon ne hissa liya hai is mein un ko bohat zyada sawab</w:t>
      </w:r>
    </w:p>
    <w:p>
      <w:pPr>
        <w:jc w:val="right"/>
      </w:pPr>
      <w:r>
        <w:t>میں اس کتاب کو لانچ کرتا ہوں دعاؤں کے ساتھ۔ اللہ تعالیٰ اس کتاب کے ذریعے فائدہ پہنچائے اور جنہوں نے حصہ لیا ہے اس میں ان کو بہت زیادہ ثواب</w:t>
      </w:r>
    </w:p>
    <w:p>
      <w:r>
        <w:rPr>
          <w:b/>
        </w:rPr>
        <w:t xml:space="preserve">[58:01] </w:t>
      </w:r>
      <w:r>
        <w:t>aur reward ata farmaye.</w:t>
      </w:r>
    </w:p>
    <w:p>
      <w:pPr>
        <w:jc w:val="right"/>
      </w:pPr>
      <w:r>
        <w:t>اور ریوارڈ عطا فرمائے۔</w:t>
      </w:r>
    </w:p>
    <w:p>
      <w:r>
        <w:rPr>
          <w:b/>
        </w:rPr>
        <w:t xml:space="preserve">[58:07] </w:t>
      </w:r>
      <w:r>
        <w:t>okay, the second important work is a very popular, aah, aah, book of Maulana the secret of a successful family life.</w:t>
      </w:r>
    </w:p>
    <w:p>
      <w:pPr>
        <w:jc w:val="right"/>
      </w:pPr>
      <w:r>
        <w:t>اوکے، دا سیکنڈ امپورٹنٹ ورک از ا ویری پاپولر، آہ، آہ، بک اف مولانا دی سیکرٹ اف ا سکسیس فل فیملی لائف۔</w:t>
      </w:r>
    </w:p>
    <w:p>
      <w:r>
        <w:rPr>
          <w:b/>
        </w:rPr>
        <w:t xml:space="preserve">[58:15] </w:t>
      </w:r>
      <w:r>
        <w:t>so, this has been translated into gujarati language with the title, aah, safal kutumbh jeevan nu rahasya.</w:t>
      </w:r>
    </w:p>
    <w:p>
      <w:pPr>
        <w:jc w:val="right"/>
      </w:pPr>
      <w:r>
        <w:t>سو، دس ہیز بین ٹرانسلیٹڈ انٹو گجراتی لینگویج ود دا ٹائٹل، آہ، سفل کٹمبک جیون نوں رہسیا۔</w:t>
      </w:r>
    </w:p>
    <w:p>
      <w:r>
        <w:rPr>
          <w:b/>
        </w:rPr>
        <w:t xml:space="preserve">[58:25] </w:t>
      </w:r>
      <w:r>
        <w:t>and this translation has been done by doctor abdul ghani muhsiniya sahib from</w:t>
      </w:r>
    </w:p>
    <w:p>
      <w:pPr>
        <w:jc w:val="right"/>
      </w:pPr>
      <w:r>
        <w:t>اینڈ دس ٹرانسلیشن ہیز بین ڈن بائے ڈاکٹر عبدالغنی محسنیہ صاحب فرام</w:t>
      </w:r>
    </w:p>
    <w:p>
      <w:r>
        <w:rPr>
          <w:b/>
        </w:rPr>
        <w:t xml:space="preserve">[58:31] </w:t>
      </w:r>
      <w:r>
        <w:t>surat, aah, gujarat, and it is been published by ans malik sahib from surat team. so, i will request Maulana wahiduddin khan sahib to launch this gujarati booklet.</w:t>
      </w:r>
    </w:p>
    <w:p>
      <w:pPr>
        <w:jc w:val="right"/>
      </w:pPr>
      <w:r>
        <w:t>سورت، آہ، گجرات، اینڈ اٹ از بین پبلش بائے انس ملک صاحب فرام سورت ٹیم۔ سو، ائی ویل ریکویسٹ مولانا وحید الدین خان صاحب ٹو لانچ دس گجراتی بکلیٹ۔</w:t>
      </w:r>
    </w:p>
    <w:p>
      <w:r>
        <w:rPr>
          <w:b/>
        </w:rPr>
        <w:t xml:space="preserve">[58:45] </w:t>
      </w:r>
      <w:r>
        <w:t>bohat hi khushi ki baat hai. main dua karta hoon ke hum sab ko allah taala is mein reward de aur jinhon ne is mein direct kaam kiya hai un ko bohat zyada sawab ata farmaye.</w:t>
      </w:r>
    </w:p>
    <w:p>
      <w:pPr>
        <w:jc w:val="right"/>
      </w:pPr>
      <w:r>
        <w:t>بہت ہی خوشی کی بات ہے۔ میں دعا کرتا ہوں کہ ہم سب کو اللہ تعالیٰ اس میں ریوارڈ دے اور جنہوں نے اس میں ڈائریکٹ کام کیا ہے ان کو بہت زیادہ ثواب عطا فرمائے۔</w:t>
      </w:r>
    </w:p>
    <w:p>
      <w:r>
        <w:rPr>
          <w:b/>
        </w:rPr>
        <w:t xml:space="preserve">[59:08] </w:t>
      </w:r>
      <w:r>
        <w:t>ans malik sahib has said that if any of you want this gujarati booklet for distribution in your areas among gujarati friends and colleagues, then you can contact him on 9824094966.</w:t>
      </w:r>
    </w:p>
    <w:p>
      <w:pPr>
        <w:jc w:val="right"/>
      </w:pPr>
      <w:r>
        <w:t>انس ملک صاحب ہیز سیڈ دیٹ اف اینی اف یو وانٹ دس گجراتی بکلیٹ فار ڈسٹریبیوشن ان یور ایریاز امنگ گجراتی فرینڈز اینڈ کولیگز، دین یو کین کانٹیکٹ ہم ان 9824094966۔</w:t>
      </w:r>
    </w:p>
    <w:p>
      <w:r>
        <w:rPr>
          <w:b/>
        </w:rPr>
        <w:t xml:space="preserve">[59:25] </w:t>
      </w:r>
      <w:r>
        <w:t>okay, we will start with the question answer and comment session. aah,</w:t>
      </w:r>
    </w:p>
    <w:p>
      <w:pPr>
        <w:jc w:val="right"/>
      </w:pPr>
      <w:r>
        <w:t>اوکے، وی ویل سٹارٹ ود دی کوئسچن انسر اینڈ کمنٹ سیشن۔ آہ،</w:t>
      </w:r>
    </w:p>
    <w:p>
      <w:r>
        <w:rPr>
          <w:b/>
        </w:rPr>
        <w:t xml:space="preserve">[59:29] </w:t>
      </w:r>
      <w:r>
        <w:t>Maulana sab se pehle ek sawal poochna chahenge, aah, aur yeh sawal kya hai waqas ahmed abbasi sahib ne pakistan se.</w:t>
      </w:r>
    </w:p>
    <w:p>
      <w:pPr>
        <w:jc w:val="right"/>
      </w:pPr>
      <w:r>
        <w:t>مولانا سب سے پہلے ایک سوال پوچھنا چاہیں گے، آہ، اور یہ سوال کیا ہے وقاص احمد عباسی صاحب نے پاکستان سے۔</w:t>
      </w:r>
    </w:p>
    <w:p>
      <w:r>
        <w:rPr>
          <w:b/>
        </w:rPr>
        <w:t xml:space="preserve">[59:39] </w:t>
      </w:r>
      <w:r>
        <w:t>aah, unhon ne kal bhi aap ka lecture suna tha aur kal ke lecture ke response mein hi yeh sawal hai. unhon ne likha hai:</w:t>
      </w:r>
    </w:p>
    <w:p>
      <w:pPr>
        <w:jc w:val="right"/>
      </w:pPr>
      <w:r>
        <w:t>آہ، انہوں نے کل بھی آپ کا لیکچر سنا تھا اور کل کے لیکچر کے رسپانس میں ہی یہ سوال ہے۔ انہوں نے لکھا ہے:</w:t>
      </w:r>
    </w:p>
    <w:p>
      <w:r>
        <w:rPr>
          <w:b/>
        </w:rPr>
        <w:t xml:space="preserve">[59:48] </w:t>
      </w:r>
      <w:r>
        <w:t>"assalamualaikum to all the cps members. i want to address Maulana sahib as during yesterday lecture in suffering, when i had put my question, Maulana asked me to email my problem in detail so that he can discuss it in another session."</w:t>
      </w:r>
    </w:p>
    <w:p>
      <w:pPr>
        <w:jc w:val="right"/>
      </w:pPr>
      <w:r>
        <w:t>"السلام علیکم ٹو ال دی سی پی ایس ممبرز۔ ائی وانٹ ٹو ایڈریس مولانا صاحب ایز ڈیورنگ یسٹرڈے لیکچر ان سفرنگ، وین ائی ہیڈ پٹ مائی کوئسچن، مولانا اسکڈ می ٹو ای میل مائی پرابلم ان ڈیٹیل سو دیٹ ہی کین ڈسکس اٹ ان انادر سیشن۔"</w:t>
      </w:r>
    </w:p>
    <w:p>
      <w:r>
        <w:rPr>
          <w:b/>
        </w:rPr>
        <w:t xml:space="preserve">[1:00:06] </w:t>
      </w:r>
      <w:r>
        <w:t>aah, he has written: "dear Maulana muhtaram, i am waqas ahmed abbasi from pakistan, currently working in jeddah, saudi arabia.</w:t>
      </w:r>
    </w:p>
    <w:p>
      <w:pPr>
        <w:jc w:val="right"/>
      </w:pPr>
      <w:r>
        <w:t>آہ، ہی ہیز ریٹن: "ڈیئر مولانا محترم، ائی ایم وقاص احمد عباسی فرام پاکستان، کرنٹلی ورکنگ ان جدہ، سعودی عربیہ۔</w:t>
      </w:r>
    </w:p>
    <w:p>
      <w:r>
        <w:rPr>
          <w:b/>
        </w:rPr>
        <w:t xml:space="preserve">[1:00:16] </w:t>
      </w:r>
      <w:r>
        <w:t>i am a mechanical engineer. some years back, i was working in a multinational brand as engineer. i was very happy and settled in every respect.</w:t>
      </w:r>
    </w:p>
    <w:p>
      <w:pPr>
        <w:jc w:val="right"/>
      </w:pPr>
      <w:r>
        <w:t>ائی ایم ا مکینیکل انجینئر۔ سم ایئرز بیک، ائی واز ورکنگ ان ا ملٹی نیشنل برینڈ ایز انجینئر۔ ائی واز ویری ہیپی اینڈ سیٹلڈ ان ایوری ریسپیکٹ۔</w:t>
      </w:r>
    </w:p>
    <w:p>
      <w:r>
        <w:rPr>
          <w:b/>
        </w:rPr>
        <w:t xml:space="preserve">[1:00:29] </w:t>
      </w:r>
      <w:r>
        <w:t>my earnings was great. i was supporting my family very well. married in 2016 to a very nice lady, but during this time, our branch manager, a saudi, developed dislike or animosity towards me.</w:t>
      </w:r>
    </w:p>
    <w:p>
      <w:pPr>
        <w:jc w:val="right"/>
      </w:pPr>
      <w:r>
        <w:t>مائی ارننگز واز گریٹ۔ ائی واز سپورٹنگ مائی فیملی ویری ویل۔ میریڈ ان 2016 ٹو ا ویری نائس لیڈی، بٹ ڈیورنگ دس ٹائم، اور برانچ مینیجر، ا سعودی، ڈویلپ ڈس لائکنگ اور انمٹی ٹورڈز می۔</w:t>
      </w:r>
    </w:p>
    <w:p>
      <w:r>
        <w:rPr>
          <w:b/>
        </w:rPr>
        <w:t xml:space="preserve">[1:00:47] </w:t>
      </w:r>
      <w:r>
        <w:t>he spared no efforts to humiliate me until he used his authority to fire me from job in 2018,</w:t>
      </w:r>
    </w:p>
    <w:p>
      <w:pPr>
        <w:jc w:val="right"/>
      </w:pPr>
      <w:r>
        <w:t>ہی سپیئرڈ نو ایفرٹس ٹو ہیومیلیٹ می انٹل ہی یوزڈ ہز اتھارٹی ٹو فائر می فرام جاب ان 2018،</w:t>
      </w:r>
    </w:p>
    <w:p>
      <w:r>
        <w:rPr>
          <w:b/>
        </w:rPr>
        <w:t xml:space="preserve">[1:00:56] </w:t>
      </w:r>
      <w:r>
        <w:t>while everyone else was happy with me and my work, even my direct boss. but this top manager came out of way to eliminate me.</w:t>
      </w:r>
    </w:p>
    <w:p>
      <w:pPr>
        <w:jc w:val="right"/>
      </w:pPr>
      <w:r>
        <w:t>وائل ایوری ون ایلس واز ہیپی ود می اینڈ مائی ورک، ایون مائی ڈائریکٹ باس۔ بٹ دس ٹاپ مینیجر کیم اؤٹ اف وے ٹو ایلیمینیٹ می۔</w:t>
      </w:r>
    </w:p>
    <w:p>
      <w:r>
        <w:rPr>
          <w:b/>
        </w:rPr>
        <w:t xml:space="preserve">[1:01:07] </w:t>
      </w:r>
      <w:r>
        <w:t>I endeavored this shock and was positive that it is a trial from Allah. I repented and followed Islam with full consciousness.</w:t>
      </w:r>
    </w:p>
    <w:p>
      <w:pPr>
        <w:jc w:val="right"/>
      </w:pPr>
      <w:r>
        <w:t>ائی اینڈیورڈ دس شاک اینڈ واز پوزیٹیو دیٹ اٹ از ا ٹرائل فرام اللہ۔ ائی ریپنٹڈ اینڈ فالوڈ اسلام ود فل کنسائز۔</w:t>
      </w:r>
    </w:p>
    <w:p>
      <w:r>
        <w:rPr>
          <w:b/>
        </w:rPr>
        <w:t xml:space="preserve">[1:01:16] </w:t>
      </w:r>
      <w:r>
        <w:t>I joined another job, but here my boss told me that your previous Saudi manager did not give good impression of you, and soon I was terminated</w:t>
      </w:r>
    </w:p>
    <w:p>
      <w:pPr>
        <w:jc w:val="right"/>
      </w:pPr>
      <w:r>
        <w:t>ائی جوائنڈ انادر جاب، بٹ ہیئر مائی باس ٹولڈ می دیٹ یور پریویس سعودی مینیجر ڈیڈ ناٹ گیو گڈ امپریشن اف یو، اینڈ سون ائی واز ٹرمینیٹڈ</w:t>
      </w:r>
    </w:p>
    <w:p>
      <w:r>
        <w:rPr>
          <w:b/>
        </w:rPr>
        <w:t xml:space="preserve">[1:01:27] </w:t>
      </w:r>
      <w:r>
        <w:t>from that job as well. I still was positive and continued prayers and istighfar and got a good job in January 2019, but unfortunately here too the new manager insecure of me, developed enmity towards me and managed to fire me within six months.</w:t>
      </w:r>
    </w:p>
    <w:p>
      <w:pPr>
        <w:jc w:val="right"/>
      </w:pPr>
      <w:r>
        <w:t>فرام دیٹ جاب ایز ویل۔ ائی سٹل واز پوزیٹیو اینڈ کنٹینیوڈ پریئرز اینڈ استغفار اینڈ گاٹ ا گڈ جاب ان جنوری 2019، بٹ انفارچونیٹلی ہیئر ٹو دا نیو مینیجر ان سیکیور اف می، ڈیویلپڈ انمٹی ٹورڈز می اینڈ مینج ٹو فائر می ود ان سکس منتھ۔</w:t>
      </w:r>
    </w:p>
    <w:p>
      <w:r>
        <w:rPr>
          <w:b/>
        </w:rPr>
        <w:t xml:space="preserve">[1:01:47] </w:t>
      </w:r>
      <w:r>
        <w:t>this time was peak of personal and financial sufferings. i was badly shattered and went into deep depression for how things went against me in last two years.</w:t>
      </w:r>
    </w:p>
    <w:p>
      <w:pPr>
        <w:jc w:val="right"/>
      </w:pPr>
      <w:r>
        <w:t>دس ٹائم واز پیک اف پرسنل اینڈ فائنینشل سفرنگز۔ ائی واز بیڈلی شیٹرڈ اینڈ وینٹ انٹو ڈیپ ڈپریشن فار ہاؤ تھنگز وینٹ اگینسٹ می ان لاسٹ ٹو ایئرز۔</w:t>
      </w:r>
    </w:p>
    <w:p>
      <w:r>
        <w:rPr>
          <w:b/>
        </w:rPr>
        <w:t xml:space="preserve">[1:02:00] </w:t>
      </w:r>
      <w:r>
        <w:t>i have responsibilities at home. i have a career but lost</w:t>
      </w:r>
    </w:p>
    <w:p>
      <w:pPr>
        <w:jc w:val="right"/>
      </w:pPr>
      <w:r>
        <w:t>ائی ہیو ریسپانسبیلٹیز ایٹ ہوم۔ ائی ہیو ا کریئر بٹ لاسٹ</w:t>
      </w:r>
    </w:p>
    <w:p>
      <w:r>
        <w:rPr>
          <w:b/>
        </w:rPr>
        <w:t xml:space="preserve">[1:02:05] </w:t>
      </w:r>
      <w:r>
        <w:t>confidence in myself, and my iman for Allah was awfully hit that despite my prayers and good deeds, Allah did not help me.</w:t>
      </w:r>
    </w:p>
    <w:p>
      <w:pPr>
        <w:jc w:val="right"/>
      </w:pPr>
      <w:r>
        <w:t>کانفیڈنس ان مائی سیلف، اینڈ مائی ایمان فار اللہ واز اوفلی ہٹ دیٹ ڈسپائٹ مائی پریئرز اینڈ گڈ ڈیڈز، اللہ ڈیڈ ناٹ ہیلپ می۔</w:t>
      </w:r>
    </w:p>
    <w:p>
      <w:r>
        <w:rPr>
          <w:b/>
        </w:rPr>
        <w:t xml:space="preserve">[1:02:16] </w:t>
      </w:r>
      <w:r>
        <w:t>maulana, i have found peace in your writings and lectures. to me, you are favorite most aalim. please guide me. i wish i could see you.</w:t>
      </w:r>
    </w:p>
    <w:p>
      <w:pPr>
        <w:jc w:val="right"/>
      </w:pPr>
      <w:r>
        <w:t>مولانا، ائی ہیو فاؤنڈ پیس ان یور رائٹنگز اینڈ لیکچرز۔ ٹو می، یو ار فیوریٹ موسٹ عالم۔ پلیز گائیڈ می۔ ائی وش ائی کڈ سی یو۔</w:t>
      </w:r>
    </w:p>
    <w:p>
      <w:r>
        <w:rPr>
          <w:b/>
        </w:rPr>
        <w:t xml:space="preserve">[1:02:27] </w:t>
      </w:r>
      <w:r>
        <w:t>may Allah bless you in this world and here after.</w:t>
      </w:r>
    </w:p>
    <w:p>
      <w:pPr>
        <w:jc w:val="right"/>
      </w:pPr>
      <w:r>
        <w:t>می اللہ بلیس یو ان دس ورلڈ اینڈ ہیئر افٹر۔</w:t>
      </w:r>
    </w:p>
    <w:p>
      <w:r>
        <w:rPr>
          <w:b/>
        </w:rPr>
        <w:t xml:space="preserve">[1:02:31] </w:t>
      </w:r>
      <w:r>
        <w:t>dekhen, yeh yeh mat kahiye ke Allah did not help me. main aap ko ek hadith sunata hoon, aap is ko apna</w:t>
      </w:r>
    </w:p>
    <w:p>
      <w:pPr>
        <w:jc w:val="right"/>
      </w:pPr>
      <w:r>
        <w:t>دیکھیں، یہ یہ مت کہیے کہ اللہ ڈیڈ ناٹ ہیلپ می۔ میں آپ کو ایک حدیث سناتا ہوں، آپ اس کو اپنا</w:t>
      </w:r>
    </w:p>
    <w:p>
      <w:r>
        <w:rPr>
          <w:b/>
        </w:rPr>
        <w:t xml:space="preserve">[1:02:48] </w:t>
      </w:r>
      <w:r>
        <w:t>is se apna mind banaiye. aap woh hadith ke alfaaz yeh hain: "kasrat ul afzal ul ibad" pe intezar ul faraj hai</w:t>
      </w:r>
    </w:p>
    <w:p>
      <w:pPr>
        <w:jc w:val="right"/>
      </w:pPr>
      <w:r>
        <w:t>اس سے اپنا مائنڈ بنائیے۔ آپ وہ حدیث کے الفاظ یہ ہیں: "کثرت الافضل العباد" پہ انتظار الفرج ہے</w:t>
      </w:r>
    </w:p>
    <w:p>
      <w:r>
        <w:rPr>
          <w:b/>
        </w:rPr>
        <w:t xml:space="preserve">[1:03:02] </w:t>
      </w:r>
      <w:r>
        <w:t>ke afzal ibadat hai kushadi ka</w:t>
      </w:r>
    </w:p>
    <w:p>
      <w:pPr>
        <w:jc w:val="right"/>
      </w:pPr>
      <w:r>
        <w:t>کہ افضل عبادت ہے کشادی کا</w:t>
      </w:r>
    </w:p>
    <w:p>
      <w:r>
        <w:rPr>
          <w:b/>
        </w:rPr>
        <w:t xml:space="preserve">[1:03:10] </w:t>
      </w:r>
      <w:r>
        <w:t>ah izhaar karna. to aap Allah ki</w:t>
      </w:r>
    </w:p>
    <w:p>
      <w:pPr>
        <w:jc w:val="right"/>
      </w:pPr>
      <w:r>
        <w:t>اہ اظہار کرنا۔ تو آپ اللہ کی</w:t>
      </w:r>
    </w:p>
    <w:p>
      <w:r>
        <w:rPr>
          <w:b/>
        </w:rPr>
        <w:t xml:space="preserve">[1:03:19] </w:t>
      </w:r>
      <w:r>
        <w:t>ki madad ka izhaar kijiye aur Allah ko yaad kijiye. zaroor aap ko inshallah waqt aayega jab ke aap ki dua qabool hogi.</w:t>
      </w:r>
    </w:p>
    <w:p>
      <w:pPr>
        <w:jc w:val="right"/>
      </w:pPr>
      <w:r>
        <w:t>کی مدد کا اظہار کیجئے اور اللہ کو یاد کیجئے۔ ضرور آپ کو انشاءاللہ وقت آئے گا جب کہ آپ کی دعا قبول ہوگی۔</w:t>
      </w:r>
    </w:p>
    <w:p>
      <w:r>
        <w:rPr>
          <w:b/>
        </w:rPr>
        <w:t xml:space="preserve">[1:03:37] </w:t>
      </w:r>
      <w:r>
        <w:t>maulana, kuch comments parhna chahenge. ah, yeh comment bheja hai miss sarah fatima ne bangalore se. unhon ne likha hai: "in february third, there was an interface dialogue at indian institute of spirituality, bangalore.</w:t>
      </w:r>
    </w:p>
    <w:p>
      <w:pPr>
        <w:jc w:val="right"/>
      </w:pPr>
      <w:r>
        <w:t>مولانا، کچھ کمنٹس پڑھنا چاہیں گے۔ آہ، یہ کمنٹ بھیجا ہے مس سارہ فاطمہ نے بینگلور سے۔ انہوں نے لکھا ہے: "ان فروری تھرڈ، دیر واز این انٹرفیس ڈائیلاگ ایٹ انڈین انسٹیٹیوٹ اف سپرچویلٹی، بینگلور۔</w:t>
      </w:r>
    </w:p>
    <w:p>
      <w:r>
        <w:rPr>
          <w:b/>
        </w:rPr>
        <w:t xml:space="preserve">[1:03:55] </w:t>
      </w:r>
      <w:r>
        <w:t>three hours were assigned to Islam on the topic of</w:t>
      </w:r>
    </w:p>
    <w:p>
      <w:pPr>
        <w:jc w:val="right"/>
      </w:pPr>
      <w:r>
        <w:t>تھری اورز وار اسائنڈ ٹو اسلام ان دا ٹاپک اف</w:t>
      </w:r>
    </w:p>
    <w:p>
      <w:r>
        <w:rPr>
          <w:b/>
        </w:rPr>
        <w:t xml:space="preserve">[1:03:59] </w:t>
      </w:r>
      <w:r>
        <w:t>the role of the prophets the Islamic perspective. it was an audience of seventy students and staff of theology.</w:t>
      </w:r>
    </w:p>
    <w:p>
      <w:pPr>
        <w:jc w:val="right"/>
      </w:pPr>
      <w:r>
        <w:t>دا رول اف دا پرافٹس دا اسلامک پرسپیکٹو۔ اٹ واز این اڈینس اف سیونٹی سٹوڈنٹس اینڈ سٹاف اف تھیالوجی۔</w:t>
      </w:r>
    </w:p>
    <w:p>
      <w:r>
        <w:rPr>
          <w:b/>
        </w:rPr>
        <w:t xml:space="preserve">[1:04:09] </w:t>
      </w:r>
      <w:r>
        <w:t>their profound questions at the end of the session were a proof of their high standard of knowledge.</w:t>
      </w:r>
    </w:p>
    <w:p>
      <w:pPr>
        <w:jc w:val="right"/>
      </w:pPr>
      <w:r>
        <w:t>دیر پراؤنڈ کوسچنز ایٹ دی اینڈ اف دا سیشن وار ا پروف اف دیر ہائی سٹینڈرڈ اف نالج۔</w:t>
      </w:r>
    </w:p>
    <w:p>
      <w:r>
        <w:rPr>
          <w:b/>
        </w:rPr>
        <w:t xml:space="preserve">[1:04:16] </w:t>
      </w:r>
      <w:r>
        <w:t>god bless them all. the following verbal feedback was received on the concluding part of the session: "we are very grateful for this important clarification and clear explanation about prophet Muhammad being a prophet of peace and Islam being a religion of peace."</w:t>
      </w:r>
    </w:p>
    <w:p>
      <w:pPr>
        <w:jc w:val="right"/>
      </w:pPr>
      <w:r>
        <w:t>گاڈ بلیس دیم ال۔ دا فالونگ وربل فیڈ بیک واز ریسیوڈ ان دا کنکلوڈنگ پارٹ اف دا سیشن: "وی ار ویری گریٹ فل فار دس امپورٹنٹ کلیریفیکیشن اینڈ کلیئر ایکسپلینیشن اباؤٹ پرافٹ محمد بینگ ا پرافٹ اف پیس اینڈ اسلام بینگ ا ریلیجن اف پیس۔"</w:t>
      </w:r>
    </w:p>
    <w:p>
      <w:r>
        <w:rPr>
          <w:b/>
        </w:rPr>
        <w:t xml:space="preserve">[1:04:38] </w:t>
      </w:r>
      <w:r>
        <w:t>we also received the following email from the dean of the institute the next day. he wrote: "thank you madam, it was a great, it was a graceful time with you, and all were taken up by your inspiring talks and presence.</w:t>
      </w:r>
    </w:p>
    <w:p>
      <w:pPr>
        <w:jc w:val="right"/>
      </w:pPr>
      <w:r>
        <w:t>وی السو ریسیوڈ دا فالونگ ای میل فرام دا ڈین اف دا انسٹیٹیوٹ دا نیکسٹ ڈے۔ ہی روٹ: "تھینک یو میڈم، اٹ واز ا گریٹ، اٹ واز ا گریس فل ٹائم ود یو، اینڈ ال وار ٹیکن اپ بائے یور انسپائرنگ ٹاکس اینڈ پریزنس۔</w:t>
      </w:r>
    </w:p>
    <w:p>
      <w:r>
        <w:rPr>
          <w:b/>
        </w:rPr>
        <w:t xml:space="preserve">[1:04:55] </w:t>
      </w:r>
      <w:r>
        <w:t>it touched our hearts and challenged us to live as peace bearers. thank you very much with warm regards and god's blessings." father sebastian,</w:t>
      </w:r>
    </w:p>
    <w:p>
      <w:pPr>
        <w:jc w:val="right"/>
      </w:pPr>
      <w:r>
        <w:t>اٹ ٹچ ہار ہارٹس اینڈ چیلنجڈ اس ٹو لیو ایز پیس بیئرز۔ تھینک یو ویری مچ ود وارم ریگارڈز اینڈ گاڈز بلیسنگز۔" فادر سبیچن،</w:t>
      </w:r>
    </w:p>
    <w:p>
      <w:r>
        <w:rPr>
          <w:b/>
        </w:rPr>
        <w:t xml:space="preserve">[1:05:09] </w:t>
      </w:r>
      <w:r>
        <w:t>miss sarah fatima on behalf of the entire bangalore team has written: "may god accept our humble efforts in his way." amin.</w:t>
      </w:r>
    </w:p>
    <w:p>
      <w:pPr>
        <w:jc w:val="right"/>
      </w:pPr>
      <w:r>
        <w:t>مس سارہ فاطمہ ان بیہاف اف دا انٹائر بینگلور ٹیم ہیز رٹن: "می گاڈ ایکسیپٹ اور ہمبل ایفرٹس ان ہز وے۔" امین۔</w:t>
      </w:r>
    </w:p>
    <w:p>
      <w:r>
        <w:rPr>
          <w:b/>
        </w:rPr>
        <w:t xml:space="preserve">[1:05:21] </w:t>
      </w:r>
      <w:r>
        <w:t>dr. naghma siddiqui ne delhi se likha hai: "maulana, you have introduced God to us, explained God's creation plan to us, and clearly explained our responsibility of giving God's message that is Quran to all mankind.</w:t>
      </w:r>
    </w:p>
    <w:p>
      <w:pPr>
        <w:jc w:val="right"/>
      </w:pPr>
      <w:r>
        <w:t>ڈاکٹر نغمہ صدیقی نے دلی سے لکھا ہے: "مولانا، یو ہیو انٹروڈیوس گاڈ ٹو اس، ایکسپلین گاڈ کریشن پلان ٹو اس، اینڈ کلیئرلی ایکسپلینڈ اور ریسپانسبیلٹی اف گیونگ گاڈ میسج دیٹ از قران ٹو ال مین کائنڈ۔</w:t>
      </w:r>
    </w:p>
    <w:p>
      <w:r>
        <w:rPr>
          <w:b/>
        </w:rPr>
        <w:t xml:space="preserve">[1:05:38] </w:t>
      </w:r>
      <w:r>
        <w:t>i would like to say that you have completed your work.</w:t>
      </w:r>
    </w:p>
    <w:p>
      <w:pPr>
        <w:jc w:val="right"/>
      </w:pPr>
      <w:r>
        <w:t>ائی وڈ لائک ٹو سے دیٹ یو ہیو کمپلیٹڈ یور ورک۔ ناو، اٹ از اور ریسپانسبیلٹی۔ می گاڈ ہیلپ اس ان دس موسٹ ارجنٹ ٹاسک۔"</w:t>
      </w:r>
    </w:p>
    <w:p>
      <w:r>
        <w:rPr>
          <w:b/>
        </w:rPr>
        <w:t xml:space="preserve">[1:05:50] </w:t>
      </w:r>
      <w:r>
        <w:t>Riyaz Bhatt Sahib ne Bangalore se likha hai: "I take an opportunity to suggest to all brothers to open up all mosques to our seeker brethren and make a reserved space available in every mosque for Quran gallery, where Quran be made available in their own understandable language."</w:t>
      </w:r>
    </w:p>
    <w:p>
      <w:pPr>
        <w:jc w:val="right"/>
      </w:pPr>
      <w:r>
        <w:t>ریاض بھٹ صاحب نے بینگلور سے لکھا ہے: "ائی ٹیک این اپرچونیٹی ٹو سجیسٹ ٹو ال برادرز ٹو اوپن اپ ال ماسک ٹو اور سیکر برادرین اینڈ میک ا ریزروڈ سپیس اویلیبل ان ایوری ماسک فار قران گیلری، ویر قران بی میڈ اویلیبل ان دیر اون انڈرسٹینڈیبل لینگویج۔"</w:t>
      </w:r>
    </w:p>
    <w:p>
      <w:r>
        <w:rPr>
          <w:b/>
        </w:rPr>
        <w:t xml:space="preserve">[1:06:13] </w:t>
      </w:r>
      <w:r>
        <w:t>غفور بلوچ صاحب نے لکھا ہے: "Indeed, spreading the Quran worldwide is one of the greatest services</w:t>
      </w:r>
    </w:p>
    <w:p>
      <w:pPr>
        <w:jc w:val="right"/>
      </w:pPr>
      <w:r>
        <w:t>غفور بلوچ صاحب نے لکھا ہے: "انڈیٹ سپریڈنگ دا قران ورلڈ وائیڈ از ون اف دا گریٹسٹ سروس</w:t>
      </w:r>
    </w:p>
    <w:p>
      <w:r>
        <w:rPr>
          <w:b/>
        </w:rPr>
        <w:t xml:space="preserve">[1:06:20] </w:t>
      </w:r>
      <w:r>
        <w:t>to all of humanity.</w:t>
      </w:r>
    </w:p>
    <w:p>
      <w:pPr>
        <w:jc w:val="right"/>
      </w:pPr>
      <w:r>
        <w:t>ٹو ال اف ہیومینٹی۔"</w:t>
      </w:r>
    </w:p>
    <w:p>
      <w:r>
        <w:rPr>
          <w:b/>
        </w:rPr>
        <w:t xml:space="preserve">[1:06:24] </w:t>
      </w:r>
      <w:r>
        <w:t>مس ستی ملوترا نے دلی سے لکھا ہے: "مولانا صاحب، Today the class has been very important as</w:t>
      </w:r>
    </w:p>
    <w:p>
      <w:pPr>
        <w:jc w:val="right"/>
      </w:pPr>
      <w:r>
        <w:t>مس ستی ملوترا نے دلی سے لکھا ہے: "مولانا صاحب، ٹوڈے دا کلاس ہیز بین ویری امپورٹنٹ ایز</w:t>
      </w:r>
    </w:p>
    <w:p>
      <w:r>
        <w:rPr>
          <w:b/>
        </w:rPr>
        <w:t xml:space="preserve">[1:06:30] </w:t>
      </w:r>
      <w:r>
        <w:t>It makes us realize consciously the contribution of history and how God wants us to be part of</w:t>
      </w:r>
    </w:p>
    <w:p>
      <w:pPr>
        <w:jc w:val="right"/>
      </w:pPr>
      <w:r>
        <w:t>اٹ میکس اس ریلائز کانشیسلی دی کنٹریبیوشن اف ہسٹری اینڈ ہاؤ گاڈ وانٹس اس ٹو بی پارٹ اف</w:t>
      </w:r>
    </w:p>
    <w:p>
      <w:r>
        <w:rPr>
          <w:b/>
        </w:rPr>
        <w:t xml:space="preserve">[1:06:37] </w:t>
      </w:r>
      <w:r>
        <w:t>the culmination process, which is in accordance with the creation plan of God.</w:t>
      </w:r>
    </w:p>
    <w:p>
      <w:pPr>
        <w:jc w:val="right"/>
      </w:pPr>
      <w:r>
        <w:t>دا کلمینیشن پروسیس، وچ از ان اکارڈنس ود دی کریشن پلان اف گاڈ۔</w:t>
      </w:r>
    </w:p>
    <w:p>
      <w:r>
        <w:rPr>
          <w:b/>
        </w:rPr>
        <w:t xml:space="preserve">[1:06:43] </w:t>
      </w:r>
      <w:r>
        <w:t>deir for, it makes it imperative for us to do god work and be part of history, else we would be a case of missed opportunity.</w:t>
      </w:r>
    </w:p>
    <w:p>
      <w:pPr>
        <w:jc w:val="right"/>
      </w:pPr>
      <w:r>
        <w:t>دیر فور، اٹ میکس اٹ ایمپیریٹیو فار اس ٹو ڈو گاڈ ورک اینڈ بی پارٹ اف ہسٹری، ایلس وی وڈ بی ا کیس اف مسڈ اپرچونیٹی۔"</w:t>
      </w:r>
    </w:p>
    <w:p>
      <w:r>
        <w:rPr>
          <w:b/>
        </w:rPr>
        <w:t xml:space="preserve">[1:06:57] </w:t>
      </w:r>
      <w:r>
        <w:t>maulana, kuch sawal lete hain. yeh sawal bheja hai pakistan se yasar arafat sahab ne. unhon ne aap se poocha hai: "what is the main difference in studying islam in its historical perspective</w:t>
      </w:r>
    </w:p>
    <w:p>
      <w:pPr>
        <w:jc w:val="right"/>
      </w:pPr>
      <w:r>
        <w:t>مولانا، کچھ سوال لیتے ہیں۔ یہ سوال بھیجا ہے پاکستان سے یاسر عرفات صاحب نے۔ انہوں نے آپ سے پوچھا ہے: "واٹ از دا مین ڈیفرنس ان سٹڈنگ اسلام ان اٹس ہسٹوریکل پرسپیکٹو</w:t>
      </w:r>
    </w:p>
    <w:p>
      <w:r>
        <w:rPr>
          <w:b/>
        </w:rPr>
        <w:t xml:space="preserve">[1:07:16] </w:t>
      </w:r>
      <w:r>
        <w:t>and independent of its history? what method should we follow?" bhai, dekhen bhai, meri study ke mutabiq to dono alag alag nahin hain, dono ek doosre ke liye madadgar hain.</w:t>
      </w:r>
    </w:p>
    <w:p>
      <w:pPr>
        <w:jc w:val="right"/>
      </w:pPr>
      <w:r>
        <w:t>اینڈ انڈیپینڈنٹ اف اٹس ہسٹری؟ واٹ میتھڈ شوڈ وی فالو؟" بھائی، دیکھیں بھئی، میری اسٹڈی کے مطابق تو دونوں الگ الگ نہیں ہیں، دونوں ایک دوسرے کے لیے مددگار ہیں۔</w:t>
      </w:r>
    </w:p>
    <w:p>
      <w:r>
        <w:rPr>
          <w:b/>
        </w:rPr>
        <w:t xml:space="preserve">[1:07:33] </w:t>
      </w:r>
      <w:r>
        <w:t>aap jante hain ke quran mein bar bar history ke reference diye gaye hain, hazrat musa ka, hazrat masih ka waghera.</w:t>
      </w:r>
    </w:p>
    <w:p>
      <w:pPr>
        <w:jc w:val="right"/>
      </w:pPr>
      <w:r>
        <w:t>آپ جانتے ہیں کہ قرآن میں بار بار ہسٹری کے ریفرنس دیے گئے ہیں، حضرت موسیٰ کا، حضرت مسیح کا وغیرہ۔</w:t>
      </w:r>
    </w:p>
    <w:p>
      <w:r>
        <w:rPr>
          <w:b/>
        </w:rPr>
        <w:t xml:space="preserve">[1:07:44] </w:t>
      </w:r>
      <w:r>
        <w:t>to jab aap parhte hain quran history ke reference mein</w:t>
      </w:r>
    </w:p>
    <w:p>
      <w:pPr>
        <w:jc w:val="right"/>
      </w:pPr>
      <w:r>
        <w:t>تو جب آپ پڑھتے ہیں قرآن ہسٹری کے ریفرنس میں</w:t>
      </w:r>
    </w:p>
    <w:p>
      <w:r>
        <w:rPr>
          <w:b/>
        </w:rPr>
        <w:t xml:space="preserve">[1:07:51] </w:t>
      </w:r>
      <w:r>
        <w:t>to aap zyada, yani jis ko kehte hain, azdad-e-iman, aap ke iman mein izafa hota hai. to dono alag alag nahin hain, mere khayal se, jahan tak main samajhta hoon.</w:t>
      </w:r>
    </w:p>
    <w:p>
      <w:pPr>
        <w:jc w:val="right"/>
      </w:pPr>
      <w:r>
        <w:t>تو آپ زیادہ، یعنی جس کو کہتے ہیں، اضداد ایمان، آپ کے ایمان میں اضافہ ہوتا ہے۔ تو دونوں الگ الگ نہیں ہیں، میرے خیال سے، جہاں تک میں سمجھتا ہوں۔</w:t>
      </w:r>
    </w:p>
    <w:p>
      <w:r>
        <w:rPr>
          <w:b/>
        </w:rPr>
        <w:t xml:space="preserve">[1:08:08] </w:t>
      </w:r>
      <w:r>
        <w:t>maulana, agla sawal ahmedabad se muhammad yaqoob sahab ne bheja hai. unhon ne likha hai: "maulana, if quran came for entire mankind, then why is it that muslims claim quran to be only their book?</w:t>
      </w:r>
    </w:p>
    <w:p>
      <w:pPr>
        <w:jc w:val="right"/>
      </w:pPr>
      <w:r>
        <w:t>مولانا، اگلا سوال احمد آباد سے محمد یعقوب صاحب نے بھیجا ہے۔ انہوں نے لکھا ہے: "مولانا، اف قرآن کیم فار انٹائر مین کائنڈ، دین وائی از اٹ دیٹ مسلمز کلیم قرآن ٹو بی اونلی دیر بک؟</w:t>
      </w:r>
    </w:p>
    <w:p>
      <w:r>
        <w:rPr>
          <w:b/>
        </w:rPr>
        <w:t xml:space="preserve">[1:08:25] </w:t>
      </w:r>
      <w:r>
        <w:t>such claims limit the book of god to only one community and keeps other communities away from it."</w:t>
      </w:r>
    </w:p>
    <w:p>
      <w:pPr>
        <w:jc w:val="right"/>
      </w:pPr>
      <w:r>
        <w:t>سچ کلیمز لمٹ دا بک اف گاڈ ٹو اونلی ون کمیونٹی اینڈ کیپس ادر کمیونٹیز اوے فرام اٹ۔"</w:t>
      </w:r>
    </w:p>
    <w:p>
      <w:r>
        <w:rPr>
          <w:b/>
        </w:rPr>
        <w:t xml:space="preserve">[1:08:33] </w:t>
      </w:r>
      <w:r>
        <w:t>bhai, musalmanon ka claim to false claim hai, false claim hai. to false claim to zahir hai ke invalid hai, is ko aap refer,</w:t>
      </w:r>
    </w:p>
    <w:p>
      <w:pPr>
        <w:jc w:val="right"/>
      </w:pPr>
      <w:r>
        <w:t>بھائی، مسلمانوں کا کلیم تو فالس کلیم ہے، فالس کلیم ہے۔ تو فالس کلیم تو ظاہر ہے کہ انویلڈ ہے، اس کو آپ ریفر،</w:t>
      </w:r>
    </w:p>
    <w:p>
      <w:r>
        <w:rPr>
          <w:b/>
        </w:rPr>
        <w:t xml:space="preserve">[1:08:49] </w:t>
      </w:r>
      <w:r>
        <w:t>is ko aap refer nahin kar sakte.</w:t>
      </w:r>
    </w:p>
    <w:p>
      <w:pPr>
        <w:jc w:val="right"/>
      </w:pPr>
      <w:r>
        <w:t>اس کو آپ ریفر نہیں کر سکتے۔</w:t>
      </w:r>
    </w:p>
    <w:p>
      <w:r>
        <w:rPr>
          <w:b/>
        </w:rPr>
        <w:t xml:space="preserve">[1:08:51] </w:t>
      </w:r>
      <w:r>
        <w:t>aap quran ko dekhiye ke sare alam ke liye hai, woh to musalmanon ke claim ko aap radd kar dijiye aur jo quran ka ailan hai, us ko le lijiye.</w:t>
      </w:r>
    </w:p>
    <w:p>
      <w:pPr>
        <w:jc w:val="right"/>
      </w:pPr>
      <w:r>
        <w:t>آپ قرآن کو دیکھیے کہ سارے عالم کے لیے ہے، وہ تو مسلمانوں کے کلیم کو آپ رد کر دیجئے اور جو قرآن کا اعلان ہے، اس کو لے لیجئے۔</w:t>
      </w:r>
    </w:p>
    <w:p>
      <w:r>
        <w:rPr>
          <w:b/>
        </w:rPr>
        <w:t xml:space="preserve">[1:09:09] </w:t>
      </w:r>
      <w:r>
        <w:t>lucknow se irshad hussain sahab ne likha hai: "maulana, your lecture was amazing and i am watching with my entire family.</w:t>
      </w:r>
    </w:p>
    <w:p>
      <w:pPr>
        <w:jc w:val="right"/>
      </w:pPr>
      <w:r>
        <w:t>لکھنو سے ارشاد حسین صاحب نے لکھا ہے: "مولانا، یور لیکچر واز امیزنگ اینڈ ائی ایم واچنگ ود مائی انٹائر فیملی۔</w:t>
      </w:r>
    </w:p>
    <w:p>
      <w:r>
        <w:rPr>
          <w:b/>
        </w:rPr>
        <w:t xml:space="preserve">[1:09:20] </w:t>
      </w:r>
      <w:r>
        <w:t>i want to know from you in simple guidance that how can we apply quran in our daily life.</w:t>
      </w:r>
    </w:p>
    <w:p>
      <w:pPr>
        <w:jc w:val="right"/>
      </w:pPr>
      <w:r>
        <w:t>ائی وانٹ ٹو نو فرام یو ان سمپل گائیڈنس دیٹ ہاؤ کین وی اپلائی قرآن ان اور ڈیلی لائف۔</w:t>
      </w:r>
    </w:p>
    <w:p>
      <w:r>
        <w:rPr>
          <w:b/>
        </w:rPr>
        <w:t xml:space="preserve">[1:09:27] </w:t>
      </w:r>
      <w:r>
        <w:t>once again, thank you for guiding the entire humanity with your wisdom." bas seedhi baat hai ke rozana aap quran ka ek hissa zaroor parhiye, maslan adha</w:t>
      </w:r>
    </w:p>
    <w:p>
      <w:pPr>
        <w:jc w:val="right"/>
      </w:pPr>
      <w:r>
        <w:t>ونس اگین، تھینک یو فار گائیڈنگ دا انٹائر ہیومینٹی ود یور وزڈم۔" بس سیدھی بات ہے کہ روزانہ آپ قرآن کا ایک حصہ ضرور پڑھیے، مثلاً ادھا</w:t>
      </w:r>
    </w:p>
    <w:p>
      <w:r>
        <w:rPr>
          <w:b/>
        </w:rPr>
        <w:t xml:space="preserve">[1:09:44] </w:t>
      </w:r>
      <w:r>
        <w:t>para</w:t>
      </w:r>
    </w:p>
    <w:p>
      <w:pPr>
        <w:jc w:val="right"/>
      </w:pPr>
      <w:r>
        <w:t>پارہ</w:t>
      </w:r>
    </w:p>
    <w:p>
      <w:r>
        <w:rPr>
          <w:b/>
        </w:rPr>
        <w:t xml:space="preserve">[1:09:47] </w:t>
      </w:r>
      <w:r>
        <w:t>zaroor parhiye aur tarjume ke sath. bas is ke baad sab kuch apne aap hota chala jayega.</w:t>
      </w:r>
    </w:p>
    <w:p>
      <w:pPr>
        <w:jc w:val="right"/>
      </w:pPr>
      <w:r>
        <w:t>ضرور پڑھیے اور ترجمے کے ساتھ۔ بس اس کے بعد سب کچھ اپنے آپ ہوتا چلا جائے گا۔</w:t>
      </w:r>
    </w:p>
    <w:p>
      <w:r>
        <w:rPr>
          <w:b/>
        </w:rPr>
        <w:t xml:space="preserve">[1:10:04] </w:t>
      </w:r>
      <w:r>
        <w:t>anwar siddiqui sahab ne gujarat se likha hai: "maulana sahab, if i distribute quran, then will god forgive my sins?</w:t>
      </w:r>
    </w:p>
    <w:p>
      <w:pPr>
        <w:jc w:val="right"/>
      </w:pPr>
      <w:r>
        <w:t>انور صدیقی صاحب نے گجرات سے لکھا ہے: "مولانا صاحب، اف ائی ڈسٹریبیوٹ قرآن، دین ول گاڈ فorgive مائی سنز؟</w:t>
      </w:r>
    </w:p>
    <w:p>
      <w:r>
        <w:rPr>
          <w:b/>
        </w:rPr>
        <w:t xml:space="preserve">[1:10:13] </w:t>
      </w:r>
      <w:r>
        <w:t>i have done bad deeds in my life, which were unpardonable. i have started distributing quran after listening to your talks.</w:t>
      </w:r>
    </w:p>
    <w:p>
      <w:pPr>
        <w:jc w:val="right"/>
      </w:pPr>
      <w:r>
        <w:t>ائی ہیو ڈن بیڈ ڈیڈز ان مائی لائف، وچ وار ان پارڈنیبل۔ ائی ہیو سٹارٹڈ ڈسٹریبیوٹنگ قرآن افٹر لسننگ ٹو یور ٹاکس۔</w:t>
      </w:r>
    </w:p>
    <w:p>
      <w:r>
        <w:rPr>
          <w:b/>
        </w:rPr>
        <w:t xml:space="preserve">[1:10:23] </w:t>
      </w:r>
      <w:r>
        <w:t>please tell me, will god forgive my sins if i continue to distribute quran till the end of my life?"</w:t>
      </w:r>
    </w:p>
    <w:p>
      <w:pPr>
        <w:jc w:val="right"/>
      </w:pPr>
      <w:r>
        <w:t>پلیز ٹیل می، ول گاڈ فorgive مائی سنز اف ائی کنٹینیو ٹو ڈسٹریبیوٹ قرآن ٹل دی اینڈ اف مائی لائف؟"</w:t>
      </w:r>
    </w:p>
    <w:p>
      <w:r>
        <w:rPr>
          <w:b/>
        </w:rPr>
        <w:t xml:space="preserve">[1:10:31] </w:t>
      </w:r>
      <w:r>
        <w:t>dekhen, jab aap quran ko parhenge to quran mein ek ayat milegi aap ko.</w:t>
      </w:r>
    </w:p>
    <w:p>
      <w:pPr>
        <w:jc w:val="right"/>
      </w:pPr>
      <w:r>
        <w:t>دیکھیں، جب آپ قرآن کو پڑھیں گے تو قرآن میں ایک آیت ملے گی آپ کو۔</w:t>
      </w:r>
    </w:p>
    <w:p>
      <w:r>
        <w:rPr>
          <w:b/>
        </w:rPr>
        <w:t xml:space="preserve">[1:10:40] </w:t>
      </w:r>
      <w:r>
        <w:t>ek ayat</w:t>
      </w:r>
    </w:p>
    <w:p>
      <w:pPr>
        <w:jc w:val="right"/>
      </w:pPr>
      <w:r>
        <w:t>ایک آیت</w:t>
      </w:r>
    </w:p>
    <w:p>
      <w:r>
        <w:rPr>
          <w:b/>
        </w:rPr>
        <w:t xml:space="preserve">[1:10:44] </w:t>
      </w:r>
      <w:r>
        <w:t>woh ayat parh dijiye: "sahib, jameea</w:t>
      </w:r>
    </w:p>
    <w:p>
      <w:pPr>
        <w:jc w:val="right"/>
      </w:pPr>
      <w:r>
        <w:t>وہ آیت پڑھ دیجئے: "صاحب، جمیعہ</w:t>
      </w:r>
    </w:p>
    <w:p>
      <w:r>
        <w:rPr>
          <w:b/>
        </w:rPr>
        <w:t xml:space="preserve">[1:10:51] </w:t>
      </w:r>
      <w:r>
        <w:t>yaghfir zunub." qul ya ibadi allazina asrafu ala anfusihim la taqnatu min rahmatillah, innallaha yaghfiru zunuba jameea, innahu huwal ghafurur rahim.</w:t>
      </w:r>
    </w:p>
    <w:p>
      <w:pPr>
        <w:jc w:val="right"/>
      </w:pPr>
      <w:r>
        <w:t>یغفر ذنیب۔" قل یا عبادی الذین اصرف علی انفسہم لا تقنت من رحمت اللہ، ان اللہ یغفر الذنوب جمیعا، انہو الغفور الرحیم۔</w:t>
      </w:r>
    </w:p>
    <w:p>
      <w:r>
        <w:rPr>
          <w:b/>
        </w:rPr>
        <w:t xml:space="preserve">[1:11:08] </w:t>
      </w:r>
      <w:r>
        <w:t>surah zumar ayat number 53. logon ko, ah, tum keh do ke: "ae mere bando jinho ne apni janon par zulm kiya hai, allah ki rehmat se mayoos na ho.</w:t>
      </w:r>
    </w:p>
    <w:p>
      <w:pPr>
        <w:jc w:val="right"/>
      </w:pPr>
      <w:r>
        <w:t>سورہ زمن آیت نمبر 53۔ لوگوں کو، اہ، تم کہہ دو کہ: "اے میرے بندوں جنہوں نے اپنے جانوں پر ظلم کیا ہے، اللہ کی رحمت سے مایوس نہ ہو۔</w:t>
      </w:r>
    </w:p>
    <w:p>
      <w:r>
        <w:rPr>
          <w:b/>
        </w:rPr>
        <w:t xml:space="preserve">[1:11:20] </w:t>
      </w:r>
      <w:r>
        <w:t>beshak allah taala tamam gunahon ko bakhsh deta hai."</w:t>
      </w:r>
    </w:p>
    <w:p>
      <w:pPr>
        <w:jc w:val="right"/>
      </w:pPr>
      <w:r>
        <w:t>بے شک اللہ تعالی تمام گناہوں کو بخش دیتا ہے۔</w:t>
      </w:r>
    </w:p>
    <w:p>
      <w:r>
        <w:rPr>
          <w:b/>
        </w:rPr>
        <w:t xml:space="preserve">[1:11:24] </w:t>
      </w:r>
      <w:r>
        <w:t>beshak woh bakhshne wala, reham karne wala hai. is mein dekhen, jami'a ka lafz jo hai,</w:t>
      </w:r>
    </w:p>
    <w:p>
      <w:pPr>
        <w:jc w:val="right"/>
      </w:pPr>
      <w:r>
        <w:t>بے شک وہ بخشنے والا، رحم کرنے والا ہے۔" اس میں دیکھیں، جمیعہ کا لفظ جو ہے،</w:t>
      </w:r>
    </w:p>
    <w:p>
      <w:r>
        <w:rPr>
          <w:b/>
        </w:rPr>
        <w:t xml:space="preserve">[1:11:34] </w:t>
      </w:r>
      <w:r>
        <w:t>jami'a yani saare gunahon ka mukhtasar. agar aadmi toba kare, toba nasho kare to is se bari khushkhabri, khushkhabri kya ho sakti hai?</w:t>
      </w:r>
    </w:p>
    <w:p>
      <w:pPr>
        <w:jc w:val="right"/>
      </w:pPr>
      <w:r>
        <w:t>جمیعہ یعنی سارے گناہوں کا مختصر۔ اگر آدمی توبہ کرے، توبہ نشو کرے تو اس سے بڑی خوشخبری، خوشخبری کیا ہو سکتی ہے؟</w:t>
      </w:r>
    </w:p>
    <w:p>
      <w:r>
        <w:rPr>
          <w:b/>
        </w:rPr>
        <w:t xml:space="preserve">[1:11:48] </w:t>
      </w:r>
      <w:r>
        <w:t>dil se toba karna</w:t>
      </w:r>
    </w:p>
    <w:p>
      <w:pPr>
        <w:jc w:val="right"/>
      </w:pPr>
      <w:r>
        <w:t>دل سے توبہ کرنا</w:t>
      </w:r>
    </w:p>
    <w:p>
      <w:r>
        <w:rPr>
          <w:b/>
        </w:rPr>
        <w:t xml:space="preserve">[1:11:50] </w:t>
      </w:r>
      <w:r>
        <w:t>aur sach much Allah se rujoo karna aur toba ki sharton ko poora karna, bas yahi kaafi hai.</w:t>
      </w:r>
    </w:p>
    <w:p>
      <w:pPr>
        <w:jc w:val="right"/>
      </w:pPr>
      <w:r>
        <w:t>اور سچ مچ اللہ سے رجوع کرنا اور توبہ کی شرطوں کو پورا کرنا، بس یہی کافی ہے۔</w:t>
      </w:r>
    </w:p>
    <w:p>
      <w:r>
        <w:rPr>
          <w:b/>
        </w:rPr>
        <w:t xml:space="preserve">[1:12:02] </w:t>
      </w:r>
      <w:r>
        <w:t>is is ayat ke mutabiq aap tafseeron mein parhen to aap janenge</w:t>
      </w:r>
    </w:p>
    <w:p>
      <w:pPr>
        <w:jc w:val="right"/>
      </w:pPr>
      <w:r>
        <w:t>اس اس آیت کے مطابق آپ تفسیروں میں پڑھیں تو آپ جانیں گے</w:t>
      </w:r>
    </w:p>
    <w:p>
      <w:r>
        <w:rPr>
          <w:b/>
        </w:rPr>
        <w:t xml:space="preserve">[1:12:09] </w:t>
      </w:r>
      <w:r>
        <w:t>ke saari tareekh mein sahaba se le kar baad ke ali iman is ko parh kar yeh kehte rahe hain ke yeh ayat Quran mein jo hai, sab se hopeful, sab se zyada hopeful ayat hai</w:t>
      </w:r>
    </w:p>
    <w:p>
      <w:pPr>
        <w:jc w:val="right"/>
      </w:pPr>
      <w:r>
        <w:t>کہ ساری تاریخ میں صحابہ سے لے کر بعد کے علی ایمان اس کو پڑھ کر یہ کہتے رہے ہیں کہ یہ آیت قرآن میں جو ہے، سب سے ہوپ فل، سب سے زیادہ ہوپ فل آیت ہے</w:t>
      </w:r>
    </w:p>
    <w:p>
      <w:r>
        <w:rPr>
          <w:b/>
        </w:rPr>
        <w:t xml:space="preserve">[1:12:28] </w:t>
      </w:r>
      <w:r>
        <w:t>un ke nazdeek. sab se zyada hopeful ayat hai.</w:t>
      </w:r>
    </w:p>
    <w:p>
      <w:pPr>
        <w:jc w:val="right"/>
      </w:pPr>
      <w:r>
        <w:t>ان کے نزدیک۔ سب سے زیادہ ہوپ فل آیت ہے۔</w:t>
      </w:r>
    </w:p>
    <w:p>
      <w:r>
        <w:rPr>
          <w:b/>
        </w:rPr>
        <w:t xml:space="preserve">[1:12:37] </w:t>
      </w:r>
      <w:r>
        <w:t>Miss Daniya Mustafa ne Karachi se likha hai: "Maulana sahib, you are the one from whom I learned how to live a positive life and make God the focus of my life." Thank you Maulana.</w:t>
      </w:r>
    </w:p>
    <w:p>
      <w:pPr>
        <w:jc w:val="right"/>
      </w:pPr>
      <w:r>
        <w:t>مس دانیہ مصطفی نے کراچی سے لکھا ہے: "مولانا صاحب، یو آر دا ون فرام ہوم ائی لرنڈ ہاؤ ٹو لیو ا پوزیٹیو لائف اینڈ میک گاڈ دا فوکس اف مائی لائف۔" تھینک یو مولانا۔</w:t>
      </w:r>
    </w:p>
    <w:p>
      <w:r>
        <w:rPr>
          <w:b/>
        </w:rPr>
        <w:t xml:space="preserve">[1:12:54] </w:t>
      </w:r>
      <w:r>
        <w:t>Masha Allah. Mahboob bhai ne,</w:t>
      </w:r>
    </w:p>
    <w:p>
      <w:pPr>
        <w:jc w:val="right"/>
      </w:pPr>
      <w:r>
        <w:t>ماشاءاللہ۔ محبوب بھائی نے،</w:t>
      </w:r>
    </w:p>
    <w:p>
      <w:r>
        <w:rPr>
          <w:b/>
        </w:rPr>
        <w:t xml:space="preserve">[1:12:57] </w:t>
      </w:r>
      <w:r>
        <w:t>Mahboob bhai jo class mein maujood hain, Mumbai se hain, unhon ne likha hai: "Maulana, aaj ka lecture se Khuda ke azeem plan ke hisse mein shamil hone ki majeed himmat aayi.</w:t>
      </w:r>
    </w:p>
    <w:p>
      <w:pPr>
        <w:jc w:val="right"/>
      </w:pPr>
      <w:r>
        <w:t>محبوب بھائی جو کلاس میں موجود ہیں، ممبئی سے ہیں، انہوں نے لکھا ہے: "مولانا، آج کا لیکچر سے خدا کے عظیم پلان کے حصے میں شامل ہونے کی مجید ہمت آئی۔</w:t>
      </w:r>
    </w:p>
    <w:p>
      <w:r>
        <w:rPr>
          <w:b/>
        </w:rPr>
        <w:t xml:space="preserve">[1:13:10] </w:t>
      </w:r>
      <w:r>
        <w:t>Doosri baat yeh hai, Dr. Saniya Sanien Khan sahib ka safar ki roodad se mere andar ek nayi energy daud padi.</w:t>
      </w:r>
    </w:p>
    <w:p>
      <w:pPr>
        <w:jc w:val="right"/>
      </w:pPr>
      <w:r>
        <w:t>دوسری بات یہ ہے، ڈاکٹر سانیا سنین خان صاحب کا سفر کی روداد سے میرے اندر ایک نئی انرجی دوڑ پڑی۔</w:t>
      </w:r>
    </w:p>
    <w:p>
      <w:r>
        <w:rPr>
          <w:b/>
        </w:rPr>
        <w:t xml:space="preserve">[1:13:20] </w:t>
      </w:r>
      <w:r>
        <w:t>unki saada andaaz baat mein is ke peeche ki sincerity, mehnat saaf saaf mujhe mehsoos ho rahi thi.</w:t>
      </w:r>
    </w:p>
    <w:p>
      <w:pPr>
        <w:jc w:val="right"/>
      </w:pPr>
      <w:r>
        <w:t>ان کی سادہ انداز بات میں اس کے پیچھے کی سنسیریٹی، محنت صاف صاف مجھے محسوس ہو رہی تھی۔</w:t>
      </w:r>
    </w:p>
    <w:p>
      <w:r>
        <w:rPr>
          <w:b/>
        </w:rPr>
        <w:t xml:space="preserve">[1:13:29] </w:t>
      </w:r>
      <w:r>
        <w:t>Allah Dr. Saniya Sanien Khan sahib, Khwaja Kaleemuddin sahib aur Haroon Sheikh sahib ko</w:t>
      </w:r>
    </w:p>
    <w:p>
      <w:pPr>
        <w:jc w:val="right"/>
      </w:pPr>
      <w:r>
        <w:t>اللہ ڈاکٹر سانیا سنین خان صاحب، خواجہ کلیم الدین صاحب اور ہارون شیخ صاحب کو</w:t>
      </w:r>
    </w:p>
    <w:p>
      <w:r>
        <w:rPr>
          <w:b/>
        </w:rPr>
        <w:t xml:space="preserve">[1:13:36] </w:t>
      </w:r>
      <w:r>
        <w:t>aala darje ka jaza ata farmaye." Masha Allah, Masha Allah. Dr. Junaid Sheikh sahib ne Delhi se likha hai: "Maulana, today's lecture was very encouraging.</w:t>
      </w:r>
    </w:p>
    <w:p>
      <w:pPr>
        <w:jc w:val="right"/>
      </w:pPr>
      <w:r>
        <w:t>اعلیٰ درجے کا جزا عطا فرمائے۔" ماشاءاللہ، ماشاءاللہ۔ ڈاکٹر جنید شیخ صاحب نے دلی سے لکھا ہے: "مولانا، ٹوڈے لیکچر واز ویری انکریجنگ۔</w:t>
      </w:r>
    </w:p>
    <w:p>
      <w:r>
        <w:rPr>
          <w:b/>
        </w:rPr>
        <w:t xml:space="preserve">[1:13:52] </w:t>
      </w:r>
      <w:r>
        <w:t>I rediscovered the story of God</w:t>
      </w:r>
    </w:p>
    <w:p>
      <w:pPr>
        <w:jc w:val="right"/>
      </w:pPr>
      <w:r>
        <w:t>ائی ری ڈسکورڈ دا سٹوری اف گاڈ</w:t>
      </w:r>
    </w:p>
    <w:p>
      <w:r>
        <w:rPr>
          <w:b/>
        </w:rPr>
        <w:t xml:space="preserve">[1:13:56] </w:t>
      </w:r>
      <w:r>
        <w:t>and the seriousness of His mission. God has blessed great blessings in the form of printing press, single international language, age of peace and age of technology,</w:t>
      </w:r>
    </w:p>
    <w:p>
      <w:pPr>
        <w:jc w:val="right"/>
      </w:pPr>
      <w:r>
        <w:t>اینڈ دا سیریسنس اف ہز مشن۔ گاڈ ہیز بسٹڈ گریٹ بلیسنگز ان دا فارم اف پرنٹنگ پریس، سنگل انٹرنیشنل لینگویج، ایج اف پیس اینڈ ایج اف ٹیکنالوجی،</w:t>
      </w:r>
    </w:p>
    <w:p>
      <w:r>
        <w:rPr>
          <w:b/>
        </w:rPr>
        <w:t xml:space="preserve">[1:14:11] </w:t>
      </w:r>
      <w:r>
        <w:t>so that word of God reaches every home.</w:t>
      </w:r>
    </w:p>
    <w:p>
      <w:pPr>
        <w:jc w:val="right"/>
      </w:pPr>
      <w:r>
        <w:t>سو دیٹ ورڈ اف گاڈ ریچز ایوری ہوم۔</w:t>
      </w:r>
    </w:p>
    <w:p>
      <w:r>
        <w:rPr>
          <w:b/>
        </w:rPr>
        <w:t xml:space="preserve">[1:14:15] </w:t>
      </w:r>
      <w:r>
        <w:t>And I can say with full conviction that your literature and translation of Quran is special provision by God for this divine cause." Jazak Allah.</w:t>
      </w:r>
    </w:p>
    <w:p>
      <w:pPr>
        <w:jc w:val="right"/>
      </w:pPr>
      <w:r>
        <w:t>اینڈ ائی کین سے ود فل کنوکشن دیٹ یور لٹریچر اینڈ ٹرانسلیشن اف قرآن از سپیشل پروویژن بائے گاڈ فار دس ڈیوائن کاز۔" جزاک اللہ۔</w:t>
      </w:r>
    </w:p>
    <w:p>
      <w:r>
        <w:rPr>
          <w:b/>
        </w:rPr>
        <w:t xml:space="preserve">[1:14:29] </w:t>
      </w:r>
      <w:r>
        <w:t>Sajid Anwar sahib ne Delhi se likha hai,</w:t>
      </w:r>
    </w:p>
    <w:p>
      <w:pPr>
        <w:jc w:val="right"/>
      </w:pPr>
      <w:r>
        <w:t>ساجد انور صاحب نے دلی سے لکھا ہے،</w:t>
      </w:r>
    </w:p>
    <w:p>
      <w:r>
        <w:rPr>
          <w:b/>
        </w:rPr>
        <w:t xml:space="preserve">[1:14:32] </w:t>
      </w:r>
      <w:r>
        <w:t>un ka comment aur question hai, unhon ne likha hai:</w:t>
      </w:r>
    </w:p>
    <w:p>
      <w:pPr>
        <w:jc w:val="right"/>
      </w:pPr>
      <w:r>
        <w:t>ان کا کمنٹ اور کوئسچن ہے، انہوں نے لکھا ہے:</w:t>
      </w:r>
    </w:p>
    <w:p>
      <w:r>
        <w:rPr>
          <w:b/>
        </w:rPr>
        <w:t xml:space="preserve">[1:14:39] </w:t>
      </w:r>
      <w:r>
        <w:t>"Both the lecture as well as the da'wah journey brief by Dr. Saniya Sanien sahib were extremely thrilling.</w:t>
      </w:r>
    </w:p>
    <w:p>
      <w:pPr>
        <w:jc w:val="right"/>
      </w:pPr>
      <w:r>
        <w:t>"بوتھ دا لیکچر ایز ویل ایز دا دعوی جرنی بریف بائے ڈاکٹر سانیا سنین صاحب وار ایکسٹریملی تھرلنگ۔</w:t>
      </w:r>
    </w:p>
    <w:p>
      <w:r>
        <w:rPr>
          <w:b/>
        </w:rPr>
        <w:t xml:space="preserve">[1:14:49] </w:t>
      </w:r>
      <w:r>
        <w:t>I rededicate myself and my resources to this divine mission."</w:t>
      </w:r>
    </w:p>
    <w:p>
      <w:pPr>
        <w:jc w:val="right"/>
      </w:pPr>
      <w:r>
        <w:t>ائی ری ڈیڈیکیٹ مائی سیلف اینڈ مائی ریسورسز ٹو دس ڈیوائن مشن۔"</w:t>
      </w:r>
    </w:p>
    <w:p>
      <w:r>
        <w:rPr>
          <w:b/>
        </w:rPr>
        <w:t xml:space="preserve">[1:14:55] </w:t>
      </w:r>
      <w:r>
        <w:t>Maulana, I have a question: "My question is, is there any hindrance that is now there for da'wah work?</w:t>
      </w:r>
    </w:p>
    <w:p>
      <w:pPr>
        <w:jc w:val="right"/>
      </w:pPr>
      <w:r>
        <w:t>مولانا، ائی ہیو ا کوئسچن: "مائی کوئسچن از، از دیر اینی ہنڈرنس دیٹ از ناؤ دیر فار دعوی ورک؟</w:t>
      </w:r>
    </w:p>
    <w:p>
      <w:r>
        <w:rPr>
          <w:b/>
        </w:rPr>
        <w:t xml:space="preserve">[1:15:06] </w:t>
      </w:r>
      <w:r>
        <w:t>If yes, then how to overcome that? Please guide all of us."</w:t>
      </w:r>
    </w:p>
    <w:p>
      <w:pPr>
        <w:jc w:val="right"/>
      </w:pPr>
      <w:r>
        <w:t>اف یس، دین ہاؤ ٹو اوورکم دیٹ؟ پلیز گائیڈ ال اف اس۔"</w:t>
      </w:r>
    </w:p>
    <w:p>
      <w:r>
        <w:rPr>
          <w:b/>
        </w:rPr>
        <w:t xml:space="preserve">[1:15:12] </w:t>
      </w:r>
      <w:r>
        <w:t>dekhen, yahi to khaas baat hai ke agar koi rukawat thi to pehle zamaney mein thi. aaj koi rukawat hi nahi hai, koi rukawat hi nahi hai.</w:t>
      </w:r>
    </w:p>
    <w:p>
      <w:pPr>
        <w:jc w:val="right"/>
      </w:pPr>
      <w:r>
        <w:t>دیکھیں، یہی تو خاص بات ہے کہ اگر کوئی رکاوٹ تھی تو پہلے زمانے میں تھی۔ آج کوئی رکاوٹ ہی نہیں ہے، کوئی رکاوٹ ہی نہیں ہے۔</w:t>
      </w:r>
    </w:p>
    <w:p>
      <w:r>
        <w:rPr>
          <w:b/>
        </w:rPr>
        <w:t xml:space="preserve">[1:15:26] </w:t>
      </w:r>
      <w:r>
        <w:t>musalmanon ne khud se daal rakhi to daal rakhi ho,</w:t>
      </w:r>
    </w:p>
    <w:p>
      <w:pPr>
        <w:jc w:val="right"/>
      </w:pPr>
      <w:r>
        <w:t>مسلمانوں نے خود سے ڈال رکھی تو ڈال رکھی ہو،</w:t>
      </w:r>
    </w:p>
    <w:p>
      <w:r>
        <w:rPr>
          <w:b/>
        </w:rPr>
        <w:t xml:space="preserve">[1:15:30] </w:t>
      </w:r>
      <w:r>
        <w:t>musalmanon ka apna feal hai. woh Allah ne saare raaste saaf kar diye hain, ek process chalaya jis mein saare raaste saaf ho gaye.</w:t>
      </w:r>
    </w:p>
    <w:p>
      <w:pPr>
        <w:jc w:val="right"/>
      </w:pPr>
      <w:r>
        <w:t>مسلمانوں کا اپنا فعل ہے۔ وہ اللہ نے سارے راستے صاف کر دیے ہیں، ایک پراسیس چلایا جس میں سارے راستے صاف ہو گئے۔</w:t>
      </w:r>
    </w:p>
    <w:p>
      <w:r>
        <w:rPr>
          <w:b/>
        </w:rPr>
        <w:t xml:space="preserve">[1:15:48] </w:t>
      </w:r>
      <w:r>
        <w:t>mein pehli baar jab gaya tha Hazrat Haiderabad, bohat pehle ki baat hai, to mein paidal chal raha tha yeh road par Haiderabad mein.</w:t>
      </w:r>
    </w:p>
    <w:p>
      <w:pPr>
        <w:jc w:val="right"/>
      </w:pPr>
      <w:r>
        <w:t>میں پہلی بار جب گیا تھا حضرت حیدرآباد، بہت پہلے کی بات ہے، تو میں پیدل چل رہا تھا یہ روڈ پر حیدرآباد میں۔</w:t>
      </w:r>
    </w:p>
    <w:p>
      <w:r>
        <w:rPr>
          <w:b/>
        </w:rPr>
        <w:t xml:space="preserve">[1:16:00] </w:t>
      </w:r>
      <w:r>
        <w:t>to achaanak seeti bajne lagi. seeti police wale charon taraf khade hue the,</w:t>
      </w:r>
    </w:p>
    <w:p>
      <w:pPr>
        <w:jc w:val="right"/>
      </w:pPr>
      <w:r>
        <w:t>تو اچانک سیٹی بجنے لگی۔ سیٹی پولیس والے چاروں طرف کھڑے ہوئے تھے،</w:t>
      </w:r>
    </w:p>
    <w:p>
      <w:r>
        <w:rPr>
          <w:b/>
        </w:rPr>
        <w:t xml:space="preserve">[1:16:05] </w:t>
      </w:r>
      <w:r>
        <w:t>sadak ke dono taraf, aur seeti bajaye the, seeti bajaye the. to maine kaha ke kya seeti ka matlab hai?</w:t>
      </w:r>
    </w:p>
    <w:p>
      <w:pPr>
        <w:jc w:val="right"/>
      </w:pPr>
      <w:r>
        <w:t>سڑک کے دونوں طرف، اور سیٹی بجائے تھے، سیٹی بجائے تھے۔ تو میں نے کہا کہ کیا سیٹی کا مطلب ہے؟</w:t>
      </w:r>
    </w:p>
    <w:p>
      <w:r>
        <w:rPr>
          <w:b/>
        </w:rPr>
        <w:t xml:space="preserve">[1:16:14] </w:t>
      </w:r>
      <w:r>
        <w:t>kisi se poocha. unhon ne kaha ke road ke kinare ho jaiye. to mein road kinare ho kar ke khada ho kar dekhne laga.</w:t>
      </w:r>
    </w:p>
    <w:p>
      <w:pPr>
        <w:jc w:val="right"/>
      </w:pPr>
      <w:r>
        <w:t>کسی سے پوچھا۔ انہوں نے کہا کہ روڈ کے کنارے ہو جائیے۔ تو میں روڈ کنارے ہو کر کے کھڑا ہو کر دیکھنے لگا۔</w:t>
      </w:r>
    </w:p>
    <w:p>
      <w:r>
        <w:rPr>
          <w:b/>
        </w:rPr>
        <w:t xml:space="preserve">[1:16:24] </w:t>
      </w:r>
      <w:r>
        <w:t>to itne mein teen car aayin, teen car. beech mein Nawab Haiderabad ki car thi, aur aage peeche security ke log the.</w:t>
      </w:r>
    </w:p>
    <w:p>
      <w:pPr>
        <w:jc w:val="right"/>
      </w:pPr>
      <w:r>
        <w:t>تو اتنے میں تین کار آئیں، تین کار۔ بیچ میں نواب حیدرآباد کی کار تھی، اور آگے پیچھے سیکیورٹی کے لوگ تھے۔</w:t>
      </w:r>
    </w:p>
    <w:p>
      <w:r>
        <w:rPr>
          <w:b/>
        </w:rPr>
        <w:t xml:space="preserve">[1:16:39] </w:t>
      </w:r>
      <w:r>
        <w:t>to</w:t>
      </w:r>
    </w:p>
    <w:p>
      <w:pPr>
        <w:jc w:val="right"/>
      </w:pPr>
      <w:r>
        <w:t>تو</w:t>
      </w:r>
    </w:p>
    <w:p>
      <w:r>
        <w:rPr>
          <w:b/>
        </w:rPr>
        <w:t xml:space="preserve">[1:16:40] </w:t>
      </w:r>
      <w:r>
        <w:t>poori road ko khaali kar ke woh teeno car guzar gayi hain. to yaqeen kijiye ke Allah taala ne seeti baja di.</w:t>
      </w:r>
    </w:p>
    <w:p>
      <w:pPr>
        <w:jc w:val="right"/>
      </w:pPr>
      <w:r>
        <w:t>پوری روڈ کو خالی کر کے وہ تینوں کار گزر گئی ہیں۔ تو یقین کیجئے کہ اللہ تعالی نے سیٹی بجا دی۔</w:t>
      </w:r>
    </w:p>
    <w:p>
      <w:r>
        <w:rPr>
          <w:b/>
        </w:rPr>
        <w:t xml:space="preserve">[1:16:51] </w:t>
      </w:r>
      <w:r>
        <w:t>ae logon, hat jao, hat jao!</w:t>
      </w:r>
    </w:p>
    <w:p>
      <w:pPr>
        <w:jc w:val="right"/>
      </w:pPr>
      <w:r>
        <w:t>اے لوگوں، ہٹ جاؤ، ہٹ جاؤ!</w:t>
      </w:r>
    </w:p>
    <w:p>
      <w:r>
        <w:rPr>
          <w:b/>
        </w:rPr>
        <w:t xml:space="preserve">[1:16:53] </w:t>
      </w:r>
      <w:r>
        <w:t>Allah qafila aa raha hai.</w:t>
      </w:r>
    </w:p>
    <w:p>
      <w:pPr>
        <w:jc w:val="right"/>
      </w:pPr>
      <w:r>
        <w:t>اللہ قافلہ آ رہا ہے۔</w:t>
      </w:r>
    </w:p>
    <w:p>
      <w:r>
        <w:rPr>
          <w:b/>
        </w:rPr>
        <w:t xml:space="preserve">[1:16:59] </w:t>
      </w:r>
      <w:r>
        <w:t>mujhe sach much dikhai deta hai apni aankh se ke farishte seetiyan baja rahe hain, logon, hat jao!</w:t>
      </w:r>
    </w:p>
    <w:p>
      <w:pPr>
        <w:jc w:val="right"/>
      </w:pPr>
      <w:r>
        <w:t>مجھے سچ مچ دکھائی دیتا ہے اپنی آنکھ سے کہ فرشتے سیٹیاں بجا رہے ہیں، لوگوں، ہٹ جاؤ!</w:t>
      </w:r>
    </w:p>
    <w:p>
      <w:r>
        <w:rPr>
          <w:b/>
        </w:rPr>
        <w:t xml:space="preserve">[1:17:09] </w:t>
      </w:r>
      <w:r>
        <w:t>quran phailane walon ka qafila aa raha hai. jhooton ko ibadat na dikhai dein to andhe beh rahe hain. mere nazdeek</w:t>
      </w:r>
    </w:p>
    <w:p>
      <w:pPr>
        <w:jc w:val="right"/>
      </w:pPr>
      <w:r>
        <w:t>قرآن پھیلانے والوں کا قافلہ آ رہا ہے۔ جھوٹوں کو عبادت نہ دکھائی دیں تو اندھے بہہ رہے ہیں۔ میرے نزدیک</w:t>
      </w:r>
    </w:p>
    <w:p>
      <w:r>
        <w:rPr>
          <w:b/>
        </w:rPr>
        <w:t xml:space="preserve">[1:17:24] </w:t>
      </w:r>
      <w:r>
        <w:t>Maulana Aamir Mori sahib ne gawah se sawal bheja hai. unhon ne likha hai: "My question is with respect to yesterday lecture on suffering.</w:t>
      </w:r>
    </w:p>
    <w:p>
      <w:pPr>
        <w:jc w:val="right"/>
      </w:pPr>
      <w:r>
        <w:t>مولانا عامر موری صاحب نے گواہ سے سوال بھیجا ہے۔ انہوں نے لکھا ہے: "مائی کوئسچن از ود ریسپیکٹ ٹو یسٹرڈے لیکچر ان سفرنگ۔</w:t>
      </w:r>
    </w:p>
    <w:p>
      <w:r>
        <w:rPr>
          <w:b/>
        </w:rPr>
        <w:t xml:space="preserve">[1:17:35] </w:t>
      </w:r>
      <w:r>
        <w:t>is it right to say that suffering which takes man</w:t>
      </w:r>
    </w:p>
    <w:p>
      <w:pPr>
        <w:jc w:val="right"/>
      </w:pPr>
      <w:r>
        <w:t>از اٹ رائٹ ٹو سے دیٹ سفرنگ وچ ٹیکس 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