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Positive Aspect of Suffering February 22, 2020 Maulana Wahiduddin Khan</w:t>
      </w:r>
    </w:p>
    <w:p>
      <w:r>
        <w:t>https://www.youtube.com/watch?v=jJ1fI7dsfDE</w:t>
      </w:r>
    </w:p>
    <w:p>
      <w:r>
        <w:rPr>
          <w:b/>
        </w:rPr>
        <w:t xml:space="preserve">[00:13] </w:t>
      </w:r>
      <w:r>
        <w:t>bismillah hir rahman nir rahim, wa salla Allahu ala nabiyyil karim. rab ishrah li sadri, wa yassir li amri, wah-l-uqdatan min lisani,</w:t>
      </w:r>
    </w:p>
    <w:p>
      <w:pPr>
        <w:jc w:val="right"/>
      </w:pPr>
      <w:r>
        <w:t>بسم اللہ الرحمن الرحیم، وصلی اللہ علی نبی الکریم۔ رب اشرح لی صدری، ویسر لی امری، واحل العقدۃ من لسانی،</w:t>
      </w:r>
    </w:p>
    <w:p>
      <w:r>
        <w:rPr>
          <w:b/>
        </w:rPr>
        <w:t xml:space="preserve">[00:30] </w:t>
      </w:r>
      <w:r>
        <w:t>yaf-qahu qawli. aaj ki talk ek hadith ko le kar hai, jo suffering ke bare mein hai woh hadith.</w:t>
      </w:r>
    </w:p>
    <w:p>
      <w:pPr>
        <w:jc w:val="right"/>
      </w:pPr>
      <w:r>
        <w:t>یفقہ قولی۔ آج کی ٹاک ایک حدیث کو لے کر ہے، جو سفرنگ کے بارے میں ہے وہ حدیث۔</w:t>
      </w:r>
    </w:p>
    <w:p>
      <w:r>
        <w:rPr>
          <w:b/>
        </w:rPr>
        <w:t xml:space="preserve">[00:45] </w:t>
      </w:r>
      <w:r>
        <w:t>to pehle aap hadith ka text suniye, is ke baad mein inshallah kuch arz karunga.</w:t>
      </w:r>
    </w:p>
    <w:p>
      <w:pPr>
        <w:jc w:val="right"/>
      </w:pPr>
      <w:r>
        <w:t>تو پہلے آپ حدیث کا ٹیکسٹ سنیے، اس کے بعد میں انشاءاللہ کچھ عرض کروں گا۔</w:t>
      </w:r>
    </w:p>
    <w:p>
      <w:r>
        <w:rPr>
          <w:b/>
        </w:rPr>
        <w:t xml:space="preserve">[00:56] </w:t>
      </w:r>
      <w:r>
        <w:t>Anas an-Nabi sallallahu alaihi wa sallam qala: "Inna azm al-jaza' ma azm al-bala, wa inna Allah idha ahabba qawman ibtalāhum, fa man radiya falahu ar-rida, wa man sakhta falahu as-sakht." Sunan Tirmidhi, hadith number 2396.</w:t>
      </w:r>
    </w:p>
    <w:p>
      <w:pPr>
        <w:jc w:val="right"/>
      </w:pPr>
      <w:r>
        <w:t>انس عن النبی صلی اللہ علیہ وسلم قال: "إن عزم الجزاء ما عزم البلاء، وإن الله إذا أحب قوماً ابتلاهم، فمن رضی فله الرضا، ومن سخط فله السخط۔" سنن ترمذی، حدیث نمبر 2396۔</w:t>
      </w:r>
    </w:p>
    <w:p>
      <w:r>
        <w:rPr>
          <w:b/>
        </w:rPr>
        <w:t xml:space="preserve">[01:15] </w:t>
      </w:r>
      <w:r>
        <w:t>Anas bin Malik se riwayat hai: Nabi sallallahu alaihi wa sallam ne kaha: "Beshaq bara reward bari azmaish par hai, aur beshaq jab Allah taala kisi qaum ko pasand karta hai to un ko azmata hai.</w:t>
      </w:r>
    </w:p>
    <w:p>
      <w:pPr>
        <w:jc w:val="right"/>
      </w:pPr>
      <w:r>
        <w:t>انس بن مالک سے روایت ہے: نبی صلی اللہ علیہ وسلم نے کہا: "بے شک بڑا ریوارڈ بڑی آزمائش پر ہے، اور بے شک جب اللہ تعالی کسی قوم کو پسند کرتا ہے تو ان کو آزماتا ہے۔</w:t>
      </w:r>
    </w:p>
    <w:p>
      <w:r>
        <w:rPr>
          <w:b/>
        </w:rPr>
        <w:t xml:space="preserve">[01:28] </w:t>
      </w:r>
      <w:r>
        <w:t>to jo raazi hua us ke liye raza hai, aur jo naraz hua us ke liye narazgi hai."</w:t>
      </w:r>
    </w:p>
    <w:p>
      <w:pPr>
        <w:jc w:val="right"/>
      </w:pPr>
      <w:r>
        <w:t>تو جو راضی ہوا اس کے لیے رضا ہے، اور جو ناراض ہوا اس کے لیے ناراضگی ہے۔"</w:t>
      </w:r>
    </w:p>
    <w:p>
      <w:r>
        <w:rPr>
          <w:b/>
        </w:rPr>
        <w:t xml:space="preserve">[01:36] </w:t>
      </w:r>
      <w:r>
        <w:t>dekhiye, is hadith mein jo baat kahi gayi hai, us ka just in alfaaz mein hai ke Allah jis se mohabbat karta hai,</w:t>
      </w:r>
    </w:p>
    <w:p>
      <w:pPr>
        <w:jc w:val="right"/>
      </w:pPr>
      <w:r>
        <w:t>دیکھیے، اس حدیث میں جو بات کہی گئی ہے، اس کا جست ان الفاظ میں ہے کہ اللہ جس سے محبت کرتا ہے،</w:t>
      </w:r>
    </w:p>
    <w:p>
      <w:r>
        <w:rPr>
          <w:b/>
        </w:rPr>
        <w:t xml:space="preserve">[01:51] </w:t>
      </w:r>
      <w:r>
        <w:t>us par museebat daal deti hai.</w:t>
      </w:r>
    </w:p>
    <w:p>
      <w:pPr>
        <w:jc w:val="right"/>
      </w:pPr>
      <w:r>
        <w:t>اس پر مصیبت ڈال دیتی ہے۔</w:t>
      </w:r>
    </w:p>
    <w:p>
      <w:r>
        <w:rPr>
          <w:b/>
        </w:rPr>
        <w:t xml:space="preserve">[01:56] </w:t>
      </w:r>
      <w:r>
        <w:t>bohat ajeeb baat hai ke dunya mein koi maa baap aise nahi honge jo apni aulaad se mohabbat karein aur us ko museebat daal dein.</w:t>
      </w:r>
    </w:p>
    <w:p>
      <w:pPr>
        <w:jc w:val="right"/>
      </w:pPr>
      <w:r>
        <w:t>بہت عجیب بات ہے کہ دنیا میں کوئی ماں باپ ایسے نہیں ہوں گے جو اپنی اولاد سے محبت کریں اور اس کو مصیبت ڈال دیں۔</w:t>
      </w:r>
    </w:p>
    <w:p>
      <w:r>
        <w:rPr>
          <w:b/>
        </w:rPr>
        <w:t xml:space="preserve">[02:10] </w:t>
      </w:r>
      <w:r>
        <w:t>to hadith mein hai ke Allah maa baap se bhi ziyada apni</w:t>
      </w:r>
    </w:p>
    <w:p>
      <w:pPr>
        <w:jc w:val="right"/>
      </w:pPr>
      <w:r>
        <w:t>تو حدیث میں ہے کہ اللہ ماں باپ سے بھی زیادہ اپنی</w:t>
      </w:r>
    </w:p>
    <w:p>
      <w:r>
        <w:rPr>
          <w:b/>
        </w:rPr>
        <w:t xml:space="preserve">[02:18] </w:t>
      </w:r>
      <w:r>
        <w:t>makhlooq makhlooq se muhabbat karta hai. phir aisa kyun? phir aisa kyun?</w:t>
      </w:r>
    </w:p>
    <w:p>
      <w:pPr>
        <w:jc w:val="right"/>
      </w:pPr>
      <w:r>
        <w:t>مخلوق مخلوق سے محبت کرتا ہے۔ پھر ایسا کیوں؟ پھر ایسا کیوں؟</w:t>
      </w:r>
    </w:p>
    <w:p>
      <w:r>
        <w:rPr>
          <w:b/>
        </w:rPr>
        <w:t xml:space="preserve">[02:30] </w:t>
      </w:r>
      <w:r>
        <w:t>tu</w:t>
      </w:r>
    </w:p>
    <w:p>
      <w:pPr>
        <w:jc w:val="right"/>
      </w:pPr>
      <w:r>
        <w:t>تو</w:t>
      </w:r>
    </w:p>
    <w:p>
      <w:r>
        <w:rPr>
          <w:b/>
        </w:rPr>
        <w:t xml:space="preserve">[02:33] </w:t>
      </w:r>
      <w:r>
        <w:t>mein bohat dinon tak is is mein raha ke aisa kyun? tu mujhe aik tajurba hua, aap ko ujaarana chahiye ke Quran o Hadees ko samajhne ke liye sirf woh cheezein zaroori nahi jo muhaddiseen zikr karte hain.</w:t>
      </w:r>
    </w:p>
    <w:p>
      <w:pPr>
        <w:jc w:val="right"/>
      </w:pPr>
      <w:r>
        <w:t>میں بہت دنوں تک اس اس میں رہا کہ ایسا کیوں؟ تو مجھے ایک تجربہ ہوا، آپ کو اجاڑنا چاہیے کہ قرآن و حدیث کو سمجھنے کے لیے صرف وہ چیزیں ضروری نہیں جو محدثین ذکر کرتے ہیں۔</w:t>
      </w:r>
    </w:p>
    <w:p>
      <w:r>
        <w:rPr>
          <w:b/>
        </w:rPr>
        <w:t xml:space="preserve">[02:52] </w:t>
      </w:r>
      <w:r>
        <w:t>is mein aik cheez hai tajurba, Rasool Allah ka tajurba, aap ka tajurba.</w:t>
      </w:r>
    </w:p>
    <w:p>
      <w:pPr>
        <w:jc w:val="right"/>
      </w:pPr>
      <w:r>
        <w:t>اس میں ایک چیز ہے تجربہ، رسول اللہ کا تجربہ، آپ کا تجربہ۔</w:t>
      </w:r>
    </w:p>
    <w:p>
      <w:r>
        <w:rPr>
          <w:b/>
        </w:rPr>
        <w:t xml:space="preserve">[03:01] </w:t>
      </w:r>
      <w:r>
        <w:t>tu dekhiye,</w:t>
      </w:r>
    </w:p>
    <w:p>
      <w:pPr>
        <w:jc w:val="right"/>
      </w:pPr>
      <w:r>
        <w:t>تو دیکھیے،</w:t>
      </w:r>
    </w:p>
    <w:p>
      <w:r>
        <w:rPr>
          <w:b/>
        </w:rPr>
        <w:t xml:space="preserve">[03:07] </w:t>
      </w:r>
      <w:r>
        <w:t>mein apna mission jo hum ne shuru kiya, yeh mission tu</w:t>
      </w:r>
    </w:p>
    <w:p>
      <w:pPr>
        <w:jc w:val="right"/>
      </w:pPr>
      <w:r>
        <w:t>میں اپنا مشن جو ہم نے شروع کیا، یہ مشن تو</w:t>
      </w:r>
    </w:p>
    <w:p>
      <w:r>
        <w:rPr>
          <w:b/>
        </w:rPr>
        <w:t xml:space="preserve">[03:18] </w:t>
      </w:r>
      <w:r>
        <w:t>2000 isi se lag bhag zamanay mein shuru kiya tha.</w:t>
      </w:r>
    </w:p>
    <w:p>
      <w:pPr>
        <w:jc w:val="right"/>
      </w:pPr>
      <w:r>
        <w:t>2000 اسی سے لگ بھگ زمانے میں شروع کیا تھا۔</w:t>
      </w:r>
    </w:p>
    <w:p>
      <w:r>
        <w:rPr>
          <w:b/>
        </w:rPr>
        <w:t xml:space="preserve">[03:28] </w:t>
      </w:r>
      <w:r>
        <w:t>is zamanay mein is ka jo</w:t>
      </w:r>
    </w:p>
    <w:p>
      <w:pPr>
        <w:jc w:val="right"/>
      </w:pPr>
      <w:r>
        <w:t>اس زمانے میں اس کا جو</w:t>
      </w:r>
    </w:p>
    <w:p>
      <w:r>
        <w:rPr>
          <w:b/>
        </w:rPr>
        <w:t xml:space="preserve">[03:33] </w:t>
      </w:r>
      <w:r>
        <w:t>base tha ya center tha, woh Hyderabad tha. aap ko agar Hyderabad ki history maloom ho tu history ke mutabiq</w:t>
      </w:r>
    </w:p>
    <w:p>
      <w:pPr>
        <w:jc w:val="right"/>
      </w:pPr>
      <w:r>
        <w:t>بیس تھا یا سینٹر تھا، وہ حیدرآباد تھا۔ آپ کو اگر حیدرآباد کی ہسٹری معلوم ہو تو ہسٹری کے مطابق</w:t>
      </w:r>
    </w:p>
    <w:p>
      <w:r>
        <w:rPr>
          <w:b/>
        </w:rPr>
        <w:t xml:space="preserve">[03:44] </w:t>
      </w:r>
      <w:r>
        <w:t>musalmanon ki bohat bari state thi Hyderabad mein, jahan tu aik mulk ke barabar thi woh. lekin phir azaadi ke baad woh state khatam ho gayi.</w:t>
      </w:r>
    </w:p>
    <w:p>
      <w:pPr>
        <w:jc w:val="right"/>
      </w:pPr>
      <w:r>
        <w:t>مسلمانوں کی بہت بڑی اسٹیٹ تھی حیدرآباد میں، جہاں تو ایک ملک کے برابر تھی وہ۔ لیکن پھر آزادی کے بعد وہ اسٹیٹ ختم ہو گئی۔</w:t>
      </w:r>
    </w:p>
    <w:p>
      <w:r>
        <w:rPr>
          <w:b/>
        </w:rPr>
        <w:t xml:space="preserve">[03:56] </w:t>
      </w:r>
      <w:r>
        <w:t>tu saare musalmanon ke liye aik bohat bara</w:t>
      </w:r>
    </w:p>
    <w:p>
      <w:pPr>
        <w:jc w:val="right"/>
      </w:pPr>
      <w:r>
        <w:t>تو سارے مسلمانوں کے لیے ایک بہت بڑا</w:t>
      </w:r>
    </w:p>
    <w:p>
      <w:r>
        <w:rPr>
          <w:b/>
        </w:rPr>
        <w:t xml:space="preserve">[04:01] </w:t>
      </w:r>
      <w:r>
        <w:t>shock tha woh. yahan tak ke aik waqea bataunga mein is shock ka ke musalmanon ke sab se baray aalim samjhate hain, Dr. Hamdullah</w:t>
      </w:r>
    </w:p>
    <w:p>
      <w:pPr>
        <w:jc w:val="right"/>
      </w:pPr>
      <w:r>
        <w:t>شاک تھا وہ۔ یہاں تک کہ ایک واقعہ بتاؤں گا میں اس شاک کا کہ مسلمانوں کے سب سے بڑے عالم سمجھاتے ہیں، ڈاکٹر حمدللہ</w:t>
      </w:r>
    </w:p>
    <w:p>
      <w:r>
        <w:rPr>
          <w:b/>
        </w:rPr>
        <w:t xml:space="preserve">[04:20] </w:t>
      </w:r>
      <w:r>
        <w:t>sab se baray scholar samjhate hain. tu jis zamanay mein crisis paida hua tha, tu Nawab Hyderabad ne Dr. Hazrat Hamid Hamidullah ko apne numainde ke taur par union mein bheja tha,</w:t>
      </w:r>
    </w:p>
    <w:p>
      <w:pPr>
        <w:jc w:val="right"/>
      </w:pPr>
      <w:r>
        <w:t>سب سے بڑے سکالر سمجھاتے ہیں۔ تو جس زمانے میں کریسز پیدا ہوا تھا، تو نواب حیدرآباد نے ڈاکٹر حضرت حمید حمید اللہ کو اپنے نمائندے کے طور پر یونین میں بھیجا تھا،</w:t>
      </w:r>
    </w:p>
    <w:p>
      <w:r>
        <w:rPr>
          <w:b/>
        </w:rPr>
        <w:t xml:space="preserve">[04:38] </w:t>
      </w:r>
      <w:r>
        <w:t>union mein. tu is zamanay mein faisla ho gaya ke India ke Iraq ka.</w:t>
      </w:r>
    </w:p>
    <w:p>
      <w:pPr>
        <w:jc w:val="right"/>
      </w:pPr>
      <w:r>
        <w:t>یونین میں۔ تو اس زمانے میں فیصلہ ہو گیا کہ انڈیا کے عراق کا۔</w:t>
      </w:r>
    </w:p>
    <w:p>
      <w:r>
        <w:rPr>
          <w:b/>
        </w:rPr>
        <w:t xml:space="preserve">[04:48] </w:t>
      </w:r>
      <w:r>
        <w:t>tu un ko itna shock laga, yaani India ke Iraq, Hyderabad ka Iraq India se,</w:t>
      </w:r>
    </w:p>
    <w:p>
      <w:pPr>
        <w:jc w:val="right"/>
      </w:pPr>
      <w:r>
        <w:t>تو ان کو اتنا شک لگا، یعنی انڈیا کے عراق، حیدرآباد کا عراق انڈیا سے،</w:t>
      </w:r>
    </w:p>
    <w:p>
      <w:r>
        <w:rPr>
          <w:b/>
        </w:rPr>
        <w:t xml:space="preserve">[05:01] </w:t>
      </w:r>
      <w:r>
        <w:t>is ko unhon ne ghulami kamane mein liya. tu unhon ne woh inkar kar diya ke mein India dobara wapas nahi jaunga</w:t>
      </w:r>
    </w:p>
    <w:p>
      <w:pPr>
        <w:jc w:val="right"/>
      </w:pPr>
      <w:r>
        <w:t>اس کو انہوں نے غلامی کمانے میں لیا۔ تو انہوں نے وہ انکار کر دیا کہ میں انڈیا دوبارہ واپس نہیں جاؤں گا</w:t>
      </w:r>
    </w:p>
    <w:p>
      <w:r>
        <w:rPr>
          <w:b/>
        </w:rPr>
        <w:t xml:space="preserve">[05:13] </w:t>
      </w:r>
      <w:r>
        <w:t>kyun ke mein</w:t>
      </w:r>
    </w:p>
    <w:p>
      <w:pPr>
        <w:jc w:val="right"/>
      </w:pPr>
      <w:r>
        <w:t>کیونکہ میں</w:t>
      </w:r>
    </w:p>
    <w:p>
      <w:r>
        <w:rPr>
          <w:b/>
        </w:rPr>
        <w:t xml:space="preserve">[05:18] </w:t>
      </w:r>
      <w:r>
        <w:t>aik ghulam mulk mein wapas nahi jana chahta. un ke nazdeek India mein is ka marz Hyderabad ka aik ghulam mulk banane ka mani tha.</w:t>
      </w:r>
    </w:p>
    <w:p>
      <w:pPr>
        <w:jc w:val="right"/>
      </w:pPr>
      <w:r>
        <w:t>ایک غلام ملک میں واپس نہیں جانا چاہتا۔ ان کے نزدیک انڈیا میں اس کا مرض حیدرآباد کا ایک غلام ملک بنانے کا معنی تھا۔</w:t>
      </w:r>
    </w:p>
    <w:p>
      <w:r>
        <w:rPr>
          <w:b/>
        </w:rPr>
        <w:t xml:space="preserve">[05:36] </w:t>
      </w:r>
      <w:r>
        <w:t>is is zamanay mein mere saath jo waqea hua, woh mukhtalif tha. yaani woh waqea wahi 1980 ke is aas paas zamanay mein ke musalmanon mein aap ko maloom hoga ke is zamanay mein</w:t>
      </w:r>
    </w:p>
    <w:p>
      <w:pPr>
        <w:jc w:val="right"/>
      </w:pPr>
      <w:r>
        <w:t>اس اس زمانے میں میرے ساتھ جو واقعہ ہوا، وہ مختلف تھا۔ یعنی وہ واقعہ وہی 1980 کے اس پاس زمانے میں کہ مسلمانوں میں آپ کو معلوم ہوگا کہ اس زمانے میں</w:t>
      </w:r>
    </w:p>
    <w:p>
      <w:r>
        <w:rPr>
          <w:b/>
        </w:rPr>
        <w:t xml:space="preserve">[05:57] </w:t>
      </w:r>
      <w:r>
        <w:t>is woh</w:t>
      </w:r>
    </w:p>
    <w:p>
      <w:pPr>
        <w:jc w:val="right"/>
      </w:pPr>
      <w:r>
        <w:t>اس وہ</w:t>
      </w:r>
    </w:p>
    <w:p>
      <w:r>
        <w:rPr>
          <w:b/>
        </w:rPr>
        <w:t xml:space="preserve">[06:02] </w:t>
      </w:r>
      <w:r>
        <w:t>Muslim empowerment ki kehte hain, ji Muslim empowerment ki bari dhoom thi. tu mein bhi isi kashish tareeqay se kehta hoon kyun ke hum ne jin ulama se parha tha,</w:t>
      </w:r>
    </w:p>
    <w:p>
      <w:pPr>
        <w:jc w:val="right"/>
      </w:pPr>
      <w:r>
        <w:t>مسلم ایمپاورمنٹ کی کہتے ہیں، جی مسلم ایمپاورمنٹ کی بڑی دھوم تھی۔ تو میں بھی اسی کشش طریقے سے کہتا ہوں کیونکہ ہم نے جن علماء سے پڑھا تھا،</w:t>
      </w:r>
    </w:p>
    <w:p>
      <w:r>
        <w:rPr>
          <w:b/>
        </w:rPr>
        <w:t xml:space="preserve">[06:15] </w:t>
      </w:r>
      <w:r>
        <w:t>woh ulama isi tarah sochte thay.</w:t>
      </w:r>
    </w:p>
    <w:p>
      <w:pPr>
        <w:jc w:val="right"/>
      </w:pPr>
      <w:r>
        <w:t>وہ علماء اسی طرح سوچتے تھے۔</w:t>
      </w:r>
    </w:p>
    <w:p>
      <w:r>
        <w:rPr>
          <w:b/>
        </w:rPr>
        <w:t xml:space="preserve">[06:19] </w:t>
      </w:r>
      <w:r>
        <w:t>tu hum ne jo</w:t>
      </w:r>
    </w:p>
    <w:p>
      <w:pPr>
        <w:jc w:val="right"/>
      </w:pPr>
      <w:r>
        <w:t>تو ہم نے جو</w:t>
      </w:r>
    </w:p>
    <w:p>
      <w:r>
        <w:rPr>
          <w:b/>
        </w:rPr>
        <w:t xml:space="preserve">[06:24] </w:t>
      </w:r>
      <w:r>
        <w:t>apna shuru kiya apna mission, tu Hyderabad se shuru kiya tha, Hyderabad se.</w:t>
      </w:r>
    </w:p>
    <w:p>
      <w:pPr>
        <w:jc w:val="right"/>
      </w:pPr>
      <w:r>
        <w:t>اپنا شروع کیا اپنا مشن، تو حیدرآباد سے شروع کیا تھا، حیدرآباد سے۔</w:t>
      </w:r>
    </w:p>
    <w:p>
      <w:r>
        <w:rPr>
          <w:b/>
        </w:rPr>
        <w:t xml:space="preserve">[06:35] </w:t>
      </w:r>
      <w:r>
        <w:t>lekin hamare liye bhi aik shock ka waqea hua, lekin woh doosre andaaz mein tha. tu is zamanay mein hum ko Hyderabad mein bohat zyada taawun mila, do bari building hain aur aur is ke saathi</w:t>
      </w:r>
    </w:p>
    <w:p>
      <w:pPr>
        <w:jc w:val="right"/>
      </w:pPr>
      <w:r>
        <w:t>لیکن ہمارے لیے بھی ایک شاک کا واقعہ ہوا، لیکن وہ دوسرے انداز میں تھا۔ تو اس زمانے میں ہم کو حیدرآباد میں بہت زیادہ تعاون ملا، دو بڑی بلڈنگ ہیں اور اور اس کے ساتھی</w:t>
      </w:r>
    </w:p>
    <w:p>
      <w:r>
        <w:rPr>
          <w:b/>
        </w:rPr>
        <w:t xml:space="preserve">[06:51] </w:t>
      </w:r>
      <w:r>
        <w:t>aik tajir to aisay thay wahan haiderabad mein, tajir thay woh ke plant tum log banao, paisa mujh se le jao.</w:t>
      </w:r>
    </w:p>
    <w:p>
      <w:pPr>
        <w:jc w:val="right"/>
      </w:pPr>
      <w:r>
        <w:t>ایک تاجر تو ایسے تھے وہاں حیدرآباد میں، تاجر تھے وہ کہ پلانٹ تم لوگ بناؤ، پیسہ مجھ سے لے جاؤ۔</w:t>
      </w:r>
    </w:p>
    <w:p>
      <w:r>
        <w:rPr>
          <w:b/>
        </w:rPr>
        <w:t xml:space="preserve">[07:04] </w:t>
      </w:r>
      <w:r>
        <w:t>to bohat mawaqe thay hamare liye haiderabad mein. lekin aik hadsa hua, us hadsay ko janne walay jantay hain, haiderabad mein.</w:t>
      </w:r>
    </w:p>
    <w:p>
      <w:pPr>
        <w:jc w:val="right"/>
      </w:pPr>
      <w:r>
        <w:t>تو بہت مواقع تھے ہمارے لیے حیدرآباد میں۔ لیکن ایک حادثہ ہوا، اس حادثے کو جاننے والے جانتے ہیں، حیدرآباد میں۔</w:t>
      </w:r>
    </w:p>
    <w:p>
      <w:r>
        <w:rPr>
          <w:b/>
        </w:rPr>
        <w:t xml:space="preserve">[07:19] </w:t>
      </w:r>
      <w:r>
        <w:t>us hadsay ne mujh ko itna ziyada</w:t>
      </w:r>
    </w:p>
    <w:p>
      <w:pPr>
        <w:jc w:val="right"/>
      </w:pPr>
      <w:r>
        <w:t>اس حادثے نے مجھ کو اتنا زیادہ</w:t>
      </w:r>
    </w:p>
    <w:p>
      <w:r>
        <w:rPr>
          <w:b/>
        </w:rPr>
        <w:t xml:space="preserve">[07:24] </w:t>
      </w:r>
      <w:r>
        <w:t>yani udas kar diya tha ke mahinon tak mein isi gham mein para raha, isi gham mein.</w:t>
      </w:r>
    </w:p>
    <w:p>
      <w:pPr>
        <w:jc w:val="right"/>
      </w:pPr>
      <w:r>
        <w:t>یعنی اداس کر دیا تھا کہ مہینوں تک میں اسی غم میں پڑا رہا، اسی غم میں۔</w:t>
      </w:r>
    </w:p>
    <w:p>
      <w:r>
        <w:rPr>
          <w:b/>
        </w:rPr>
        <w:t xml:space="preserve">[07:36] </w:t>
      </w:r>
      <w:r>
        <w:t>aur mujhe hota tha ke mera khataama khataama ho gaya ke wahan ka jo mission tha, woh jeopardize hoga kisi wajah se,</w:t>
      </w:r>
    </w:p>
    <w:p>
      <w:pPr>
        <w:jc w:val="right"/>
      </w:pPr>
      <w:r>
        <w:t>اور مجھے ہوتا تھا کہ میرا خاتمہ خاتمہ ہو گیا کہ وہاں کا جو مشن تھا، وہ جیپرٹائز ہوگا کسی وجہ سے،</w:t>
      </w:r>
    </w:p>
    <w:p>
      <w:r>
        <w:rPr>
          <w:b/>
        </w:rPr>
        <w:t xml:space="preserve">[07:48] </w:t>
      </w:r>
      <w:r>
        <w:t>saara khwab khatam ho gaya.</w:t>
      </w:r>
    </w:p>
    <w:p>
      <w:pPr>
        <w:jc w:val="right"/>
      </w:pPr>
      <w:r>
        <w:t>سارا خواب ختم ہو گیا۔</w:t>
      </w:r>
    </w:p>
    <w:p>
      <w:r>
        <w:rPr>
          <w:b/>
        </w:rPr>
        <w:t xml:space="preserve">[07:53] </w:t>
      </w:r>
      <w:r>
        <w:t>to mein samajhta tha ke mera waqt khatam, mera mission bhi khatam. is zamanay mein meri boli doosri thi, yani muslim empowerment ki boli thi.</w:t>
      </w:r>
    </w:p>
    <w:p>
      <w:pPr>
        <w:jc w:val="right"/>
      </w:pPr>
      <w:r>
        <w:t>تو میں سمجھتا تھا کہ میرا وقت ختم، میرا مشن بھی ختم۔ اس زمانے میں میری بولی دوسری تھی، یعنی مسلم ایمپاورمنٹ کی بولی تھی۔</w:t>
      </w:r>
    </w:p>
    <w:p>
      <w:r>
        <w:rPr>
          <w:b/>
        </w:rPr>
        <w:t xml:space="preserve">[08:07] </w:t>
      </w:r>
      <w:r>
        <w:t>mere taqreerein is daur mein saaray india mein bohat maqbool theen, mein jahan jata tha, bhirein jati theen.</w:t>
      </w:r>
    </w:p>
    <w:p>
      <w:pPr>
        <w:jc w:val="right"/>
      </w:pPr>
      <w:r>
        <w:t>میرے تقریریں اس دور میں سارے انڈیا میں بہت مقبول تھیں، میں جہاں جاتا تھا، بھیڑیں جاتی تھیں۔</w:t>
      </w:r>
    </w:p>
    <w:p>
      <w:r>
        <w:rPr>
          <w:b/>
        </w:rPr>
        <w:t xml:space="preserve">[08:15] </w:t>
      </w:r>
      <w:r>
        <w:t>ab mein woh boli bolta tha, muslim empowerment wali boli, muslim empowerment.</w:t>
      </w:r>
    </w:p>
    <w:p>
      <w:pPr>
        <w:jc w:val="right"/>
      </w:pPr>
      <w:r>
        <w:t>اب میں وہ بولی بولتا تھا، مسلم ایمپاورمنٹ والی بولی، مسلم ایمپاورمنٹ۔</w:t>
      </w:r>
    </w:p>
    <w:p>
      <w:r>
        <w:rPr>
          <w:b/>
        </w:rPr>
        <w:t xml:space="preserve">[08:27] </w:t>
      </w:r>
      <w:r>
        <w:t>to aik aik waqea hua jis ko janne walay jantay hain, us ke baad saara mamla jeopardize ho gaya.</w:t>
      </w:r>
    </w:p>
    <w:p>
      <w:pPr>
        <w:jc w:val="right"/>
      </w:pPr>
      <w:r>
        <w:t>تو ایک ایک واقعہ ہوا جس کو جاننے والے جانتے ہیں، اس کے بعد سارا معاملہ جیپرٹائز ہو گیا۔</w:t>
      </w:r>
    </w:p>
    <w:p>
      <w:r>
        <w:rPr>
          <w:b/>
        </w:rPr>
        <w:t xml:space="preserve">[08:41] </w:t>
      </w:r>
      <w:r>
        <w:t>to mein samajhta tha ke yeh meri zindagi ka sab ka shock hai, sab ka shock hai.</w:t>
      </w:r>
    </w:p>
    <w:p>
      <w:pPr>
        <w:jc w:val="right"/>
      </w:pPr>
      <w:r>
        <w:t>تو میں سمجھتا تھا کہ یہ میری زندگی کا سب کا شاک ہے، سب کا شاک ہے۔</w:t>
      </w:r>
    </w:p>
    <w:p>
      <w:r>
        <w:rPr>
          <w:b/>
        </w:rPr>
        <w:t xml:space="preserve">[08:51] </w:t>
      </w:r>
      <w:r>
        <w:t>lekin Allah taala ko kuch aur manzoor tha, woh shock mere liye kya ban gaya, woh apple shock, yani apple shock hua newton ke liye.</w:t>
      </w:r>
    </w:p>
    <w:p>
      <w:pPr>
        <w:jc w:val="right"/>
      </w:pPr>
      <w:r>
        <w:t>لیکن اللہ تعالی کو کچھ اور منظور تھا، وہ شاک میرے لیے کیا بن گیا، وہ ایپریس شاک، یعنی ایپریس شاک ہوا نیوٹن کے لیے۔</w:t>
      </w:r>
    </w:p>
    <w:p>
      <w:r>
        <w:rPr>
          <w:b/>
        </w:rPr>
        <w:t xml:space="preserve">[09:06] </w:t>
      </w:r>
      <w:r>
        <w:t>is se bohat bara</w:t>
      </w:r>
    </w:p>
    <w:p>
      <w:pPr>
        <w:jc w:val="right"/>
      </w:pPr>
      <w:r>
        <w:t>اس سے بہت بڑا</w:t>
      </w:r>
    </w:p>
    <w:p>
      <w:r>
        <w:rPr>
          <w:b/>
        </w:rPr>
        <w:t xml:space="preserve">[09:10] </w:t>
      </w:r>
      <w:r>
        <w:t>khair nikla, newton ke liye jo apple shock tha, us se aik bohat bara</w:t>
      </w:r>
    </w:p>
    <w:p>
      <w:pPr>
        <w:jc w:val="right"/>
      </w:pPr>
      <w:r>
        <w:t>خیر نکلا، نیوٹن کے لیے جو ایپریس شاک تھا، اس سے ایک بہت بڑا</w:t>
      </w:r>
    </w:p>
    <w:p>
      <w:r>
        <w:rPr>
          <w:b/>
        </w:rPr>
        <w:t xml:space="preserve">[09:18] </w:t>
      </w:r>
      <w:r>
        <w:t>discovery nikli. to mere liye jo haiderabad shock tha, woh mere liye bohat hi bara khair hai, shayad newton se bhi ziyada khair nikla.</w:t>
      </w:r>
    </w:p>
    <w:p>
      <w:pPr>
        <w:jc w:val="right"/>
      </w:pPr>
      <w:r>
        <w:t>ڈسکوری نکلی۔ تو میرے لیے جو حیدرآباد شاک تھا، وہ میرے لیے بہت ہی بڑا خیر ہے، شاید نیوٹن سے بھی زیادہ خیر نکلا۔</w:t>
      </w:r>
    </w:p>
    <w:p>
      <w:r>
        <w:rPr>
          <w:b/>
        </w:rPr>
        <w:t xml:space="preserve">[09:32] </w:t>
      </w:r>
      <w:r>
        <w:t>kyun?</w:t>
      </w:r>
    </w:p>
    <w:p>
      <w:pPr>
        <w:jc w:val="right"/>
      </w:pPr>
      <w:r>
        <w:t>کیوں؟</w:t>
      </w:r>
    </w:p>
    <w:p>
      <w:r>
        <w:rPr>
          <w:b/>
        </w:rPr>
        <w:t xml:space="preserve">[09:36] </w:t>
      </w:r>
      <w:r>
        <w:t>quran mein aik ayat hai,</w:t>
      </w:r>
    </w:p>
    <w:p>
      <w:pPr>
        <w:jc w:val="right"/>
      </w:pPr>
      <w:r>
        <w:t>قرآن میں ایک آیت ہے،</w:t>
      </w:r>
    </w:p>
    <w:p>
      <w:r>
        <w:rPr>
          <w:b/>
        </w:rPr>
        <w:t xml:space="preserve">[09:41] </w:t>
      </w:r>
      <w:r>
        <w:t>yani Allah dafa karta rehta hai, dafa ke maani hotay hain hatana,</w:t>
      </w:r>
    </w:p>
    <w:p>
      <w:pPr>
        <w:jc w:val="right"/>
      </w:pPr>
      <w:r>
        <w:t>یعنی اللہ دفع کرتا رہتا ہے، دفع کے معنی ہوتے ہیں ہٹانا،</w:t>
      </w:r>
    </w:p>
    <w:p>
      <w:r>
        <w:rPr>
          <w:b/>
        </w:rPr>
        <w:t xml:space="preserve">[09:50] </w:t>
      </w:r>
      <w:r>
        <w:t>yani idhar se idhar karna, idhar se idhar karna, hatana. to is waqay ne mujh ko is soch ko hila diya, yahan tak ke mera meri soch bilkul badal gayi,</w:t>
      </w:r>
    </w:p>
    <w:p>
      <w:pPr>
        <w:jc w:val="right"/>
      </w:pPr>
      <w:r>
        <w:t>یعنی ادھر سے ادھر کرنا، ادھر سے ادھر کرنا، ہٹانا۔ تو اس واقعے نے مجھ کو اس سوچ کو ہلا دیا، یہاں تک کہ میرا میری سوچ بالکل بدل گئی،</w:t>
      </w:r>
    </w:p>
    <w:p>
      <w:r>
        <w:rPr>
          <w:b/>
        </w:rPr>
        <w:t xml:space="preserve">[10:09] </w:t>
      </w:r>
      <w:r>
        <w:t>yani muslim empowerment ko bilkul bughz samajhta hoon mein, yeh bughz kaam hai aur asal kaam hai dawat ilahi.</w:t>
      </w:r>
    </w:p>
    <w:p>
      <w:pPr>
        <w:jc w:val="right"/>
      </w:pPr>
      <w:r>
        <w:t>یعنی مسلم ایمپاورمنٹ کو بالکل بغض سمجھتا ہوں میں، یہ بغض کام ہے اور اصل کام ہے دعوت الٰہی۔</w:t>
      </w:r>
    </w:p>
    <w:p>
      <w:r>
        <w:rPr>
          <w:b/>
        </w:rPr>
        <w:t xml:space="preserve">[10:17] </w:t>
      </w:r>
      <w:r>
        <w:t>yeh jo shock mere zariye guzra tha, is shock ne mere liye daai ki</w:t>
      </w:r>
    </w:p>
    <w:p>
      <w:pPr>
        <w:jc w:val="right"/>
      </w:pPr>
      <w:r>
        <w:t>یہ جو شاک میرے ذریعے گزرا تھا، اس شاک نے میرے لیے داعی کی</w:t>
      </w:r>
    </w:p>
    <w:p>
      <w:r>
        <w:rPr>
          <w:b/>
        </w:rPr>
        <w:t xml:space="preserve">[10:25] </w:t>
      </w:r>
      <w:r>
        <w:t>mujhe, yani muslim</w:t>
      </w:r>
    </w:p>
    <w:p>
      <w:pPr>
        <w:jc w:val="right"/>
      </w:pPr>
      <w:r>
        <w:t>مجھے، یعنی مسلم</w:t>
      </w:r>
    </w:p>
    <w:p>
      <w:r>
        <w:rPr>
          <w:b/>
        </w:rPr>
        <w:t xml:space="preserve">[10:31] </w:t>
      </w:r>
      <w:r>
        <w:t>muslim rehnuma se nikal kar ke aik dawat daai bana diya, daai Allah ki dawat dene wala.</w:t>
      </w:r>
    </w:p>
    <w:p>
      <w:pPr>
        <w:jc w:val="right"/>
      </w:pPr>
      <w:r>
        <w:t>مسلم رہنما سے نکال کر کے ایک دعوت داعی بنا دیا، داعی اللہ کی دعوت دینے والا۔</w:t>
      </w:r>
    </w:p>
    <w:p>
      <w:r>
        <w:rPr>
          <w:b/>
        </w:rPr>
        <w:t xml:space="preserve">[10:44] </w:t>
      </w:r>
      <w:r>
        <w:t>to woh to bas woh to kuch nahi tha,</w:t>
      </w:r>
    </w:p>
    <w:p>
      <w:pPr>
        <w:jc w:val="right"/>
      </w:pPr>
      <w:r>
        <w:t>تو وہ تو بس وہ تو کچھ نہیں تھا،</w:t>
      </w:r>
    </w:p>
    <w:p>
      <w:r>
        <w:rPr>
          <w:b/>
        </w:rPr>
        <w:t xml:space="preserve">[10:47] </w:t>
      </w:r>
      <w:r>
        <w:t>is ka ab mein kuch milne wala nahi tha, lekin dawat woh kaam hai jis se aap ko jannat mile gi, jannat mile gi inshallah.</w:t>
      </w:r>
    </w:p>
    <w:p>
      <w:pPr>
        <w:jc w:val="right"/>
      </w:pPr>
      <w:r>
        <w:t>اس کا اب میں کچھ ملنے والا نہیں تھا، لیکن دعوت وہ کام ہے جس سے آپ کو جنت ملے گی، جنت ملے گی انشاءاللہ۔</w:t>
      </w:r>
    </w:p>
    <w:p>
      <w:r>
        <w:rPr>
          <w:b/>
        </w:rPr>
        <w:t xml:space="preserve">[11:00] </w:t>
      </w:r>
      <w:r>
        <w:t>is ki tafseel nahi yahan mein kar sakta, kisi ko janna ho to mein bata sakta hoon, ya jo log jante hon is se pooch sakte hain aap.</w:t>
      </w:r>
    </w:p>
    <w:p>
      <w:pPr>
        <w:jc w:val="right"/>
      </w:pPr>
      <w:r>
        <w:t>اس کی تفصیل نہیں یہاں میں کر سکتا، کسی کو جاننا ہو تو میں بتا سکتا ہوں، یا جو لوگ جانتے ہوں اس سے پوچھ سکتے ہیں آپ۔</w:t>
      </w:r>
    </w:p>
    <w:p>
      <w:r>
        <w:rPr>
          <w:b/>
        </w:rPr>
        <w:t xml:space="preserve">[11:13] </w:t>
      </w:r>
      <w:r>
        <w:t>to yeh meri zindagi ka itna bara waqea hai ke is jo cheez mere is safar ka gham tha,</w:t>
      </w:r>
    </w:p>
    <w:p>
      <w:pPr>
        <w:jc w:val="right"/>
      </w:pPr>
      <w:r>
        <w:t>تو یہ میری زندگی کا اتنا بڑا واقعہ ہے کہ اس جو چیز میرے اس سفر کا غم تھا،</w:t>
      </w:r>
    </w:p>
    <w:p>
      <w:r>
        <w:rPr>
          <w:b/>
        </w:rPr>
        <w:t xml:space="preserve">[11:21] </w:t>
      </w:r>
      <w:r>
        <w:t>wo sab se bari zindagi ban gaya, ban gaya.</w:t>
      </w:r>
    </w:p>
    <w:p>
      <w:pPr>
        <w:jc w:val="right"/>
      </w:pPr>
      <w:r>
        <w:t>وہ سب سے بڑی زندگی بن گیا، بن گیا۔</w:t>
      </w:r>
    </w:p>
    <w:p>
      <w:r>
        <w:rPr>
          <w:b/>
        </w:rPr>
        <w:t xml:space="preserve">[11:27] </w:t>
      </w:r>
      <w:r>
        <w:t>yani hyderabad ko le kar jo maine chalaya tha mission, muslim oriented, wo ab global aik dafa mission ban chuka hai.</w:t>
      </w:r>
    </w:p>
    <w:p>
      <w:pPr>
        <w:jc w:val="right"/>
      </w:pPr>
      <w:r>
        <w:t>یعنی حیدرآباد کو لے کر جو میں نے چلایا تھا مشن، مسلم اورینٹڈ، وہ اب گلوبل ایک دفعہ مشن بن چکا ہے۔</w:t>
      </w:r>
    </w:p>
    <w:p>
      <w:r>
        <w:rPr>
          <w:b/>
        </w:rPr>
        <w:t xml:space="preserve">[11:42] </w:t>
      </w:r>
      <w:r>
        <w:t>aur Allah ki</w:t>
      </w:r>
    </w:p>
    <w:p>
      <w:pPr>
        <w:jc w:val="right"/>
      </w:pPr>
      <w:r>
        <w:t>اور اللہ کی</w:t>
      </w:r>
    </w:p>
    <w:p>
      <w:r>
        <w:rPr>
          <w:b/>
        </w:rPr>
        <w:t xml:space="preserve">[11:44] </w:t>
      </w:r>
      <w:r>
        <w:t>kitab ko is se bari kiya baat ho sakti hai ke Allah ki kitab ko logon tak pohanchana, yani muslim mission se nikal kar ke mein quran mission mein aa gaya hoon.</w:t>
      </w:r>
    </w:p>
    <w:p>
      <w:pPr>
        <w:jc w:val="right"/>
      </w:pPr>
      <w:r>
        <w:t>کتاب کو اس سے بڑی کیا بات ہو سکتی ہے کہ اللہ کی کتاب کو لوگوں تک پہنچانا، یعنی مسلم مشن سے نکل کر کے میں قرآن مشن میں آ گیا ہوں۔</w:t>
      </w:r>
    </w:p>
    <w:p>
      <w:r>
        <w:rPr>
          <w:b/>
        </w:rPr>
        <w:t xml:space="preserve">[12:00] </w:t>
      </w:r>
      <w:r>
        <w:t>is ki tafseel bohat hai, lekin mein is mein nahi bata sakta. khulasa yahi hai ke is se mein is hadees ko samjha, is hadees ko ke Allah ko kisi wajah se</w:t>
      </w:r>
    </w:p>
    <w:p>
      <w:pPr>
        <w:jc w:val="right"/>
      </w:pPr>
      <w:r>
        <w:t>اس کی تفصیل بہت ہے، لیکن میں اس میں نہیں بتا سکتا۔ خلاصہ یہی ہے کہ اس سے میں اس حدیث کو سمجھا، اس حدیث کو کہ اللہ کو کسی وجہ سے</w:t>
      </w:r>
    </w:p>
    <w:p>
      <w:r>
        <w:rPr>
          <w:b/>
        </w:rPr>
        <w:t xml:space="preserve">[12:18] </w:t>
      </w:r>
      <w:r>
        <w:t>mujh ko bhatakne se bacha raha tha,</w:t>
      </w:r>
    </w:p>
    <w:p>
      <w:pPr>
        <w:jc w:val="right"/>
      </w:pPr>
      <w:r>
        <w:t>مجھ کو بھٹکنے سے بچا رہا تھا،</w:t>
      </w:r>
    </w:p>
    <w:p>
      <w:r>
        <w:rPr>
          <w:b/>
        </w:rPr>
        <w:t xml:space="preserve">[12:24] </w:t>
      </w:r>
      <w:r>
        <w:t>Allah taala ko kisi wajah se majboor tha ke mujhe bhatakne se bachaye aur mujh ko Allah wale raste mein rakh ke daal de. to aik shock, Allah ka tareeqa yeh hai ke hamesha har daryaft, har bari baat, har event kisi shock ke baad hota hai, jaise newton ko hua.</w:t>
      </w:r>
    </w:p>
    <w:p>
      <w:pPr>
        <w:jc w:val="right"/>
      </w:pPr>
      <w:r>
        <w:t>اللہ تعالی کو کسی وجہ سے مجبور تھا کہ مجھے بھٹکنے سے بچائے اور مجھ کو اللہ والے راستے میں رکھ کے ڈال دے۔ تو ایک شاک، اللہ کا طریقہ یہ ہے کہ ہمیشہ ہر دریافت، ہر بڑی بات، ہر ایونٹ کسی شاک کے بعد ہوتا ہے، جیسے نیوٹن کو ہوا۔</w:t>
      </w:r>
    </w:p>
    <w:p>
      <w:r>
        <w:rPr>
          <w:b/>
        </w:rPr>
        <w:t xml:space="preserve">[12:46] </w:t>
      </w:r>
      <w:r>
        <w:t>to is ka naam mein ne rakha hai appreciation shock, to mera jo tha wo hyderabad shock ban gaya hai.</w:t>
      </w:r>
    </w:p>
    <w:p>
      <w:pPr>
        <w:jc w:val="right"/>
      </w:pPr>
      <w:r>
        <w:t>تو اس کا نام میں نے رکھا ہے ایپریس شاک، تو میرا جو تھا وہ حیدرآباد شاک بن گیا ہے۔</w:t>
      </w:r>
    </w:p>
    <w:p>
      <w:r>
        <w:rPr>
          <w:b/>
        </w:rPr>
        <w:t xml:space="preserve">[13:01] </w:t>
      </w:r>
      <w:r>
        <w:t>to aap ghor kijiye ke yeh kiya safri mein kahunga, is ko safri nahi, wo newton ke appreciation shock ki tarah aik bohat bara discovery shock yeh tha.</w:t>
      </w:r>
    </w:p>
    <w:p>
      <w:pPr>
        <w:jc w:val="right"/>
      </w:pPr>
      <w:r>
        <w:t>تو آپ غور کیجئے کہ یہ کیا سفری میں کہوں گا، اس کو سفری نہیں، وہ نیوٹن کے ایپریس شاک کی طرح ایک بہت بڑا ڈسکوری شاک یہ تھا۔</w:t>
      </w:r>
    </w:p>
    <w:p>
      <w:r>
        <w:rPr>
          <w:b/>
        </w:rPr>
        <w:t xml:space="preserve">[13:19] </w:t>
      </w:r>
      <w:r>
        <w:t>is is waqeye ne newton ko newton bana diya. mujhe Allah taala ne madi duniya mein aik aadmi jo daud laga raha tha, us ko akhirat wala bana diya.</w:t>
      </w:r>
    </w:p>
    <w:p>
      <w:pPr>
        <w:jc w:val="right"/>
      </w:pPr>
      <w:r>
        <w:t>اس اس واقعے نے نیوٹن کو نیوٹن بنا دیا۔ مجھے اللہ تعالی نے مادی دنیا میں ایک آدمی جو دوڑ لگا رہا تھا، اس کو آخرت والا بنا دیا۔</w:t>
      </w:r>
    </w:p>
    <w:p>
      <w:r>
        <w:rPr>
          <w:b/>
        </w:rPr>
        <w:t xml:space="preserve">[13:34] </w:t>
      </w:r>
      <w:r>
        <w:t>jo kuch wo pehle kar raha tha, wo bohat se bohat musalmanon ko</w:t>
      </w:r>
    </w:p>
    <w:p>
      <w:pPr>
        <w:jc w:val="right"/>
      </w:pPr>
      <w:r>
        <w:t>جو کچھ وہ پہلے کر رہا تھا، وہ بہت سے بہت مسلمانوں کو</w:t>
      </w:r>
    </w:p>
    <w:p>
      <w:r>
        <w:rPr>
          <w:b/>
        </w:rPr>
        <w:t xml:space="preserve">[13:38] </w:t>
      </w:r>
      <w:r>
        <w:t>madi faida is se milne wala tha bas. lekin ab jo mere paas jo mein paigham hai, wo hai akhirat ka paigham, Allah ko khush khush khush nahi karna hai.</w:t>
      </w:r>
    </w:p>
    <w:p>
      <w:pPr>
        <w:jc w:val="right"/>
      </w:pPr>
      <w:r>
        <w:t>مادی فائدہ اس سے ملنے والا تھا بس۔ لیکن اب جو میرے پاس جو میں پیغام ہے، وہ ہے آخرت کا پیغام، اللہ کو خوش خوش خوش نہیں کرنا ہے۔</w:t>
      </w:r>
    </w:p>
    <w:p>
      <w:r>
        <w:rPr>
          <w:b/>
        </w:rPr>
        <w:t xml:space="preserve">[13:54] </w:t>
      </w:r>
      <w:r>
        <w:t>to ab dekhen, aap is mein masla yeh hai ke Allah ne jab</w:t>
      </w:r>
    </w:p>
    <w:p>
      <w:pPr>
        <w:jc w:val="right"/>
      </w:pPr>
      <w:r>
        <w:t>تو اب دیکھیں، آپ اس میں مسئلہ یہ ہے کہ اللہ نے جب</w:t>
      </w:r>
    </w:p>
    <w:p>
      <w:r>
        <w:rPr>
          <w:b/>
        </w:rPr>
        <w:t xml:space="preserve">[13:59] </w:t>
      </w:r>
      <w:r>
        <w:t>wo jo hadees hai, wo to is ka matlab yeh hai ke</w:t>
      </w:r>
    </w:p>
    <w:p>
      <w:pPr>
        <w:jc w:val="right"/>
      </w:pPr>
      <w:r>
        <w:t>وہ جو حدیث ہے، وہ تو اس کا مطلب یہ ہے کہ</w:t>
      </w:r>
    </w:p>
    <w:p>
      <w:r>
        <w:rPr>
          <w:b/>
        </w:rPr>
        <w:t xml:space="preserve">[14:07] </w:t>
      </w:r>
      <w:r>
        <w:t>wo mein aik waqea ho yaar arz karoon. aik martaba mein gaon mein chal raha tha, gaon mein to gaon mein mein aik raste par tha ke idhar khet, idhar khet aur beech mein rasta.</w:t>
      </w:r>
    </w:p>
    <w:p>
      <w:pPr>
        <w:jc w:val="right"/>
      </w:pPr>
      <w:r>
        <w:t>وہ میں ایک واقعہ ہو یار عرض کروں۔ ایک مرتبہ میں گاؤں میں چل رہا تھا، گاؤں میں تو گاؤں میں میں ایک راستے پر تھا کہ ادھر کھیت، ادھر کھیت اور بیچ میں راستہ۔</w:t>
      </w:r>
    </w:p>
    <w:p>
      <w:r>
        <w:rPr>
          <w:b/>
        </w:rPr>
        <w:t xml:space="preserve">[14:24] </w:t>
      </w:r>
      <w:r>
        <w:t>to mein chal raha tha is mein to is mein aik aik aur kisan apne apne bail ko le ke chal raha tha.</w:t>
      </w:r>
    </w:p>
    <w:p>
      <w:pPr>
        <w:jc w:val="right"/>
      </w:pPr>
      <w:r>
        <w:t>تو میں چل رہا تھا اس میں تو اس میں ایک ایک اور کسان اپنے اپنے بیل کو لے کے چل رہا تھا۔</w:t>
      </w:r>
    </w:p>
    <w:p>
      <w:r>
        <w:rPr>
          <w:b/>
        </w:rPr>
        <w:t xml:space="preserve">[14:34] </w:t>
      </w:r>
      <w:r>
        <w:t>to wo bail jo tha aur dono taraf khet, to bail jo tha kabhi idhar munh marta ke wo munh marta,</w:t>
      </w:r>
    </w:p>
    <w:p>
      <w:pPr>
        <w:jc w:val="right"/>
      </w:pPr>
      <w:r>
        <w:t>تو وہ بیل جو تھا اور دونوں طرف کھیت، تو بیل جو تھا کبھی ادھر منہ مارتا کہ وہ منہ مارتا،</w:t>
      </w:r>
    </w:p>
    <w:p>
      <w:r>
        <w:rPr>
          <w:b/>
        </w:rPr>
        <w:t xml:space="preserve">[14:45] </w:t>
      </w:r>
      <w:r>
        <w:t>to wo danda liye peechay peechay rehta hai. jab idhar munh marta to us ko dande se idhar karta, idhar karta, idhar karta.</w:t>
      </w:r>
    </w:p>
    <w:p>
      <w:pPr>
        <w:jc w:val="right"/>
      </w:pPr>
      <w:r>
        <w:t>تو وہ ڈنڈا لیے پیچھے پیچھے رہتا ہے۔ جب ادھر منہ مارتا تو اس کو ڈنڈے سے ادھر کرتا، ادھر کرتا، ادھر کرتا۔</w:t>
      </w:r>
    </w:p>
    <w:p>
      <w:r>
        <w:rPr>
          <w:b/>
        </w:rPr>
        <w:t xml:space="preserve">[14:56] </w:t>
      </w:r>
      <w:r>
        <w:t>to wo kisan aik dande ke zariye se is is is bail ko sahi raste par bar bar karta tha.</w:t>
      </w:r>
    </w:p>
    <w:p>
      <w:pPr>
        <w:jc w:val="right"/>
      </w:pPr>
      <w:r>
        <w:t>تو وہ کسان ایک ڈنڈے کے ذریعے سے اس اس اس بیل کو صحیح راستے پر بار بار کرتا تھا۔</w:t>
      </w:r>
    </w:p>
    <w:p>
      <w:r>
        <w:rPr>
          <w:b/>
        </w:rPr>
        <w:t xml:space="preserve">[15:07] </w:t>
      </w:r>
      <w:r>
        <w:t>yani is ko mein yun kahunga ke jab wo distract ho raha hota tha, distract to phir wo</w:t>
      </w:r>
    </w:p>
    <w:p>
      <w:pPr>
        <w:jc w:val="right"/>
      </w:pPr>
      <w:r>
        <w:t>یعنی اس کو میں یوں کہوں گا کہ جب وہ ڈسٹریکٹ ہو رہا ہوتا تھا، ڈسٹریکٹ تو پھر وہ</w:t>
      </w:r>
    </w:p>
    <w:p>
      <w:r>
        <w:rPr>
          <w:b/>
        </w:rPr>
        <w:t xml:space="preserve">[15:17] </w:t>
      </w:r>
      <w:r>
        <w:t>dobara right track par aata tha. isi tarah se insan ke sath Allah ka muamla hai, jis insan ko Allah taala istifa kar leta hai quran ke alfaaz mein, yani chun leta hai.</w:t>
      </w:r>
    </w:p>
    <w:p>
      <w:pPr>
        <w:jc w:val="right"/>
      </w:pPr>
      <w:r>
        <w:t>دوبارہ رائٹ ٹریک پر آتا تھا۔ اسی طرح سے انسان کے ساتھ اللہ کا معاملہ ہے، جس انسان کو اللہ تعالی استوا کر لیتا ہے قرآن کے الفاظ میں، یعنی چن لیتا ہے۔</w:t>
      </w:r>
    </w:p>
    <w:p>
      <w:r>
        <w:rPr>
          <w:b/>
        </w:rPr>
        <w:t xml:space="preserve">[15:33] </w:t>
      </w:r>
      <w:r>
        <w:t>aap wo insan ban jayen, wo insan ban jayen</w:t>
      </w:r>
    </w:p>
    <w:p>
      <w:pPr>
        <w:jc w:val="right"/>
      </w:pPr>
      <w:r>
        <w:t>آپ وہ انسان بن جائیں، وہ انسان بن جائیں</w:t>
      </w:r>
    </w:p>
    <w:p>
      <w:r>
        <w:rPr>
          <w:b/>
        </w:rPr>
        <w:t xml:space="preserve">[15:38] </w:t>
      </w:r>
      <w:r>
        <w:t>jis ko Allah chun le raha hai. Allah farishton se kehte hain ke dekho, yeh mera chuna hua banda hai, is ke sath.</w:t>
      </w:r>
    </w:p>
    <w:p>
      <w:pPr>
        <w:jc w:val="right"/>
      </w:pPr>
      <w:r>
        <w:t>جس کو اللہ چن لے رہا ہے۔ اللہ فرشتوں سے کہتے ہیں کہ دیکھو، یہ میرا چنا ہوا بندہ ہے، اس کے ساتھ۔</w:t>
      </w:r>
    </w:p>
    <w:p>
      <w:r>
        <w:rPr>
          <w:b/>
        </w:rPr>
        <w:t xml:space="preserve">[15:47] </w:t>
      </w:r>
      <w:r>
        <w:t>lekin farishte jo hote hain, woh danda le kar aa jate hain, yeh masla hai.</w:t>
      </w:r>
    </w:p>
    <w:p>
      <w:pPr>
        <w:jc w:val="right"/>
      </w:pPr>
      <w:r>
        <w:t>لیکن فرشتے جو ہوتے ہیں، وہ ڈنڈا لے کر آ جاتے ہیں، یہ مسئلہ ہے۔</w:t>
      </w:r>
    </w:p>
    <w:p>
      <w:r>
        <w:rPr>
          <w:b/>
        </w:rPr>
        <w:t xml:space="preserve">[15:56] </w:t>
      </w:r>
      <w:r>
        <w:t>phool le kar nahi aate, phool le kar nahi aate. woh dande se yeh karte hain ke jab aap ne distract hota hai to dande se us ko dobara track par aate hain.</w:t>
      </w:r>
    </w:p>
    <w:p>
      <w:pPr>
        <w:jc w:val="right"/>
      </w:pPr>
      <w:r>
        <w:t>پھول لے کر نہیں آتے، پھول لے کر نہیں آتے۔ وہ ڈنڈے سے یہ کرتے ہیں کہ جب آپ نے ڈسٹریکٹ ہوتا ہے تو ڈنڈے سے اس کو دوبارہ ٹریک پر آتے ہیں۔</w:t>
      </w:r>
    </w:p>
    <w:p>
      <w:r>
        <w:rPr>
          <w:b/>
        </w:rPr>
        <w:t xml:space="preserve">[16:13] </w:t>
      </w:r>
      <w:r>
        <w:t>isi ko quran mein dafa kaha gaya hai,</w:t>
      </w:r>
    </w:p>
    <w:p>
      <w:pPr>
        <w:jc w:val="right"/>
      </w:pPr>
      <w:r>
        <w:t>اسی کو قرآن میں دفع کہا گیا ہے،</w:t>
      </w:r>
    </w:p>
    <w:p>
      <w:r>
        <w:rPr>
          <w:b/>
        </w:rPr>
        <w:t xml:space="preserve">[16:21] </w:t>
      </w:r>
      <w:r>
        <w:t>baad to allah dafa ke zariye hatata hai. jab bhi koi aadmi right track se hatega to us ko ek danda lagega ke phir woh right track par aa jaye.</w:t>
      </w:r>
    </w:p>
    <w:p>
      <w:pPr>
        <w:jc w:val="right"/>
      </w:pPr>
      <w:r>
        <w:t>بعد تو اللہ دفع کے ذریعے ہٹاتا ہے۔ جب بھی کوئی آدمی رائٹ ٹریک سے ہٹے گا تو اس کو ایک ڈنڈا لگے گا کہ پھر وہ رائٹ ٹریک پر آ جائے۔</w:t>
      </w:r>
    </w:p>
    <w:p>
      <w:r>
        <w:rPr>
          <w:b/>
        </w:rPr>
        <w:t xml:space="preserve">[16:37] </w:t>
      </w:r>
      <w:r>
        <w:t>to hadith mein yeh hai ke</w:t>
      </w:r>
    </w:p>
    <w:p>
      <w:pPr>
        <w:jc w:val="right"/>
      </w:pPr>
      <w:r>
        <w:t>تو حدیث میں یہ ہے کہ</w:t>
      </w:r>
    </w:p>
    <w:p>
      <w:r>
        <w:rPr>
          <w:b/>
        </w:rPr>
        <w:t xml:space="preserve">[16:39] </w:t>
      </w:r>
      <w:r>
        <w:t>jo aadmi is par razi na hua, jo aadmi is par razi na hua, to aap samajhte the ke allah bhi is se razi nahi hai.</w:t>
      </w:r>
    </w:p>
    <w:p>
      <w:pPr>
        <w:jc w:val="right"/>
      </w:pPr>
      <w:r>
        <w:t>جو آدمی اس پر راضی نہ ہوا، جو آدمی اس پر راضی نہ ہوا، تو آپ سمجھتے تھے کہ اللہ بھی اس سے راضی نہیں ہے۔</w:t>
      </w:r>
    </w:p>
    <w:p>
      <w:r>
        <w:rPr>
          <w:b/>
        </w:rPr>
        <w:t xml:space="preserve">[16:51] </w:t>
      </w:r>
      <w:r>
        <w:t>jahan jata hai, jane jao, pahad mein jao to pahad mein jao. lekin jo razi ho gaya, razi kamane kya hua hai?</w:t>
      </w:r>
    </w:p>
    <w:p>
      <w:pPr>
        <w:jc w:val="right"/>
      </w:pPr>
      <w:r>
        <w:t>جہاں جاتا ہے، جانے جاؤ، پہاڑ میں جاؤ تو پہاڑ میں جاؤ۔ لیکن جو راضی ہو گیا، راضی کمانے کیا ہوا ہے؟</w:t>
      </w:r>
    </w:p>
    <w:p>
      <w:r>
        <w:rPr>
          <w:b/>
        </w:rPr>
        <w:t xml:space="preserve">[16:58] </w:t>
      </w:r>
      <w:r>
        <w:t>jo allah ki planning ko samajh gaya,</w:t>
      </w:r>
    </w:p>
    <w:p>
      <w:pPr>
        <w:jc w:val="right"/>
      </w:pPr>
      <w:r>
        <w:t>جو اللہ کی پلاننگ کو سمجھ گیا،</w:t>
      </w:r>
    </w:p>
    <w:p>
      <w:r>
        <w:rPr>
          <w:b/>
        </w:rPr>
        <w:t xml:space="preserve">[17:05] </w:t>
      </w:r>
      <w:r>
        <w:t>jo allah ki planning ko samajh gaya aur woh discover kiya, us ne ke yeh to allah ka muamla hai, allah kuch aur chahta hai, is liye aisa hua hai.</w:t>
      </w:r>
    </w:p>
    <w:p>
      <w:pPr>
        <w:jc w:val="right"/>
      </w:pPr>
      <w:r>
        <w:t>جو اللہ کی پلاننگ کو سمجھ گیا اور وہ ڈسکور کیا، اس نے کہ یہ تو اللہ کا معاملہ ہے، اللہ کچھ اور چاہتا ہے، اس لیے ایسا ہوا ہے۔</w:t>
      </w:r>
    </w:p>
    <w:p>
      <w:r>
        <w:rPr>
          <w:b/>
        </w:rPr>
        <w:t xml:space="preserve">[17:23] </w:t>
      </w:r>
      <w:r>
        <w:t>allah mujh se kuch aur chahta hai, is liye yahan hua hai.</w:t>
      </w:r>
    </w:p>
    <w:p>
      <w:pPr>
        <w:jc w:val="right"/>
      </w:pPr>
      <w:r>
        <w:t>اللہ مجھ سے کچھ اور چاہتا ہے، اس لیے یہاں ہوا ہے۔</w:t>
      </w:r>
    </w:p>
    <w:p>
      <w:r>
        <w:rPr>
          <w:b/>
        </w:rPr>
        <w:t xml:space="preserve">[17:33] </w:t>
      </w:r>
      <w:r>
        <w:t>misalan dekhen, mujh ko mere aik jo bare bhai the, woh chahte the mujh ko paisa laga kar ke, paisa lagate the, woh business mein dalna, angrezi parha raha hoon.</w:t>
      </w:r>
    </w:p>
    <w:p>
      <w:pPr>
        <w:jc w:val="right"/>
      </w:pPr>
      <w:r>
        <w:t>مثلاً دیکھیں، مجھ کو میرے ایک جو بڑے بھائی تھے، وہ چاہتے تھے مجھ کو پیسہ لگا کر کے، پیسہ لگاتے تھے، وہ بزنس میں ڈالنا، انگریزی پڑھا رہا ہوں۔</w:t>
      </w:r>
    </w:p>
    <w:p>
      <w:r>
        <w:rPr>
          <w:b/>
        </w:rPr>
        <w:t xml:space="preserve">[17:47] </w:t>
      </w:r>
      <w:r>
        <w:t>bohat paisa kharch kiya unhon ne, main kisi par razi nahi hua,</w:t>
      </w:r>
    </w:p>
    <w:p>
      <w:pPr>
        <w:jc w:val="right"/>
      </w:pPr>
      <w:r>
        <w:t>بہت پیسہ خرچ کیا انہوں نے، میں کسی پر راضی نہیں ہوا،</w:t>
      </w:r>
    </w:p>
    <w:p>
      <w:r>
        <w:rPr>
          <w:b/>
        </w:rPr>
        <w:t xml:space="preserve">[17:52] </w:t>
      </w:r>
      <w:r>
        <w:t>na angrezi parhne par, na business koi badalne par, na kisi aur cheez par. to woh bhi har bar is par koi danda parta tha, idhar kahan ja rahe ho, idhar kahan ja rahe ho, idhar kahan ja rahe ho.</w:t>
      </w:r>
    </w:p>
    <w:p>
      <w:pPr>
        <w:jc w:val="right"/>
      </w:pPr>
      <w:r>
        <w:t>نہ انگریزی پڑھنے پر، نہ بزنس کوئی بدلنے پر، نہ کسی اور چیز پر۔ تو وہ بھی ہر بار اس پر کوئی ڈنڈا پڑتا تھا، ادھر کہاں جا رہے ہو، ادھر کہاں جا رہے ہو، ادھر کہاں جا رہے ہو۔</w:t>
      </w:r>
    </w:p>
    <w:p>
      <w:r>
        <w:rPr>
          <w:b/>
        </w:rPr>
        <w:t xml:space="preserve">[18:09] </w:t>
      </w:r>
      <w:r>
        <w:t>to kisi wajah se main razi rehta tha, reh saka razi reh saka allah ki tofeeq se.</w:t>
      </w:r>
    </w:p>
    <w:p>
      <w:pPr>
        <w:jc w:val="right"/>
      </w:pPr>
      <w:r>
        <w:t>تو کسی وجہ سے میں راضی رہتا تھا، رہ سکا راضی رہ سکا اللہ کی توفیق سے۔</w:t>
      </w:r>
    </w:p>
    <w:p>
      <w:r>
        <w:rPr>
          <w:b/>
        </w:rPr>
        <w:t xml:space="preserve">[18:17] </w:t>
      </w:r>
      <w:r>
        <w:t>to main ne arabi padhi aur phir main is mission mein, meri arabi padhne ka bohat ajeeb qissa hai.</w:t>
      </w:r>
    </w:p>
    <w:p>
      <w:pPr>
        <w:jc w:val="right"/>
      </w:pPr>
      <w:r>
        <w:t>تو میں نے عربی پڑھی اور پھر میں اس مشن میں، میری عربی پڑھنے کا بہت عجیب قصہ ہے۔</w:t>
      </w:r>
    </w:p>
    <w:p>
      <w:r>
        <w:rPr>
          <w:b/>
        </w:rPr>
        <w:t xml:space="preserve">[18:26] </w:t>
      </w:r>
      <w:r>
        <w:t>agar main ne arabi na padhi hoti to ghor ki jiye ke main aaj kahan bhatakta, kahan bhatakta hoon.</w:t>
      </w:r>
    </w:p>
    <w:p>
      <w:pPr>
        <w:jc w:val="right"/>
      </w:pPr>
      <w:r>
        <w:t>اگر میں نے عربی نہ پڑھی ہوتی تو غور کیجئے کہ میں آج کہاں بھٹکتا، کہاں بھٹکتا ہوں۔</w:t>
      </w:r>
    </w:p>
    <w:p>
      <w:r>
        <w:rPr>
          <w:b/>
        </w:rPr>
        <w:t xml:space="preserve">[18:34] </w:t>
      </w:r>
      <w:r>
        <w:t>main wohi kaam abhi karta jo doosre ulma kar rahe hain, is is daur ke sare ulma ne negative negative role ada kiya hai, hatta ke bare bare logon ne bhi negative role.</w:t>
      </w:r>
    </w:p>
    <w:p>
      <w:pPr>
        <w:jc w:val="right"/>
      </w:pPr>
      <w:r>
        <w:t>میں وہی کام ابھی کرتا جو دوسرے علماء کر رہے ہیں، اس اس دور کے سارے علماء نے نیگیٹیو نیگیٹیو رول ادا کیا ہے، حتیٰ کہ بڑے بڑے لوگوں نے بھی نیگیٹیو رول۔</w:t>
      </w:r>
    </w:p>
    <w:p>
      <w:r>
        <w:rPr>
          <w:b/>
        </w:rPr>
        <w:t xml:space="preserve">[18:48] </w:t>
      </w:r>
      <w:r>
        <w:t>to main bhi wohi karta aur waqeatan main isi rastay par tha bhi negative.</w:t>
      </w:r>
    </w:p>
    <w:p>
      <w:pPr>
        <w:jc w:val="right"/>
      </w:pPr>
      <w:r>
        <w:t>تو میں بھی وہی کرتا اور واقعتاً میں اسی راستے پر تھا بھی نیگیٹیو۔</w:t>
      </w:r>
    </w:p>
    <w:p>
      <w:r>
        <w:rPr>
          <w:b/>
        </w:rPr>
        <w:t xml:space="preserve">[18:56] </w:t>
      </w:r>
      <w:r>
        <w:t>to yaad rakhiye, yeh aap ke samajhne ki farq hai, samajhne ka. quran mein is ayat ko samajhne ke liye aap aik ayat ko mutala kijiye,</w:t>
      </w:r>
    </w:p>
    <w:p>
      <w:pPr>
        <w:jc w:val="right"/>
      </w:pPr>
      <w:r>
        <w:t>تو یاد رکھیے، یہ آپ کے سمجھنے کی فرق ہے، سمجھنے کا۔ قرآن میں اس آیت کو سمجھنے کے لیے آپ ایک آیت کو مطالعہ کیجئے،</w:t>
      </w:r>
    </w:p>
    <w:p>
      <w:r>
        <w:rPr>
          <w:b/>
        </w:rPr>
        <w:t xml:space="preserve">[19:14] </w:t>
      </w:r>
      <w:r>
        <w:t>yani allah kuch logon ke liye kuch doosron ko hatata hai, yani shakir ko un ka track sahi karta hai. quran ko samajhne ke liye dekhiye, bohat zyada ghor o fikr chahiye,</w:t>
      </w:r>
    </w:p>
    <w:p>
      <w:pPr>
        <w:jc w:val="right"/>
      </w:pPr>
      <w:r>
        <w:t>یعنی اللہ کچھ لوگوں کے لیے کچھ دوسروں کو ہٹاتا ہے، یعنی شاکر کو ان کا ٹریک صحیح کرتا ہے۔ قرآن کو سمجھنے کے لیے دیکھیے، بہت زیادہ غور و فکر چاہیے،</w:t>
      </w:r>
    </w:p>
    <w:p>
      <w:r>
        <w:rPr>
          <w:b/>
        </w:rPr>
        <w:t xml:space="preserve">[19:31] </w:t>
      </w:r>
      <w:r>
        <w:t>tadabbur chahiye. tadabbur baghair tadabbur ke aap quran nahi samajhte. to is ayat ka matlab yeh hai ke allah shak laga kar, shak logon ke jo track se bhatakte hain, hat jate hain, un ko dobara track par lata hai.</w:t>
      </w:r>
    </w:p>
    <w:p>
      <w:pPr>
        <w:jc w:val="right"/>
      </w:pPr>
      <w:r>
        <w:t>تدبر چاہیے۔ تدبر بغیر تدبر کے آپ قرآن نہیں سمجھتے۔ تو اس آیت کا مطلب یہ ہے کہ اللہ شاک لگا کر، شاک لوگوں کے جو ٹریک سے بھٹکتے ہیں، ہٹ جاتے ہیں، ان کو دوبارہ ٹریک پر لاتا ہے۔</w:t>
      </w:r>
    </w:p>
    <w:p>
      <w:r>
        <w:rPr>
          <w:b/>
        </w:rPr>
        <w:t xml:space="preserve">[19:55] </w:t>
      </w:r>
      <w:r>
        <w:t>to jab aap ko koi gham pade, koi aap ko safri pade, koi musibat pade to aap sochiye, ghor kijiye ke aisa kyun ho raha hai, aisa kyun ho raha hai, aisa kyun ho raha hai.</w:t>
      </w:r>
    </w:p>
    <w:p>
      <w:pPr>
        <w:jc w:val="right"/>
      </w:pPr>
      <w:r>
        <w:t>تو جب آپ کو کوئی غم پڑے، کوئی آپ کو سفری پڑے، کوئی مصیبت پڑے تو آپ سوچیے، غور کیجئے کہ ایسا کیوں ہو رہا ہے، ایسا کیوں ہو رہا ہے، ایسا کیوں ہو رہا ہے۔</w:t>
      </w:r>
    </w:p>
    <w:p>
      <w:r>
        <w:rPr>
          <w:b/>
        </w:rPr>
        <w:t xml:space="preserve">[20:13] </w:t>
      </w:r>
      <w:r>
        <w:t>to allah ki tofeeq se aap ke farishte madad karenge aur aap ki koi koi khwab aayega, kai kuch hoga aur kisi tareeqay se aap par khul jayega ke yahan raaz kya hai.</w:t>
      </w:r>
    </w:p>
    <w:p>
      <w:pPr>
        <w:jc w:val="right"/>
      </w:pPr>
      <w:r>
        <w:t>تو اللہ کی توفیق سے آپ کے فرشتے مدد کریں گے اور آپ کی کوئی کوئی خواب آئے گا، کئی کچھ ہوگا اور کسی طریقے سے آپ پر کھل جائے گا کہ یہاں راز کیا ہے۔</w:t>
      </w:r>
    </w:p>
    <w:p>
      <w:r>
        <w:rPr>
          <w:b/>
        </w:rPr>
        <w:t xml:space="preserve">[20:33] </w:t>
      </w:r>
      <w:r>
        <w:t>isi liye farmaya ke allah jis se mohabbat karta hai, mohabbat ka matlab kya hai? mohabbat ka koi koi laa o ghair ki baat nahi hai, yeh yeh laa laa o ghair ki baat nahi hai.</w:t>
      </w:r>
    </w:p>
    <w:p>
      <w:pPr>
        <w:jc w:val="right"/>
      </w:pPr>
      <w:r>
        <w:t>اسی لیے فرمایا کہ اللہ جس سے محبت کرتا ہے، محبت کا معنی کیا ہے؟ محبت کا کوئی کوئی لا و غیر کی بات نہیں ہے، یہ یہ لا لا و غیر کی بات نہیں ہے۔</w:t>
      </w:r>
    </w:p>
    <w:p>
      <w:r>
        <w:rPr>
          <w:b/>
        </w:rPr>
        <w:t xml:space="preserve">[20:49] </w:t>
      </w:r>
      <w:r>
        <w:t>mohabbat ka matlab yeh hai ke jo allah ko apna sacha manta to woh waghera, woh us waqt tika rahega.</w:t>
      </w:r>
    </w:p>
    <w:p>
      <w:pPr>
        <w:jc w:val="right"/>
      </w:pPr>
      <w:r>
        <w:t>محبت کا مطلب یہ ہے کہ جو اللہ کو اپنا سچا مانتا تو وہ وغیرہ، وہ اس وقت ٹکا رہے گا۔</w:t>
      </w:r>
    </w:p>
    <w:p>
      <w:r>
        <w:rPr>
          <w:b/>
        </w:rPr>
        <w:t xml:space="preserve">[21:06] </w:t>
      </w:r>
      <w:r>
        <w:t>mein aik pata hai, pehle zamanay ki baat hai, mein train mein safar kar raha tha, nahi, hawai jahaz ki baat hai, hawai jahaz mein safar kar raha tha. to hawai jahaz mein aik aurat thi aur uska chota bacha tha,</w:t>
      </w:r>
    </w:p>
    <w:p>
      <w:pPr>
        <w:jc w:val="right"/>
      </w:pPr>
      <w:r>
        <w:t>میں ایک پتہ ہے، پہلے زمانے کی بات ہے، میں ٹرین میں سفر کر رہا تھا، نہیں، ہوائی جہاز کی بات ہے، ہوائی جہاز میں سفر کر رہا تھا۔ تو ہوائی جہاز میں ایک عورت تھی اور اس کا چھوٹا بچہ تھا،</w:t>
      </w:r>
    </w:p>
    <w:p>
      <w:r>
        <w:rPr>
          <w:b/>
        </w:rPr>
        <w:t xml:space="preserve">[21:20] </w:t>
      </w:r>
      <w:r>
        <w:t>woh us se koi li hui thi</w:t>
      </w:r>
    </w:p>
    <w:p>
      <w:pPr>
        <w:jc w:val="right"/>
      </w:pPr>
      <w:r>
        <w:t>وہ اس سے کوئی لی ہوئی تھی</w:t>
      </w:r>
    </w:p>
    <w:p>
      <w:r>
        <w:rPr>
          <w:b/>
        </w:rPr>
        <w:t xml:space="preserve">[21:22] </w:t>
      </w:r>
      <w:r>
        <w:t>god god mein. to kisi baat par bacha ghussa ho gaya to usne mara apni maan ko, apni maan ko mara.</w:t>
      </w:r>
    </w:p>
    <w:p>
      <w:pPr>
        <w:jc w:val="right"/>
      </w:pPr>
      <w:r>
        <w:t>گود گود میں۔ تو کسی بات پر بچہ غصہ ہو گیا تو اس نے مارا اپنی ماں کو، اپنی ماں کو مارا۔</w:t>
      </w:r>
    </w:p>
    <w:p>
      <w:r>
        <w:rPr>
          <w:b/>
        </w:rPr>
        <w:t xml:space="preserve">[21:33] </w:t>
      </w:r>
      <w:r>
        <w:t>to maine dekha ke woh wahan se us ko apne seene se laga liya.</w:t>
      </w:r>
    </w:p>
    <w:p>
      <w:pPr>
        <w:jc w:val="right"/>
      </w:pPr>
      <w:r>
        <w:t>تو میں نے دیکھا کہ وہ وہاں سے اس کو اپنے سینے سے لگا لیا۔</w:t>
      </w:r>
    </w:p>
    <w:p>
      <w:r>
        <w:rPr>
          <w:b/>
        </w:rPr>
        <w:t xml:space="preserve">[21:40] </w:t>
      </w:r>
      <w:r>
        <w:t>yeh hai mohabbat</w:t>
      </w:r>
    </w:p>
    <w:p>
      <w:pPr>
        <w:jc w:val="right"/>
      </w:pPr>
      <w:r>
        <w:t>یہ ہے محبت</w:t>
      </w:r>
    </w:p>
    <w:p>
      <w:r>
        <w:rPr>
          <w:b/>
        </w:rPr>
        <w:t xml:space="preserve">[21:43] </w:t>
      </w:r>
      <w:r>
        <w:t>ke bande ko agar Allah se mohabbat hogi to Allah ke feal par woh razi rahega. yeh uska sakht kiya hai?</w:t>
      </w:r>
    </w:p>
    <w:p>
      <w:pPr>
        <w:jc w:val="right"/>
      </w:pPr>
      <w:r>
        <w:t>کہ بندے کو اگر اللہ سے محبت ہوگی تو اللہ کے فعل پر وہ راضی رہے گا۔ یہ اس کا سخت کیا ہے؟</w:t>
      </w:r>
    </w:p>
    <w:p>
      <w:r>
        <w:rPr>
          <w:b/>
        </w:rPr>
        <w:t xml:space="preserve">[21:54] </w:t>
      </w:r>
      <w:r>
        <w:t>alfaaz hain, woh haan, jo jo razi nahi raha to Allah bhi us se razi nahi raha. jo razi ho gaya to Allah bhi us se razi hai.</w:t>
      </w:r>
    </w:p>
    <w:p>
      <w:pPr>
        <w:jc w:val="right"/>
      </w:pPr>
      <w:r>
        <w:t>الفاظ ہیں، وہ ہاں، جو جو راضی نہیں رہا تو اللہ بھی اس سے راضی نہیں رہے۔ جو راضی ہو گیا تو اللہ بھی اس سے راضی ہے۔</w:t>
      </w:r>
    </w:p>
    <w:p>
      <w:r>
        <w:rPr>
          <w:b/>
        </w:rPr>
        <w:t xml:space="preserve">[22:08] </w:t>
      </w:r>
      <w:r>
        <w:t>aap apne soch ko develop kijiye, aap apni aqal ko badhaiye, aap dekhte hain ab tak kisi aur angle se, is ko Khuda ke angle se dekhna sikhya hai.</w:t>
      </w:r>
    </w:p>
    <w:p>
      <w:pPr>
        <w:jc w:val="right"/>
      </w:pPr>
      <w:r>
        <w:t>آپ اپنے سوچ کو ڈیولپ کیجئے، آپ اپنی عقل کو بڑھائیے، آپ دیکھتے ہیں اب تک کسی اور اینگل سے، اس کو خدا کے اینگل سے دیکھنا سیکھیا ہے۔</w:t>
      </w:r>
    </w:p>
    <w:p>
      <w:r>
        <w:rPr>
          <w:b/>
        </w:rPr>
        <w:t xml:space="preserve">[22:28] </w:t>
      </w:r>
      <w:r>
        <w:t>to aap janenge ke Allah ki taraf se jo bhi aata hai, woh aap ki achhai ke liye hota hai, aap ki achhai ke liye hota hai.</w:t>
      </w:r>
    </w:p>
    <w:p>
      <w:pPr>
        <w:jc w:val="right"/>
      </w:pPr>
      <w:r>
        <w:t>تو آپ جانیں گے کہ اللہ کی طرف سے جو بھی آتا ہے، وہ آپ کی اچھائی کے لیے ہوتا ہے، آپ کی اچھائی کے لیے ہوتا ہے۔</w:t>
      </w:r>
    </w:p>
    <w:p>
      <w:r>
        <w:rPr>
          <w:b/>
        </w:rPr>
        <w:t xml:space="preserve">[22:39] </w:t>
      </w:r>
      <w:r>
        <w:t>sab se bari jo musibat padi hai, woh ab is ko batata hoon mein aap ko.</w:t>
      </w:r>
    </w:p>
    <w:p>
      <w:pPr>
        <w:jc w:val="right"/>
      </w:pPr>
      <w:r>
        <w:t>سب سے بڑی جو مصیبت پڑی ہے، وہ اب اس کو بتاتا ہوں میں آپ کو۔</w:t>
      </w:r>
    </w:p>
    <w:p>
      <w:r>
        <w:rPr>
          <w:b/>
        </w:rPr>
        <w:t xml:space="preserve">[22:47] </w:t>
      </w:r>
      <w:r>
        <w:t>aap dekhte hain ke mein boorha ho gaya hoon, meri umar kitni hogi? meri umar 95 hain, 95 kitni?</w:t>
      </w:r>
    </w:p>
    <w:p>
      <w:pPr>
        <w:jc w:val="right"/>
      </w:pPr>
      <w:r>
        <w:t>آپ دیکھتے ہیں کہ میں بوڑھا ہو گیا ہوں، میری عمر کتنی ہوگی؟ میری عمر 95 ہیں، 95 کتنی؟</w:t>
      </w:r>
    </w:p>
    <w:p>
      <w:r>
        <w:rPr>
          <w:b/>
        </w:rPr>
        <w:t xml:space="preserve">[22:57] </w:t>
      </w:r>
      <w:r>
        <w:t>95 ghore kijiye, 95. jis jo boorha na ho, woh nahi janta ke barhapa kya cheez hai.</w:t>
      </w:r>
    </w:p>
    <w:p>
      <w:pPr>
        <w:jc w:val="right"/>
      </w:pPr>
      <w:r>
        <w:t>95 غور کیجئے، 95۔ جس جو بوڑھا نہ ہو، وہ نہیں جانتا کہ بڑھاپا کیا چیز ہے۔</w:t>
      </w:r>
    </w:p>
    <w:p>
      <w:r>
        <w:rPr>
          <w:b/>
        </w:rPr>
        <w:t xml:space="preserve">[23:06] </w:t>
      </w:r>
      <w:r>
        <w:t>jo abhi boorha nahi hua hai, woh nahi janta ke barhapa kya cheez hai. barhapa zindagi ki sab se bari musibat hai,</w:t>
      </w:r>
    </w:p>
    <w:p>
      <w:pPr>
        <w:jc w:val="right"/>
      </w:pPr>
      <w:r>
        <w:t>جو ابھی بوڑھا نہیں ہوا ہے، وہ نہیں جانتا کہ بڑھاپا کیا چیز ہے۔ بڑھاپا زندگی کی سب سے بڑی مصیبت ہے،</w:t>
      </w:r>
    </w:p>
    <w:p>
      <w:r>
        <w:rPr>
          <w:b/>
        </w:rPr>
        <w:t xml:space="preserve">[23:17] </w:t>
      </w:r>
      <w:r>
        <w:t>barhapa zindagi ki sab se bari musibat hai. to jab mein mujhe barhaya, barhapa aaya to wahi mera hal hua jo tamam boorhon ka hota hai.</w:t>
      </w:r>
    </w:p>
    <w:p>
      <w:pPr>
        <w:jc w:val="right"/>
      </w:pPr>
      <w:r>
        <w:t>بڑھاپا زندگی کی سب سے بڑی مصیبت ہے۔ تو جب میں مجھے بڑھایا، بڑھاپا آیا تو وہی میرا حل ہوا جو تمام بوڑھوں کا ہوتا ہے۔</w:t>
      </w:r>
    </w:p>
    <w:p>
      <w:r>
        <w:rPr>
          <w:b/>
        </w:rPr>
        <w:t xml:space="preserve">[23:33] </w:t>
      </w:r>
      <w:r>
        <w:t>to mein raat din aah aah karta tha,</w:t>
      </w:r>
    </w:p>
    <w:p>
      <w:pPr>
        <w:jc w:val="right"/>
      </w:pPr>
      <w:r>
        <w:t>تو میں رات دن آہ آہ کرتا تھا،</w:t>
      </w:r>
    </w:p>
    <w:p>
      <w:r>
        <w:rPr>
          <w:b/>
        </w:rPr>
        <w:t xml:space="preserve">[23:38] </w:t>
      </w:r>
      <w:r>
        <w:t>sivaye aap jo hamari betiyan hain, un ke siwa koi janta nahi. mein samajhta tha ke zindagi itni bari musibat hai.</w:t>
      </w:r>
    </w:p>
    <w:p>
      <w:pPr>
        <w:jc w:val="right"/>
      </w:pPr>
      <w:r>
        <w:t>سوائے آپ جو ہماری بیٹیاں ہیں، ان کے سوا کوئی جانتا نہیں۔ میں سمجھتا تھا کہ زندگی اتنی بڑی مصیبت ہے۔</w:t>
      </w:r>
    </w:p>
    <w:p>
      <w:r>
        <w:rPr>
          <w:b/>
        </w:rPr>
        <w:t xml:space="preserve">[23:54] </w:t>
      </w:r>
      <w:r>
        <w:t>to is is barhapay ki musibat se maine aik aisi cheez discover ki jo poori tareekh mein shayad koi kuch aur nahi kar paya.</w:t>
      </w:r>
    </w:p>
    <w:p>
      <w:pPr>
        <w:jc w:val="right"/>
      </w:pPr>
      <w:r>
        <w:t>تو اس اس بڑھاپے کی مصیبت سے میں نے ایک ایسی چیز ڈسکور کی جو پوری تاریخ میں شاید کوئی کچھ اور نہیں کر پایا۔</w:t>
      </w:r>
    </w:p>
    <w:p>
      <w:r>
        <w:rPr>
          <w:b/>
        </w:rPr>
        <w:t xml:space="preserve">[24:06] </w:t>
      </w:r>
      <w:r>
        <w:t>woh kya hai? tamam ulma akhirat ko jante hain,</w:t>
      </w:r>
    </w:p>
    <w:p>
      <w:pPr>
        <w:jc w:val="right"/>
      </w:pPr>
      <w:r>
        <w:t>وہ کیا ہے؟ تمام علماء آخرت کو جانتے ہیں،</w:t>
      </w:r>
    </w:p>
    <w:p>
      <w:r>
        <w:rPr>
          <w:b/>
        </w:rPr>
        <w:t xml:space="preserve">[24:11] </w:t>
      </w:r>
      <w:r>
        <w:t>chahe chote hon ya bare, lekin sare ulma larai jhagray chhede hue hain. larai jhagda,</w:t>
      </w:r>
    </w:p>
    <w:p>
      <w:pPr>
        <w:jc w:val="right"/>
      </w:pPr>
      <w:r>
        <w:t>چاہے چھوٹے ہوں یا بڑے، لیکن سارے علماء لڑائی جھگڑے چھیڑے ہوئے ہیں۔ لڑائی جھگڑا،</w:t>
      </w:r>
    </w:p>
    <w:p>
      <w:r>
        <w:rPr>
          <w:b/>
        </w:rPr>
        <w:t xml:space="preserve">[24:22] </w:t>
      </w:r>
      <w:r>
        <w:t>fasad jo is ki buniyad par fasad hota hai, kya logon ke liye akhirat jo hai aik khabar hai?</w:t>
      </w:r>
    </w:p>
    <w:p>
      <w:pPr>
        <w:jc w:val="right"/>
      </w:pPr>
      <w:r>
        <w:t>فساد جو اس کی بنیاد پر فساد ہوتا ہے، کیا لوگوں کے لیے آخرت جو ہے ایک خبر ہے؟</w:t>
      </w:r>
    </w:p>
    <w:p>
      <w:r>
        <w:rPr>
          <w:b/>
        </w:rPr>
        <w:t xml:space="preserve">[24:35] </w:t>
      </w:r>
      <w:r>
        <w:t>is ko is ko aap ghore farmaiye. logon ke liye</w:t>
      </w:r>
    </w:p>
    <w:p>
      <w:pPr>
        <w:jc w:val="right"/>
      </w:pPr>
      <w:r>
        <w:t>اس کو اس کو آپ غور فرمائیے۔ لوگوں کے لیے</w:t>
      </w:r>
    </w:p>
    <w:p>
      <w:r>
        <w:rPr>
          <w:b/>
        </w:rPr>
        <w:t xml:space="preserve">[24:42] </w:t>
      </w:r>
      <w:r>
        <w:t>barhapa aik khabar hai, lekin boorhe insan ke liye woh aik experience ban jati hai. barhapa ya musibat ya bimari, jo sakht bimari aati hai, jis baat mein britan ho jata hai,</w:t>
      </w:r>
    </w:p>
    <w:p>
      <w:pPr>
        <w:jc w:val="right"/>
      </w:pPr>
      <w:r>
        <w:t>بڑھاپا ایک خبر ہے، لیکن بوڑھے انسان کے لیے وہ ایک ایکسپیرینس بن جاتی ہے۔ بڑھاپا یا مصیبت یا بیماری، جو سخت بیماری آتی ہے، جس بات میں بریٹن ہو جاتا ہے،</w:t>
      </w:r>
    </w:p>
    <w:p>
      <w:r>
        <w:rPr>
          <w:b/>
        </w:rPr>
        <w:t xml:space="preserve">[25:00] </w:t>
      </w:r>
      <w:r>
        <w:t>hospital ho jata hai, to is is ko mein kehta hoon ke</w:t>
      </w:r>
    </w:p>
    <w:p>
      <w:pPr>
        <w:jc w:val="right"/>
      </w:pPr>
      <w:r>
        <w:t>ہاسپٹل ہو جاتا ہے، تو اس اس کو میں کہتا ہوں کہ</w:t>
      </w:r>
    </w:p>
    <w:p>
      <w:r>
        <w:rPr>
          <w:b/>
        </w:rPr>
        <w:t xml:space="preserve">[25:08] </w:t>
      </w:r>
      <w:r>
        <w:t>ke aam, yani aam logon ke liye mein sochta tha ke log kyun bare bare,</w:t>
      </w:r>
    </w:p>
    <w:p>
      <w:pPr>
        <w:jc w:val="right"/>
      </w:pPr>
      <w:r>
        <w:t>کہ عام، یعنی عام لوگوں کے لیے میں سوچتا تھا کہ لوگ کیوں بڑے بڑے،</w:t>
      </w:r>
    </w:p>
    <w:p>
      <w:r>
        <w:rPr>
          <w:b/>
        </w:rPr>
        <w:t xml:space="preserve">[25:20] </w:t>
      </w:r>
      <w:r>
        <w:t>yani ghaltiyan karte hain, fasad machate hain, larai jhagda chherte hain? kyun aisa karte hain? log bare bare zulm karte hain to kyun aisa karte hain?</w:t>
      </w:r>
    </w:p>
    <w:p>
      <w:pPr>
        <w:jc w:val="right"/>
      </w:pPr>
      <w:r>
        <w:t>یعنی غلطیاں کرتے ہیں، فساد مچاتے ہیں، لڑائی جھگڑا چھیڑتے ہیں؟ کیوں ایسا کرتے ہیں؟ لوگ بڑے بڑے ظلم کرتے ہیں تو کیوں ایسا کرتے ہیں؟</w:t>
      </w:r>
    </w:p>
    <w:p>
      <w:r>
        <w:rPr>
          <w:b/>
        </w:rPr>
        <w:t xml:space="preserve">[25:33] </w:t>
      </w:r>
      <w:r>
        <w:t>halankeh hatta keh jo hakim log hote hain, woh fasla dilwate hain.</w:t>
      </w:r>
    </w:p>
    <w:p>
      <w:pPr>
        <w:jc w:val="right"/>
      </w:pPr>
      <w:r>
        <w:t>حالانکہ حتیٰ کہ جو حاکم لوگ ہوتے ہیں، وہ فاصلہ دلواتے ہیں۔</w:t>
      </w:r>
    </w:p>
    <w:p>
      <w:r>
        <w:rPr>
          <w:b/>
        </w:rPr>
        <w:t xml:space="preserve">[25:39] </w:t>
      </w:r>
      <w:r>
        <w:t>kyun aisa karte hain? halankeh woh Khuda ko mante the, Khuda ko mante hain. woh</w:t>
      </w:r>
    </w:p>
    <w:p>
      <w:pPr>
        <w:jc w:val="right"/>
      </w:pPr>
      <w:r>
        <w:t>کیوں ایسا کرتے ہیں؟ حالانکہ وہ خدا کو مانتے تھے، خدا کو مانتے ہیں۔ وہ</w:t>
      </w:r>
    </w:p>
    <w:p>
      <w:r>
        <w:rPr>
          <w:b/>
        </w:rPr>
        <w:t xml:space="preserve">[25:46] </w:t>
      </w:r>
      <w:r>
        <w:t>toh main jab main boorha hua, tab main ne is jaana is baat ko.</w:t>
      </w:r>
    </w:p>
    <w:p>
      <w:pPr>
        <w:jc w:val="right"/>
      </w:pPr>
      <w:r>
        <w:t>تو میں جب میں بوڑھا ہوا، تب میں نے اس جانا اس بات کو۔</w:t>
      </w:r>
    </w:p>
    <w:p>
      <w:r>
        <w:rPr>
          <w:b/>
        </w:rPr>
        <w:t xml:space="preserve">[25:53] </w:t>
      </w:r>
      <w:r>
        <w:t>un ke liye akhirat ek khabar hoti hai. khabar boorha boorhe insaan ke liye akhirat ek tajruba ban jati hai.</w:t>
      </w:r>
    </w:p>
    <w:p>
      <w:pPr>
        <w:jc w:val="right"/>
      </w:pPr>
      <w:r>
        <w:t>ان کے لیے آخرت ایک خبر ہوتی ہے۔ خبر بوڑھا بوڑھے انسان کے لیے آخرت ایک تجربہ بن جاتی ہے۔</w:t>
      </w:r>
    </w:p>
    <w:p>
      <w:r>
        <w:rPr>
          <w:b/>
        </w:rPr>
        <w:t xml:space="preserve">[26:04] </w:t>
      </w:r>
      <w:r>
        <w:t>tajruba, yaani jo jo aap tasawwur nahi kar sakte ke boorha boorhe insaan ke upar kya kya beitta hai,</w:t>
      </w:r>
    </w:p>
    <w:p>
      <w:pPr>
        <w:jc w:val="right"/>
      </w:pPr>
      <w:r>
        <w:t>تجربہ، یعنی جو جو آپ تصور نہیں کر سکتے کہ بوڑھا بوڑھے انسان کے اوپر کیا کیا بیتتا ہے،</w:t>
      </w:r>
    </w:p>
    <w:p>
      <w:r>
        <w:rPr>
          <w:b/>
        </w:rPr>
        <w:t xml:space="preserve">[26:13] </w:t>
      </w:r>
      <w:r>
        <w:t>us ko main tajruba keh raha hoon. toh jo zulm karte hain, jo duniya mein fasad machate hain, jo duniya mein ghoghaye saath chalate hain,</w:t>
      </w:r>
    </w:p>
    <w:p>
      <w:pPr>
        <w:jc w:val="right"/>
      </w:pPr>
      <w:r>
        <w:t>اس کو میں تجربہ کہہ رہا ہوں۔ تو جو ظلم کرتے ہیں، جو دنیا میں فساد مچاتے ہیں، جو دنیا میں غوغائے ساتھ چلاتے ہیں،</w:t>
      </w:r>
    </w:p>
    <w:p>
      <w:r>
        <w:rPr>
          <w:b/>
        </w:rPr>
        <w:t xml:space="preserve">[26:29] </w:t>
      </w:r>
      <w:r>
        <w:t>un ke liye akhirat sirf ek khabar hoti hai. aur yaad rakhiye, ek khabar mein woh taaseer nahi hai, tajrube mein hoti hai.</w:t>
      </w:r>
    </w:p>
    <w:p>
      <w:pPr>
        <w:jc w:val="right"/>
      </w:pPr>
      <w:r>
        <w:t>ان کے لیے آخرت صرف ایک خبر ہوتی ہے۔ اور یاد رکھیے، ایک خبر میں وہ تاثیر نہیں ہے، تجربے میں ہوتی ہے۔</w:t>
      </w:r>
    </w:p>
    <w:p>
      <w:r>
        <w:rPr>
          <w:b/>
        </w:rPr>
        <w:t xml:space="preserve">[26:41] </w:t>
      </w:r>
      <w:r>
        <w:t>jab aap tajruba karte hain, tab aap jante hain ke</w:t>
      </w:r>
    </w:p>
    <w:p>
      <w:pPr>
        <w:jc w:val="right"/>
      </w:pPr>
      <w:r>
        <w:t>جب آپ تجربہ کرتے ہیں، تب آپ جانتے ہیں کہ</w:t>
      </w:r>
    </w:p>
    <w:p>
      <w:r>
        <w:rPr>
          <w:b/>
        </w:rPr>
        <w:t xml:space="preserve">[26:45] </w:t>
      </w:r>
      <w:r>
        <w:t>musibat kya cheez hai.</w:t>
      </w:r>
    </w:p>
    <w:p>
      <w:pPr>
        <w:jc w:val="right"/>
      </w:pPr>
      <w:r>
        <w:t>مصیبت کیا چیز ہے۔</w:t>
      </w:r>
    </w:p>
    <w:p>
      <w:r>
        <w:rPr>
          <w:b/>
        </w:rPr>
        <w:t xml:space="preserve">[26:49] </w:t>
      </w:r>
      <w:r>
        <w:t>jab tak aap ko tajruba nahi hota, tab aap jante nahi aap ko musibat kya cheez hai.</w:t>
      </w:r>
    </w:p>
    <w:p>
      <w:pPr>
        <w:jc w:val="right"/>
      </w:pPr>
      <w:r>
        <w:t>جب تک آپ کو تجربہ نہیں ہوتا، تب آپ جانتے نہیں آپ کو مصیبت کیا چیز ہے۔</w:t>
      </w:r>
    </w:p>
    <w:p>
      <w:r>
        <w:rPr>
          <w:b/>
        </w:rPr>
        <w:t xml:space="preserve">[26:57] </w:t>
      </w:r>
      <w:r>
        <w:t>toh akhirat ko is waqt toh insaan jaan nahi sakta sahi maanon mein, jab tak us ko is ka tajruba na ho jaye. sirf khabar ho toh kuch bhi nahi hai.</w:t>
      </w:r>
    </w:p>
    <w:p>
      <w:pPr>
        <w:jc w:val="right"/>
      </w:pPr>
      <w:r>
        <w:t>تو آخرت کو اس وقت تو انسان جان نہیں سکتا صحیح معنوں میں، جب تک اس کو اس کا تجربہ نہ ہو جائے۔ صرف خبر ہو تو کچھ بھی نہیں ہے۔</w:t>
      </w:r>
    </w:p>
    <w:p>
      <w:r>
        <w:rPr>
          <w:b/>
        </w:rPr>
        <w:t xml:space="preserve">[27:09] </w:t>
      </w:r>
      <w:r>
        <w:t>toh boorhe insaan ko jante hain kya hota hai. boorhe insaan ke saath jante hain kya hota hai. hamari body mein</w:t>
      </w:r>
    </w:p>
    <w:p>
      <w:pPr>
        <w:jc w:val="right"/>
      </w:pPr>
      <w:r>
        <w:t>تو بوڑھے انسان کو جانتے ہیں کیا ہوتا ہے۔ بوڑھے انسان کے ساتھ جانتے ہیں کیا ہوتا ہے۔ ہماری باڈی میں</w:t>
      </w:r>
    </w:p>
    <w:p>
      <w:r>
        <w:rPr>
          <w:b/>
        </w:rPr>
        <w:t xml:space="preserve">[27:18] </w:t>
      </w:r>
      <w:r>
        <w:t>taqreeban 80 organ hain, chhote bade organ hain. ek ke baad ek organ jo hain, jawab dene lagte hain.</w:t>
      </w:r>
    </w:p>
    <w:p>
      <w:pPr>
        <w:jc w:val="right"/>
      </w:pPr>
      <w:r>
        <w:t>تقریباً 80 ارگن ہیں، چھوٹے بڑے ارگن ہیں۔ ایک کے بعد ایک ارگن جو ہیں، جواب دینے لگتے ہیں۔</w:t>
      </w:r>
    </w:p>
    <w:p>
      <w:r>
        <w:rPr>
          <w:b/>
        </w:rPr>
        <w:t xml:space="preserve">[27:31] </w:t>
      </w:r>
      <w:r>
        <w:t>poora body ko yeh organ chalate hain. hamari jo body hai, us ko yahi organ chala rahe hote hain.</w:t>
      </w:r>
    </w:p>
    <w:p>
      <w:pPr>
        <w:jc w:val="right"/>
      </w:pPr>
      <w:r>
        <w:t>پورا باڈی کو یہ ارگن چلاتے ہیں۔ ہماری جو باڈی ہے، اس کو یہی ارگن چلا رہے ہوتے ہیں۔</w:t>
      </w:r>
    </w:p>
    <w:p>
      <w:r>
        <w:rPr>
          <w:b/>
        </w:rPr>
        <w:t xml:space="preserve">[27:41] </w:t>
      </w:r>
      <w:r>
        <w:t>ek ke baad ek</w:t>
      </w:r>
    </w:p>
    <w:p>
      <w:pPr>
        <w:jc w:val="right"/>
      </w:pPr>
      <w:r>
        <w:t>ایک کے بعد ایک</w:t>
      </w:r>
    </w:p>
    <w:p>
      <w:r>
        <w:rPr>
          <w:b/>
        </w:rPr>
        <w:t xml:space="preserve">[27:45] </w:t>
      </w:r>
      <w:r>
        <w:t>organ jawab dene lagte hain. toh aap ka aap ke haath, paaon, aankh, aap ki aankh, aap ki saare azaa, hatta keh mind bhi saath nahi dete aap ko.</w:t>
      </w:r>
    </w:p>
    <w:p>
      <w:pPr>
        <w:jc w:val="right"/>
      </w:pPr>
      <w:r>
        <w:t>ارگن جواب دینے لگتے ہیں۔ تو آپ کا آپ کے ہاتھ، پاؤں، آنکھ، آپ کی آنکھ، آپ کی سارے اعضاء، حتیٰ کہ مائنڈ بھی ساتھ نہیں دیتے آپ کو۔</w:t>
      </w:r>
    </w:p>
    <w:p>
      <w:r>
        <w:rPr>
          <w:b/>
        </w:rPr>
        <w:t xml:space="preserve">[28:01] </w:t>
      </w:r>
      <w:r>
        <w:t>toh zindagi</w:t>
      </w:r>
    </w:p>
    <w:p>
      <w:pPr>
        <w:jc w:val="right"/>
      </w:pPr>
      <w:r>
        <w:t>تو زندگی</w:t>
      </w:r>
    </w:p>
    <w:p>
      <w:r>
        <w:rPr>
          <w:b/>
        </w:rPr>
        <w:t xml:space="preserve">[28:03] </w:t>
      </w:r>
      <w:r>
        <w:t>musibat ban jati hai. musibat hamare gaon mein ek boorhi, ek boorhi aurat thi. toh woh kaha karti thi ke "yeh ungli dabaao, tofeera, woh ungli dabaao, tofeera", yaani isi ungli ko chhoon toh is mein dard, isi ungli ko chhoon toh bhi dard.</w:t>
      </w:r>
    </w:p>
    <w:p>
      <w:pPr>
        <w:jc w:val="right"/>
      </w:pPr>
      <w:r>
        <w:t>مصیبت بن جاتی ہے۔ مصیبت ہمارے گاؤں میں ایک بوڑھی، ایک بوڑھی عورت تھی۔ تو وہ کہا کرتی تھی کہ "یہ انگلی دباؤ، توفیرا، وہ انگلی دباؤ، توفیرا"، یعنی اسی انگلی کو چھوؤں تو اس میں درد، اسی انگلی کو چھوؤں تو بھی درد۔</w:t>
      </w:r>
    </w:p>
    <w:p>
      <w:r>
        <w:rPr>
          <w:b/>
        </w:rPr>
        <w:t xml:space="preserve">[28:24] </w:t>
      </w:r>
      <w:r>
        <w:t>toh boorha insaan par Allah ki rehmat hai. yeh rehmat hai ke woh is ko barhappe ko pahunchta hai, pahuncha kar akhirat ka is ka tajruba banata hai.</w:t>
      </w:r>
    </w:p>
    <w:p>
      <w:pPr>
        <w:jc w:val="right"/>
      </w:pPr>
      <w:r>
        <w:t>تو بوڑھا انسان پر اللہ کی رحمت ہے۔ یہ رحمت ہے کہ وہ اس کو بڑھاپے کو پہنچتا ہے، پہنچا کر آخرت کا اس کا تجربہ بناتا ہے۔</w:t>
      </w:r>
    </w:p>
    <w:p>
      <w:r>
        <w:rPr>
          <w:b/>
        </w:rPr>
        <w:t xml:space="preserve">[28:36] </w:t>
      </w:r>
      <w:r>
        <w:t>tajruba</w:t>
      </w:r>
    </w:p>
    <w:p>
      <w:pPr>
        <w:jc w:val="right"/>
      </w:pPr>
      <w:r>
        <w:t>تجربہ</w:t>
      </w:r>
    </w:p>
    <w:p>
      <w:r>
        <w:rPr>
          <w:b/>
        </w:rPr>
        <w:t xml:space="preserve">[28:41] </w:t>
      </w:r>
      <w:r>
        <w:t>musibat aur azaab aur takleef, yeh sab us ke tajruba ban jata hai. tab woh janta hai ke mujhe kyun jahannum se bachna chahiye.</w:t>
      </w:r>
    </w:p>
    <w:p>
      <w:pPr>
        <w:jc w:val="right"/>
      </w:pPr>
      <w:r>
        <w:t>مصیبت اور عذاب اور تکلیف، یہ سب اس کے تجربہ بن جاتا ہے۔ تب وہ جانتا ہے کہ مجھے کیوں جہنم سے بچنا چاہیے۔</w:t>
      </w:r>
    </w:p>
    <w:p>
      <w:r>
        <w:rPr>
          <w:b/>
        </w:rPr>
        <w:t xml:space="preserve">[28:52] </w:t>
      </w:r>
      <w:r>
        <w:t>jab tak tajruba na bane aap ke liye musibat aur azaab, yeh sab tab tak aap bekhabar rehte hain, bekhabar.</w:t>
      </w:r>
    </w:p>
    <w:p>
      <w:pPr>
        <w:jc w:val="right"/>
      </w:pPr>
      <w:r>
        <w:t>جب تک تجربہ نہ بنے آپ کے لیے مصیبت اور عذاب، یہ سب تب تک آپ بے خبر رہتے ہیں، بے خبر۔</w:t>
      </w:r>
    </w:p>
    <w:p>
      <w:r>
        <w:rPr>
          <w:b/>
        </w:rPr>
        <w:t xml:space="preserve">[29:01] </w:t>
      </w:r>
      <w:r>
        <w:t>dar nahi paida hota aap ke andar.</w:t>
      </w:r>
    </w:p>
    <w:p>
      <w:pPr>
        <w:jc w:val="right"/>
      </w:pPr>
      <w:r>
        <w:t>ڈر نہیں پیدا ہوتا آپ کے اندر۔</w:t>
      </w:r>
    </w:p>
    <w:p>
      <w:r>
        <w:rPr>
          <w:b/>
        </w:rPr>
        <w:t xml:space="preserve">[29:06] </w:t>
      </w:r>
      <w:r>
        <w:t>main khud apne bare mein keh sakta hoon ke jab tak main boorha nahi hua tha, jawan tha toh bohat taqat thi mere haath paaon mein. toh main akhirat mere liye khabar thi.</w:t>
      </w:r>
    </w:p>
    <w:p>
      <w:pPr>
        <w:jc w:val="right"/>
      </w:pPr>
      <w:r>
        <w:t>میں خود اپنے بارے میں کہہ سکتا ہوں کہ جب تک میں بوڑھا نہیں ہوا تھا، جوان تھا تو بہت طاقت تھی میرے ہاتھ پاؤں میں۔ تو میں آخرت میرے لیے خبر تھی۔</w:t>
      </w:r>
    </w:p>
    <w:p>
      <w:r>
        <w:rPr>
          <w:b/>
        </w:rPr>
        <w:t xml:space="preserve">[29:21] </w:t>
      </w:r>
      <w:r>
        <w:t>woh woh</w:t>
      </w:r>
    </w:p>
    <w:p>
      <w:pPr>
        <w:jc w:val="right"/>
      </w:pPr>
      <w:r>
        <w:t>وہ وہ</w:t>
      </w:r>
    </w:p>
    <w:p>
      <w:r>
        <w:rPr>
          <w:b/>
        </w:rPr>
        <w:t xml:space="preserve">[29:22] </w:t>
      </w:r>
      <w:r>
        <w:t>wo shadeed ehsas tha akhirat ko nahi milna tha jo hona chahiye. lekin jab mein boorha hua, tab mere liye akhirat ek khabar nahi rahi, wo mere liye tajurba ban gayi.</w:t>
      </w:r>
    </w:p>
    <w:p>
      <w:pPr>
        <w:jc w:val="right"/>
      </w:pPr>
      <w:r>
        <w:t>وہ شدید احساس تھا آخرت کو نہیں ملنا تھا جو ہونا چاہیے۔ لیکن جب میں بوڑھا ہوا، تب میرے لیے آخرت ایک خبر نہیں رہی، وہ میرے لیے تجربہ بن گئی۔</w:t>
      </w:r>
    </w:p>
    <w:p>
      <w:r>
        <w:rPr>
          <w:b/>
        </w:rPr>
        <w:t xml:space="preserve">[29:38] </w:t>
      </w:r>
      <w:r>
        <w:t>tab mein ne jana hai ke kya cheez hai. yeh</w:t>
      </w:r>
    </w:p>
    <w:p>
      <w:pPr>
        <w:jc w:val="right"/>
      </w:pPr>
      <w:r>
        <w:t>تب میں نے جانا ہے کہ کیا چیز ہے۔ یہ</w:t>
      </w:r>
    </w:p>
    <w:p>
      <w:r>
        <w:rPr>
          <w:b/>
        </w:rPr>
        <w:t xml:space="preserve">[29:45] </w:t>
      </w:r>
      <w:r>
        <w:t>to aap log suffering ko ya zindagi ki museebat ko Allah ki activation plan mein shamil kar ke dekhiye.</w:t>
      </w:r>
    </w:p>
    <w:p>
      <w:pPr>
        <w:jc w:val="right"/>
      </w:pPr>
      <w:r>
        <w:t>تو آپ لوگ سفرنگ کو یا زندگی کی مصیبت کو اللہ کی ایکٹیویشن پلان میں شامل کر کے دیکھیے۔</w:t>
      </w:r>
    </w:p>
    <w:p>
      <w:r>
        <w:rPr>
          <w:b/>
        </w:rPr>
        <w:t xml:space="preserve">[29:57] </w:t>
      </w:r>
      <w:r>
        <w:t>Allah ke jo activation plan hai, us mein shamil kar ke dekhiye.</w:t>
      </w:r>
    </w:p>
    <w:p>
      <w:pPr>
        <w:jc w:val="right"/>
      </w:pPr>
      <w:r>
        <w:t>اللہ کے جو ایکٹیویشن پلان ہے، اس میں شامل کر کے دیکھیے۔</w:t>
      </w:r>
    </w:p>
    <w:p>
      <w:r>
        <w:rPr>
          <w:b/>
        </w:rPr>
        <w:t xml:space="preserve">[30:02] </w:t>
      </w:r>
      <w:r>
        <w:t>Allah ke angle se dekhiye, creator ke angle se dekhiye. apne angle se mat dekhiye kyunke aap ne apne khud paida kiya hai, na suraj aur chand aap ne paida kiya hai,</w:t>
      </w:r>
    </w:p>
    <w:p>
      <w:pPr>
        <w:jc w:val="right"/>
      </w:pPr>
      <w:r>
        <w:t>اللہ کے اینگل سے دیکھیے، کریٹر کے اینگل سے دیکھیے۔ اپنے اینگل سے مت دیکھیے کیونکہ آپ نے اپنے خود پیدا کیا ہے، نہ سورج اور چاند آپ نے پیدا کیا ہے،</w:t>
      </w:r>
    </w:p>
    <w:p>
      <w:r>
        <w:rPr>
          <w:b/>
        </w:rPr>
        <w:t xml:space="preserve">[30:16] </w:t>
      </w:r>
      <w:r>
        <w:t>na zameen mein pani aap ne paida kiya hai.</w:t>
      </w:r>
    </w:p>
    <w:p>
      <w:pPr>
        <w:jc w:val="right"/>
      </w:pPr>
      <w:r>
        <w:t>نہ زمین میں پانی آپ نے پیدا کیا ہے۔</w:t>
      </w:r>
    </w:p>
    <w:p>
      <w:r>
        <w:rPr>
          <w:b/>
        </w:rPr>
        <w:t xml:space="preserve">[30:20] </w:t>
      </w:r>
      <w:r>
        <w:t>to sab kuch kisi aur ne paida kiya hai. us ke angle se dekhiye,</w:t>
      </w:r>
    </w:p>
    <w:p>
      <w:pPr>
        <w:jc w:val="right"/>
      </w:pPr>
      <w:r>
        <w:t>تو سب کچھ کسی اور نے پیدا کیا ہے۔ اس کے اینگل سے دیکھیے،</w:t>
      </w:r>
    </w:p>
    <w:p>
      <w:r>
        <w:rPr>
          <w:b/>
        </w:rPr>
        <w:t xml:space="preserve">[30:28] </w:t>
      </w:r>
      <w:r>
        <w:t>yani creator ke angle se dekhiye, apne angle se mat dekhiye. tab aap janenge ke kya cheez hai. yeh to Allah aap ko apni apni scheme of things se baghabar karne ke liye,</w:t>
      </w:r>
    </w:p>
    <w:p>
      <w:pPr>
        <w:jc w:val="right"/>
      </w:pPr>
      <w:r>
        <w:t>یعنی کریٹر کے اینگل سے دیکھیے، اپنے اینگل سے مت دیکھیے۔ تب آپ جانیں گے کہ کیا چیز ہے۔ یہ تو اللہ آپ کو اپنی اپنی اسکیم آف تھنگ سے باخبر کرنے کے لیے،</w:t>
      </w:r>
    </w:p>
    <w:p>
      <w:r>
        <w:rPr>
          <w:b/>
        </w:rPr>
        <w:t xml:space="preserve">[30:47] </w:t>
      </w:r>
      <w:r>
        <w:t>Allah aap ko apni scheme of things, scheme of things jo Allah ki hai,</w:t>
      </w:r>
    </w:p>
    <w:p>
      <w:pPr>
        <w:jc w:val="right"/>
      </w:pPr>
      <w:r>
        <w:t>اللہ آپ کو اپنی اسکیم تھنگ، اسکیم آف تھنگ جو اللہ کی ہے،</w:t>
      </w:r>
    </w:p>
    <w:p>
      <w:r>
        <w:rPr>
          <w:b/>
        </w:rPr>
        <w:t xml:space="preserve">[30:56] </w:t>
      </w:r>
      <w:r>
        <w:t>yeh scheme of things yeh hai ke dunya mein aap rahenge, yahan wo amal amal karenge. is amal ke badle mein aap ko achhe amal ke badle mein aap ko ya to jannat milegi,</w:t>
      </w:r>
    </w:p>
    <w:p>
      <w:pPr>
        <w:jc w:val="right"/>
      </w:pPr>
      <w:r>
        <w:t>یہ اسکیم آف تھنگ یہ ہے کہ دنیا میں آپ رہیں گے، یہاں وہ عمل عمل کریں گے۔ اس عمل کے بدلے میں آپ کو اچھے عمل کے بدلے میں آپ کو یا تو جنت ملے گی،</w:t>
      </w:r>
    </w:p>
    <w:p>
      <w:r>
        <w:rPr>
          <w:b/>
        </w:rPr>
        <w:t xml:space="preserve">[31:09] </w:t>
      </w:r>
      <w:r>
        <w:t>nahi to aap ke liye jahannum ka khatra paida ho jayega.</w:t>
      </w:r>
    </w:p>
    <w:p>
      <w:pPr>
        <w:jc w:val="right"/>
      </w:pPr>
      <w:r>
        <w:t>نہیں تو آپ کے لیے جہنم کا خطرہ پیدا ہو جائے گا۔</w:t>
      </w:r>
    </w:p>
    <w:p>
      <w:r>
        <w:rPr>
          <w:b/>
        </w:rPr>
        <w:t xml:space="preserve">[31:14] </w:t>
      </w:r>
      <w:r>
        <w:t>to Allah aap ko tajurba karata hai.</w:t>
      </w:r>
    </w:p>
    <w:p>
      <w:pPr>
        <w:jc w:val="right"/>
      </w:pPr>
      <w:r>
        <w:t>تو اللہ آپ کو تجربہ کراتا ہے۔</w:t>
      </w:r>
    </w:p>
    <w:p>
      <w:r>
        <w:rPr>
          <w:b/>
        </w:rPr>
        <w:t xml:space="preserve">[31:28] </w:t>
      </w:r>
      <w:r>
        <w:t>yeh kitni ahem baat hai.</w:t>
      </w:r>
    </w:p>
    <w:p>
      <w:pPr>
        <w:jc w:val="right"/>
      </w:pPr>
      <w:r>
        <w:t>یہ کتنی اہم بات ہے۔</w:t>
      </w:r>
    </w:p>
    <w:p>
      <w:r>
        <w:rPr>
          <w:b/>
        </w:rPr>
        <w:t xml:space="preserve">[31:30] </w:t>
      </w:r>
      <w:r>
        <w:t>dekhiye ke jo raij kar le is baat ko ke suffering jo hai Allah ki scheme ki itaat hai, to us ke liye basharat hai.</w:t>
      </w:r>
    </w:p>
    <w:p>
      <w:pPr>
        <w:jc w:val="right"/>
      </w:pPr>
      <w:r>
        <w:t>دیکھیے کہ جو رائج کر لے اس بات کو کہ سفرنگ جو ہے اللہ کی اسکیم کی اطاعت ہے، تو اس کے لیے بشارت ہے۔</w:t>
      </w:r>
    </w:p>
    <w:p>
      <w:r>
        <w:rPr>
          <w:b/>
        </w:rPr>
        <w:t xml:space="preserve">[31:45] </w:t>
      </w:r>
      <w:r>
        <w:t>basharat hai jis aadmi ne suffering ko Allah ki scheme ki angle se dekh liya, us ke liye basharat hai.</w:t>
      </w:r>
    </w:p>
    <w:p>
      <w:pPr>
        <w:jc w:val="right"/>
      </w:pPr>
      <w:r>
        <w:t>بشارت ہے جس آدمی نے سفرنگ کو اللہ کی اسکیم کی اینگل سے دیکھ لیا، اس کے لیے بشارت ہے۔</w:t>
      </w:r>
    </w:p>
    <w:p>
      <w:r>
        <w:rPr>
          <w:b/>
        </w:rPr>
        <w:t xml:space="preserve">[31:56] </w:t>
      </w:r>
      <w:r>
        <w:t>basharat yeh hai ke us ke liye jannat hai.</w:t>
      </w:r>
    </w:p>
    <w:p>
      <w:pPr>
        <w:jc w:val="right"/>
      </w:pPr>
      <w:r>
        <w:t>بشارت یہ ہے کہ اس کے لیے جنت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