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w:t>
      </w:r>
    </w:p>
    <w:p>
      <w:r>
        <w:t>https://www.youtube.com/watch?v=W2DKBK6QYTY</w:t>
      </w:r>
    </w:p>
    <w:p>
      <w:r>
        <w:rPr>
          <w:b/>
        </w:rPr>
        <w:t xml:space="preserve">[00:12] </w:t>
      </w:r>
      <w:r>
        <w:t>from Mr. Udhiyan Roy: "The Mumbai blast targeted not just buildings, but also five-star culture, which is fast becoming a catalyst in speeding up the degeneration of human values.</w:t>
      </w:r>
    </w:p>
    <w:p>
      <w:pPr>
        <w:jc w:val="right"/>
      </w:pPr>
      <w:r>
        <w:t>from Mr. Udhiyan Roy: "The Mumbai blast targeted not just buildings, but also five-star culture, which is fast becoming a catalyst in speeding up the degeneration of human values.</w:t>
      </w:r>
    </w:p>
    <w:p>
      <w:r>
        <w:rPr>
          <w:b/>
        </w:rPr>
        <w:t xml:space="preserve">[00:29] </w:t>
      </w:r>
      <w:r>
        <w:t>How can Dawa work help in countering the evil influences of five-star culture?"</w:t>
      </w:r>
    </w:p>
    <w:p>
      <w:pPr>
        <w:jc w:val="right"/>
      </w:pPr>
      <w:r>
        <w:t>How can Dawa work help in countering the evil influences of five-star culture?"</w:t>
      </w:r>
    </w:p>
    <w:p>
      <w:r>
        <w:rPr>
          <w:b/>
        </w:rPr>
        <w:t xml:space="preserve">[00:39] </w:t>
      </w:r>
      <w:r>
        <w:t>dekhiye, yeh five star culture, jis ko aap kehte hain, is ko</w:t>
      </w:r>
    </w:p>
    <w:p>
      <w:pPr>
        <w:jc w:val="right"/>
      </w:pPr>
      <w:r>
        <w:t>देखिए, यह फाइव स्टार कल्चर, जिसको आप कहते हैं, इसको</w:t>
      </w:r>
    </w:p>
    <w:p>
      <w:r>
        <w:rPr>
          <w:b/>
        </w:rPr>
        <w:t xml:space="preserve">[00:48] </w:t>
      </w:r>
      <w:r>
        <w:t>khatam karna us tarah nahi ho sakta jis tarah se aajkal ho raha hai. kuch logon ne bomb blast kiya, kuch aur log speeches dete hain idhar-udhar. aap dekhen ke five star culture ke peeche kya taqat hai, kyun badh raha hai dunya mein,</w:t>
      </w:r>
    </w:p>
    <w:p>
      <w:pPr>
        <w:jc w:val="right"/>
      </w:pPr>
      <w:r>
        <w:t>खत्म करना उस तरह नहीं हो सकता जिस तरह से आजकल हो रहा है। कुछ लोगों ने बॉम्ब ब्लास्ट किया, कुछ और लोग स्पीचेस देते हैं इधर-उधर। आप देखें कि फाइव स्टार कल्चर के पीछे क्या ताकत है, क्यों बढ़ रहा है दुनिया में,</w:t>
      </w:r>
    </w:p>
    <w:p>
      <w:r>
        <w:rPr>
          <w:b/>
        </w:rPr>
        <w:t xml:space="preserve">[01:08] </w:t>
      </w:r>
      <w:r>
        <w:t>is ko janna chahiye. to hum log, jo</w:t>
      </w:r>
    </w:p>
    <w:p>
      <w:pPr>
        <w:jc w:val="right"/>
      </w:pPr>
      <w:r>
        <w:t>इसको जानना चाहिए। तो हम लोग, जो</w:t>
      </w:r>
    </w:p>
    <w:p>
      <w:r>
        <w:rPr>
          <w:b/>
        </w:rPr>
        <w:t xml:space="preserve">[01:16] </w:t>
      </w:r>
      <w:r>
        <w:t>aajkal dunya mein, yani taker group bane hue hain, hum kuch bhi nahi kar sakte. five star culture unhon ne chalaya, jo dunya mein jinki hasiyat giver group ki hai, wo dene wale hain.</w:t>
      </w:r>
    </w:p>
    <w:p>
      <w:pPr>
        <w:jc w:val="right"/>
      </w:pPr>
      <w:r>
        <w:t>आजकल दुनिया में, यानी टेकर ग्रुप बने हुए हैं, हम कुछ भी नहीं कर सकते। फाइव स्टार कल्चर उन्होंने चलाया, जो दुनिया में जिनकी हैसियत गिवर ग्रुप की है, वो देने वाले हैं।</w:t>
      </w:r>
    </w:p>
    <w:p>
      <w:r>
        <w:rPr>
          <w:b/>
        </w:rPr>
        <w:t xml:space="preserve">[01:32] </w:t>
      </w:r>
      <w:r>
        <w:t>sab kuch unhi se mila hai hum ko. sari technology, sari machinery, sari industry, sara development udhar hi se aa raha hai. to mein sochta hoon ke yeh apna time waste karna hai ke aap is five star culture ke khilaf bolen ya</w:t>
      </w:r>
    </w:p>
    <w:p>
      <w:pPr>
        <w:jc w:val="right"/>
      </w:pPr>
      <w:r>
        <w:t>सब कुछ उन्हीं से मिला है हमको। सारी टेक्नोलॉजी, सारी मशीनरी, सारी इंडस्ट्री, सारा डेवलपमेंट उधर ही से आ रहा है। तो मैं सोचता हूं कि यह अपना टाइम वेस्ट करना है कि आप इस फाइव स्टार कल्चर के खिलाफ बोलें या</w:t>
      </w:r>
    </w:p>
    <w:p>
      <w:r>
        <w:rPr>
          <w:b/>
        </w:rPr>
        <w:t xml:space="preserve">[01:50] </w:t>
      </w:r>
      <w:r>
        <w:t>bomb maren us ko. kyunke jab tak aap taker group mein, aap ki koi sunwai nahi hogi. apne ko uthana padega, apne ko elevate karna padega ke hum hum khud giver group ban saken. is se pehle mein nahi samajhta ke koi effective</w:t>
      </w:r>
    </w:p>
    <w:p>
      <w:pPr>
        <w:jc w:val="right"/>
      </w:pPr>
      <w:r>
        <w:t>बम मारें उसको। क्योंकि जब तक आप टेकर ग्रुप में, आपकी कोई सुनवाई नहीं होगी। अपने को उठाना पड़ेगा, अपने को एलिवेट करना पड़ेगा कि हम हम खुद गिवर ग्रुप बन सकें। इससे पहले मैं नहीं समझता कि कोई इफेक्टिव</w:t>
      </w:r>
    </w:p>
    <w:p>
      <w:r>
        <w:rPr>
          <w:b/>
        </w:rPr>
        <w:t xml:space="preserve">[02:09] </w:t>
      </w:r>
      <w:r>
        <w:t>kaam ho sakta hai is line mein. sab se pehle apne aap ko uthaiye, apne aap ko elevate kijiye, apne aap ko kisi bhi kisi bhi tarah se giver group banaiye. kisi bhi tarah se giver group banaiye. mein America mein gaya to mujhe bohat taajub hua ke wahan</w:t>
      </w:r>
    </w:p>
    <w:p>
      <w:pPr>
        <w:jc w:val="right"/>
      </w:pPr>
      <w:r>
        <w:t>काम हो सकता है इस लाइन में। सबसे पहले अपने आप को उठाइए, अपने आप को एलिवेट कीजिए, अपने आप को किसी भी किसी भी तरीके से गिवर ग्रुप बनाइए। किसी भी तरीके से गिवर ग्रुप बनाइए। मैं अमेरिका में गया तो मुझे बहुत ताज्जुब हुआ कि वहां</w:t>
      </w:r>
    </w:p>
    <w:p>
      <w:r>
        <w:rPr>
          <w:b/>
        </w:rPr>
        <w:t xml:space="preserve">[02:28] </w:t>
      </w:r>
      <w:r>
        <w:t>ek akhbar nikalta hai, uska naam hai "hinduism today" ya "india today". mujhe naam bhool raha tha, koi "india today" ya "india today". uska jo standard tha, wo india ke sare padhto se achha tha.</w:t>
      </w:r>
    </w:p>
    <w:p>
      <w:pPr>
        <w:jc w:val="right"/>
      </w:pPr>
      <w:r>
        <w:t>एक अखबार निकलता है, उसका नाम है "हिंदुइज्म टुडे" या "इंडिया टुडे"। मुझे नाम भूल रहा था, कोई "इंडिया टुडे" या "इंडिया टुडे"। उसका जो स्टैंडर्ड था, वो इंडिया के सारे पढ़तो से अच्छा था।</w:t>
      </w:r>
    </w:p>
    <w:p>
      <w:r>
        <w:rPr>
          <w:b/>
        </w:rPr>
        <w:t xml:space="preserve">[02:47] </w:t>
      </w:r>
      <w:r>
        <w:t>iska matlab kya hai? ek achha english paper bhi india se achha nikalta hai america mein. ab bataiye, to hum kahan hain?</w:t>
      </w:r>
    </w:p>
    <w:p>
      <w:pPr>
        <w:jc w:val="right"/>
      </w:pPr>
      <w:r>
        <w:t>इसका मतलब क्या है? एक अच्छा इंग्लिश पेपर भी इंडिया से अच्छा निकलता है अमेरिका में। अब बताइए, तो हम कहां हैं?</w:t>
      </w:r>
    </w:p>
    <w:p>
      <w:r>
        <w:rPr>
          <w:b/>
        </w:rPr>
        <w:t xml:space="preserve">[02:59] </w:t>
      </w:r>
      <w:r>
        <w:t>yani india ke bare mein ek achha paper bhi nikalta hai, to america se nikalta hai. to hum kahan hain, bataiye. to humko apne ko upar uthana padega sabse pehle, tabhi hum effective kaam kar sakenge is line mein kuch.</w:t>
      </w:r>
    </w:p>
    <w:p>
      <w:pPr>
        <w:jc w:val="right"/>
      </w:pPr>
      <w:r>
        <w:t>यानी इंडिया के बारे में एक अच्छा पेपर भी निकलता है, तो अमेरिका से निकलता है। तो हम कहां हैं, बताइए। तो हमको अपने को ऊपर उठाना पड़ेगा सबसे पहले, तभी हम इफेक्टिव काम कर सकेंगे इस लाइन में कुछ।</w:t>
      </w:r>
    </w:p>
    <w:p>
      <w:r>
        <w:rPr>
          <w:b/>
        </w:rPr>
        <w:t xml:space="preserve">[03:16] </w:t>
      </w:r>
      <w:r>
        <w:t>His other question is: "How can people not born into Muslim faith contribute to Dawa work?"</w:t>
      </w:r>
    </w:p>
    <w:p>
      <w:pPr>
        <w:jc w:val="right"/>
      </w:pPr>
      <w:r>
        <w:t>His other question is: "How can people not born into Muslim faith contribute to Dawa work?"</w:t>
      </w:r>
    </w:p>
    <w:p>
      <w:r>
        <w:rPr>
          <w:b/>
        </w:rPr>
        <w:t xml:space="preserve">[03:27] </w:t>
      </w:r>
      <w:r>
        <w:t>dekhiye, Dawa work ko log lete hain, pata nahi kis maane mein. main us maane mein nahi leta. main jis maane mein leta hoon, wo yeh hai ki logon ki taraf objectivity aaye, free discussion ho,</w:t>
      </w:r>
    </w:p>
    <w:p>
      <w:pPr>
        <w:jc w:val="right"/>
      </w:pPr>
      <w:r>
        <w:t>देखिए, Dawa work को लोग लेते हैं, पता नहीं किस माने में। मैं उस माने में नहीं लेता। मैं जिस माने में लेता हूं, वो यह है कि लोगों की तरफ ऑब्जेक्टिविटी आए, फ्री डिस्कशन हो,</w:t>
      </w:r>
    </w:p>
    <w:p>
      <w:r>
        <w:rPr>
          <w:b/>
        </w:rPr>
        <w:t xml:space="preserve">[03:44] </w:t>
      </w:r>
      <w:r>
        <w:t>sachchai par khula dialogue ho. bas isi ko main Dawa work samajhta hoon. kisi rigidity ka naam Dawa work nahi hai, kisi kattarpan ka naam Dawa work nahi hai. khule tarike se batchit ho. mera jo nishana hai, wo yeh hai</w:t>
      </w:r>
    </w:p>
    <w:p>
      <w:pPr>
        <w:jc w:val="right"/>
      </w:pPr>
      <w:r>
        <w:t>सच्चाई पर खुला डायलॉग हो। बस इसी को मैं Dawa work समझता हूं। किसी रीजिटी का नाम Dawa work नहीं है, किसी कट्टरपन का नाम Dawa work नहीं है। खुले तरीके से बातचीत हो। मेरा जो निशाना है, वो यह है</w:t>
      </w:r>
    </w:p>
    <w:p>
      <w:r>
        <w:rPr>
          <w:b/>
        </w:rPr>
        <w:t xml:space="preserve">[04:00] </w:t>
      </w:r>
      <w:r>
        <w:t>ki jis tarah scientific field mein khuli-khuli batchit hoti hai, astronomy mein, physiology mein, aur physics mein, chemistry mein, aap seminar mein jaiye to wahan par professor log jo hote hain,</w:t>
      </w:r>
    </w:p>
    <w:p>
      <w:pPr>
        <w:jc w:val="right"/>
      </w:pPr>
      <w:r>
        <w:t>कि जिस तरह साइंटिफिक फील्ड में खुली-खुली बातचीत होती है, एस्ट्रोनॉमी में, फिजियोलॉजी में, और फिजिक्स में, केमिस्ट्री में, आप सेमिनार में जाइए तो वहां पर प्रोफेसर लोग जो होते हैं,</w:t>
      </w:r>
    </w:p>
    <w:p>
      <w:r>
        <w:rPr>
          <w:b/>
        </w:rPr>
        <w:t xml:space="preserve">[04:15] </w:t>
      </w:r>
      <w:r>
        <w:t>openly discussion karte hain</w:t>
      </w:r>
    </w:p>
    <w:p>
      <w:pPr>
        <w:jc w:val="right"/>
      </w:pPr>
      <w:r>
        <w:t>ओपनली डिस्कशन करते हैं</w:t>
      </w:r>
    </w:p>
    <w:p>
      <w:r>
        <w:rPr>
          <w:b/>
        </w:rPr>
        <w:t xml:space="preserve">[04:18] </w:t>
      </w:r>
      <w:r>
        <w:t>har theory par, har concept par. aise mazhab hone lage. yeh Dawa work openness asal mein manta hai. openness ko yahan</w:t>
      </w:r>
    </w:p>
    <w:p>
      <w:pPr>
        <w:jc w:val="right"/>
      </w:pPr>
      <w:r>
        <w:t>हर थ्योरी पर, हर कांसेप्ट पर। ऐसे मजहब होने लगे। यह Dawa work ओपननेस असल में मानता है। ओपननेस को यहां</w:t>
      </w:r>
    </w:p>
    <w:p>
      <w:r>
        <w:rPr>
          <w:b/>
        </w:rPr>
        <w:t xml:space="preserve">[04:31] </w:t>
      </w:r>
      <w:r>
        <w:t>kya hai? yahan par tasub hai, bias hai, rigidity hai, koi sunne ko taiyar nahi hai. isse kya ho raha hai?</w:t>
      </w:r>
    </w:p>
    <w:p>
      <w:pPr>
        <w:jc w:val="right"/>
      </w:pPr>
      <w:r>
        <w:t>क्या है? यहां पर तासुब है, बायस है, रीजिटी है, कोई सुनने को तैयार नहीं है। इससे क्या हो रहा है?</w:t>
      </w:r>
    </w:p>
    <w:p>
      <w:r>
        <w:rPr>
          <w:b/>
        </w:rPr>
        <w:t xml:space="preserve">[04:40] </w:t>
      </w:r>
      <w:r>
        <w:t>intellectual development in terms of spirituality रुका हुआ है।</w:t>
      </w:r>
    </w:p>
    <w:p>
      <w:pPr>
        <w:jc w:val="right"/>
      </w:pPr>
      <w:r>
        <w:t>इंटेलेक्चुअल डेवलपमेंट इन टर्म ऑफ स्पिरिचुअलिटी रुका हुआ है।</w:t>
      </w:r>
    </w:p>
    <w:p>
      <w:r>
        <w:rPr>
          <w:b/>
        </w:rPr>
        <w:t xml:space="preserve">[04:45] </w:t>
      </w:r>
      <w:r>
        <w:t>mera matlab isse kuch nahi.</w:t>
      </w:r>
    </w:p>
    <w:p>
      <w:pPr>
        <w:jc w:val="right"/>
      </w:pPr>
      <w:r>
        <w:t>मेरा मतलब इससे कुछ नहीं।</w:t>
      </w:r>
    </w:p>
    <w:p>
      <w:r>
        <w:rPr>
          <w:b/>
        </w:rPr>
        <w:t xml:space="preserve">[04:46] </w:t>
      </w:r>
      <w:r>
        <w:t>main ek aur is mazhab aur us mazhab mein hoon.</w:t>
      </w:r>
    </w:p>
    <w:p>
      <w:pPr>
        <w:jc w:val="right"/>
      </w:pPr>
      <w:r>
        <w:t>मैं एक और इस मजहब और उस मजहब में हूं।</w:t>
      </w:r>
    </w:p>
    <w:p>
      <w:r>
        <w:rPr>
          <w:b/>
        </w:rPr>
        <w:t xml:space="preserve">[04:49] </w:t>
      </w:r>
      <w:r>
        <w:t>mujhe aisi koi dilchaspi nahi.</w:t>
      </w:r>
    </w:p>
    <w:p>
      <w:pPr>
        <w:jc w:val="right"/>
      </w:pPr>
      <w:r>
        <w:t>मुझे ऐसी कोई दिलचस्पी नहीं।</w:t>
      </w:r>
    </w:p>
    <w:p>
      <w:r>
        <w:rPr>
          <w:b/>
        </w:rPr>
        <w:t xml:space="preserve">[04:51] </w:t>
      </w:r>
      <w:r>
        <w:t>main conversion ko bilkul nahi baat karta.</w:t>
      </w:r>
    </w:p>
    <w:p>
      <w:pPr>
        <w:jc w:val="right"/>
      </w:pPr>
      <w:r>
        <w:t>मैं कन्वर्जन को बिल्कुल नहीं बात करता।</w:t>
      </w:r>
    </w:p>
    <w:p>
      <w:r>
        <w:rPr>
          <w:b/>
        </w:rPr>
        <w:t xml:space="preserve">[04:53] </w:t>
      </w:r>
      <w:r>
        <w:t>conversion ki mujhe conversion se koi talluq nahi hai.</w:t>
      </w:r>
    </w:p>
    <w:p>
      <w:pPr>
        <w:jc w:val="right"/>
      </w:pPr>
      <w:r>
        <w:t>कन्वर्जन की मुझे कन्वर्जन से कोई ताल्लुक नहीं है।</w:t>
      </w:r>
    </w:p>
    <w:p>
      <w:r>
        <w:rPr>
          <w:b/>
        </w:rPr>
        <w:t xml:space="preserve">[04:57] </w:t>
      </w:r>
      <w:r>
        <w:t>मेरी दिलचस्पी है intellectual development in terms of spirituality.</w:t>
      </w:r>
    </w:p>
    <w:p>
      <w:pPr>
        <w:jc w:val="right"/>
      </w:pPr>
      <w:r>
        <w:t>मेरी दिलचस्पी है इंटेलेक्चुअल डेवलपमेंट इन टर्म ऑफ स्पिरिचुअलिटी।</w:t>
      </w:r>
    </w:p>
    <w:p>
      <w:r>
        <w:rPr>
          <w:b/>
        </w:rPr>
        <w:t xml:space="preserve">[05:03] </w:t>
      </w:r>
      <w:r>
        <w:t>main rozana bohat se paper, bohat se magazine dekhta hoon.</w:t>
      </w:r>
    </w:p>
    <w:p>
      <w:pPr>
        <w:jc w:val="right"/>
      </w:pPr>
      <w:r>
        <w:t>मैं रोजाना बहुत से पेपर, बहुत से मैगज़ीन देखता हूं।</w:t>
      </w:r>
    </w:p>
    <w:p>
      <w:r>
        <w:rPr>
          <w:b/>
        </w:rPr>
        <w:t xml:space="preserve">[05:07] </w:t>
      </w:r>
      <w:r>
        <w:t>to log confusion mein jeete hain.</w:t>
      </w:r>
    </w:p>
    <w:p>
      <w:pPr>
        <w:jc w:val="right"/>
      </w:pPr>
      <w:r>
        <w:t>तो लोग कंफ्यूजन में जीते हैं।</w:t>
      </w:r>
    </w:p>
    <w:p>
      <w:r>
        <w:rPr>
          <w:b/>
        </w:rPr>
        <w:t xml:space="preserve">[05:10] </w:t>
      </w:r>
      <w:r>
        <w:t>clarity nahi kisi ke yahan.</w:t>
      </w:r>
    </w:p>
    <w:p>
      <w:pPr>
        <w:jc w:val="right"/>
      </w:pPr>
      <w:r>
        <w:t>क्लेरिटी नहीं किसी के यहां।</w:t>
      </w:r>
    </w:p>
    <w:p>
      <w:r>
        <w:rPr>
          <w:b/>
        </w:rPr>
        <w:t xml:space="preserve">[05:12] </w:t>
      </w:r>
      <w:r>
        <w:t>kyon intellectual development logon ka nahi ho raha hai? science mein ho raha hai. dekhiye, do alag-alag department hain. ek science ke department hain, usmein development khoob ho raha hai. lekin jo humanities hain, humanities ke department hain,</w:t>
      </w:r>
    </w:p>
    <w:p>
      <w:pPr>
        <w:jc w:val="right"/>
      </w:pPr>
      <w:r>
        <w:t>क्यों इंटेलेक्चुअल डेवलपमेंट लोगों का नहीं हो रहा है? साइंस में हो रहा है। देखिए, दो अलग-अलग डिपार्टमेंट हैं। एक साइंस के डिपार्टमेंट हैं, उसमें डेवलपमेंट खूब हो रहा है। लेकिन जो ह्यूमैनिटीज हैं, ह्यूमैनिटीज के डिपार्टमेंट हैं,</w:t>
      </w:r>
    </w:p>
    <w:p>
      <w:r>
        <w:rPr>
          <w:b/>
        </w:rPr>
        <w:t xml:space="preserve">[05:27] </w:t>
      </w:r>
      <w:r>
        <w:t>usmein bhi development nahi. kyunki free discussion yahan par nahi hai.</w:t>
      </w:r>
    </w:p>
    <w:p>
      <w:pPr>
        <w:jc w:val="right"/>
      </w:pPr>
      <w:r>
        <w:t>उसमें भी डेवलपमेंट नहीं। क्योंकि फ्री डिस्कशन यहां पर नहीं है।</w:t>
      </w:r>
    </w:p>
    <w:p>
      <w:r>
        <w:rPr>
          <w:b/>
        </w:rPr>
        <w:t xml:space="preserve">[05:32] </w:t>
      </w:r>
      <w:r>
        <w:t>jis tarah science ki field mein free discussion hota hai. main america mein pehli baar jab gaya tha, to maine wahan par ek ek professor se poocha tha ki america ke america mein jo progress hui hai, jo tarakki hui hai, uska kya khaas raaz kya hai?</w:t>
      </w:r>
    </w:p>
    <w:p>
      <w:pPr>
        <w:jc w:val="right"/>
      </w:pPr>
      <w:r>
        <w:t>जिस तरह साइंस की फील्ड में फ्री डिस्कशन होता है। मैं अमेरिका में पहली बार जब गया था, तो मैंने वहां पर एक एक प्रोफेसर से पूछा था कि अमेरिका के अमेरिका में जो प्रोग्रेस हुई है, जो तरक्की हुई है, उसका क्या खास राज क्या है?</w:t>
      </w:r>
    </w:p>
    <w:p>
      <w:r>
        <w:rPr>
          <w:b/>
        </w:rPr>
        <w:t xml:space="preserve">[05:51] </w:t>
      </w:r>
      <w:r>
        <w:t>unhone kaha tha us waqt ki hum dissent ko bahut zyada mahatva dete hain. dissent ko, yani ikhtilaf e rai ko. dissent ko wo mahatva dete hain. hum log dissent ko bura samajhte hain humanities mein.</w:t>
      </w:r>
    </w:p>
    <w:p>
      <w:pPr>
        <w:jc w:val="right"/>
      </w:pPr>
      <w:r>
        <w:t>उन्होंने कहा था उस वक्त कि हम डिसेंट को बहुत ज्यादा महत्व देते हैं। डिसेंट को, यानी اختلاف राय को। डिसेंट को वो महत्व देते हैं। हम लोग डिसेंट को बुरा समझते हैं ह्यूमैनिटीज में।</w:t>
      </w:r>
    </w:p>
    <w:p>
      <w:r>
        <w:rPr>
          <w:b/>
        </w:rPr>
        <w:t xml:space="preserve">[06:12] </w:t>
      </w:r>
      <w:r>
        <w:t>to science ke field mein dissent ko bahut achha samjha jata hai. tumhare paas ek aur point of view hai, batao kya baat hai? wo yahan par aisa nahi hai. to mera jo mission hai, wo bias ko todna, kattarpan ko todna, fundamentalism ko todna,</w:t>
      </w:r>
    </w:p>
    <w:p>
      <w:pPr>
        <w:jc w:val="right"/>
      </w:pPr>
      <w:r>
        <w:t>तो साइंस के फील्ड में डिसेंट को बहुत अच्छा समझा जाता है। तुम्हारे पास एक और पॉइंट ऑफ व्यू है, बताओ क्या बात है? वो यहां पर ऐसा नहीं है। तो मेरा जो मिशन है, वो बायस को तोड़ना, कट्टरपण को तोड़ना, फंडामेंटलिज्म को तोड़ना,</w:t>
      </w:r>
    </w:p>
    <w:p>
      <w:r>
        <w:rPr>
          <w:b/>
        </w:rPr>
        <w:t xml:space="preserve">[06:28] </w:t>
      </w:r>
      <w:r>
        <w:t>extremism ko todna. baqi jiska jo faith hai, jo samajh mein aaya, wo karein. wo hum usse koi lena-dena nahi hai. mere dawat yahi hai. work ka matlab hai intellectual awakening, intellectual development.</w:t>
      </w:r>
    </w:p>
    <w:p>
      <w:pPr>
        <w:jc w:val="right"/>
      </w:pPr>
      <w:r>
        <w:t>एक्सट्रीमिज्म को तोड़ना। बाकी जिसका जो फेथ है, जो समझ में आया, वो करें। वो हम उससे कोई लेना-देना नहीं है। मेरे दावत यही है। वर्क का मतलब है इंटेलेक्चुअल अवेकनिंग, इंटेलेक्चुअल डेवलपमेंट।</w:t>
      </w:r>
    </w:p>
    <w:p>
      <w:r>
        <w:rPr>
          <w:b/>
        </w:rPr>
        <w:t xml:space="preserve">[06:45] </w:t>
      </w:r>
      <w:r>
        <w:t>bas openness. ismein har ek hissa de sakta hai. ismein koi muslim ki, non-muslim ki baat hi nahi hai. har aadmi ismein participate kar sakta hai.</w:t>
      </w:r>
    </w:p>
    <w:p>
      <w:pPr>
        <w:jc w:val="right"/>
      </w:pPr>
      <w:r>
        <w:t>बस ओपननेस। इसमें हर एक हिस्सा दे सकता है। इसमें कोई मुस्लिम की, नॉन-मुस्लिम की बात ही नहीं है। हर आदमी इसमें पार्टिसिपेट कर सकता है।</w:t>
      </w:r>
    </w:p>
    <w:p>
      <w:r>
        <w:rPr>
          <w:b/>
        </w:rPr>
        <w:t xml:space="preserve">[06:58] </w:t>
      </w:r>
      <w:r>
        <w:t>This question is from Dr. Farida Khanam. What is the source of hatred in man? Does it innately exist in human beings or is it a byproduct of our conditioning?</w:t>
      </w:r>
    </w:p>
    <w:p>
      <w:pPr>
        <w:jc w:val="right"/>
      </w:pPr>
      <w:r>
        <w:t>This question is from Dr. Farida Khanam. What is the source of hatred in man? Does it innately exist in human beings or is it a byproduct of our conditioning?</w:t>
      </w:r>
    </w:p>
    <w:p>
      <w:r>
        <w:rPr>
          <w:b/>
        </w:rPr>
        <w:t xml:space="preserve">[07:16] </w:t>
      </w:r>
      <w:r>
        <w:t>yeh waqai bohat zyada sochne ki baat hai.</w:t>
      </w:r>
    </w:p>
    <w:p>
      <w:pPr>
        <w:jc w:val="right"/>
      </w:pPr>
      <w:r>
        <w:t>यह वाकई बहुत ज्यादा सोचने की बात है।</w:t>
      </w:r>
    </w:p>
    <w:p>
      <w:r>
        <w:rPr>
          <w:b/>
        </w:rPr>
        <w:t xml:space="preserve">[07:20] </w:t>
      </w:r>
      <w:r>
        <w:t>ek kitab hai CM Joad ki, jiska naam hai</w:t>
      </w:r>
    </w:p>
    <w:p>
      <w:pPr>
        <w:jc w:val="right"/>
      </w:pPr>
      <w:r>
        <w:t>एक किताब है सीएम जोड की, जिसका नाम है</w:t>
      </w:r>
    </w:p>
    <w:p>
      <w:r>
        <w:rPr>
          <w:b/>
        </w:rPr>
        <w:t xml:space="preserve">[07:25] </w:t>
      </w:r>
      <w:r>
        <w:t>"modern wickedness". moti si kitab hai.</w:t>
      </w:r>
    </w:p>
    <w:p>
      <w:pPr>
        <w:jc w:val="right"/>
      </w:pPr>
      <w:r>
        <w:t>"मॉडर्न विकेटनेस"। मोटी सी किताब है।</w:t>
      </w:r>
    </w:p>
    <w:p>
      <w:r>
        <w:rPr>
          <w:b/>
        </w:rPr>
        <w:t xml:space="preserve">[07:29] </w:t>
      </w:r>
      <w:r>
        <w:t>modern wickedness mein usne bataya hai ke sab se zyada strong jo sentiment in aadmi ke andar hai, wo</w:t>
      </w:r>
    </w:p>
    <w:p>
      <w:pPr>
        <w:jc w:val="right"/>
      </w:pPr>
      <w:r>
        <w:t>मॉडर्न विकेटनेस में उसने बताया है कि सबसे ज्यादा स्ट्रांग जो सेंटीमेंट इन आदमी के अंदर है, वो</w:t>
      </w:r>
    </w:p>
    <w:p>
      <w:r>
        <w:rPr>
          <w:b/>
        </w:rPr>
        <w:t xml:space="preserve">[07:36] </w:t>
      </w:r>
      <w:r>
        <w:t>hate ka hai.</w:t>
      </w:r>
    </w:p>
    <w:p>
      <w:pPr>
        <w:jc w:val="right"/>
      </w:pPr>
      <w:r>
        <w:t>हेट का है।</w:t>
      </w:r>
    </w:p>
    <w:p>
      <w:r>
        <w:rPr>
          <w:b/>
        </w:rPr>
        <w:t xml:space="preserve">[07:38] </w:t>
      </w:r>
      <w:r>
        <w:t>aur iska proof yeh hai ke jab bhi aap koi aisi movement chalaen jo hate par base karti</w:t>
      </w:r>
    </w:p>
    <w:p>
      <w:pPr>
        <w:jc w:val="right"/>
      </w:pPr>
      <w:r>
        <w:t>और इसका प्रूफ यह है कि जब भी आप कोई ऐसी मूवमेंट चलाएं जो हेट पर बेस करती</w:t>
      </w:r>
    </w:p>
    <w:p>
      <w:r>
        <w:rPr>
          <w:b/>
        </w:rPr>
        <w:t xml:space="preserve">[07:43] </w:t>
      </w:r>
      <w:r>
        <w:t>ho, hate par, to dhar se wo usko response milta hai.</w:t>
      </w:r>
    </w:p>
    <w:p>
      <w:pPr>
        <w:jc w:val="right"/>
      </w:pPr>
      <w:r>
        <w:t>हो, हेट पर, तो धड़ से वो उसको रिस्पांस मिलता है।</w:t>
      </w:r>
    </w:p>
    <w:p>
      <w:r>
        <w:rPr>
          <w:b/>
        </w:rPr>
        <w:t xml:space="preserve">[07:46] </w:t>
      </w:r>
      <w:r>
        <w:t>bheed ki bheed ikhatti hoti hai.</w:t>
      </w:r>
    </w:p>
    <w:p>
      <w:pPr>
        <w:jc w:val="right"/>
      </w:pPr>
      <w:r>
        <w:t>भीड़ की भीड़ इकट्ठी होती है।</w:t>
      </w:r>
    </w:p>
    <w:p>
      <w:r>
        <w:rPr>
          <w:b/>
        </w:rPr>
        <w:t xml:space="preserve">[07:49] </w:t>
      </w:r>
      <w:r>
        <w:t>jitni bhi wo movement hai jinka jismein ke bheed ki bheed ikhatta hui,</w:t>
      </w:r>
    </w:p>
    <w:p>
      <w:pPr>
        <w:jc w:val="right"/>
      </w:pPr>
      <w:r>
        <w:t>जितनी भी वो मूवमेंट है जिनका जिसमें कि भीड़ की भीड़ इकट्ठा हुई,</w:t>
      </w:r>
    </w:p>
    <w:p>
      <w:r>
        <w:rPr>
          <w:b/>
        </w:rPr>
        <w:t xml:space="preserve">[07:55] </w:t>
      </w:r>
      <w:r>
        <w:t>wo sab wahi thi jo kisi ke hate ke khilaf thi. aur mohabbat par agar koi movement chalaen, mohabbat ko lekar ke, to wo usko koi response nahi milta. kyunki. to hate mein jeeta hai insan</w:t>
      </w:r>
    </w:p>
    <w:p>
      <w:pPr>
        <w:jc w:val="right"/>
      </w:pPr>
      <w:r>
        <w:t>वो सब वही थी जो किसी के हेट के खिलाफ थी। और मोहब्बत पर अगर कोई मूवमेंट चलाएं, मोहब्बत को लेकर के, तो वो उसको कोई रिस्पांस नहीं मिलता। क्योंकि। तो हेट में जीता है इंसान</w:t>
      </w:r>
    </w:p>
    <w:p>
      <w:r>
        <w:rPr>
          <w:b/>
        </w:rPr>
        <w:t xml:space="preserve">[08:12] </w:t>
      </w:r>
      <w:r>
        <w:t>। kyon hate mein jeeta hai? yeh nahi ki hate jo hai, part of nature nahi hai. that is part of society hai.</w:t>
      </w:r>
    </w:p>
    <w:p>
      <w:pPr>
        <w:jc w:val="right"/>
      </w:pPr>
      <w:r>
        <w:t>। क्यों हेट में जीता है? यह नहीं कि हेट जो है, पार्ट ऑफ नेचर नहीं है। दैट इज पार्ट ऑफ सोसाइटी है।</w:t>
      </w:r>
    </w:p>
    <w:p>
      <w:r>
        <w:rPr>
          <w:b/>
        </w:rPr>
        <w:t xml:space="preserve">[08:21] </w:t>
      </w:r>
      <w:r>
        <w:t>kaise khuda ne is duniya ko banaya hai is tarah se ki yahan par sabko freedom di gayi hai. freedom, freedom di gayi hai. freedom ki wajah se kya hota</w:t>
      </w:r>
    </w:p>
    <w:p>
      <w:pPr>
        <w:jc w:val="right"/>
      </w:pPr>
      <w:r>
        <w:t>कैसे खुदा ने इस दुनिया को बनाया है इस तरह से कि यहां पर सबको फ्रीडम दी गई है। फ्रीडम, फ्रीडम दी गई है। फ्रीडम की वजह से क्या होता</w:t>
      </w:r>
    </w:p>
    <w:p>
      <w:r>
        <w:rPr>
          <w:b/>
        </w:rPr>
        <w:t xml:space="preserve">[08:33] </w:t>
      </w:r>
      <w:r>
        <w:t>hai? hamesha kisi ko doosre se kuch na kuch,</w:t>
      </w:r>
    </w:p>
    <w:p>
      <w:pPr>
        <w:jc w:val="right"/>
      </w:pPr>
      <w:r>
        <w:t>है? हमेशा किसी को दूसरे से कुछ ना कुछ,</w:t>
      </w:r>
    </w:p>
    <w:p>
      <w:r>
        <w:rPr>
          <w:b/>
        </w:rPr>
        <w:t xml:space="preserve">[08:38] </w:t>
      </w:r>
      <w:r>
        <w:t>kuch na kuch nuksan pahunchta hai. maslan, ek aadmi ne business ki, wo aage badh gaya. mere paas kam paisa, uske paas zyada paisa hai. to kya hota hai</w:t>
      </w:r>
    </w:p>
    <w:p>
      <w:pPr>
        <w:jc w:val="right"/>
      </w:pPr>
      <w:r>
        <w:t>कुछ ना कुछ नुकसान पहुंचता है। मसलन, एक आदमी ने बिजनेस की, वो आगे बढ़ गया। मेरे पास कम पैसा, उसके पास ज्यादा पैसा है। तो क्या होता है</w:t>
      </w:r>
    </w:p>
    <w:p>
      <w:r>
        <w:rPr>
          <w:b/>
        </w:rPr>
        <w:t xml:space="preserve">[08:48] </w:t>
      </w:r>
      <w:r>
        <w:t>? jalan paida hoti hai. koi bilkul power kisi ke paas aa gayi, mere paas power nahi hai, to mujhe jalan paida hoti hai. to social jo condition hai, different type ki, koi aage hai, koi peeche hai,</w:t>
      </w:r>
    </w:p>
    <w:p>
      <w:pPr>
        <w:jc w:val="right"/>
      </w:pPr>
      <w:r>
        <w:t>? जलन पैदा होती है। कोई बिल्कुल पावर किसी के पास आ गई, मेरे पास पावर नहीं है, तो मुझे जलन पैदा होती है। तो सोशल जो कंडीशन है, डिफरेंट टाइप की, कोई आगे है, कोई पीछे है,</w:t>
      </w:r>
    </w:p>
    <w:p>
      <w:r>
        <w:rPr>
          <w:b/>
        </w:rPr>
        <w:t xml:space="preserve">[09:02] </w:t>
      </w:r>
      <w:r>
        <w:t>us se rift aata hai. us se logon mein ek doosre ke khilaf negative thought aate hain.</w:t>
      </w:r>
    </w:p>
    <w:p>
      <w:pPr>
        <w:jc w:val="right"/>
      </w:pPr>
      <w:r>
        <w:t>उससे रिफ्ट आता है। उससे लोगों में एक दूसरे के खिलाफ नेगेटिव थॉट आते हैं।</w:t>
      </w:r>
    </w:p>
    <w:p>
      <w:r>
        <w:rPr>
          <w:b/>
        </w:rPr>
        <w:t xml:space="preserve">[09:09] </w:t>
      </w:r>
      <w:r>
        <w:t>yeh ise main manta hoon ke hate sabke dilon mein hate hai, is mein koi shaq nahi. lekin yeh hate jo hai, part of society hai, part of nature nahi hai. to hum log soch nahi paate. yaani hum yeh aisa nahi kar paate</w:t>
      </w:r>
    </w:p>
    <w:p>
      <w:pPr>
        <w:jc w:val="right"/>
      </w:pPr>
      <w:r>
        <w:t>यह इसे मैं मानता हूं कि हेट सबके दिलों में हेट है, इसमें कोई शक नहीं। लेकिन ये हेट जो है, पार्ट ऑफ सोसाइटी है, पार्ट ऑफ नेचर नहीं है। तो हम लोग सोच नहीं पाते। यानी हम ये ऐसा नहीं कर पाते</w:t>
      </w:r>
    </w:p>
    <w:p>
      <w:r>
        <w:rPr>
          <w:b/>
        </w:rPr>
        <w:t xml:space="preserve">[09:27] </w:t>
      </w:r>
      <w:r>
        <w:t>ke hum woh jo negative thought hamare dwara, usko hum yaani diffuse kar nahi paate. jaise ke maine is se pehle ek qissa bataya tha, shayad aapko yaad ho ke jivre ke airport mujhe ek indian lady mili,</w:t>
      </w:r>
    </w:p>
    <w:p>
      <w:pPr>
        <w:jc w:val="right"/>
      </w:pPr>
      <w:r>
        <w:t>कि हम वो जो नेगेटिव थॉट हमारे द्वारा, उसको हम यानी डिफ्यूज कर नहीं पाते। जैसे कि मैंने इससे पहले एक किस्सा बताया था, शायद आपको याद हो कि जिवरी के एयरपोर्ट मुझे एक इंडियन लेडी मिली,</w:t>
      </w:r>
    </w:p>
    <w:p>
      <w:r>
        <w:rPr>
          <w:b/>
        </w:rPr>
        <w:t xml:space="preserve">[09:44] </w:t>
      </w:r>
      <w:r>
        <w:t>ek hindu lady, jo jo artist thi, woh teen mahine ke bulai gayi thi switzerland mein. government ne bulaya tha unko. to jivre ke airport par mili, to woh switzerland ki burai baat kar rahi thi ke teen mahine tak woh unki guest thi. woh</w:t>
      </w:r>
    </w:p>
    <w:p>
      <w:pPr>
        <w:jc w:val="right"/>
      </w:pPr>
      <w:r>
        <w:t>एक हिंदू लेडी, जो जो आर्टिस्ट थी, वो तीन महीने के बुलाई गई थी स्विट्जरलैंड में। गवर्नमेंट ने बुलाया था उनको। तो जिवरी के एयरपोर्ट पर मिली, तो वो स्विट्जरलैंड की बुराई बात कर रही थी कि तीन महीने तक वो उनकी गेस्ट थी। वो</w:t>
      </w:r>
    </w:p>
    <w:p>
      <w:r>
        <w:rPr>
          <w:b/>
        </w:rPr>
        <w:t xml:space="preserve">[10:02] </w:t>
      </w:r>
      <w:r>
        <w:t>to kyun</w:t>
      </w:r>
    </w:p>
    <w:p>
      <w:pPr>
        <w:jc w:val="right"/>
      </w:pPr>
      <w:r>
        <w:t>तो क्यों</w:t>
      </w:r>
    </w:p>
    <w:p>
      <w:r>
        <w:rPr>
          <w:b/>
        </w:rPr>
        <w:t xml:space="preserve">[10:03] </w:t>
      </w:r>
      <w:r>
        <w:t>? koi ek experience unko hua tha wahan negative, usko le kar ke woh uska woh khilaf bolne lagi. yaani 99 experience acha hua, ek experience bura ho gaya. usi ek ko unhone to maine kaha ke yeh exception ko generalize karna.</w:t>
      </w:r>
    </w:p>
    <w:p>
      <w:pPr>
        <w:jc w:val="right"/>
      </w:pPr>
      <w:r>
        <w:t>? कोई एक एक्सपीरियंस उनको हुआ था वहां नेगेटिव, उसको लेकर के वो उसका वो खिलाफ बोलने लगी। यानी 99 एक्सपीरियंस अच्छा हुआ, एक एक्सपीरियंस बुरा हो गया। उसी एक को उन्होंने तो मैंने कहा कि यह एक्सेप्शन को जनरलाइज करना।</w:t>
      </w:r>
    </w:p>
    <w:p>
      <w:r>
        <w:rPr>
          <w:b/>
        </w:rPr>
        <w:t xml:space="preserve">[10:23] </w:t>
      </w:r>
      <w:r>
        <w:t>you are trying to generalize the exception. to maine apna qissa bayan kiya. main bhi switzerland aaya tha, isi switzerland mein. to mujhe bahut achhe hotel mein bithaya. unhone bahut har qism ka sab kuch comfort mujhe diya. unhone lekin ek qissa wahan aisa hua tha. ek baar main ek road par bike car ja raha tha, to mujhe toilet jaane ki zaroorat pesh aayi. to wahan par toilet bane hue the.</w:t>
      </w:r>
    </w:p>
    <w:p>
      <w:pPr>
        <w:jc w:val="right"/>
      </w:pPr>
      <w:r>
        <w:t>यू आर ट्राइंग टू जनरलाइज द एक्सेप्शन। तो मैंने अपना किस्सा बयान किया। मैं भी स्विट्जरलैंड आया था, इसी स्विट्जरलैंड में। तो मुझे बहुत अच्छे होटल में बिठाया। उन्होंने बहुत हर किस्म का सब कुछ कंफर्ट मुझे दिया। उन्होंने लेकिन एक किस्सा वहां ऐसा हुआ था। एक बार मैं एक रोड पर बाइक कार जा रहा था, तो मुझे टॉयलेट जाने की जरूरत पेश आई। तो वहां पर टॉयलेट बने हुए थे।</w:t>
      </w:r>
    </w:p>
    <w:p>
      <w:r>
        <w:rPr>
          <w:b/>
        </w:rPr>
        <w:t xml:space="preserve">[10:48] </w:t>
      </w:r>
      <w:r>
        <w:t>to main gaya, to wahan unhone kaha, "wo wo laiye, dollar laiye." to mere paas tha nahi. to usne kaha ke "no dollar, no toilet, no money, no toilet." to ab main isi ko le kar kahoon ke sahab, bada kharab ho gaya switzerland.</w:t>
      </w:r>
    </w:p>
    <w:p>
      <w:pPr>
        <w:jc w:val="right"/>
      </w:pPr>
      <w:r>
        <w:t>तो मैं गया, तो वहां उन्होंने कहा, "वो वो लाइए, डॉलर लाइए।" तो मेरे पास था नहीं। तो उसने कहा कि "नो डॉलर, नो टॉयलेट, नो मनी, नो टॉयलेट।" तो अब मैं इसी को लेकर कहूं कि साहब, बड़ा खराब हो गया स्विट्जरलैंड।</w:t>
      </w:r>
    </w:p>
    <w:p>
      <w:r>
        <w:rPr>
          <w:b/>
        </w:rPr>
        <w:t xml:space="preserve">[11:06] </w:t>
      </w:r>
      <w:r>
        <w:t>to woh 99 ek tha. woh to aam taur par logon ki tendency yeh hoti hai ke woh exception ko generalize karte hain. exception to hamesha hote hain. yeh logon ko itni samajh nahi hoti ke isko exception ke darje mein rakhein.</w:t>
      </w:r>
    </w:p>
    <w:p>
      <w:pPr>
        <w:jc w:val="right"/>
      </w:pPr>
      <w:r>
        <w:t>तो वो 99 एक था। वो तो आमतौर पर लोगों की टेंडेंसी यह होती है कि वो एक्सेप्शन को जनरलाइज करते हैं। एक्सेप्शन तो हमेशा होते हैं। यह लोगों को इतनी समझ नहीं होती कि इसको एक्सेप्शन के दर्जे में रखें।</w:t>
      </w:r>
    </w:p>
    <w:p>
      <w:r>
        <w:rPr>
          <w:b/>
        </w:rPr>
        <w:t xml:space="preserve">[11:24] </w:t>
      </w:r>
      <w:r>
        <w:t>maine bahut zyada hi paya hai ke log exception ko generalize karte hain. jaise india ke bare mein, abhi kal parson jo yeh aaya bombay blast mein, us din unhone ek maang yeh ki thi ke india ke musalmanon ke saath acha salook karo. to maine kaha ke insaan to ho hi raha hai, already</w:t>
      </w:r>
    </w:p>
    <w:p>
      <w:pPr>
        <w:jc w:val="right"/>
      </w:pPr>
      <w:r>
        <w:t>मैंने बहुत ज्यादा ही पाया है कि लोग एक्सेप्शन को जनरलाइज करते हैं। जैसे इंडिया के बारे में, अभी कल परसों जो ये आया बॉम्बे ब्लास्ट में, उस दिन उन्होंने एक मांग ये की थी कि इंडिया के मुसलमानों के साथ अच्छा सलूक करो। तो मैंने कहा कि इंसान तो हो ही रहा है, ऑलरेडी</w:t>
      </w:r>
    </w:p>
    <w:p>
      <w:r>
        <w:rPr>
          <w:b/>
        </w:rPr>
        <w:t xml:space="preserve">[11:42] </w:t>
      </w:r>
      <w:r>
        <w:t>india ke musalman bahut achhe tarike se reh rahe hain. maine bar bar kaha hai ke india mein musalman itne achhe tarike se reh rahe hain ke woh 57 muslim countries hain, waise nahi hai unki halat. 57 muslim countries hain duniya mein, un sab se better condition musalmanon ki india mein hai. lekin koi ek baat unko mil gayi ke sahab, babri masjid ko tod diya.</w:t>
      </w:r>
    </w:p>
    <w:p>
      <w:pPr>
        <w:jc w:val="right"/>
      </w:pPr>
      <w:r>
        <w:t>इंडिया के मुसलमान बहुत अच्छे तरीके से रह रहे हैं। मैंने बार-बार कहा है कि इंडिया में मुसलमान इतने अच्छे तरीके से रह रहे हैं कि वो 57 मुस्लिम कंट्रीज हैं, वैसे नहीं है उनकी हालत। 57 मुस्लिम कंट्रीज हैं दुनिया में, उन सबसे बेटर कंडीशन मुसलमानों की इंडिया में है। लेकिन कोई एक बात उनको मिल गई कि साहब, बाबरी मस्जिद को तोड़ दिया।</w:t>
      </w:r>
    </w:p>
    <w:p>
      <w:r>
        <w:rPr>
          <w:b/>
        </w:rPr>
        <w:t xml:space="preserve">[12:05] </w:t>
      </w:r>
      <w:r>
        <w:t>ab le kar ke samjhe ke india ke musalman buri halat mein hain. woh ek single instance hai, 99 ek hai. woh to general tendency yeh hai, exception ko generalize karna. isi khaas maton ki wajah se logon ke andar negative thought aa jaate hain.</w:t>
      </w:r>
    </w:p>
    <w:p>
      <w:pPr>
        <w:jc w:val="right"/>
      </w:pPr>
      <w:r>
        <w:t>अब लेकर के समझे कि इंडिया के मुसलमान बुरी हालत में हैं। वो एक सिंगल इंस्टेंस है, 99 एक है। वो तो जनरल टेंडेंसी यह है, एक्सेप्शन को जनरलाइज करना। इसी खास मतों की वजह से लोगों के अंदर नेगेटिव थॉट आ जाते हैं।</w:t>
      </w:r>
    </w:p>
    <w:p>
      <w:r>
        <w:rPr>
          <w:b/>
        </w:rPr>
        <w:t xml:space="preserve">[12:24] </w:t>
      </w:r>
      <w:r>
        <w:t>to isi ko hum kehte hain ke hum mind ki re engineering kar rahe hain, mind ki positive engineering kar rahe hain. hum samajhte hain ke jab tak aadmi ab thinking na aa jaye, sochne ka tareeqa na aa jaye, tab tak yeh wajah baqi rahegi. to baharhal, main yeh samajh paya hoon ke hate jo hai, part of nature nahi hai,</w:t>
      </w:r>
    </w:p>
    <w:p>
      <w:pPr>
        <w:jc w:val="right"/>
      </w:pPr>
      <w:r>
        <w:t>तो इसी को हम कहते हैं कि हम माइंड की री इंजीनियरिंग कर रहे हैं, माइंड की पॉजिटिव इंजीनियरिंग कर रहे हैं। हम समझते हैं कि जब तक आदमी अब थिंकिंग ना आ जाए, सोचने का तरीका ना आ जाए, तब तक ये वजह बाकी रहेगी। तो बहरहाल, मैं यह समझ पाया हूं कि हेट जो है, पार्ट ऑफ नेचर नहीं है,</w:t>
      </w:r>
    </w:p>
    <w:p>
      <w:r>
        <w:rPr>
          <w:b/>
        </w:rPr>
        <w:t xml:space="preserve">[12:46] </w:t>
      </w:r>
      <w:r>
        <w:t>part of society hai. aur kyunke hum sahi tareeqe par cheezon ko analyze nahi kar paate, is wajah se hum hate karne lagte hain. agar humko analysis aa jaye, to to yeh cheez khatam ho jaye.</w:t>
      </w:r>
    </w:p>
    <w:p>
      <w:pPr>
        <w:jc w:val="right"/>
      </w:pPr>
      <w:r>
        <w:t>पार्ट ऑफ सोसाइटी है। और क्योंकि हम सही तरीके पर चीजों को एनालाइज नहीं कर पाते, इस वजह से हम हेट करने लगते हैं। अगर हमको एनालिसिस आ जाए, तो तो ये चीज खत्म हो जाए।</w:t>
      </w:r>
    </w:p>
    <w:p>
      <w:r>
        <w:rPr>
          <w:b/>
        </w:rPr>
        <w:t xml:space="preserve">[13:03] </w:t>
      </w:r>
      <w:r>
        <w:t>this question is from mr. arshad ali.</w:t>
      </w:r>
    </w:p>
    <w:p>
      <w:pPr>
        <w:jc w:val="right"/>
      </w:pPr>
      <w:r>
        <w:t>This question is from Mr. Arshad Ali.</w:t>
      </w:r>
    </w:p>
    <w:p>
      <w:r>
        <w:rPr>
          <w:b/>
        </w:rPr>
        <w:t xml:space="preserve">[13:07] </w:t>
      </w:r>
      <w:r>
        <w:t>is sadi ke problems ka hal quran o sunnat ki roshni se kya ho taake hum aur tamam insaan is roshni se faida uthaen?</w:t>
      </w:r>
    </w:p>
    <w:p>
      <w:pPr>
        <w:jc w:val="right"/>
      </w:pPr>
      <w:r>
        <w:t>इस सदी के प्रॉब्लम्स का हल कुरान व सुन्नत की रोशनी से क्या हो ताकि हम और तमाम इंसान इस रोशनी से फायदा उठाएं?</w:t>
      </w:r>
    </w:p>
    <w:p>
      <w:r>
        <w:rPr>
          <w:b/>
        </w:rPr>
        <w:t xml:space="preserve">[13:18] </w:t>
      </w:r>
      <w:r>
        <w:t>dekhiye, yeh bhi ek fallacy hai. hamara jo speaker hai, idhar udhar bahut bolte hain ke quran mein saare masle ka hal hai. bilkul baseless baat hai yeh. main isko nahi manta. india mein, arab mein, kahin bhi jaiye, aap america mein, europe mein, hamare muslim speakers hain, bade dhoom se bolte hain ke quran mein saare masle ka hal hai. yeh bilkul baseless baat hai. quran mein kahan likha hua hai?</w:t>
      </w:r>
    </w:p>
    <w:p>
      <w:pPr>
        <w:jc w:val="right"/>
      </w:pPr>
      <w:r>
        <w:t>देखिए, ये भी एक फरेसी है। हमारा जो स्पीकर है, इधर-उधर बहुत बोलते हैं कि कुरान में सारे मसले का हल है। बिल्कुल बेसलेस बात है ये। मैं इसको नहीं मानता। इंडिया में, अरब में, कहीं भी जाइए, आप अमेरिका में, यूरोप में, हमारे मुस्लिम स्पीकर्स हैं, बड़े धूम से बोलते हैं कि कुरान में सारे मसले का हल है। ये बिल्कुल बेसलेस बात है। कुरान में कहां लिखा हुआ है?</w:t>
      </w:r>
    </w:p>
    <w:p>
      <w:r>
        <w:rPr>
          <w:b/>
        </w:rPr>
        <w:t xml:space="preserve">[13:43] </w:t>
      </w:r>
      <w:r>
        <w:t>main poochta hoon logon se, quran mein kahan likha hua hai ke quran saare masle ka hal hai? kahan likha hua hai? kahin likha hua nahi hai. hal, yeh hal nahay na hal kabhi ho sakta hai. yaad rakhiye,</w:t>
      </w:r>
    </w:p>
    <w:p>
      <w:pPr>
        <w:jc w:val="right"/>
      </w:pPr>
      <w:r>
        <w:t>मैं पूछता हूं लोगों से, कुरान में कहां लिखा हुआ है कि कुरान सारे मसले का हल है? कहां लिखा हुआ है? कहीं लिखा हुआ नहीं है। हल, ये हल नाहाय ना हल कभी हो सकता है। याद रखिए,</w:t>
      </w:r>
    </w:p>
    <w:p>
      <w:r>
        <w:rPr>
          <w:b/>
        </w:rPr>
        <w:t xml:space="preserve">[13:57] </w:t>
      </w:r>
      <w:r>
        <w:t>yeh problem rahega. woh kyun? khuda ne azadi di hai. azadi ki wajah se yeh hota rahega. hat umar ko ek aadmi ne maar dala, to problem tha ke nahi tha?</w:t>
      </w:r>
    </w:p>
    <w:p>
      <w:pPr>
        <w:jc w:val="right"/>
      </w:pPr>
      <w:r>
        <w:t>ये प्रॉब्लम रहेगा। वो क्यों? खुदा ने आजादी दी है। आजादी की वजह से ये होता रहेगा। हत उमर को एक आदमी ने मार डाला, तो प्रॉब्लम था कि नहीं था?</w:t>
      </w:r>
    </w:p>
    <w:p>
      <w:r>
        <w:rPr>
          <w:b/>
        </w:rPr>
        <w:t xml:space="preserve">[14:08] </w:t>
      </w:r>
      <w:r>
        <w:t>wo to wo to ideal hukumat thi musalmanon ke nazdeek. to kyun maar dala hat um</w:t>
      </w:r>
    </w:p>
    <w:p>
      <w:pPr>
        <w:jc w:val="right"/>
      </w:pPr>
      <w:r>
        <w:t>वो तो वो तो आइडियल हुकूमत थी मुसलमानों के नजदीक। तो क्यों मार डाला हत उम</w:t>
      </w:r>
    </w:p>
    <w:p>
      <w:r>
        <w:rPr>
          <w:b/>
        </w:rPr>
        <w:t xml:space="preserve">[14:13] </w:t>
      </w:r>
      <w:r>
        <w:t>ar ko? ek aadmi ne kaha gaya, "wo ideal system bataiye." hat usman ko maar dala, haz ali ko maar dala, hasan ko maar dala. where is that ideal system?</w:t>
      </w:r>
    </w:p>
    <w:p>
      <w:pPr>
        <w:jc w:val="right"/>
      </w:pPr>
      <w:r>
        <w:t>र को? एक आदमी ने कहा गया, "वो आइडियल सिस्टम बताइए।" हत उस्मान को मार डाला, हज अली को मार डाला, हसन को मार डाला। वेर इज दैट आइडियल सिस्टम?</w:t>
      </w:r>
    </w:p>
    <w:p>
      <w:r>
        <w:rPr>
          <w:b/>
        </w:rPr>
        <w:t xml:space="preserve">[14:23] </w:t>
      </w:r>
      <w:r>
        <w:t>yeh</w:t>
      </w:r>
    </w:p>
    <w:p>
      <w:pPr>
        <w:jc w:val="right"/>
      </w:pPr>
      <w:r>
        <w:t>ये</w:t>
      </w:r>
    </w:p>
    <w:p>
      <w:r>
        <w:rPr>
          <w:b/>
        </w:rPr>
        <w:t xml:space="preserve">[14:24] </w:t>
      </w:r>
      <w:r>
        <w:t>sab myth hai.</w:t>
      </w:r>
    </w:p>
    <w:p>
      <w:pPr>
        <w:jc w:val="right"/>
      </w:pPr>
      <w:r>
        <w:t>सब मिथ है।</w:t>
      </w:r>
    </w:p>
    <w:p>
      <w:r>
        <w:rPr>
          <w:b/>
        </w:rPr>
        <w:t xml:space="preserve">[14:25] </w:t>
      </w:r>
      <w:r>
        <w:t>isse koi talluq nahi Islam ka.</w:t>
      </w:r>
    </w:p>
    <w:p>
      <w:pPr>
        <w:jc w:val="right"/>
      </w:pPr>
      <w:r>
        <w:t>इससे कोई ताल्लुक नहीं इस्लाम का।</w:t>
      </w:r>
    </w:p>
    <w:p>
      <w:r>
        <w:rPr>
          <w:b/>
        </w:rPr>
        <w:t xml:space="preserve">[14:26] </w:t>
      </w:r>
      <w:r>
        <w:t>isse koi talluq nahi ke duniya mein bohat achhe society ban jaye.</w:t>
      </w:r>
    </w:p>
    <w:p>
      <w:pPr>
        <w:jc w:val="right"/>
      </w:pPr>
      <w:r>
        <w:t>इससे कोई ताल्लुक नहीं कि दुनिया में बहुत अच्छे सोसाइटी बन जाए।</w:t>
      </w:r>
    </w:p>
    <w:p>
      <w:r>
        <w:rPr>
          <w:b/>
        </w:rPr>
        <w:t xml:space="preserve">[14:30] </w:t>
      </w:r>
      <w:r>
        <w:t>nahi, akhirat mein aapko jannat mile, yeh batane ke liye aaya hai Quran ji.</w:t>
      </w:r>
    </w:p>
    <w:p>
      <w:pPr>
        <w:jc w:val="right"/>
      </w:pPr>
      <w:r>
        <w:t>नहीं, आखिरत में आपको जन्नत मिले, यह बताने के लिए आया है कुरान जी।</w:t>
      </w:r>
    </w:p>
    <w:p>
      <w:r>
        <w:rPr>
          <w:b/>
        </w:rPr>
        <w:t xml:space="preserve">[14:35] </w:t>
      </w:r>
      <w:r>
        <w:t>duniya mein to gadbad rahega, duniya mein masail rahenge, duniya mein problem rahega, duniya mein challenge rahenge.</w:t>
      </w:r>
    </w:p>
    <w:p>
      <w:pPr>
        <w:jc w:val="right"/>
      </w:pPr>
      <w:r>
        <w:t>दुनिया में तो गड़बड़ रहेगा, दुनिया में मसाइल रहेंगे, दुनिया में प्रॉब्लम रहेगा, दुनिया में चैलेंज रहेंगे।</w:t>
      </w:r>
    </w:p>
    <w:p>
      <w:r>
        <w:rPr>
          <w:b/>
        </w:rPr>
        <w:t xml:space="preserve">[14:42] </w:t>
      </w:r>
      <w:r>
        <w:t>yeh to test, yeh to test ke liye hai.</w:t>
      </w:r>
    </w:p>
    <w:p>
      <w:pPr>
        <w:jc w:val="right"/>
      </w:pPr>
      <w:r>
        <w:t>यह तो टेस्ट, यह तो टेस्ट के लिए है।</w:t>
      </w:r>
    </w:p>
    <w:p>
      <w:r>
        <w:rPr>
          <w:b/>
        </w:rPr>
        <w:t xml:space="preserve">[14:45] </w:t>
      </w:r>
      <w:r>
        <w:t>duniya aap chahte hain ke duniya mein ideal society ban jaye, ideal system ban jaye.</w:t>
      </w:r>
    </w:p>
    <w:p>
      <w:pPr>
        <w:jc w:val="right"/>
      </w:pPr>
      <w:r>
        <w:t>दुनिया आप चाहते हैं कि दुनिया में आइडियल सोसाइटी बन जाए, आइडियल सिस्टम बन जाए।</w:t>
      </w:r>
    </w:p>
    <w:p>
      <w:r>
        <w:rPr>
          <w:b/>
        </w:rPr>
        <w:t xml:space="preserve">[14:49] </w:t>
      </w:r>
      <w:r>
        <w:t>yeh impossible nahi hai.</w:t>
      </w:r>
    </w:p>
    <w:p>
      <w:pPr>
        <w:jc w:val="right"/>
      </w:pPr>
      <w:r>
        <w:t>यह इंपॉसिबल नहीं है।</w:t>
      </w:r>
    </w:p>
    <w:p>
      <w:r>
        <w:rPr>
          <w:b/>
        </w:rPr>
        <w:t xml:space="preserve">[14:50] </w:t>
      </w:r>
      <w:r>
        <w:t>yeh yeh hamare bohat badi fallacy hai jo hamare Muslim logon ne paida kar rakhi hai.</w:t>
      </w:r>
    </w:p>
    <w:p>
      <w:pPr>
        <w:jc w:val="right"/>
      </w:pPr>
      <w:r>
        <w:t>यह यह हमारे बहुत बड़ी फरेसी है जो हमारे मुस्लिम लोगों ने पैदा कर रखी है।</w:t>
      </w:r>
    </w:p>
    <w:p>
      <w:r>
        <w:rPr>
          <w:b/>
        </w:rPr>
        <w:t xml:space="preserve">[14:57] </w:t>
      </w:r>
      <w:r>
        <w:t>duniya mein Quran sare masle ka hal hai.</w:t>
      </w:r>
    </w:p>
    <w:p>
      <w:pPr>
        <w:jc w:val="right"/>
      </w:pPr>
      <w:r>
        <w:t>दुनिया में कुरान सारे मसले का हल है।</w:t>
      </w:r>
    </w:p>
    <w:p>
      <w:r>
        <w:rPr>
          <w:b/>
        </w:rPr>
        <w:t xml:space="preserve">[15:00] </w:t>
      </w:r>
      <w:r>
        <w:t>bhai, kahan likha hai quran majeed mein?</w:t>
      </w:r>
    </w:p>
    <w:p>
      <w:pPr>
        <w:jc w:val="right"/>
      </w:pPr>
      <w:r>
        <w:t>भाई, कहां लिखा है कुरान मजीद में?</w:t>
      </w:r>
    </w:p>
    <w:p>
      <w:r>
        <w:rPr>
          <w:b/>
        </w:rPr>
        <w:t xml:space="preserve">[15:02] </w:t>
      </w:r>
      <w:r>
        <w:t>batao, kahan likha hua hai quran mein? to lakum lil alameen nazeera khuda ne bheja quran is liye ke logon ko bata de ke khuda ki kis cheez ko bata de ke plan jo khuda ka hai, woh kya hai?</w:t>
      </w:r>
    </w:p>
    <w:p>
      <w:pPr>
        <w:jc w:val="right"/>
      </w:pPr>
      <w:r>
        <w:t>बताओ, कहां लिखा हुआ है कुरान में? तो لیکون للعالمین نذیرا خدا نے بھیجا قرآن اس لیے کہ لوگوں کو بتا دے کہ خدا کی کس چیز کو بتا دے کہ پلان جو خدا کا ہے، وہ کیا ہے؟</w:t>
      </w:r>
    </w:p>
    <w:p>
      <w:r>
        <w:rPr>
          <w:b/>
        </w:rPr>
        <w:t xml:space="preserve">[15:20] </w:t>
      </w:r>
      <w:r>
        <w:t>keh dunya mein hum ko test par hum hain aur yahan jo record hamara ban raha hai, is record par hamein ya to health mile gi ya paradise mile gi. Quran sirf is liye aaya hai yaani kaise plant of God ko batane ke liye aaya hai keh yeh le ke aa ke sare masail ko hal kar de.</w:t>
      </w:r>
    </w:p>
    <w:p>
      <w:pPr>
        <w:jc w:val="right"/>
      </w:pPr>
      <w:r>
        <w:t>کہ دنیا میں ہم کو ٹیسٹ پر ہم ہیں اور یہاں جو ریکارڈ ہمارا بن رہا ہے، اس ریکارڈ پر ہمیں یا تو ہیلتھ ملے گی یا پیراڈائز ملے گی۔ قرآن صرف اس لیے آیا ہے یعنی کیسے پلانٹ آف گاڈ کو بتانے کے لیے آیا ہے کہ یہ لے کے آ کے سارے مسائل کو حل کر دے۔</w:t>
      </w:r>
    </w:p>
    <w:p>
      <w:r>
        <w:rPr>
          <w:b/>
        </w:rPr>
        <w:t xml:space="preserve">[15:36] </w:t>
      </w:r>
      <w:r>
        <w:t>masail rahen ge, usi masail ke sath jeena pare ga aap ko. Rasool Allah ke zamaney mein masail thay, Hazrat Abu Bakr ke zamaney mein masail thay, Hazrat Umar ke zamaney mein masail thay. Masail hi masail.</w:t>
      </w:r>
    </w:p>
    <w:p>
      <w:pPr>
        <w:jc w:val="right"/>
      </w:pPr>
      <w:r>
        <w:t>مسائل رہیں گے، اسی مسائل کے ساتھ جینا پڑے گا آپ کو۔ رسول اللہ کے زمانے میں مسائل تھے، حضرت ابوبکر کے زمانے میں مسائل تھے، حضرت عمر کے زمانے میں مسائل تھے۔ مسائل ہی مسائل۔</w:t>
      </w:r>
    </w:p>
    <w:p>
      <w:r>
        <w:rPr>
          <w:b/>
        </w:rPr>
        <w:t xml:space="preserve">[15:46] </w:t>
      </w:r>
      <w:r>
        <w:t>masail aik free word hai. Agar aap chahte hain to is ka Quran se koi ta'alluq nahi hai. Yeh to hamare jo khateeb hain, jo speakers hain, woh josh josh mein taqreerein kiya karte hain.</w:t>
      </w:r>
    </w:p>
    <w:p>
      <w:pPr>
        <w:jc w:val="right"/>
      </w:pPr>
      <w:r>
        <w:t>مسائل ایک فری ورڈ ہے۔ اگر آپ چاہتے ہیں تو اس کا قرآن سے کوئی تعلق نہیں ہے۔ یہ تو ہمارے جو خطیب ہیں، جو سپیکرز ہیں، وہ جوش جوش میں تقریریں کیا کرتے ہیں۔</w:t>
      </w:r>
    </w:p>
    <w:p>
      <w:r>
        <w:rPr>
          <w:b/>
        </w:rPr>
        <w:t xml:space="preserve">[15:57] </w:t>
      </w:r>
      <w:r>
        <w:t>aur aur un se poocha jaye keh bhai Quran mein kahan likha hua hai keh sare masail</w:t>
      </w:r>
    </w:p>
    <w:p>
      <w:pPr>
        <w:jc w:val="right"/>
      </w:pPr>
      <w:r>
        <w:t>اور اور ان سے پوچھا جائے کہ بھئی قرآن میں کہاں لکھا ہوا ہے کہ سارے مسائل</w:t>
      </w:r>
    </w:p>
    <w:p>
      <w:r>
        <w:rPr>
          <w:b/>
        </w:rPr>
        <w:t xml:space="preserve">[16:01] </w:t>
      </w:r>
      <w:r>
        <w:t>ka hal hai? Quran mein is ko bilkul nahi manta. Yeh aik fallacy hai. Yaad rakhiye, Quran sirf is liye aaya hai keh insan ko yeh bataye keh kis tareeqe se plan kiya hai Khuda ka.</w:t>
      </w:r>
    </w:p>
    <w:p>
      <w:pPr>
        <w:jc w:val="right"/>
      </w:pPr>
      <w:r>
        <w:t>کا حل ہے؟ قرآن میں اس کو بالکل نہیں مانتا۔ یہ ایک فریسی ہے۔ یاد رکھیے، قرآن صرف اس لیے آیا ہے کہ انسان کو یہ بتائے کہ کس طریقے سے پلان کیا ہے خدا کا۔</w:t>
      </w:r>
    </w:p>
    <w:p>
      <w:r>
        <w:rPr>
          <w:b/>
        </w:rPr>
        <w:t xml:space="preserve">[16:14] </w:t>
      </w:r>
      <w:r>
        <w:t>woh yeh hai keh dunya mein hum ab test par hain, yahan hamara record tayyar ho raha hai. Is record par humein jo general life hai, wahan par ya to punishment hai ya reward hai.</w:t>
      </w:r>
    </w:p>
    <w:p>
      <w:pPr>
        <w:jc w:val="right"/>
      </w:pPr>
      <w:r>
        <w:t>وہ یہ ہے کہ دنیا میں ہم اب ٹیسٹ پر ہیں، یہاں ہمارا ریکارڈ تیار ہو رہا ہے۔ اس ریکارڈ پر ہمیں جو جنرل لائف ہے، وہاں پر یا تو پنشمنٹ ہے یا ریوارڈ ہے۔</w:t>
      </w:r>
    </w:p>
    <w:p>
      <w:r>
        <w:rPr>
          <w:b/>
        </w:rPr>
        <w:t xml:space="preserve">[16:24] </w:t>
      </w:r>
      <w:r>
        <w:t>bas yeh batane ke liye aaya hai. Baqi sab fallacy hai.</w:t>
      </w:r>
    </w:p>
    <w:p>
      <w:pPr>
        <w:jc w:val="right"/>
      </w:pPr>
      <w:r>
        <w:t>بس یہ بتانے کے لیے آیا ہے۔ باقی سب فریسی ہے۔</w:t>
      </w:r>
    </w:p>
    <w:p>
      <w:r>
        <w:rPr>
          <w:b/>
        </w:rPr>
        <w:t xml:space="preserve">[16:31] </w:t>
      </w:r>
      <w:r>
        <w:t>This question is from Mr. Idris.</w:t>
      </w:r>
    </w:p>
    <w:p>
      <w:pPr>
        <w:jc w:val="right"/>
      </w:pPr>
      <w:r>
        <w:t>This question is from Mr. Idris.</w:t>
      </w:r>
    </w:p>
    <w:p>
      <w:r>
        <w:rPr>
          <w:b/>
        </w:rPr>
        <w:t xml:space="preserve">[16:35] </w:t>
      </w:r>
      <w:r>
        <w:t>In response to terrorist attacks, Muslim scholars' reaction in media is that Islam does not support terrorism.</w:t>
      </w:r>
    </w:p>
    <w:p>
      <w:pPr>
        <w:jc w:val="right"/>
      </w:pPr>
      <w:r>
        <w:t>In response to terrorist attacks, Muslim scholars' reaction in media is that Islam does not support terrorism.</w:t>
      </w:r>
    </w:p>
    <w:p>
      <w:r>
        <w:rPr>
          <w:b/>
        </w:rPr>
        <w:t xml:space="preserve">[16:45] </w:t>
      </w:r>
      <w:r>
        <w:t>Don't you think such reaction is too humble, insufficient, and ineffective</w:t>
      </w:r>
    </w:p>
    <w:p>
      <w:pPr>
        <w:jc w:val="right"/>
      </w:pPr>
      <w:r>
        <w:t>Don't you think such reaction is too humble, insufficient, and ineffective</w:t>
      </w:r>
    </w:p>
    <w:p>
      <w:r>
        <w:rPr>
          <w:b/>
        </w:rPr>
        <w:t xml:space="preserve">[16:52] </w:t>
      </w:r>
      <w:r>
        <w:t>? Please compare it with the reaction Muslims and Muslim scholars did for cases like the cartoon episode of Denmark, Shahbano case, Salman Rushdie's case, Babri Masjid, and Taslima Nasreen.</w:t>
      </w:r>
    </w:p>
    <w:p>
      <w:pPr>
        <w:jc w:val="right"/>
      </w:pPr>
      <w:r>
        <w:t>? Please compare it with the reaction Muslims and Muslim scholars did for cases like the cartoon episode of Denmark, Shahbano case, Salman Rushdie's case, Babri Masjid, and Taslima Nasreen.</w:t>
      </w:r>
    </w:p>
    <w:p>
      <w:r>
        <w:rPr>
          <w:b/>
        </w:rPr>
        <w:t xml:space="preserve">[17:08] </w:t>
      </w:r>
      <w:r>
        <w:t>The whole world can see the difference in scale of the response given by the Muslim scholars. Please give your</w:t>
      </w:r>
    </w:p>
    <w:p>
      <w:pPr>
        <w:jc w:val="right"/>
      </w:pPr>
      <w:r>
        <w:t>The whole world can see the difference in scale of the response given by the Muslim scholars. Please give your</w:t>
      </w:r>
    </w:p>
    <w:p>
      <w:r>
        <w:rPr>
          <w:b/>
        </w:rPr>
        <w:t xml:space="preserve">[17:16] </w:t>
      </w:r>
      <w:r>
        <w:t>comment. Dekhiye, yeh bhi aik bohat bari fallacy hai. Yaani jitne bhi condemn karte hain hamare log, woh kya kehte hain?</w:t>
      </w:r>
    </w:p>
    <w:p>
      <w:pPr>
        <w:jc w:val="right"/>
      </w:pPr>
      <w:r>
        <w:t>comment. دیکھیے، یہ بھی ایک بہت بڑی فریسی ہے۔ یعنی جتنے بھی condemn کرتے ہیں ہمارے لوگ، وہ کیا کہتے ہیں؟</w:t>
      </w:r>
    </w:p>
    <w:p>
      <w:r>
        <w:rPr>
          <w:b/>
        </w:rPr>
        <w:t xml:space="preserve">[17:25] </w:t>
      </w:r>
      <w:r>
        <w:t>Quran mein terrorism nahi hai. To yeh kon tum se pooch raha hai?</w:t>
      </w:r>
    </w:p>
    <w:p>
      <w:pPr>
        <w:jc w:val="right"/>
      </w:pPr>
      <w:r>
        <w:t>قرآن میں terrorism نہیں ہے۔ تو یہ کون تم سے پوچھ رہا ہے؟</w:t>
      </w:r>
    </w:p>
    <w:p>
      <w:r>
        <w:rPr>
          <w:b/>
        </w:rPr>
        <w:t xml:space="preserve">[17:31] </w:t>
      </w:r>
      <w:r>
        <w:t>jo terrorism kar raha hai, us ko condemn nahi karani parti. Specifically mein, yaani Musalmanon ki practice ko mere mein bolna hai, aur refer karte hain Quran ki teaching ko.</w:t>
      </w:r>
    </w:p>
    <w:p>
      <w:pPr>
        <w:jc w:val="right"/>
      </w:pPr>
      <w:r>
        <w:t>جو terrorism کر رہا ہے، اس کو condemn نہیں کرنی پڑتی۔ Specifically میں، یعنی مسلمانوں کی practice کو میرے میں بولنا ہے، اور refer کرتے ہیں قرآن کی teaching کو۔</w:t>
      </w:r>
    </w:p>
    <w:p>
      <w:r>
        <w:rPr>
          <w:b/>
        </w:rPr>
        <w:t xml:space="preserve">[17:45] </w:t>
      </w:r>
      <w:r>
        <w:t>yeh koi nahi pooch raha hai aap se Quran mein kya likha hua hai. Jo poochne wale pooch rahe hain keh yeh jo kar rahe hain Musalman, yeh kaisa</w:t>
      </w:r>
    </w:p>
    <w:p>
      <w:pPr>
        <w:jc w:val="right"/>
      </w:pPr>
      <w:r>
        <w:t>یہ کوئی نہیں پوچھ رہا ہے آپ سے قرآن میں کیا لکھا ہوا ہے۔ جو پوچھنے والے پوچھ رہے ہیں کہ یہ جو کر رہے ہیں مسلمان، یہ کیسا</w:t>
      </w:r>
    </w:p>
    <w:p>
      <w:r>
        <w:rPr>
          <w:b/>
        </w:rPr>
        <w:t xml:space="preserve">[17:51] </w:t>
      </w:r>
      <w:r>
        <w:t>kaam hai? Yeh mein samajhta hoon keh yeh bohat bara, yeh khud bhi aik crime hai keh Muslim jo kar rahe hain, us ko aap condemn na karein aur Quran ko refer karein.</w:t>
      </w:r>
    </w:p>
    <w:p>
      <w:pPr>
        <w:jc w:val="right"/>
      </w:pPr>
      <w:r>
        <w:t>کام ہے؟ یہ میں سمجھتا ہوں کہ یہ بہت بڑا، یہ خود بھی ایک crime ہے کہ مسلم جو کر رہے ہیں، اس کو آپ condemn نہ کریں اور قرآن کو refer کریں۔</w:t>
      </w:r>
    </w:p>
    <w:p>
      <w:r>
        <w:rPr>
          <w:b/>
        </w:rPr>
        <w:t xml:space="preserve">[18:01] </w:t>
      </w:r>
      <w:r>
        <w:t>aap</w:t>
      </w:r>
    </w:p>
    <w:p>
      <w:pPr>
        <w:jc w:val="right"/>
      </w:pPr>
      <w:r>
        <w:t>آپ</w:t>
      </w:r>
    </w:p>
    <w:p>
      <w:r>
        <w:rPr>
          <w:b/>
        </w:rPr>
        <w:t xml:space="preserve">[18:05] </w:t>
      </w:r>
      <w:r>
        <w:t>is se kuch, is ka kuch result nahi nikalne wala hai. Woh to apne ko samajhte hain keh hum theek kar rahe hain keh hamein to koi bura keh nahi raha hai. Poore Muslim world mein mein akela hoon jo Musalmanon ko condemn karta hoon.</w:t>
      </w:r>
    </w:p>
    <w:p>
      <w:pPr>
        <w:jc w:val="right"/>
      </w:pPr>
      <w:r>
        <w:t>اس سے کچھ، اس کا کچھ رزلٹ نہیں نکلنے والا ہے۔ وہ تو اپنے کو سمجھتے ہیں کہ ہم ٹھیک کر رہے ہیں کہ ہمیں تو کوئی برا کہہ نہیں رہا ہے۔ پورے مسلم world میں میں اکیلا ہوں جو مسلمانوں کو condemn کرتا ہوں۔</w:t>
      </w:r>
    </w:p>
    <w:p>
      <w:r>
        <w:rPr>
          <w:b/>
        </w:rPr>
        <w:t xml:space="preserve">[18:17] </w:t>
      </w:r>
      <w:r>
        <w:t>aur aur doosre log kya karte hain?</w:t>
      </w:r>
    </w:p>
    <w:p>
      <w:pPr>
        <w:jc w:val="right"/>
      </w:pPr>
      <w:r>
        <w:t>اور اور دوسرے لوگ کیا کرتے ہیں؟</w:t>
      </w:r>
    </w:p>
    <w:p>
      <w:r>
        <w:rPr>
          <w:b/>
        </w:rPr>
        <w:t xml:space="preserve">[18:19] </w:t>
      </w:r>
      <w:r>
        <w:t>condemn na kar ke kehte hain keh Islam mein nahi likha hua hai, Quran mein nahi likha hua hai. Under discussion jo baat hai, woh yeh nahi keh Quran mein kya likha hua hai.</w:t>
      </w:r>
    </w:p>
    <w:p>
      <w:pPr>
        <w:jc w:val="right"/>
      </w:pPr>
      <w:r>
        <w:t>condemn نہ کر کے کہتے ہیں کہ اسلام میں نہیں لکھا ہوا ہے، قرآن میں نہیں لکھا ہوا ہے۔ Under discussion جو بات ہے، وہ یہ نہیں کہ قرآن میں کیا لکھا ہوا ہے۔</w:t>
      </w:r>
    </w:p>
    <w:p>
      <w:r>
        <w:rPr>
          <w:b/>
        </w:rPr>
        <w:t xml:space="preserve">[18:29] </w:t>
      </w:r>
      <w:r>
        <w:t>jo Musalman kar rahe hain, woh woh woh kya</w:t>
      </w:r>
    </w:p>
    <w:p>
      <w:pPr>
        <w:jc w:val="right"/>
      </w:pPr>
      <w:r>
        <w:t>جو مسلمان کر رہے ہیں، وہ وہ وہ کیا</w:t>
      </w:r>
    </w:p>
    <w:p>
      <w:r>
        <w:rPr>
          <w:b/>
        </w:rPr>
        <w:t xml:space="preserve">[18:31] </w:t>
      </w:r>
      <w:r>
        <w:t>hai? Us ko batao. Specifically mein, yeh condemnation nahi hai. Yeh indirect way mein justification hai. Yeh hamein condemn karna pare ga specific language mein.</w:t>
      </w:r>
    </w:p>
    <w:p>
      <w:pPr>
        <w:jc w:val="right"/>
      </w:pPr>
      <w:r>
        <w:t>ہے؟ اس کو بتاؤ۔ Specifically میں، یہ condemnation نہیں ہے۔ یہ ان ڈائریکٹ وے میں justification ہے۔ یہ ہمیں condemn کرنا پڑے گا specific language میں۔</w:t>
      </w:r>
    </w:p>
    <w:p>
      <w:r>
        <w:rPr>
          <w:b/>
        </w:rPr>
        <w:t xml:space="preserve">[18:44] </w:t>
      </w:r>
      <w:r>
        <w:t>yeh bilkul specific tor par jo kar raha hai, us ko condemn karna pare ga. Quran ko refer karne se koi faida nahi. Is ka koi koi result nahi nikalne wala hai.</w:t>
      </w:r>
    </w:p>
    <w:p>
      <w:pPr>
        <w:jc w:val="right"/>
      </w:pPr>
      <w:r>
        <w:t>یہ بالکل specific طور پر جو کر رہا ہے، اس کو condemn کرنا پڑے گا۔ قرآن کو refer کرنے سے کوئی فائدہ نہیں۔ اس کا کوئی کوئی رزلٹ نہیں نکلنے والا ہے۔</w:t>
      </w:r>
    </w:p>
    <w:p>
      <w:r>
        <w:rPr>
          <w:b/>
        </w:rPr>
        <w:t xml:space="preserve">[18:53] </w:t>
      </w:r>
      <w:r>
        <w:t>Is ka This question is from Mr. OP Sikka. Maulana sahib how to discover God</w:t>
      </w:r>
    </w:p>
    <w:p>
      <w:pPr>
        <w:jc w:val="right"/>
      </w:pPr>
      <w:r>
        <w:t>اس کا This question is from Mr. OP Sikka. مولانا صاحب how to discover God</w:t>
      </w:r>
    </w:p>
    <w:p>
      <w:r>
        <w:rPr>
          <w:b/>
        </w:rPr>
        <w:t xml:space="preserve">[19:03] </w:t>
      </w:r>
      <w:r>
        <w:t>kindly comment.</w:t>
      </w:r>
    </w:p>
    <w:p>
      <w:pPr>
        <w:jc w:val="right"/>
      </w:pPr>
      <w:r>
        <w:t>کائنڈلی کمنٹ۔</w:t>
      </w:r>
    </w:p>
    <w:p>
      <w:r>
        <w:rPr>
          <w:b/>
        </w:rPr>
        <w:t xml:space="preserve">[19:15] </w:t>
      </w:r>
      <w:r>
        <w:t>dekhen, khuda ke bare mein yeh hai ke most evident, most hidden, bohat khula hua aur bohat chupa hua tha.</w:t>
      </w:r>
    </w:p>
    <w:p>
      <w:pPr>
        <w:jc w:val="right"/>
      </w:pPr>
      <w:r>
        <w:t>دیکھیں، خدا کے بارے میں یہ ہے کہ most evident، most hidden، بہت کھلا ہوا اور بہت چھپا ہوا۔</w:t>
      </w:r>
    </w:p>
    <w:p>
      <w:r>
        <w:rPr>
          <w:b/>
        </w:rPr>
        <w:t xml:space="preserve">[19:28] </w:t>
      </w:r>
      <w:r>
        <w:t>yeh masla hai. khuda jo hai, bohat ziyada khula hua hai. har waqt aap is ko dekh sakte hain. khuda bohat ziyada chupa hua hai ke aap bilkul is se bekhabar rahenge aur bekhabar rehte rehte dunya se chale jayenge.</w:t>
      </w:r>
    </w:p>
    <w:p>
      <w:pPr>
        <w:jc w:val="right"/>
      </w:pPr>
      <w:r>
        <w:t>یہ مسئلہ ہے۔ خدا جو ہے، بہت زیادہ کھلا ہوا ہے۔ ہر وقت آپ اس کو دیکھ سکتے ہیں۔ خدا بہت زیادہ چھپا ہوا ہے کہ آپ بالکل اس سے بے خبر رہیں گے اور بے خبر رہتے رہتے دنیا سے چلے جائیں گے۔</w:t>
      </w:r>
    </w:p>
    <w:p>
      <w:r>
        <w:rPr>
          <w:b/>
        </w:rPr>
        <w:t xml:space="preserve">[19:45] </w:t>
      </w:r>
      <w:r>
        <w:t>kyun?</w:t>
      </w:r>
    </w:p>
    <w:p>
      <w:pPr>
        <w:jc w:val="right"/>
      </w:pPr>
      <w:r>
        <w:t>کیوں؟</w:t>
      </w:r>
    </w:p>
    <w:p>
      <w:r>
        <w:rPr>
          <w:b/>
        </w:rPr>
        <w:t xml:space="preserve">[19:47] </w:t>
      </w:r>
      <w:r>
        <w:t>jo log khuda ko physical roop mein dekhna chahte hain, un ke liye khuda chupa hua hai. hamare tareeqe se physical roop mein khuda kahin baitha hua ho to aap chahte hain ke woh is tarah mujhe dikhai pad jaye, to khuda kabhi dikhai nahi padega.</w:t>
      </w:r>
    </w:p>
    <w:p>
      <w:pPr>
        <w:jc w:val="right"/>
      </w:pPr>
      <w:r>
        <w:t>جو لوگ خدا کو physical روپ میں دیکھنا چاہتے ہیں، ان کے لیے خدا چھپا ہوا ہے۔ ہمارے طریقے سے physical روپ میں خدا کہیں بیٹھا ہوا ہو تو آپ چاہتے ہیں کہ وہ اس طرح مجھے دکھائی پڑ جائے، تو خدا کبھی دکھائی نہیں پڑے گا۔</w:t>
      </w:r>
    </w:p>
    <w:p>
      <w:r>
        <w:rPr>
          <w:b/>
        </w:rPr>
        <w:t xml:space="preserve">[20:03] </w:t>
      </w:r>
      <w:r>
        <w:t>kyunki khwab beyond time and space hai,</w:t>
      </w:r>
    </w:p>
    <w:p>
      <w:pPr>
        <w:jc w:val="right"/>
      </w:pPr>
      <w:r>
        <w:t>کیونکہ خواب beyond time and space ہے،</w:t>
      </w:r>
    </w:p>
    <w:p>
      <w:r>
        <w:rPr>
          <w:b/>
        </w:rPr>
        <w:t xml:space="preserve">[20:08] </w:t>
      </w:r>
      <w:r>
        <w:t>beyond all physical laws hai. to khuda ko hum apne apne, yani conceptual mind ke zariye jaan sakte hain, soch ke zariye se.</w:t>
      </w:r>
    </w:p>
    <w:p>
      <w:pPr>
        <w:jc w:val="right"/>
      </w:pPr>
      <w:r>
        <w:t>beyond all physical laws ہے۔ تو خدا کو ہم اپنے اپنے، یعنی conceptual mind کے ذریعے جان سکتے ہیں، سوچ کے ذریعے سے۔</w:t>
      </w:r>
    </w:p>
    <w:p>
      <w:r>
        <w:rPr>
          <w:b/>
        </w:rPr>
        <w:t xml:space="preserve">[20:24] </w:t>
      </w:r>
      <w:r>
        <w:t>aur mein aik jo shabd mein yeh kahunga ke khuda, yani creator ke through, creature ko jaan sakte hain. bas</w:t>
      </w:r>
    </w:p>
    <w:p>
      <w:pPr>
        <w:jc w:val="right"/>
      </w:pPr>
      <w:r>
        <w:t>اور میں ایک جو शब्द میں یہ کہوں گا کہ خدا، یعنی creator کے تھرو، creature کو جان سکتے ہیں۔ بس</w:t>
      </w:r>
    </w:p>
    <w:p>
      <w:r>
        <w:rPr>
          <w:b/>
        </w:rPr>
        <w:t xml:space="preserve">[20:31] </w:t>
      </w:r>
      <w:r>
        <w:t>direct nahi. ab mein to har waqt khuda ko, yani discover karta rehta hoon. har waqt. jis mein bol raha hoon, aap sun rahe hain to mein bilkul thartharahat ho rahi thi mere andar ke kaise aisa possible hua ke mein boloon aur aap sunen.</w:t>
      </w:r>
    </w:p>
    <w:p>
      <w:pPr>
        <w:jc w:val="right"/>
      </w:pPr>
      <w:r>
        <w:t>ڈائریکٹ نہیں۔ اب میں تو ہر وقت خدا کو، یعنی discover کرتا رہتا ہوں۔ ہر وقت۔ جس میں بول رہا ہوں، آپ سن رہے ہیں تو میں بالکل تھرتھراہٹ ہو رہی تھی میرے اندر کہ کیسے ایسا possible ہوا کہ میں بولوں اور آپ سنیں۔</w:t>
      </w:r>
    </w:p>
    <w:p>
      <w:r>
        <w:rPr>
          <w:b/>
        </w:rPr>
        <w:t xml:space="preserve">[20:46] </w:t>
      </w:r>
      <w:r>
        <w:t>kaise aisa hua?</w:t>
      </w:r>
    </w:p>
    <w:p>
      <w:pPr>
        <w:jc w:val="right"/>
      </w:pPr>
      <w:r>
        <w:t>کیسے ایسا ہوا؟</w:t>
      </w:r>
    </w:p>
    <w:p>
      <w:r>
        <w:rPr>
          <w:b/>
        </w:rPr>
        <w:t xml:space="preserve">[20:50] </w:t>
      </w:r>
      <w:r>
        <w:t>kaise aisa hua ke mein boloon, aap sunen. kyunki mein to helpless insan hoon. har aadmi helpless hai. har aadmi helpless hai.</w:t>
      </w:r>
    </w:p>
    <w:p>
      <w:pPr>
        <w:jc w:val="right"/>
      </w:pPr>
      <w:r>
        <w:t>کیسے ایسا ہوا کہ میں بولوں، آپ سنیں۔ کیونکہ میں تو helpless انسان ہوں۔ ہر آدمی helpless ہے۔ ہر آدمی helpless ہے۔</w:t>
      </w:r>
    </w:p>
    <w:p>
      <w:r>
        <w:rPr>
          <w:b/>
        </w:rPr>
        <w:t xml:space="preserve">[21:02] </w:t>
      </w:r>
      <w:r>
        <w:t>to kaun hai jo khuda? woh kaun hai jo hum ko suraj ki roshni de raha hai? kaun hai jo hawa ke zariye oxygen bhej raha hai? kaun hai zameen mein itni ziyada, yani sahi itne ziyada proportion ke sath gravity rakhi hui hai?</w:t>
      </w:r>
    </w:p>
    <w:p>
      <w:pPr>
        <w:jc w:val="right"/>
      </w:pPr>
      <w:r>
        <w:t>تو کون ہے جو خدا؟ وہ کون ہے جو ہم کو سورج کی روشنی دے رہا ہے؟ کون ہے جو ہوا کے ذریعے آکسیجن بھیج رہا ہے؟ کون ہے زمین میں اتنی زیادہ، یعنی صحیح اتنے زیادہ proportion کے ساتھ گریویٹی رکھی ہوئی ہے؟</w:t>
      </w:r>
    </w:p>
    <w:p>
      <w:r>
        <w:rPr>
          <w:b/>
        </w:rPr>
        <w:t xml:space="preserve">[21:18] </w:t>
      </w:r>
      <w:r>
        <w:t>kaun hai jo darakhton ko sabz sabz bana raha hai? kaun hai zameen se hamare liye khana ugal raha hai? kaun hai aasman se barish barsa raha hai?</w:t>
      </w:r>
    </w:p>
    <w:p>
      <w:pPr>
        <w:jc w:val="right"/>
      </w:pPr>
      <w:r>
        <w:t>کون ہے جو درختوں کو سبز سبز بنا رہا ہے؟ کون ہے زمین سے ہمارے لیے کھانا اگل رہا ہے؟ کون ہے آسمان سے بارش برسا رہا ہے؟</w:t>
      </w:r>
    </w:p>
    <w:p>
      <w:r>
        <w:rPr>
          <w:b/>
        </w:rPr>
        <w:t xml:space="preserve">[21:27] </w:t>
      </w:r>
      <w:r>
        <w:t>to isi mein hamein khuda ko dekhna hai.</w:t>
      </w:r>
    </w:p>
    <w:p>
      <w:pPr>
        <w:jc w:val="right"/>
      </w:pPr>
      <w:r>
        <w:t>تو اسی میں ہمیں خدا کو دیکھنا ہے۔</w:t>
      </w:r>
    </w:p>
    <w:p>
      <w:r>
        <w:rPr>
          <w:b/>
        </w:rPr>
        <w:t xml:space="preserve">[21:34] </w:t>
      </w:r>
      <w:r>
        <w:t>to jo jo, yani agar aap apne ko, yani apni soch ko develop karen, mein samajhta hoon ke khuda ko dekhne ka jo raaz hai, na murakba hai na meditation hai.</w:t>
      </w:r>
    </w:p>
    <w:p>
      <w:pPr>
        <w:jc w:val="right"/>
      </w:pPr>
      <w:r>
        <w:t>تو جو جو، یعنی اگر آپ اپنے کو، یعنی اپنی سوچ کو develop کریں، میں سمجھتا ہوں کہ خدا کو دیکھنے کا جو راز ہے، نہ مراقبہ ہے نہ میڈیٹیشن ہے۔</w:t>
      </w:r>
    </w:p>
    <w:p>
      <w:r>
        <w:rPr>
          <w:b/>
        </w:rPr>
        <w:t xml:space="preserve">[21:49] </w:t>
      </w:r>
      <w:r>
        <w:t>apni soch ko develop karna.</w:t>
      </w:r>
    </w:p>
    <w:p>
      <w:pPr>
        <w:jc w:val="right"/>
      </w:pPr>
      <w:r>
        <w:t>اپنی سوچ کو develop کرنا۔</w:t>
      </w:r>
    </w:p>
    <w:p>
      <w:r>
        <w:rPr>
          <w:b/>
        </w:rPr>
        <w:t xml:space="preserve">[21:52] </w:t>
      </w:r>
      <w:r>
        <w:t>kuch log samajhte hain ke murakba karo to khuda dikhai dega ya meditation karo to khuda dikhai dega. mein is ko nahi manta. woh jo cheez dikhai deti hai, wahan agar dikhai deti ho to woh, woh, woh mein samajhta hoon ke woh hoga.</w:t>
      </w:r>
    </w:p>
    <w:p>
      <w:pPr>
        <w:jc w:val="right"/>
      </w:pPr>
      <w:r>
        <w:t>کچھ لوگ سمجھتے ہیں کہ مراقبہ کرو تو خدا دکھائی دے گا یا میڈیٹیشن کرو تو خدا دکھائی دے گا۔ میں اس کو نہیں مانتا۔ وہ جو چیز دکھائی دیتی ہے، وہاں اگر دکھائی دیتی ہو تو وہ، وہ، وہ میں سمجھتا ہوں کہ وہ ہوگا۔</w:t>
      </w:r>
    </w:p>
    <w:p>
      <w:r>
        <w:rPr>
          <w:b/>
        </w:rPr>
        <w:t xml:space="preserve">[22:05] </w:t>
      </w:r>
      <w:r>
        <w:t>woh, woh ecstasy hogi.</w:t>
      </w:r>
    </w:p>
    <w:p>
      <w:pPr>
        <w:jc w:val="right"/>
      </w:pPr>
      <w:r>
        <w:t>وہ، وہ ایکسٹسی ہوگی۔</w:t>
      </w:r>
    </w:p>
    <w:p>
      <w:r>
        <w:rPr>
          <w:b/>
        </w:rPr>
        <w:t xml:space="preserve">[22:08] </w:t>
      </w:r>
      <w:r>
        <w:t>ecstasy. kuch logon ko hallucination hota hai. mere paas aik aik lady aati thi, kehti thi ke mere paas to sare farishte aate hain, mera kamra bhar jata hai angel se.</w:t>
      </w:r>
    </w:p>
    <w:p>
      <w:pPr>
        <w:jc w:val="right"/>
      </w:pPr>
      <w:r>
        <w:t>ایکسٹسی۔ کچھ لوگوں کو ہیلوسینیشن ہوتا ہے۔ میرے پاس ایک ایک لیڈی آتی تھی، کہتی تھی کہ میرے پاس تو سارے فرشتے آتے ہیں، میرا کمرہ بھر جاتا ہے اینجل سے۔</w:t>
      </w:r>
    </w:p>
    <w:p>
      <w:r>
        <w:rPr>
          <w:b/>
        </w:rPr>
        <w:t xml:space="preserve">[22:21] </w:t>
      </w:r>
      <w:r>
        <w:t>maine kaha yeh hallucination nahi, hallucination hai. pehle aati thi, ab ab nahi aati hain. woh aik lady,</w:t>
      </w:r>
    </w:p>
    <w:p>
      <w:pPr>
        <w:jc w:val="right"/>
      </w:pPr>
      <w:r>
        <w:t>میں نے کہا یہ ہیلوسینیشن نہیں، ہیلوسینیشن ہے۔ پہلے آتی تھی، اب اب نہیں آتی ہیں۔ وہ ایک لیڈی،</w:t>
      </w:r>
    </w:p>
    <w:p>
      <w:r>
        <w:rPr>
          <w:b/>
        </w:rPr>
        <w:t xml:space="preserve">[22:30] </w:t>
      </w:r>
      <w:r>
        <w:t>aap log jante hain, un ka naam mein naam nahi lena chahta ke woh bar bar mujh se kehti theen ke mere kamre mein to sare angel bhar jate hain aur un ki zindagi mein kahin kuch bhi nahi tha, koi sachai nahi thi.</w:t>
      </w:r>
    </w:p>
    <w:p>
      <w:pPr>
        <w:jc w:val="right"/>
      </w:pPr>
      <w:r>
        <w:t>آپ لوگ جانتے ہیں، ان کا نام میں نام نہیں لینا چاہتا کہ وہ بار بار مجھ سے کہتی تھیں کہ میرے کمرے میں تو سارے اینجل بھر جاتے ہیں اور ان کی زندگی میں کہیں کچھ بھی نہیں تھا، کوئی سچائی نہیں تھی۔</w:t>
      </w:r>
    </w:p>
    <w:p>
      <w:r>
        <w:rPr>
          <w:b/>
        </w:rPr>
        <w:t xml:space="preserve">[22:45] </w:t>
      </w:r>
      <w:r>
        <w:t>woh aik bhatki hui khatoon thi</w:t>
      </w:r>
    </w:p>
    <w:p>
      <w:pPr>
        <w:jc w:val="right"/>
      </w:pPr>
      <w:r>
        <w:t>وہ ایک بھٹکی ہوئی خاتون تھی</w:t>
      </w:r>
    </w:p>
    <w:p>
      <w:r>
        <w:rPr>
          <w:b/>
        </w:rPr>
        <w:t xml:space="preserve">[22:47] </w:t>
      </w:r>
      <w:r>
        <w:t>aur angel un ke kamre bharte the.</w:t>
      </w:r>
    </w:p>
    <w:p>
      <w:pPr>
        <w:jc w:val="right"/>
      </w:pPr>
      <w:r>
        <w:t>اور اینجل ان کے کمرے بھرتے تھے۔</w:t>
      </w:r>
    </w:p>
    <w:p>
      <w:r>
        <w:rPr>
          <w:b/>
        </w:rPr>
        <w:t xml:space="preserve">[22:50] </w:t>
      </w:r>
      <w:r>
        <w:t>to kya tha? that was hallucination. to mein samajhta hoon ke khuda ko jo aadmi discover karna chahta hai, apni soch ko develop karna padega.</w:t>
      </w:r>
    </w:p>
    <w:p>
      <w:pPr>
        <w:jc w:val="right"/>
      </w:pPr>
      <w:r>
        <w:t>تو کیا تھا؟ دیٹ واز ہیلوسینیشن۔ تو میں سمجھتا ہوں کہ خدا کو جو آدمی discover کرنا چاہتا ہے، اپنی سوچ کو develop کرنا پڑے گا۔</w:t>
      </w:r>
    </w:p>
    <w:p>
      <w:r>
        <w:rPr>
          <w:b/>
        </w:rPr>
        <w:t xml:space="preserve">[23:03] </w:t>
      </w:r>
      <w:r>
        <w:t>soch ko develop kar ke hum har moment khuda ko dekh sakte hain. agar soch ko develop nahi kiya to koi doosra is ka alternative nahi hai.</w:t>
      </w:r>
    </w:p>
    <w:p>
      <w:pPr>
        <w:jc w:val="right"/>
      </w:pPr>
      <w:r>
        <w:t>سوچ کو develop کر کے ہم ہر moment خدا کو دیکھ سکتے ہیں۔ اگر سوچ کو develop نہیں کیا تو کوئی دوسرا اس کا alternative نہیں ہے۔</w:t>
      </w:r>
    </w:p>
    <w:p>
      <w:r>
        <w:rPr>
          <w:b/>
        </w:rPr>
        <w:t xml:space="preserve">[23:13] </w:t>
      </w:r>
      <w:r>
        <w:t>kisi aur tareeqay se hum Khuda ko discover nahi kar sakte. hamari, mein apne baray mein keh sakta hoon ke meri saray literature jo hai, isi par hai soch ko develop karna.</w:t>
      </w:r>
    </w:p>
    <w:p>
      <w:pPr>
        <w:jc w:val="right"/>
      </w:pPr>
      <w:r>
        <w:t>کسی اور طریقے سے ہم خدا کو discover نہیں کر سکتے۔ ہماری، میں اپنے بارے میں کہہ سکتا ہوں کہ میری سارے literature جو ہے، اسی پر ہے سوچ کو develop کرنا۔</w:t>
      </w:r>
    </w:p>
    <w:p>
      <w:r>
        <w:rPr>
          <w:b/>
        </w:rPr>
        <w:t xml:space="preserve">[23:24] </w:t>
      </w:r>
      <w:r>
        <w:t>yateem hamari kitabein hain, kitabein hamari cheezein hain, woh sab isi liye ke soch ko itna develop kiya jaye ke aadmi Khuda ko discover kar sakay.</w:t>
      </w:r>
    </w:p>
    <w:p>
      <w:pPr>
        <w:jc w:val="right"/>
      </w:pPr>
      <w:r>
        <w:t>یتیم ہماری کتابیں ہیں، کتابیں ہماری چیزیں ہیں، وہ سب اسی لیے کہ سوچ کو اتنا develop کیا جائے کہ آدمی خدا کو discover کر سکے۔</w:t>
      </w:r>
    </w:p>
    <w:p>
      <w:r>
        <w:rPr>
          <w:b/>
        </w:rPr>
        <w:t xml:space="preserve">[23:36] </w:t>
      </w:r>
      <w:r>
        <w:t>misal ke tor par ek kitab hamari hai, is ko aap parhiye: "God Arises". "God Arises"</w:t>
      </w:r>
    </w:p>
    <w:p>
      <w:pPr>
        <w:jc w:val="right"/>
      </w:pPr>
      <w:r>
        <w:t>مثال کے طور پر ایک کتاب ہماری ہے، اس کو آپ پڑھیے: "God Arises"۔ "God Arises"</w:t>
      </w:r>
    </w:p>
    <w:p>
      <w:r>
        <w:rPr>
          <w:b/>
        </w:rPr>
        <w:t xml:space="preserve">[23:43] </w:t>
      </w:r>
      <w:r>
        <w:t>to study parhaiye, is soch ko develop kijiye, art of thinking paida kijiye. bas yahi tareeqa hai aur koi doosra tareeqa nahi hai is ka.</w:t>
      </w:r>
    </w:p>
    <w:p>
      <w:pPr>
        <w:jc w:val="right"/>
      </w:pPr>
      <w:r>
        <w:t>تو اسٹڈی پڑھائیے، اس سوچ کو develop کیجئے، آرٹ آف تھنکنگ پیدا کیجئے۔ بس یہی طریقہ ہے اور کوئی دوسرا طریقہ نہیں ہے اس کا۔</w:t>
      </w:r>
    </w:p>
    <w:p>
      <w:r>
        <w:rPr>
          <w:b/>
        </w:rPr>
        <w:t xml:space="preserve">[23:54] </w:t>
      </w:r>
      <w:r>
        <w:t>This question is from Mr. Uddhiyan Roy. We discussed in the last class about Neo-Gandhianism</w:t>
      </w:r>
    </w:p>
    <w:p>
      <w:pPr>
        <w:jc w:val="right"/>
      </w:pPr>
      <w:r>
        <w:t>This question is from Mr. Uddhiyan Roy. We discussed in the last class about Neo-Gandhianism</w:t>
      </w:r>
    </w:p>
    <w:p>
      <w:r>
        <w:rPr>
          <w:b/>
        </w:rPr>
        <w:t xml:space="preserve">[24:03] </w:t>
      </w:r>
      <w:r>
        <w:t>. He wants to know if there is any limit to tolerance in the modern world. Is it not proper to draw a line somewhere?</w:t>
      </w:r>
    </w:p>
    <w:p>
      <w:pPr>
        <w:jc w:val="right"/>
      </w:pPr>
      <w:r>
        <w:t>. He wants to know if there is any limit to tolerance in the modern world. Is it not proper to draw a line somewhere?</w:t>
      </w:r>
    </w:p>
    <w:p>
      <w:r>
        <w:rPr>
          <w:b/>
        </w:rPr>
        <w:t xml:space="preserve">[24:16] </w:t>
      </w:r>
      <w:r>
        <w:t>yeh bara, yeh question bohat poocha jata hai. dekhiye, log asal mein</w:t>
      </w:r>
    </w:p>
    <w:p>
      <w:pPr>
        <w:jc w:val="right"/>
      </w:pPr>
      <w:r>
        <w:t>یہ بڑا، یہ question بہت پوچھا جاتا ہے۔ دیکھیں، لوگ اصل میں</w:t>
      </w:r>
    </w:p>
    <w:p>
      <w:r>
        <w:rPr>
          <w:b/>
        </w:rPr>
        <w:t xml:space="preserve">[24:25] </w:t>
      </w:r>
      <w:r>
        <w:t>problem kya hai? log jeete hain idealism mein. yaani Socrates se le kar ab tak har aadmi ideal situation dekhna chahta hai.</w:t>
      </w:r>
    </w:p>
    <w:p>
      <w:pPr>
        <w:jc w:val="right"/>
      </w:pPr>
      <w:r>
        <w:t>problem کیا ہے؟ لوگ جیتے ہیں idealism میں۔ یعنی Socrates سے لے کر اب تک ہر آدمی ideal situation دیکھنا چاہتا ہے۔</w:t>
      </w:r>
    </w:p>
    <w:p>
      <w:r>
        <w:rPr>
          <w:b/>
        </w:rPr>
        <w:t xml:space="preserve">[24:39] </w:t>
      </w:r>
      <w:r>
        <w:t>to woh samajhta hai ke hum agar tolerance karein to kab tak tolerance karein?</w:t>
      </w:r>
    </w:p>
    <w:p>
      <w:pPr>
        <w:jc w:val="right"/>
      </w:pPr>
      <w:r>
        <w:t>تو وہ سمجھتا ہے کہ ہم اگر tolerance کریں تو کب تک tolerance کریں؟</w:t>
      </w:r>
    </w:p>
    <w:p>
      <w:r>
        <w:rPr>
          <w:b/>
        </w:rPr>
        <w:t xml:space="preserve">[24:46] </w:t>
      </w:r>
      <w:r>
        <w:t>woh idealism ke khilaf nazar aata hai is ko. lekin aap ko yahan par practical banna parhe ga. dekhiye, tolerance jo hai, woh ek practical formula hai, ideal formula nahi hai.</w:t>
      </w:r>
    </w:p>
    <w:p>
      <w:pPr>
        <w:jc w:val="right"/>
      </w:pPr>
      <w:r>
        <w:t>وہ idealism کے خلاف نظر آتا ہے اس کو۔ لیکن آپ کو یہاں پر practical بننا پڑے گا۔ دیکھیں، tolerance جو ہے، وہ ایک practical فارمولا ہے، ideal فارمولا نہیں ہے۔</w:t>
      </w:r>
    </w:p>
    <w:p>
      <w:r>
        <w:rPr>
          <w:b/>
        </w:rPr>
        <w:t xml:space="preserve">[24:58] </w:t>
      </w:r>
      <w:r>
        <w:t>yaad rakhiye, is ko dimagh se nikaal dena chahiye ke tolerance jo hai, koi ideal formula hai. woh hai practical formula.</w:t>
      </w:r>
    </w:p>
    <w:p>
      <w:pPr>
        <w:jc w:val="right"/>
      </w:pPr>
      <w:r>
        <w:t>یاد رکھیے، اس کو دماغ سے نکال دینا چاہیے کہ tolerance جو ہے، کوئی ideal فارمولا ہے۔ وہ ہے practical فارمولا۔</w:t>
      </w:r>
    </w:p>
    <w:p>
      <w:r>
        <w:rPr>
          <w:b/>
        </w:rPr>
        <w:t xml:space="preserve">[25:09] </w:t>
      </w:r>
      <w:r>
        <w:t>yaani</w:t>
      </w:r>
    </w:p>
    <w:p>
      <w:pPr>
        <w:jc w:val="right"/>
      </w:pPr>
      <w:r>
        <w:t>یعنی</w:t>
      </w:r>
    </w:p>
    <w:p>
      <w:r>
        <w:rPr>
          <w:b/>
        </w:rPr>
        <w:t xml:space="preserve">[25:13] </w:t>
      </w:r>
      <w:r>
        <w:t>hamare paas koi doosra alternative nahi hota hai. sometimes jaise ke hum yahan par baithe hue hain, ab agar road par carain daur rahi hain, woh horn baja rahi hain to hum kya karein ge?</w:t>
      </w:r>
    </w:p>
    <w:p>
      <w:pPr>
        <w:jc w:val="right"/>
      </w:pPr>
      <w:r>
        <w:t>ہمارے پاس کوئی دوسرا alternative نہیں ہوتا ہے۔ سم ٹائم جیسے کہ ہم یہاں پر بیٹھے ہوئے ہیں، اب اگر روڈ پر کاریں دوڑ رہی ہیں، وہ ہارن بجا رہی ہیں تو ہم کیا کریں گے؟</w:t>
      </w:r>
    </w:p>
    <w:p>
      <w:r>
        <w:rPr>
          <w:b/>
        </w:rPr>
        <w:t xml:space="preserve">[25:26] </w:t>
      </w:r>
      <w:r>
        <w:t>in caron se lar nahi sakte hum. to hum tolerate karein ge. to yeh idealism nahi hai, yeh yeh pragmatism hai.</w:t>
      </w:r>
    </w:p>
    <w:p>
      <w:pPr>
        <w:jc w:val="right"/>
      </w:pPr>
      <w:r>
        <w:t>ان کاروں سے لڑ نہیں سکتے ہم۔ تو ہم ٹولریٹ کریں گے۔ تو یہ idealism نہیں ہے، یہ یہ pragmatism ہے۔</w:t>
      </w:r>
    </w:p>
    <w:p>
      <w:r>
        <w:rPr>
          <w:b/>
        </w:rPr>
        <w:t xml:space="preserve">[25:39] </w:t>
      </w:r>
      <w:r>
        <w:t>to tolerance ke formula ka matlab yeh nahi hai ke woh aap ko ideal situation milti hai, is se nahi. mein kehta hoon ke aap tolerate na karein to karein kya?</w:t>
      </w:r>
    </w:p>
    <w:p>
      <w:pPr>
        <w:jc w:val="right"/>
      </w:pPr>
      <w:r>
        <w:t>تو tolerance کے فارمولا کا مطلب یہ نہیں ہے کہ وہ آپ کو ideal situation ملتی ہے، اس سے نہیں۔ میں کہتا ہوں کہ آپ ٹولریٹ نہ کریں تو کریں کیا؟</w:t>
      </w:r>
    </w:p>
    <w:p>
      <w:r>
        <w:rPr>
          <w:b/>
        </w:rPr>
        <w:t xml:space="preserve">[25:51] </w:t>
      </w:r>
      <w:r>
        <w:t>kya aap apni jaan dein ge? apne ko destroy karein ge?</w:t>
      </w:r>
    </w:p>
    <w:p>
      <w:pPr>
        <w:jc w:val="right"/>
      </w:pPr>
      <w:r>
        <w:t>کیا آپ اپنی جان دیں گے؟ اپنے کو ڈسٹروئے کریں گے؟</w:t>
      </w:r>
    </w:p>
    <w:p>
      <w:r>
        <w:rPr>
          <w:b/>
        </w:rPr>
        <w:t xml:space="preserve">[25:57] </w:t>
      </w:r>
      <w:r>
        <w:t>industries jo hain, woh professional phaila rahi hain. C ke baray mein, C jo itna zyada pak pani hua karta tha, wahan 95 feesad samundaron ka pani jo hai, pollute ho chuka hai.</w:t>
      </w:r>
    </w:p>
    <w:p>
      <w:pPr>
        <w:jc w:val="right"/>
      </w:pPr>
      <w:r>
        <w:t>انڈسٹریز جو ہیں، وہ پروفیشنل پھیلا رہی ہیں۔ سی کے بارے میں، سی جو اتنا زیادہ پاک پانی ہوا کرتا تھا، وہاں 95 فیصد سمندروں کا پانی جو ہے، پلوٹ ہو چکا ہے۔</w:t>
      </w:r>
    </w:p>
    <w:p>
      <w:r>
        <w:rPr>
          <w:b/>
        </w:rPr>
        <w:t xml:space="preserve">[26:10] </w:t>
      </w:r>
      <w:r>
        <w:t>kya karein ge aap? kya aap jaan dein ge apni?</w:t>
      </w:r>
    </w:p>
    <w:p>
      <w:pPr>
        <w:jc w:val="right"/>
      </w:pPr>
      <w:r>
        <w:t>کیا کریں گے آپ؟ کیا آپ جان دیں گے اپنی؟</w:t>
      </w:r>
    </w:p>
    <w:p>
      <w:r>
        <w:rPr>
          <w:b/>
        </w:rPr>
        <w:t xml:space="preserve">[26:16] </w:t>
      </w:r>
      <w:r>
        <w:t>to toleration jo hai, woh is liye hamein karna parta hai ke is ke siwa koi hamare paas in term result, hamare paas koi koi alternative nahi hai.</w:t>
      </w:r>
    </w:p>
    <w:p>
      <w:pPr>
        <w:jc w:val="right"/>
      </w:pPr>
      <w:r>
        <w:t>تو ٹولریشن جو ہے، وہ اس لیے ہمیں کرنا پڑتا ہے کہ اس کے سوا کوئی ہمارے پاس ان ٹرم رزلٹ، ہمارے پاس کوئی کوئی alternative نہیں ہے۔</w:t>
      </w:r>
    </w:p>
    <w:p>
      <w:r>
        <w:rPr>
          <w:b/>
        </w:rPr>
        <w:t xml:space="preserve">[26:27] </w:t>
      </w:r>
      <w:r>
        <w:t>aksar log yeh nahi soch paate ke hamein result ko dekhna chahiye kisi action se pehle. result ko dekhna chahiye. jaise farz kijiye ke mein road par ja raha hoon, takrao mein takra gaya kisi sawari se.</w:t>
      </w:r>
    </w:p>
    <w:p>
      <w:pPr>
        <w:jc w:val="right"/>
      </w:pPr>
      <w:r>
        <w:t>اکثر لوگ یہ نہیں سوچ پاتے کہ ہمیں رزلٹ کو دیکھنا چاہیے کسی ایکشن سے پہلے۔ رزلٹ کو دیکھنا چاہیے۔ جیسے فرض کیجئے کہ میں روڈ پر جا رہا ہوں، ٹکراؤ میں ٹکرا گیا کسی سواری سے۔</w:t>
      </w:r>
    </w:p>
    <w:p>
      <w:r>
        <w:rPr>
          <w:b/>
        </w:rPr>
        <w:t xml:space="preserve">[26:44] </w:t>
      </w:r>
      <w:r>
        <w:t>to ab mere paas kya hai?</w:t>
      </w:r>
    </w:p>
    <w:p>
      <w:pPr>
        <w:jc w:val="right"/>
      </w:pPr>
      <w:r>
        <w:t>تو اب میرے پاس کیا ہے؟</w:t>
      </w:r>
    </w:p>
    <w:p>
      <w:r>
        <w:rPr>
          <w:b/>
        </w:rPr>
        <w:t xml:space="preserve">[26:46] </w:t>
      </w:r>
      <w:r>
        <w:t>tolerate karna hai. kyunke ab mein laroon is aadmi se to police aaye gi. police aaye gi to pakar ke thanay le jaye gi. thanay le jaye gi to phir case chalega. to yaad rakhiye, duniya mein option hamein greater evil ke muqable mein lesser evil ka hai.</w:t>
      </w:r>
    </w:p>
    <w:p>
      <w:pPr>
        <w:jc w:val="right"/>
      </w:pPr>
      <w:r>
        <w:t>ٹولریٹ کرنا ہے۔ کیونکہ اب میں لڑوں اس آدمی سے تو پولیس آئے گی۔ پولیس آئے گی تو پکڑ کے تھانے لے جائے گی۔ تھانے لے جائے گی تو پھر کیس چلے گا۔ تو یاد رکھیے، دنیا میں آپشن ہمیں گریٹر ایول کے مقابلے میں لیسر ایول کا ہے۔</w:t>
      </w:r>
    </w:p>
    <w:p>
      <w:r>
        <w:rPr>
          <w:b/>
        </w:rPr>
        <w:t xml:space="preserve">[27:03] </w:t>
      </w:r>
      <w:r>
        <w:t>tolerance jo hai, woh lesser evil hai.</w:t>
      </w:r>
    </w:p>
    <w:p>
      <w:pPr>
        <w:jc w:val="right"/>
      </w:pPr>
      <w:r>
        <w:t>ٹولرینس جو ہے، وہ لیسر ایول ہے۔</w:t>
      </w:r>
    </w:p>
    <w:p>
      <w:r>
        <w:rPr>
          <w:b/>
        </w:rPr>
        <w:t xml:space="preserve">[27:07] </w:t>
      </w:r>
      <w:r>
        <w:t>tolerance lesser evil hai is liye ke hum greater evil se apne ko bacha sakein. ek point yeh hai. doosra point yeh hai ke yeh distraction hai.</w:t>
      </w:r>
    </w:p>
    <w:p>
      <w:pPr>
        <w:jc w:val="right"/>
      </w:pPr>
      <w:r>
        <w:t>ٹولرینس لیسر ایول ہے اس لیے کہ ہم گریٹر ایول سے اپنے کو بچا سکیں۔ ایک پوائنٹ یہ ہے۔ دوسرا پوائنٹ یہ ہے کہ یہ ڈسٹریکشن ہے۔</w:t>
      </w:r>
    </w:p>
    <w:p>
      <w:r>
        <w:rPr>
          <w:b/>
        </w:rPr>
        <w:t xml:space="preserve">[27:18] </w:t>
      </w:r>
      <w:r>
        <w:t>in tolerance jo hai, woh distraction hai. har waqt duniya mein tarah tarah ke provocation hain. har waqt. to agar aap tolerate na karein to kya hoga?</w:t>
      </w:r>
    </w:p>
    <w:p>
      <w:pPr>
        <w:jc w:val="right"/>
      </w:pPr>
      <w:r>
        <w:t>ان ٹولرینس جو ہے، وہ ڈسٹریکشن ہے۔ ہر وقت دنیا میں طرح طرح کے پرووکیشن ہیں۔ ہر وقت۔ تو اگر آپ ٹولریٹ نہ کریں تو کیا ہوگا؟</w:t>
      </w:r>
    </w:p>
    <w:p>
      <w:r>
        <w:rPr>
          <w:b/>
        </w:rPr>
        <w:t xml:space="preserve">[27:28] </w:t>
      </w:r>
      <w:r>
        <w:t>aap district honge. district honge to kya hoga? soch ka process ruk jayega. intellectual process jo hai, ruk jayega aap ka.</w:t>
      </w:r>
    </w:p>
    <w:p>
      <w:pPr>
        <w:jc w:val="right"/>
      </w:pPr>
      <w:r>
        <w:t>آپ ڈسٹریکٹ ہوں گے۔ ڈسٹریکٹ ہوں گے تو کیا ہوگا؟ سوچ کا پروسیس رک جائے گا۔ انٹلیکچول پروسیس جو ہے، رک جائے گا آپ کا۔</w:t>
      </w:r>
    </w:p>
    <w:p>
      <w:r>
        <w:rPr>
          <w:b/>
        </w:rPr>
        <w:t xml:space="preserve">[27:38] </w:t>
      </w:r>
      <w:r>
        <w:t>to apne aap ko distraction se bachane ke liye hamein aisa karna padta hai taake intellectual process jo hai, woh chalta rahe, chalta rahe, chalta rahe.</w:t>
      </w:r>
    </w:p>
    <w:p>
      <w:pPr>
        <w:jc w:val="right"/>
      </w:pPr>
      <w:r>
        <w:t>تو اپنے آپ کو ڈسٹریکشن سے بچانے کے لیے ہمیں ایسا کرنا پڑتا ہے تاکہ انٹلیکچول پروسیس جو ہے، وہ چلتا رہے، چلتا رہے، چلتا رہے۔</w:t>
      </w:r>
    </w:p>
    <w:p>
      <w:r>
        <w:rPr>
          <w:b/>
        </w:rPr>
        <w:t xml:space="preserve">[27:49] </w:t>
      </w:r>
      <w:r>
        <w:t>is liye main yeh kahunga ke yeh greater evil se bachne ke liye lesser evil ka mamla hai. is liye is ko unlimited tor par tolerate karna hai. hamein koi is ki limit nahi hai.</w:t>
      </w:r>
    </w:p>
    <w:p>
      <w:pPr>
        <w:jc w:val="right"/>
      </w:pPr>
      <w:r>
        <w:t>اس لیے میں یہ کہوں گا کہ یہ گریٹر ایول سے بچنے کے لیے لیسر ایول کا معاملہ ہے۔ اس لیے اس کو ان لمیٹڈ طور پر ٹولریٹ کرنا ہے۔ ہمیں کوئی اس کی لمٹ نہیں ہے۔</w:t>
      </w:r>
    </w:p>
    <w:p>
      <w:r>
        <w:rPr>
          <w:b/>
        </w:rPr>
        <w:t xml:space="preserve">[28:00] </w:t>
      </w:r>
      <w:r>
        <w:t>unlimited tor par.</w:t>
      </w:r>
    </w:p>
    <w:p>
      <w:pPr>
        <w:jc w:val="right"/>
      </w:pPr>
      <w:r>
        <w:t>ان لمیٹڈ طور پر۔</w:t>
      </w:r>
    </w:p>
    <w:p>
      <w:r>
        <w:rPr>
          <w:b/>
        </w:rPr>
        <w:t xml:space="preserve">[28:02] </w:t>
      </w:r>
      <w:r>
        <w:t>mere nazdeek tolerance ki koi limit nahi hai. har haal mein, har situation mein hamein tolerate karna hai. kyunke doosra jo alternative is ka hai, woh greater evil hai.</w:t>
      </w:r>
    </w:p>
    <w:p>
      <w:pPr>
        <w:jc w:val="right"/>
      </w:pPr>
      <w:r>
        <w:t>میرے نزدیک ٹولرینس کی کوئی لمٹ نہیں ہے۔ ہر حال میں، ہر سچوئیشن میں ہمیں ٹولریٹ کرنی کرنا ہے۔ کیونکہ دوسرا جو alternative اس کا ہے، وہ گریٹر ایول ہے۔</w:t>
      </w:r>
    </w:p>
    <w:p>
      <w:r>
        <w:rPr>
          <w:b/>
        </w:rPr>
        <w:t xml:space="preserve">[28:15] </w:t>
      </w:r>
      <w:r>
        <w:t>yeh mera experience hai. His other question is: Is it possible for any interfaith forum</w:t>
      </w:r>
    </w:p>
    <w:p>
      <w:pPr>
        <w:jc w:val="right"/>
      </w:pPr>
      <w:r>
        <w:t>یہ میرا ایکسپیرینس ہے۔ His other question is: Is it possible for any interfaith forum</w:t>
      </w:r>
    </w:p>
    <w:p>
      <w:r>
        <w:rPr>
          <w:b/>
        </w:rPr>
        <w:t xml:space="preserve">[28:24] </w:t>
      </w:r>
      <w:r>
        <w:t>to be really functional and effective without removing all the religious differences?</w:t>
      </w:r>
    </w:p>
    <w:p>
      <w:pPr>
        <w:jc w:val="right"/>
      </w:pPr>
      <w:r>
        <w:t>to be really functional and effective without removing all the religious differences?</w:t>
      </w:r>
    </w:p>
    <w:p>
      <w:r>
        <w:rPr>
          <w:b/>
        </w:rPr>
        <w:t xml:space="preserve">[28:33] </w:t>
      </w:r>
      <w:r>
        <w:t>yahi to hamari koshish hai. log samajhte hain ke pehle difference khatam karo, phir naye dialogue honge. It's impossible.</w:t>
      </w:r>
    </w:p>
    <w:p>
      <w:pPr>
        <w:jc w:val="right"/>
      </w:pPr>
      <w:r>
        <w:t>یہی تو ہماری کوشش ہے۔ لوگ سمجھتے ہیں کہ پہلے difference ختم کرو، پھر نئے ڈائیلاگ ہوں گے۔ It's impossible.</w:t>
      </w:r>
    </w:p>
    <w:p>
      <w:r>
        <w:rPr>
          <w:b/>
        </w:rPr>
        <w:t xml:space="preserve">[28:45] </w:t>
      </w:r>
      <w:r>
        <w:t>yani yeh main hairaan hoon ke log aakhir itna zyada, yani aisi baatein kyun karte hain? is ka wisdom se koi talluq nahi hai. yeh difference kaise khatam kar denge?</w:t>
      </w:r>
    </w:p>
    <w:p>
      <w:pPr>
        <w:jc w:val="right"/>
      </w:pPr>
      <w:r>
        <w:t>یعنی یہ میں حیران ہوں کہ لوگ آخر اتنا زیادہ، یعنی ایسی باتیں کیوں کرتے ہیں؟ اس کا wisdom سے کوئی تعلق نہیں ہے۔ یہ difference کیسے ختم کر دیں گے؟</w:t>
      </w:r>
    </w:p>
    <w:p>
      <w:r>
        <w:rPr>
          <w:b/>
        </w:rPr>
        <w:t xml:space="preserve">[28:55] </w:t>
      </w:r>
      <w:r>
        <w:t>aap jitne bhi dialogue mein gaya hoon, main bohat se dialogue mein shareek</w:t>
      </w:r>
    </w:p>
    <w:p>
      <w:pPr>
        <w:jc w:val="right"/>
      </w:pPr>
      <w:r>
        <w:t>آپ جتنے بھی ڈائیلاگ میں گیا ہوں، میں بہت سے ڈائیلاگ میں شریک</w:t>
      </w:r>
    </w:p>
    <w:p>
      <w:r>
        <w:rPr>
          <w:b/>
        </w:rPr>
        <w:t xml:space="preserve">[29:02] </w:t>
      </w:r>
      <w:r>
        <w:t>hoon. sab jagah kya difference ko mitana? difference ko khatam karo. main hairaan hoon ke bhai kaise logon ko bataoon ke difference to khatam hi nahi hoga kabhi?</w:t>
      </w:r>
    </w:p>
    <w:p>
      <w:pPr>
        <w:jc w:val="right"/>
      </w:pPr>
      <w:r>
        <w:t>ہوں۔ سب جگہ کیا difference کو مٹانا؟ difference کو ختم کرو۔ میں حیران ہوں کہ بھئی کیسے لوگوں کو بتاؤں کہ difference تو ختم ہی نہیں ہوگا کبھی؟</w:t>
      </w:r>
    </w:p>
    <w:p>
      <w:r>
        <w:rPr>
          <w:b/>
        </w:rPr>
        <w:t xml:space="preserve">[29:13] </w:t>
      </w:r>
      <w:r>
        <w:t>Difference is part of nature. ek ghar mein har aadmi, ghar mein do chaar aadmi hote honge. sab alag alag soch hain.</w:t>
      </w:r>
    </w:p>
    <w:p>
      <w:pPr>
        <w:jc w:val="right"/>
      </w:pPr>
      <w:r>
        <w:t>Difference is part of nature. ایک گھر میں ہر آدمی، گھر میں دو چار آدمی ہوتے ہوں گے۔ سب الگ الگ سوچ ہیں۔</w:t>
      </w:r>
    </w:p>
    <w:p>
      <w:r>
        <w:rPr>
          <w:b/>
        </w:rPr>
        <w:t xml:space="preserve">[29:22] </w:t>
      </w:r>
      <w:r>
        <w:t>hamare ghar mein jitne bachche bachiyan hain, sab ki soch alag hai. to aap is ko dekhte</w:t>
      </w:r>
    </w:p>
    <w:p>
      <w:pPr>
        <w:jc w:val="right"/>
      </w:pPr>
      <w:r>
        <w:t>ہمارے گھر میں جتنے بچے بچیاں ہیں، سب کی سوچ الگ ہے۔ تو آپ اس کو دیکھتے</w:t>
      </w:r>
    </w:p>
    <w:p>
      <w:r>
        <w:rPr>
          <w:b/>
        </w:rPr>
        <w:t xml:space="preserve">[29:28] </w:t>
      </w:r>
      <w:r>
        <w:t>rahein apne ghar mein. kya koi bhi aadmi jo family mein rehta ho, woh jaanta hai ke meri soch alag hai, biwi ko alag hai, bachche ko alag hai, beti ko alag hai?</w:t>
      </w:r>
    </w:p>
    <w:p>
      <w:pPr>
        <w:jc w:val="right"/>
      </w:pPr>
      <w:r>
        <w:t>رہیں اپنے گھر میں۔ کیا کوئی بھی آدمی جو فیملی میں رہتا ہو، وہ جانتا ہے کہ میری سوچ الگ ہے، بیوی کو الگ ہے، بچے کو الگ ہے، بیٹی کو الگ ہے؟</w:t>
      </w:r>
    </w:p>
    <w:p>
      <w:r>
        <w:rPr>
          <w:b/>
        </w:rPr>
        <w:t xml:space="preserve">[29:38] </w:t>
      </w:r>
      <w:r>
        <w:t>So difference is part of nature. to kaise aap jo cheez sari duniya mein maujood hai, us ko mazhab mein kaise mitayenge? aap aap ki family mein differences hain, aap ki society mein differences hain, aap ki natural life mein differences hain,</w:t>
      </w:r>
    </w:p>
    <w:p>
      <w:pPr>
        <w:jc w:val="right"/>
      </w:pPr>
      <w:r>
        <w:t>So difference is part of nature. تو کیسے آپ جو چیز ساری دنیا میں موجود ہے، اس کو مذہب میں کیسے مٹائیں گے؟ آپ آپ کی فیملی میں differences ہیں، آپ کی سوسائٹی میں differences ہیں، آپ کی نیچرل لائف میں differences ہیں،</w:t>
      </w:r>
    </w:p>
    <w:p>
      <w:r>
        <w:rPr>
          <w:b/>
        </w:rPr>
        <w:t xml:space="preserve">[29:53] </w:t>
      </w:r>
      <w:r>
        <w:t>aur chahte hain ke mazhab mein na rahe? kaise nahi rah</w:t>
      </w:r>
    </w:p>
    <w:p>
      <w:pPr>
        <w:jc w:val="right"/>
      </w:pPr>
      <w:r>
        <w:t>اور چاہتے ہیں کہ مذہب میں نہ رہے؟ کیسے نہیں رہ</w:t>
      </w:r>
    </w:p>
    <w:p>
      <w:r>
        <w:rPr>
          <w:b/>
        </w:rPr>
        <w:t xml:space="preserve">[29:57] </w:t>
      </w:r>
      <w:r>
        <w:t>e ga? bataiye. Difference is part of nature. to mazhab mein bhi rahega. is liye yeh formula jo hai logon ka ke difference ko mitayo, yeh bilkul hi, yani workable nahi hai.</w:t>
      </w:r>
    </w:p>
    <w:p>
      <w:pPr>
        <w:jc w:val="right"/>
      </w:pPr>
      <w:r>
        <w:t>ے گا؟ بتائیے۔ Difference is part of nature. تو مذہب میں بھی رہے گا۔ اس لیے یہ فارمولا جو ہے لوگوں کا کہ difference کو مٹاؤ، یہ بالکل ہی، یعنی ورکیبل نہیں ہے۔</w:t>
      </w:r>
    </w:p>
    <w:p>
      <w:r>
        <w:rPr>
          <w:b/>
        </w:rPr>
        <w:t xml:space="preserve">[30:10] </w:t>
      </w:r>
      <w:r>
        <w:t>yeh sahi formula kya hai?</w:t>
      </w:r>
    </w:p>
    <w:p>
      <w:pPr>
        <w:jc w:val="right"/>
      </w:pPr>
      <w:r>
        <w:t>یہ صحیح فارمولا کیا ہے؟</w:t>
      </w:r>
    </w:p>
    <w:p>
      <w:r>
        <w:rPr>
          <w:b/>
        </w:rPr>
        <w:t xml:space="preserve">[30:13] </w:t>
      </w:r>
      <w:r>
        <w:t>difference ko avoid karo. difference karo. jo kaha jata hai angrezi mein ke let us agree.</w:t>
      </w:r>
    </w:p>
    <w:p>
      <w:pPr>
        <w:jc w:val="right"/>
      </w:pPr>
      <w:r>
        <w:t>difference کو اوائڈ کرو۔ difference کرو۔ جو کہا جاتا ہے انگریزی میں کہ let us agree.</w:t>
      </w:r>
    </w:p>
    <w:p>
      <w:r>
        <w:rPr>
          <w:b/>
        </w:rPr>
        <w:t xml:space="preserve">[30:24] </w:t>
      </w:r>
      <w:r>
        <w:t>Disagreement ke hote hue bhi to apne aap ko ittehad rakho. to discussion, discussion is par nahi hona chahiye ke definition ko mitayo, balke yeh hona chahiye ke intellectual development kaise ho</w:t>
      </w:r>
    </w:p>
    <w:p>
      <w:pPr>
        <w:jc w:val="right"/>
      </w:pPr>
      <w:r>
        <w:t>Disagreement کے ہوتے ہوئے بھی تو اپنے آپ کو متحد رکھو۔ تو ڈسکشن، ڈسکشن اس پر نہیں ہونا چاہیے کہ ڈیفینیشن کو مٹاؤ، بلکہ یہ ہونا چاہیے کہ انٹلیکچول ڈیولپمنٹ کیسے ہو</w:t>
      </w:r>
    </w:p>
    <w:p>
      <w:r>
        <w:rPr>
          <w:b/>
        </w:rPr>
        <w:t xml:space="preserve">[30:37] </w:t>
      </w:r>
      <w:r>
        <w:t>aur baatein kaise maloom karein hum aur sachai ke aur darwaze kaise khulein. hamare sachai ke million billion darwaze hain, woh sab band pade hue hain kyunke hum difference ko mitane mein lage hue hain.</w:t>
      </w:r>
    </w:p>
    <w:p>
      <w:pPr>
        <w:jc w:val="right"/>
      </w:pPr>
      <w:r>
        <w:t>اور باتیں کیسے معلوم کریں ہم اور سچائی کے اور دروازے کیسے کھلیں۔ ہمارے سچائی کے ملین بلین دروازے ہیں، وہ سب بند پڑے ہوئے ہیں کیونکہ ہم ڈیفرنس کو مٹانے میں لگے ہوئے ہیں۔</w:t>
      </w:r>
    </w:p>
    <w:p>
      <w:r>
        <w:rPr>
          <w:b/>
        </w:rPr>
        <w:t xml:space="preserve">[30:50] </w:t>
      </w:r>
      <w:r>
        <w:t>hamara yeh goal nahi hona chahiye discussion ka ya dialogue ka ke difference ko mitayo.</w:t>
      </w:r>
    </w:p>
    <w:p>
      <w:pPr>
        <w:jc w:val="right"/>
      </w:pPr>
      <w:r>
        <w:t>ہمارا یہ گول نہیں ہونا چاہیے ڈسکشن کا یا ڈائیلاگ کا کہ ڈیفرنس کو مٹاؤ۔</w:t>
      </w:r>
    </w:p>
    <w:p>
      <w:r>
        <w:rPr>
          <w:b/>
        </w:rPr>
        <w:t xml:space="preserve">[30:56] </w:t>
      </w:r>
      <w:r>
        <w:t>yeh hona chahiye ke sachai ke aur darwaze kaise khulein. yeh maine jaana hai apne experience se. This question is from Dr.</w:t>
      </w:r>
    </w:p>
    <w:p>
      <w:pPr>
        <w:jc w:val="right"/>
      </w:pPr>
      <w:r>
        <w:t>یہ ہونا چاہیے کہ سچائی کے اور دروازے کیسے کھلیں۔ یہ میں نے جانا ہے اپنے ایکسپیرینس سے۔ This question is from Dr.</w:t>
      </w:r>
    </w:p>
    <w:p>
      <w:r>
        <w:rPr>
          <w:b/>
        </w:rPr>
        <w:t xml:space="preserve">[31:06] </w:t>
      </w:r>
      <w:r>
        <w:t>Farida Khanam. The tragic incident at Taj Hotel has turned people further away from Islam</w:t>
      </w:r>
    </w:p>
    <w:p>
      <w:pPr>
        <w:jc w:val="right"/>
      </w:pPr>
      <w:r>
        <w:t>Farida Khanam. The tragic incident at Taj Hotel has turned people further away from Islam</w:t>
      </w:r>
    </w:p>
    <w:p>
      <w:r>
        <w:rPr>
          <w:b/>
        </w:rPr>
        <w:t xml:space="preserve">[31:15] </w:t>
      </w:r>
      <w:r>
        <w:t>. How can we improve the situation? How to introduce to them the message of Islam which is based on peace, love, and well-wishing for mankind?</w:t>
      </w:r>
    </w:p>
    <w:p>
      <w:pPr>
        <w:jc w:val="right"/>
      </w:pPr>
      <w:r>
        <w:t>. How can we improve the situation? How to introduce to them the message of Islam which is based on peace, love, and well-wishing for mankind?</w:t>
      </w:r>
    </w:p>
    <w:p>
      <w:r>
        <w:rPr>
          <w:b/>
        </w:rPr>
        <w:t xml:space="preserve">[31:31] </w:t>
      </w:r>
      <w:r>
        <w:t>bhai, is yeh jo problem hai, is ke do aspect hain. ek to yeh hai ke is se islam badnaam ho raha hai, log negative ho rahe hain.</w:t>
      </w:r>
    </w:p>
    <w:p>
      <w:pPr>
        <w:jc w:val="right"/>
      </w:pPr>
      <w:r>
        <w:t>بھائی، اس یہ جو پرابلم ہے، اس کے دو ایسپیکٹ ہیں۔ ایک تو یہ ہے کہ اس سے اسلام بدنام ہو رہا ہے، لوگ نیگیٹیو ہو رہے ہیں۔</w:t>
      </w:r>
    </w:p>
    <w:p>
      <w:r>
        <w:rPr>
          <w:b/>
        </w:rPr>
        <w:t xml:space="preserve">[31:41] </w:t>
      </w:r>
      <w:r>
        <w:t>lekin ek aur aspect is ka hai ke insan jo hai, uska mind jo hai, mechanical mind nahi hai. insan ka</w:t>
      </w:r>
    </w:p>
    <w:p>
      <w:pPr>
        <w:jc w:val="right"/>
      </w:pPr>
      <w:r>
        <w:t>لیکن ایک اور ایسپیکٹ اس کا ہے کہ انسان جو ہے، اس کا مائنڈ جو ہے، مکینیکل مائنڈ نہیں ہے۔ انسان کا</w:t>
      </w:r>
    </w:p>
    <w:p>
      <w:r>
        <w:rPr>
          <w:b/>
        </w:rPr>
        <w:t xml:space="preserve">[31:49] </w:t>
      </w:r>
      <w:r>
        <w:t>aadmi jo hai, uska mind mechanical mind nahi hai. woh hazar tarike se sochta hai. to kya hota hai ke ek curiosity aati hai, curiosity ke kaise mureed log hain, unki kaisi kitaab hai, aur woh us ko dekhein, kya is mein hai.</w:t>
      </w:r>
    </w:p>
    <w:p>
      <w:pPr>
        <w:jc w:val="right"/>
      </w:pPr>
      <w:r>
        <w:t>آدمی جو ہے، اس کا مائنڈ مکینیکل مائنڈ نہیں ہے۔ وہ ہزار طریقے سے سوچتا ہے۔ تو کیا ہوتا ہے کہ ایک کیوریسٹی آتی ہے، کیوریسٹی کہ کیسے مرید لوگ ہیں، ان کی کیسی کتاب ہے، اور وہ اس کو دیکھیں، کیا اس میں ہے۔</w:t>
      </w:r>
    </w:p>
    <w:p>
      <w:r>
        <w:rPr>
          <w:b/>
        </w:rPr>
        <w:t xml:space="preserve">[32:06] </w:t>
      </w:r>
      <w:r>
        <w:t>to quran ko</w:t>
      </w:r>
    </w:p>
    <w:p>
      <w:pPr>
        <w:jc w:val="right"/>
      </w:pPr>
      <w:r>
        <w:t>تو قرآن کو</w:t>
      </w:r>
    </w:p>
    <w:p>
      <w:r>
        <w:rPr>
          <w:b/>
        </w:rPr>
        <w:t xml:space="preserve">[32:07] </w:t>
      </w:r>
      <w:r>
        <w:t>aur janne ka ya islam ko aur janne ka ek ek shauq paida hota hai, out of curiosity. to ek taraf woh nuksan hai ke islam badnaam ho raha hai, doosri taraf is ka plus point yeh hai ke curiosity jaagti hai.</w:t>
      </w:r>
    </w:p>
    <w:p>
      <w:pPr>
        <w:jc w:val="right"/>
      </w:pPr>
      <w:r>
        <w:t>اور جاننے کا یا اسلام کو اور جاننے کا ایک ایک شوق پیدا ہوتا ہے، آؤٹ آف کیوریسٹی۔ تو ایک طرف وہ نقصان ہے کہ اسلام بدنام ہو رہا ہے، دوسری طرف اس کا پلس پوائنٹ یہ ہے کہ کیوریسٹی جاگتی ہے۔</w:t>
      </w:r>
    </w:p>
    <w:p>
      <w:r>
        <w:rPr>
          <w:b/>
        </w:rPr>
        <w:t xml:space="preserve">[32:24] </w:t>
      </w:r>
      <w:r>
        <w:t>jis zamane mein</w:t>
      </w:r>
    </w:p>
    <w:p>
      <w:pPr>
        <w:jc w:val="right"/>
      </w:pPr>
      <w:r>
        <w:t>جس زمانے میں</w:t>
      </w:r>
    </w:p>
    <w:p>
      <w:r>
        <w:rPr>
          <w:b/>
        </w:rPr>
        <w:t xml:space="preserve">[32:26] </w:t>
      </w:r>
      <w:r>
        <w:t>rushdie ne kitaab chhapi thi, "Satanic Verses", to musalmanon ne bada shor machaya tha sari duniya mein. to us zamane mein chicago ke ek ek book seller se poocha gaya ke aaj tumhare haan "Satanic Verses" kitni bikki hai?</w:t>
      </w:r>
    </w:p>
    <w:p>
      <w:pPr>
        <w:jc w:val="right"/>
      </w:pPr>
      <w:r>
        <w:t>رشدی نے کتاب چھاپی تھی، "سیٹرک ورسز"، تو مسلمانوں نے بڑا شور مچایا تھا ساری دنیا میں۔ تو اس زمانے میں شکاگو کے ایک ایک بک سیلر سے پوچھا گیا کہ آج تمہارے ہاں "سیٹرک ورسز" کتنی بکی ہے؟</w:t>
      </w:r>
    </w:p>
    <w:p>
      <w:r>
        <w:rPr>
          <w:b/>
        </w:rPr>
        <w:t xml:space="preserve">[32:43] </w:t>
      </w:r>
      <w:r>
        <w:t>us ne kaha ke aaj hamare haan teen teen teen copy bikki hai, teen copy, three, aur quran k</w:t>
      </w:r>
    </w:p>
    <w:p>
      <w:pPr>
        <w:jc w:val="right"/>
      </w:pPr>
      <w:r>
        <w:t>اس نے کہا کہ آج ہمارے ہاں تین تین تین کاپی بکی ہے، تین کاپی، تھری، اور قرآن ک</w:t>
      </w:r>
    </w:p>
    <w:p>
      <w:r>
        <w:rPr>
          <w:b/>
        </w:rPr>
        <w:t xml:space="preserve">[32:50] </w:t>
      </w:r>
      <w:r>
        <w:t>tna bika hai? quran ka translation to us ne kaha ke 75. that was out of curiosity. to is duniya ka ajeeb mamla hai ke insan ka mind hazar tarike se sochta hai.</w:t>
      </w:r>
    </w:p>
    <w:p>
      <w:pPr>
        <w:jc w:val="right"/>
      </w:pPr>
      <w:r>
        <w:t>تنا بکا ہے؟ قرآن کا ٹرانسلیشن تو اس نے کہا کہ 75۔ دیٹ واز آؤٹ آف کیوریسٹی۔ تو اس دنیا کا عجیب معاملہ ہے کہ انسان کا مائنڈ ہزار طریقے سے سوچتا ہے۔</w:t>
      </w:r>
    </w:p>
    <w:p>
      <w:r>
        <w:rPr>
          <w:b/>
        </w:rPr>
        <w:t xml:space="preserve">[33:05] </w:t>
      </w:r>
      <w:r>
        <w:t>ek yeh sochega ke bhai bade kharab log hain, yeh bilkul mad mad hain, yeh log. yeh bhi sochega saath saath doosri taraf ke bhai yeh bhi to jano ke aakhir yeh kaun log hain, unka mazhab kya hai, unki kitaab mein kya likha hua hai.</w:t>
      </w:r>
    </w:p>
    <w:p>
      <w:pPr>
        <w:jc w:val="right"/>
      </w:pPr>
      <w:r>
        <w:t>ایک یہ سوچے گا کہ بھئی بڑے خراب لوگ ہیں، یہ بالکل میڈ میڈ ہیں، یہ لوگ۔ یہ بھی سوچے گا ساتھ ساتھ دوسری طرف کہ بھئی یہ بھی تو جانو کہ آخر یہ کون لوگ ہیں، ان کا مذہب کیا ہے، ان کی کتاب میں کیا لکھا ہوا ہے۔</w:t>
      </w:r>
    </w:p>
    <w:p>
      <w:r>
        <w:rPr>
          <w:b/>
        </w:rPr>
        <w:t xml:space="preserve">[33:18] </w:t>
      </w:r>
      <w:r>
        <w:t>to curiosity jaag</w:t>
      </w:r>
    </w:p>
    <w:p>
      <w:pPr>
        <w:jc w:val="right"/>
      </w:pPr>
      <w:r>
        <w:t>تو کیوریسٹی جاگ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