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Importance of Realistic Approach Q&amp;A 02 Jan 2011 - Maulana Wahiduddin Khan</w:t>
      </w:r>
    </w:p>
    <w:p>
      <w:r>
        <w:t>https://www.youtube.com/watch?v=mvn4hY6l-e0</w:t>
      </w:r>
    </w:p>
    <w:p>
      <w:r>
        <w:rPr>
          <w:b/>
        </w:rPr>
        <w:t xml:space="preserve">[00:14] </w:t>
      </w:r>
      <w:r>
        <w:t>uh, maulana dr. farida khanam ne nai dilli se likha hai: "what is the reason for muslim psychology that they do not understand the value of powerful arguments?</w:t>
      </w:r>
    </w:p>
    <w:p>
      <w:pPr>
        <w:jc w:val="right"/>
      </w:pPr>
      <w:r>
        <w:t>उह, मौलाना डॉ. फरीदा खानम ने नई दिल्ली से लिखा है: "व्हाट इज़ द रीज़न फॉर मुस्लिम साइकोलॉजी दैट दे डू नॉट अंडरस्टैंड द वैल्यू ऑफ़ पावरफुल आर्गुमेंट्स?</w:t>
      </w:r>
    </w:p>
    <w:p>
      <w:r>
        <w:rPr>
          <w:b/>
        </w:rPr>
        <w:t xml:space="preserve">[00:27] </w:t>
      </w:r>
      <w:r>
        <w:t>they only value bombastic words." kindly explain.</w:t>
      </w:r>
    </w:p>
    <w:p>
      <w:pPr>
        <w:jc w:val="right"/>
      </w:pPr>
      <w:r>
        <w:t>दे ओनली वैल्यू बमबास्टिक वर्ड्स।" काइंडली एक्सप्लेन।</w:t>
      </w:r>
    </w:p>
    <w:p>
      <w:r>
        <w:rPr>
          <w:b/>
        </w:rPr>
        <w:t xml:space="preserve">[00:37] </w:t>
      </w:r>
      <w:r>
        <w:t>dekhiye, yeh is zamane ka sab se bada question hai.</w:t>
      </w:r>
    </w:p>
    <w:p>
      <w:pPr>
        <w:jc w:val="right"/>
      </w:pPr>
      <w:r>
        <w:t>देखिए, ये इस ज़माने का सबसे बड़ा क्वेश्चन है।</w:t>
      </w:r>
    </w:p>
    <w:p>
      <w:r>
        <w:rPr>
          <w:b/>
        </w:rPr>
        <w:t xml:space="preserve">[00:44] </w:t>
      </w:r>
      <w:r>
        <w:t>kam se kam 200 saal se yeh question hai ke jo log high profile bolte hain, woh leader ban jaate hain. halanki woh bilkul hi impossible baatein karte hain, jo hone wali nahi hain. aur jo low profile bolen, woh leader nahi bante.</w:t>
      </w:r>
    </w:p>
    <w:p>
      <w:pPr>
        <w:jc w:val="right"/>
      </w:pPr>
      <w:r>
        <w:t>कम से कम 200 साल से ये क्वेश्चन है कि जो लोग हाई प्रोफाइल बोलते हैं, वो लीडर बन जाते हैं। हालाँकि वो बिल्कुल ही इंपॉसिबल बातें करते हैं, जो होने वाली नहीं हैं। और जो लो प्रोफाइल बोलें, वो लीडर नहीं बनते।</w:t>
      </w:r>
    </w:p>
    <w:p>
      <w:r>
        <w:rPr>
          <w:b/>
        </w:rPr>
        <w:t xml:space="preserve">[01:05] </w:t>
      </w:r>
      <w:r>
        <w:t>kyun? woh sachchai ki baat karte hain. ek aadmi ne aajkal bahut article chhapta hai musalmanon ke padhte mein ke qiyadat ka fuqdan, yani lack of leadership,</w:t>
      </w:r>
    </w:p>
    <w:p>
      <w:pPr>
        <w:jc w:val="right"/>
      </w:pPr>
      <w:r>
        <w:t>क्यों? वो सच्चाई की बात करते हैं। एक आदमी ने आजकल बहुत आर्टिकल छपता है मुसलमानों के पढ़ते में कि क़ियादत का फुकदान, यानी लैक ऑफ़ लीडरशिप,</w:t>
      </w:r>
    </w:p>
    <w:p>
      <w:r>
        <w:rPr>
          <w:b/>
        </w:rPr>
        <w:t xml:space="preserve">[01:22] </w:t>
      </w:r>
      <w:r>
        <w:t>bahut chhapta hai. qiyadat ka fuqdan, musalmanon koi leader nahi. maine kaha, yeh bilkul baseless baat hai.</w:t>
      </w:r>
    </w:p>
    <w:p>
      <w:pPr>
        <w:jc w:val="right"/>
      </w:pPr>
      <w:r>
        <w:t>बहुत छपता है। क़ियादत का फुकदान, मुसलमानों कोई लीडर नहीं। मैंने कहा, ये बिल्कुल बेसलेस बात है।</w:t>
      </w:r>
    </w:p>
    <w:p>
      <w:r>
        <w:rPr>
          <w:b/>
        </w:rPr>
        <w:t xml:space="preserve">[01:33] </w:t>
      </w:r>
      <w:r>
        <w:t>to maine kaha ke dekhiye, masla lack of leader ka nahi hai, lack of acceptance, acceptance leader ka hai. lack of acceptance of leadership. leader maujood hai, aap accept nahi karte to leader nahi banta. maro to do, nahi to patthar.</w:t>
      </w:r>
    </w:p>
    <w:p>
      <w:pPr>
        <w:jc w:val="right"/>
      </w:pPr>
      <w:r>
        <w:t>तो मैंने कहा कि देखिए, मसला लैक ऑफ़ लीडर का नहीं है, लैक ऑफ़ एक्सेप्टेंस, एक्सेप्टेंस लीडर का है। लैक ऑफ़ एक्सेप्टेंस ऑफ़ लीडरशिप। लीडर मौजूद है, आप एक्सेप्ट नहीं करते तो लीडर नहीं बनता। मारो तो दो, नहीं तो पत्थर।</w:t>
      </w:r>
    </w:p>
    <w:p>
      <w:r>
        <w:rPr>
          <w:b/>
        </w:rPr>
        <w:t xml:space="preserve">[01:53] </w:t>
      </w:r>
      <w:r>
        <w:t>yeh un logon ko leader banate hain jo cheekhein-chillayen stage par, aur jo sachchai ki baat karein, unko aap nahi banate. yeh that is phenomena of decline, phenomena of degeneration. aur har qaum mein aisa hota hai</w:t>
      </w:r>
    </w:p>
    <w:p>
      <w:pPr>
        <w:jc w:val="right"/>
      </w:pPr>
      <w:r>
        <w:t>ये उन लोगों को लीडर बनाते हैं जो चीखें-चिल्लाएँ स्टेज पर, और जो सच्चाई की बात करें, उनको आप नहीं बनाते। ये दैट इज़ फिनोमिना ऑफ़ डिक्लाइन, फिनोमिना ऑफ़ डिजनरेशन। और हर कौम में ऐसा होता है</w:t>
      </w:r>
    </w:p>
    <w:p>
      <w:r>
        <w:rPr>
          <w:b/>
        </w:rPr>
        <w:t xml:space="preserve">[02:10] </w:t>
      </w:r>
      <w:r>
        <w:t>ke</w:t>
      </w:r>
    </w:p>
    <w:p>
      <w:pPr>
        <w:jc w:val="right"/>
      </w:pPr>
      <w:r>
        <w:t>कि</w:t>
      </w:r>
    </w:p>
    <w:p>
      <w:r>
        <w:rPr>
          <w:b/>
        </w:rPr>
        <w:t xml:space="preserve">[02:14] </w:t>
      </w:r>
      <w:r>
        <w:t>baad ki generations mein decline aa jata hai. to musalman ab. un mein decline aa chuka hai. usi ka phenomena hai yeh. to ab jo hai, starting point yeh nahi hai ke musalmanon ko ek muslim mulk banwaya jaye, musalmanon ko</w:t>
      </w:r>
    </w:p>
    <w:p>
      <w:pPr>
        <w:jc w:val="right"/>
      </w:pPr>
      <w:r>
        <w:t>बाद की जनरेशंस में डिक्लाइन आ जाता है। तो मुसलमान अब। उनमें डिक्लाइन आ चुका है। उसी का फिनोमिना है ये। तो अब जो है, स्टार्टिंग पॉइंट ये नहीं है कि मुसलमानों को एक मुस्लिम मुल्क बनवाया जाए, मुसलमानों को</w:t>
      </w:r>
    </w:p>
    <w:p>
      <w:r>
        <w:rPr>
          <w:b/>
        </w:rPr>
        <w:t xml:space="preserve">[02:33] </w:t>
      </w:r>
      <w:r>
        <w:t>favour diya jaye, musalmanon ko jihad ke liye train kiya jaye. jaise maine bataya ke jo saahab maare gaye hain, woh ustaad-e-fidaeen the. yaani woh logon ko suicide bombing ki training karte the. yeh koi kaam hi nahi hai. logon ke zehn ko badlo, soch ko badlo.</w:t>
      </w:r>
    </w:p>
    <w:p>
      <w:pPr>
        <w:jc w:val="right"/>
      </w:pPr>
      <w:r>
        <w:t>फेवर दिया जाए, मुसलमानों को जिहाद के लिए ट्रेन किया जाए। जैसे मैंने बताया कि जो साहब मारे गए हैं, वो उस्ताद-ए-फिदाईन थे। यानी वो लोगों को सुसाइड बॉम्बिंग की ट्रेनिंग करते थे। ये कोई काम ही नहीं है। लोगों के ज़हन को बदलो, सोच को बदलो।</w:t>
      </w:r>
    </w:p>
    <w:p>
      <w:r>
        <w:rPr>
          <w:b/>
        </w:rPr>
        <w:t xml:space="preserve">[02:54] </w:t>
      </w:r>
      <w:r>
        <w:t>yeh kaam hi nahi ho raha hai. hamara mission, pehla mission hai yeh is daur ka, jo yeh kaam kar raha hai, re-engineering of mind, jisko hum kehte hain. to is musalman jo hain, is waqt unka jo haal hai,</w:t>
      </w:r>
    </w:p>
    <w:p>
      <w:pPr>
        <w:jc w:val="right"/>
      </w:pPr>
      <w:r>
        <w:t>ये काम ही नहीं हो रहा है। हमारा मिशन, पहला मिशन है ये इस दौर का, जो ये काम कर रहा है, री-इंजीनियरिंग ऑफ़ माइंड, जिसको हम कहते हैं। तो इस मुसलमान जो हैं, इस वक्त जो उनका जो हाल है,</w:t>
      </w:r>
    </w:p>
    <w:p>
      <w:r>
        <w:rPr>
          <w:b/>
        </w:rPr>
        <w:t xml:space="preserve">[03:11] </w:t>
      </w:r>
      <w:r>
        <w:t>zawaal ki wajah se, woh aisa nahi hai ke bas hamesha ke liye zawaal ho gaya. nahi, unko phir se aap zinda kar sakte hain. lekin starting point le tab to. starting point yeh nahi hai ke political hungame kiye jayen,</w:t>
      </w:r>
    </w:p>
    <w:p>
      <w:pPr>
        <w:jc w:val="right"/>
      </w:pPr>
      <w:r>
        <w:t>ज़वाल की वजह से, वो ऐसा नहीं है कि बस हमेशा के लिए ज़वाल हो गया। नहीं, उनको फिर से आप जिंदा कर सकते हैं। लेकिन स्टार्टिंग पॉइंट ले तब तो। स्टार्टिंग पॉइंट ये नहीं है कि पॉलिटिकल हंगामे किए जाएँ,</w:t>
      </w:r>
    </w:p>
    <w:p>
      <w:r>
        <w:rPr>
          <w:b/>
        </w:rPr>
        <w:t xml:space="preserve">[03:30] </w:t>
      </w:r>
      <w:r>
        <w:t>musalmanon ko political power dilwaya jaye, musalmanon ko reservation dilwaya jaye, musalmanon ko bhara josh dilaya-dilakar ke, history dilakar josh dilaya jaye, unko pride par khada kiya jaye. yeh ek galat galti yeh hui hai is daur mein, yeh 200 saal mein, ke musalmanon ko unke</w:t>
      </w:r>
    </w:p>
    <w:p>
      <w:pPr>
        <w:jc w:val="right"/>
      </w:pPr>
      <w:r>
        <w:t>मुसलमानों को पॉलिटिकल पावर दिलवाया जाए, मुसलमानों को रिज़र्वेशन दिलवाया जाए, मुसलमानों को भरा जोश दिलाया-दिलाकर के, हिस्ट्री दिलाकर जोश दिलाया जाए, उनको प्राइड पर खड़ा किया जाए। ये एक गलत गलती ये हुई है इस दौर में, ये 200 साल में, कि मुसलमानों को उनके</w:t>
      </w:r>
    </w:p>
    <w:p>
      <w:r>
        <w:rPr>
          <w:b/>
        </w:rPr>
        <w:t xml:space="preserve">[03:52] </w:t>
      </w:r>
      <w:r>
        <w:t>past glory par khada karne ki koshish ki gayi. past glory. hum hi chhaye hue the sarf se ta garab duniya mein. na tha palla kisi millat ka duniya mein, is gira humse. ye ye unko sikhaya gaya. yaani jo present realities hain, wo uske unko samajh paida nahi ki gayi unke andar.</w:t>
      </w:r>
    </w:p>
    <w:p>
      <w:pPr>
        <w:jc w:val="right"/>
      </w:pPr>
      <w:r>
        <w:t>पास्ट ग्लोरी पर खड़ा करने की कोशिश की गई। पास्ट ग्लोरी। हम ही छाए हुए थे सर्फ से ता गर्ब दुनिया में। न था पल्ला किसी मिल्लत का दुनिया में, इस गिरा हमसे। ये ये उनको सिखाया गया। यानी जो प्रेजेंट रियलिटीज हैं, वो उसके उनको समझ पैदा नहीं की गई उनके अंदर।</w:t>
      </w:r>
    </w:p>
    <w:p>
      <w:r>
        <w:rPr>
          <w:b/>
        </w:rPr>
        <w:t xml:space="preserve">[04:17] </w:t>
      </w:r>
      <w:r>
        <w:t>to it requires re-engineering of mind. wo hamara mission kar raha hai. inshallah, log ban rahe hain aise, har jagah aise log paida ho rahe hain. unke zehan ki islaah ho rahi hai. asal asal cheez ye hai ki musalman mubtala hue hain,</w:t>
      </w:r>
    </w:p>
    <w:p>
      <w:pPr>
        <w:jc w:val="right"/>
      </w:pPr>
      <w:r>
        <w:t>तो इट रिक्वायर्स री-इंजीनियरिंग ऑफ़ माइंड। वो हमारा मिशन कर रहा है। इंशाल्लाह, लोग बन रहे हैं ऐसे, हर जगह ऐसे लोग पैदा हो रहे हैं। उनके ज़हन की اصلاح हो रही है। असल असल चीज़ ये है कि मुसलमान مبتلا हुए हैं,</w:t>
      </w:r>
    </w:p>
    <w:p>
      <w:r>
        <w:rPr>
          <w:b/>
        </w:rPr>
        <w:t xml:space="preserve">[04:33] </w:t>
      </w:r>
      <w:r>
        <w:t>yaani zawal mein. zawal ke aitbaar se planning nahi ki gayi. planning jo ki gayi, wo doosre aitbaar se ki gayi. to wo ka koi result nahi nikla. result oriented planning nahi ki gayi, main bataoon ek lafz mein.</w:t>
      </w:r>
    </w:p>
    <w:p>
      <w:pPr>
        <w:jc w:val="right"/>
      </w:pPr>
      <w:r>
        <w:t>यानी ज़वाल में। ज़वाल के اعتبار से प्लानिंग नहीं की गई। प्लानिंग जो की गई, वो दूसरे اعتبار से की गई। तो वो का कोई रिजल्ट नहीं निकला। रिजल्ट ओरिएंटेड प्लानिंग नहीं की गई, मैं बताऊँ एक लफ्ज़ में।</w:t>
      </w:r>
    </w:p>
    <w:p>
      <w:r>
        <w:rPr>
          <w:b/>
        </w:rPr>
        <w:t xml:space="preserve">[04:52] </w:t>
      </w:r>
      <w:r>
        <w:t>maulana amir bin yusuf ne pakistan se likha hai: "aajkal pakistan mein toheen-e-risalat par bada fasaad hota hai. log apne aap ko musalman sabit karne ke liye ismein khoob hissa lete hain,</w:t>
      </w:r>
    </w:p>
    <w:p>
      <w:pPr>
        <w:jc w:val="right"/>
      </w:pPr>
      <w:r>
        <w:t>मौलाना आमिर बिन यूसुफ ने पाकिस्तान से लिखा है: "आजकल पाकिस्तान में तोहीन-ए-रिसालत पर बड़ा फसाद होता है। लोग अपने आप को मुसलमान साबित करने के लिए इसमें खूब हिस्सा लेते हैं,</w:t>
      </w:r>
    </w:p>
    <w:p>
      <w:r>
        <w:rPr>
          <w:b/>
        </w:rPr>
        <w:t xml:space="preserve">[05:09] </w:t>
      </w:r>
      <w:r>
        <w:t>magar islam ne koi fasaad ki roots chhodi nahi hain. kya islam ki history mein shatam-e-rasool ko lekar kisi ko bhi punish kiya gaya hai?"</w:t>
      </w:r>
    </w:p>
    <w:p>
      <w:pPr>
        <w:jc w:val="right"/>
      </w:pPr>
      <w:r>
        <w:t>मगर इस्लाम ने कोई फसाद की रूट्स छोड़ी नहीं हैं। क्या इस्लाम की हिस्ट्री में शतम-ए-रसूल को लेकर किसी को भी पनिश किया गया है?"</w:t>
      </w:r>
    </w:p>
    <w:p>
      <w:r>
        <w:rPr>
          <w:b/>
        </w:rPr>
        <w:t xml:space="preserve">[05:23] </w:t>
      </w:r>
      <w:r>
        <w:t>dekhiye, shatam-e-rasool ka jo qanoon hai, ye apne aap mein bilkul baseless qanoon hai. toheen-e-risalat koi cheez nahi hai, gustakhi-e-rasool koi cheez nahi. ye badat hai, sab kuch badat hai. sabse pehla waqia, jahan tak main janta hoon,</w:t>
      </w:r>
    </w:p>
    <w:p>
      <w:pPr>
        <w:jc w:val="right"/>
      </w:pPr>
      <w:r>
        <w:t>देखिए, शतम-ए-रसूल का जो कानून है, ये अपने आप में बिल्कुल बेसलेस कानून है। तोहीन-ए-रिसालत कोई चीज़ नहीं है, गुस्ताख़ी-ए-रसूल कोई चीज़ नहीं। ये बदत है, सब कुछ बदत है। सबसे पहला वाक़या, जहाँ तक मैं जानता हूँ,</w:t>
      </w:r>
    </w:p>
    <w:p>
      <w:r>
        <w:rPr>
          <w:b/>
        </w:rPr>
        <w:t xml:space="preserve">[05:39] </w:t>
      </w:r>
      <w:r>
        <w:t>toheen-e-risalat ka jo hua, wo spain mein hua. rasoolullah ki zamane mein nahi hua, khulafa alam ki zamane mein nahi hua, banu umayyad ki zamane mein nahi hua. ye to khuli badat hai. ye koi jurm nahi hai ki gustakhi-e-rasool, koi jurm nahi hai toheen-e-rasool. ye aapne bana rakha hai, khud hi khud.</w:t>
      </w:r>
    </w:p>
    <w:p>
      <w:pPr>
        <w:jc w:val="right"/>
      </w:pPr>
      <w:r>
        <w:t>तोहीन-ए-रसूल का जो हुआ, वो स्पेन में हुआ। रसूलल्लाह की ज़माने में नहीं हुआ, खुलाफा आलम की ज़माने में नहीं हुआ, बनू उमय्यद की ज़माने में नहीं हुआ। ये तो खुली बदत है। ये कोई जुर्म नहीं है कि गुस्ताख़ी-ए-रसूल, कोई जुर्म नहीं है तोहीन-ए-रसूल। ये आपने बना रखा है, खुद ही खुद।</w:t>
      </w:r>
    </w:p>
    <w:p>
      <w:r>
        <w:rPr>
          <w:b/>
        </w:rPr>
        <w:t xml:space="preserve">[06:00] </w:t>
      </w:r>
      <w:r>
        <w:t>rasoolullah jab the wahan, zinda maujood the, to unke mukhalifeen jo the, wo aapko muzammam kehte the, muzammam. isse badi toheen kahan ho sakti hai, mujhe bataiye. rasoolullah ko muzammam kehte the jab aap zinda maujood the. muzammam, yaani condemned kiya hua aadmi.</w:t>
      </w:r>
    </w:p>
    <w:p>
      <w:pPr>
        <w:jc w:val="right"/>
      </w:pPr>
      <w:r>
        <w:t>रसूलल्लाह जब थे वहाँ, जिंदा मौजूद थे, तो उनके مخالفین जो थे, वो आपको मुज़म्मम कहते थे, मुज़म्मम। इससे बड़ी तोहीन कहाँ हो सकती है, मुझे बताइए। रसूलल्लाह को मुज़म्मम कहते थे जब आप जिंदा मौजूद थे। मुज़म्मम, यानी कंडेम किया हुआ आदमी।</w:t>
      </w:r>
    </w:p>
    <w:p>
      <w:r>
        <w:rPr>
          <w:b/>
        </w:rPr>
        <w:t xml:space="preserve">[06:20] </w:t>
      </w:r>
      <w:r>
        <w:t>quran mein hai ki unhone kaha ki: "ya ayyuha rasool inna lamajnoon." ae musalman, ae rasool, tum tum to deewane ho. kya ye toheen nahi hai?</w:t>
      </w:r>
    </w:p>
    <w:p>
      <w:pPr>
        <w:jc w:val="right"/>
      </w:pPr>
      <w:r>
        <w:t>कुरान में है कि उन्होंने कहा कि: "या आइया रसूल इन्नकला मइनून।" ऐ मुसलमान, ऐ रसूल, तुम तुम तो दीवाने हो। क्या ये तोहीन नहीं है?</w:t>
      </w:r>
    </w:p>
    <w:p>
      <w:r>
        <w:rPr>
          <w:b/>
        </w:rPr>
        <w:t xml:space="preserve">[06:30] </w:t>
      </w:r>
      <w:r>
        <w:t>tum saahir ho, tum jadugar ho. ye toheen nahi hai.</w:t>
      </w:r>
    </w:p>
    <w:p>
      <w:pPr>
        <w:jc w:val="right"/>
      </w:pPr>
      <w:r>
        <w:t>तुम साहिर हो, तुम जादूगर हो। ये तोहीन नहीं है।</w:t>
      </w:r>
    </w:p>
    <w:p>
      <w:r>
        <w:rPr>
          <w:b/>
        </w:rPr>
        <w:t xml:space="preserve">[06:35] </w:t>
      </w:r>
      <w:r>
        <w:t>to ye toheen ka lafz, ye badat hai. toheen aur gustakhi, ye sab ahanat, sab badat hi alfaaz hain. islam se koi talluq iska nahi hai. main isko sartaapa gunah samajhta hoon, jo log aisi baatein karte hain. bila shubah ye gunah hai. koi cartoon chhaap de to maaro, koi kitaab chhaap de to maaro. kyunki toheen-e-rasool hai ye.</w:t>
      </w:r>
    </w:p>
    <w:p>
      <w:pPr>
        <w:jc w:val="right"/>
      </w:pPr>
      <w:r>
        <w:t>तो ये तोहीन का लफ्ज़, ये बदत है। तोहीन और गुस्ताख़ी, ये सब अहानत, सब बदत ही अल्फाज़ हैं। इस्लाम से कोई ताल्लुक इसका नहीं है। मैं इसको सरतापा गुनाह समझता हूँ, जो लोग ऐसी बातें करते हैं। बिला शुबह ये गुनाह है। कोई कार्टून छाप दे तो मारो, कोई किताब छाप दे तो मारो। क्योंकि तोहीन-ए-रसूल है ये।</w:t>
      </w:r>
    </w:p>
    <w:p>
      <w:r>
        <w:rPr>
          <w:b/>
        </w:rPr>
        <w:t xml:space="preserve">[06:56] </w:t>
      </w:r>
      <w:r>
        <w:t>ye bila shubah badat hai. bila shubah jo log aisi baatein bolte hain, wo gunah ka kaam karte hain. allah taala ke pakde jayenge wo. wo aadmi nahi pakda jayega, ye musalman pakde jayenge. jo aise account banate hain, aise jalse karte hain, aisi baatein karte hain, aur aur logon ko maar ke kaat te hain log. ye yaani bilkul unislamic hai ye. islam se koi talluq iska nahi hai.</w:t>
      </w:r>
    </w:p>
    <w:p>
      <w:pPr>
        <w:jc w:val="right"/>
      </w:pPr>
      <w:r>
        <w:t>ये बिला शुबह बदत है। बिला शुबह जो लोग ऐसी बातें बोलते हैं, वो गुनाह का काम करते हैं। अल्लाह ताला के पकड़े जाएंगे वो। वो आदमी नहीं पकड़ा जाएगा, ये मुसलमान पकड़े जाएंगे। जो ऐसे अकाउंट बनाते हैं, ऐसे जलसे करते हैं, ऐसी बातें करते हैं, और और लोगों को मार के काटते हैं लोग। ये यानी बिल्कुल अनइस्लामिक है ये। इस्लाम से कोई ताल्लुक इसका नहीं है।</w:t>
      </w:r>
    </w:p>
    <w:p>
      <w:r>
        <w:rPr>
          <w:b/>
        </w:rPr>
        <w:t xml:space="preserve">[07:18] </w:t>
      </w:r>
      <w:r>
        <w:t>koi, main is par poori kitaab likhi hai, shatam-e-rasool. maine usmein bataya hai ki koi ek bhi in logon ke paas daleel nahi hai, na quran mein, na hadith mein. magar chhapi hui meri kitaab, shatam-e-rasool, koi ek bhi daleel nahi hai. ye to bilkul qaumi,</w:t>
      </w:r>
    </w:p>
    <w:p>
      <w:pPr>
        <w:jc w:val="right"/>
      </w:pPr>
      <w:r>
        <w:t>कोई, मैं इस पर पूरी किताब लिखी है, शतम-ए-रसूल। मैंने उसमें बताया है कि कोई एक भी इन लोगों के पास दलील नहीं है, ना कुरान में, ना हदीस में। मगर छपी हुई मेरी किताब, शतम-ए-रसूल, कोई एक भी दलील नहीं है। ये तो बिल्कुल कौमी,</w:t>
      </w:r>
    </w:p>
    <w:p>
      <w:r>
        <w:rPr>
          <w:b/>
        </w:rPr>
        <w:t xml:space="preserve">[07:36] </w:t>
      </w:r>
      <w:r>
        <w:t>ek qaumi phenomena hai, qaumi jazbaat hain. islam se kya talluq iska?</w:t>
      </w:r>
    </w:p>
    <w:p>
      <w:pPr>
        <w:jc w:val="right"/>
      </w:pPr>
      <w:r>
        <w:t>एक कौमी फिनोमिना है, कौमी जज्बात हैं। इस्लाम से क्या ताल्लुक इसका?</w:t>
      </w:r>
    </w:p>
    <w:p>
      <w:r>
        <w:rPr>
          <w:b/>
        </w:rPr>
        <w:t xml:space="preserve">[07:44] </w:t>
      </w:r>
      <w:r>
        <w:t>bila shubah wo log jo toheen-e-risalat ke naam par logon ko maarte-kaatte hain, wo khud mujrim hain, khud mujrim hain. wahi pakde jayenge allah taala ke. logon ko azaadi dijiye, logon ko azaadi dijiye ki log jo chahe bolein, jo chahe likhein. aapke paas daleel hai, to daleel se kaatiye us baat ko. main maane kalam ke jawab kalam se, kitaab ke jawab kitaab se,</w:t>
      </w:r>
    </w:p>
    <w:p>
      <w:pPr>
        <w:jc w:val="right"/>
      </w:pPr>
      <w:r>
        <w:t>बिला शुबह वो लोग जो तोहीन-ए-रसूल के नाम पर लोगों को मारते-काटते हैं, वो खुद मुजरिम हैं, खुद मुजरिम हैं। वही पकड़े जाएंगे अल्लाह ताला के। लोगों को आज़ादी दीजिए, लोगों को आज़ादी दीजिए कि लोग जो चाहे बोलें, जो चाहे लिखें। आपके पास दलील है, तो दलील से काटिए उस बात को। मैं माने कलम के जवाब कलम से, किताब के जवाब किताब से,</w:t>
      </w:r>
    </w:p>
    <w:p>
      <w:r>
        <w:rPr>
          <w:b/>
        </w:rPr>
        <w:t xml:space="preserve">[08:07] </w:t>
      </w:r>
      <w:r>
        <w:t>takreer ke jawab takreer se, mazmoon ke jawab mazmoon se. bilkul galat hai ki koi likha hai kitaab, to aap le gaye usko talwaar chalane, gun chalane. iska islam se koi talluq nahi hai.</w:t>
      </w:r>
    </w:p>
    <w:p>
      <w:pPr>
        <w:jc w:val="right"/>
      </w:pPr>
      <w:r>
        <w:t>तकरीर के जवाब तकरीर से, मजमून के जवाब मजमून से। बिल्कुल गलत है कि कोई लिखा है किताब, तो आप ले गए उसको तलवार चलाने, गन चलाने। इसका इस्लाम से कोई ताल्लुक नहीं है।</w:t>
      </w:r>
    </w:p>
    <w:p>
      <w:r>
        <w:rPr>
          <w:b/>
        </w:rPr>
        <w:t xml:space="preserve">[08:22] </w:t>
      </w:r>
      <w:r>
        <w:t>mister mohammad tauqeer alam ne muzaffarpur se likha hai: "what is islam and what is the meaning of islam?</w:t>
      </w:r>
    </w:p>
    <w:p>
      <w:pPr>
        <w:jc w:val="right"/>
      </w:pPr>
      <w:r>
        <w:t>मिस्टर मोहम्मद तौकीर आलम ने मुजफ्फरपुर से लिखा है: "व्हाट इज़ इस्लाम एंड व्हाट इज़ द मीनिंग ऑफ़ इस्लाम?</w:t>
      </w:r>
    </w:p>
    <w:p>
      <w:r>
        <w:rPr>
          <w:b/>
        </w:rPr>
        <w:t xml:space="preserve">[08:31] </w:t>
      </w:r>
      <w:r>
        <w:t>kindly tell us."</w:t>
      </w:r>
    </w:p>
    <w:p>
      <w:pPr>
        <w:jc w:val="right"/>
      </w:pPr>
      <w:r>
        <w:t>काइंडली टेल अस।"</w:t>
      </w:r>
    </w:p>
    <w:p>
      <w:r>
        <w:rPr>
          <w:b/>
        </w:rPr>
        <w:t xml:space="preserve">[08:35] </w:t>
      </w:r>
      <w:r>
        <w:t>islam ka lafzi matlab hai surrender.</w:t>
      </w:r>
    </w:p>
    <w:p>
      <w:pPr>
        <w:jc w:val="right"/>
      </w:pPr>
      <w:r>
        <w:t>इस्लाम का लफ्ज़ी मतलब है सरेंडर।</w:t>
      </w:r>
    </w:p>
    <w:p>
      <w:r>
        <w:rPr>
          <w:b/>
        </w:rPr>
        <w:t xml:space="preserve">[08:39] </w:t>
      </w:r>
      <w:r>
        <w:t>to islam ka matlab hai khuda ke aage surrender karna.</w:t>
      </w:r>
    </w:p>
    <w:p>
      <w:pPr>
        <w:jc w:val="right"/>
      </w:pPr>
      <w:r>
        <w:t>तो इस्लाम का मतलब है खुदा के आगे सरेंडर करना।</w:t>
      </w:r>
    </w:p>
    <w:p>
      <w:r>
        <w:rPr>
          <w:b/>
        </w:rPr>
        <w:t xml:space="preserve">[08:44] </w:t>
      </w:r>
      <w:r>
        <w:t>jab aap kalma ka iqrar karte hain, to bhi surrender hota hai.</w:t>
      </w:r>
    </w:p>
    <w:p>
      <w:pPr>
        <w:jc w:val="right"/>
      </w:pPr>
      <w:r>
        <w:t>जब आप कलमा का इकरार करते हैं, तो भी सरेंडर होता है।</w:t>
      </w:r>
    </w:p>
    <w:p>
      <w:r>
        <w:rPr>
          <w:b/>
        </w:rPr>
        <w:t xml:space="preserve">[08:48] </w:t>
      </w:r>
      <w:r>
        <w:t>yani intellectual surrender hota hai wo.</w:t>
      </w:r>
    </w:p>
    <w:p>
      <w:pPr>
        <w:jc w:val="right"/>
      </w:pPr>
      <w:r>
        <w:t>यानी इंटेलेक्चुअल सरेंडर होता है वो।</w:t>
      </w:r>
    </w:p>
    <w:p>
      <w:r>
        <w:rPr>
          <w:b/>
        </w:rPr>
        <w:t xml:space="preserve">[08:51] </w:t>
      </w:r>
      <w:r>
        <w:t>khuda ki barai ko jab mante hain aap kalma padhkar ke, that is intellectual surrender.</w:t>
      </w:r>
    </w:p>
    <w:p>
      <w:pPr>
        <w:jc w:val="right"/>
      </w:pPr>
      <w:r>
        <w:t>खुदा की बड़ाई को जब मानते हैं आप कलमा पढ़कर के, दैट इज़ इंटेलेक्चुअल सरेंडर।</w:t>
      </w:r>
    </w:p>
    <w:p>
      <w:r>
        <w:rPr>
          <w:b/>
        </w:rPr>
        <w:t xml:space="preserve">[08:57] </w:t>
      </w:r>
      <w:r>
        <w:t>aap namaz padhte hain, there is practical surrender.</w:t>
      </w:r>
    </w:p>
    <w:p>
      <w:pPr>
        <w:jc w:val="right"/>
      </w:pPr>
      <w:r>
        <w:t>आप नमाज़ पढ़ते हैं, देयर इज़ प्रैक्टिकल सरेंडर।</w:t>
      </w:r>
    </w:p>
    <w:p>
      <w:r>
        <w:rPr>
          <w:b/>
        </w:rPr>
        <w:t xml:space="preserve">[09:01] </w:t>
      </w:r>
      <w:r>
        <w:t>to gist jo hai islam ki, gist wo hai surrender.</w:t>
      </w:r>
    </w:p>
    <w:p>
      <w:pPr>
        <w:jc w:val="right"/>
      </w:pPr>
      <w:r>
        <w:t>तो जिस्ट जो है इस्लाम की, जिस्ट वो है सरेंडर।</w:t>
      </w:r>
    </w:p>
    <w:p>
      <w:r>
        <w:rPr>
          <w:b/>
        </w:rPr>
        <w:t xml:space="preserve">[09:04] </w:t>
      </w:r>
      <w:r>
        <w:t>jo baat khuda ki taraf se aa jaye, usko maan lena, uske aage jhuk jana, uske aage surrender</w:t>
      </w:r>
    </w:p>
    <w:p>
      <w:pPr>
        <w:jc w:val="right"/>
      </w:pPr>
      <w:r>
        <w:t>जो बात खुदा की तरफ से आ जाए, उसको मान लेना, उसके आगे झुक जाना, उसके आगे सरेंडर</w:t>
      </w:r>
    </w:p>
    <w:p>
      <w:r>
        <w:rPr>
          <w:b/>
        </w:rPr>
        <w:t xml:space="preserve">[09:09] </w:t>
      </w:r>
      <w:r>
        <w:t>kar dena. yeh hai</w:t>
      </w:r>
    </w:p>
    <w:p>
      <w:pPr>
        <w:jc w:val="right"/>
      </w:pPr>
      <w:r>
        <w:t>कर देना। यह है</w:t>
      </w:r>
    </w:p>
    <w:p>
      <w:r>
        <w:rPr>
          <w:b/>
        </w:rPr>
        <w:t xml:space="preserve">[09:13] </w:t>
      </w:r>
      <w:r>
        <w:t>islam ka khulasa.</w:t>
      </w:r>
    </w:p>
    <w:p>
      <w:pPr>
        <w:jc w:val="right"/>
      </w:pPr>
      <w:r>
        <w:t>इस्लाम का खुलासा।</w:t>
      </w:r>
    </w:p>
    <w:p>
      <w:r>
        <w:rPr>
          <w:b/>
        </w:rPr>
        <w:t xml:space="preserve">[09:17] </w:t>
      </w:r>
      <w:r>
        <w:t>maulana sharik hussain ne delhi se likha hai: "maulana, kya yeh sahi hai ki high profile mein bolne wale log pride paida karte hain, jabki low profile mein bolne wale ki boli modesty sikhati hai?"</w:t>
      </w:r>
    </w:p>
    <w:p>
      <w:pPr>
        <w:jc w:val="right"/>
      </w:pPr>
      <w:r>
        <w:t>मौलाना शारिक हुसैन ने दिल्ली से लिखा है: "मौलाना, क्या यह सही है कि हाई प्रोफाइल में बोलने वाले लोग प्राइड पैदा करते हैं, जबकि लो प्रोफाइल में बोलने वाले की बोली मॉडेस्टी सिखाती है?"</w:t>
      </w:r>
    </w:p>
    <w:p>
      <w:r>
        <w:rPr>
          <w:b/>
        </w:rPr>
        <w:t xml:space="preserve">[09:33] </w:t>
      </w:r>
      <w:r>
        <w:t>bilkul sahi hai. 100% sahi hai. jitne log high profile mein bolte hain, unhi ko hadith mein sarsaroon kaha gaya, sarsaroon. unki bahut muzammat ki gayi hadith mein. fakhr ki koi cheez nahi islam mein.</w:t>
      </w:r>
    </w:p>
    <w:p>
      <w:pPr>
        <w:jc w:val="right"/>
      </w:pPr>
      <w:r>
        <w:t>बिल्कुल सही है। 100% सही है। जितने लोग हाई प्रोफाइल में बोलते हैं, उन्हीं को हदीस में सरसारून कहा गया, सरसारून। उनकी बहुत मुज़म्मत की गई हदीस में। फख्र की कोई चीज़ नहीं इस्लाम में।</w:t>
      </w:r>
    </w:p>
    <w:p>
      <w:r>
        <w:rPr>
          <w:b/>
        </w:rPr>
        <w:t xml:space="preserve">[09:51] </w:t>
      </w:r>
      <w:r>
        <w:t>"i am proud to be a muslim" bilkul galat hai ye. mujhe fakhr ke musalman hoon main hoon, bhai ye galat kalma hai. islam se koi talluq uska nahi hai. islam naam hai modesty ka, humility ka, tawazu ka, namrata ka. namrata bada achha lafz hai.</w:t>
      </w:r>
    </w:p>
    <w:p>
      <w:pPr>
        <w:jc w:val="right"/>
      </w:pPr>
      <w:r>
        <w:t>"आई एम प्राउड टू बी अ मुस्लिम" बिल्कुल गलत है ये। मुझे फख्र के मुसलमान हूँ मैं हूँ, भाई ये गलत कलमा है। इस्लाम से कोई ताल्लुक उसका नहीं है। इस्लाम नाम है मॉडेस्टी का, ह्यूमिडिटी का, तवाजू का, नम्रता का। नम्रता बड़ा अच्छा लफ्ज़ है।</w:t>
      </w:r>
    </w:p>
    <w:p>
      <w:r>
        <w:rPr>
          <w:b/>
        </w:rPr>
        <w:t xml:space="preserve">[10:09] </w:t>
      </w:r>
      <w:r>
        <w:t>main usko bahut pasand karta hoon. namrata ka naam islam hai. aur ye jo pride ki baatein karte hain, fakhr ki baatein karte hain, ye bila shubah islam ke khilaf hai, ismein koi shaq hi nahi. to jo log high profile mein bolte hain, wo badkhwah hain hamari qaum ke. kyunki wo pride ko jagate hain.</w:t>
      </w:r>
    </w:p>
    <w:p>
      <w:pPr>
        <w:jc w:val="right"/>
      </w:pPr>
      <w:r>
        <w:t>मैं उसको बहुत पसंद करता हूँ। नम्रता का नाम इस्लाम है। और ये जो प्राइड की बातें करते हैं, फख्र की बातें करते हैं, ये बिला शुबह इस्लाम के खिलाफ है, इसमें कोई शक ही नहीं। तो जो लोग हाई प्रोफाइल में बोलते हैं, वो बदख्वाह हैं हमारी कौम के। क्योंकि वो प्राइड को जगाते हैं।</w:t>
      </w:r>
    </w:p>
    <w:p>
      <w:r>
        <w:rPr>
          <w:b/>
        </w:rPr>
        <w:t xml:space="preserve">[10:31] </w:t>
      </w:r>
      <w:r>
        <w:t>jo aadmi low profile mein bole, wahi unka khairkhwah hai. kyunki wo tawazu paida karta hai, wo modesty paida karta hai.</w:t>
      </w:r>
    </w:p>
    <w:p>
      <w:pPr>
        <w:jc w:val="right"/>
      </w:pPr>
      <w:r>
        <w:t>जो आदमी लो प्रोफाइल में बोले, वही उनका खैरख्वाह है। क्योंकि वो तवाजू पैदा करता है, वो मॉडेस्टी पैदा करता है।</w:t>
      </w:r>
    </w:p>
    <w:p>
      <w:r>
        <w:rPr>
          <w:b/>
        </w:rPr>
        <w:t xml:space="preserve">[10:41] </w:t>
      </w:r>
      <w:r>
        <w:t>mister abdul wahab ne delhi se likha hai: "maulana, yeh kaise mumkin hai ki musalman is haqeeqat ko jaanein ki high profile mein bolne wala insaan unka khairkhwah nahi hai?" natija, natija ko dekh lijiye. result ko dekhiye. janne ki baat kya hai?</w:t>
      </w:r>
    </w:p>
    <w:p>
      <w:pPr>
        <w:jc w:val="right"/>
      </w:pPr>
      <w:r>
        <w:t>मिस्टर अब्दुल वहाब ने दिल्ली से लिखा है: "मौलाना, यह कैसे मुमकिन है कि मुसलमान इस हकीकत को जानें कि हाई प्रोफाइल में बोलने वाला इंसान उनका खैरख्वाह नहीं है?" नतीजा, नतीजा को देख लीजिए। रिजल्ट को देखिए। जानने की बात क्या है?</w:t>
      </w:r>
    </w:p>
    <w:p>
      <w:r>
        <w:rPr>
          <w:b/>
        </w:rPr>
        <w:t xml:space="preserve">[11:02] </w:t>
      </w:r>
      <w:r>
        <w:t>jo log high profile mein bole, aur unke peeche musalman, yaani bheed ki bheed jama ho gayi, result kya nikla?</w:t>
      </w:r>
    </w:p>
    <w:p>
      <w:pPr>
        <w:jc w:val="right"/>
      </w:pPr>
      <w:r>
        <w:t>जो लोग हाई प्रोफाइल में बोले, और उनके पीछे मुसलमान, यानी भीड़ की भीड़ जमा हो गई, रिजल्ट क्या निकला?</w:t>
      </w:r>
    </w:p>
    <w:p>
      <w:r>
        <w:rPr>
          <w:b/>
        </w:rPr>
        <w:t xml:space="preserve">[11:13] </w:t>
      </w:r>
      <w:r>
        <w:t>tabahi, tabahi, tabahi, tabahi.</w:t>
      </w:r>
    </w:p>
    <w:p>
      <w:pPr>
        <w:jc w:val="right"/>
      </w:pPr>
      <w:r>
        <w:t>तबाही, तबाही, तबाही, तबाही।</w:t>
      </w:r>
    </w:p>
    <w:p>
      <w:r>
        <w:rPr>
          <w:b/>
        </w:rPr>
        <w:t xml:space="preserve">[11:18] </w:t>
      </w:r>
      <w:r>
        <w:t>jitne bhi one 12, jitne bhi wo leader uthe, jinhone jo high profile mein bolte the, 16 bayan khatib, 16 baar khatib, jo jinke liye bola jaata hai, unke peeche chale rahe. bheed ki bheed chali. natija kya hai</w:t>
      </w:r>
    </w:p>
    <w:p>
      <w:pPr>
        <w:jc w:val="right"/>
      </w:pPr>
      <w:r>
        <w:t>जितने भी वन 12, जितने भी वो लीडर उठे, जिन्होंने जो हाई प्रोफाइल में बोलते थे, 16 बयान खतीब, 16 बार खतीब, जो जिनके लिए बोला जाता है, उनके पीछे चले रहे। भीड़ की भीड़ चली। नतीजा क्या है</w:t>
      </w:r>
    </w:p>
    <w:p>
      <w:r>
        <w:rPr>
          <w:b/>
        </w:rPr>
        <w:t xml:space="preserve">[11:32] </w:t>
      </w:r>
      <w:r>
        <w:t>? tabahi, tabahi, tabahi, tabahi. is par to maine kitaab mein bahut kuch likha hai. agar aap chahein, naam banaam chahein, to mere paas aaiye, mere office mein, main naam banaam bataunga aapko. naam banaam bataunga ki falana shakhs ne ye kiya, falana shakhs ne ye kiya. high profile mein bola wo, aur qaum ko tabah kiya usne. bilkul main aapko naam banaam bata sakta hoon, inshaallah. aap aaiye mere office mein.</w:t>
      </w:r>
    </w:p>
    <w:p>
      <w:pPr>
        <w:jc w:val="right"/>
      </w:pPr>
      <w:r>
        <w:t>? तबाही, तबाही, तबाही, तबाही। इस पर तो मैंने किताब में बहुत कुछ लिखा है। अगर आप चाहें, नाम बनाम चाहें, तो मेरे पास आइए, मेरे ऑफिस में, मैं नाम बनाम बताऊँगा आपको। नाम बनाम बताऊँगा कि फलाँ شخص ने ये किया, फलाँ شخص ने ये किया। हाई प्रोफाइल में बोला वो, और कौम को तबाह किया उसने। बिल्कुल मैं आपको नाम बनाम बता सकता हूँ, इंशाल्लाह। आप आइए मेरे ऑफिस में।</w:t>
      </w:r>
    </w:p>
    <w:p>
      <w:r>
        <w:rPr>
          <w:b/>
        </w:rPr>
        <w:t xml:space="preserve">[12:00] </w:t>
      </w:r>
      <w:r>
        <w:t>maulana abdul basit umri ne doha qatar se likha hai: "maulana, kya yeh nashukri mein dakhil hai ki agar koi mujhe duniya ki koi cheez de, to dil se utni badi dua nahi nikalti. magar iske barkhilaf koi maarfat ki baat karta hai,</w:t>
      </w:r>
    </w:p>
    <w:p>
      <w:pPr>
        <w:jc w:val="right"/>
      </w:pPr>
      <w:r>
        <w:t>मौलाना अब्दुल बासित उमरी ने दोहा कतर से लिखा है: "मौलाना, क्या यह नाशुक्री में दाखिल है कि अगर कोई मुझे दुनिया की कोई चीज़ दे, तो दिल से उतनी बड़ी दुआ नहीं निकलती। मगर इसके बरखिलाफ कोई मारफत की बात करता है,</w:t>
      </w:r>
    </w:p>
    <w:p>
      <w:r>
        <w:rPr>
          <w:b/>
        </w:rPr>
        <w:t xml:space="preserve">[12:19] </w:t>
      </w:r>
      <w:r>
        <w:t>ya koi gehri baat batata hai, to dil se us insaan se bahut zyada khushi hoti hai, aur uske liye dua nikalti hai. iske bare mein bataein."</w:t>
      </w:r>
    </w:p>
    <w:p>
      <w:pPr>
        <w:jc w:val="right"/>
      </w:pPr>
      <w:r>
        <w:t>या कोई गहरी बात बताता है, तो दिल से उस इंसान से बहुत ज़्यादा खुशी होती है, और उसके लिए दुआ निकलती है। इसके बारे में बताएँ।"</w:t>
      </w:r>
    </w:p>
    <w:p>
      <w:r>
        <w:rPr>
          <w:b/>
        </w:rPr>
        <w:t xml:space="preserve">[12:30] </w:t>
      </w:r>
      <w:r>
        <w:t>nahi, yeh nashukri nahi hai. duniya ki cheez di hai, to kya hai? aap yeh itraaf kar lijiye ki bhai, aapne aapka shukriya ki aapne yeh cheez di. itna to kehna padega aapko. lekin jo dil mein jo ek toofan barpa hota hai shukr ka, wo to maarfat mein hona chahiye.</w:t>
      </w:r>
    </w:p>
    <w:p>
      <w:pPr>
        <w:jc w:val="right"/>
      </w:pPr>
      <w:r>
        <w:t>नहीं, यह नाशुक्री नहीं है। दुनिया की चीज़ दी है, तो क्या है? आप यह इतराफ कर लीजिए कि भाई, आपने आपका शुक्रिया कि आपने यह चीज़ दी। इतना तो कहना पड़ेगा आपको। लेकिन जो दिल में जो एक तूफान बरपा होता है शुक्र का, वो तो मारफत में होना चाहिए।</w:t>
      </w:r>
    </w:p>
    <w:p>
      <w:r>
        <w:rPr>
          <w:b/>
        </w:rPr>
        <w:t xml:space="preserve">[12:49] </w:t>
      </w:r>
      <w:r>
        <w:t>duniya ki koi cheez deta hai, tab bhi aapko usko to kehna padega ki bhai, aapne yeh cheez mujhe di. aisa to kehna padega. lekin yeh shukr-e-aazim jo hai, shukr-e-aazim, to maarfat hi mein paida hona chahiye. ismein to koi shaq nahi. kyunki shukr, yaani maarfat jo hai, maarfat aapko jannat ka mustaq banati hai. maarfat aapko khuda se qareeb karti hai.</w:t>
      </w:r>
    </w:p>
    <w:p>
      <w:pPr>
        <w:jc w:val="right"/>
      </w:pPr>
      <w:r>
        <w:t>दुनिया की कोई चीज़ देता है, तब भी आपको उसको तो कहना पड़ेगा कि भाई, आपने यह चीज़ मुझे दी। ऐसा तो कहना पड़ेगा। लेकिन यह शुक्र-ए-आज़ीम जो है, शुक्र-ए-आज़ीम, तो मारफत ही में पैदा होना चाहिए। इसमें तो कोई शक नहीं। क्योंकि शुक्र, यानी मारफत जो है, मारफत आपको जन्नत का मुस्तक बनाती है। मारफत आपको खुदा से करीब करती है।</w:t>
      </w:r>
    </w:p>
    <w:p>
      <w:r>
        <w:rPr>
          <w:b/>
        </w:rPr>
        <w:t xml:space="preserve">[13:16] </w:t>
      </w:r>
      <w:r>
        <w:t>maarfat khuda ka, aapko khuda ka matloob insaan banati hai. to bahut badi cheez di usne. sone ke pahaad se bhi zyada badi cheez di usne. to us par to bahut bada shukr karna chahiye. yeh bilkul yeh sahi hai. ismein nashukri ki baat nahi hai.</w:t>
      </w:r>
    </w:p>
    <w:p>
      <w:pPr>
        <w:jc w:val="right"/>
      </w:pPr>
      <w:r>
        <w:t>मारफत खुदा का, आपको खुदा का मतलूब इंसान बनाती है। तो बहुत बड़ी चीज़ दी उसने। सोने के पहाड़ से भी ज़्यादा बड़ी चीज़ दी उसने। तो उस पर तो बहुत बड़ा शुक्र करना चाहिए। यह बिल्कुल यह सही है। इसमें नाशुक्री की बात नहीं है।</w:t>
      </w:r>
    </w:p>
    <w:p>
      <w:r>
        <w:rPr>
          <w:b/>
        </w:rPr>
        <w:t xml:space="preserve">[13:40] </w:t>
      </w:r>
      <w:r>
        <w:t>mis tuti malhotra ne delhi se likha hai: "what should we say to muslims to remind them of their duty when we approach them for doing dawa work?</w:t>
      </w:r>
    </w:p>
    <w:p>
      <w:pPr>
        <w:jc w:val="right"/>
      </w:pPr>
      <w:r>
        <w:t>मिस तुती मल्होत्रा ने दिल्ली से लिखा है: "व्हाट शुड वी से टू मुस्लिम्स टू रिमाइंड देम ऑफ देयर ड्यूटी व्हेन वी अप्रोच देम फॉर डूइंग दावा वर्क?</w:t>
      </w:r>
    </w:p>
    <w:p>
      <w:r>
        <w:rPr>
          <w:b/>
        </w:rPr>
        <w:t xml:space="preserve">[13:53] </w:t>
      </w:r>
      <w:r>
        <w:t>for example, when we go to different places to request them to keep stands for quran, how should we remind them to do dawa work?"</w:t>
      </w:r>
    </w:p>
    <w:p>
      <w:pPr>
        <w:jc w:val="right"/>
      </w:pPr>
      <w:r>
        <w:t>फॉर एग्जांपल, व्हेन वी गो टू डिफरेंट प्लेसेस टू रिक्वेस्ट देम टू कीप स्टैंड्स फॉर कुरान, हाउ शुड वी रिमाइंड देम टू डू दावा वर्क?"</w:t>
      </w:r>
    </w:p>
    <w:p>
      <w:r>
        <w:rPr>
          <w:b/>
        </w:rPr>
        <w:t xml:space="preserve">[14:05] </w:t>
      </w:r>
      <w:r>
        <w:t>dekhiye, aajkal ke musalman jo hain, is baat ko bhool gaye hain ki wo apne ko ummat-e-muhammadi kehte hain, fakhr karte hain. bhool gaye hain ki ummat-e-muhammadi hone ka lazmi taqaza hai ki aap dawat, dawati kaam karein. warna aap ummat-e-muhammadi nahi hain.</w:t>
      </w:r>
    </w:p>
    <w:p>
      <w:pPr>
        <w:jc w:val="right"/>
      </w:pPr>
      <w:r>
        <w:t>देखिए, आजकल के मुसलमान जो हैं, इस बात को भूल गए हैं कि वो अपने को उम्मत-ए-मोहम्मदी कहते हैं, फख्र करते हैं। भूल गए हैं कि उम्मत-ए-मोहम्मदी होने का लाज़मी تقاضा है कि आप दावत, दावती काम करें। वरना आप उम्मत-ए-मोहम्मदी नहीं हैं।</w:t>
      </w:r>
    </w:p>
    <w:p>
      <w:r>
        <w:rPr>
          <w:b/>
        </w:rPr>
        <w:t xml:space="preserve">[14:30] </w:t>
      </w:r>
      <w:r>
        <w:t>dekhiye, rasoolullah sallallahu alaihi wasallam par nabuwat khatm ho gayi. aaj baad koi paigambar nahi aaya. lekin nabi jis kaam ke liye aata tha, jis mission ke liye, wo to baqi hai. kyunki insaan paida ho rahe hain.</w:t>
      </w:r>
    </w:p>
    <w:p>
      <w:pPr>
        <w:jc w:val="right"/>
      </w:pPr>
      <w:r>
        <w:t>देखिए, रसूलल्लाह صلى الله عليه وسلم पर नबूवत खत्म हो गई। आज बाद कोई पैगंबर नहीं आया। लेकिन नबी जिस काम के लिए आता था, जिस मिशन के लिए, वो तो बाकी है। क्योंकि इंसान पैदा हो रहे हैं।</w:t>
      </w:r>
    </w:p>
    <w:p>
      <w:r>
        <w:rPr>
          <w:b/>
        </w:rPr>
        <w:t xml:space="preserve">[14:43] </w:t>
      </w:r>
      <w:r>
        <w:t>nabi ke khatm, yaani khatm-e-nabuwat ke baad bhi log paida ho rahe hain, paida ho rahe hain, paida ho rahe hain. to unko batana hai, unko intezar-e-tafseer karna hai, unko allah ka paigham kaun</w:t>
      </w:r>
    </w:p>
    <w:p>
      <w:pPr>
        <w:jc w:val="right"/>
      </w:pPr>
      <w:r>
        <w:t>नबी के खत्म, यानी खत्म-ए-नबूवत के बाद भी लोग पैदा हो रहे हैं, पैदा हो रहे हैं, पैदा हो रहे हैं। तो उनको बताना है, उनको इंतजार-ए-तफसीर करना है, उनको अल्लाह का पैगाम कौन</w:t>
      </w:r>
    </w:p>
    <w:p>
      <w:r>
        <w:rPr>
          <w:b/>
        </w:rPr>
        <w:t xml:space="preserve">[14:57] </w:t>
      </w:r>
      <w:r>
        <w:t>pohunchaaye, usko ummat ko pahunchana hai. li yaqoolu al rasoolu al shaheedu alaikum wa takoonu shuhadaa al al naas yaani rasoolullah ke baad wo kaam ummat ko karna hai, jis jo kaam rasoolullah ne kiya. yaani sachchai ko logon tak pahunchana. iski maane kya hai?</w:t>
      </w:r>
    </w:p>
    <w:p>
      <w:pPr>
        <w:jc w:val="right"/>
      </w:pPr>
      <w:r>
        <w:t>पहुँचाए, उसको उम्मत को पहुँचाना है। لِيَقُولُوا الرَّسُولَ الشَّهِيدُ عَلَيْكُمْ وَتَكُونُوا شُهَدَاءً عَلَى النَّاسِ यानी रसूलल्लाह के बाद वो काम उम्मत को करना है, जिस जो काम रसूलल्लाह ने किया। यानी सच्चाई को लोगों तक पहुँचाना। इसकी माने क्या है?</w:t>
      </w:r>
    </w:p>
    <w:p>
      <w:r>
        <w:rPr>
          <w:b/>
        </w:rPr>
        <w:t xml:space="preserve">[15:14] </w:t>
      </w:r>
      <w:r>
        <w:t>ki agar aap, agar aap apne kehte hain ummat-e-muhammadi, to aapko ek yeh kaam karna hoga. nahi to aapka ummat-e-muhammadi hona hi doubtful ho gaya. yaad rakhiye, jo aadmi apne ko ummat-e-muhammadi ka farad bataye aur dawat ka kaam na kare,</w:t>
      </w:r>
    </w:p>
    <w:p>
      <w:pPr>
        <w:jc w:val="right"/>
      </w:pPr>
      <w:r>
        <w:t>कि अगर आप, अगर आप अपने कहते हैं उम्मत-ए-मोहम्मदी, तो आपको एक यह काम करना होगा। नहीं तो आपका उम्मत-ए-मोहम्मदी होना ही डाउटफुल हो गया। याद रखिए, जो आदमी अपने को उम्मत-ए-मोहम्मदी का फर्द बताए और दावत का काम ना करे,</w:t>
      </w:r>
    </w:p>
    <w:p>
      <w:r>
        <w:rPr>
          <w:b/>
        </w:rPr>
        <w:t xml:space="preserve">[15:31] </w:t>
      </w:r>
      <w:r>
        <w:t>to uska ummat-e-muhammadi hona hi doubtful ho gaya. to kitna bada nuksan hai yeh. to apne ummat-e-muhammadi hone ka saboot dene ke liye zaroori hai ki aadmi dawat ka kaam kare. warna wo bilkul hi nathing bankar reh jayega.</w:t>
      </w:r>
    </w:p>
    <w:p>
      <w:pPr>
        <w:jc w:val="right"/>
      </w:pPr>
      <w:r>
        <w:t>तो उसका उम्मत-ए-मोहम्मदी होना ही डाउटफुल हो गया। तो कितना बड़ा नुकसान है यह। तो अपने उम्मत-ए-मोहम्मदी होने का सबूत देने के लिए जरूरी है कि आदमी दावत का काम करे। वरना वह बिल्कुल ही नथिंग बनकर रह जाएगा।</w:t>
      </w:r>
    </w:p>
    <w:p>
      <w:r>
        <w:rPr>
          <w:b/>
        </w:rPr>
        <w:t xml:space="preserve">[15:53] </w:t>
      </w:r>
      <w:r>
        <w:t>mister zubair ne ghaziabad se likha hai: "arab scholars distinguish between suicide bombing and fidain. they consider suicide bombing as haram and fidain as allowed and give the argument that some sahaba were also fidain. what is your comment on this</w:t>
      </w:r>
    </w:p>
    <w:p>
      <w:pPr>
        <w:jc w:val="right"/>
      </w:pPr>
      <w:r>
        <w:t>मिस्टर जुबैर ने गाजियाबाद से लिखा है: "अरब स्कॉलर्स डिस्टिंग्विश बिटवीन सुसाइड बॉम्बिंग एंड फिदाइन। दे कंसीडर सुसाइड बॉम्बिंग एज हराम एंड फिदाइन एज अलाउड एंड गिव द आर्गुमेंट दैट सम सहाबा वर आल्सो फिदाइन। व्हाट इज योर कमेंट ऑन दिस</w:t>
      </w:r>
    </w:p>
    <w:p>
      <w:r>
        <w:rPr>
          <w:b/>
        </w:rPr>
        <w:t xml:space="preserve">[16:16] </w:t>
      </w:r>
      <w:r>
        <w:t>?" bilkul jhoothi baat hai. koi sahabi fidai nahi tha. yeh jhoothi baat hai bilkul. maane jo arab log jo likhte hain, is par maine bahut padha hai, usko koi ek bhi wo misaal nahi de sakte ki kisi sahabi ka fidai ho. usmein fark hai. yeh to, yeh to achha naam, khoobsurat naam de diya aapne.</w:t>
      </w:r>
    </w:p>
    <w:p>
      <w:pPr>
        <w:jc w:val="right"/>
      </w:pPr>
      <w:r>
        <w:t>?" बिल्कुल झूठी बात है। कोई सहाबी फिदाई नहीं था। यह झूठी बात है बिल्कुल। माने जो अरब लोग जो लिखते हैं, इस पर मैंने बहुत पढ़ा है, उसको कोई एक भी वो मिसाल नहीं दे सकते कि किसी सहाबी का फिदाई हो। उसमें फर्क है। यह तो, यह तो अच्छा नाम, खूबसूरत नाम दे दिया आपने।</w:t>
      </w:r>
    </w:p>
    <w:p>
      <w:r>
        <w:rPr>
          <w:b/>
        </w:rPr>
        <w:t xml:space="preserve">[16:36] </w:t>
      </w:r>
      <w:r>
        <w:t>wo khud, wo bhi, yaani suicide karta hai. wo,</w:t>
      </w:r>
    </w:p>
    <w:p>
      <w:pPr>
        <w:jc w:val="right"/>
      </w:pPr>
      <w:r>
        <w:t>वो खुद, वो भी, यानी सुसाइड करता है। वो,</w:t>
      </w:r>
    </w:p>
    <w:p>
      <w:r>
        <w:rPr>
          <w:b/>
        </w:rPr>
        <w:t xml:space="preserve">[16:44] </w:t>
      </w:r>
      <w:r>
        <w:t>yaani wo apne ko maarta hai bomb baat karke. koi iska saboot nahi hai, na quran mein, na hadees mein, na kisi sahabi ne aisa kiya. main aapko batata hoon, ek, ek, ek sahabi ka jo dete hain log, to yusuf qardawi sahab ka ek bada lamba mazmoon, kuch bhi daleel uske andar nahi. sirf ek waqia usne nakal kiya, usne. wo aqal bilkul</w:t>
      </w:r>
    </w:p>
    <w:p>
      <w:pPr>
        <w:jc w:val="right"/>
      </w:pPr>
      <w:r>
        <w:t>यानी वो अपने को मारता है बम बात करके। कोई इसका सबूत नहीं है, ना कुरान में, ना हदीस में, ना किसी सहाबी ने ऐसा किया। मैं आपको बताता हूं, एक, एक, एक सहाबी का जो देते हैं लोग, तो यूसुफ कर्दावी साहब का एक बड़ा लंबा मजमून, कुछ भी दलील उसके अंदर नहीं। सिर्फ एक वाकया उसने नकल किया, उसने। वो अकल बिल्कुल</w:t>
      </w:r>
    </w:p>
    <w:p>
      <w:r>
        <w:rPr>
          <w:b/>
        </w:rPr>
        <w:t xml:space="preserve">[17:08] </w:t>
      </w:r>
      <w:r>
        <w:t>uska reference galat hai. uska reference top ke aalim hain, wo arab duniya ke. to dekhiye, hazrat abu bakr ke zamane mein ek ladai hui thi. musalma jo mashhoor hai, musalma kazzab kaha jaata hai, jo uske khilaf hazrat abu bakr ke zamane mein hui thi. wo to kya hua ki unki jo fauj thi musalma ki, wo</w:t>
      </w:r>
    </w:p>
    <w:p>
      <w:pPr>
        <w:jc w:val="right"/>
      </w:pPr>
      <w:r>
        <w:t>उसका रेफरेंस गलत है। उसका रेफरेंस टॉप के आलिम हैं, वो अरब दुनिया के। तो देखिए, हजरत अबू बकर के जमाने में एक लड़ाई हुई थी। मुसलमा जो मशहूर है, मुसलमा कज्जाब कहा जाता है, जो उसके खिलाफ हजरत अबू बकर के जमाने में हुई थी। वो तो क्या हुआ कि उनकी जो फौज थी मुसलमा की, वो</w:t>
      </w:r>
    </w:p>
    <w:p>
      <w:r>
        <w:rPr>
          <w:b/>
        </w:rPr>
        <w:t xml:space="preserve">[17:31] </w:t>
      </w:r>
      <w:r>
        <w:t>retreat kiya usne. aur ek, ek, ek wo tha, ek garden, us charon taraf deewar thi, uski usmein ho gaye. aur usko bhatak band kar diya. just a fort,</w:t>
      </w:r>
    </w:p>
    <w:p>
      <w:pPr>
        <w:jc w:val="right"/>
      </w:pPr>
      <w:r>
        <w:t>रिट्रीट किया उसने। और एक, एक, एक वो था, एक गार्डन, उस चारों तरफ दीवार थी, उसकी उसमें हो गए। और उसको भटक बंद कर दिया। जस्ट अ फोर्ट,</w:t>
      </w:r>
    </w:p>
    <w:p>
      <w:r>
        <w:rPr>
          <w:b/>
        </w:rPr>
        <w:t xml:space="preserve">[17:47] </w:t>
      </w:r>
      <w:r>
        <w:t>like, like a fort, ek fort tha. wo aapka, wo usmein dakhil hokar band kar liya. aur charon taraf uske boundary wall thi, oonchi. to ab us zamane mein helicopter nahi hota tha ki aap karke jaakar andar pahunch jaein. ab kya kiya jaye?</w:t>
      </w:r>
    </w:p>
    <w:p>
      <w:pPr>
        <w:jc w:val="right"/>
      </w:pPr>
      <w:r>
        <w:t>लाइक, लाइक अ फोर्ट, एक फोर्ट था। वो आपका, वो उसमें दाखिल होकर बंद कर लिया। और चारों तरफ उसके बाउंड्री वॉल थी, ऊंची। तो अब उस जमाने में हेलीकॉप्टर नहीं होता था कि आप करके जाकर अंदर पहुंच जाएं। अब क्या किया जाए?</w:t>
      </w:r>
    </w:p>
    <w:p>
      <w:r>
        <w:rPr>
          <w:b/>
        </w:rPr>
        <w:t xml:space="preserve">[18:04] </w:t>
      </w:r>
      <w:r>
        <w:t>to bahar sahaba the aur andar wo uske andar, yani boundary wall ke andar wo log the musalman</w:t>
      </w:r>
    </w:p>
    <w:p>
      <w:pPr>
        <w:jc w:val="right"/>
      </w:pPr>
      <w:r>
        <w:t>तो बाहर सहाबा थे और अंदर वो उसके अंदर, यानी बाउंड्री वॉल के अंदर वो लोग थे मुसलमा</w:t>
      </w:r>
    </w:p>
    <w:p>
      <w:r>
        <w:rPr>
          <w:b/>
        </w:rPr>
        <w:t xml:space="preserve">[18:11] </w:t>
      </w:r>
      <w:r>
        <w:t>ke sathi. to ek sahabi ne kaha ki log, jo jinko dhal, dhal</w:t>
      </w:r>
    </w:p>
    <w:p>
      <w:pPr>
        <w:jc w:val="right"/>
      </w:pPr>
      <w:r>
        <w:t>के साथी। तो एक सहाबी ने कहा कि लोग, जो जिनकोढाल,ढाल</w:t>
      </w:r>
    </w:p>
    <w:p>
      <w:r>
        <w:rPr>
          <w:b/>
        </w:rPr>
        <w:t xml:space="preserve">[18:20] </w:t>
      </w:r>
      <w:r>
        <w:t>mein main baithta hoon, usko aise uthao</w:t>
      </w:r>
    </w:p>
    <w:p>
      <w:pPr>
        <w:jc w:val="right"/>
      </w:pPr>
      <w:r>
        <w:t>में मैं बैठता हूं, उसको ऐसे उठाओ</w:t>
      </w:r>
    </w:p>
    <w:p>
      <w:r>
        <w:rPr>
          <w:b/>
        </w:rPr>
        <w:t xml:space="preserve">[18:23] </w:t>
      </w:r>
      <w:r>
        <w:t>aur karke deewar tak pahuncha do.</w:t>
      </w:r>
    </w:p>
    <w:p>
      <w:pPr>
        <w:jc w:val="right"/>
      </w:pPr>
      <w:r>
        <w:t>और करके दीवार तक पहुंचा दो।</w:t>
      </w:r>
    </w:p>
    <w:p>
      <w:r>
        <w:rPr>
          <w:b/>
        </w:rPr>
        <w:t xml:space="preserve">[18:27] </w:t>
      </w:r>
      <w:r>
        <w:t>to usko karke aise uthaya.</w:t>
      </w:r>
    </w:p>
    <w:p>
      <w:pPr>
        <w:jc w:val="right"/>
      </w:pPr>
      <w:r>
        <w:t>तो उसको करके ऐसे उठाया।</w:t>
      </w:r>
    </w:p>
    <w:p>
      <w:r>
        <w:rPr>
          <w:b/>
        </w:rPr>
        <w:t xml:space="preserve">[18:31] </w:t>
      </w:r>
      <w:r>
        <w:t>wo le gaye upar.</w:t>
      </w:r>
    </w:p>
    <w:p>
      <w:pPr>
        <w:jc w:val="right"/>
      </w:pPr>
      <w:r>
        <w:t>वो ले गए ऊपर।</w:t>
      </w:r>
    </w:p>
    <w:p>
      <w:r>
        <w:rPr>
          <w:b/>
        </w:rPr>
        <w:t xml:space="preserve">[18:33] </w:t>
      </w:r>
      <w:r>
        <w:t>to wo chadh gaya, wo aadmi deewar par aur kood gaya.</w:t>
      </w:r>
    </w:p>
    <w:p>
      <w:pPr>
        <w:jc w:val="right"/>
      </w:pPr>
      <w:r>
        <w:t>तो वो चढ़ गया, वो आदमी दीवार पर और कूद गया।</w:t>
      </w:r>
    </w:p>
    <w:p>
      <w:r>
        <w:rPr>
          <w:b/>
        </w:rPr>
        <w:t xml:space="preserve">[18:36] </w:t>
      </w:r>
      <w:r>
        <w:t>usko wo kooda kis liye tha</w:t>
      </w:r>
    </w:p>
    <w:p>
      <w:pPr>
        <w:jc w:val="right"/>
      </w:pPr>
      <w:r>
        <w:t>उसको वो कूदा किस लिए था</w:t>
      </w:r>
    </w:p>
    <w:p>
      <w:r>
        <w:rPr>
          <w:b/>
        </w:rPr>
        <w:t xml:space="preserve">[18:38] </w:t>
      </w:r>
      <w:r>
        <w:t>? gate kholne ke liye. kood kar usne gate khol diya. ab sahaba log ghus gaye andar. ye, ye ek jokhim kaam tha, risk lene ka kaam tha. kyunki andar jayenge to hota hai ki wo maar dalen. to jang mein risk lena padta hai. har koi risk leta hai. risk lena ek alag cheez hai aur apne ko maarna lekar alag cheez hai. fidain jo hain, wo kya karte hain</w:t>
      </w:r>
    </w:p>
    <w:p>
      <w:pPr>
        <w:jc w:val="right"/>
      </w:pPr>
      <w:r>
        <w:t>? गेट खोलने के लिए। कूद कर उसने गेट खोल दिया। अब सहाबा लोग घुस गए अंदर। ये, ये एक जोखिम काम था, रिस्क लेने का काम था। क्योंकि अंदर जाएंगे तो होता है कि वो मार डालें। तो जंग में रिस्क लेना पड़ता है। हर कोई रिस्क लेता है। रिस्क लेना एक अलग चीज है और अपने को मारना लेकर अलग चीज है। फिदाइन जो हैं, वो क्या करते हैं</w:t>
      </w:r>
    </w:p>
    <w:p>
      <w:r>
        <w:rPr>
          <w:b/>
        </w:rPr>
        <w:t xml:space="preserve">[19:02] </w:t>
      </w:r>
      <w:r>
        <w:t>? bomb baatein apne upar, bomb baat karke ghus jaate hain kahin. to advance pata hai ki hum marenge. suicide, khudkushi kiya tha sahabi ne. wo ek risk liya tha unhone aur uske baad wo zinda rahe. 13 saal tak wo unko zinda rahe aur natural death unki hui. aur aajkal jo fidai ne to mar jaate hain usi pe jaakar ke. kyunki wo to pehle se bomb bandhe rehte hain. apne ko maar</w:t>
      </w:r>
    </w:p>
    <w:p>
      <w:pPr>
        <w:jc w:val="right"/>
      </w:pPr>
      <w:r>
        <w:t>? बम बातें अपने ऊपर, बम बात करके घुस जाते हैं कहीं। तो एडवांस पता है कि हम मरेंगे। सुसाइड, खुदकुशी किया था सहाबी ने। वो एक रिस्क लिया था उन्होंने और उसके बाद वो जिंदा रहे। 13 साल तक वो उनको जिंदा रहे और नेचुरल डेथ उनकी हुई। और आजकल जो फिदाई ने तो मर जाते हैं उसी पे जाकर के। क्योंकि वो तो पहले से बम बांधे रहते हैं। अपने को मार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