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Islamic Pacifism Q&amp;A 8 May 2011</w:t>
      </w:r>
    </w:p>
    <w:p>
      <w:r>
        <w:t>https://www.youtube.com/watch?v=5ZersGDNVcw</w:t>
      </w:r>
    </w:p>
    <w:p>
      <w:r>
        <w:rPr>
          <w:b/>
        </w:rPr>
        <w:t xml:space="preserve">[00:13] </w:t>
      </w:r>
      <w:r>
        <w:t>maulana, ye sawal aaya hai mr amir bin yusuf ka pakistan se. unhone likha hai: "maine abhi tak hidayat aur gumrahi mein ye difference mehsoos kiya hai ki gumrahi ki limit hoti hai,</w:t>
      </w:r>
    </w:p>
    <w:p>
      <w:pPr>
        <w:jc w:val="right"/>
      </w:pPr>
      <w:r>
        <w:t>مولانا، یہ سوال آیا ہے مسٹر عامر بن یوسف کا پاکستان سے۔ انہوں نے لکھا ہے: "میں نے ابھی تک ہدایت اور گمراہی میں یہ difference محسوس کیا ہے کہ گمراہی کی limit ہوتی ہے،</w:t>
      </w:r>
    </w:p>
    <w:p>
      <w:r>
        <w:rPr>
          <w:b/>
        </w:rPr>
        <w:t xml:space="preserve">[00:29] </w:t>
      </w:r>
      <w:r>
        <w:t>wo kisi break par ruk jaati hai, ya kisi ek issue par tezi se aage badh jaati hai, jabki hidayat unlimited hoti hai, jaise marifat ki koi limit nahi, tazkiya ka amal lifetime chalta hai." iske bare mein kuch bataen.</w:t>
      </w:r>
    </w:p>
    <w:p>
      <w:pPr>
        <w:jc w:val="right"/>
      </w:pPr>
      <w:r>
        <w:t>وہ کسی break پر رک جاتی ہے، یا کسی ایک issue پر تیزی سے آگے بڑھ جاتی ہے، جبکہ ہدایت unlimited ہوتی ہے، جیسے معرفت کی کوئی limit نہیں، تزکیہ کا عمل lifetime چلتا ہے۔" اس کے بارے میں کچھ بتائیں۔</w:t>
      </w:r>
    </w:p>
    <w:p>
      <w:r>
        <w:rPr>
          <w:b/>
        </w:rPr>
        <w:t xml:space="preserve">[00:52] </w:t>
      </w:r>
      <w:r>
        <w:t>baat sahi hai, lekin main unhen kahunga ki gumrahi ruk jaati hai.</w:t>
      </w:r>
    </w:p>
    <w:p>
      <w:pPr>
        <w:jc w:val="right"/>
      </w:pPr>
      <w:r>
        <w:t>بات صحیح ہے، لیکن میں انہیں کہوں گا کہ گمراہی رک جاتی ہے۔</w:t>
      </w:r>
    </w:p>
    <w:p>
      <w:r>
        <w:rPr>
          <w:b/>
        </w:rPr>
        <w:t xml:space="preserve">[01:01] </w:t>
      </w:r>
      <w:r>
        <w:t>nahi, warning milta hai: "ruk jao." speed breaker jo aata hai, wo warning ke liye hota hai.</w:t>
      </w:r>
    </w:p>
    <w:p>
      <w:pPr>
        <w:jc w:val="right"/>
      </w:pPr>
      <w:r>
        <w:t>نہیں، warning ملتا ہے: "رک جاؤ۔" سپیڈ بریکر جو آتا ہے، وہ warning کے لیے ہوتا ہے۔</w:t>
      </w:r>
    </w:p>
    <w:p>
      <w:r>
        <w:rPr>
          <w:b/>
        </w:rPr>
        <w:t xml:space="preserve">[01:10] </w:t>
      </w:r>
      <w:r>
        <w:t>speed breaker ke bawajood log gumrahi se hatate nahi, phir bhi usi par chalte rehte hain, usi raah mein. to main yeh kahunga ki hidayat ke raaste par aap chalenge to ismein koi speed breaker nahi aata,</w:t>
      </w:r>
    </w:p>
    <w:p>
      <w:pPr>
        <w:jc w:val="right"/>
      </w:pPr>
      <w:r>
        <w:t>سپیڈ بریکر کے باوجود لوگ گمراہی سے ہٹتے نہیں، پھر بھی اسی پر چلتے رہتے ہیں، اسی راہ میں۔ تو میں یہ کہوں گا کہ ہدایت کے راستے پر آپ چلیں گے تو اس میں کوئی سپیڈ بریکر نہیں آتا،</w:t>
      </w:r>
    </w:p>
    <w:p>
      <w:r>
        <w:rPr>
          <w:b/>
        </w:rPr>
        <w:t xml:space="preserve">[01:29] </w:t>
      </w:r>
      <w:r>
        <w:t>lekin ismein bhi aata hai. main balki yun kahunga ki speed breaker to zindagi ka hissa hai.</w:t>
      </w:r>
    </w:p>
    <w:p>
      <w:pPr>
        <w:jc w:val="right"/>
      </w:pPr>
      <w:r>
        <w:t>لیکن اس میں بھی آتا ہے۔ میں بلکہ یوں کہوں گا کہ سپیڈ بریکر تو زندگی کا حصہ ہے۔</w:t>
      </w:r>
    </w:p>
    <w:p>
      <w:r>
        <w:rPr>
          <w:b/>
        </w:rPr>
        <w:t xml:space="preserve">[01:39] </w:t>
      </w:r>
      <w:r>
        <w:t>speed breaker jo hai, zindagi ka hissa hai. rasool Allah ko masle pesh aaye, sahaba ko masle pesh aaye, wo sab isi par.</w:t>
      </w:r>
    </w:p>
    <w:p>
      <w:pPr>
        <w:jc w:val="right"/>
      </w:pPr>
      <w:r>
        <w:t>سپیڈ بریکر جو ہے، زندگی کا حصہ ہے۔ رسول اللہ کو مسئلے پیش آئے، صحابہ کو مسئلے پیش آئے، وہ سب اسی پر۔</w:t>
      </w:r>
    </w:p>
    <w:p>
      <w:r>
        <w:rPr>
          <w:b/>
        </w:rPr>
        <w:t xml:space="preserve">[01:48] </w:t>
      </w:r>
      <w:r>
        <w:t>speed breaker hi to the.</w:t>
      </w:r>
    </w:p>
    <w:p>
      <w:pPr>
        <w:jc w:val="right"/>
      </w:pPr>
      <w:r>
        <w:t>سپیڈ بریکر ہی تو تھے۔</w:t>
      </w:r>
    </w:p>
    <w:p>
      <w:r>
        <w:rPr>
          <w:b/>
        </w:rPr>
        <w:t xml:space="preserve">[01:50] </w:t>
      </w:r>
      <w:r>
        <w:t>to speed breaker jo hai, wo aapko aapke test ke liye hota hai ki aap ruk jaate hain ya aage badhte hain. ruk jaate hain ya aage badhte hain.</w:t>
      </w:r>
    </w:p>
    <w:p>
      <w:pPr>
        <w:jc w:val="right"/>
      </w:pPr>
      <w:r>
        <w:t>تو سپیڈ بریکر جو ہے، وہ آپ کو آپ کے ٹیسٹ کے لیے ہوتا ہے کہ آپ رک جاتے ہیں یا آگے بڑھتے ہیں۔ رک جاتے ہیں یا آگے بڑھتے ہیں۔</w:t>
      </w:r>
    </w:p>
    <w:p>
      <w:r>
        <w:rPr>
          <w:b/>
        </w:rPr>
        <w:t xml:space="preserve">[02:03] </w:t>
      </w:r>
      <w:r>
        <w:t>to speed breaker jo hai, is aadmi ke liye jo sach bach seeker hai, jo sachai ko daryaft kar chuka hai,</w:t>
      </w:r>
    </w:p>
    <w:p>
      <w:pPr>
        <w:jc w:val="right"/>
      </w:pPr>
      <w:r>
        <w:t>تو سپیڈ بریکر جو ہے، اس آدمی کے لیے جو سچ بچ seeker ہے، جو سچائی کو دریافت کر چکا ہے،</w:t>
      </w:r>
    </w:p>
    <w:p>
      <w:r>
        <w:rPr>
          <w:b/>
        </w:rPr>
        <w:t xml:space="preserve">[02:10] </w:t>
      </w:r>
      <w:r>
        <w:t>uske liye speed breaker jo hai, wo sirf ek mehmid banta hai, ek instructional ban jaata hai. aur aur aur zyada incentive ke saath wo aage badhta hai.</w:t>
      </w:r>
    </w:p>
    <w:p>
      <w:pPr>
        <w:jc w:val="right"/>
      </w:pPr>
      <w:r>
        <w:t>اس کے لیے سپیڈ بریکر جو ہے، وہ صرف ایک مہمید بنتا ہے، ایک instructional بن جاتا ہے۔ اور اور اور زیادہ incentive کے ساتھ وہ آگے بڑھتا ہے۔</w:t>
      </w:r>
    </w:p>
    <w:p>
      <w:r>
        <w:rPr>
          <w:b/>
        </w:rPr>
        <w:t xml:space="preserve">[02:22] </w:t>
      </w:r>
      <w:r>
        <w:t>lekin jinke andar seeker, seeking spirit nahi hai,</w:t>
      </w:r>
    </w:p>
    <w:p>
      <w:pPr>
        <w:jc w:val="right"/>
      </w:pPr>
      <w:r>
        <w:t>لیکن جن کے اندر seeker، seeking spirit نہیں ہے،</w:t>
      </w:r>
    </w:p>
    <w:p>
      <w:r>
        <w:rPr>
          <w:b/>
        </w:rPr>
        <w:t xml:space="preserve">[02:29] </w:t>
      </w:r>
      <w:r>
        <w:t>jo daryaft ke darje mein sachai ko nahi paya unhone, to unke liye jab record koi aati hai to usi mein bhatak jaate hain. record unke upar chha jaati hai.</w:t>
      </w:r>
    </w:p>
    <w:p>
      <w:pPr>
        <w:jc w:val="right"/>
      </w:pPr>
      <w:r>
        <w:t>جو دریافت کے درجے میں سچائی کو نہیں پایا انہوں نے، تو ان کے لیے جب ریکارڈ کوئی آتی ہے تو اسی میں بھٹک جاتے ہیں۔ ریکارڈ ان کے اوپر چھا جاتی ہے۔</w:t>
      </w:r>
    </w:p>
    <w:p>
      <w:r>
        <w:rPr>
          <w:b/>
        </w:rPr>
        <w:t xml:space="preserve">[02:41] </w:t>
      </w:r>
      <w:r>
        <w:t>to zyada sahi taur par yeh kahun ki isi speed breaker zindagi ke</w:t>
      </w:r>
    </w:p>
    <w:p>
      <w:pPr>
        <w:jc w:val="right"/>
      </w:pPr>
      <w:r>
        <w:t>تو زیادہ صحیح طور پر یہ کہوں کہ اسی سپیڈ بریکر زندگی کے</w:t>
      </w:r>
    </w:p>
    <w:p>
      <w:r>
        <w:rPr>
          <w:b/>
        </w:rPr>
        <w:t xml:space="preserve">[02:46] </w:t>
      </w:r>
      <w:r>
        <w:t>ek part hai. isi speed breaker ka matlab hai rukawatein, mushkilat, muwan'e, hurdles.</w:t>
      </w:r>
    </w:p>
    <w:p>
      <w:pPr>
        <w:jc w:val="right"/>
      </w:pPr>
      <w:r>
        <w:t>ایک part ہے۔ اسی سپیڈ بریکر کا مطلب ہے رکاوٹیں، مشکلات، موانع، hurdles۔</w:t>
      </w:r>
    </w:p>
    <w:p>
      <w:r>
        <w:rPr>
          <w:b/>
        </w:rPr>
        <w:t xml:space="preserve">[02:59] </w:t>
      </w:r>
      <w:r>
        <w:t>yeh zindagi ka ek part hai. wo sab ko pesh aate hain.</w:t>
      </w:r>
    </w:p>
    <w:p>
      <w:pPr>
        <w:jc w:val="right"/>
      </w:pPr>
      <w:r>
        <w:t>یہ زندگی کا ایک part ہے۔ وہ سب کو پیش آتے ہیں۔</w:t>
      </w:r>
    </w:p>
    <w:p>
      <w:r>
        <w:rPr>
          <w:b/>
        </w:rPr>
        <w:t xml:space="preserve">[03:04] </w:t>
      </w:r>
      <w:r>
        <w:t>paighambar ko bhi aur ghair paighambar ko bhi. aur wo darasal ek test hota hai. agar aap, yaani aapka zehan bedaar hai,</w:t>
      </w:r>
    </w:p>
    <w:p>
      <w:pPr>
        <w:jc w:val="right"/>
      </w:pPr>
      <w:r>
        <w:t>پیغمبر کو بھی اور غیر پیغمبر کو بھی۔ اور وہ دراصل ایک ٹیسٹ ہوتا ہے۔ اگر آپ، یعنی آپ کا ذہن بیدار ہے،</w:t>
      </w:r>
    </w:p>
    <w:p>
      <w:r>
        <w:rPr>
          <w:b/>
        </w:rPr>
        <w:t xml:space="preserve">[03:20] </w:t>
      </w:r>
      <w:r>
        <w:t>aapka shaoor bedaar hai,</w:t>
      </w:r>
    </w:p>
    <w:p>
      <w:pPr>
        <w:jc w:val="right"/>
      </w:pPr>
      <w:r>
        <w:t>آپ کا شعور بیدار ہے،</w:t>
      </w:r>
    </w:p>
    <w:p>
      <w:r>
        <w:rPr>
          <w:b/>
        </w:rPr>
        <w:t xml:space="preserve">[03:22] </w:t>
      </w:r>
      <w:r>
        <w:t>aap cheezon ko analysis karna jaante hain, to isse aapko koi nuksan nahi pahunchega. aap aage badhte chale jayenge. lekin agar aapka zehan bedaar nahi hai, aapka shaoor bedaar nahi hai, aap usko explain karne ki taqat aapke andar nahi hai,</w:t>
      </w:r>
    </w:p>
    <w:p>
      <w:pPr>
        <w:jc w:val="right"/>
      </w:pPr>
      <w:r>
        <w:t>آپ چیزوں کو analysis کرنا جانتے ہیں، تو اس سے آپ کو کوئی نقصان نہیں پہنچے گا۔ آپ آگے بڑھتے چلے جائیں گے۔ لیکن اگر آپ کا ذہن بیدار نہیں ہے، آپ کا شعور بیدار نہیں ہے، آپ اس کو explain کرنے کی طاقت آپ کے اندر نہیں ہے،</w:t>
      </w:r>
    </w:p>
    <w:p>
      <w:r>
        <w:rPr>
          <w:b/>
        </w:rPr>
        <w:t xml:space="preserve">[03:38] </w:t>
      </w:r>
      <w:r>
        <w:t>to negative result niklega, aap phans karte jayenge ismein. aur aapki zindagi mein stop ho jayega.</w:t>
      </w:r>
    </w:p>
    <w:p>
      <w:pPr>
        <w:jc w:val="right"/>
      </w:pPr>
      <w:r>
        <w:t>تو negative result نکلے گا، آپ پھنس کرتے جائیں گے اس میں۔ اور آپ کی زندگی میں stop ہو جائے گا۔</w:t>
      </w:r>
    </w:p>
    <w:p>
      <w:r>
        <w:rPr>
          <w:b/>
        </w:rPr>
        <w:t xml:space="preserve">[03:51] </w:t>
      </w:r>
      <w:r>
        <w:t>maulana, agla sawal aaya hai mr muhammad raziuddin saudi arab. unhone likha hai ki pichhle hafte ke intellectual journey ke talk mein ek sawal ka jawab mein aapne kaha ki "mera teacher khud Allah taala hai, koi doosra teacher nahi.</w:t>
      </w:r>
    </w:p>
    <w:p>
      <w:pPr>
        <w:jc w:val="right"/>
      </w:pPr>
      <w:r>
        <w:t>مولانا، اگلا سوال آیا ہے مسٹر محمد رضی الدین سعودی عرب۔ انہوں نے لکھا ہے کہ پچھلے ہفتے کے intellectual journey کے talk میں ایک سوال کا جواب میں آپ نے کہا کہ "میرا teacher خود اللہ تعالیٰ ہے، کوئی دوسرا teacher نہیں۔</w:t>
      </w:r>
    </w:p>
    <w:p>
      <w:r>
        <w:rPr>
          <w:b/>
        </w:rPr>
        <w:t xml:space="preserve">[04:11] </w:t>
      </w:r>
      <w:r>
        <w:t>Allah hi mujhe inspire karte hain, main Allah ki inspiration se bolta hoon. mere liye kitaben secondary source hain. primary source mera jo hai, wo khud divine inspiration hai, jo dua ke zariye kisi bhi shakhs ko milta hai.</w:t>
      </w:r>
    </w:p>
    <w:p>
      <w:pPr>
        <w:jc w:val="right"/>
      </w:pPr>
      <w:r>
        <w:t>اللہ ہی مجھے inspire کرتے ہیں، میں اللہ کی inspiration سے بولتا ہوں۔ میرے لیے کتابیں secondary source ہیں۔ primary source میرا جو ہے، وہ خود divine inspiration ہے، جو دعا کے ذریعے کسی بھی شخص کو ملتا ہے۔</w:t>
      </w:r>
    </w:p>
    <w:p>
      <w:r>
        <w:rPr>
          <w:b/>
        </w:rPr>
        <w:t xml:space="preserve">[04:28] </w:t>
      </w:r>
      <w:r>
        <w:t>jo bhi shakhs dua mein mashgool hoga, zaroor divine inspiration milegi." maulana sahib, mera sawal yeh hai ki is jawab mein inspiration se aapki kya murad hai?</w:t>
      </w:r>
    </w:p>
    <w:p>
      <w:pPr>
        <w:jc w:val="right"/>
      </w:pPr>
      <w:r>
        <w:t>جو بھی شخص دعا میں مشغول ہوگا، ضرور divine inspiration ملے گی۔" مولانا صاحب، میرا سوال یہ ہے کہ اس جواب میں inspiration سے آپ کی کیا مراد ہے؟</w:t>
      </w:r>
    </w:p>
    <w:p>
      <w:r>
        <w:rPr>
          <w:b/>
        </w:rPr>
        <w:t xml:space="preserve">[04:41] </w:t>
      </w:r>
      <w:r>
        <w:t>kaha jata hai ke Allah taala ki marzi janne ke liye</w:t>
      </w:r>
    </w:p>
    <w:p>
      <w:pPr>
        <w:jc w:val="right"/>
      </w:pPr>
      <w:r>
        <w:t>کہا جاتا ہے کہ اللہ تعالیٰ کی مرضی جاننے کے لیے</w:t>
      </w:r>
    </w:p>
    <w:p>
      <w:r>
        <w:rPr>
          <w:b/>
        </w:rPr>
        <w:t xml:space="preserve">[04:45] </w:t>
      </w:r>
      <w:r>
        <w:t>sirf ek hi source hai, aur woh hai Prophet Muhammad Sallallahu Alaihi Wasallam. Ab qayamat tak koi direct inspiration ki zaroorat nahi.</w:t>
      </w:r>
    </w:p>
    <w:p>
      <w:pPr>
        <w:jc w:val="right"/>
      </w:pPr>
      <w:r>
        <w:t>صرف ایک ہی source ہے، اور وہ ہے Prophet محمد صلی اللہ علیہ وسلم۔ اب قیامت تک کوئی direct inspiration کی ضرورت نہیں۔</w:t>
      </w:r>
    </w:p>
    <w:p>
      <w:r>
        <w:rPr>
          <w:b/>
        </w:rPr>
        <w:t xml:space="preserve">[04:55] </w:t>
      </w:r>
      <w:r>
        <w:t>direct inspiration ko agar mana jaye to phir deen mein nayi nayi cheezon ko dakhil karna aasan ho jata hai.</w:t>
      </w:r>
    </w:p>
    <w:p>
      <w:pPr>
        <w:jc w:val="right"/>
      </w:pPr>
      <w:r>
        <w:t>direct inspiration کو اگر مانا جائے تو پھر دین میں نئی نئی چیزوں کو داخل کرنا آسان ہو جاتا ہے۔</w:t>
      </w:r>
    </w:p>
    <w:p>
      <w:r>
        <w:rPr>
          <w:b/>
        </w:rPr>
        <w:t xml:space="preserve">[05:03] </w:t>
      </w:r>
      <w:r>
        <w:t>mera sawal yeh hai ke kya Prophet of Islam par iman lane ke baad bhi deeni mamlat mein Allah taala se direct inspiration ki zaroorat baqi rehti hai?</w:t>
      </w:r>
    </w:p>
    <w:p>
      <w:pPr>
        <w:jc w:val="right"/>
      </w:pPr>
      <w:r>
        <w:t>میرا سوال یہ ہے کہ کیا Prophet of Islam پر ایمان لانے کے بعد بھی دینی معاملات میں اللہ تعالیٰ سے direct inspiration کی ضرورت باقی رہتی ہے؟</w:t>
      </w:r>
    </w:p>
    <w:p>
      <w:r>
        <w:rPr>
          <w:b/>
        </w:rPr>
        <w:t xml:space="preserve">[05:15] </w:t>
      </w:r>
      <w:r>
        <w:t>aur doosra, aap ne kaha mere liye kitabein secondary source hain.</w:t>
      </w:r>
    </w:p>
    <w:p>
      <w:pPr>
        <w:jc w:val="right"/>
      </w:pPr>
      <w:r>
        <w:t>اور دوسرا، آپ نے کہا میرے لیے کتابیں secondary source ہیں۔</w:t>
      </w:r>
    </w:p>
    <w:p>
      <w:r>
        <w:rPr>
          <w:b/>
        </w:rPr>
        <w:t xml:space="preserve">[05:20] </w:t>
      </w:r>
      <w:r>
        <w:t>is se aap ki kya murad hai? Yeh kaun si kitabein hain? Is ko wazeh karein.</w:t>
      </w:r>
    </w:p>
    <w:p>
      <w:pPr>
        <w:jc w:val="right"/>
      </w:pPr>
      <w:r>
        <w:t>اس سے آپ کی کیا مراد ہے؟ یہ کون سی کتابیں ہیں؟ اس کو واضح کریں۔</w:t>
      </w:r>
    </w:p>
    <w:p>
      <w:r>
        <w:rPr>
          <w:b/>
        </w:rPr>
        <w:t xml:space="preserve">[05:27] </w:t>
      </w:r>
      <w:r>
        <w:t>dekhein, aap ne jo baat farmayi hai to ulma ka stand aisa nahi hai. Yeh aap ka apna zaati khayal hai yeh. Is liye ke Quran mein hai ke "Innal lazina qalu Rabbunallahu thumma istiqamu Allah</w:t>
      </w:r>
    </w:p>
    <w:p>
      <w:pPr>
        <w:jc w:val="right"/>
      </w:pPr>
      <w:r>
        <w:t>دیکھیں، آپ نے جو بات فرمائی ہے تو علماء کا اسٹینڈ ایسا نہیں ہے۔ یہ آپ کا اپنا ذاتی خیال ہے یہ۔ اس لیے کہ قرآن میں ہے کہ "إن الذين قالوا ربنا الله ثم استقاموا الله</w:t>
      </w:r>
    </w:p>
    <w:p>
      <w:r>
        <w:rPr>
          <w:b/>
        </w:rPr>
        <w:t xml:space="preserve">[05:44] </w:t>
      </w:r>
      <w:r>
        <w:t>takhafu wala tahzanu".</w:t>
      </w:r>
    </w:p>
    <w:p>
      <w:pPr>
        <w:jc w:val="right"/>
      </w:pPr>
      <w:r>
        <w:t>تخاف ولا تهزنوا"۔</w:t>
      </w:r>
    </w:p>
    <w:p>
      <w:r>
        <w:rPr>
          <w:b/>
        </w:rPr>
        <w:t xml:space="preserve">[05:50] </w:t>
      </w:r>
      <w:r>
        <w:t>yani farishton ke zariye se aap ko ek cheez ilqa ki jati hai. Hadees mein hai ke "unaji rabbahu".</w:t>
      </w:r>
    </w:p>
    <w:p>
      <w:pPr>
        <w:jc w:val="right"/>
      </w:pPr>
      <w:r>
        <w:t>یعنی فرشتوں کے ذریعے سے آپ کو ایک چیز القا کی جاتی ہے۔ حدیث میں ہے کہ "إناج ربہ"۔</w:t>
      </w:r>
    </w:p>
    <w:p>
      <w:r>
        <w:rPr>
          <w:b/>
        </w:rPr>
        <w:t xml:space="preserve">[05:59] </w:t>
      </w:r>
      <w:r>
        <w:t>Allah ki bande ki sargoshi Allah se hoti hai. Bande ki sargoshi Allah se hoti hai. "unaji</w:t>
      </w:r>
    </w:p>
    <w:p>
      <w:pPr>
        <w:jc w:val="right"/>
      </w:pPr>
      <w:r>
        <w:t>اللہ کی بندے کی سرگوشی اللہ سے ہوتی ہے۔ بندے کی سرگوشی اللہ سے ہوتی ہے۔ "إناج</w:t>
      </w:r>
    </w:p>
    <w:p>
      <w:r>
        <w:rPr>
          <w:b/>
        </w:rPr>
        <w:t xml:space="preserve">[06:07] </w:t>
      </w:r>
      <w:r>
        <w:t>rabbahu" . Tamam ulma yeh mante hain ke wahi peghambar ke liye khaas hai. Wahi munqate hui.</w:t>
      </w:r>
    </w:p>
    <w:p>
      <w:pPr>
        <w:jc w:val="right"/>
      </w:pPr>
      <w:r>
        <w:t>ربہ"۔ تمام علماء یہ مانتے ہیں کہ وحی پیغمبر کے لیے خاص ہے۔ وحی منقطع ہوئی۔</w:t>
      </w:r>
    </w:p>
    <w:p>
      <w:r>
        <w:rPr>
          <w:b/>
        </w:rPr>
        <w:t xml:space="preserve">[06:16] </w:t>
      </w:r>
      <w:r>
        <w:t>lekin ilqa o ilham munqate nahi hua. Maslan Shah Abdullah ne likha hai ke "Alhamdulillah Rabbi".</w:t>
      </w:r>
    </w:p>
    <w:p>
      <w:pPr>
        <w:jc w:val="right"/>
      </w:pPr>
      <w:r>
        <w:t>لیکن القاء و الہام منقطع نہیں ہوا۔ مثلاً شاہ عبداللہ نے لکھا ہے کہ "الحمدللہ ربی"۔</w:t>
      </w:r>
    </w:p>
    <w:p>
      <w:r>
        <w:rPr>
          <w:b/>
        </w:rPr>
        <w:t xml:space="preserve">[06:24] </w:t>
      </w:r>
      <w:r>
        <w:t>Shah Abdullah ne apni kitab mein likha hai ke "Alhamdulillah Rabbi" . To koi nahi kehta galat kaha unhone. Koi nahi kehta Shah Abdullah sahab ne galat kaha.</w:t>
      </w:r>
    </w:p>
    <w:p>
      <w:pPr>
        <w:jc w:val="right"/>
      </w:pPr>
      <w:r>
        <w:t>شاہ عبداللہ نے اپنی کتاب میں لکھا ہے کہ "الحمدللہ ربی"۔ تو کوئی نہیں کہتا غلط کہا انہوں نے۔ کوئی نہیں کہتا شاہ عبداللہ صاحب نے غلط کہا۔</w:t>
      </w:r>
    </w:p>
    <w:p>
      <w:r>
        <w:rPr>
          <w:b/>
        </w:rPr>
        <w:t xml:space="preserve">[06:33] </w:t>
      </w:r>
      <w:r>
        <w:t>kyun ke sare ulma mante hain ke wahi to nabi ka khasa hai, lekin ilqa o ilham aam hai. Woh har ek ko hota hai.</w:t>
      </w:r>
    </w:p>
    <w:p>
      <w:pPr>
        <w:jc w:val="right"/>
      </w:pPr>
      <w:r>
        <w:t>کیونکہ سارے علماء مانتے ہیں کہ وحی تو نبی کا خاصہ ہے، لیکن القاء و الہام عام ہے۔ وہ ہر ایک کو ہوتا ہے۔</w:t>
      </w:r>
    </w:p>
    <w:p>
      <w:r>
        <w:rPr>
          <w:b/>
        </w:rPr>
        <w:t xml:space="preserve">[06:43] </w:t>
      </w:r>
      <w:r>
        <w:t>khwab mein bhi khwab ke liye aata hai ke wahi munqate hogi, lekin khwab ke zariye se Allah ki rehnumayi milti rahegi logon ko.</w:t>
      </w:r>
    </w:p>
    <w:p>
      <w:pPr>
        <w:jc w:val="right"/>
      </w:pPr>
      <w:r>
        <w:t>خواب میں بھی خواب کے لیے آتا ہے کہ وحی منقطع ہوگی، لیکن خواب کے ذریعے سے اللہ کی رہنمائی ملتی رہے گی لوگوں کو۔</w:t>
      </w:r>
    </w:p>
    <w:p>
      <w:r>
        <w:rPr>
          <w:b/>
        </w:rPr>
        <w:t xml:space="preserve">[06:52] </w:t>
      </w:r>
      <w:r>
        <w:t>yeh bhi aap Bukhari mein padh lijiyey. Isi ko "mini inspiration" kaha. Yani aap ko ilqa o ilham</w:t>
      </w:r>
    </w:p>
    <w:p>
      <w:pPr>
        <w:jc w:val="right"/>
      </w:pPr>
      <w:r>
        <w:t>یہ بھی آپ بخاری میں پڑھ لیجیے۔ اسی کو "منی انسپیریشن" کہا۔ یعنی آپ کو القاء و الہام</w:t>
      </w:r>
    </w:p>
    <w:p>
      <w:r>
        <w:rPr>
          <w:b/>
        </w:rPr>
        <w:t xml:space="preserve">[07:02] </w:t>
      </w:r>
      <w:r>
        <w:t>ke maano mein "mini inspiration" kaha. Yeh to sabit shuda hai. Quran se sabit hai, Hadees se sabit hai. Tamam ulma is ko mante hain. Is mein koi khasa nahi hai ke koi mein ne nayi baat keh di hai.</w:t>
      </w:r>
    </w:p>
    <w:p>
      <w:pPr>
        <w:jc w:val="right"/>
      </w:pPr>
      <w:r>
        <w:t>کے معنی میں "منی انسپیریشن" کہا۔ یہ تو ثابت شدہ ہے۔ قرآن سے ثابت ہے، حدیث سے ثابت ہے۔ تمام علماء اس کو مانتے ہیں۔ اس میں کوئی خاصہ نہیں ہے کہ کوئی میں نے نئی بات کہہ دی ہے۔</w:t>
      </w:r>
    </w:p>
    <w:p>
      <w:r>
        <w:rPr>
          <w:b/>
        </w:rPr>
        <w:t xml:space="preserve">[07:16] </w:t>
      </w:r>
      <w:r>
        <w:t>Imam Taimiya itne bade aalim thay, un ko koi ayat samajh mein nahi ayi. To unhone namaz padh kar</w:t>
      </w:r>
    </w:p>
    <w:p>
      <w:pPr>
        <w:jc w:val="right"/>
      </w:pPr>
      <w:r>
        <w:t>امام تیمیہ اتنے بڑے عالم تھے، ان کو کوئی آیت سمجھ میں نہیں آئی۔ تو انہوں نے نماز پڑھ کر</w:t>
      </w:r>
    </w:p>
    <w:p>
      <w:r>
        <w:rPr>
          <w:b/>
        </w:rPr>
        <w:t xml:space="preserve">[07:22] </w:t>
      </w:r>
      <w:r>
        <w:t>do rakat namaz padhi salatul hajat. Us ke baad dua kiya ke "Ya muallim Ibrahima allimni" . Yahi to hai ke Khuda ko muallim qarar de kar un se janna chaha ke is ayat ka matlab kya hai.</w:t>
      </w:r>
    </w:p>
    <w:p>
      <w:pPr>
        <w:jc w:val="right"/>
      </w:pPr>
      <w:r>
        <w:t>دو رکعت نماز پڑھی صلاۃ الحاجہ۔ اس کے بعد دعا کیا کہ "یا معلم ابراہیم علمنی"۔ یہی تو ہے کہ خدا کو معلم قرار دے کر ان سے جاننا چاہا کہ اس آیت کا مطلب کیا ہے۔</w:t>
      </w:r>
    </w:p>
    <w:p>
      <w:r>
        <w:rPr>
          <w:b/>
        </w:rPr>
        <w:t xml:space="preserve">[07:37] </w:t>
      </w:r>
      <w:r>
        <w:t>"Ya muallim Ibrahima allimni".</w:t>
      </w:r>
    </w:p>
    <w:p>
      <w:pPr>
        <w:jc w:val="right"/>
      </w:pPr>
      <w:r>
        <w:t>"یا معلم ابراہیم علمنی"۔</w:t>
      </w:r>
    </w:p>
    <w:p>
      <w:r>
        <w:rPr>
          <w:b/>
        </w:rPr>
        <w:t xml:space="preserve">[07:40] </w:t>
      </w:r>
      <w:r>
        <w:t>yeh to tasdeeq shuda baat hai. Baqi jo aap ne farmaya to is ka taluq wrong interpretation se hai.</w:t>
      </w:r>
    </w:p>
    <w:p>
      <w:pPr>
        <w:jc w:val="right"/>
      </w:pPr>
      <w:r>
        <w:t>یہ تو تصدیق شدہ بات ہے۔ باقی جو آپ نے فرمایا تو اس کا تعلق wrong interpretation سے ہے۔</w:t>
      </w:r>
    </w:p>
    <w:p>
      <w:r>
        <w:rPr>
          <w:b/>
        </w:rPr>
        <w:t xml:space="preserve">[07:49] </w:t>
      </w:r>
      <w:r>
        <w:t>aap kuch bhi karein, wrong interpretation ka darwaza band nahi ho sakta. Kabhi band nahi hua. Khud Quran mein tafaseer jo likhi gayi hain, bohat si ajeeb ajeeb tafaseer likhi gayi hain ayaton ki.</w:t>
      </w:r>
    </w:p>
    <w:p>
      <w:pPr>
        <w:jc w:val="right"/>
      </w:pPr>
      <w:r>
        <w:t>آپ کچھ بھی کریں، wrong interpretation کا دروازہ بند نہیں ہو سکتا۔ کبھی بند نہیں ہوا۔ خود قرآن میں تفسیریں جو لکھی گئی ہیں، بہت سی عجیب عجیب تفسیریں لکھی گئی ہیں آیتوں کی۔</w:t>
      </w:r>
    </w:p>
    <w:p>
      <w:r>
        <w:rPr>
          <w:b/>
        </w:rPr>
        <w:t xml:space="preserve">[08:01] </w:t>
      </w:r>
      <w:r>
        <w:t>to galat tafaseer ka darwaza band nahi ho sakta hai.</w:t>
      </w:r>
    </w:p>
    <w:p>
      <w:pPr>
        <w:jc w:val="right"/>
      </w:pPr>
      <w:r>
        <w:t>تو غلط تفسیروں کا دروازہ بند نہیں ہو سکتا ہے۔</w:t>
      </w:r>
    </w:p>
    <w:p>
      <w:r>
        <w:rPr>
          <w:b/>
        </w:rPr>
        <w:t xml:space="preserve">[08:07] </w:t>
      </w:r>
      <w:r>
        <w:t>yeh yeh aap ka mafroza sahi nahi hai ke inspiration manne se, ilqa o ilham manne se koi darwaza khulega. Darwaza to khulta hai galat interpretation se.</w:t>
      </w:r>
    </w:p>
    <w:p>
      <w:pPr>
        <w:jc w:val="right"/>
      </w:pPr>
      <w:r>
        <w:t>یہ یہ آپ کا مفروضہ صحیح نہیں ہے کہ inspiration ماننے سے، القاء و الہام ماننے سے کوئی دروازہ کھلے گا۔ دروازہ تو کھلتا ہے غلط interpretation سے۔</w:t>
      </w:r>
    </w:p>
    <w:p>
      <w:r>
        <w:rPr>
          <w:b/>
        </w:rPr>
        <w:t xml:space="preserve">[08:18] </w:t>
      </w:r>
      <w:r>
        <w:t>aur is ka darwaza aap kaun band karega? Misal ke taur par dekhein, mere paas ek misal deta hoon aap ko.</w:t>
      </w:r>
    </w:p>
    <w:p>
      <w:pPr>
        <w:jc w:val="right"/>
      </w:pPr>
      <w:r>
        <w:t>اور اس کا دروازہ آپ کون بند کرے گا؟ مثال کے طور پر دیکھیں، میرے پاس ایک مثال دیتا ہوں آپ کو۔</w:t>
      </w:r>
    </w:p>
    <w:p>
      <w:r>
        <w:rPr>
          <w:b/>
        </w:rPr>
        <w:t xml:space="preserve">[08:27] </w:t>
      </w:r>
      <w:r>
        <w:t>yani wrong interpretation ki.</w:t>
      </w:r>
    </w:p>
    <w:p>
      <w:pPr>
        <w:jc w:val="right"/>
      </w:pPr>
      <w:r>
        <w:t>یعنی wrong interpretation کی۔</w:t>
      </w:r>
    </w:p>
    <w:p>
      <w:r>
        <w:rPr>
          <w:b/>
        </w:rPr>
        <w:t xml:space="preserve">[08:31] </w:t>
      </w:r>
      <w:r>
        <w:t>aik bar to iran ke char aalim mere pas aaye. Maine un se kaha ke woh shia thay, woh. Maine kaha ke aap log Hazrat Ali ko bohat ooncha darja dete hain.</w:t>
      </w:r>
    </w:p>
    <w:p>
      <w:pPr>
        <w:jc w:val="right"/>
      </w:pPr>
      <w:r>
        <w:t>ایک بار تو ایران کے چار عالم میرے پاس آئے۔ میں نے ان سے کہا کہ وہ شیعہ تھے، وہ۔ میں نے کہا کہ آپ لوگ حضرت علی کو بہت اونچا درجہ دیتے ہیں۔</w:t>
      </w:r>
    </w:p>
    <w:p>
      <w:r>
        <w:rPr>
          <w:b/>
        </w:rPr>
        <w:t xml:space="preserve">[08:43] </w:t>
      </w:r>
      <w:r>
        <w:t>to yeh kaise sabit hota hai? Hazrat Ali ka darja jo hai, Hazrat Umar se bhi zyada, Abu Bakr se bhi zyada. To kaise sabit hota hai? Kaha yeh to Quran mein maujood hai.</w:t>
      </w:r>
    </w:p>
    <w:p>
      <w:pPr>
        <w:jc w:val="right"/>
      </w:pPr>
      <w:r>
        <w:t>تو یہ کیسے ثابت ہوتا ہے؟ حضرت علی کا درجہ جو ہے، حضرت عمر سے بھی زیادہ، ابوبکر سے بھی زیادہ۔ تو کیسے ثابت ہوتا ہے؟ کہا یہ تو قرآن میں موجود ہے۔</w:t>
      </w:r>
    </w:p>
    <w:p>
      <w:r>
        <w:rPr>
          <w:b/>
        </w:rPr>
        <w:t xml:space="preserve">[08:53] </w:t>
      </w:r>
      <w:r>
        <w:t>kahan maujood hai? Kaha Ali kabira. Ali kabir hain. To kya aap rok sakte hain kisi ko? Ke Quran se woh nikal raha hai yeh.</w:t>
      </w:r>
    </w:p>
    <w:p>
      <w:pPr>
        <w:jc w:val="right"/>
      </w:pPr>
      <w:r>
        <w:t>کہاں موجود ہے؟ کہا علی کبیرہ۔ علی کبیر ہیں۔ تو کیا آپ روک سکتے ہیں کسی کو؟ کہ قرآن سے وہ نکال رہا ہے یہ۔</w:t>
      </w:r>
    </w:p>
    <w:p>
      <w:r>
        <w:rPr>
          <w:b/>
        </w:rPr>
        <w:t xml:space="preserve">[09:03] </w:t>
      </w:r>
      <w:r>
        <w:t>Ali kabira. To dekhein, yeh insaan ko Allah taala azaadi di hai. Aap ka jo mafroza hai, us se nahi rukta insaan ka.</w:t>
      </w:r>
    </w:p>
    <w:p>
      <w:pPr>
        <w:jc w:val="right"/>
      </w:pPr>
      <w:r>
        <w:t>علی کبیرہ۔ تو دیکھیں، یہ انسان کو اللہ تعالیٰ آزادی دی ہے۔ آپ کا جو مفروضہ ہے، اس سے نہیں رکتا انسان کا۔</w:t>
      </w:r>
    </w:p>
    <w:p>
      <w:r>
        <w:rPr>
          <w:b/>
        </w:rPr>
        <w:t xml:space="preserve">[09:14] </w:t>
      </w:r>
      <w:r>
        <w:t>yani bhatakna. Insaan to bhatkega.</w:t>
      </w:r>
    </w:p>
    <w:p>
      <w:pPr>
        <w:jc w:val="right"/>
      </w:pPr>
      <w:r>
        <w:t>یعنی بھٹکنا۔ انسان تو بھٹکے گا۔</w:t>
      </w:r>
    </w:p>
    <w:p>
      <w:r>
        <w:rPr>
          <w:b/>
        </w:rPr>
        <w:t xml:space="preserve">[09:20] </w:t>
      </w:r>
      <w:r>
        <w:t>to asal cheez yeh hai ke aadmi ke andar sincerity ho. Aadmi sachcha seeker ho. Aadmi Allah se darta ho.</w:t>
      </w:r>
    </w:p>
    <w:p>
      <w:pPr>
        <w:jc w:val="right"/>
      </w:pPr>
      <w:r>
        <w:t>تو اصل چیز یہ ہے کہ آدمی کے اندر sincerity ہو۔ آدمی سچ بچ seeker ہو۔ آدمی اللہ سے ڈرتا ہو۔</w:t>
      </w:r>
    </w:p>
    <w:p>
      <w:r>
        <w:rPr>
          <w:b/>
        </w:rPr>
        <w:t xml:space="preserve">[09:30] </w:t>
      </w:r>
      <w:r>
        <w:t>woh samajhta ho ke agar maine galat matlab nikala kisi ayat ka to main Allah ke haan pakda jaunga. Yeh cheez rokti hai. Yeh cheez rokti nahi ke aap yeh kahein ke sahib ab wahi munqata ho gayi to ilqa ya munqata, ilham bhi band, inspiration bhi band.</w:t>
      </w:r>
    </w:p>
    <w:p>
      <w:pPr>
        <w:jc w:val="right"/>
      </w:pPr>
      <w:r>
        <w:t>وہ سمجھتا ہو کہ اگر میں نے غلط مطلب نکالا کسی آیت کا تو میں اللہ کے ہاں پکڑا جاؤں گا۔ یہ چیز روک ہے۔ یہ چیز روک نہیں کہ آپ یہ کہیں کہ صاحب اب وحی منقطع ہو گئی تو القاء یا منقطع، الہام بھی بند، inspiration بھی بند۔</w:t>
      </w:r>
    </w:p>
    <w:p>
      <w:r>
        <w:rPr>
          <w:b/>
        </w:rPr>
        <w:t xml:space="preserve">[09:45] </w:t>
      </w:r>
      <w:r>
        <w:t>is se koi farq nahi padta. Yeh soorat-e-haal ka bohat hi, soorat-e-haal ko aap ne underestimate kiya hai.</w:t>
      </w:r>
    </w:p>
    <w:p>
      <w:pPr>
        <w:jc w:val="right"/>
      </w:pPr>
      <w:r>
        <w:t>اس سے کوئی فرق نہیں پڑتا۔ یہ صورتحال کا بہت ہی، صورتحال کو آپ نے underestimate کیا ہے۔</w:t>
      </w:r>
    </w:p>
    <w:p>
      <w:r>
        <w:rPr>
          <w:b/>
        </w:rPr>
        <w:t xml:space="preserve">[09:55] </w:t>
      </w:r>
      <w:r>
        <w:t>Maulana, in ka aik aur sawal tha ke aap ne kaha tha ke kitabein mere liye secondary source hain. To woh pa</w:t>
      </w:r>
    </w:p>
    <w:p>
      <w:pPr>
        <w:jc w:val="right"/>
      </w:pPr>
      <w:r>
        <w:t>مولانا، ان کا ایک اور سوال تھا کہ آپ نے کہا تھا کہ کتابیں میرے لیے secondary source ہیں۔ تو وہ پ</w:t>
      </w:r>
    </w:p>
    <w:p>
      <w:r>
        <w:rPr>
          <w:b/>
        </w:rPr>
        <w:t xml:space="preserve">[10:01] </w:t>
      </w:r>
      <w:r>
        <w:t>poch rahe hain kaun si? Kitabon se murad hai Quran o Hadees ke ilawa. Dekhein, kuch understood hoti hain. Itna to aap ko khud janna chahiye.</w:t>
      </w:r>
    </w:p>
    <w:p>
      <w:pPr>
        <w:jc w:val="right"/>
      </w:pPr>
      <w:r>
        <w:t>وچھ رہے ہیں کون سی؟ کتابوں سے مراد ہے قرآن و حدیث کے علاوہ۔ دیکھیں، کچھ understood ہوتی ہیں۔ اتنا تو آپ کو خود جاننا چاہیے۔</w:t>
      </w:r>
    </w:p>
    <w:p>
      <w:r>
        <w:rPr>
          <w:b/>
        </w:rPr>
        <w:t xml:space="preserve">[10:11] </w:t>
      </w:r>
      <w:r>
        <w:t>kuch cheezein understood hoti hain. Zahir hai ke Quran aur Hadees, yeh is ke baghair to kafi andha behra hai duniya mein.</w:t>
      </w:r>
    </w:p>
    <w:p>
      <w:pPr>
        <w:jc w:val="right"/>
      </w:pPr>
      <w:r>
        <w:t>کچھ چیزیں understood ہوتی ہیں۔ ظاہر ہے کہ قرآن اور حدیث، یہ اس کے بغیر تو کافی اندھا بہرا ہے دنیا میں۔</w:t>
      </w:r>
    </w:p>
    <w:p>
      <w:r>
        <w:rPr>
          <w:b/>
        </w:rPr>
        <w:t xml:space="preserve">[10:22] </w:t>
      </w:r>
      <w:r>
        <w:t>Quran o Hadees ke ilawa jo kitabein likhi gayi hain, hazaron hazar kitabein, woh is ko maine kaha tha ke meri secondary source hai. Kaun jo aisa kahe ke Quran aur Hadees se be-niyaz jo ho jaye, woh to main samajhta hoon ke woh to mental case hai is ka.</w:t>
      </w:r>
    </w:p>
    <w:p>
      <w:pPr>
        <w:jc w:val="right"/>
      </w:pPr>
      <w:r>
        <w:t>قرآن و حدیث کے علاوہ جو کتابیں لکھی گئی ہیں، ہزاروں ہزار کتابیں، وہ اس کو میں نے کہا تھا کہ میری secondary source ہے۔ کون جو ایسا کہے کہ قرآن اور حدیث سے بے نیاز جو ہو جائے، وہ تو میں سمجھتا ہوں کہ وہ تو mental case ہے اس کا۔</w:t>
      </w:r>
    </w:p>
    <w:p>
      <w:r>
        <w:rPr>
          <w:b/>
        </w:rPr>
        <w:t xml:space="preserve">[10:38] </w:t>
      </w:r>
      <w:r>
        <w:t>woh qabil-e-zikr hi nahi.</w:t>
      </w:r>
    </w:p>
    <w:p>
      <w:pPr>
        <w:jc w:val="right"/>
      </w:pPr>
      <w:r>
        <w:t>وہ قابل ذکر ہی نہیں۔</w:t>
      </w:r>
    </w:p>
    <w:p>
      <w:r>
        <w:rPr>
          <w:b/>
        </w:rPr>
        <w:t xml:space="preserve">[10:43] </w:t>
      </w:r>
      <w:r>
        <w:t>Maulana Fayyaz Umri ne Gulbarga se sawal kiya hai. Unhone likha hai: "Maulana, Hadees mein aata hai ke meri ummat gumrahi par jama nahi ho sakti.</w:t>
      </w:r>
    </w:p>
    <w:p>
      <w:pPr>
        <w:jc w:val="right"/>
      </w:pPr>
      <w:r>
        <w:t>مولانا فیاض عمری نے گلبرگہ سے سوال کیا ہے۔ انہوں نے لکھا ہے: "مولانا، حدیث میں آتا ہے کہ میری امت گمراہی پر جمع نہیں ہو سکتی۔</w:t>
      </w:r>
    </w:p>
    <w:p>
      <w:r>
        <w:rPr>
          <w:b/>
        </w:rPr>
        <w:t xml:space="preserve">[10:55] </w:t>
      </w:r>
      <w:r>
        <w:t>is ka kya matlab hai? Is ke baray mein batayein."</w:t>
      </w:r>
    </w:p>
    <w:p>
      <w:pPr>
        <w:jc w:val="right"/>
      </w:pPr>
      <w:r>
        <w:t>اس کا کیا مطلب ہے؟ اس کے بارے میں بتائیں۔"</w:t>
      </w:r>
    </w:p>
    <w:p>
      <w:r>
        <w:rPr>
          <w:b/>
        </w:rPr>
        <w:t xml:space="preserve">[10:58] </w:t>
      </w:r>
      <w:r>
        <w:t>haan, dekhein, aik Hadees hai ke "la tasubbu ummati al-dhar". Is se ulta matlab nikalte hain log. Is ka matlab yeh nikalte hain bilkul galat taur par ke majority jidhar hogi udhar haq hoga.</w:t>
      </w:r>
    </w:p>
    <w:p>
      <w:pPr>
        <w:jc w:val="right"/>
      </w:pPr>
      <w:r>
        <w:t>ہاں، دیکھیں، ایک حدیث ہے کہ "لا تشتم امتی الذار"۔ اس سے الٹا مطلب نکالتے ہیں لوگ۔ اس کا مطلب یہ نکالتے ہیں بالکل غلط طور پر کہ majority جدھر ہوگی ادھر حق ہوگا۔</w:t>
      </w:r>
    </w:p>
    <w:p>
      <w:r>
        <w:rPr>
          <w:b/>
        </w:rPr>
        <w:t xml:space="preserve">[11:13] </w:t>
      </w:r>
      <w:r>
        <w:t>yeh Hadees mein hai hi nahi.</w:t>
      </w:r>
    </w:p>
    <w:p>
      <w:pPr>
        <w:jc w:val="right"/>
      </w:pPr>
      <w:r>
        <w:t>یہ حدیث میں ہے ہی نہیں۔</w:t>
      </w:r>
    </w:p>
    <w:p>
      <w:r>
        <w:rPr>
          <w:b/>
        </w:rPr>
        <w:t xml:space="preserve">[11:16] </w:t>
      </w:r>
      <w:r>
        <w:t>yeh Hadees mein hai nahi ke jidhar majority udhar haq hoga. Is ka matlab sirf yeh hai ke aisa zamana kabhi nahi aayega ke ummat ke saare afraad hi gumrah ho jayein aur koi aik bhi aadmi sachai par na rahe.</w:t>
      </w:r>
    </w:p>
    <w:p>
      <w:pPr>
        <w:jc w:val="right"/>
      </w:pPr>
      <w:r>
        <w:t>یہ حدیث میں ہے نہیں کہ جدھر majority ادھر حق ہوگا۔ اس کا مطلب صرف یہ ہے کہ ایسا زمانہ کبھی نہیں آئے گا کہ امت کے سارے افراد ہی گمراہ ہو جائیں اور کوئی ایک بھی آدمی سچائی پر نہ رہے۔</w:t>
      </w:r>
    </w:p>
    <w:p>
      <w:r>
        <w:rPr>
          <w:b/>
        </w:rPr>
        <w:t xml:space="preserve">[11:28] </w:t>
      </w:r>
      <w:r>
        <w:t>yeh matlab hai is ka. Is mein istithna ka zikr hai. Umoom ka zikr nahi hai.</w:t>
      </w:r>
    </w:p>
    <w:p>
      <w:pPr>
        <w:jc w:val="right"/>
      </w:pPr>
      <w:r>
        <w:t>یہ مطلب ہے اس کا۔ اس میں استثنیٰ کا ذکر ہے۔ عموم کا ذکر نہیں ہے۔</w:t>
      </w:r>
    </w:p>
    <w:p>
      <w:r>
        <w:rPr>
          <w:b/>
        </w:rPr>
        <w:t xml:space="preserve">[11:38] </w:t>
      </w:r>
      <w:r>
        <w:t>"la tasubbu ummati al-dhar". Meri ummat mujtama nahi hogi dalalat par. Mujtama nahi hogi. Yani saare ke saare bhatak jayein, yeh nahi hoga kabhi bhi.</w:t>
      </w:r>
    </w:p>
    <w:p>
      <w:pPr>
        <w:jc w:val="right"/>
      </w:pPr>
      <w:r>
        <w:t>"لا تشتم امتی الذار"۔ میری امت مجتمع نہیں ہوگی دلالت پر۔ مجتمع نہیں ہوگی۔ یعنی سارے کے سارے بھٹک جائیں، یہ نہیں ہوگا کبھی بھی۔</w:t>
      </w:r>
    </w:p>
    <w:p>
      <w:r>
        <w:rPr>
          <w:b/>
        </w:rPr>
        <w:t xml:space="preserve">[11:49] </w:t>
      </w:r>
      <w:r>
        <w:t>bohat hi ajeeb o ghareeb baat hai ke jo jo bhi Arabi janta ho, achhi woh woh</w:t>
      </w:r>
    </w:p>
    <w:p>
      <w:pPr>
        <w:jc w:val="right"/>
      </w:pPr>
      <w:r>
        <w:t>بہت ہی عجیب و غریب بات ہے کہ جو جو بھی عربی جانتا ہو، اچھی وہ وہ</w:t>
      </w:r>
    </w:p>
    <w:p>
      <w:r>
        <w:rPr>
          <w:b/>
        </w:rPr>
        <w:t xml:space="preserve">[11:56] </w:t>
      </w:r>
      <w:r>
        <w:t>woh is ko kabhi tasleem nahi karega ke is ka matlab yeh hai. Kabhi is ka matlab yeh nahi manega woh. Yani Arabi ya yeh Arabi zaban jab janta hoga, woh is ko bilkul galat batayega is ko.</w:t>
      </w:r>
    </w:p>
    <w:p>
      <w:pPr>
        <w:jc w:val="right"/>
      </w:pPr>
      <w:r>
        <w:t>وہ اس کو کبھی تسلیم نہیں کرے گا کہ اس کا مطلب یہ ہے۔ کبھی اس کا مطلب یہ نہیں مانے گا وہ۔ یعنی عربی یا یہ عربی زبان جب جانتا ہوگا، وہ اس کو بالکل غلط بتائے گا اس کو۔</w:t>
      </w:r>
    </w:p>
    <w:p>
      <w:r>
        <w:rPr>
          <w:b/>
        </w:rPr>
        <w:t xml:space="preserve">[12:13] </w:t>
      </w:r>
      <w:r>
        <w:t>is Hadees ka matlab sirf yeh hai ke meri ummat ke saare log, aisa kabhi nahi hoga ke sab ke sab bhatak jayein.</w:t>
      </w:r>
    </w:p>
    <w:p>
      <w:pPr>
        <w:jc w:val="right"/>
      </w:pPr>
      <w:r>
        <w:t>اس حدیث کا مطلب صرف یہ ہے کہ میری امت کے سارے لوگ، ایسا کبھی نہیں ہوگا کہ سب کے سب بھٹک جائیں۔</w:t>
      </w:r>
    </w:p>
    <w:p>
      <w:r>
        <w:rPr>
          <w:b/>
        </w:rPr>
        <w:t xml:space="preserve">[12:24] </w:t>
      </w:r>
      <w:r>
        <w:t>hamesha kuch na kuch baqi rahenge.</w:t>
      </w:r>
    </w:p>
    <w:p>
      <w:pPr>
        <w:jc w:val="right"/>
      </w:pPr>
      <w:r>
        <w:t>ہمیشہ کچھ نہ کچھ باقی رہیں گے۔</w:t>
      </w:r>
    </w:p>
    <w:p>
      <w:r>
        <w:rPr>
          <w:b/>
        </w:rPr>
        <w:t xml:space="preserve">[12:30] </w:t>
      </w:r>
      <w:r>
        <w:t>jo sachai par honge aur jo doosron ko sachai batate rahenge. doosri hadishen bhi is ki tasdeeq karti hain. doosri hadishen is ki tasdeeq karti hain.</w:t>
      </w:r>
    </w:p>
    <w:p>
      <w:pPr>
        <w:jc w:val="right"/>
      </w:pPr>
      <w:r>
        <w:t>جو سچائی پر ہوں گے اور جو دوسروں کو سچائی بتاتے رہیں گے۔ دوسری حدیثیں بھی اس کی تصدیق کرتی ہیں۔ دوسری حدیثیں اس کی تصدیق کرتی ہیں۔</w:t>
      </w:r>
    </w:p>
    <w:p>
      <w:r>
        <w:rPr>
          <w:b/>
        </w:rPr>
        <w:t xml:space="preserve">[12:41] </w:t>
      </w:r>
      <w:r>
        <w:t>to bohat ajeeb o ghareeb hain woh log jo is se yeh matlab nikalte hain. yani majority jo hai sachai ki</w:t>
      </w:r>
    </w:p>
    <w:p>
      <w:pPr>
        <w:jc w:val="right"/>
      </w:pPr>
      <w:r>
        <w:t>تو بہت عجیب و غریب ہیں وہ لوگ جو اس سے یہ مطلب نکالتے ہیں۔ یعنی majority جو ہے سچائی کی</w:t>
      </w:r>
    </w:p>
    <w:p>
      <w:r>
        <w:rPr>
          <w:b/>
        </w:rPr>
        <w:t xml:space="preserve">[12:49] </w:t>
      </w:r>
      <w:r>
        <w:t>kamyab hai. yeh to democracy ka nazariya hai. democracy ka. islam ka nazariya nahi hai. yani kaisi ajeeb baat hai yeh woh log hain jo iqbal ko puchte hain jinhon ne kaha tha ke jamhooriyat ek tarz-e-siyasat hai ke jis mein bando ko gunah karte hain, tola nahi karte.</w:t>
      </w:r>
    </w:p>
    <w:p>
      <w:pPr>
        <w:jc w:val="right"/>
      </w:pPr>
      <w:r>
        <w:t>کامیار ہے۔ یہ تو democracy کا نظریہ ہے۔ democracy کا۔ اسلام کا نظریہ نہیں ہے۔ یعنی کیسی عجیب بات ہے یہ وہ لوگ ہیں جو اقبال کو پوچھتے ہیں جنہوں نے کہا تھا کہ جمہوریت ایک طرز سیاست ہے کہ جس میں بندوں کو گناہ کرتے ہیں، تولا نہیں کرتے۔</w:t>
      </w:r>
    </w:p>
    <w:p>
      <w:r>
        <w:rPr>
          <w:b/>
        </w:rPr>
        <w:t xml:space="preserve">[13:08] </w:t>
      </w:r>
      <w:r>
        <w:t>wohi log yeh yeh matlab nikal rahe hain is se. behrhaal is hadis ka hargiz hargiz yeh matlab nahi hai ke majority jo hai, aksariyat jo hai, woh miyar hai haq ka.</w:t>
      </w:r>
    </w:p>
    <w:p>
      <w:pPr>
        <w:jc w:val="right"/>
      </w:pPr>
      <w:r>
        <w:t>وہی لوگ یہ یہ مطلب نکال رہے ہیں اس سے۔ بہرحال اس حدیث کا ہرگز ہرگز یہ مطلب نہیں ہے کہ majority جو ہے، اکثریت جو ہے، وہ معیار ہے حق کا۔</w:t>
      </w:r>
    </w:p>
    <w:p>
      <w:r>
        <w:rPr>
          <w:b/>
        </w:rPr>
        <w:t xml:space="preserve">[13:19] </w:t>
      </w:r>
      <w:r>
        <w:t>hargiz nahi. is ka matlab sirf yeh hai ke chounke quran maujood hai, chounke quran mehfooz hai, chounke sunnat sunnat-e-rasool mehfooz hai,</w:t>
      </w:r>
    </w:p>
    <w:p>
      <w:pPr>
        <w:jc w:val="right"/>
      </w:pPr>
      <w:r>
        <w:t>ہرگز نہیں۔ اس کا مطلب صرف یہ ہے کہ چونکہ قرآن موجود ہے، چونکہ قرآن محفوظ ہے، چونکہ سنت سنت رسول محفوظ ہے،</w:t>
      </w:r>
    </w:p>
    <w:p>
      <w:r>
        <w:rPr>
          <w:b/>
        </w:rPr>
        <w:t xml:space="preserve">[13:29] </w:t>
      </w:r>
      <w:r>
        <w:t>is bina par aisa mumkin nahi hai ke sab log ek taraf se bhatak jayen. kuch na kuch ahle ilm, kuch na kuch Allah ke bande jo hain, quran o hadis se sachai daryaft karenge aur woh qaim rahenge sachai par.</w:t>
      </w:r>
    </w:p>
    <w:p>
      <w:pPr>
        <w:jc w:val="right"/>
      </w:pPr>
      <w:r>
        <w:t>اس بنا پر ایسا ممکن نہیں ہے کہ سب لوگ ایک طرف سے بھٹک جائیں۔ کچھ نہ کچھ اہل علم، کچھ نہ کچھ اللہ کے بندے جو ہیں، قرآن و حدیث سے سچائی دریافت کریں گے اور وہ قائم رہیں گے سچائی پر۔</w:t>
      </w:r>
    </w:p>
    <w:p>
      <w:r>
        <w:rPr>
          <w:b/>
        </w:rPr>
        <w:t xml:space="preserve">[13:42] </w:t>
      </w:r>
      <w:r>
        <w:t>yeh matlab hai is</w:t>
      </w:r>
    </w:p>
    <w:p>
      <w:pPr>
        <w:jc w:val="right"/>
      </w:pPr>
      <w:r>
        <w:t>یہ مطلب ہے اس</w:t>
      </w:r>
    </w:p>
    <w:p>
      <w:r>
        <w:rPr>
          <w:b/>
        </w:rPr>
        <w:t xml:space="preserve">[13:43] </w:t>
      </w:r>
      <w:r>
        <w:t>ka. mister muhammad ibrahim ne gurgaon se sawal kiya hai. unhon ne likha hai: "What are the ways by which we servants should serve God?" I request Maulana sahib to reply my question in English as I can't understand Urdu.</w:t>
      </w:r>
    </w:p>
    <w:p>
      <w:pPr>
        <w:jc w:val="right"/>
      </w:pPr>
      <w:r>
        <w:t>کا۔ مسٹر محمد ابراہیم نے گڑگاؤں سے سوال کیا ہے۔ انہوں نے لکھا ہے: "What are the ways by which we servants should serve God?" I request مولانا صاحب to reply my question in English as I can't understand اردو۔</w:t>
      </w:r>
    </w:p>
    <w:p>
      <w:r>
        <w:rPr>
          <w:b/>
        </w:rPr>
        <w:t xml:space="preserve">[14:00] </w:t>
      </w:r>
      <w:r>
        <w:t>kya aap phir se padhiye? "What are the ways by which we servants should serve God?" What is, what, what is service</w:t>
      </w:r>
    </w:p>
    <w:p>
      <w:pPr>
        <w:jc w:val="right"/>
      </w:pPr>
      <w:r>
        <w:t>کیا آپ پھر سے پڑھیے؟ "What are the ways by which we servants should serve God?" What is, what, what is service</w:t>
      </w:r>
    </w:p>
    <w:p>
      <w:r>
        <w:rPr>
          <w:b/>
        </w:rPr>
        <w:t xml:space="preserve">[14:12] </w:t>
      </w:r>
      <w:r>
        <w:t>? I fail to understand what is service. Service here means ibadat, worship, or something else than ibadat?</w:t>
      </w:r>
    </w:p>
    <w:p>
      <w:pPr>
        <w:jc w:val="right"/>
      </w:pPr>
      <w:r>
        <w:t>? I fail to understand what is service. Service here means عبادت، worship، or something else than عبادت؟</w:t>
      </w:r>
    </w:p>
    <w:p>
      <w:r>
        <w:rPr>
          <w:b/>
        </w:rPr>
        <w:t xml:space="preserve">[14:20] </w:t>
      </w:r>
      <w:r>
        <w:t>What is service? Maulana, he has not clarified that, but I think basically Khuda ka kaam kaise karein hum?</w:t>
      </w:r>
    </w:p>
    <w:p>
      <w:pPr>
        <w:jc w:val="right"/>
      </w:pPr>
      <w:r>
        <w:t>What is service؟ مولانا، he has not clarified that, but I think basically خدا کا کام کیسے کریں ہم؟</w:t>
      </w:r>
    </w:p>
    <w:p>
      <w:r>
        <w:rPr>
          <w:b/>
        </w:rPr>
        <w:t xml:space="preserve">[14:29] </w:t>
      </w:r>
      <w:r>
        <w:t>is ke bare mein.</w:t>
      </w:r>
    </w:p>
    <w:p>
      <w:pPr>
        <w:jc w:val="right"/>
      </w:pPr>
      <w:r>
        <w:t>اس کے بارے میں۔</w:t>
      </w:r>
    </w:p>
    <w:p>
      <w:r>
        <w:rPr>
          <w:b/>
        </w:rPr>
        <w:t xml:space="preserve">[14:33] </w:t>
      </w:r>
      <w:r>
        <w:t>According to my study,</w:t>
      </w:r>
    </w:p>
    <w:p>
      <w:pPr>
        <w:jc w:val="right"/>
      </w:pPr>
      <w:r>
        <w:t>According to my study,</w:t>
      </w:r>
    </w:p>
    <w:p>
      <w:r>
        <w:rPr>
          <w:b/>
        </w:rPr>
        <w:t xml:space="preserve">[14:38] </w:t>
      </w:r>
      <w:r>
        <w:t>the work is the divine work. In the Quran, there are several verses in which God says, "In terms of law and circum,</w:t>
      </w:r>
    </w:p>
    <w:p>
      <w:pPr>
        <w:jc w:val="right"/>
      </w:pPr>
      <w:r>
        <w:t>the work is the divine work. In the Quran, there are several verses in which God says, "In terms of law and circum,</w:t>
      </w:r>
    </w:p>
    <w:p>
      <w:r>
        <w:rPr>
          <w:b/>
        </w:rPr>
        <w:t xml:space="preserve">[14:54] </w:t>
      </w:r>
      <w:r>
        <w:t>man and soul is law."</w:t>
      </w:r>
    </w:p>
    <w:p>
      <w:pPr>
        <w:jc w:val="right"/>
      </w:pPr>
      <w:r>
        <w:t>man and soul is law."</w:t>
      </w:r>
    </w:p>
    <w:p>
      <w:r>
        <w:rPr>
          <w:b/>
        </w:rPr>
        <w:t xml:space="preserve">[14:57] </w:t>
      </w:r>
      <w:r>
        <w:t>In these verses, nusrat means help. In these verses, nusrat means da'wah.</w:t>
      </w:r>
    </w:p>
    <w:p>
      <w:pPr>
        <w:jc w:val="right"/>
      </w:pPr>
      <w:r>
        <w:t>In these verses, نصرت means help. In these verses, نصرت means دعوت۔</w:t>
      </w:r>
    </w:p>
    <w:p>
      <w:r>
        <w:rPr>
          <w:b/>
        </w:rPr>
        <w:t xml:space="preserve">[15:09] </w:t>
      </w:r>
      <w:r>
        <w:t>So according to my study, there are two</w:t>
      </w:r>
    </w:p>
    <w:p>
      <w:pPr>
        <w:jc w:val="right"/>
      </w:pPr>
      <w:r>
        <w:t>So according to my study, there are two</w:t>
      </w:r>
    </w:p>
    <w:p>
      <w:r>
        <w:rPr>
          <w:b/>
        </w:rPr>
        <w:t xml:space="preserve">[15:14] </w:t>
      </w:r>
      <w:r>
        <w:t>responsibilities for a faithful person. One, to worship God as prescribed in Quran and Hadith.</w:t>
      </w:r>
    </w:p>
    <w:p>
      <w:pPr>
        <w:jc w:val="right"/>
      </w:pPr>
      <w:r>
        <w:t>responsibilities for a faithful person. One, to worship God as prescribed in Quran and Hadith.</w:t>
      </w:r>
    </w:p>
    <w:p>
      <w:r>
        <w:rPr>
          <w:b/>
        </w:rPr>
        <w:t xml:space="preserve">[15:25] </w:t>
      </w:r>
      <w:r>
        <w:t>And the other duty is to do da'wah work. Da'wah work, you can say the da'wah work is service to God.</w:t>
      </w:r>
    </w:p>
    <w:p>
      <w:pPr>
        <w:jc w:val="right"/>
      </w:pPr>
      <w:r>
        <w:t>And the other duty is to do دعویٰ work. دعویٰ work, you can say the دعویٰ work is service to God۔</w:t>
      </w:r>
    </w:p>
    <w:p>
      <w:r>
        <w:rPr>
          <w:b/>
        </w:rPr>
        <w:t xml:space="preserve">[15:35] </w:t>
      </w:r>
      <w:r>
        <w:t>Is it clear?</w:t>
      </w:r>
    </w:p>
    <w:p>
      <w:pPr>
        <w:jc w:val="right"/>
      </w:pPr>
      <w:r>
        <w:t>Is it clear؟</w:t>
      </w:r>
    </w:p>
    <w:p>
      <w:r>
        <w:rPr>
          <w:b/>
        </w:rPr>
        <w:t xml:space="preserve">[15:36] </w:t>
      </w:r>
      <w:r>
        <w:t>ji.</w:t>
      </w:r>
    </w:p>
    <w:p>
      <w:pPr>
        <w:jc w:val="right"/>
      </w:pPr>
      <w:r>
        <w:t>جی۔</w:t>
      </w:r>
    </w:p>
    <w:p>
      <w:r>
        <w:rPr>
          <w:b/>
        </w:rPr>
        <w:t xml:space="preserve">[15:40] </w:t>
      </w:r>
      <w:r>
        <w:t>agla sawal Maulana hai mister khalid ansari ka, noida se. unhon ne likha hai: "Molana, who according to you is insan-e-kamil?</w:t>
      </w:r>
    </w:p>
    <w:p>
      <w:pPr>
        <w:jc w:val="right"/>
      </w:pPr>
      <w:r>
        <w:t>اگلا سوال مولانا ہے مسٹر خالد انصاری کا، نوئیڈا سے۔ انہوں نے لکھا ہے: "Molana, who according to you is انسان کامل؟</w:t>
      </w:r>
    </w:p>
    <w:p>
      <w:r>
        <w:rPr>
          <w:b/>
        </w:rPr>
        <w:t xml:space="preserve">[15:51] </w:t>
      </w:r>
      <w:r>
        <w:t>Can a spiritual exercise that is generally done in khanqahs produce insan-e-kamil? Or is it that without a mind-based or tadabbur-based spiritual exercise, it cannot be achieved?"</w:t>
      </w:r>
    </w:p>
    <w:p>
      <w:pPr>
        <w:jc w:val="right"/>
      </w:pPr>
      <w:r>
        <w:t>Can a spiritual exercise that is generally done in خانقاہs produce انسان کامل؟ Or is it that without a mind-based or تدبر-based spiritual exercise, it cannot be achieved؟"</w:t>
      </w:r>
    </w:p>
    <w:p>
      <w:r>
        <w:rPr>
          <w:b/>
        </w:rPr>
        <w:t xml:space="preserve">[16:07] </w:t>
      </w:r>
      <w:r>
        <w:t>dekhen, insan-e-kamil ka to lafz hi ek bid'at hai. na quran mein yeh lafz hai, na hadis mein yeh lafz hai. main samajhta hoon koi aadmi duniya mein insan-e-kamil ho nahi sakta hai.</w:t>
      </w:r>
    </w:p>
    <w:p>
      <w:pPr>
        <w:jc w:val="right"/>
      </w:pPr>
      <w:r>
        <w:t>دیکھیں، انسان کامل کا تو لفظ ہی ایک بدعت ہے۔ نہ قرآن میں یہ لفظ ہے، نہ حدیث میں یہ لفظ ہے۔ میں سمجھتا ہوں کوئی آدمی دنیا میں انسان کامل ہو نہیں سکتا ہے۔</w:t>
      </w:r>
    </w:p>
    <w:p>
      <w:r>
        <w:rPr>
          <w:b/>
        </w:rPr>
        <w:t xml:space="preserve">[16:21] </w:t>
      </w:r>
      <w:r>
        <w:t>impossible hai. yani yeh target nahi hai ke hum insan-e-kamil banen.</w:t>
      </w:r>
    </w:p>
    <w:p>
      <w:pPr>
        <w:jc w:val="right"/>
      </w:pPr>
      <w:r>
        <w:t>Impossible ہے۔ یعنی یہ target نہیں ہے کہ ہم انسان کامل بنیں۔</w:t>
      </w:r>
    </w:p>
    <w:p>
      <w:r>
        <w:rPr>
          <w:b/>
        </w:rPr>
        <w:t xml:space="preserve">[16:30] </w:t>
      </w:r>
      <w:r>
        <w:t>koi bhi mujhe hadith nahi maloom hai, koi bhi ayat nahi maloom hai jis mein yeh kaha gaya ho ke a logon, tum insan kamil bano. yeh jo log banaye hain, woh Quran o hadith se bahar apna nazariya unhon ne banaya hai.</w:t>
      </w:r>
    </w:p>
    <w:p>
      <w:pPr>
        <w:jc w:val="right"/>
      </w:pPr>
      <w:r>
        <w:t>کوئی بھی مجھے حدیث نہیں معلوم ہے، کوئی بھی آیت نہیں معلوم ہے جس میں یہ کہا گیا ہو کہ اے لوگوں، تم انسان کامل بنو۔ یہ جو لوگ بنائے ہیں، وہ قرآن و حدیث سے باہر اپنا نظریہ انہوں نے بنایا ہے۔</w:t>
      </w:r>
    </w:p>
    <w:p>
      <w:r>
        <w:rPr>
          <w:b/>
        </w:rPr>
        <w:t xml:space="preserve">[16:45] </w:t>
      </w:r>
      <w:r>
        <w:t>to ab ab sawal yeh hai ke woh khanqahi tareeqa kya hai? woh ek alag sawal hai. khanqahi tareeqa jo hai, mein us ko</w:t>
      </w:r>
    </w:p>
    <w:p>
      <w:pPr>
        <w:jc w:val="right"/>
      </w:pPr>
      <w:r>
        <w:t>تو اب اب سوال یہ ہے کہ وہ خانقاہی طریقہ کیا ہے؟ وہ ایک الگ سوال ہے۔ خانقاہی طریقہ جو ہے، میں اس کو</w:t>
      </w:r>
    </w:p>
    <w:p>
      <w:r>
        <w:rPr>
          <w:b/>
        </w:rPr>
        <w:t xml:space="preserve">[16:56] </w:t>
      </w:r>
      <w:r>
        <w:t>yani mein ne woh tareeqa nahi ikhtiyar kiya hai. is par meri kitab hai, tajdeed de sakta hoon ke yeh yeh jo concept hai insan kamil ka, woh ek bidat hai.</w:t>
      </w:r>
    </w:p>
    <w:p>
      <w:pPr>
        <w:jc w:val="right"/>
      </w:pPr>
      <w:r>
        <w:t>یعنی میں نے وہ طریقہ نہیں اختیار کیا ہے۔ اس پر میری کتاب ہے، تجدید دے سکتا ہوں کہ یہ یہ جو concept ہے انسان کامل کا، وہ ایک بدعت ہے۔</w:t>
      </w:r>
    </w:p>
    <w:p>
      <w:r>
        <w:rPr>
          <w:b/>
        </w:rPr>
        <w:t xml:space="preserve">[17:10] </w:t>
      </w:r>
      <w:r>
        <w:t>kyun ke is dunya mein yeh mumkin nahi ke koi aadmi insan kamil ban jaye.</w:t>
      </w:r>
    </w:p>
    <w:p>
      <w:pPr>
        <w:jc w:val="right"/>
      </w:pPr>
      <w:r>
        <w:t>کیونکہ اس دنیا میں یہ ممکن نہیں کہ کوئی آدمی انسان کامل بن جائے۔</w:t>
      </w:r>
    </w:p>
    <w:p>
      <w:r>
        <w:rPr>
          <w:b/>
        </w:rPr>
        <w:t xml:space="preserve">[17:15] </w:t>
      </w:r>
      <w:r>
        <w:t>yeh to fitnon ki dunya hai, yeh ibtila ki dunya hai, test ki dunya hai.</w:t>
      </w:r>
    </w:p>
    <w:p>
      <w:pPr>
        <w:jc w:val="right"/>
      </w:pPr>
      <w:r>
        <w:t>یہ تو فتنوں کی دنیا ہے، یہ ابتلا کی دنیا ہے، ٹیسٹ کی دنیا ہے۔</w:t>
      </w:r>
    </w:p>
    <w:p>
      <w:r>
        <w:rPr>
          <w:b/>
        </w:rPr>
        <w:t xml:space="preserve">[17:22] </w:t>
      </w:r>
      <w:r>
        <w:t>to yeh mumkin nahi hai. sahaba ke halaat aap parhiye, kisi sahabi ko ke baray mein aap nahi payenge ke woh samajhta ho ke mein insan kamil ban gaya hoon.</w:t>
      </w:r>
    </w:p>
    <w:p>
      <w:pPr>
        <w:jc w:val="right"/>
      </w:pPr>
      <w:r>
        <w:t>تو یہ ممکن نہیں ہے۔ صحابہ کے حالات آپ پڑھیے، کسی صحابی کو کے بارے میں آپ نہیں پائیں گے کہ وہ سمجھتا ہو کہ میں انسان کامل بن گیا ہوں۔</w:t>
      </w:r>
    </w:p>
    <w:p>
      <w:r>
        <w:rPr>
          <w:b/>
        </w:rPr>
        <w:t xml:space="preserve">[17:35] </w:t>
      </w:r>
      <w:r>
        <w:t>har aadmi yeh samajhta tha ke mein abhi insan naqis hoon. to</w:t>
      </w:r>
    </w:p>
    <w:p>
      <w:pPr>
        <w:jc w:val="right"/>
      </w:pPr>
      <w:r>
        <w:t>ہر آدمی یہ سمجھتا تھا کہ میں ابھی انسان ناقص ہوں۔ تو</w:t>
      </w:r>
    </w:p>
    <w:p>
      <w:r>
        <w:rPr>
          <w:b/>
        </w:rPr>
        <w:t xml:space="preserve">[17:41] </w:t>
      </w:r>
      <w:r>
        <w:t>mere meri study ke mutabiq yeh hai soorat e haal.</w:t>
      </w:r>
    </w:p>
    <w:p>
      <w:pPr>
        <w:jc w:val="right"/>
      </w:pPr>
      <w:r>
        <w:t>میرے میری study کے مطابق یہ ہے صورتحال۔</w:t>
      </w:r>
    </w:p>
    <w:p>
      <w:r>
        <w:rPr>
          <w:b/>
        </w:rPr>
        <w:t xml:space="preserve">[17:48] </w:t>
      </w:r>
      <w:r>
        <w:t>Mr. Muhammad Ameeni ne Aligarh se sawal kiya hai. unhon ne likha hai: "Maulana sahib, aap ke nazdeek existence of God and existence of hereafter ka sab se bara argument kya hai?"</w:t>
      </w:r>
    </w:p>
    <w:p>
      <w:pPr>
        <w:jc w:val="right"/>
      </w:pPr>
      <w:r>
        <w:t>مسٹر محمد امینی نے علی گڑھ سے سوال کیا ہے۔ انہوں نے لکھا ہے: "مولانا صاحب، آپ کے نزدیک existence of God and existence of hereafter کا سب سے بڑا argument کیا ہے؟"</w:t>
      </w:r>
    </w:p>
    <w:p>
      <w:r>
        <w:rPr>
          <w:b/>
        </w:rPr>
        <w:t xml:space="preserve">[18:05] </w:t>
      </w:r>
      <w:r>
        <w:t>aap meri kitab parhiye. is mein dono par alag alag chapter hain. ek hai akhirat par, ek hai Khuda par.</w:t>
      </w:r>
    </w:p>
    <w:p>
      <w:pPr>
        <w:jc w:val="right"/>
      </w:pPr>
      <w:r>
        <w:t>آپ میری کتاب پڑھیے۔ اس میں دونوں پر الگ الگ چیپٹر ہیں۔ ایک ہے آخرت پر، ایک ہے خدا پر۔</w:t>
      </w:r>
    </w:p>
    <w:p>
      <w:r>
        <w:rPr>
          <w:b/>
        </w:rPr>
        <w:t xml:space="preserve">[18:15] </w:t>
      </w:r>
      <w:r>
        <w:t>is mein mein ne jo mere nazdeek argument hai, woh mein ne bayan kar diya is mein. Urdu mein is ka naam hai Mazhab aur Jadeed Challenge.</w:t>
      </w:r>
    </w:p>
    <w:p>
      <w:pPr>
        <w:jc w:val="right"/>
      </w:pPr>
      <w:r>
        <w:t>اس میں میں نے جو میرے نزدیک argument ہے، وہ میں نے بیان کر دیا اس میں۔ اردو میں اس کا نام ہے مذہب اور جدید چیلنج۔</w:t>
      </w:r>
    </w:p>
    <w:p>
      <w:r>
        <w:rPr>
          <w:b/>
        </w:rPr>
        <w:t xml:space="preserve">[18:23] </w:t>
      </w:r>
      <w:r>
        <w:t>Angrezi mein is ka naam hai God Arises. Arabi mein is ka naam hai Al-Islam wa Tahaddih. is mein poora chapter Khuda par hai, poore poora chapter akhirat par hai.</w:t>
      </w:r>
    </w:p>
    <w:p>
      <w:pPr>
        <w:jc w:val="right"/>
      </w:pPr>
      <w:r>
        <w:t>انگریزی میں اس کا نام ہے God Arises۔ عربی میں اس کا نام ہے الاسلام ویتحدہ۔ اس میں پورا چیپٹر خدا پر ہے، پورے پورا چیپٹر آخرت پر ہے۔</w:t>
      </w:r>
    </w:p>
    <w:p>
      <w:r>
        <w:rPr>
          <w:b/>
        </w:rPr>
        <w:t xml:space="preserve">[18:36] </w:t>
      </w:r>
      <w:r>
        <w:t>to mere nazdeek jo argument hai, woh is mein bayan kar diya hai. is ko aap parhiye. is ke parhne ke baad agar kuch question ho aap ka to woh bataiye mujhe.</w:t>
      </w:r>
    </w:p>
    <w:p>
      <w:pPr>
        <w:jc w:val="right"/>
      </w:pPr>
      <w:r>
        <w:t>تو میرے نزدیک جو argument ہے، وہ اس میں بیان کر دیا ہے۔ اس کو آپ پڑھیے۔ اس کے پڑھنے کے بعد اگر کچھ question ہو آپ کا تو وہ بتائیے مجھے۔</w:t>
      </w:r>
    </w:p>
    <w:p>
      <w:r>
        <w:rPr>
          <w:b/>
        </w:rPr>
        <w:t xml:space="preserve">[18:47] </w:t>
      </w:r>
      <w:r>
        <w:t>Mr. Faiq ne California se likha hai: "Maulana sahib, what is, what was your impression of Dubai with respect to Al-Risalah movement and general trend in Arabs towards da'wah work?"</w:t>
      </w:r>
    </w:p>
    <w:p>
      <w:pPr>
        <w:jc w:val="right"/>
      </w:pPr>
      <w:r>
        <w:t>مسٹر فائق نے کیلیفورنیا سے لکھا ہے: "مولانا صاحب، what is، what was your impression of Dubai with respect to Al-Risalah movement and general trend in Arabs towards دعویٰ work؟</w:t>
      </w:r>
    </w:p>
    <w:p>
      <w:r>
        <w:rPr>
          <w:b/>
        </w:rPr>
        <w:t xml:space="preserve">[19:02] </w:t>
      </w:r>
      <w:r>
        <w:t>Please comment."</w:t>
      </w:r>
    </w:p>
    <w:p>
      <w:pPr>
        <w:jc w:val="right"/>
      </w:pPr>
      <w:r>
        <w:t>Please comment۔"</w:t>
      </w:r>
    </w:p>
    <w:p>
      <w:r>
        <w:rPr>
          <w:b/>
        </w:rPr>
        <w:t xml:space="preserve">[19:05] </w:t>
      </w:r>
      <w:r>
        <w:t>bhai, Dubai jo hai, aap jante hain ke woh East aur West ka junction hai. yani mashriq aur maghrib ka sangam hai.</w:t>
      </w:r>
    </w:p>
    <w:p>
      <w:pPr>
        <w:jc w:val="right"/>
      </w:pPr>
      <w:r>
        <w:t>بھائی، دبئی جو ہے، آپ جانتے ہیں کہ وہ ایسٹ اور ویسٹ کا junction ہے۔ یعنی مشرق اور مغرب کا سنگم ہے۔</w:t>
      </w:r>
    </w:p>
    <w:p>
      <w:r>
        <w:rPr>
          <w:b/>
        </w:rPr>
        <w:t xml:space="preserve">[19:18] </w:t>
      </w:r>
      <w:r>
        <w:t>to wahan par mein samajhta hoon ke</w:t>
      </w:r>
    </w:p>
    <w:p>
      <w:pPr>
        <w:jc w:val="right"/>
      </w:pPr>
      <w:r>
        <w:t>تو وہاں پر میں سمجھتا ہوں کہ</w:t>
      </w:r>
    </w:p>
    <w:p>
      <w:r>
        <w:rPr>
          <w:b/>
        </w:rPr>
        <w:t xml:space="preserve">[19:22] </w:t>
      </w:r>
      <w:r>
        <w:t>do baatein mein ne mehsoos ki hain. ek to yeh ke wahan par relatively liberalism hai. yani fantasy nahi hai wahan par. log fanatic nahi hote.</w:t>
      </w:r>
    </w:p>
    <w:p>
      <w:pPr>
        <w:jc w:val="right"/>
      </w:pPr>
      <w:r>
        <w:t>دو باتیں میں نے محسوس کی ہیں۔ ایک تو یہ کہ وہاں پر relatively liberalism ہے۔ یعنی fantasy نہیں ہے وہاں پر۔ لوگ fanatic نہیں ہوتے۔</w:t>
      </w:r>
    </w:p>
    <w:p>
      <w:r>
        <w:rPr>
          <w:b/>
        </w:rPr>
        <w:t xml:space="preserve">[19:33] </w:t>
      </w:r>
      <w:r>
        <w:t>bohat aasani se aap unhein yani address kar sakte hain. ek baat to yeh jo hamare liye bohat hi hopeful hai.</w:t>
      </w:r>
    </w:p>
    <w:p>
      <w:pPr>
        <w:jc w:val="right"/>
      </w:pPr>
      <w:r>
        <w:t>بہت آسانی سے آپ انہیں یعنی address کر سکتے ہیں۔ ایک بات تو یہ جو ہمارے لیے بہت ہی hopeful ہے۔</w:t>
      </w:r>
    </w:p>
    <w:p>
      <w:r>
        <w:rPr>
          <w:b/>
        </w:rPr>
        <w:t xml:space="preserve">[19:42] </w:t>
      </w:r>
      <w:r>
        <w:t>doosri baat yeh ke wahan bohat ate hain log idhar udhar se. misaal ke taur par ek din hum ne, hamare saathi'on ne, hum log kai aadmi thay. to ek hotel mein unhon ne kitabein rakh dein reception par.</w:t>
      </w:r>
    </w:p>
    <w:p>
      <w:pPr>
        <w:jc w:val="right"/>
      </w:pPr>
      <w:r>
        <w:t>دوسری بات یہ کہ وہاں بہت آتے ہیں لوگ ادھر ادھر سے۔ مثال کے طور پر ایک دن ہم نے، ہمارے ساتھیوں نے، ہم لوگ کئی آدمی تھے۔ تو ایک ہوٹل میں انہوں نے کتابیں رکھ دیں reception پر۔</w:t>
      </w:r>
    </w:p>
    <w:p>
      <w:r>
        <w:rPr>
          <w:b/>
        </w:rPr>
        <w:t xml:space="preserve">[19:55] </w:t>
      </w:r>
      <w:r>
        <w:t>to pehle hi din maloom hua ke bohat se countries ke logon ne kitabein li hain. Quran ke tarjuma waghera.</w:t>
      </w:r>
    </w:p>
    <w:p>
      <w:pPr>
        <w:jc w:val="right"/>
      </w:pPr>
      <w:r>
        <w:t>تو پہلے ہی دن معلوم ہوا کہ بہت سے countries کے لوگوں نے کتابیں لی ہیں۔ قرآن کے ترجمہ وغیرہ۔</w:t>
      </w:r>
    </w:p>
    <w:p>
      <w:r>
        <w:rPr>
          <w:b/>
        </w:rPr>
        <w:t xml:space="preserve">[20:01] </w:t>
      </w:r>
      <w:r>
        <w:t>bohat se countries ke. to yeh sirf ek hotel ki baat hai. to do cheezein mujhe bohat hopeful wahan par lagin.</w:t>
      </w:r>
    </w:p>
    <w:p>
      <w:pPr>
        <w:jc w:val="right"/>
      </w:pPr>
      <w:r>
        <w:t>بہت سے countries کے۔ تو یہ صرف ایک ہوٹل کی بات ہے۔ تو دو چیزیں مجھے بہت hopeful وہاں پر لگیں۔</w:t>
      </w:r>
    </w:p>
    <w:p>
      <w:r>
        <w:rPr>
          <w:b/>
        </w:rPr>
        <w:t xml:space="preserve">[20:10] </w:t>
      </w:r>
      <w:r>
        <w:t>ek to wahan ke log fanatic nahi hain. kyun ke jahan dekhen interaction zyada hota hai, to wahan fanatic pal nahi sakta.</w:t>
      </w:r>
    </w:p>
    <w:p>
      <w:pPr>
        <w:jc w:val="right"/>
      </w:pPr>
      <w:r>
        <w:t>ایک تو وہاں کے لوگ fanatic نہیں ہیں۔ کیونکہ جہاں دیکھیں interaction زیادہ ہوتا ہے، تو وہاں fanatic پل نہیں سکتا۔</w:t>
      </w:r>
    </w:p>
    <w:p>
      <w:r>
        <w:rPr>
          <w:b/>
        </w:rPr>
        <w:t xml:space="preserve">[20:20] </w:t>
      </w:r>
      <w:r>
        <w:t>fanatic wahan palta hai jahan ki interaction na ho. to Dubai to sangam hai. wahan to dunya bhar ke log ate hain.</w:t>
      </w:r>
    </w:p>
    <w:p>
      <w:pPr>
        <w:jc w:val="right"/>
      </w:pPr>
      <w:r>
        <w:t>Fanatic وہاں پلتا ہے جہاں کی interaction نہ ہو۔ تو دبئی تو سنگم ہے۔ وہاں تو دنیا بھر کے لوگ آتے ہیں۔</w:t>
      </w:r>
    </w:p>
    <w:p>
      <w:r>
        <w:rPr>
          <w:b/>
        </w:rPr>
        <w:t xml:space="preserve">[20:30] </w:t>
      </w:r>
      <w:r>
        <w:t>bohat daily wahan par lakhon log ate hain, lakhon log jate hain. to jahan par itna zyada interaction hota ho, wahan kabhi bhi fanaticism</w:t>
      </w:r>
    </w:p>
    <w:p>
      <w:pPr>
        <w:jc w:val="right"/>
      </w:pPr>
      <w:r>
        <w:t>بہت daily وہاں پر لاکھوں لوگ آتے ہیں، لاکھوں لوگ جاتے ہیں۔ تو جہاں پر اتنا زیادہ interaction ہوتا ہو، وہاں کبھی بھی fanaticism</w:t>
      </w:r>
    </w:p>
    <w:p>
      <w:r>
        <w:rPr>
          <w:b/>
        </w:rPr>
        <w:t xml:space="preserve">[20:39] </w:t>
      </w:r>
      <w:r>
        <w:t>nahi phailay ga. To yeh daawa ke liye bohat achi baat hai. Kyun ke fanatic aadmi sunta nahi kuch. To wahan par jo, yaani acha lafz nahi liberalism, lekin baat ko samajhne ke liye mein keh raha hoon ke wahan par log khule zehan ke hotay hain.</w:t>
      </w:r>
    </w:p>
    <w:p>
      <w:pPr>
        <w:jc w:val="right"/>
      </w:pPr>
      <w:r>
        <w:t>نہیں پھیلے گا۔ تو یہ دعویٰ کے لیے بہت اچھی بات ہے۔ کیونکہ fanatic آدمی سنتا نہیں کچھ۔ تو وہاں پر جو، یعنی اچھا لفظ نہیں liberalism، لیکن بات کو سمجھنے کے لیے میں کہہ رہا ہوں کہ وہاں پر لوگ کھلے ذہن کے ہوتے ہیں۔</w:t>
      </w:r>
    </w:p>
    <w:p>
      <w:r>
        <w:rPr>
          <w:b/>
        </w:rPr>
        <w:t xml:space="preserve">[20:54] </w:t>
      </w:r>
      <w:r>
        <w:t>To woh hamare liye bohat achi baat hai. Aur doosri yeh ke woh itnay log atay hain, jatay hain, atay jatay hain. To is ki wajah se hamein mad'u milte hain wahan par. Mad'u.</w:t>
      </w:r>
    </w:p>
    <w:p>
      <w:pPr>
        <w:jc w:val="right"/>
      </w:pPr>
      <w:r>
        <w:t>تو وہ ہمارے لیے بہت اچھی بات ہے۔ اور دوسری یہ کہ وہ اتنے لوگ آتے ہیں، جاتے ہیں، آتے جاتے ہیں۔ تو اس کی وجہ سے ہمیں مدعو ملتے ہیں وہاں پر۔ مدعو۔</w:t>
      </w:r>
    </w:p>
    <w:p>
      <w:r>
        <w:rPr>
          <w:b/>
        </w:rPr>
        <w:t xml:space="preserve">[21:03] </w:t>
      </w:r>
      <w:r>
        <w:t>To Allah ke fazl se wahan par hamein kuch saathi, hamare pehle se bhi thay, kuch aur saathi banay hain. Aur in logon ne wahan par da'wat ka kaam shuru kar diya hai, masha Allah.</w:t>
      </w:r>
    </w:p>
    <w:p>
      <w:pPr>
        <w:jc w:val="right"/>
      </w:pPr>
      <w:r>
        <w:t>تو اللہ کے فضل سے وہاں پر ہمیں کچھ ساتھی، ہمارے پہلے سے بھی تھے، کچھ اور ساتھی بنے ہیں۔ اور ان لوگوں نے وہاں پر دعوت کا کام شروع کر دیا ہے، ماشاءاللہ۔</w:t>
      </w:r>
    </w:p>
    <w:p>
      <w:r>
        <w:rPr>
          <w:b/>
        </w:rPr>
        <w:t xml:space="preserve">[21:15] </w:t>
      </w:r>
      <w:r>
        <w:t>Wahan koi rukawat bhi nahi. Yaani wahan par hum idhar udhar gaye.</w:t>
      </w:r>
    </w:p>
    <w:p>
      <w:pPr>
        <w:jc w:val="right"/>
      </w:pPr>
      <w:r>
        <w:t>وہاں کوئی رکاوٹ بھی نہیں۔ یعنی وہاں پر ہم ادھر ادھر گئے۔</w:t>
      </w:r>
    </w:p>
    <w:p>
      <w:r>
        <w:rPr>
          <w:b/>
        </w:rPr>
        <w:t xml:space="preserve">[21:20] </w:t>
      </w:r>
      <w:r>
        <w:t>Aur mein ne mehsoos kiya ke wahan ki jo government hai, peaceful tareeqay se kuch bhi kijiye, aap ko rukawat nahi daalay gi. Yaani agar aap politics, aap opposition chalayein, tab to government aap ko pakray gi.</w:t>
      </w:r>
    </w:p>
    <w:p>
      <w:pPr>
        <w:jc w:val="right"/>
      </w:pPr>
      <w:r>
        <w:t>اور میں نے محسوس کیا کہ وہاں کی جو government ہے، peaceful طریقے سے کچھ بھی کیجیے، آپ کو رکاوٹ نہیں ڈالے گی۔ یعنی اگر آپ politics، آپ opposition چلائیں، تب تو government آپ کو پکڑے گی۔</w:t>
      </w:r>
    </w:p>
    <w:p>
      <w:r>
        <w:rPr>
          <w:b/>
        </w:rPr>
        <w:t xml:space="preserve">[21:34] </w:t>
      </w:r>
      <w:r>
        <w:t>Lekin aap peaceful tareeqay se kuch kiye to koi rukawat hi nahi hai. To hum to idhar udhar kaam kiya, hum ne. Humein kisi ne roka nahi.</w:t>
      </w:r>
    </w:p>
    <w:p>
      <w:pPr>
        <w:jc w:val="right"/>
      </w:pPr>
      <w:r>
        <w:t>لیکن آپ peaceful طریقے سے کچھ کیے تو کوئی رکاوٹ ہی نہیں ہے۔ تو ہم تو ادھر ادھر کام کیا، ہم نے۔ ہمیں کسی نے روکا نہیں۔</w:t>
      </w:r>
    </w:p>
    <w:p>
      <w:r>
        <w:rPr>
          <w:b/>
        </w:rPr>
        <w:t xml:space="preserve">[21:41] </w:t>
      </w:r>
      <w:r>
        <w:t>To mein to bohat hopeful hoon Dubai ke baray mein.</w:t>
      </w:r>
    </w:p>
    <w:p>
      <w:pPr>
        <w:jc w:val="right"/>
      </w:pPr>
      <w:r>
        <w:t>تو میں تو بہت hopeful ہوں دبئی کے بارے میں۔</w:t>
      </w:r>
    </w:p>
    <w:p>
      <w:r>
        <w:rPr>
          <w:b/>
        </w:rPr>
        <w:t xml:space="preserve">[21:48] </w:t>
      </w:r>
      <w:r>
        <w:t>Mr. Muhammad Daniyal ne Patna se sawal kiya hai. Unhon ne likha hai: "Koi shakhs Khuda ka matloob insaan kaise banay?" Is ke baray mein batayein.</w:t>
      </w:r>
    </w:p>
    <w:p>
      <w:pPr>
        <w:jc w:val="right"/>
      </w:pPr>
      <w:r>
        <w:t>مسٹر محمد دانیال نے پٹنہ سے سوال کیا ہے۔ انہوں نے لکھا ہے: "کوئی شخص خدا کا مطلوب انسان کیسے بنے؟" اس کے بارے میں بتائیں۔</w:t>
      </w:r>
    </w:p>
    <w:p>
      <w:r>
        <w:rPr>
          <w:b/>
        </w:rPr>
        <w:t xml:space="preserve">[22:07] </w:t>
      </w:r>
      <w:r>
        <w:t>Yeh to bohat mushkil sawal hai.</w:t>
      </w:r>
    </w:p>
    <w:p>
      <w:pPr>
        <w:jc w:val="right"/>
      </w:pPr>
      <w:r>
        <w:t>یہ تو بہت مشکل سوال ہے۔</w:t>
      </w:r>
    </w:p>
    <w:p>
      <w:r>
        <w:rPr>
          <w:b/>
        </w:rPr>
        <w:t xml:space="preserve">[22:22] </w:t>
      </w:r>
      <w:r>
        <w:t>Baaki mein yahi keh sakta hoon ke takhallaqu be akhlaq Allah. Allah ke jo sifat hain, attributes hain, woh apne andar paida karna.</w:t>
      </w:r>
    </w:p>
    <w:p>
      <w:pPr>
        <w:jc w:val="right"/>
      </w:pPr>
      <w:r>
        <w:t>باقی میں یہی کہہ سکتا ہوں کہ تخلقو بے اخلاق اللہ۔ اللہ کے جو صفات ہیں، attributes ہیں، وہ اپنے اندر پیدا کرنا۔</w:t>
      </w:r>
    </w:p>
    <w:p>
      <w:r>
        <w:rPr>
          <w:b/>
        </w:rPr>
        <w:t xml:space="preserve">[22:35] </w:t>
      </w:r>
      <w:r>
        <w:t>Aur sab se bari sifat Allah Ta'ala ki hai,</w:t>
      </w:r>
    </w:p>
    <w:p>
      <w:pPr>
        <w:jc w:val="right"/>
      </w:pPr>
      <w:r>
        <w:t>اور سب سے بڑی صفت اللہ تعالیٰ کی ہے،</w:t>
      </w:r>
    </w:p>
    <w:p>
      <w:r>
        <w:rPr>
          <w:b/>
        </w:rPr>
        <w:t xml:space="preserve">[22:38] </w:t>
      </w:r>
      <w:r>
        <w:t>Rehman aur Raheem hona. Jo shuru hi mein bataya gaya hai. Rehman Raheem ke ma'ani kya hain? Yak tarfa tor par doosray ke baray mein wilshir hona.</w:t>
      </w:r>
    </w:p>
    <w:p>
      <w:pPr>
        <w:jc w:val="right"/>
      </w:pPr>
      <w:r>
        <w:t>رحمان اور رحیم ہونا۔ جو شروع ہی میں بتایا گیا ہے۔ رحمان رحیم کے معنی کیا ہیں؟ یکطرفہ طور پر دوسرے کے بارے میں ولشر ہونا۔</w:t>
      </w:r>
    </w:p>
    <w:p>
      <w:r>
        <w:rPr>
          <w:b/>
        </w:rPr>
        <w:t xml:space="preserve">[22:54] </w:t>
      </w:r>
      <w:r>
        <w:t>Yak tarfa tor par positive mind ke sath duniya mein rehna. Yak tarfa tor par apne seene ko doosron ke liye achay jazbaat ka maskan banana.</w:t>
      </w:r>
    </w:p>
    <w:p>
      <w:pPr>
        <w:jc w:val="right"/>
      </w:pPr>
      <w:r>
        <w:t>یکطرفہ طور پر positive mind کے ساتھ دنیا میں رہنا۔ یکطرفہ طور پر اپنے سینے کو دوسروں کے لیے اچھے جذبات کا مسکن بنانا۔</w:t>
      </w:r>
    </w:p>
    <w:p>
      <w:r>
        <w:rPr>
          <w:b/>
        </w:rPr>
        <w:t xml:space="preserve">[23:11] </w:t>
      </w:r>
      <w:r>
        <w:t>To kaun Khuda ka matloob hai, yeh to aakhirat mein pata chalay ga. Duniya mein pata nahi chal sakta hai. Lekin Quran mein aik aik Surah hai jis mein hai ke razi Allah anhum wa radu.</w:t>
      </w:r>
    </w:p>
    <w:p>
      <w:pPr>
        <w:jc w:val="right"/>
      </w:pPr>
      <w:r>
        <w:t>تو کون خدا کا مطلوب ہے، یہ تو آخرت میں پتہ چلے گا۔ دنیا میں پتہ نہیں چل سکتا ہے۔ لیکن قرآن میں ایک ایک سورہ ہے جس میں ہے کہ رضی اللہ عنہم ورضوا۔</w:t>
      </w:r>
    </w:p>
    <w:p>
      <w:r>
        <w:rPr>
          <w:b/>
        </w:rPr>
        <w:t xml:space="preserve">[23:23] </w:t>
      </w:r>
      <w:r>
        <w:t>Surah Al-Fajr. Is mein aik criteria milta hai humein.</w:t>
      </w:r>
    </w:p>
    <w:p>
      <w:pPr>
        <w:jc w:val="right"/>
      </w:pPr>
      <w:r>
        <w:t>سورہ الفجر۔ اس میں ایک کرائٹیریا ملتا ہے ہمیں۔</w:t>
      </w:r>
    </w:p>
    <w:p>
      <w:r>
        <w:rPr>
          <w:b/>
        </w:rPr>
        <w:t xml:space="preserve">[23:30] </w:t>
      </w:r>
      <w:r>
        <w:t>Surah Al-Fajr mein. Ke do baat kahi gayi hain ke Allah kisi ko,</w:t>
      </w:r>
    </w:p>
    <w:p>
      <w:pPr>
        <w:jc w:val="right"/>
      </w:pPr>
      <w:r>
        <w:t>سورہ الفجر میں۔ کہ دو بات کہی گئی ہیں کہ اللہ کسی کو،</w:t>
      </w:r>
    </w:p>
    <w:p>
      <w:r>
        <w:rPr>
          <w:b/>
        </w:rPr>
        <w:t xml:space="preserve">[23:38] </w:t>
      </w:r>
      <w:r>
        <w:t>Allah Ta'ala jab kisi ko</w:t>
      </w:r>
    </w:p>
    <w:p>
      <w:pPr>
        <w:jc w:val="right"/>
      </w:pPr>
      <w:r>
        <w:t>اللہ تعالیٰ جب کسی کو</w:t>
      </w:r>
    </w:p>
    <w:p>
      <w:r>
        <w:rPr>
          <w:b/>
        </w:rPr>
        <w:t xml:space="preserve">[23:43] </w:t>
      </w:r>
      <w:r>
        <w:t>Achay halaat deta hai, us ko</w:t>
      </w:r>
    </w:p>
    <w:p>
      <w:pPr>
        <w:jc w:val="right"/>
      </w:pPr>
      <w:r>
        <w:t>اچھے حالات دیتا ہے، اس کو</w:t>
      </w:r>
    </w:p>
    <w:p>
      <w:r>
        <w:rPr>
          <w:b/>
        </w:rPr>
        <w:t xml:space="preserve">[23:48] </w:t>
      </w:r>
      <w:r>
        <w:t>To woh hota hai ibtila ke liye, aazmaish ke liye. Lekin woh us ko apna fakhr bana leta hai. Ke Khuda ne mujhe yeh diya, Khuda ne mujhe woh diya. To aap ko kuch milay, achi cheez duniya ki.</w:t>
      </w:r>
    </w:p>
    <w:p>
      <w:pPr>
        <w:jc w:val="right"/>
      </w:pPr>
      <w:r>
        <w:t>تو وہ ہوتا ہے ابتلا کے لیے، آزمائش کے لیے۔ لیکن وہ اس کو اپنا فخر بنا لیتا ہے۔ کہ خدا نے مجھے یہ دیا، خدا نے مجھے وہ دیا۔ تو آپ کو کچھ ملے، اچھی چیز دنیا کی۔</w:t>
      </w:r>
    </w:p>
    <w:p>
      <w:r>
        <w:rPr>
          <w:b/>
        </w:rPr>
        <w:t xml:space="preserve">[24:02] </w:t>
      </w:r>
      <w:r>
        <w:t>Aap ko daulat milay, building milay, property milay.</w:t>
      </w:r>
    </w:p>
    <w:p>
      <w:pPr>
        <w:jc w:val="right"/>
      </w:pPr>
      <w:r>
        <w:t>آپ کو دولت ملے، بلڈنگ ملے، پراپرٹی ملے۔</w:t>
      </w:r>
    </w:p>
    <w:p>
      <w:r>
        <w:rPr>
          <w:b/>
        </w:rPr>
        <w:t xml:space="preserve">[24:06] </w:t>
      </w:r>
      <w:r>
        <w:t>To woh ibtila ke liye hota hai. Aazmaish ke liye hota hai. Ke aap us ko pa kar kaise bantay hain. Lekin hota kya hai ke log fakhr mein mubtala ho jatay hain.</w:t>
      </w:r>
    </w:p>
    <w:p>
      <w:pPr>
        <w:jc w:val="right"/>
      </w:pPr>
      <w:r>
        <w:t>تو وہ ابتلا کے لیے ہوتا ہے۔ آزمائش کے لیے ہوتا ہے۔ کہ آپ اس کو پا کر کیسے بنتے ہیں۔ لیکن ہوتا کیا ہے کہ لوگ فخر میں مبتلا ہو جاتے ہیں۔</w:t>
      </w:r>
    </w:p>
    <w:p>
      <w:r>
        <w:rPr>
          <w:b/>
        </w:rPr>
        <w:t xml:space="preserve">[24:19] </w:t>
      </w:r>
      <w:r>
        <w:t>Naaz mein mubtala hotay hain. Us ko apna pride bana letay hain, pride.</w:t>
      </w:r>
    </w:p>
    <w:p>
      <w:pPr>
        <w:jc w:val="right"/>
      </w:pPr>
      <w:r>
        <w:t>ناز میں مبتلا ہوتے ہیں۔ اس کو اپنا pride بنا لیتے ہیں، pride۔</w:t>
      </w:r>
    </w:p>
    <w:p>
      <w:r>
        <w:rPr>
          <w:b/>
        </w:rPr>
        <w:t xml:space="preserve">[24:24] </w:t>
      </w:r>
      <w:r>
        <w:t>Phir us isi Surah mein hai ke jab Allah Ta'ala kisi ko tangi deta hai, tang haali mein mubtala karta hai, to woh bhi ibtila ke liye hota hai.</w:t>
      </w:r>
    </w:p>
    <w:p>
      <w:pPr>
        <w:jc w:val="right"/>
      </w:pPr>
      <w:r>
        <w:t>پھر اس اسی سورہ میں ہے کہ جب اللہ تعالیٰ کسی کو تنگی دیتا ہے، تنگ حالی میں مبتلا کرتا ہے، تو وہ بھی ابتلا کے لیے ہوتا ہے۔</w:t>
      </w:r>
    </w:p>
    <w:p>
      <w:r>
        <w:rPr>
          <w:b/>
        </w:rPr>
        <w:t xml:space="preserve">[24:34] </w:t>
      </w:r>
      <w:r>
        <w:t>Woh bhi ibtila ke liye, aazmaish ke liye hota hai. Lekin yahan bhi aadmi kya karta hai? Ghalat ta'assur leta hai. Kehta hai ke dekho, Khuda ne mujhe</w:t>
      </w:r>
    </w:p>
    <w:p>
      <w:pPr>
        <w:jc w:val="right"/>
      </w:pPr>
      <w:r>
        <w:t>وہ بھی ابتلا کے لیے، آزمائش کے لیے ہوتا ہے۔ لیکن یہاں بھی آدمی کیا کرتا ہے؟ غلط تاثر لیتا ہے۔ کہتا ہے کہ دیکھو، خدا نے مجھے</w:t>
      </w:r>
    </w:p>
    <w:p>
      <w:r>
        <w:rPr>
          <w:b/>
        </w:rPr>
        <w:t xml:space="preserve">[24:42] </w:t>
      </w:r>
      <w:r>
        <w:t>Bad haal kar diya? Kaisa Khuda hai? Kisi ko acha diya, kisi ko bura kar diya. Dekho, falan falan ko, un ko yeh mila hua hai, ab yeh kuch nahi mila.</w:t>
      </w:r>
    </w:p>
    <w:p>
      <w:pPr>
        <w:jc w:val="right"/>
      </w:pPr>
      <w:r>
        <w:t>بدحال کر دیا۔ کیسا خدا ہے؟ کسی کو اچھا دیا، کسی کو برا کر دیا۔ دیکھو، فلاں فلاں کو، ان کو یہ ملا ہوا ہے، اب یہ کچھ نہیں ملا۔</w:t>
      </w:r>
    </w:p>
    <w:p>
      <w:r>
        <w:rPr>
          <w:b/>
        </w:rPr>
        <w:t xml:space="preserve">[24:52] </w:t>
      </w:r>
      <w:r>
        <w:t>to shikayati nafsiyat. Yani ek shakal, ek shakal mein fakhr ki nafsiyat. Doosri shakal mein shikayat ki nafsiyat. Yeh dono hi Khuda ke liye ghair matloob hain.</w:t>
      </w:r>
    </w:p>
    <w:p>
      <w:pPr>
        <w:jc w:val="right"/>
      </w:pPr>
      <w:r>
        <w:t>تو شکایتی نفسیات۔ یعنی ایک شکل، ایک شکل میں فخر کی نفسیات۔ دوسری شکل میں شکایت کی نفسیات۔ یہ دونوں ہی خدا کے لیے غیر مطلوب ہیں۔</w:t>
      </w:r>
    </w:p>
    <w:p>
      <w:r>
        <w:rPr>
          <w:b/>
        </w:rPr>
        <w:t xml:space="preserve">[25:04] </w:t>
      </w:r>
      <w:r>
        <w:t>to is ke baad farmaya ke an-nafs al-mutmainnah jo hai, woh Allah ko matloob hai. An-nafs al-mutmainnah ka matlab hota hai complex free soul.</w:t>
      </w:r>
    </w:p>
    <w:p>
      <w:pPr>
        <w:jc w:val="right"/>
      </w:pPr>
      <w:r>
        <w:t>تو اس کے بعد فرمایا کہ النفس المطمئنہ جو ہے، وہ اللہ کو مطلوب ہے۔ النفس المطمئنہ کا مطلب ہوتا ہے complex free soul۔</w:t>
      </w:r>
    </w:p>
    <w:p>
      <w:r>
        <w:rPr>
          <w:b/>
        </w:rPr>
        <w:t xml:space="preserve">[25:17] </w:t>
      </w:r>
      <w:r>
        <w:t>complex free soul. To inhi ke bare mein kaha hai ke Allah is se raazi hoga. To</w:t>
      </w:r>
    </w:p>
    <w:p>
      <w:pPr>
        <w:jc w:val="right"/>
      </w:pPr>
      <w:r>
        <w:t>complex free soul۔ تو انہی کے بارے میں کہا ہے کہ اللہ اس سے راضی ہوگا۔ تو</w:t>
      </w:r>
    </w:p>
    <w:p>
      <w:r>
        <w:rPr>
          <w:b/>
        </w:rPr>
        <w:t xml:space="preserve">[25:24] </w:t>
      </w:r>
      <w:r>
        <w:t>fi waqe Allah kisi se raazi ho gaya. Fi waqe koi Allah ka matloob ban jab ban gaya, yeh to qayamat mein pata chalega. Lekin aap koshish kar sakte hain is tareeqe se ke apne ko aap complex free soul banayein.</w:t>
      </w:r>
    </w:p>
    <w:p>
      <w:pPr>
        <w:jc w:val="right"/>
      </w:pPr>
      <w:r>
        <w:t>فی الواقع اللہ کسی سے راضی ہو گیا۔ فی الواقع کوئی اللہ کا مطلوب بن جب بن گیا، یہ تو قیامت میں پتہ چلے گا۔ لیکن آپ کوشش کر سکتے ہیں اس طریقے سے کہ اپنے کو آپ complex free soul بنائیں۔</w:t>
      </w:r>
    </w:p>
    <w:p>
      <w:r>
        <w:rPr>
          <w:b/>
        </w:rPr>
        <w:t xml:space="preserve">[25:38] </w:t>
      </w:r>
      <w:r>
        <w:t>apne ko an-nafs al-mutmainnah banayein.</w:t>
      </w:r>
    </w:p>
    <w:p>
      <w:pPr>
        <w:jc w:val="right"/>
      </w:pPr>
      <w:r>
        <w:t>اپنے کو النفس المطمئنہ بنائیں۔</w:t>
      </w:r>
    </w:p>
    <w:p>
      <w:r>
        <w:rPr>
          <w:b/>
        </w:rPr>
        <w:t xml:space="preserve">[25:41] </w:t>
      </w:r>
      <w:r>
        <w:t>har cheez ko is nazar se dekha jis nazar se Khuda is ko dekhta hai.</w:t>
      </w:r>
    </w:p>
    <w:p>
      <w:pPr>
        <w:jc w:val="right"/>
      </w:pPr>
      <w:r>
        <w:t>ہر چیز کو اس نظر سے دیکھا جس نظر سے خدا اس کو دیکھتا ہے۔</w:t>
      </w:r>
    </w:p>
    <w:p>
      <w:r>
        <w:rPr>
          <w:b/>
        </w:rPr>
        <w:t xml:space="preserve">[25:50] </w:t>
      </w:r>
      <w:r>
        <w:t>aah, Mr Michel Lamy ne France se sawal kiya hai. Unhone likha hai: "Maulana, you wrote that spirituality which aims at stopping the thought process is dehumanizing and brings man to the level of animals.</w:t>
      </w:r>
    </w:p>
    <w:p>
      <w:pPr>
        <w:jc w:val="right"/>
      </w:pPr>
      <w:r>
        <w:t>آہ، مسٹر مشیل لیمی نے فرانس سے سوال کیا ہے۔ انہوں نے لکھا ہے: "مولانا، you wrote that spirituality which aims at stopping the thought process is dehumanizing and brings man to the level of animals.</w:t>
      </w:r>
    </w:p>
    <w:p>
      <w:r>
        <w:rPr>
          <w:b/>
        </w:rPr>
        <w:t xml:space="preserve">[26:08] </w:t>
      </w:r>
      <w:r>
        <w:t>How then can one try to gain control over mind? Please explain."</w:t>
      </w:r>
    </w:p>
    <w:p>
      <w:pPr>
        <w:jc w:val="right"/>
      </w:pPr>
      <w:r>
        <w:t>How then can one try to gain control over mind? Please explain."</w:t>
      </w:r>
    </w:p>
    <w:p>
      <w:r>
        <w:rPr>
          <w:b/>
        </w:rPr>
        <w:t xml:space="preserve">[26:14] </w:t>
      </w:r>
      <w:r>
        <w:t>My position is that</w:t>
      </w:r>
    </w:p>
    <w:p>
      <w:pPr>
        <w:jc w:val="right"/>
      </w:pPr>
      <w:r>
        <w:t>My position is that</w:t>
      </w:r>
    </w:p>
    <w:p>
      <w:r>
        <w:rPr>
          <w:b/>
        </w:rPr>
        <w:t xml:space="preserve">[26:19] </w:t>
      </w:r>
      <w:r>
        <w:t>there are two different ways to attain spirituality. One that is heart-based and the second that is mind-based.</w:t>
      </w:r>
    </w:p>
    <w:p>
      <w:pPr>
        <w:jc w:val="right"/>
      </w:pPr>
      <w:r>
        <w:t>there are two different ways to attain spirituality. One that is heart-based and the second that is mind-based.</w:t>
      </w:r>
    </w:p>
    <w:p>
      <w:r>
        <w:rPr>
          <w:b/>
        </w:rPr>
        <w:t xml:space="preserve">[26:33] </w:t>
      </w:r>
      <w:r>
        <w:t>to I said that heart-based spirituality, although there are so many people who believe</w:t>
      </w:r>
    </w:p>
    <w:p>
      <w:pPr>
        <w:jc w:val="right"/>
      </w:pPr>
      <w:r>
        <w:t>تو I said that heart-based spirituality, although there are so many people who believe</w:t>
      </w:r>
    </w:p>
    <w:p>
      <w:r>
        <w:rPr>
          <w:b/>
        </w:rPr>
        <w:t xml:space="preserve">[26:41] </w:t>
      </w:r>
      <w:r>
        <w:t>the variety of this method, but I think that it is not correct. Through mind, through heart, those practices that are, that are heart-based practices, that are nothing.</w:t>
      </w:r>
    </w:p>
    <w:p>
      <w:pPr>
        <w:jc w:val="right"/>
      </w:pPr>
      <w:r>
        <w:t>the variety of this method, but I think that it is not correct. Through mind, through heart, those practices that are, that are heart-based practices, that are nothing.</w:t>
      </w:r>
    </w:p>
    <w:p>
      <w:r>
        <w:rPr>
          <w:b/>
        </w:rPr>
        <w:t xml:space="preserve">[27:02] </w:t>
      </w:r>
      <w:r>
        <w:t>That are physical practices. Through physical practice, you cannot attain spirituality. Heart is a physical part of your body.</w:t>
      </w:r>
    </w:p>
    <w:p>
      <w:pPr>
        <w:jc w:val="right"/>
      </w:pPr>
      <w:r>
        <w:t>That are physical practices. Through physical practice, you cannot attain spirituality. Heart is a physical part of your body.</w:t>
      </w:r>
    </w:p>
    <w:p>
      <w:r>
        <w:rPr>
          <w:b/>
        </w:rPr>
        <w:t xml:space="preserve">[27:16] </w:t>
      </w:r>
      <w:r>
        <w:t>So heart-based spirituality is</w:t>
      </w:r>
    </w:p>
    <w:p>
      <w:pPr>
        <w:jc w:val="right"/>
      </w:pPr>
      <w:r>
        <w:t>So heart-based spirituality is</w:t>
      </w:r>
    </w:p>
    <w:p>
      <w:r>
        <w:rPr>
          <w:b/>
        </w:rPr>
        <w:t xml:space="preserve">[27:19] </w:t>
      </w:r>
      <w:r>
        <w:t>nothing. Heart-based spirituality means try to attain spirituality through physical method</w:t>
      </w:r>
    </w:p>
    <w:p>
      <w:pPr>
        <w:jc w:val="right"/>
      </w:pPr>
      <w:r>
        <w:t>nothing. Heart-based spirituality means try to attain spirituality through physical method</w:t>
      </w:r>
    </w:p>
    <w:p>
      <w:r>
        <w:rPr>
          <w:b/>
        </w:rPr>
        <w:t xml:space="preserve">[27:32] </w:t>
      </w:r>
      <w:r>
        <w:t>. That is impossible. So I believe in mind-based spirituality.</w:t>
      </w:r>
    </w:p>
    <w:p>
      <w:pPr>
        <w:jc w:val="right"/>
      </w:pPr>
      <w:r>
        <w:t>. That is impossible. So I believe in mind-based spirituality.</w:t>
      </w:r>
    </w:p>
    <w:p>
      <w:r>
        <w:rPr>
          <w:b/>
        </w:rPr>
        <w:t xml:space="preserve">[27:41] </w:t>
      </w:r>
      <w:r>
        <w:t>Mind-based spirituality. That is, my spirituality is based on tadabbur, tafakkur, tawaṣṣum</w:t>
      </w:r>
    </w:p>
    <w:p>
      <w:pPr>
        <w:jc w:val="right"/>
      </w:pPr>
      <w:r>
        <w:t>Mind-based spirituality. That is, my spirituality is based on تدبر، تفکر، توسم</w:t>
      </w:r>
    </w:p>
    <w:p>
      <w:r>
        <w:rPr>
          <w:b/>
        </w:rPr>
        <w:t xml:space="preserve">[27:50] </w:t>
      </w:r>
      <w:r>
        <w:t>. That is contemplation. In two words, first is based on meditation. And my spirituality is based on contemplation.</w:t>
      </w:r>
    </w:p>
    <w:p>
      <w:pPr>
        <w:jc w:val="right"/>
      </w:pPr>
      <w:r>
        <w:t>. That is contemplation. In two words, first is based on meditation. And my spirituality is based on contemplation.</w:t>
      </w:r>
    </w:p>
    <w:p>
      <w:r>
        <w:rPr>
          <w:b/>
        </w:rPr>
        <w:t xml:space="preserve">[28:05] </w:t>
      </w:r>
      <w:r>
        <w:t>So contemplation is mind-centered method. And meditation is heart-centered method. So this is my stand in this about this matter.</w:t>
      </w:r>
    </w:p>
    <w:p>
      <w:pPr>
        <w:jc w:val="right"/>
      </w:pPr>
      <w:r>
        <w:t>So contemplation is mind-centered method. And meditation is heart-centered method. So this is my stand in this about this matter.</w:t>
      </w:r>
    </w:p>
    <w:p>
      <w:r>
        <w:rPr>
          <w:b/>
        </w:rPr>
        <w:t xml:space="preserve">[28:21] </w:t>
      </w:r>
      <w:r>
        <w:t>Mr Muhammad Daniel ne Patna se sawal kiya hai: "Shakhsiyat ki taameer ka usool kya hai?" Is ke bare mein batayein.</w:t>
      </w:r>
    </w:p>
    <w:p>
      <w:pPr>
        <w:jc w:val="right"/>
      </w:pPr>
      <w:r>
        <w:t>مسٹر محمد دانیال نے پٹنہ سے سوال کیا ہے: "شخصیت کی تعمیر کا اصول کیا ہے؟" اس کے بارے میں بتائیں۔</w:t>
      </w:r>
    </w:p>
    <w:p>
      <w:r>
        <w:rPr>
          <w:b/>
        </w:rPr>
        <w:t xml:space="preserve">[28:36] </w:t>
      </w:r>
      <w:r>
        <w:t>dekhiye, jahan tak main sochta hoon, shakhsiyat</w:t>
      </w:r>
    </w:p>
    <w:p>
      <w:pPr>
        <w:jc w:val="right"/>
      </w:pPr>
      <w:r>
        <w:t>دیکھیے، جہاں تک میں سوچتا ہوں، شخصیت</w:t>
      </w:r>
    </w:p>
    <w:p>
      <w:r>
        <w:rPr>
          <w:b/>
        </w:rPr>
        <w:t xml:space="preserve">[28:46] </w:t>
      </w:r>
      <w:r>
        <w:t>paidaishi taur par durust shakhsiyat hoti hai. Kyun ke hadith mein aata hai ke kul maulood yulad al-fitrah.</w:t>
      </w:r>
    </w:p>
    <w:p>
      <w:pPr>
        <w:jc w:val="right"/>
      </w:pPr>
      <w:r>
        <w:t>پیدائشی طور پر درست شخصیت ہوتی ہے۔ کیونکہ حدیث میں آتا ہے کہ کل مولودی یولد الفطرہ۔</w:t>
      </w:r>
    </w:p>
    <w:p>
      <w:r>
        <w:rPr>
          <w:b/>
        </w:rPr>
        <w:t xml:space="preserve">[28:57] </w:t>
      </w:r>
      <w:r>
        <w:t>yani har insaan paida hota hai. Yani sahi shakhsiyat par, sahi personality par,</w:t>
      </w:r>
    </w:p>
    <w:p>
      <w:pPr>
        <w:jc w:val="right"/>
      </w:pPr>
      <w:r>
        <w:t>یعنی ہر انسان پیدا ہوتا ہے۔ یعنی صحیح شخصیت پر، صحیح personality پر،</w:t>
      </w:r>
    </w:p>
    <w:p>
      <w:r>
        <w:rPr>
          <w:b/>
        </w:rPr>
        <w:t xml:space="preserve">[29:05] </w:t>
      </w:r>
      <w:r>
        <w:t>sahi fitrat par. Lekin is ke baad mahaul se, ghar ka mahaul, bahar ka mahaul jo is ki conditioning karta rehta hai. To conditioning jo hai, woh shakhsiyat ko bigaadti hai.</w:t>
      </w:r>
    </w:p>
    <w:p>
      <w:pPr>
        <w:jc w:val="right"/>
      </w:pPr>
      <w:r>
        <w:t>صحیح فطرت پر۔ لیکن اس کے بعد ماحول سے، گھر کا ماحول، باہر کا ماحول جو اس کی conditioning کرتا رہتا ہے۔ تو conditioning جو ہے، وہ شخصیت کو بگاڑتی ہے۔</w:t>
      </w:r>
    </w:p>
    <w:p>
      <w:r>
        <w:rPr>
          <w:b/>
        </w:rPr>
        <w:t xml:space="preserve">[29:20] </w:t>
      </w:r>
      <w:r>
        <w:t>ab jo karna hai, woh yeh hai karna</w:t>
      </w:r>
    </w:p>
    <w:p>
      <w:pPr>
        <w:jc w:val="right"/>
      </w:pPr>
      <w:r>
        <w:t>اب جو کرنا ہے، وہ یہ ہے کرنا</w:t>
      </w:r>
    </w:p>
    <w:p>
      <w:r>
        <w:rPr>
          <w:b/>
        </w:rPr>
        <w:t xml:space="preserve">[29:23] </w:t>
      </w:r>
      <w:r>
        <w:t>keh aap apni de-conditioning karen.</w:t>
      </w:r>
    </w:p>
    <w:p>
      <w:pPr>
        <w:jc w:val="right"/>
      </w:pPr>
      <w:r>
        <w:t>کہ آپ اپنی de-conditioning کریں۔</w:t>
      </w:r>
    </w:p>
    <w:p>
      <w:r>
        <w:rPr>
          <w:b/>
        </w:rPr>
        <w:t xml:space="preserve">[29:31] </w:t>
      </w:r>
      <w:r>
        <w:t>lekin conditioning ka waqea to lazman hoga hi hoga. professor watson jo amreeka ka professor tha, us ne yeh baat kahi hai keh conditioning honi hi honi hai har aadmi ki.</w:t>
      </w:r>
    </w:p>
    <w:p>
      <w:pPr>
        <w:jc w:val="right"/>
      </w:pPr>
      <w:r>
        <w:t>لیکن conditioning کا واقعہ تو لازماً ہوگا ہی ہوگا۔ پروفیسر واٹسن جو امریکہ کا پروفیسر تھا، اس نے یہ بات کہی ہے کہ conditioning ہونی ہی ہونی ہے ہر آدمی کی۔</w:t>
      </w:r>
    </w:p>
    <w:p>
      <w:r>
        <w:rPr>
          <w:b/>
        </w:rPr>
        <w:t xml:space="preserve">[29:44] </w:t>
      </w:r>
      <w:r>
        <w:t>har aadmi miss conditioned hai. lekin professor watson ko ek baat nahi jaan saka</w:t>
      </w:r>
    </w:p>
    <w:p>
      <w:pPr>
        <w:jc w:val="right"/>
      </w:pPr>
      <w:r>
        <w:t>ہر آدمی miss conditioned ہے۔ لیکن پروفیسر واٹسن کو ایک بات نہیں جان سکا</w:t>
      </w:r>
    </w:p>
    <w:p>
      <w:r>
        <w:rPr>
          <w:b/>
        </w:rPr>
        <w:t xml:space="preserve">[29:51] </w:t>
      </w:r>
      <w:r>
        <w:t>keh de-conditioning possible hai. us ki daryaft yahi tak rahi keh har aadmi miss conditioned hai. lekin doosra jo part hai is sachai ka, woh yeh hai keh agar aadmi chahe to apni de-conditioning kar sakta hai.</w:t>
      </w:r>
    </w:p>
    <w:p>
      <w:pPr>
        <w:jc w:val="right"/>
      </w:pPr>
      <w:r>
        <w:t>کہ de-conditioning possible ہے۔ اس کی دریافت یہیں تک رہی کہ ہر آدمی miss conditioned ہے۔ لیکن دوسرا جو part ہے اس سچائی کا، وہ یہ ہے کہ اگر آدمی چاہے تو اپنی de-conditioning کر سکتا ہے۔</w:t>
      </w:r>
    </w:p>
    <w:p>
      <w:r>
        <w:rPr>
          <w:b/>
        </w:rPr>
        <w:t xml:space="preserve">[30:09] </w:t>
      </w:r>
      <w:r>
        <w:t>yeh unhein nahi pata tha. to main yeh manta hoon keh conditioning to aap ki aur har aadmi ki hogi hi hogi.</w:t>
      </w:r>
    </w:p>
    <w:p>
      <w:pPr>
        <w:jc w:val="right"/>
      </w:pPr>
      <w:r>
        <w:t>یہ انہیں نہیں پتہ تھا۔ تو میں یہ مانتا ہوں کہ conditioning تو آپ کی اور ہر آدمی کی ہوگی ہی ہوگی۔</w:t>
      </w:r>
    </w:p>
    <w:p>
      <w:r>
        <w:rPr>
          <w:b/>
        </w:rPr>
        <w:t xml:space="preserve">[30:19] </w:t>
      </w:r>
      <w:r>
        <w:t>ise to aap rok nahi sakte. yahan tak mana jata hai keh bachcha pet mein hota hai, tabhi conditioning shuru ho jati hai us ki.</w:t>
      </w:r>
    </w:p>
    <w:p>
      <w:pPr>
        <w:jc w:val="right"/>
      </w:pPr>
      <w:r>
        <w:t>اسے تو آپ روک نہیں سکتے۔ یہاں تک مانا جاتا ہے کہ بچہ پیٹ میں ہوتا ہے، تبھی conditioning شروع ہو جاتی ہے اس کی۔</w:t>
      </w:r>
    </w:p>
    <w:p>
      <w:r>
        <w:rPr>
          <w:b/>
        </w:rPr>
        <w:t xml:space="preserve">[30:27] </w:t>
      </w:r>
      <w:r>
        <w:t>maan ke through. pehle maan ke through, phir family ke through, phir society ke through. phir poora jahan bhi rehta hai, woh jo kuch parhta hai, jo kuch sunta hai, woh sab conditioning ke case ban jate hain us ke liye.</w:t>
      </w:r>
    </w:p>
    <w:p>
      <w:pPr>
        <w:jc w:val="right"/>
      </w:pPr>
      <w:r>
        <w:t>ماں کے through۔ پہلے ماں کے through، پھر family کے through، پھر society کے through۔ پھر پورا جہاں بھی رہتا ہے، وہ جو کچھ پڑھتا ہے، جو کچھ سنتا ہے، وہ سب conditioning کے case بن جاتے ہیں اس کے لیے۔</w:t>
      </w:r>
    </w:p>
    <w:p>
      <w:r>
        <w:rPr>
          <w:b/>
        </w:rPr>
        <w:t xml:space="preserve">[30:42] </w:t>
      </w:r>
      <w:r>
        <w:t>to beharhaal har aadmi miss conditioned hai. har aurat aur har mard.</w:t>
      </w:r>
    </w:p>
    <w:p>
      <w:pPr>
        <w:jc w:val="right"/>
      </w:pPr>
      <w:r>
        <w:t>تو بہرحال ہر آدمی miss conditioned ہے۔ ہر عورت اور ہر مرد۔</w:t>
      </w:r>
    </w:p>
    <w:p>
      <w:r>
        <w:rPr>
          <w:b/>
        </w:rPr>
        <w:t xml:space="preserve">[30:49] </w:t>
      </w:r>
      <w:r>
        <w:t>ab aap agar chahte hain keh aap woh shakhsiyat banen jo Allah ko matloob hai, to aap ko apni de-conditioning karni hogi.</w:t>
      </w:r>
    </w:p>
    <w:p>
      <w:pPr>
        <w:jc w:val="right"/>
      </w:pPr>
      <w:r>
        <w:t>اب آپ اگر چاہتے ہیں کہ آپ وہ شخصیت بنیں جو اللہ کو مطلوب ہے، تو آپ کو اپنی de-conditioning کرنی ہوگی۔</w:t>
      </w:r>
    </w:p>
    <w:p>
      <w:r>
        <w:rPr>
          <w:b/>
        </w:rPr>
        <w:t xml:space="preserve">[30:59] </w:t>
      </w:r>
      <w:r>
        <w:t>is ke liye Allah taala ne jo ek misaal qaim kar di hai, piaz ki. piaz yani onion. piaz aap jante hain keh ek gol cheez hoti hai.</w:t>
      </w:r>
    </w:p>
    <w:p>
      <w:pPr>
        <w:jc w:val="right"/>
      </w:pPr>
      <w:r>
        <w:t>اس کے لیے اللہ تعالیٰ نے جو ایک مثال قائم کر دی ہے، پیاز کی۔ پیاز یعنی onion۔ پیاز آپ جانتے ہیں کہ ایک گول چیز ہوتی ہے۔</w:t>
      </w:r>
    </w:p>
    <w:p>
      <w:r>
        <w:rPr>
          <w:b/>
        </w:rPr>
        <w:t xml:space="preserve">[31:09] </w:t>
      </w:r>
      <w:r>
        <w:t>us ke oopar layer hote hain. layer, layer, layer, layer. aakhir mein ek core hota hai, chhota sa. woh is ka piaz ka core hota hai. har insaan ki ek core personality hai.</w:t>
      </w:r>
    </w:p>
    <w:p>
      <w:pPr>
        <w:jc w:val="right"/>
      </w:pPr>
      <w:r>
        <w:t>اس کے اوپر layer ہوتے ہیں۔ Layer، layer، layer، layer۔ آخر میں ایک core ہوتا ہے، چھوٹا سا۔ وہ اس کا پیاز کا core ہوتا ہے۔ ہر انسان کی ایک core personality ہے۔</w:t>
      </w:r>
    </w:p>
    <w:p>
      <w:r>
        <w:rPr>
          <w:b/>
        </w:rPr>
        <w:t xml:space="preserve">[31:21] </w:t>
      </w:r>
      <w:r>
        <w:t>us ke oopar layers hain conditioning ke. to conditioning ke layer ko hataye, hataye, hataye yahan tak keh aap ki jo core personality hai,</w:t>
      </w:r>
    </w:p>
    <w:p>
      <w:pPr>
        <w:jc w:val="right"/>
      </w:pPr>
      <w:r>
        <w:t>اس کے اوپر layers ہیں conditioning کے۔ تو conditioning کے layer کو ہٹائیے، ہٹائیے، ہٹائیے یہاں تک کہ آپ کی جو core personality ہے،</w:t>
      </w:r>
    </w:p>
    <w:p>
      <w:r>
        <w:rPr>
          <w:b/>
        </w:rPr>
        <w:t xml:space="preserve">[31:30] </w:t>
      </w:r>
      <w:r>
        <w:t>woh saamne aa jaye. yahi hai de-conditioning. is ke liye aap ko yani self-hammering karni parti hai.</w:t>
      </w:r>
    </w:p>
    <w:p>
      <w:pPr>
        <w:jc w:val="right"/>
      </w:pPr>
      <w:r>
        <w:t>وہ سامنے آ جائے۔ یہی ہے de-conditioning۔ اس کے لیے آپ کو یعنی self-hammering کرنی پڑتی ہے۔</w:t>
      </w:r>
    </w:p>
    <w:p>
      <w:r>
        <w:rPr>
          <w:b/>
        </w:rPr>
        <w:t xml:space="preserve">[31:40] </w:t>
      </w:r>
      <w:r>
        <w:t>self-hammering. apne yani apne against mein sochna.</w:t>
      </w:r>
    </w:p>
    <w:p>
      <w:pPr>
        <w:jc w:val="right"/>
      </w:pPr>
      <w:r>
        <w:t>Self-hammering۔ اپنے یعنی اپنے against میں سوچنا۔</w:t>
      </w:r>
    </w:p>
    <w:p>
      <w:r>
        <w:rPr>
          <w:b/>
        </w:rPr>
        <w:t xml:space="preserve">[31:48] </w:t>
      </w:r>
      <w:r>
        <w:t>aap ko apne against mein sochna parta hai. apne khilaf sochna parta hai.</w:t>
      </w:r>
    </w:p>
    <w:p>
      <w:pPr>
        <w:jc w:val="right"/>
      </w:pPr>
      <w:r>
        <w:t>آپ کو اپنے against میں سوچنا پڑتا ہے۔ اپنے خلاف سوچنا پڑتا ہے۔</w:t>
      </w:r>
    </w:p>
    <w:p>
      <w:r>
        <w:rPr>
          <w:b/>
        </w:rPr>
        <w:t xml:space="preserve">[31:56] </w:t>
      </w:r>
      <w:r>
        <w:t>yani jis tarah dushman aap ke baray mein sochta hai, us tarah sochna parta hai. tab ja kar ke aadmi apni de-conditioning kar pata hai. nahi to phir woh phansa rehta hai, phansa rehta hai, phansa rehta hai isi mein.</w:t>
      </w:r>
    </w:p>
    <w:p>
      <w:pPr>
        <w:jc w:val="right"/>
      </w:pPr>
      <w:r>
        <w:t>یعنی جس طرح دشمن آپ کے بارے میں سوچتا ہے، اس طرح سوچنا پڑتا ہے۔ تب جا کر کے آدمی اپنی de-conditioning کر پاتا ہے۔ نہیں تو پھر وہ پھنسا رہتا ہے، پھنسا رہتا ہے، پھنسا رہتا ہے اسی میں۔</w:t>
      </w:r>
    </w:p>
    <w:p>
      <w:r>
        <w:rPr>
          <w:b/>
        </w:rPr>
        <w:t xml:space="preserve">[32:08] </w:t>
      </w:r>
      <w:r>
        <w:t>miss condition woh paida hota hai, miss condition woh mar jata hai.</w:t>
      </w:r>
    </w:p>
    <w:p>
      <w:pPr>
        <w:jc w:val="right"/>
      </w:pPr>
      <w:r>
        <w:t>Miss condition وہ پیدا ہوتا ہے، miss condition وہ مر جاتا ہے۔</w:t>
      </w:r>
    </w:p>
    <w:p>
      <w:r>
        <w:rPr>
          <w:b/>
        </w:rPr>
        <w:t xml:space="preserve">[32:15] </w:t>
      </w:r>
      <w:r>
        <w:t>doctor farida khanum ne dehli se question kiya hai. unhone likha hai: "recently i attended a program on spirituality in which several speeches were made on spirituality.</w:t>
      </w:r>
    </w:p>
    <w:p>
      <w:pPr>
        <w:jc w:val="right"/>
      </w:pPr>
      <w:r>
        <w:t>ڈاکٹر فریدہ خانم نے دہلی سے question کیا ہے۔ انہوں نے لکھا ہے: "Recently I attended a program on spirituality in which several speeches were made on spirituality.</w:t>
      </w:r>
    </w:p>
    <w:p>
      <w:r>
        <w:rPr>
          <w:b/>
        </w:rPr>
        <w:t xml:space="preserve">[32:30] </w:t>
      </w:r>
      <w:r>
        <w:t>but no mention was made of god who is the source of spirituality. what is this kind of spirituality devoid of god?</w:t>
      </w:r>
    </w:p>
    <w:p>
      <w:pPr>
        <w:jc w:val="right"/>
      </w:pPr>
      <w:r>
        <w:t>But no mention was made of God who is the source of spirituality. What is this kind of spirituality devoid of God?</w:t>
      </w:r>
    </w:p>
    <w:p>
      <w:r>
        <w:rPr>
          <w:b/>
        </w:rPr>
        <w:t xml:space="preserve">[32:41] </w:t>
      </w:r>
      <w:r>
        <w:t>please explain."</w:t>
      </w:r>
    </w:p>
    <w:p>
      <w:pPr>
        <w:jc w:val="right"/>
      </w:pPr>
      <w:r>
        <w:t>Please explain."</w:t>
      </w:r>
    </w:p>
    <w:p>
      <w:r>
        <w:rPr>
          <w:b/>
        </w:rPr>
        <w:t xml:space="preserve">[32:43] </w:t>
      </w:r>
      <w:r>
        <w:t>dekhiye, yeh bohat purana nazariya hai jis ko pehle mysticism kaha jata tha. mysticism. ab is ko spirituality kaha jata hai.</w:t>
      </w:r>
    </w:p>
    <w:p>
      <w:pPr>
        <w:jc w:val="right"/>
      </w:pPr>
      <w:r>
        <w:t>دیکھیے، یہ بہت پرانا نظریہ ہے جس کو پہلے mysticism کہا جاتا تھا۔ Mysticism۔ اب اس کو spirituality کہا جاتا ہے۔</w:t>
      </w:r>
    </w:p>
    <w:p>
      <w:r>
        <w:rPr>
          <w:b/>
        </w:rPr>
        <w:t xml:space="preserve">[32:55] </w:t>
      </w:r>
      <w:r>
        <w:t>is nazariye ka jo khulasa hai, woh yeh hai keh sab kuch insaan ke andar hai.</w:t>
      </w:r>
    </w:p>
    <w:p>
      <w:pPr>
        <w:jc w:val="right"/>
      </w:pPr>
      <w:r>
        <w:t>اس نظریے کا جو خلاصہ ہے، وہ یہ ہے کہ سب کچھ انسان کے اندر ہے۔</w:t>
      </w:r>
    </w:p>
    <w:p>
      <w:r>
        <w:rPr>
          <w:b/>
        </w:rPr>
        <w:t xml:space="preserve">[33:02] </w:t>
      </w:r>
      <w:r>
        <w:t>insaan ke andar hi sachai ka reservoir hai. isi ko unfold karna hai. yani un ke nazdeek ka spirituality naam hai khud apne hi andar ke khazane ko unfold karna.</w:t>
      </w:r>
    </w:p>
    <w:p>
      <w:pPr>
        <w:jc w:val="right"/>
      </w:pPr>
      <w:r>
        <w:t>انسان کے اندر ہی سچائی کا reservoir ہے۔ اسی کو unfold کرنا ہے۔ یعنی ان کے نزدیک کا spirituality نام ہے خود اپنے ہی اندر کے خزانے کو unfold کرنا۔</w:t>
      </w:r>
    </w:p>
    <w:p>
      <w:r>
        <w:rPr>
          <w:b/>
        </w:rPr>
        <w:t xml:space="preserve">[33:20] </w:t>
      </w:r>
      <w:r>
        <w:t>is par ek kitab hai rajneesh ki, uska naam hai "kundalini andar base". to bohat si kitabein is par hain. ek kitab ko main aap ko hawala de raha hoon.</w:t>
      </w:r>
    </w:p>
    <w:p>
      <w:pPr>
        <w:jc w:val="right"/>
      </w:pPr>
      <w:r>
        <w:t>اس پر ایک کتاب ہے رجنیش کی، اس کا نام ہے "کنڈلنی اندر بسے"۔ تو بہت سی کتابیں اس پر ہیں۔ ایک کتاب کو میں آپ کو حوالہ دے رہا ہوں۔</w:t>
      </w:r>
    </w:p>
    <w:p>
      <w:r>
        <w:rPr>
          <w:b/>
        </w:rPr>
        <w:t xml:space="preserve">[33:31] </w:t>
      </w:r>
      <w:r>
        <w:t>to is mein unhone is ko explain kiya hai. yeh hindi mein yeh kitab hai.</w:t>
      </w:r>
    </w:p>
    <w:p>
      <w:pPr>
        <w:jc w:val="right"/>
      </w:pPr>
      <w:r>
        <w:t>تو اس میں انہوں نے اس کو explain کیا ہے۔ یہ ہندی میں یہ کتاب ہے۔</w:t>
      </w:r>
    </w:p>
    <w:p>
      <w:r>
        <w:rPr>
          <w:b/>
        </w:rPr>
        <w:t xml:space="preserve">[33:38] </w:t>
      </w:r>
      <w:r>
        <w:t>kundalni kehte hain is ko. Yaani jo ek khaas tarah ka deer hota hai, hiran, jis mein ke ek naafah hota hai.</w:t>
      </w:r>
    </w:p>
    <w:p>
      <w:pPr>
        <w:jc w:val="right"/>
      </w:pPr>
      <w:r>
        <w:t>کنڈلنی کہتے ہیں اس کو۔ یعنی جو ایک خاص طرح کا deer ہوتا ہے، ہرن، جس میں کہ ایک نافہ ہوتا ہے۔</w:t>
      </w:r>
    </w:p>
    <w:p>
      <w:r>
        <w:rPr>
          <w:b/>
        </w:rPr>
        <w:t xml:space="preserve">[33:50] </w:t>
      </w:r>
      <w:r>
        <w:t>Yaani mushk hota hai. Khushbudar ek cheez hoti hai.</w:t>
      </w:r>
    </w:p>
    <w:p>
      <w:pPr>
        <w:jc w:val="right"/>
      </w:pPr>
      <w:r>
        <w:t>یعنی مشک ہوتا ہے۔ خوشبودار ایک چیز ہوتی ہے۔</w:t>
      </w:r>
    </w:p>
    <w:p>
      <w:r>
        <w:rPr>
          <w:b/>
        </w:rPr>
        <w:t xml:space="preserve">[33:56] </w:t>
      </w:r>
      <w:r>
        <w:t>To is ko nikaal kar ke phir operation kar ke nikala jata hai, phir is ki khushbu ko bohat mehnga bikta hai woh.</w:t>
      </w:r>
    </w:p>
    <w:p>
      <w:pPr>
        <w:jc w:val="right"/>
      </w:pPr>
      <w:r>
        <w:t>تو اس کو نکال کر کے پھر آپریشن کر کے نکالا جاتا ہے، پھر اس کی خوشبو کو بہت مہنگا بکتا ہے وہ۔</w:t>
      </w:r>
    </w:p>
    <w:p>
      <w:r>
        <w:rPr>
          <w:b/>
        </w:rPr>
        <w:t xml:space="preserve">[34:05] </w:t>
      </w:r>
      <w:r>
        <w:t>Jis ko mushk kehte hain. Angrezi mein musk kehte hain. To</w:t>
      </w:r>
    </w:p>
    <w:p>
      <w:pPr>
        <w:jc w:val="right"/>
      </w:pPr>
      <w:r>
        <w:t>جس کو مشک کہتے ہیں۔ انگریزی میں مشک کہتے ہیں۔ تو</w:t>
      </w:r>
    </w:p>
    <w:p>
      <w:r>
        <w:rPr>
          <w:b/>
        </w:rPr>
        <w:t xml:space="preserve">[34:12] </w:t>
      </w:r>
      <w:r>
        <w:t>Woh kehte hain is mein ke woh jo naafah jab poora ho jata hai, yaani jab jab mature ho jata hai poori tarah se, to is ki khushbu nikalti hai is mein se.</w:t>
      </w:r>
    </w:p>
    <w:p>
      <w:pPr>
        <w:jc w:val="right"/>
      </w:pPr>
      <w:r>
        <w:t>وہ کہتے ہیں اس میں کہ وہ جو نافہ جب پورا ہو جاتا ہے، یعنی جب جب mature ہو جاتا ہے پوری طریقے سے، تو اس کی خوشبو نکلتی ہے اس میں سے۔</w:t>
      </w:r>
    </w:p>
    <w:p>
      <w:r>
        <w:rPr>
          <w:b/>
        </w:rPr>
        <w:t xml:space="preserve">[34:23] </w:t>
      </w:r>
      <w:r>
        <w:t>Ab woh deer jo hota hai, jo hiran, khaas tarah ka hiran hota hai, woh to is ko jab khushbu milti hai to dorta, is ko khushbu ke liye dorne lagta hai, idhar udhar idhar.</w:t>
      </w:r>
    </w:p>
    <w:p>
      <w:pPr>
        <w:jc w:val="right"/>
      </w:pPr>
      <w:r>
        <w:t>اب وہ deer جو ہوتا ہے، جو ہرن، خاص طرح کا ہرن ہوتا ہے، وہ تو اس کو جب خوشبو ملتی ہے تو دوڑتا، اس کو خوشبو کے لیے دوڑنے لگتا ہے، ادھر ادھر ادھر۔</w:t>
      </w:r>
    </w:p>
    <w:p>
      <w:r>
        <w:rPr>
          <w:b/>
        </w:rPr>
        <w:t xml:space="preserve">[34:33] </w:t>
      </w:r>
      <w:r>
        <w:t>Yaani khushbu ko bahar talash karta hai.</w:t>
      </w:r>
    </w:p>
    <w:p>
      <w:pPr>
        <w:jc w:val="right"/>
      </w:pPr>
      <w:r>
        <w:t>یعنی خوشبو کو باہر تلاش کرتا ہے۔</w:t>
      </w:r>
    </w:p>
    <w:p>
      <w:r>
        <w:rPr>
          <w:b/>
        </w:rPr>
        <w:t xml:space="preserve">[34:36] </w:t>
      </w:r>
      <w:r>
        <w:t>Khushbu ko bahar talash karta hai. Haalankeh khushbu is ke andar hoti hai. To is is misaal ko le kar unhon ne kaha hai: "Kundalni andar base". Yaani spirituality andar hai, bahar nahi hai.</w:t>
      </w:r>
    </w:p>
    <w:p>
      <w:pPr>
        <w:jc w:val="right"/>
      </w:pPr>
      <w:r>
        <w:t>خوشبو کو باہر تلاش کرتا ہے۔ حالانکہ خوشبو اس کے اندر ہوتی ہے۔ تو اس اس مثال کو لے کر انہوں نے کہا ہے: "کنڈلنی اندر بسے"۔ یعنی spirituality اندر ہے، باہر نہیں ہے۔</w:t>
      </w:r>
    </w:p>
    <w:p>
      <w:r>
        <w:rPr>
          <w:b/>
        </w:rPr>
        <w:t xml:space="preserve">[34:47] </w:t>
      </w:r>
      <w:r>
        <w:t>Lekin yeh ek misaal hai, is se kuch sabit nahi hota. Analogy is the weakest form of argument kaha jata hai.</w:t>
      </w:r>
    </w:p>
    <w:p>
      <w:pPr>
        <w:jc w:val="right"/>
      </w:pPr>
      <w:r>
        <w:t>لیکن یہ ایک مثال ہے، اس سے کچھ ثابت نہیں ہوتا۔ Analogy is the weakest form of argument کہا جاتا ہے۔</w:t>
      </w:r>
    </w:p>
    <w:p>
      <w:r>
        <w:rPr>
          <w:b/>
        </w:rPr>
        <w:t xml:space="preserve">[34:55] </w:t>
      </w:r>
      <w:r>
        <w:t>To main is misaal ko nahi manta. Main yeh bhi nahi manta ke andar sab kuch khazana bhara hua hai, is ko unfold karna hai. Nahi.</w:t>
      </w:r>
    </w:p>
    <w:p>
      <w:pPr>
        <w:jc w:val="right"/>
      </w:pPr>
      <w:r>
        <w:t>تو میں اس مثال کو نہیں مانتا۔ میں یہ بھی نہیں مانتا کہ اندر سب کچھ خزانہ بھرا ہوا ہے، اس کو unfold کرنا ہے۔ نہیں۔</w:t>
      </w:r>
    </w:p>
    <w:p>
      <w:r>
        <w:rPr>
          <w:b/>
        </w:rPr>
        <w:t xml:space="preserve">[35:05] </w:t>
      </w:r>
      <w:r>
        <w:t>Yeh dunya mein koi bhi achievement siwaye Khuda ki madad ke nahi ho sakta hai. Insaan Khuda ke baghair jo hai.</w:t>
      </w:r>
    </w:p>
    <w:p>
      <w:pPr>
        <w:jc w:val="right"/>
      </w:pPr>
      <w:r>
        <w:t>یہ دنیا میں کوئی بھی achievement سوائے خدا کی مدد کے نہیں ہو سکتا ہے۔ انسان خدا کے بغیر جو ہے۔</w:t>
      </w:r>
    </w:p>
    <w:p>
      <w:r>
        <w:rPr>
          <w:b/>
        </w:rPr>
        <w:t xml:space="preserve">[35:14] </w:t>
      </w:r>
      <w:r>
        <w:t>Hadees mein aata hai ke tum "الا کلکم ذال الا من ہدیت". Tum mein se har shakhs bhatka hua hai, magar woh jis ko main rasta dikhaun.</w:t>
      </w:r>
    </w:p>
    <w:p>
      <w:pPr>
        <w:jc w:val="right"/>
      </w:pPr>
      <w:r>
        <w:t>حدیث میں آتا ہے کہ تم "الا کلكم ذال الا من ہدیت"۔ تم میں سے ہر شخص بھٹکا ہوا ہے، مگر وہ جس کو میں راستہ دکھاؤں۔</w:t>
      </w:r>
    </w:p>
    <w:p>
      <w:r>
        <w:rPr>
          <w:b/>
        </w:rPr>
        <w:t xml:space="preserve">[35:27] </w:t>
      </w:r>
      <w:r>
        <w:t>To God-based spirituality hi spirituality hai. Baqi to sirf ek philosophy hai.</w:t>
      </w:r>
    </w:p>
    <w:p>
      <w:pPr>
        <w:jc w:val="right"/>
      </w:pPr>
      <w:r>
        <w:t>تو God-based spirituality ہی spirituality ہے۔ باقی تو صرف ایک philosophy ہے۔</w:t>
      </w:r>
    </w:p>
    <w:p>
      <w:r>
        <w:rPr>
          <w:b/>
        </w:rPr>
        <w:t xml:space="preserve">[35:34] </w:t>
      </w:r>
      <w:r>
        <w:t>Is se zyada aur kuch nahi.</w:t>
      </w:r>
    </w:p>
    <w:p>
      <w:pPr>
        <w:jc w:val="right"/>
      </w:pPr>
      <w:r>
        <w:t>اس سے زیادہ اور کچھ نہیں۔</w:t>
      </w:r>
    </w:p>
    <w:p>
      <w:r>
        <w:rPr>
          <w:b/>
        </w:rPr>
        <w:t xml:space="preserve">[35:38] </w:t>
      </w:r>
      <w:r>
        <w:t>Maulana Yaqoob Umri ne Solahpur se sawal kiya hai. Unhon ne likha hai: "America terrorism ko khatam karne mein kahan tak kamyab hai?" Is ke baray mein aap ka kya khayal hai?</w:t>
      </w:r>
    </w:p>
    <w:p>
      <w:pPr>
        <w:jc w:val="right"/>
      </w:pPr>
      <w:r>
        <w:t>مولانا یعقوب عمری نے سولہ پور سے سوال کیا ہے۔ انہوں نے لکھا ہے: "امریکہ terrorism کو ختم کرنے میں کہاں تک کامیاب ہے؟" اس کے بارے میں آپ کا کیا خیال ہے؟</w:t>
      </w:r>
    </w:p>
    <w:p>
      <w:r>
        <w:rPr>
          <w:b/>
        </w:rPr>
        <w:t xml:space="preserve">[35:51] </w:t>
      </w:r>
      <w:r>
        <w:t>To aaj ke to yahi tha mauzu. Main ne is mein yahi kaha hai ke na Osama kamyab hai, na America kamyab hai.</w:t>
      </w:r>
    </w:p>
    <w:p>
      <w:pPr>
        <w:jc w:val="right"/>
      </w:pPr>
      <w:r>
        <w:t>تو آج کے تو یہی تھا موضوع۔ میں نے اس میں یہی کہا ہے کہ نہ اسامہ کامیاب ہے، نہ امریکہ کامیاب ہے۔</w:t>
      </w:r>
    </w:p>
    <w:p>
      <w:r>
        <w:rPr>
          <w:b/>
        </w:rPr>
        <w:t xml:space="preserve">[36:00] </w:t>
      </w:r>
      <w:r>
        <w:t>Dono nakaam hain. Kyun ke military koi option nahi hai.</w:t>
      </w:r>
    </w:p>
    <w:p>
      <w:pPr>
        <w:jc w:val="right"/>
      </w:pPr>
      <w:r>
        <w:t>دونوں ناکام ہیں۔ کیونکہ military کوئی option نہیں ہے۔</w:t>
      </w:r>
    </w:p>
    <w:p>
      <w:r>
        <w:rPr>
          <w:b/>
        </w:rPr>
        <w:t xml:space="preserve">[36:08] </w:t>
      </w:r>
      <w:r>
        <w:t>Dekhiye, yeh jo America jo kar raha hai, woh is liye nahi kar raha hai ke woh khatam kar sakta hai. Woh out of revenge kar raha hai. Jab nine eleven ka waqia hua tha to us waqt ka jo president tha, us ne kaha tha ke hum is ka inteqaam len ge.</w:t>
      </w:r>
    </w:p>
    <w:p>
      <w:pPr>
        <w:jc w:val="right"/>
      </w:pPr>
      <w:r>
        <w:t>دیکھیے، یہ جو امریکہ جو کر رہا ہے، وہ اس لیے نہیں کر رہا ہے کہ وہ ختم کر سکتا ہے۔ وہ out of revenge کر رہا ہے۔ جب nine eleven کا واقعہ ہوا تھا تو اس وقت کا جو president تھا، اس نے کہا تھا کہ ہم اس کا انتقام لیں گے۔</w:t>
      </w:r>
    </w:p>
    <w:p>
      <w:r>
        <w:rPr>
          <w:b/>
        </w:rPr>
        <w:t xml:space="preserve">[36:25] </w:t>
      </w:r>
      <w:r>
        <w:t>Hum is ka inteqaam len ge. To aam jagah dekhiye aap, gharon mein, apne mohallay mein dekhiye aap, jab koi waqia aisa hota hai to inteqaam ki aag bhark uthti hai.</w:t>
      </w:r>
    </w:p>
    <w:p>
      <w:pPr>
        <w:jc w:val="right"/>
      </w:pPr>
      <w:r>
        <w:t>ہم اس کا انتقام لیں گے۔ تو عام جگہ دیکھیے آپ، گھروں میں، اپنے محلے میں دیکھیے آپ، جب کوئی واقعہ ایسا ہوتا ہے تو انتقام کی آگ بھڑک اٹھتی ہے۔</w:t>
      </w:r>
    </w:p>
    <w:p>
      <w:r>
        <w:rPr>
          <w:b/>
        </w:rPr>
        <w:t xml:space="preserve">[36:35] </w:t>
      </w:r>
      <w:r>
        <w:t>Revenge ki aag. To yeh sab revenge ka mamla hai. Woh bhi revenge le rahe hain, woh bhi revenge le rahe hain.</w:t>
      </w:r>
    </w:p>
    <w:p>
      <w:pPr>
        <w:jc w:val="right"/>
      </w:pPr>
      <w:r>
        <w:t>Revenge کی آگ۔ تو یہ سب revenge کا معاملہ ہے۔ وہ بھی revenge لے رہے ہیں، وہ بھی revenge لے رہے ہیں۔</w:t>
      </w:r>
    </w:p>
    <w:p>
      <w:r>
        <w:rPr>
          <w:b/>
        </w:rPr>
        <w:t xml:space="preserve">[36:44] </w:t>
      </w:r>
      <w:r>
        <w:t>To koi result ko dekh nahi raha hai. Haalankeh result ko dekha hai to laga hai ke yeh to aap ek futa le ke size kar rahe hain.</w:t>
      </w:r>
    </w:p>
    <w:p>
      <w:pPr>
        <w:jc w:val="right"/>
      </w:pPr>
      <w:r>
        <w:t>تو کوئی result کو دیکھ نہیں رہا ہے۔ حالانکہ result کو دیکھا ہے تو لگا ہے کہ یہ تو آپ ایک فٹہ لے کے سائز کر رہے ہیں۔</w:t>
      </w:r>
    </w:p>
    <w:p>
      <w:r>
        <w:rPr>
          <w:b/>
        </w:rPr>
        <w:t xml:space="preserve">[36:55] </w:t>
      </w:r>
      <w:r>
        <w:t>Kyun ke hamari sari jo koshishen hain, woh counter productive ban rahi hain.</w:t>
      </w:r>
    </w:p>
    <w:p>
      <w:pPr>
        <w:jc w:val="right"/>
      </w:pPr>
      <w:r>
        <w:t>کیونکہ ہماری ساری جو کوششیں ہیں، وہ counter productive بن رہی ہیں۔</w:t>
      </w:r>
    </w:p>
    <w:p>
      <w:r>
        <w:rPr>
          <w:b/>
        </w:rPr>
        <w:t xml:space="preserve">[37:01] </w:t>
      </w:r>
      <w:r>
        <w:t>Woh result ko dekh nahi rahe. To na America dekh raha hai, na Al-Qaeda dekh raha hai. Dono is mein mere barabar ke shareek hain.</w:t>
      </w:r>
    </w:p>
    <w:p>
      <w:pPr>
        <w:jc w:val="right"/>
      </w:pPr>
      <w:r>
        <w:t>وہ result کو دیکھ نہیں رہے۔ تو نہ امریکہ دیکھ رہا ہے، نہ القاعدہ دیکھ رہا ہے۔ دونوں اس میں میرے برابر کے شریک ہیں۔</w:t>
      </w:r>
    </w:p>
    <w:p>
      <w:r>
        <w:rPr>
          <w:b/>
        </w:rPr>
        <w:t xml:space="preserve">[37:13] </w:t>
      </w:r>
      <w:r>
        <w:t>Maulana Abdul Basit Umri ne Doha Qatar se poocha hai ke tadreej ki, Islam mein tadreej ki kya ahmiyat hai?</w:t>
      </w:r>
    </w:p>
    <w:p>
      <w:pPr>
        <w:jc w:val="right"/>
      </w:pPr>
      <w:r>
        <w:t>مولانا عبدالباسط عمری نے دوحہ قطر سے پوچھا ہے کہ تدریج کی، اسلام میں تدریج کی کیا اہمیت ہے؟</w:t>
      </w:r>
    </w:p>
    <w:p>
      <w:r>
        <w:rPr>
          <w:b/>
        </w:rPr>
        <w:t xml:space="preserve">[37:25] </w:t>
      </w:r>
      <w:r>
        <w:t>Tadreej ka matlab hota hai gradual process. Islam mein dekhiye, gradual change mana jata hai.</w:t>
      </w:r>
    </w:p>
    <w:p>
      <w:pPr>
        <w:jc w:val="right"/>
      </w:pPr>
      <w:r>
        <w:t>تدریج کا مطلب ہوتا ہے gradual process۔ اسلام میں دیکھیے، gradual change مانا جاتا ہے۔</w:t>
      </w:r>
    </w:p>
    <w:p>
      <w:r>
        <w:rPr>
          <w:b/>
        </w:rPr>
        <w:t xml:space="preserve">[37:34] </w:t>
      </w:r>
      <w:r>
        <w:t>Radical change nahin.</w:t>
      </w:r>
    </w:p>
    <w:p>
      <w:pPr>
        <w:jc w:val="right"/>
      </w:pPr>
      <w:r>
        <w:t>Radical change نہیں۔</w:t>
      </w:r>
    </w:p>
    <w:p>
      <w:r>
        <w:rPr>
          <w:b/>
        </w:rPr>
        <w:t xml:space="preserve">[37:38] </w:t>
      </w:r>
      <w:r>
        <w:t>Yaani gradual tor par, dheere dheere badlao lana. Yeh hai Islam mein. Radical change Islam mein nahin hai. Kyunke woh nature ke khilaaf hai, fitrat ke khilaaf hai.</w:t>
      </w:r>
    </w:p>
    <w:p>
      <w:pPr>
        <w:jc w:val="right"/>
      </w:pPr>
      <w:r>
        <w:t>یعنی gradual طور پر، دھیرے دھیرے بدلاؤ لانا۔ یہ ہے اسلام میں۔ Radical change اسلام میں نہیں ہے۔ کیونکہ وہ nature کے خلاف ہے، فطرت کے خلاف ہے۔</w:t>
      </w:r>
    </w:p>
    <w:p>
      <w:r>
        <w:rPr>
          <w:b/>
        </w:rPr>
        <w:t xml:space="preserve">[37:50] </w:t>
      </w:r>
      <w:r>
        <w:t>Islam ke Rasool Allah Sal Allah o Alaihi Wasallam ki jo poori life aap parhein to jo aap tabdeeli laye samaaj mein, main woh sab gradual tareeqe par laye.</w:t>
      </w:r>
    </w:p>
    <w:p>
      <w:pPr>
        <w:jc w:val="right"/>
      </w:pPr>
      <w:r>
        <w:t>اسلام کے رسول اللہ صلی اللہ علیہ وسلم کی جو پوری life آپ پڑھیں تو جو آپ تبدیلی لائے سماج میں، میں وہ سب gradual طریقے پر لائے۔</w:t>
      </w:r>
    </w:p>
    <w:p>
      <w:r>
        <w:rPr>
          <w:b/>
        </w:rPr>
        <w:t xml:space="preserve">[37:59] </w:t>
      </w:r>
      <w:r>
        <w:t>Radical tareeqe par nahin.</w:t>
      </w:r>
    </w:p>
    <w:p>
      <w:pPr>
        <w:jc w:val="right"/>
      </w:pPr>
      <w:r>
        <w:t>Radical طریقے پر نہیں۔</w:t>
      </w:r>
    </w:p>
    <w:p>
      <w:r>
        <w:rPr>
          <w:b/>
        </w:rPr>
        <w:t xml:space="preserve">[38:01] </w:t>
      </w:r>
      <w:r>
        <w:t>Kyunke radical tareeqe par koi tabdeeli kabhi aa nahin sakti hai. Yeh to ek radical change ek lafz hai. Iska koi matlab nahin hai.</w:t>
      </w:r>
    </w:p>
    <w:p>
      <w:pPr>
        <w:jc w:val="right"/>
      </w:pPr>
      <w:r>
        <w:t>کیونکہ radical طریقے پر کوئی تبدیلی کبھی آ نہیں سکتی ہے۔ یہ تو ایک radical change ایک لفظ ہے۔ اس کا کوئی مطلب نہیں ہے۔</w:t>
      </w:r>
    </w:p>
    <w:p>
      <w:r>
        <w:rPr>
          <w:b/>
        </w:rPr>
        <w:t xml:space="preserve">[38:11] </w:t>
      </w:r>
      <w:r>
        <w:t>To gradual change hi possible hai, wahi Islam ka tareeqa hai.</w:t>
      </w:r>
    </w:p>
    <w:p>
      <w:pPr>
        <w:jc w:val="right"/>
      </w:pPr>
      <w:r>
        <w:t>تو gradual change ہی possible ہے، وہی اسلام کا طریقہ ہے۔</w:t>
      </w:r>
    </w:p>
    <w:p>
      <w:r>
        <w:rPr>
          <w:b/>
        </w:rPr>
        <w:t xml:space="preserve">[38:19] </w:t>
      </w:r>
      <w:r>
        <w:t>Jaise misaal ke tor par dekhiye aap, Makka mein sharab haram nahin ki gayi. Haalanke Khudai shariyat mein sharab haram hua karti hai.</w:t>
      </w:r>
    </w:p>
    <w:p>
      <w:pPr>
        <w:jc w:val="right"/>
      </w:pPr>
      <w:r>
        <w:t>جیسے مثال کے طور پر دیکھیے آپ، مکہ میں شراب حرام نہیں کی گئی۔ حالانکہ خدائی شریعت میں شراب حرام ہوا کرتی ہے۔</w:t>
      </w:r>
    </w:p>
    <w:p>
      <w:r>
        <w:rPr>
          <w:b/>
        </w:rPr>
        <w:t xml:space="preserve">[38:29] </w:t>
      </w:r>
      <w:r>
        <w:t>Makka mein haram nahin ki gayi. Dheere dheere ahkaam utarte rahe sharab ke bare mein.</w:t>
      </w:r>
    </w:p>
    <w:p>
      <w:pPr>
        <w:jc w:val="right"/>
      </w:pPr>
      <w:r>
        <w:t>مکہ میں حرام نہیں کی گئی۔ دھیرے دھیرے احکام اترتے رہے شراب کے بارے میں۔</w:t>
      </w:r>
    </w:p>
    <w:p>
      <w:r>
        <w:rPr>
          <w:b/>
        </w:rPr>
        <w:t xml:space="preserve">[38:37] </w:t>
      </w:r>
      <w:r>
        <w:t>Kayi stage par sharab ko haram kiya gaya hai. Yeh maine likha hai, woh aayaton ko maine naqal kiya hai ke pehle yeh kaha gaya, phir yeh kaha gaya, phir yeh kaha gaya.</w:t>
      </w:r>
    </w:p>
    <w:p>
      <w:pPr>
        <w:jc w:val="right"/>
      </w:pPr>
      <w:r>
        <w:t>کئی stage پر شراب کو حرام کیا گیا ہے۔ یہ میں نے لکھا ہے، وہ آیتوں کو میں نے نقل کیا ہے کہ پہلے یہ کہا گیا، پھر یہ کہا گیا، پھر یہ کہا گیا۔</w:t>
      </w:r>
    </w:p>
    <w:p>
      <w:r>
        <w:rPr>
          <w:b/>
        </w:rPr>
        <w:t xml:space="preserve">[38:46] </w:t>
      </w:r>
      <w:r>
        <w:t>To Madine mein jab log tayyar ho gaye, yaani jab to us waqt jaa kar ke ailaan kiya gaya ke sharab haram hai.</w:t>
      </w:r>
    </w:p>
    <w:p>
      <w:pPr>
        <w:jc w:val="right"/>
      </w:pPr>
      <w:r>
        <w:t>تو مدینے میں جب لوگ تیار ہو گئے، یعنی جب تو اس وقت جا کر کے اعلان کیا گیا کہ شراب حرام ہے۔</w:t>
      </w:r>
    </w:p>
    <w:p>
      <w:r>
        <w:rPr>
          <w:b/>
        </w:rPr>
        <w:t xml:space="preserve">[38:58] </w:t>
      </w:r>
      <w:r>
        <w:t>To har har tabdeeli mein yahi kiya gaya, gradual change ka tareeqa ikhtiyar kiya gaya. Radical change ka tareeqa Islam mein bilkul nahin hai.</w:t>
      </w:r>
    </w:p>
    <w:p>
      <w:pPr>
        <w:jc w:val="right"/>
      </w:pPr>
      <w:r>
        <w:t>تو ہر ہر تبدیلی میں یہی کیا گیا، gradual change کا طریقہ اختیار کیا گیا۔ Radical change کا طریقہ اسلام میں بالکل نہیں ہے۔</w:t>
      </w:r>
    </w:p>
    <w:p>
      <w:r>
        <w:rPr>
          <w:b/>
        </w:rPr>
        <w:t xml:space="preserve">[39:12] </w:t>
      </w:r>
      <w:r>
        <w:t>Mr. Mustafa Omri ne Delhi se poocha hai: "Maulana sahib, scrutiny ka matlab kya hai? Aur distraction ka kya matlab hai?" Iske bare mein bataein.</w:t>
      </w:r>
    </w:p>
    <w:p>
      <w:pPr>
        <w:jc w:val="right"/>
      </w:pPr>
      <w:r>
        <w:t>مسٹر مصطفیٰ عمری نے دہلی سے پوچھا ہے: "مولانا صاحب، scrutiny کا مطلب کیا ہے؟ اور distraction کا کیا مطلب ہے؟" اس کے بارے میں بتائیں۔</w:t>
      </w:r>
    </w:p>
    <w:p>
      <w:r>
        <w:rPr>
          <w:b/>
        </w:rPr>
        <w:t xml:space="preserve">[39:29] </w:t>
      </w:r>
      <w:r>
        <w:t>Dekhiye, maine jo lafz istemaal kiya hai, shayad agar isko le kar pooch rahe hain aap, to main yeh kahunga ke jab koi shakhs aap ko ek khabar de to uski scrutiny kijiye.</w:t>
      </w:r>
    </w:p>
    <w:p>
      <w:pPr>
        <w:jc w:val="right"/>
      </w:pPr>
      <w:r>
        <w:t>دیکھیے، میں نے جو لفظ استعمال کیا ہے، شاید اگر اس کو لے کر پوچھ رہے ہیں آپ، تو میں یہ کہوں گا کہ جب کوئی شخص آپ کو ایک خبر دے تو اس کی scrutiny کیجیے۔</w:t>
      </w:r>
    </w:p>
    <w:p>
      <w:r>
        <w:rPr>
          <w:b/>
        </w:rPr>
        <w:t xml:space="preserve">[39:43] </w:t>
      </w:r>
      <w:r>
        <w:t>Scrutiny matlab chhaan been kijiye.</w:t>
      </w:r>
    </w:p>
    <w:p>
      <w:pPr>
        <w:jc w:val="right"/>
      </w:pPr>
      <w:r>
        <w:t>Scrutiny مطلب چھان بین کیجیے۔</w:t>
      </w:r>
    </w:p>
    <w:p>
      <w:r>
        <w:rPr>
          <w:b/>
        </w:rPr>
        <w:t xml:space="preserve">[39:47] </w:t>
      </w:r>
      <w:r>
        <w:t>Chhaan been kijiye. Jaise aap poochhein ke bhai yeh baatein tum keh rahe ho, tumne kahan dekhi? Kahan suni?</w:t>
      </w:r>
    </w:p>
    <w:p>
      <w:pPr>
        <w:jc w:val="right"/>
      </w:pPr>
      <w:r>
        <w:t>چھان بین کیجیے۔ جیسے آپ پوچھیں کہ بھئی یہ باتیں تم کہہ رہے ہو، تم نے کہاں دیکھی؟ کہاں سنی؟</w:t>
      </w:r>
    </w:p>
    <w:p>
      <w:r>
        <w:rPr>
          <w:b/>
        </w:rPr>
        <w:t xml:space="preserve">[39:57] </w:t>
      </w:r>
      <w:r>
        <w:t>To woh kahe ge woh falan kitaab mein hai. Kaha tumne woh kitaab padhi hai? Agar woh kahega haan to kahe ge woh satar banao, woh kis page par hai woh?</w:t>
      </w:r>
    </w:p>
    <w:p>
      <w:pPr>
        <w:jc w:val="right"/>
      </w:pPr>
      <w:r>
        <w:t>تو وہ کہے گے وہ فلاں کتاب میں ہے۔ کہا تم نے وہ کتاب پڑھی ہے؟ اگر وہ کہے گا ہاں تو کہے گے وہ سطر بناؤ، وہ اس سطر کس page پر ہے وہ؟</w:t>
      </w:r>
    </w:p>
    <w:p>
      <w:r>
        <w:rPr>
          <w:b/>
        </w:rPr>
        <w:t xml:space="preserve">[40:06] </w:t>
      </w:r>
      <w:r>
        <w:t>Phir kitaab lao dikhao. Phir kitaab le kar dekhein aap kya us page par woh baat likhi hui hai.</w:t>
      </w:r>
    </w:p>
    <w:p>
      <w:pPr>
        <w:jc w:val="right"/>
      </w:pPr>
      <w:r>
        <w:t>پھر کتاب لاؤ دکھاؤ۔ پھر کتاب لے کر دیکھیں آپ کیا اس page پر وہ بات لکھی ہوئی ہے۔</w:t>
      </w:r>
    </w:p>
    <w:p>
      <w:r>
        <w:rPr>
          <w:b/>
        </w:rPr>
        <w:t xml:space="preserve">[40:12] </w:t>
      </w:r>
      <w:r>
        <w:t>Yeh hai scrutiny, yaani chhaan been.</w:t>
      </w:r>
    </w:p>
    <w:p>
      <w:pPr>
        <w:jc w:val="right"/>
      </w:pPr>
      <w:r>
        <w:t>یہ ہے scrutiny، یعنی چھان بین۔</w:t>
      </w:r>
    </w:p>
    <w:p>
      <w:r>
        <w:rPr>
          <w:b/>
        </w:rPr>
        <w:t xml:space="preserve">[40:17] </w:t>
      </w:r>
      <w:r>
        <w:t>Scrutiny ke liye Quran Majeed mein lafz aaya hai, woh woh woh doosra lafz hai lekin is yeh hukum is Quran mein maujood hai.</w:t>
      </w:r>
    </w:p>
    <w:p>
      <w:pPr>
        <w:jc w:val="right"/>
      </w:pPr>
      <w:r>
        <w:t>Scrutiny کے لیے قرآن مجید میں لفظ آیا ہے، وہ وہ وہ دوسرا لفظ ہے لیکن اس یہ حکم اس قرآن میں موجود ہے۔</w:t>
      </w:r>
    </w:p>
    <w:p>
      <w:r>
        <w:rPr>
          <w:b/>
        </w:rPr>
        <w:t xml:space="preserve">[40:28] </w:t>
      </w:r>
      <w:r>
        <w:t>Tabayyun ka matlab yahi hai ke scrutiny karo iski.</w:t>
      </w:r>
    </w:p>
    <w:p>
      <w:pPr>
        <w:jc w:val="right"/>
      </w:pPr>
      <w:r>
        <w:t>تبین کا مطلب یہی ہے کہ scrutiny کرو اس کی۔</w:t>
      </w:r>
    </w:p>
    <w:p>
      <w:r>
        <w:rPr>
          <w:b/>
        </w:rPr>
        <w:t xml:space="preserve">[40:37] </w:t>
      </w:r>
      <w:r>
        <w:t>Yahan faasiq jo hai iska matlab yeh nahin ke faasiq de khabar to karo nahin to na karo. Nahin. Mufassireen ne isko wazeh kiya hai ke koi bhi khabar ho, usko chhaan been karna chahiye iski.</w:t>
      </w:r>
    </w:p>
    <w:p>
      <w:pPr>
        <w:jc w:val="right"/>
      </w:pPr>
      <w:r>
        <w:t>یہاں فاسق جو ہے اس کا مطلب یہ نہیں کہ فاسق دے خبر تو کرو نہیں تو نہ کرو۔ نہیں۔ مفسرین نے اس کو واضح کیا ہے کہ کوئی بھی خبر ہو، اس کو چھان بین کرنا چاہیے اس کی۔</w:t>
      </w:r>
    </w:p>
    <w:p>
      <w:r>
        <w:rPr>
          <w:b/>
        </w:rPr>
        <w:t xml:space="preserve">[40:52] </w:t>
      </w:r>
      <w:r>
        <w:t>Kyunke aksar log jo hai</w:t>
      </w:r>
    </w:p>
    <w:p>
      <w:pPr>
        <w:jc w:val="right"/>
      </w:pPr>
      <w:r>
        <w:t>کیونکہ اکثر لوگ جو ہے</w:t>
      </w:r>
    </w:p>
    <w:p>
      <w:r>
        <w:rPr>
          <w:b/>
        </w:rPr>
        <w:t xml:space="preserve">[40:54] </w:t>
      </w:r>
      <w:r>
        <w:t>Baat ko is tarah naqal karte hain ke baghair khud bhi samajhte nahin, doosre ko bhi bata nahin paate. To scrutiny jo main kehta hoon, woh khud Quran mein iska hukum maujood hai is aayat mein.</w:t>
      </w:r>
    </w:p>
    <w:p>
      <w:pPr>
        <w:jc w:val="right"/>
      </w:pPr>
      <w:r>
        <w:t>بات کو اس طرح نقل کرتے ہیں کہ بغیر خود بھی سمجھتے نہیں، دوسرے کو بھی بتا نہیں پاتے۔ تو scrutiny جو میں کہتا ہوں، وہ خود قرآن میں اس کا حکم موجود ہے اس آیت میں۔</w:t>
      </w:r>
    </w:p>
    <w:p>
      <w:r>
        <w:rPr>
          <w:b/>
        </w:rPr>
        <w:t xml:space="preserve">[41:09] </w:t>
      </w:r>
      <w:r>
        <w:t>Aur main zaati taur par samajhta hoon ke baghair scrutiny kiye hue kisi baat ko maan lena yeh bilashubah bahut bada jurm hai, jurm.</w:t>
      </w:r>
    </w:p>
    <w:p>
      <w:pPr>
        <w:jc w:val="right"/>
      </w:pPr>
      <w:r>
        <w:t>اور میں ذاتی طور پر سمجھتا ہوں کہ بغیر scrutiny کیے ہوئے کسی بات کو مان لینا یہ بلاشبہ بہت بڑا جرم ہے، جرم۔</w:t>
      </w:r>
    </w:p>
    <w:p>
      <w:r>
        <w:rPr>
          <w:b/>
        </w:rPr>
        <w:t xml:space="preserve">[41:19] </w:t>
      </w:r>
      <w:r>
        <w:t>Yaani akhlaqi jurm. Aap ke liye do hi option hain: ya to is baat ko sun kar maanein nahin, ya maanna hai to tehqeeq karein.</w:t>
      </w:r>
    </w:p>
    <w:p>
      <w:pPr>
        <w:jc w:val="right"/>
      </w:pPr>
      <w:r>
        <w:t>یعنی اخلاقی جرم۔ آپ کے لیے دو ہی option ہیں: یا تو اس بات کو سن کر مانیں نہیں، یا ماننا ہے تو تحقیق کریں۔</w:t>
      </w:r>
    </w:p>
    <w:p>
      <w:r>
        <w:rPr>
          <w:b/>
        </w:rPr>
        <w:t xml:space="preserve">[41:31] </w:t>
      </w:r>
      <w:r>
        <w:t>tahqeeq ke baghair maan lein aap to aap ka right nahi hai maanne ka. aur khuda ke pakar jayenge aap. doosri baat kya hai?</w:t>
      </w:r>
    </w:p>
    <w:p>
      <w:pPr>
        <w:jc w:val="right"/>
      </w:pPr>
      <w:r>
        <w:t>تحقیق کیے بغیر مان لیں آپ تو آپ کاright نہیں ہے ماننے کا۔ اور خدا کے پکڑ جائیں گے آپ۔ دوسری بات کیا ہے؟</w:t>
      </w:r>
    </w:p>
    <w:p>
      <w:r>
        <w:rPr>
          <w:b/>
        </w:rPr>
        <w:t xml:space="preserve">[41:40] </w:t>
      </w:r>
      <w:r>
        <w:t>Scrutiny aur distraction. Distraction to hamari zindagi mein har waqt hota rehta hai. Yaani distract maani hote hain, yaani inhiraaf karna.</w:t>
      </w:r>
    </w:p>
    <w:p>
      <w:pPr>
        <w:jc w:val="right"/>
      </w:pPr>
      <w:r>
        <w:t>Scrutiny اور distraction۔ Distraction تو ہماری زندگی میں ہر وقت ہوتا رہتا ہے۔ یعنی distract معنی ہوتے ہیں، یعنی انحراف کرنا۔</w:t>
      </w:r>
    </w:p>
    <w:p>
      <w:r>
        <w:rPr>
          <w:b/>
        </w:rPr>
        <w:t xml:space="preserve">[41:54] </w:t>
      </w:r>
      <w:r>
        <w:t>idhar se udhar inhiraaf kar jaana.</w:t>
      </w:r>
    </w:p>
    <w:p>
      <w:pPr>
        <w:jc w:val="right"/>
      </w:pPr>
      <w:r>
        <w:t>ادھر سے ادھر انحراف کر جانا۔</w:t>
      </w:r>
    </w:p>
    <w:p>
      <w:r>
        <w:rPr>
          <w:b/>
        </w:rPr>
        <w:t xml:space="preserve">[41:57] </w:t>
      </w:r>
      <w:r>
        <w:t>to</w:t>
      </w:r>
    </w:p>
    <w:p>
      <w:pPr>
        <w:jc w:val="right"/>
      </w:pPr>
      <w:r>
        <w:t>تو</w:t>
      </w:r>
    </w:p>
    <w:p>
      <w:r>
        <w:rPr>
          <w:b/>
        </w:rPr>
        <w:t xml:space="preserve">[42:00] </w:t>
      </w:r>
      <w:r>
        <w:t>har har subah, yaani subah shaam aap ko mukhtalif qism ke distraction pesh aate hain. is distraction ki wajah se aap kabhi ghusse mein pad jaate hain, kabhi inteqaam lene ka dimaagh aa jaata hai, khayal.</w:t>
      </w:r>
    </w:p>
    <w:p>
      <w:pPr>
        <w:jc w:val="right"/>
      </w:pPr>
      <w:r>
        <w:t>ہر ہر صبح، یعنی صبح شام آپ کو مختلف قسم کے distraction پیش آتے ہیں۔ اس distraction کی وجہ سے آپ کبھی غصے میں پڑ جاتے ہیں، کبھی انتقام لینے کا دماغ آ جاتا ہے، خیال۔</w:t>
      </w:r>
    </w:p>
    <w:p>
      <w:r>
        <w:rPr>
          <w:b/>
        </w:rPr>
        <w:t xml:space="preserve">[42:16] </w:t>
      </w:r>
      <w:r>
        <w:t>kabhi ladne lagte hain.</w:t>
      </w:r>
    </w:p>
    <w:p>
      <w:pPr>
        <w:jc w:val="right"/>
      </w:pPr>
      <w:r>
        <w:t>کبھی لڑنے لگتے ہیں۔</w:t>
      </w:r>
    </w:p>
    <w:p>
      <w:r>
        <w:rPr>
          <w:b/>
        </w:rPr>
        <w:t xml:space="preserve">[42:19] </w:t>
      </w:r>
      <w:r>
        <w:t>to mislan aap soch rahe hain, ek misbat andaaz mein soch rahe hain, soch rahe hain. lekin ek shakhs ne aap ko bura keh diya to aap lage us se ladne.</w:t>
      </w:r>
    </w:p>
    <w:p>
      <w:pPr>
        <w:jc w:val="right"/>
      </w:pPr>
      <w:r>
        <w:t>تو مثلاً آپ سوچ رہے ہیں، ایک مثبت انداز میں سوچ رہے ہیں، سوچ رہے ہیں۔ لیکن ایک شخص نے آپ کو برا کہہ دیا تو آپ لگے اس سے لڑنے۔</w:t>
      </w:r>
    </w:p>
    <w:p>
      <w:r>
        <w:rPr>
          <w:b/>
        </w:rPr>
        <w:t xml:space="preserve">[42:28] </w:t>
      </w:r>
      <w:r>
        <w:t>wohi distraction hai wo. to aap ke soch ki line mein</w:t>
      </w:r>
    </w:p>
    <w:p>
      <w:pPr>
        <w:jc w:val="right"/>
      </w:pPr>
      <w:r>
        <w:t>وہی distraction ہے وہ۔ تو آپ کے سوچ کی لائن میں</w:t>
      </w:r>
    </w:p>
    <w:p>
      <w:r>
        <w:rPr>
          <w:b/>
        </w:rPr>
        <w:t xml:space="preserve">[42:36] </w:t>
      </w:r>
      <w:r>
        <w:t>jo aadmi bhatkaao le aaye, yaani misbat soch se aap ko manfi soch ki taraf daale, wahi distraction hai. to aadmi ko distraction se bahut zyada bachna hai.</w:t>
      </w:r>
    </w:p>
    <w:p>
      <w:pPr>
        <w:jc w:val="right"/>
      </w:pPr>
      <w:r>
        <w:t>جو آدمی بھٹکاؤ لے آئے، یعنی مثبت سوچ سے آپ کو منفی سوچ کی طرف ڈالے، وہی distraction ہے۔ تو آدمی کو distraction سے بہت زیادہ بچنا ہے۔</w:t>
      </w:r>
    </w:p>
    <w:p>
      <w:r>
        <w:rPr>
          <w:b/>
        </w:rPr>
        <w:t xml:space="preserve">[42:50] </w:t>
      </w:r>
      <w:r>
        <w:t>koi aisi duniya hamein nahi milegi jahan hamein</w:t>
      </w:r>
    </w:p>
    <w:p>
      <w:pPr>
        <w:jc w:val="right"/>
      </w:pPr>
      <w:r>
        <w:t>کوئی ایسی دنیا ہمیں نہیں ملے گی جہاں ہمیں</w:t>
      </w:r>
    </w:p>
    <w:p>
      <w:r>
        <w:rPr>
          <w:b/>
        </w:rPr>
        <w:t xml:space="preserve">[42:53] </w:t>
      </w:r>
      <w:r>
        <w:t>distraction na pesh aaye. wo to hoga hi hoga. is liye hamein pehchaanna chahiye ke yeh hai distraction. aur yeh is ka bhi Quran majeed mein ishaara maujood hai.</w:t>
      </w:r>
    </w:p>
    <w:p>
      <w:pPr>
        <w:jc w:val="right"/>
      </w:pPr>
      <w:r>
        <w:t>distraction نہ پیش آئے۔ وہ تو ہوگا ہی ہوگا۔ اس لیے ہمیں پہچاننا چاہیے کہ یہ ہے distraction۔ اور یہ اس کا بھی قرآن مجید میں اشارہ موجود ہے۔</w:t>
      </w:r>
    </w:p>
    <w:p>
      <w:r>
        <w:rPr>
          <w:b/>
        </w:rPr>
        <w:t xml:space="preserve">[43:06] </w:t>
      </w:r>
      <w:r>
        <w:t>is ko kaha gaya hai ke: "main shaitan ko chhedta hoon".</w:t>
      </w:r>
    </w:p>
    <w:p>
      <w:pPr>
        <w:jc w:val="right"/>
      </w:pPr>
      <w:r>
        <w:t>اس کو کہا گیا ہے کہ: "میں شیطان کو چھیڑتا ہوں"۔</w:t>
      </w:r>
    </w:p>
    <w:p>
      <w:r>
        <w:rPr>
          <w:b/>
        </w:rPr>
        <w:t xml:space="preserve">[43:19] </w:t>
      </w:r>
      <w:r>
        <w:t>yeh alfaaz hain? jab unhein shaitan ka giroh chhoota hai to foran chaukane ho jaate hain. yeh chhoona kya hai? yahi hai distraction. yaani</w:t>
      </w:r>
    </w:p>
    <w:p>
      <w:pPr>
        <w:jc w:val="right"/>
      </w:pPr>
      <w:r>
        <w:t>یہ الفاظ ہیں؟ جب انہیں شیطان کا گروہ چھوتا ہے تو فوراً چوکنے ہو جاتے ہیں۔ یہ چھونا کیا ہے؟ یہی ہے distraction۔ یعنی</w:t>
      </w:r>
    </w:p>
    <w:p>
      <w:r>
        <w:rPr>
          <w:b/>
        </w:rPr>
        <w:t xml:space="preserve">[43:24] </w:t>
      </w:r>
      <w:r>
        <w:t>shaitan ka koi giroh unhein bhatkaata hai, idhar se udhar, idhar se udhar. to jaldi se ba-khabar hote hain ke bhai yeh to shaitan waswasa hai. to hamein is se apne ko bachana bahut zaroori hai.</w:t>
      </w:r>
    </w:p>
    <w:p>
      <w:pPr>
        <w:jc w:val="right"/>
      </w:pPr>
      <w:r>
        <w:t>شیطان کا کوئی گروہ انہیں بھٹکاتا ہے، ادھر سے ادھر، ادھر سے ادھر۔ تو جلدی سے باخبر ہوتے ہیں کہ بھئی یہ تو شیطان وسوسہ ہے۔ تو ہمیں اس سے اپنے کو بچانا بہت ضروری ہے۔</w:t>
      </w:r>
    </w:p>
    <w:p>
      <w:r>
        <w:rPr>
          <w:b/>
        </w:rPr>
        <w:t xml:space="preserve">[43:39] </w:t>
      </w:r>
      <w:r>
        <w:t>Mr. Shahroz Khan ne Delhi se likha hai: "insaan ko selective reporting se bachte hue complete reporting karni chahiye." kya is baare mein Quran mein koi rehnumai ki gayi hai?</w:t>
      </w:r>
    </w:p>
    <w:p>
      <w:pPr>
        <w:jc w:val="right"/>
      </w:pPr>
      <w:r>
        <w:t>مسٹر شہروز خان نے دہلی سے لکھا ہے: "انسان کو selective reporting سے بچتے ہوئے complete reporting کرنی چاہیے۔" کیا اس بارے میں قرآن میں کوئی رہنمائی کی گئی ہے؟</w:t>
      </w:r>
    </w:p>
    <w:p>
      <w:r>
        <w:rPr>
          <w:b/>
        </w:rPr>
        <w:t xml:space="preserve">[43:55] </w:t>
      </w:r>
      <w:r>
        <w:t>dekhiye, yeh mutalba sahi nahi hai. aap apni maa se mohabbat karte ho to mujhe bataiye kahan kaam likha hua hai ke aap apni maa se mohabbat karo? koi ayat bata rahi hai mujhe?</w:t>
      </w:r>
    </w:p>
    <w:p>
      <w:pPr>
        <w:jc w:val="right"/>
      </w:pPr>
      <w:r>
        <w:t>دیکھیے، یہ مطالبہ صحیح نہیں ہے۔ آپ اپنی ماں سے محبت کرتے ہو تو مجھے بتائیے کہاں کام لکھا ہوا ہے کہ آپ اپنی ماں سے محبت کرو؟ کوئی آیت بتا رہی ہے مجھے؟</w:t>
      </w:r>
    </w:p>
    <w:p>
      <w:r>
        <w:rPr>
          <w:b/>
        </w:rPr>
        <w:t xml:space="preserve">[44:06] </w:t>
      </w:r>
      <w:r>
        <w:t>yaani rehnumai ho sakti hai ke maujood ho, main sochun to wo ayat bata sakun inshallah. lekin yeh zehan galat hai. har baat ke liye aap kahein Quran ki ayat lao.</w:t>
      </w:r>
    </w:p>
    <w:p>
      <w:pPr>
        <w:jc w:val="right"/>
      </w:pPr>
      <w:r>
        <w:t>یعنی رہنمائی ہو سکتی ہے کہ موجود ہو، میں سوچوں تو وہ آیت بتا سکوں انشاءاللہ۔ لیکن یہ ذہن غلط ہے۔ ہر بات کے لیے آپ کہیں قرآن کی آیت لاؤ۔</w:t>
      </w:r>
    </w:p>
    <w:p>
      <w:r>
        <w:rPr>
          <w:b/>
        </w:rPr>
        <w:t xml:space="preserve">[44:15] </w:t>
      </w:r>
      <w:r>
        <w:t>to main poochta hoon, aadmi apni maa se mohabbat karta hai to Quran mein kaun si ayat likhi hui hai ke apni maa se mohabbat karo? kahan likha hua hai?</w:t>
      </w:r>
    </w:p>
    <w:p>
      <w:pPr>
        <w:jc w:val="right"/>
      </w:pPr>
      <w:r>
        <w:t>تو میں پوچھتا ہوں، آدمی اپنی ماں سے محبت کرتا ہے تو قرآن میں کون سی آیت لکھی ہوئی ہے کہ اپنی ماں سے محبت کرو؟ کہاں لکھا ہوا ہے؟</w:t>
      </w:r>
    </w:p>
    <w:p>
      <w:r>
        <w:rPr>
          <w:b/>
        </w:rPr>
        <w:t xml:space="preserve">[44:23] </w:t>
      </w:r>
      <w:r>
        <w:t>bataiye.</w:t>
      </w:r>
    </w:p>
    <w:p>
      <w:pPr>
        <w:jc w:val="right"/>
      </w:pPr>
      <w:r>
        <w:t>بتائیے۔</w:t>
      </w:r>
    </w:p>
    <w:p>
      <w:r>
        <w:rPr>
          <w:b/>
        </w:rPr>
        <w:t xml:space="preserve">[44:39] </w:t>
      </w:r>
      <w:r>
        <w:t>to is mein yaani sirf maadi wo nahi hai. aap ne is mein likha hai. yeh sawal padhiye in ka. insaan ko selective reporting se bachte hue complete reporting karni chahiye. kya is baare mein Quran mein koi rehnumai ki gayi hai?</w:t>
      </w:r>
    </w:p>
    <w:p>
      <w:pPr>
        <w:jc w:val="right"/>
      </w:pPr>
      <w:r>
        <w:t>تو اس میں یعنی صرف مادی وہ نہیں ہے۔ آپ نے اس میں لکھا ہے۔ یہ سوال پڑھیے ان کا۔ انسان کو selective reporting سے بچتے ہوئے complete reporting کرنی چاہیے۔ کیا اس بارے میں قرآن میں کوئی رہنمائی کی گئی ہے؟</w:t>
      </w:r>
    </w:p>
    <w:p>
      <w:r>
        <w:rPr>
          <w:b/>
        </w:rPr>
        <w:t xml:space="preserve">[44:50] </w:t>
      </w:r>
      <w:r>
        <w:t>dekhiye, isi lafz mein to mujhe yaad nahi aa rahi koi ayat. lekin yaani yeh as a principle zaroor Quran mein is ke baare mein mukhtalif aayatein maujood hain.</w:t>
      </w:r>
    </w:p>
    <w:p>
      <w:pPr>
        <w:jc w:val="right"/>
      </w:pPr>
      <w:r>
        <w:t>دیکھیے، اسی لفظ میں تو مجھے یاد نہیں آ رہی کوئی آیت۔ لیکن یعنی یہ as a principle ضرور قرآن میں اس کے بارے میں مختلف آیتیں موجود ہیں۔</w:t>
      </w:r>
    </w:p>
    <w:p>
      <w:r>
        <w:rPr>
          <w:b/>
        </w:rPr>
        <w:t xml:space="preserve">[45:04] </w:t>
      </w:r>
      <w:r>
        <w:t>mislan tatfeef. tatfeef isi ka naam hai.</w:t>
      </w:r>
    </w:p>
    <w:p>
      <w:pPr>
        <w:jc w:val="right"/>
      </w:pPr>
      <w:r>
        <w:t>مثلاً تطفیف۔ تطفیف اسی کا نام ہے۔</w:t>
      </w:r>
    </w:p>
    <w:p>
      <w:r>
        <w:rPr>
          <w:b/>
        </w:rPr>
        <w:t xml:space="preserve">[45:08] </w:t>
      </w:r>
      <w:r>
        <w:t>yaani ek baat ghata kar badha kar pesh karna. kuch ghata kar badhana, kuch badhana. yaani sahi baat na keh kar ke aisi reporting karna jis se galat ta'assur jaata ho.</w:t>
      </w:r>
    </w:p>
    <w:p>
      <w:pPr>
        <w:jc w:val="right"/>
      </w:pPr>
      <w:r>
        <w:t>یعنی ایک بات گھٹا کر بڑھا کر پیش کرنا۔ کچھ گھٹا کر بڑھانا، کچھ بڑھانا۔ یعنی صحیح بات نہ کہہ کر کے ایسی reporting کرنا جس سے غلط تاثر جاتا ہو۔</w:t>
      </w:r>
    </w:p>
    <w:p>
      <w:r>
        <w:rPr>
          <w:b/>
        </w:rPr>
        <w:t xml:space="preserve">[45:18] </w:t>
      </w:r>
      <w:r>
        <w:t>is ko tatfeef kehte hain aur is ko bahut bura kaha gaya hai Islam mein. to</w:t>
      </w:r>
    </w:p>
    <w:p>
      <w:pPr>
        <w:jc w:val="right"/>
      </w:pPr>
      <w:r>
        <w:t>اس کو تطفیف کہتے ہیں اور اس کو بہت برا کہا گیا ہے اسلام میں۔ تو</w:t>
      </w:r>
    </w:p>
    <w:p>
      <w:r>
        <w:rPr>
          <w:b/>
        </w:rPr>
        <w:t xml:space="preserve">[45:25] </w:t>
      </w:r>
      <w:r>
        <w:t>ma'anvi yeh mafhoom Quran mein aur hadith mein zaroor maujood hai. lekin yeh jo lafz mein bolta hoon, aap chahein ke wahi lafz wahan maujood ho to to yeh bahut mushkil kaam hai.</w:t>
      </w:r>
    </w:p>
    <w:p>
      <w:pPr>
        <w:jc w:val="right"/>
      </w:pPr>
      <w:r>
        <w:t>معنوی یہ مفہوم قرآن میں اور حدیث میں ضرور موجود ہے۔ لیکن یہ جو لفظ میں بولتا ہوں، آپ چاہیں کہ وہی لفظ وہاں موجود ہو تو تو یہ بہت مشکل کام ہے۔</w:t>
      </w:r>
    </w:p>
    <w:p>
      <w:r>
        <w:rPr>
          <w:b/>
        </w:rPr>
        <w:t xml:space="preserve">[45:39] </w:t>
      </w:r>
      <w:r>
        <w:t>kyunke bahut si cheezain aisi hain jo quran mein bin satoor hoti hain. jaisa quran hadees mein aaya hai ke: "wo</w:t>
      </w:r>
    </w:p>
    <w:p>
      <w:pPr>
        <w:jc w:val="right"/>
      </w:pPr>
      <w:r>
        <w:t>کیونکہ بہت سی چیزیں ایسی ہیں جو قرآن میں بن ستور ہوتی ہیں۔ جیسا قرآن حدیث میں آیا ہے کہ: "وہ</w:t>
      </w:r>
    </w:p>
    <w:p>
      <w:r>
        <w:rPr>
          <w:b/>
        </w:rPr>
        <w:t xml:space="preserve">[45:50] </w:t>
      </w:r>
      <w:r>
        <w:t>quran ke kuch mafhoom is ke satoor mein hain, kuch is ke bin satoor mein hain."</w:t>
      </w:r>
    </w:p>
    <w:p>
      <w:pPr>
        <w:jc w:val="right"/>
      </w:pPr>
      <w:r>
        <w:t>قرآن کے کچھ مفہوم اس کے ستور میں ہیں، کچھ اس کے بن ستور میں ہیں۔"</w:t>
      </w:r>
    </w:p>
    <w:p>
      <w:r>
        <w:rPr>
          <w:b/>
        </w:rPr>
        <w:t xml:space="preserve">[46:00] </w:t>
      </w:r>
      <w:r>
        <w:t>kya is ko phir se parhiye is ko?</w:t>
      </w:r>
    </w:p>
    <w:p>
      <w:pPr>
        <w:jc w:val="right"/>
      </w:pPr>
      <w:r>
        <w:t>کیا اس کو پھر سے پڑھیے اس کو؟</w:t>
      </w:r>
    </w:p>
    <w:p>
      <w:r>
        <w:rPr>
          <w:b/>
        </w:rPr>
        <w:t xml:space="preserve">[46:03] </w:t>
      </w:r>
      <w:r>
        <w:t>insan ko selective reporting se bachte hue complete reporting karni chahiye. dekhiye, doosri baat yeh hai ke fitrat khud kafi hai samajhne ke liye ke selective reporting jo hai bohat hi tabah kun hai.</w:t>
      </w:r>
    </w:p>
    <w:p>
      <w:pPr>
        <w:jc w:val="right"/>
      </w:pPr>
      <w:r>
        <w:t>انسان کو selective reporting سے بچتے ہوئے complete reporting کرنی چاہیے۔ دیکھیے، دوسری بات یہ ہے کہ فطرت خود کافی ہے سمجھنے کے لیے کہ selective reporting جو ہے بہت ہی تباہ کن ہے۔</w:t>
      </w:r>
    </w:p>
    <w:p>
      <w:r>
        <w:rPr>
          <w:b/>
        </w:rPr>
        <w:t xml:space="preserve">[46:18] </w:t>
      </w:r>
      <w:r>
        <w:t>selective reporting se sari kharabian paida hoti hain.</w:t>
      </w:r>
    </w:p>
    <w:p>
      <w:pPr>
        <w:jc w:val="right"/>
      </w:pPr>
      <w:r>
        <w:t>Selective reporting سے ساری خرابیاں پیدا ہوتی ہیں۔</w:t>
      </w:r>
    </w:p>
    <w:p>
      <w:r>
        <w:rPr>
          <w:b/>
        </w:rPr>
        <w:t xml:space="preserve">[46:21] </w:t>
      </w:r>
      <w:r>
        <w:t>isi se nafrat aati hai, isi se ghussa aata hai, isi se doosre ko dushman samajh lete hain aap. yeh sab isi se hota hai. to is ka result hi kafi hai batane ke liye ke yeh galat tareeqa hai.</w:t>
      </w:r>
    </w:p>
    <w:p>
      <w:pPr>
        <w:jc w:val="right"/>
      </w:pPr>
      <w:r>
        <w:t>اسی سے نفرت آتی ہے، اسی سے غصہ آتا ہے، اسی سے دوسرے کو دشمن سمجھ لیتے ہیں آپ۔ یہ سب اسی سے ہوتا ہے۔ تو اس کا result ہی کافی ہے بتانے کے لیے کہ یہ غلط طریقہ ہے۔</w:t>
      </w:r>
    </w:p>
    <w:p>
      <w:r>
        <w:rPr>
          <w:b/>
        </w:rPr>
        <w:t xml:space="preserve">[46:39] </w:t>
      </w:r>
      <w:r>
        <w:t>to is mein koi shaq nahi ke selective reporting galat hai. aur is se galat yeh hai ke aap is ko maan lain.</w:t>
      </w:r>
    </w:p>
    <w:p>
      <w:pPr>
        <w:jc w:val="right"/>
      </w:pPr>
      <w:r>
        <w:t>تو اس میں کوئی شک نہیں کہ selective reporting غلط ہے۔ اور اس سے غلط یہ ہے کہ آپ اس کو مان لیں۔</w:t>
      </w:r>
    </w:p>
    <w:p>
      <w:r>
        <w:rPr>
          <w:b/>
        </w:rPr>
        <w:t xml:space="preserve">[46:49] </w:t>
      </w:r>
      <w:r>
        <w:t>mein yaani mera daawa yeh nahi hai ke media kabhi bhi aisa kar sakta hai ke woh selective reporting na karay. mein kabhi aisa nahi kaha ke media ko is se bachna chahiye.</w:t>
      </w:r>
    </w:p>
    <w:p>
      <w:pPr>
        <w:jc w:val="right"/>
      </w:pPr>
      <w:r>
        <w:t>میں یعنی میرا دعویٰ یہ نہیں ہے کہ میڈیا کبھی بھی ایسا کر سکتا ہے کہ وہ selective reporting نہ کرے۔ میں کبھی ایسا نہیں کہا کہ میڈیا کو اس سے بچنا چاہیے۔</w:t>
      </w:r>
    </w:p>
    <w:p>
      <w:r>
        <w:rPr>
          <w:b/>
        </w:rPr>
        <w:t xml:space="preserve">[46:58] </w:t>
      </w:r>
      <w:r>
        <w:t>mein kabhi aisa nahi kehta.</w:t>
      </w:r>
    </w:p>
    <w:p>
      <w:pPr>
        <w:jc w:val="right"/>
      </w:pPr>
      <w:r>
        <w:t>میں کبھی ایسا نہیں کہتا۔</w:t>
      </w:r>
    </w:p>
    <w:p>
      <w:r>
        <w:rPr>
          <w:b/>
        </w:rPr>
        <w:t xml:space="preserve">[47:01] </w:t>
      </w:r>
      <w:r>
        <w:t>kyunke media aik industry hai. woh selective reporting hi karay ga. woh is ki industry band ho jaye gi. mein kehta hoon ke aap khud itna samajhdar hon ke media ki report bura na banain.</w:t>
      </w:r>
    </w:p>
    <w:p>
      <w:pPr>
        <w:jc w:val="right"/>
      </w:pPr>
      <w:r>
        <w:t>کیونکہ میڈیا ایک industry ہے۔ وہ selective reporting ہی کرے گا۔ وہ اس کی industry بند ہو جائے گی۔ میں کہتا ہوں کہ آپ خود اتنا سمجھدار ہوں کہ میڈیا کی رپورٹ برا نہ بنائیں۔</w:t>
      </w:r>
    </w:p>
    <w:p>
      <w:r>
        <w:rPr>
          <w:b/>
        </w:rPr>
        <w:t xml:space="preserve">[47:15] </w:t>
      </w:r>
      <w:r>
        <w:t>dekhiye, mein in logon mein se nahi hoon jo bohat hi nadani ke sath mutalba karte hain ke media jo hai sahi report karay. yeh bilkul galat hai. media koi mission nahi hai.</w:t>
      </w:r>
    </w:p>
    <w:p>
      <w:pPr>
        <w:jc w:val="right"/>
      </w:pPr>
      <w:r>
        <w:t>دیکھیے، میں ان لوگوں میں سے نہیں ہوں جو بہت ہی نادانی کے ساتھ مطالبہ کرتے ہیں کہ میڈیا جو ہے صحیح رپورٹ کرے۔ یہ بالکل غلط ہے۔ میڈیا کوئی مشن نہیں ہے۔</w:t>
      </w:r>
    </w:p>
    <w:p>
      <w:r>
        <w:rPr>
          <w:b/>
        </w:rPr>
        <w:t xml:space="preserve">[47:24] </w:t>
      </w:r>
      <w:r>
        <w:t>media aik industry hai. aur industry apne faiday ke lehaz se karay gi. is ko aap ne news sell karna hai. aur news jab market mein wohi khabrein bikti hon jis mein sensation hai to woh sensation laye ga woh.</w:t>
      </w:r>
    </w:p>
    <w:p>
      <w:pPr>
        <w:jc w:val="right"/>
      </w:pPr>
      <w:r>
        <w:t>میڈیا ایک industry ہے۔ اور industry اپنے فائدے کے لحاظ سے کرے گا۔ اس کو آپ نے news sell کرنا ہے۔ اور news جب market میں وہی خبریں بکتی ہوں جس میں sensation ہے تو وہ sensation لائے گا وہ۔</w:t>
      </w:r>
    </w:p>
    <w:p>
      <w:r>
        <w:rPr>
          <w:b/>
        </w:rPr>
        <w:t xml:space="preserve">[47:39] </w:t>
      </w:r>
      <w:r>
        <w:t>to mein aisa kabhi mutalba nahi karta media se. mujhe media se koi shikayat nahi. mujhe shikayat un logon se hai jo media ko parh kar ke, media ki reporton ko parh kar ke aur rai banate hain.</w:t>
      </w:r>
    </w:p>
    <w:p>
      <w:pPr>
        <w:jc w:val="right"/>
      </w:pPr>
      <w:r>
        <w:t>تو میں ایسا کبھی مطالبہ نہیں کرتا میڈیا سے۔ مجھے میڈیا سے کوئی شکایت نہیں۔ مجھے شکایت ان لوگوں سے ہے جو میڈیا کو پڑھ کر کے، میڈیا کی رپورٹوں کو پڑھ کر کے اور رائے بناتے ہیں۔</w:t>
      </w:r>
    </w:p>
    <w:p>
      <w:r>
        <w:rPr>
          <w:b/>
        </w:rPr>
        <w:t xml:space="preserve">[47:51] </w:t>
      </w:r>
      <w:r>
        <w:t>rai kyun banate hain aap? aap mazeed tehqeeq kijiye. ya to rai na banaiye ya mazeed tehqeeq kijiye. do mein ka option hai.</w:t>
      </w:r>
    </w:p>
    <w:p>
      <w:pPr>
        <w:jc w:val="right"/>
      </w:pPr>
      <w:r>
        <w:t>رائے کیوں بناتے ہیں آپ؟ آپ مزید تحقیق کیجیے۔ یا تو رائے نہ بنائیے یا مزید تحقیق کیجیے۔ دو میں کا option ہے۔</w:t>
      </w:r>
    </w:p>
    <w:p>
      <w:r>
        <w:rPr>
          <w:b/>
        </w:rPr>
        <w:t xml:space="preserve">[48:01] </w:t>
      </w:r>
      <w:r>
        <w:t>ya to rai na banaiye ya mazeed tehqeeq kijiye.</w:t>
      </w:r>
    </w:p>
    <w:p>
      <w:pPr>
        <w:jc w:val="right"/>
      </w:pPr>
      <w:r>
        <w:t>یا تو رائے نہ بنائیے یا مزید تحقیق کیجیے۔</w:t>
      </w:r>
    </w:p>
    <w:p>
      <w:r>
        <w:rPr>
          <w:b/>
        </w:rPr>
        <w:t xml:space="preserve">[48:04] </w:t>
      </w:r>
      <w:r>
        <w:t>mister ejaz ahmed ne bangalore se likha hai: "there are several passages in the quran that mention rizq, such as God gives without measure rizq to whom He wills.</w:t>
      </w:r>
    </w:p>
    <w:p>
      <w:pPr>
        <w:jc w:val="right"/>
      </w:pPr>
      <w:r>
        <w:t>مسٹر اعجاز احمد نے بنگلور سے لکھا ہے: "There are several passages in the Quran that mention رزق, such as God gives without measure رزق to whom He wills.</w:t>
      </w:r>
    </w:p>
    <w:p>
      <w:r>
        <w:rPr>
          <w:b/>
        </w:rPr>
        <w:t xml:space="preserve">[48:19] </w:t>
      </w:r>
      <w:r>
        <w:t>that rizq is given by God as a test, etc. Maulana, what is the true meaning of rizq?"</w:t>
      </w:r>
    </w:p>
    <w:p>
      <w:pPr>
        <w:jc w:val="right"/>
      </w:pPr>
      <w:r>
        <w:t>That رزق is given by God as a test, etc. مولانا، what is the true meaning of رزق؟"</w:t>
      </w:r>
    </w:p>
    <w:p>
      <w:r>
        <w:rPr>
          <w:b/>
        </w:rPr>
        <w:t xml:space="preserve">[48:33] </w:t>
      </w:r>
      <w:r>
        <w:t>dekhiye, rizq aam tor par rozi ke maani mein liya jata hai. yaani maadi maani mein. lekin rizq aik waseela hai.</w:t>
      </w:r>
    </w:p>
    <w:p>
      <w:pPr>
        <w:jc w:val="right"/>
      </w:pPr>
      <w:r>
        <w:t>دیکھیے، رزق عام طور پر روزی کے معنی میں لیا جاتا ہے۔ یعنی مادی معنی میں۔ لیکن رزق ایک وسیلہ ہے۔</w:t>
      </w:r>
    </w:p>
    <w:p>
      <w:r>
        <w:rPr>
          <w:b/>
        </w:rPr>
        <w:t xml:space="preserve">[48:42] </w:t>
      </w:r>
      <w:r>
        <w:t>rizq mein sab cheezain aati hain. matlab rizq rohani, rizq zehni, rizq maadi har cheez aati hai.</w:t>
      </w:r>
    </w:p>
    <w:p>
      <w:pPr>
        <w:jc w:val="right"/>
      </w:pPr>
      <w:r>
        <w:t>رزق میں سب چیزیں آتی ہیں۔ مطلب رزق روحانی، رزق ذہنی، رزق مادی ہر چیز آتی ہے۔</w:t>
      </w:r>
    </w:p>
    <w:p>
      <w:r>
        <w:rPr>
          <w:b/>
        </w:rPr>
        <w:t xml:space="preserve">[48:50] </w:t>
      </w:r>
      <w:r>
        <w:t>to allah taala mukhtalif qism ke rizq dete hain insan ko. matlab kisi ko maadi aitbar se farawani milti hai, kisi ko kam milta hai.</w:t>
      </w:r>
    </w:p>
    <w:p>
      <w:pPr>
        <w:jc w:val="right"/>
      </w:pPr>
      <w:r>
        <w:t>تو اللہ تعالیٰ مختلف قسم کے رزق دیتے ہیں انسان کو۔ مطلب کسی کو مادی اعتبار سے فراوانی ملتی ہے، کسی کو کم ملتا ہے۔</w:t>
      </w:r>
    </w:p>
    <w:p>
      <w:r>
        <w:rPr>
          <w:b/>
        </w:rPr>
        <w:t xml:space="preserve">[49:02] </w:t>
      </w:r>
      <w:r>
        <w:t>kisi ko ziyada zahiin bana diya jata hai, kisi ko koi kam zahiin hota hai nisbatan. koi ziyada healthy hota hai, koi kam healthy hota hai.</w:t>
      </w:r>
    </w:p>
    <w:p>
      <w:pPr>
        <w:jc w:val="right"/>
      </w:pPr>
      <w:r>
        <w:t>کسی کو زیادہ ذہین بنا دیا جاتا ہے، کسی کو کوئی کم ذہین ہوتا ہے نسبتاً۔ کوئی زیادہ healthy ہوتا ہے، کوئی کم healthy ہوتا ہے۔</w:t>
      </w:r>
    </w:p>
    <w:p>
      <w:r>
        <w:rPr>
          <w:b/>
        </w:rPr>
        <w:t xml:space="preserve">[49:11] </w:t>
      </w:r>
      <w:r>
        <w:t>yeh sab farq hai. lekin is ka matlab yeh nahi ke khuda mansif nahi hai. khuda justice nahi karta.</w:t>
      </w:r>
    </w:p>
    <w:p>
      <w:pPr>
        <w:jc w:val="right"/>
      </w:pPr>
      <w:r>
        <w:t>یہ سب فرق ہے۔ لیکن اس کا مطلب یہ نہیں کہ خدا منصف نہیں ہے۔ خدا justice نہیں کرتا۔</w:t>
      </w:r>
    </w:p>
    <w:p>
      <w:r>
        <w:rPr>
          <w:b/>
        </w:rPr>
        <w:t xml:space="preserve">[49:20] </w:t>
      </w:r>
      <w:r>
        <w:t>aik hadees mein hai dekhiye ke: "al momin al qawi khair" yaani qawi insan</w:t>
      </w:r>
    </w:p>
    <w:p>
      <w:pPr>
        <w:jc w:val="right"/>
      </w:pPr>
      <w:r>
        <w:t>ایک حدیث میں ہے دیکھیے کہ: "المومن القوی خیر" یعنی قوی انسان</w:t>
      </w:r>
    </w:p>
    <w:p>
      <w:r>
        <w:rPr>
          <w:b/>
        </w:rPr>
        <w:t xml:space="preserve">[49:35] </w:t>
      </w:r>
      <w:r>
        <w:t>allah ke nazdeek ziyada qawi khair hai is mein ba muqabla yaani kamzor insan ke. lekin har aik ke liye behtari hai.</w:t>
      </w:r>
    </w:p>
    <w:p>
      <w:pPr>
        <w:jc w:val="right"/>
      </w:pPr>
      <w:r>
        <w:t>اللہ کے نزدیک زیادہ قوی خیر ہے اس میں بمقابلہ یعنی کمزور انسان کے۔ لیکن ہر ایک کے لیے بہتری ہے۔</w:t>
      </w:r>
    </w:p>
    <w:p>
      <w:r>
        <w:rPr>
          <w:b/>
        </w:rPr>
        <w:t xml:space="preserve">[49:46] </w:t>
      </w:r>
      <w:r>
        <w:t>dekhiye, yeh jo hai khair jo hai bohat aham hai. kyunke</w:t>
      </w:r>
    </w:p>
    <w:p>
      <w:pPr>
        <w:jc w:val="right"/>
      </w:pPr>
      <w:r>
        <w:t>دیکھیے، یہ جو ہے خیر جو ہے بہت اہم ہے۔ کیونکہ</w:t>
      </w:r>
    </w:p>
    <w:p>
      <w:r>
        <w:rPr>
          <w:b/>
        </w:rPr>
        <w:t xml:space="preserve">[49:52] </w:t>
      </w:r>
      <w:r>
        <w:t>ek insan ko khuda ne qawi banaya, bohat mazboot aɹsaab is ke hain, bohat zaheen hai. To aksar dekha ke woh foran is ko naaz aa jata hai, naaz.</w:t>
      </w:r>
    </w:p>
    <w:p>
      <w:pPr>
        <w:jc w:val="right"/>
      </w:pPr>
      <w:r>
        <w:t>ایک انسان کو خدا نے قوی بنایا، بہت مضبوط اعصاب اس کے ہیں، بہت ذہین ہے۔ تو اکثر دیکھا کہ وہ فوراً اس کو ناز آ جاتا ہے، ناز۔</w:t>
      </w:r>
    </w:p>
    <w:p>
      <w:r>
        <w:rPr>
          <w:b/>
        </w:rPr>
        <w:t xml:space="preserve">[50:02] </w:t>
      </w:r>
      <w:r>
        <w:t>To woh tabah ho jata hai. Is ke muqable mein jis ko ke kuch relatively kam mila ho to use modesty aati hai.</w:t>
      </w:r>
    </w:p>
    <w:p>
      <w:pPr>
        <w:jc w:val="right"/>
      </w:pPr>
      <w:r>
        <w:t>تو وہ تباہ ہو جاتا ہے۔ اس کے مقابلے میں جس کو کہ کچھ relatively کم ملا ہو تو اسے modesty آتی ہے۔</w:t>
      </w:r>
    </w:p>
    <w:p>
      <w:r>
        <w:rPr>
          <w:b/>
        </w:rPr>
        <w:t xml:space="preserve">[50:11] </w:t>
      </w:r>
      <w:r>
        <w:t>To modesty to bohat bari qeemti cheez hai. To dono mein plus point aur minus point hai. Aap yeh nahi keh sakte ke is ko zyada, is ko kam mila.</w:t>
      </w:r>
    </w:p>
    <w:p>
      <w:pPr>
        <w:jc w:val="right"/>
      </w:pPr>
      <w:r>
        <w:t>تو modesty تو بہت بڑی قیمتی چیز ہے۔ تو دونوں میں plus point اور minus point ہے۔ آپ یہ نہیں کہہ سکتے کہ اس کو زیادہ، اس کو کم ملا۔</w:t>
      </w:r>
    </w:p>
    <w:p>
      <w:r>
        <w:rPr>
          <w:b/>
        </w:rPr>
        <w:t xml:space="preserve">[50:25] </w:t>
      </w:r>
      <w:r>
        <w:t>Kyunke har ek ka plus point hai, har ek ka minus point hai.</w:t>
      </w:r>
    </w:p>
    <w:p>
      <w:pPr>
        <w:jc w:val="right"/>
      </w:pPr>
      <w:r>
        <w:t>کیونکہ ہر ایک کا plus point ہے، ہر ایک کا minus point ہے۔</w:t>
      </w:r>
    </w:p>
    <w:p>
      <w:r>
        <w:rPr>
          <w:b/>
        </w:rPr>
        <w:t xml:space="preserve">[50:28] </w:t>
      </w:r>
      <w:r>
        <w:t>Maulana Shariq Hussain ne Dilli se likha hai: "Insan apni family, apni qaum ya apne mazhab se bepanah mohabbat hone ki wajah se un ki himayat mein selective reporting karta hai.</w:t>
      </w:r>
    </w:p>
    <w:p>
      <w:pPr>
        <w:jc w:val="right"/>
      </w:pPr>
      <w:r>
        <w:t>مولانا شارق حسین نے دہلی سے لکھا ہے: "انسان اپنی family, اپنی قوم یا اپنے مذہب سے بے پناہ محبت ہونے کی وجہ سے ان کی حمایت میں selective reporting کرتا ہے۔</w:t>
      </w:r>
    </w:p>
    <w:p>
      <w:r>
        <w:rPr>
          <w:b/>
        </w:rPr>
        <w:t xml:space="preserve">[50:43] </w:t>
      </w:r>
      <w:r>
        <w:t>Aisi halat mein insan khud ko selective reporting se kaise bachaye?"</w:t>
      </w:r>
    </w:p>
    <w:p>
      <w:pPr>
        <w:jc w:val="right"/>
      </w:pPr>
      <w:r>
        <w:t>ایسی حالت میں انسان خود کو selective reporting سے کیسے بچائے؟"</w:t>
      </w:r>
    </w:p>
    <w:p>
      <w:r>
        <w:rPr>
          <w:b/>
        </w:rPr>
        <w:t xml:space="preserve">[50:49] </w:t>
      </w:r>
      <w:r>
        <w:t>Isi ko taɹassub kehte hain. Isi ko quran mein jahiliyat kaha gaya hai. To bachane ki baat ki hai to test rahe ga.</w:t>
      </w:r>
    </w:p>
    <w:p>
      <w:pPr>
        <w:jc w:val="right"/>
      </w:pPr>
      <w:r>
        <w:t>اسی کو تعصب کہتے ہیں۔ اسی کو قرآن میں جاہلیت کہا گیا ہے۔ تو بچانے کی بات کی ہے تو test رہے گا۔</w:t>
      </w:r>
    </w:p>
    <w:p>
      <w:r>
        <w:rPr>
          <w:b/>
        </w:rPr>
        <w:t xml:space="preserve">[50:59] </w:t>
      </w:r>
      <w:r>
        <w:t>Yeh dunya to test ke liye bani hai, dar-ul-imtaan. To yeh to rahe ga, agar na rahe to phir zaroorat hi kya hai dunya ki? Agar test na ho to phir insan ko paida karne ki zaroorat hi kya hai?</w:t>
      </w:r>
    </w:p>
    <w:p>
      <w:pPr>
        <w:jc w:val="right"/>
      </w:pPr>
      <w:r>
        <w:t>یہ دنیا تو test کے لیے بنی ہے، دارالامتحان۔ تو یہ تو رہے گا، اگر نہ رہے تو پھر ضرورت ہی کیا ہے دنیا کی؟ اگر test نہ ہو تو پھر انسان کو پیدا کرنے کی ضرورت ہی کیا ہے؟</w:t>
      </w:r>
    </w:p>
    <w:p>
      <w:r>
        <w:rPr>
          <w:b/>
        </w:rPr>
        <w:t xml:space="preserve">[51:16] </w:t>
      </w:r>
      <w:r>
        <w:t>To aap ko to test ko face karna hi karna hai. Ta➚ssub se apne ko bachana hi bachana hai. ɹasabiyat se bachana hi bachana hai. Apne ko, yaani apni, apne ko read karna hai.</w:t>
      </w:r>
    </w:p>
    <w:p>
      <w:pPr>
        <w:jc w:val="right"/>
      </w:pPr>
      <w:r>
        <w:t>تو آپ کو تو test کو face کرنا ہی کرنا ہے۔ تعصب سے اپنے کو بچانا ہی بچانا ہے۔ عصبیت سے بچانا ہی بچانا ہے۔ اپنے کو، یعنی اپنی، اپنے کو read کرنا ہے۔</w:t>
      </w:r>
    </w:p>
    <w:p>
      <w:r>
        <w:rPr>
          <w:b/>
        </w:rPr>
        <w:t xml:space="preserve">[51:32] </w:t>
      </w:r>
      <w:r>
        <w:t>Khud apne aap ko read karna hai ke main kahan bhatak raha hoon, kahan main ɹasabiyat ka shikar ho raha hoon. Yeh to karna hai, is se to koi mufarr nahi hai.</w:t>
      </w:r>
    </w:p>
    <w:p>
      <w:pPr>
        <w:jc w:val="right"/>
      </w:pPr>
      <w:r>
        <w:t>خود اپنے آپ کو read کرنا ہے کہ میں کہاں بھٹک رہا ہوں، کہاں میں عصبیت کا شکار ہو رہا ہوں۔ یہ تو کرنا ہے، اس سے تو کوئی مفر نہیں ہے۔</w:t>
      </w:r>
    </w:p>
    <w:p>
      <w:r>
        <w:rPr>
          <w:b/>
        </w:rPr>
        <w:t xml:space="preserve">[51:44] </w:t>
      </w:r>
      <w:r>
        <w:t>Miss Naghma Siddiqui ne Dilli se likha hai: "People generally have a confused idea of peace. As a result, when the ideology of peace is explained to them, they do not understand.</w:t>
      </w:r>
    </w:p>
    <w:p>
      <w:pPr>
        <w:jc w:val="right"/>
      </w:pPr>
      <w:r>
        <w:t>مس نغمہ صدیقی نے دہلی سے لکھا ہے: "People generally have a confused idea of peace. As a result, when the ideology of peace is explained to them, they do not understand.</w:t>
      </w:r>
    </w:p>
    <w:p>
      <w:r>
        <w:rPr>
          <w:b/>
        </w:rPr>
        <w:t xml:space="preserve">[52:00] </w:t>
      </w:r>
      <w:r>
        <w:t>How can be explained clearly to them?"</w:t>
      </w:r>
    </w:p>
    <w:p>
      <w:pPr>
        <w:jc w:val="right"/>
      </w:pPr>
      <w:r>
        <w:t>How can be explained clearly to them?"</w:t>
      </w:r>
    </w:p>
    <w:p>
      <w:r>
        <w:rPr>
          <w:b/>
        </w:rPr>
        <w:t xml:space="preserve">[52:04] </w:t>
      </w:r>
      <w:r>
        <w:t>Dekhiye, baat sirf ek hai. Woh yeh hai ke log law of nature ko le kar nahi sochte. Apne khwahishon ko le kar sochte hain.</w:t>
      </w:r>
    </w:p>
    <w:p>
      <w:pPr>
        <w:jc w:val="right"/>
      </w:pPr>
      <w:r>
        <w:t>دیکھیے، بات صرف ایک ہے۔ وہ یہ ہے کہ لوگ law of nature کو لے کر نہیں سوچتے۔ اپنے خواہشوں کو لے کر سوچتے ہیں۔</w:t>
      </w:r>
    </w:p>
    <w:p>
      <w:r>
        <w:rPr>
          <w:b/>
        </w:rPr>
        <w:t xml:space="preserve">[52:16] </w:t>
      </w:r>
      <w:r>
        <w:t>Dunya mein aap ki khwahish nahi chalegi. Aap ki dildar nahi chalegi. Law of nature chalegi.</w:t>
      </w:r>
    </w:p>
    <w:p>
      <w:pPr>
        <w:jc w:val="right"/>
      </w:pPr>
      <w:r>
        <w:t>دنیا میں آپ کی خواہش نہیں چلے گی۔ آپ کی دلدار نہیں چلے گا۔ Law of nature چلے گا۔</w:t>
      </w:r>
    </w:p>
    <w:p>
      <w:r>
        <w:rPr>
          <w:b/>
        </w:rPr>
        <w:t xml:space="preserve">[52:23] </w:t>
      </w:r>
      <w:r>
        <w:t>Log chahte hain ke mere sath injustice na ho. To aap ke chahne se thori aisa hota hai ke dunya mein injustice na ho. Law of nature kya hai?</w:t>
      </w:r>
    </w:p>
    <w:p>
      <w:pPr>
        <w:jc w:val="right"/>
      </w:pPr>
      <w:r>
        <w:t>لوگ چاہتے ہیں کہ میرے ساتھ injustice نہ ہو۔ تو آپ کے چاہنے سے تھوڑی ایسا ہوتا ہے کہ دنیا میں injustice نہ ہو۔ Law of nature کیا ہے؟</w:t>
      </w:r>
    </w:p>
    <w:p>
      <w:r>
        <w:rPr>
          <w:b/>
        </w:rPr>
        <w:t xml:space="preserve">[52:32] </w:t>
      </w:r>
      <w:r>
        <w:t>Law of nature yeh hai ke Allah taala ne har insan ko azadi di hai, azadi. To azadi di hai to misuse bhi kare ga woh. To kaun hai is ka hath baandh de ke woh misuse na kare?</w:t>
      </w:r>
    </w:p>
    <w:p>
      <w:pPr>
        <w:jc w:val="right"/>
      </w:pPr>
      <w:r>
        <w:t>Law of nature یہ ہے کہ اللہ تعالیٰ نے ہر انسان کو آزادی دی ہے، آزادی۔ تو آزادی دی ہے تو misuse بھی کرے گا وہ۔ تو کون ہے اس کا ہاتھ باندھ دے کہ وہ misuse نہ کرے؟</w:t>
      </w:r>
    </w:p>
    <w:p>
      <w:r>
        <w:rPr>
          <w:b/>
        </w:rPr>
        <w:t xml:space="preserve">[52:43] </w:t>
      </w:r>
      <w:r>
        <w:t>To injustice kya hai? Kisi insan ka apni azadi ko misuse karna. Isi ka result ka naam hai injustice. Yeh hoga.</w:t>
      </w:r>
    </w:p>
    <w:p>
      <w:pPr>
        <w:jc w:val="right"/>
      </w:pPr>
      <w:r>
        <w:t>تو injustice کیا ہے؟ کسی انسان کا اپنی آزادی کو misuse کرنا۔ اسی کا result کا نام ہے injustice۔ یہ ہوگا۔</w:t>
      </w:r>
    </w:p>
    <w:p>
      <w:r>
        <w:rPr>
          <w:b/>
        </w:rPr>
        <w:t xml:space="preserve">[52:53] </w:t>
      </w:r>
      <w:r>
        <w:t>Aap ko manage karna hai. Aap ko patient planning karni hai. Aap ko face karna hai is ko, challenge lena hai is ko.</w:t>
      </w:r>
    </w:p>
    <w:p>
      <w:pPr>
        <w:jc w:val="right"/>
      </w:pPr>
      <w:r>
        <w:t>آپ کو manage کرنا ہے۔ آپ کو patient planning کرنی ہے۔ آپ کو face کرنا ہے اس کو، چیلنج لینا ہے اس کو۔</w:t>
      </w:r>
    </w:p>
    <w:p>
      <w:r>
        <w:rPr>
          <w:b/>
        </w:rPr>
        <w:t xml:space="preserve">[53:00] </w:t>
      </w:r>
      <w:r>
        <w:t>Jis cheez ko shikayat ke taur par lete hain, us ko challenge ke taur par lena hai. To chunke log yeh nahi sochte ke plan of God kya hai, law of nature kya hai, bas apne desire ko jante hain.</w:t>
      </w:r>
    </w:p>
    <w:p>
      <w:pPr>
        <w:jc w:val="right"/>
      </w:pPr>
      <w:r>
        <w:t>جس چیز کو شکایت کے طور پر لیتے ہیں، اس کو چیلنج کے طور پر لینا ہے۔ تو چونکہ لوگ یہ نہیں سوچتے کہ plan of God کیا ہے، law of nature کیا ہے، بس اپنے desire کو جانتے ہیں۔</w:t>
      </w:r>
    </w:p>
    <w:p>
      <w:r>
        <w:rPr>
          <w:b/>
        </w:rPr>
        <w:t xml:space="preserve">[53:14] </w:t>
      </w:r>
      <w:r>
        <w:t>Isi desire ko le kar ke woh chahte hain ke aisa justice ho, waisa injustice hai. To woh woh soch, un ki, un ko correction karna pare ga un ko.</w:t>
      </w:r>
    </w:p>
    <w:p>
      <w:pPr>
        <w:jc w:val="right"/>
      </w:pPr>
      <w:r>
        <w:t>اسی desire کو لے کر کے وہ چاہتے ہیں کہ ایسا justice ہو، ویسا injustice ہے۔ تو وہ وہ سوچ، ان کی، ان کو correction کرنا پڑے گا ان کو۔</w:t>
      </w:r>
    </w:p>
    <w:p>
      <w:r>
        <w:rPr>
          <w:b/>
        </w:rPr>
        <w:t xml:space="preserve">[53:22] </w:t>
      </w:r>
      <w:r>
        <w:t>Ke aap ka zaati desire hai, woh nahi chalegi dunya mein.</w:t>
      </w:r>
    </w:p>
    <w:p>
      <w:pPr>
        <w:jc w:val="right"/>
      </w:pPr>
      <w:r>
        <w:t>کہ آپ کا ذاتی desire ہے، وہ نہیں چلے گی دنیا میں۔</w:t>
      </w:r>
    </w:p>
    <w:p>
      <w:r>
        <w:rPr>
          <w:b/>
        </w:rPr>
        <w:t xml:space="preserve">[53:27] </w:t>
      </w:r>
      <w:r>
        <w:t>First of all, you have to know what is the creation plan of God.</w:t>
      </w:r>
    </w:p>
    <w:p>
      <w:pPr>
        <w:jc w:val="right"/>
      </w:pPr>
      <w:r>
        <w:t>First of all, you have to know what is the creation plan of God.</w:t>
      </w:r>
    </w:p>
    <w:p>
      <w:r>
        <w:rPr>
          <w:b/>
        </w:rPr>
        <w:t xml:space="preserve">[53:30] </w:t>
      </w:r>
      <w:r>
        <w:t>Why is the law of nature? Us ko le kar ke sochiye. Us ko chhod kar na sochiye.</w:t>
      </w:r>
    </w:p>
    <w:p>
      <w:pPr>
        <w:jc w:val="right"/>
      </w:pPr>
      <w:r>
        <w:t>Why is the law of nature؟ اس کو لے کر کے سوچیے۔ اس کو چھوڑ کر نہ سوچیے۔</w:t>
      </w:r>
    </w:p>
    <w:p>
      <w:r>
        <w:rPr>
          <w:b/>
        </w:rPr>
        <w:t xml:space="preserve">[53:43] </w:t>
      </w:r>
      <w:r>
        <w:t>Mr Arshad Jamal ne Dilli se likha hai: "Quran ke chapter number twenty five mein ek dua aai hai. Us mein bataya gaya hai ke khuda ya, tu mujh ko mutaqiòn ka imam bana.</w:t>
      </w:r>
    </w:p>
    <w:p>
      <w:pPr>
        <w:jc w:val="right"/>
      </w:pPr>
      <w:r>
        <w:t>مسٹر ارشد جمال نے دہلی سے لکھا ہے: "قرآن کے چیپٹر نمبر twenty five میں ایک دعا آئی ہے۔ اس میں بتایا گیا ہے کہ خدایا، تو مجھ کو متقیوں کا امام بنا۔</w:t>
      </w:r>
    </w:p>
    <w:p>
      <w:r>
        <w:rPr>
          <w:b/>
        </w:rPr>
        <w:t xml:space="preserve">[53:58] </w:t>
      </w:r>
      <w:r>
        <w:t>Us ka matlab kya hai?"</w:t>
      </w:r>
    </w:p>
    <w:p>
      <w:pPr>
        <w:jc w:val="right"/>
      </w:pPr>
      <w:r>
        <w:t>اس کا مطلب کیا ہے؟"</w:t>
      </w:r>
    </w:p>
    <w:p>
      <w:r>
        <w:rPr>
          <w:b/>
        </w:rPr>
        <w:t xml:space="preserve">[54:00] </w:t>
      </w:r>
      <w:r>
        <w:t>yeh</w:t>
      </w:r>
    </w:p>
    <w:p>
      <w:pPr>
        <w:jc w:val="right"/>
      </w:pPr>
      <w:r>
        <w:t>یہ</w:t>
      </w:r>
    </w:p>
    <w:p>
      <w:r>
        <w:rPr>
          <w:b/>
        </w:rPr>
        <w:t xml:space="preserve">[54:05] </w:t>
      </w:r>
      <w:r>
        <w:t>aulad ke bare mein aaya hai. Family ke bare mein. Family ka bara jo hai woh yeh keh raha hai. To is ko aap extended sense mein le sakte hain, society ke bare mein bhi.</w:t>
      </w:r>
    </w:p>
    <w:p>
      <w:pPr>
        <w:jc w:val="right"/>
      </w:pPr>
      <w:r>
        <w:t>اولاد کے بارے میں آیا ہے۔ Family کے بارے میں۔ Family کا بڑا جو ہے وہ یہ کہہ رہا ہے۔ تو اس کو آپ extended sense میں لے سکتے ہیں، society کے بارے میں بھی۔</w:t>
      </w:r>
    </w:p>
    <w:p>
      <w:r>
        <w:rPr>
          <w:b/>
        </w:rPr>
        <w:t xml:space="preserve">[54:18] </w:t>
      </w:r>
      <w:r>
        <w:t>To mein jahan tak samjha hoon, is ayat ka matlab woh yeh hai ke aap doosron ko jo lead dein, to aap logon ko achhi lead dein.</w:t>
      </w:r>
    </w:p>
    <w:p>
      <w:pPr>
        <w:jc w:val="right"/>
      </w:pPr>
      <w:r>
        <w:t>تو میں جہاں تک سمجھا ہوں، اس آیت کا مطلب وہ یہ ہے کہ آپ دوسروں کو جو lead دیں، تو آپ لوگوں کو اچھی lead دیں۔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