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13 Nov 2011</w:t>
      </w:r>
    </w:p>
    <w:p>
      <w:r>
        <w:t>https://www.youtube.com/watch?v=oOZ9h37_pL8</w:t>
      </w:r>
    </w:p>
    <w:p>
      <w:r>
        <w:rPr>
          <w:b/>
        </w:rPr>
        <w:t xml:space="preserve">[00:12] </w:t>
      </w:r>
      <w:r>
        <w:t>Sen ka England se. Inhone likha hai ke Islam carries global appeal in itself, and dawah work is meant for global emancipation of all human beings. I just want to know what is the recipe for it</w:t>
      </w:r>
    </w:p>
    <w:p>
      <w:pPr>
        <w:jc w:val="right"/>
      </w:pPr>
      <w:r>
        <w:t>सेन का इंग्लैंड से। इन्होंने लिखा है कि इस्लाम कैरीज ग्लोबल अपील इन इटसेल्फ, एंड दावा वर्क इज मेंट फॉर ग्लोबल इमांसिपेशन ऑफ ऑल ह्यूमन बीइंग्स। आई जस्ट वांट टू नो व्हाट इज दी रेसिपी फॉर इट</w:t>
      </w:r>
    </w:p>
    <w:p>
      <w:r>
        <w:rPr>
          <w:b/>
        </w:rPr>
        <w:t xml:space="preserve">[00:29] </w:t>
      </w:r>
      <w:r>
        <w:t>. Jahan tak mein samjhaon is sawal ka matlab, is ke liyehaze se arz karunga ke</w:t>
      </w:r>
    </w:p>
    <w:p>
      <w:pPr>
        <w:jc w:val="right"/>
      </w:pPr>
      <w:r>
        <w:t>। جہاں تک میں سمجھاؤں اس سوال کا مطلب، اس کے لحاظ سے عرض کروں گا کہ</w:t>
      </w:r>
    </w:p>
    <w:p>
      <w:r>
        <w:rPr>
          <w:b/>
        </w:rPr>
        <w:t xml:space="preserve">[00:40] </w:t>
      </w:r>
      <w:r>
        <w:t>humein koi masnooi tareeqa ikhtiyar nahi karna hai. Hamare paas ek model hai Rasool Allah sal Allah alaih wasallam ka, usi ko ikhtiyar karna hai bas.</w:t>
      </w:r>
    </w:p>
    <w:p>
      <w:pPr>
        <w:jc w:val="right"/>
      </w:pPr>
      <w:r>
        <w:t>ہمیں کوئی مصنوعی طریقہ اختیار نہیں کرنا ہے۔ ہمارے پاس ایک ماڈل ہے رسول اللہ صلی اللہ علیہ وسلم کا، اسی کو اختیار کرنا ہے بس۔</w:t>
      </w:r>
    </w:p>
    <w:p>
      <w:r>
        <w:rPr>
          <w:b/>
        </w:rPr>
        <w:t xml:space="preserve">[00:52] </w:t>
      </w:r>
      <w:r>
        <w:t>Woh yehi model tha jo maine arz kiya ke possible se beginning, mumkin se aaghaz.</w:t>
      </w:r>
    </w:p>
    <w:p>
      <w:pPr>
        <w:jc w:val="right"/>
      </w:pPr>
      <w:r>
        <w:t>وہ یہی ماڈل تھا جو میں نے عرض کیا کہ پاسیبل سے بگننگ، ممکن سے آغاز۔</w:t>
      </w:r>
    </w:p>
    <w:p>
      <w:r>
        <w:rPr>
          <w:b/>
        </w:rPr>
        <w:t xml:space="preserve">[01:06] </w:t>
      </w:r>
      <w:r>
        <w:t>Jo aaj aap ke liye mumkin hai wahan se aap start le lein. Yani aap universal goal banayein aur global nishana qaim karein.</w:t>
      </w:r>
    </w:p>
    <w:p>
      <w:pPr>
        <w:jc w:val="right"/>
      </w:pPr>
      <w:r>
        <w:t>جو آج آپ کے لیے ممکن ہے وہاں سے آپ اسٹارٹ لے لیں۔ یعنی آپ یونیورسل گول بنائیں اور گلوبل نشانہ قائم کریں۔</w:t>
      </w:r>
    </w:p>
    <w:p>
      <w:r>
        <w:rPr>
          <w:b/>
        </w:rPr>
        <w:t xml:space="preserve">[01:21] </w:t>
      </w:r>
      <w:r>
        <w:t>Yeh practical baat nahi hai.</w:t>
      </w:r>
    </w:p>
    <w:p>
      <w:pPr>
        <w:jc w:val="right"/>
      </w:pPr>
      <w:r>
        <w:t>یہ پریکٹیکل بات نہیں ہے۔</w:t>
      </w:r>
    </w:p>
    <w:p>
      <w:r>
        <w:rPr>
          <w:b/>
        </w:rPr>
        <w:t xml:space="preserve">[01:26] </w:t>
      </w:r>
      <w:r>
        <w:t>Aap jahan hain, jis mahaul mein hain, jin logon ke darmiyan hain, wahan ke liyehaze se apni planning karein. Jo mumkin hai us ke aitbar se apne kaam ka mansooba banayein.</w:t>
      </w:r>
    </w:p>
    <w:p>
      <w:pPr>
        <w:jc w:val="right"/>
      </w:pPr>
      <w:r>
        <w:t>آپ جہاں ہیں، جس ماحول میں ہیں، جن لوگوں کے درمیان ہیں، وہاں کے لحاظ سے اپنی پلاننگ کریں۔ جو ممکن ہے اس کے اعتبار سے اپنے کام کا منصوبہ بنائیں۔</w:t>
      </w:r>
    </w:p>
    <w:p>
      <w:r>
        <w:rPr>
          <w:b/>
        </w:rPr>
        <w:t xml:space="preserve">[01:43] </w:t>
      </w:r>
      <w:r>
        <w:t>Sab se aasan kya hai aaj kal ke mahaul mein</w:t>
      </w:r>
    </w:p>
    <w:p>
      <w:pPr>
        <w:jc w:val="right"/>
      </w:pPr>
      <w:r>
        <w:t>سب سے آسان کیا ہے آج کل کے ماحول میں</w:t>
      </w:r>
    </w:p>
    <w:p>
      <w:r>
        <w:rPr>
          <w:b/>
        </w:rPr>
        <w:t xml:space="preserve">[01:47] </w:t>
      </w:r>
      <w:r>
        <w:t>? Hum printing press ke zamane mein hain. Aap ke paas ijtimai literature maujood ho har waqt. Quran ka, mislan aap England mein hain to wahan ki zaban Angrezi hai,</w:t>
      </w:r>
    </w:p>
    <w:p>
      <w:pPr>
        <w:jc w:val="right"/>
      </w:pPr>
      <w:r>
        <w:t>؟ ہم پرنٹنگ پریس کے زمانے میں ہیں۔ آپ کے پاس اجتماعی لٹریچر موجود ہو ہر وقت۔ قرآن کا، مثلاً آپ انگلینڈ میں ہیں تو وہاں کی زبان انگریزی ہے،</w:t>
      </w:r>
    </w:p>
    <w:p>
      <w:r>
        <w:rPr>
          <w:b/>
        </w:rPr>
        <w:t xml:space="preserve">[02:02] </w:t>
      </w:r>
      <w:r>
        <w:t>to Quran ka Angrezi tarjuma aap ke paas har waqt maujood rahe.</w:t>
      </w:r>
    </w:p>
    <w:p>
      <w:pPr>
        <w:jc w:val="right"/>
      </w:pPr>
      <w:r>
        <w:t>تو قرآن کا انگریزی ترجمہ آپ کے پاس ہر وقت موجود رہے۔</w:t>
      </w:r>
    </w:p>
    <w:p>
      <w:r>
        <w:rPr>
          <w:b/>
        </w:rPr>
        <w:t xml:space="preserve">[02:09] </w:t>
      </w:r>
      <w:r>
        <w:t>Jo kitabein chhoti chhoti hain, mislan Reality of Life aur Creation Plan of God aur is tarah ki bahut si kitabein hain,</w:t>
      </w:r>
    </w:p>
    <w:p>
      <w:pPr>
        <w:jc w:val="right"/>
      </w:pPr>
      <w:r>
        <w:t>جو کتابیں چھوٹی چھوٹی ہیں، مثلاً ریلیٹی آف لائف اور کریشن پلان آف گاڈ اور اس طرح کی بہت سی کتابیں ہیں،</w:t>
      </w:r>
    </w:p>
    <w:p>
      <w:r>
        <w:rPr>
          <w:b/>
        </w:rPr>
        <w:t xml:space="preserve">[02:23] </w:t>
      </w:r>
      <w:r>
        <w:t>woh apne paas rakhein, apne pocket mein, apne bag mein, apne table par.</w:t>
      </w:r>
    </w:p>
    <w:p>
      <w:pPr>
        <w:jc w:val="right"/>
      </w:pPr>
      <w:r>
        <w:t>وہ اپنے پاس رکھیں، اپنے پاکٹ میں، اپنے بیگ میں، اپنے ٹیبل پر۔</w:t>
      </w:r>
    </w:p>
    <w:p>
      <w:r>
        <w:rPr>
          <w:b/>
        </w:rPr>
        <w:t xml:space="preserve">[02:30] </w:t>
      </w:r>
      <w:r>
        <w:t>Aur jahan bhi koi milta hai aap ko, us se kuch mukhtasar si baat kijiye aur use pesh kar dijiye kitab ek.</w:t>
      </w:r>
    </w:p>
    <w:p>
      <w:pPr>
        <w:jc w:val="right"/>
      </w:pPr>
      <w:r>
        <w:t>اور جہاں بھی کوئی ملتا ہے آپ کو، اس سے کچھ مختصر سی بات کیجئے اور اسے پیش کر دیجئے کتاب ایک۔</w:t>
      </w:r>
    </w:p>
    <w:p>
      <w:r>
        <w:rPr>
          <w:b/>
        </w:rPr>
        <w:t xml:space="preserve">[02:39] </w:t>
      </w:r>
      <w:r>
        <w:t>Yeh hai sab se aasan beginning. Sab se aasan beginning.</w:t>
      </w:r>
    </w:p>
    <w:p>
      <w:pPr>
        <w:jc w:val="right"/>
      </w:pPr>
      <w:r>
        <w:t>یہ ہے سب سے آسان بگننگ۔ سب سے آسان بگننگ۔</w:t>
      </w:r>
    </w:p>
    <w:p>
      <w:r>
        <w:rPr>
          <w:b/>
        </w:rPr>
        <w:t xml:space="preserve">[02:50] </w:t>
      </w:r>
      <w:r>
        <w:t>Abhi hamare saathi hain</w:t>
      </w:r>
    </w:p>
    <w:p>
      <w:pPr>
        <w:jc w:val="right"/>
      </w:pPr>
      <w:r>
        <w:t>ابھی ہمارے ساتھی ہیں</w:t>
      </w:r>
    </w:p>
    <w:p>
      <w:r>
        <w:rPr>
          <w:b/>
        </w:rPr>
        <w:t xml:space="preserve">[02:55] </w:t>
      </w:r>
      <w:r>
        <w:t>Shahid Anwar sahab, to woh aaj subah mulaqat hui to unhone bataya ke mein ek office mein gaya</w:t>
      </w:r>
    </w:p>
    <w:p>
      <w:pPr>
        <w:jc w:val="right"/>
      </w:pPr>
      <w:r>
        <w:t>شاہد انور صاحب، تو وہ آج صبح ملاقات ہوئی تو انہوں نے بتایا کہ میں ایک آفس میں گیا</w:t>
      </w:r>
    </w:p>
    <w:p>
      <w:r>
        <w:rPr>
          <w:b/>
        </w:rPr>
        <w:t xml:space="preserve">[03:07] </w:t>
      </w:r>
      <w:r>
        <w:t>to wahan par kuch log baithe hue the. To unhone un mein se ek shakhs ko, yeh Bombay ka qissa hai, unhone ek shakhs ko kitab di Hindi mein, uska naam hai Sach Ki Khoj.</w:t>
      </w:r>
    </w:p>
    <w:p>
      <w:pPr>
        <w:jc w:val="right"/>
      </w:pPr>
      <w:r>
        <w:t>تو وہاں پر کچھ لوگ بیٹھے ہوئے تھے۔ تو انہوں نے ان میں سے ایک شخص کو، یہ بامبے کا قصہ ہے، انہوں نے ایک شخص کو کتاب دی ہندی میں، اس کا نام ہے سچ کی کھوج۔</w:t>
      </w:r>
    </w:p>
    <w:p>
      <w:r>
        <w:rPr>
          <w:b/>
        </w:rPr>
        <w:t xml:space="preserve">[03:22] </w:t>
      </w:r>
      <w:r>
        <w:t>To unke paas jo dost saathi baitha hua tha, usne title dekha</w:t>
      </w:r>
    </w:p>
    <w:p>
      <w:pPr>
        <w:jc w:val="right"/>
      </w:pPr>
      <w:r>
        <w:t>تو ان کے پاس جو دوست ساتھی بیٹھا ہوا تھا، اس نے ٹائٹل دیکھا</w:t>
      </w:r>
    </w:p>
    <w:p>
      <w:r>
        <w:rPr>
          <w:b/>
        </w:rPr>
        <w:t xml:space="preserve">[03:27] </w:t>
      </w:r>
      <w:r>
        <w:t>to usne us se kaha jis ko unhone diya tha kitab ke bhai yeh kitab mujhe bhi do. To usne kaha mein koi tum ko doon, mein to khud padhunga.</w:t>
      </w:r>
    </w:p>
    <w:p>
      <w:pPr>
        <w:jc w:val="right"/>
      </w:pPr>
      <w:r>
        <w:t>تو اس نے اس سے کہا جس کو انہوں نے دیا تھا کتاب کہ بھئی یہ کتاب مجھے بھی دو۔ تو اس نے کہا میں کوئی تم کو دوں، میں تو خود پڑھوں گا۔</w:t>
      </w:r>
    </w:p>
    <w:p>
      <w:r>
        <w:rPr>
          <w:b/>
        </w:rPr>
        <w:t xml:space="preserve">[03:37] </w:t>
      </w:r>
      <w:r>
        <w:t>To Shahid sahab ne sun liya to ek aur kitab nikali aur doosre wale ko bhi de di. Yeh hai aasan tareen beginning.</w:t>
      </w:r>
    </w:p>
    <w:p>
      <w:pPr>
        <w:jc w:val="right"/>
      </w:pPr>
      <w:r>
        <w:t>تو شاہد صاحب نے سن لیا تو ایک اور کتاب نکالی اور دوسرے والے کو بھی دے دیا۔ یہ ہے آسان ترین بگننگ۔</w:t>
      </w:r>
    </w:p>
    <w:p>
      <w:r>
        <w:rPr>
          <w:b/>
        </w:rPr>
        <w:t xml:space="preserve">[03:47] </w:t>
      </w:r>
      <w:r>
        <w:t>Jahan aap hain, wahan ek audience hai, jahan aap hain, wahan kuch insaan hain. To aap yeh kijiye. Maine ek qissa padha tha kitchen machinery ka ke unhone apne ek aadmi ko bheja</w:t>
      </w:r>
    </w:p>
    <w:p>
      <w:pPr>
        <w:jc w:val="right"/>
      </w:pPr>
      <w:r>
        <w:t>جہاں آپ ہیں، وہاں ایک آڈینس ہے، جہاں آپ ہیں، وہاں کچھ انسان ہیں۔ تو آپ یہ کیجئے۔ میں نے ایک قصہ پڑھا تھا کچن مشینریز کا کہ انہوں نے اپنے ایک آدمی کو بھیجا</w:t>
      </w:r>
    </w:p>
    <w:p>
      <w:r>
        <w:rPr>
          <w:b/>
        </w:rPr>
        <w:t xml:space="preserve">[04:07] </w:t>
      </w:r>
      <w:r>
        <w:t>South America ke ek jangli ilaqe mein. To wahan ja ke dekho ke wahan kaise insaan hain, kya hai wahan par, kaun log hain, kya hai.</w:t>
      </w:r>
    </w:p>
    <w:p>
      <w:pPr>
        <w:jc w:val="right"/>
      </w:pPr>
      <w:r>
        <w:t>ساؤتھ امریکہ کے ایک جنگل والے علاقے میں۔ تو وہاں جا کے دیکھو کہ وہاں کیسے انسان ہیں، کیا ہے وہاں پر، کون لوگ ہیں، کیا ہے۔</w:t>
      </w:r>
    </w:p>
    <w:p>
      <w:r>
        <w:rPr>
          <w:b/>
        </w:rPr>
        <w:t xml:space="preserve">[04:18] </w:t>
      </w:r>
      <w:r>
        <w:t>to woh bohat hi primitive age mein rehte thay woh log.</w:t>
      </w:r>
    </w:p>
    <w:p>
      <w:pPr>
        <w:jc w:val="right"/>
      </w:pPr>
      <w:r>
        <w:t>تو وہ بہت ہی پریمیٹیو ایج میں رہتے تھے وہ لوگ۔</w:t>
      </w:r>
    </w:p>
    <w:p>
      <w:r>
        <w:rPr>
          <w:b/>
        </w:rPr>
        <w:t xml:space="preserve">[04:25] </w:t>
      </w:r>
      <w:r>
        <w:t>to woh gaya wahan par is jangli ilaqay mein. kuch din dekh kar aaya to kehne lage ke wahan par medak hain, wahan saanp hain, wahan keere makore hain, wahan yeh hai, wahan yeh sab tafseel batane laga.</w:t>
      </w:r>
    </w:p>
    <w:p>
      <w:pPr>
        <w:jc w:val="right"/>
      </w:pPr>
      <w:r>
        <w:t>تو وہ گیا وہاں پر اس جنگلی علاقے میں۔ کچھ دن دیکھ کر آیا تو کہنے لگے کہ وہاں پر میڈک ہیں، وہاں سانپ ہیں، وہاں کیڑے مکوڑے ہیں، وہاں یہ ہے، وہاں یہ سب تفصیل بتانے لگا۔</w:t>
      </w:r>
    </w:p>
    <w:p>
      <w:r>
        <w:rPr>
          <w:b/>
        </w:rPr>
        <w:t xml:space="preserve">[04:40] </w:t>
      </w:r>
      <w:r>
        <w:t>wahan pand hai.</w:t>
      </w:r>
    </w:p>
    <w:p>
      <w:pPr>
        <w:jc w:val="right"/>
      </w:pPr>
      <w:r>
        <w:t>وہاں پانڈ ہے۔</w:t>
      </w:r>
    </w:p>
    <w:p>
      <w:r>
        <w:rPr>
          <w:b/>
        </w:rPr>
        <w:t xml:space="preserve">[04:42] </w:t>
      </w:r>
      <w:r>
        <w:t>to ek sunne wala jo tha, ek us ne chila kar kaha arey bhai wahan insaan bhi hain kya?</w:t>
      </w:r>
    </w:p>
    <w:p>
      <w:pPr>
        <w:jc w:val="right"/>
      </w:pPr>
      <w:r>
        <w:t>تو ایک سننے والا جو تھا، ایک اس نے چلا کر کہا ارے بھئی وہاں انسان بھی ہیں کیا؟</w:t>
      </w:r>
    </w:p>
    <w:p>
      <w:r>
        <w:rPr>
          <w:b/>
        </w:rPr>
        <w:t xml:space="preserve">[04:49] </w:t>
      </w:r>
      <w:r>
        <w:t>to unhon ne kaha haan insaan bhi hain. to unhon ne kaha bas hamein apna kaam mil gaya. baqi cheezein kyun batat</w:t>
      </w:r>
    </w:p>
    <w:p>
      <w:pPr>
        <w:jc w:val="right"/>
      </w:pPr>
      <w:r>
        <w:t>تو انہوں نے کہا ہاں انسان بھی ہیں۔ تو انہوں نے کہا بس ہمیں اپنا کام مل گیا۔ باقی چیزیں کیوں بتات</w:t>
      </w:r>
    </w:p>
    <w:p>
      <w:r>
        <w:rPr>
          <w:b/>
        </w:rPr>
        <w:t xml:space="preserve">[04:56] </w:t>
      </w:r>
      <w:r>
        <w:t>e ho hum ko? insaan hain to wahan hum ja kar apna mushri work chalayen ge. to aap ki soch yeh honi chahiye ke jahan aap hain, wahan insaan hain.</w:t>
      </w:r>
    </w:p>
    <w:p>
      <w:pPr>
        <w:jc w:val="right"/>
      </w:pPr>
      <w:r>
        <w:t>ے ہو ہم کو؟ انسان ہیں تو وہاں ہم جا کے اپنا مشری ورک چلائیں گے۔ تو آپ کی سوچ یہ ہونی چاہیے کہ جہاں آپ ہیں، وہاں انسان ہیں۔</w:t>
      </w:r>
    </w:p>
    <w:p>
      <w:r>
        <w:rPr>
          <w:b/>
        </w:rPr>
        <w:t xml:space="preserve">[05:10] </w:t>
      </w:r>
      <w:r>
        <w:t>bas to insaan hain to aap ke paas kaam hai.</w:t>
      </w:r>
    </w:p>
    <w:p>
      <w:pPr>
        <w:jc w:val="right"/>
      </w:pPr>
      <w:r>
        <w:t>بس تو انسان ہیں تو آپ کے پاس کام ہے۔</w:t>
      </w:r>
    </w:p>
    <w:p>
      <w:r>
        <w:rPr>
          <w:b/>
        </w:rPr>
        <w:t xml:space="preserve">[05:16] </w:t>
      </w:r>
      <w:r>
        <w:t>lambe lambe mashwarey banana, lambe lambe target qaim karna, yeh koi na aqal ki baat hai na amli baat hai yeh.</w:t>
      </w:r>
    </w:p>
    <w:p>
      <w:pPr>
        <w:jc w:val="right"/>
      </w:pPr>
      <w:r>
        <w:t>لمبے لمبے مشورے بنانا، لمبے لمبے ٹارگٹ قائم کرنا، یہ کوئی نہ عقل کی بات ہے نہ عملی بات ہے یہ۔</w:t>
      </w:r>
    </w:p>
    <w:p>
      <w:r>
        <w:rPr>
          <w:b/>
        </w:rPr>
        <w:t xml:space="preserve">[05:24] </w:t>
      </w:r>
      <w:r>
        <w:t>yeh to hawai baat hai. aisa kabhi nahi karna chahiye ek daai ko. daai bohat ziyada practical insaan hota hai.</w:t>
      </w:r>
    </w:p>
    <w:p>
      <w:pPr>
        <w:jc w:val="right"/>
      </w:pPr>
      <w:r>
        <w:t>یہ تو ہوائی بات ہے۔ ایسا کبھی نہیں کرنا چاہیے ایک داعی کو۔ داعی بہت زیادہ پریکٹیکل انسان ہوتا ہے۔</w:t>
      </w:r>
    </w:p>
    <w:p>
      <w:r>
        <w:rPr>
          <w:b/>
        </w:rPr>
        <w:t xml:space="preserve">[05:36] </w:t>
      </w:r>
      <w:r>
        <w:t>daai bohat ziyada practical insaan hota hai. jaisa ke rasool Allah sal Allah alaihi wasallam ke namune se maine bataya abhi aap ko. to aap practical baniye aur</w:t>
      </w:r>
    </w:p>
    <w:p>
      <w:pPr>
        <w:jc w:val="right"/>
      </w:pPr>
      <w:r>
        <w:t>داعی بہت زیادہ پریکٹیکل انسان ہوتا ہے۔ جیسا کہ رسول اللہ صلی اللہ علیہ وسلم کے نمونے سے میں نے بتایا ابھی آپ کو۔ تو آپ پریکٹیکل بنیے اور</w:t>
      </w:r>
    </w:p>
    <w:p>
      <w:r>
        <w:rPr>
          <w:b/>
        </w:rPr>
        <w:t xml:space="preserve">[05:48] </w:t>
      </w:r>
      <w:r>
        <w:t>jo aap ke liye</w:t>
      </w:r>
    </w:p>
    <w:p>
      <w:pPr>
        <w:jc w:val="right"/>
      </w:pPr>
      <w:r>
        <w:t>جو آپ کے لیے</w:t>
      </w:r>
    </w:p>
    <w:p>
      <w:r>
        <w:rPr>
          <w:b/>
        </w:rPr>
        <w:t xml:space="preserve">[05:53] </w:t>
      </w:r>
      <w:r>
        <w:t>bilkul aasani se mumkin hai, bas wahan se shuru kar dijiye. aur dheere dheere inshallah gradual tareeqay se kaam barhe ga. kaam hamesha dekhiye gradual tareeqay se barhta hai.</w:t>
      </w:r>
    </w:p>
    <w:p>
      <w:pPr>
        <w:jc w:val="right"/>
      </w:pPr>
      <w:r>
        <w:t>بالکل آسانی سے ممکن ہے، بس وہاں سے شروع کر دیجئے۔ اور دھیرے دھیرے انشاءاللہ گریجول طریقے سے کام بڑھے گا۔ کام ہمیشہ دیکھئے گریجول طریقے سے بڑھتا ہے۔</w:t>
      </w:r>
    </w:p>
    <w:p>
      <w:r>
        <w:rPr>
          <w:b/>
        </w:rPr>
        <w:t xml:space="preserve">[06:06] </w:t>
      </w:r>
      <w:r>
        <w:t>pehlay din sab kuch mil jaye aap ko yeh nahi ho sakta. yeh law of nature ke khilaf hai.</w:t>
      </w:r>
    </w:p>
    <w:p>
      <w:pPr>
        <w:jc w:val="right"/>
      </w:pPr>
      <w:r>
        <w:t>پہلے دن سب کچھ مل جائے آپ کو یہ نہیں ہو سکتا۔ یہ لاء آف نیچر کے خلاف ہے۔</w:t>
      </w:r>
    </w:p>
    <w:p>
      <w:r>
        <w:rPr>
          <w:b/>
        </w:rPr>
        <w:t xml:space="preserve">[06:13] </w:t>
      </w:r>
      <w:r>
        <w:t>maulana in ka ek aur sawal hai, woh janna chahte hain aap se ke is global morality possible or practicable?</w:t>
      </w:r>
    </w:p>
    <w:p>
      <w:pPr>
        <w:jc w:val="right"/>
      </w:pPr>
      <w:r>
        <w:t>مولانا ان کا ایک اور سوال ہے، وہ جاننا چاہتے ہیں آپ سے کہ از گلوبل موریلٹی پاسیبل اور پریکٹیکبل؟</w:t>
      </w:r>
    </w:p>
    <w:p>
      <w:r>
        <w:rPr>
          <w:b/>
        </w:rPr>
        <w:t xml:space="preserve">[06:22] </w:t>
      </w:r>
      <w:r>
        <w:t>dekhye global morality ka lafz ek main samajhta hoon ke sahi lafz nahi hai. individual morality boliye aap. individual morality.</w:t>
      </w:r>
    </w:p>
    <w:p>
      <w:pPr>
        <w:jc w:val="right"/>
      </w:pPr>
      <w:r>
        <w:t>دیکھئے گلوبل موریلٹی کا لفظ ایک میں سمجھتا ہوں کہ صحیح لفظ نہیں ہے۔ انڈیویجول موریلٹی بولیے آپ۔ انڈیویجول موریلٹی۔</w:t>
      </w:r>
    </w:p>
    <w:p>
      <w:r>
        <w:rPr>
          <w:b/>
        </w:rPr>
        <w:t xml:space="preserve">[06:31] </w:t>
      </w:r>
      <w:r>
        <w:t>yani ek ek fard ke andar akhlaqi akhlaq ko lana.</w:t>
      </w:r>
    </w:p>
    <w:p>
      <w:pPr>
        <w:jc w:val="right"/>
      </w:pPr>
      <w:r>
        <w:t>یعنی ایک ایک فرد کے اندر اخلاقی اخلاق کو لانا۔</w:t>
      </w:r>
    </w:p>
    <w:p>
      <w:r>
        <w:rPr>
          <w:b/>
        </w:rPr>
        <w:t xml:space="preserve">[06:39] </w:t>
      </w:r>
      <w:r>
        <w:t>global morality to ek hawai nishana hai. aap ek ek fard ke andar akhlaqi value paida kijiye.</w:t>
      </w:r>
    </w:p>
    <w:p>
      <w:pPr>
        <w:jc w:val="right"/>
      </w:pPr>
      <w:r>
        <w:t>گلوبل موریلٹی تو ایک ہوائی نشانہ ہے۔ آپ ایک ایک فرد کے اندر اخلاقی ویلیو پیدا کیجئے۔</w:t>
      </w:r>
    </w:p>
    <w:p>
      <w:r>
        <w:rPr>
          <w:b/>
        </w:rPr>
        <w:t xml:space="preserve">[06:48] </w:t>
      </w:r>
      <w:r>
        <w:t>ek ek fard ke andar akhlaqi ehsas paida kijiye. ek ek shakhs ko andar hi human values paida kijiye.</w:t>
      </w:r>
    </w:p>
    <w:p>
      <w:pPr>
        <w:jc w:val="right"/>
      </w:pPr>
      <w:r>
        <w:t>ایک ایک فرد کے اندر اخلاقی احساس پیدا کیجئے۔ ایک ایک شخص کو اندر ہیومن ویلیوز پیدا کیجئے۔</w:t>
      </w:r>
    </w:p>
    <w:p>
      <w:r>
        <w:rPr>
          <w:b/>
        </w:rPr>
        <w:t xml:space="preserve">[06:56] </w:t>
      </w:r>
      <w:r>
        <w:t>to aap yani jab fard ke andar koshish karen ge to zaroor aap ko achievement hoga.</w:t>
      </w:r>
    </w:p>
    <w:p>
      <w:pPr>
        <w:jc w:val="right"/>
      </w:pPr>
      <w:r>
        <w:t>تو آپ یعنی جب فرد کے اندر کوشش کریں گے تو ضرور آپ کو اچیومنٹ ہوگا۔</w:t>
      </w:r>
    </w:p>
    <w:p>
      <w:r>
        <w:rPr>
          <w:b/>
        </w:rPr>
        <w:t xml:space="preserve">[07:07] </w:t>
      </w:r>
      <w:r>
        <w:t>aur aap pehlay din aap kahain ke saare globe ko hamein ek</w:t>
      </w:r>
    </w:p>
    <w:p>
      <w:pPr>
        <w:jc w:val="right"/>
      </w:pPr>
      <w:r>
        <w:t>اور آپ پہلے دن آپ کہیں کہ سارے گلوب کو ہمیں ایک</w:t>
      </w:r>
    </w:p>
    <w:p>
      <w:r>
        <w:rPr>
          <w:b/>
        </w:rPr>
        <w:t xml:space="preserve">[07:13] </w:t>
      </w:r>
      <w:r>
        <w:t>ke andar hamein ek akhlaqi nizam banana hai farz kijiye. to woh to ek hawai nishana ban jaye ga jo hone wala nahi hai.</w:t>
      </w:r>
    </w:p>
    <w:p>
      <w:pPr>
        <w:jc w:val="right"/>
      </w:pPr>
      <w:r>
        <w:t>کے اندر ہمیں ایک اخلاقی نظام بنانا ہے فرض کیجئے۔ تو وہ تو ایک ہوائی نشانہ بن جائے گا جو ہونے والا نہیں ہے۔</w:t>
      </w:r>
    </w:p>
    <w:p>
      <w:r>
        <w:rPr>
          <w:b/>
        </w:rPr>
        <w:t xml:space="preserve">[07:22] </w:t>
      </w:r>
      <w:r>
        <w:t>to main phir yahi kahoon ke aap ke aas paas jo insaan hain, un insaanon ko le kar aap planning kijiye apni. yahi sahi tareeqa hai.</w:t>
      </w:r>
    </w:p>
    <w:p>
      <w:pPr>
        <w:jc w:val="right"/>
      </w:pPr>
      <w:r>
        <w:t>تو میں پھر یہی کہوں کہ آپ کے آس پاس جو انسان ہیں، ان انسانوں کو لے کر آپ پلاننگ کیجئے اپنی۔ یہی صحیح طریقہ ہے۔</w:t>
      </w:r>
    </w:p>
    <w:p>
      <w:r>
        <w:rPr>
          <w:b/>
        </w:rPr>
        <w:t xml:space="preserve">[07:33] </w:t>
      </w:r>
      <w:r>
        <w:t>maulana yeh sawal aaya hai Mr Abdul Latif sahib ka Karachi Pakistan se. unhon ne likha hai jab insaan ko Khuda ke takhleeqi naqshay ke mutabiq amal ki azaadi hasil hai to phir dunya bhar ke musalmanon ka doosre logon ke masail par ihtijaj waghera karna khud Allah ke khilaf ihtijaj karne ke barabar hai.</w:t>
      </w:r>
    </w:p>
    <w:p>
      <w:pPr>
        <w:jc w:val="right"/>
      </w:pPr>
      <w:r>
        <w:t>مولانا یہ سوال آیا ہے مسٹر عبداللطیف صاحب کا کراچی پاکستان سے۔ انہوں نے لکھا ہے جب انسان کو خدا کے تخلیقی نقشے کے مطابق عمل کی آزادی حاصل ہے تو پھر دنیا بھر کے مسلمانوں کا دوسرے لوگوں کے مسائل پر احتجاج وغیرہ کرنا خود اللہ کے خلاف احتجاج کرنے کے برابر ہے۔</w:t>
      </w:r>
    </w:p>
    <w:p>
      <w:r>
        <w:rPr>
          <w:b/>
        </w:rPr>
        <w:t xml:space="preserve">[07:57] </w:t>
      </w:r>
      <w:r>
        <w:t>aakhir log is haqeeqat ko kyun nahi samajhte?</w:t>
      </w:r>
    </w:p>
    <w:p>
      <w:pPr>
        <w:jc w:val="right"/>
      </w:pPr>
      <w:r>
        <w:t>آخر لوگ اس حقیقت کو کیوں نہیں سمجھتے؟</w:t>
      </w:r>
    </w:p>
    <w:p>
      <w:r>
        <w:rPr>
          <w:b/>
        </w:rPr>
        <w:t xml:space="preserve">[08:08] </w:t>
      </w:r>
      <w:r>
        <w:t>asal mein log jo hain woh is mein ziyada usool jo hai hamare leaderon ka hai. subah shaam woh sirf shikayati baatein karte hain.</w:t>
      </w:r>
    </w:p>
    <w:p>
      <w:pPr>
        <w:jc w:val="right"/>
      </w:pPr>
      <w:r>
        <w:t>اصل میں لوگ جو ہیں وہ اس میں زیادہ اصول جو ہے ہمارے لیڈروں کا ہے۔ صبح شام وہ صرف شکایتی باتیں کرتے ہیں۔</w:t>
      </w:r>
    </w:p>
    <w:p>
      <w:r>
        <w:rPr>
          <w:b/>
        </w:rPr>
        <w:t xml:space="preserve">[08:22] </w:t>
      </w:r>
      <w:r>
        <w:t>zulm ki dastaanen sunate hain. to aam log bechare kya</w:t>
      </w:r>
    </w:p>
    <w:p>
      <w:pPr>
        <w:jc w:val="right"/>
      </w:pPr>
      <w:r>
        <w:t>ظلم کی داستانیں سناتے ہیں۔ تو عام لوگ بیچارے کیا</w:t>
      </w:r>
    </w:p>
    <w:p>
      <w:r>
        <w:rPr>
          <w:b/>
        </w:rPr>
        <w:t xml:space="preserve">[08:26] </w:t>
      </w:r>
      <w:r>
        <w:t>karen? akhbaron mein parhte hain, radio mein sunte hain, TV mein dekhte hain, jalson mein sunte hain to wahi un ka zehn ban jata hai. to sara qusoor awam ka nahin balkeh leaderon ka hai jin ke pas manfi baaton ke siwa kuch aur hai nahin.</w:t>
      </w:r>
    </w:p>
    <w:p>
      <w:pPr>
        <w:jc w:val="right"/>
      </w:pPr>
      <w:r>
        <w:t>کریں؟ اخباروں میں پڑھتے ہیں، ریڈیو میں سنتے ہیں، ٹی وی میں دیکھتے ہیں، جلسوں میں سنتے ہیں تو وہی ان کا ذہن بن جاتا ہے۔ تو سارا قصور عوام کا نہیں بلکہ لیڈروں کا ہے جن کے پاس منفی باتوں کے سوا کچھ اور ہے نہیں۔</w:t>
      </w:r>
    </w:p>
    <w:p>
      <w:r>
        <w:rPr>
          <w:b/>
        </w:rPr>
        <w:t xml:space="preserve">[08:42] </w:t>
      </w:r>
      <w:r>
        <w:t>jo bhi musalmanon ka akhbar parhiye, magazine parhiye, kitab parhiye, jalse mein jaiye, kisi majlis mein baithiye,</w:t>
      </w:r>
    </w:p>
    <w:p>
      <w:pPr>
        <w:jc w:val="right"/>
      </w:pPr>
      <w:r>
        <w:t>جو بھی مسلمانوں کا اخبار پڑھیے، میگزین پڑھیے، کتاب پڑھیے، جلسے میں جائیے، کسی مجلس میں بیٹھیے،</w:t>
      </w:r>
    </w:p>
    <w:p>
      <w:r>
        <w:rPr>
          <w:b/>
        </w:rPr>
        <w:t xml:space="preserve">[08:48] </w:t>
      </w:r>
      <w:r>
        <w:t>wahan bas manfi baaton ka charcha hoga. conspiracy hai, zulm hai, bas isi tarah ki baaten.</w:t>
      </w:r>
    </w:p>
    <w:p>
      <w:pPr>
        <w:jc w:val="right"/>
      </w:pPr>
      <w:r>
        <w:t>وہاں بس منفی باتوں کا چرچا ہوگا۔ کانسپریسی ہے، ظلم ہے، بس اسی طرح کی باتیں۔</w:t>
      </w:r>
    </w:p>
    <w:p>
      <w:r>
        <w:rPr>
          <w:b/>
        </w:rPr>
        <w:t xml:space="preserve">[08:58] </w:t>
      </w:r>
      <w:r>
        <w:t>hum ko cage mein dal diya gaya hai, aisi baaten. is ka hal sirf yeh hai ke aap</w:t>
      </w:r>
    </w:p>
    <w:p>
      <w:pPr>
        <w:jc w:val="right"/>
      </w:pPr>
      <w:r>
        <w:t>ہم کو سیج میں ڈال دیا گیا ہے، ایسی باتیں۔ اس کا حل صرف یہ ہے کہ آپ</w:t>
      </w:r>
    </w:p>
    <w:p>
      <w:r>
        <w:rPr>
          <w:b/>
        </w:rPr>
        <w:t xml:space="preserve">[09:06] </w:t>
      </w:r>
      <w:r>
        <w:t>ko Allah taala ne positive soch di hai to aap positive soch ko phailaiye. is par shukr kijiye ke is jangall mein, yani is manfi soch ke jangall mein aap ko positive soch mili.</w:t>
      </w:r>
    </w:p>
    <w:p>
      <w:pPr>
        <w:jc w:val="right"/>
      </w:pPr>
      <w:r>
        <w:t>کو اللہ تعالیٰ نے پازیٹیو سوچ دی ہے تو آپ پازیٹیو سوچ کو پھیلائیے۔ اس پر شکر کیجئے کہ اس جنگل میں، یعنی اس منفی سوچ کے جنگل میں آپ کو پازیٹیو سوچ ملی۔</w:t>
      </w:r>
    </w:p>
    <w:p>
      <w:r>
        <w:rPr>
          <w:b/>
        </w:rPr>
        <w:t xml:space="preserve">[09:18] </w:t>
      </w:r>
      <w:r>
        <w:t>to aap apni positive soch ko phailaiye, phailaiye, phailaiye.</w:t>
      </w:r>
    </w:p>
    <w:p>
      <w:pPr>
        <w:jc w:val="right"/>
      </w:pPr>
      <w:r>
        <w:t>تو آپ اپنی پازیٹیو سوچ کو پھیلائیے، پھیلائیے، پھیلائیے۔</w:t>
      </w:r>
    </w:p>
    <w:p>
      <w:r>
        <w:rPr>
          <w:b/>
        </w:rPr>
        <w:t xml:space="preserve">[09:23] </w:t>
      </w:r>
      <w:r>
        <w:t>yahi sahi tareeqa hai.</w:t>
      </w:r>
    </w:p>
    <w:p>
      <w:pPr>
        <w:jc w:val="right"/>
      </w:pPr>
      <w:r>
        <w:t>یہی صحیح طریقہ ہے۔</w:t>
      </w:r>
    </w:p>
    <w:p>
      <w:r>
        <w:rPr>
          <w:b/>
        </w:rPr>
        <w:t xml:space="preserve">[09:28] </w:t>
      </w:r>
      <w:r>
        <w:t>Maulana Inayatullah Umri ne Bangalore se likha hai Maulana Islam mein woh taqat hai jis se is duniya mein ideal nizam qaim kar sakte hain.</w:t>
      </w:r>
    </w:p>
    <w:p>
      <w:pPr>
        <w:jc w:val="right"/>
      </w:pPr>
      <w:r>
        <w:t>مولانا عنایت اللہ عمری نے بینگلورو سے لکھا ہے مولانا اسلام میں وہ طاقت ہے جس سے اس دنیا میں آئیڈیل نظام قائم کر سکتے ہیں۔</w:t>
      </w:r>
    </w:p>
    <w:p>
      <w:r>
        <w:rPr>
          <w:b/>
        </w:rPr>
        <w:t xml:space="preserve">[09:40] </w:t>
      </w:r>
      <w:r>
        <w:t>hum Islam ki khusoosiyat mein is se kam par kaise raazi ho sakte hain? wazahat farmayen. dekhiye yeh nizam wali baat na Quran mein hai na Hadees mein.</w:t>
      </w:r>
    </w:p>
    <w:p>
      <w:pPr>
        <w:jc w:val="right"/>
      </w:pPr>
      <w:r>
        <w:t>ہم اسلام کی خصوصیت میں اس سے کم پر کیسے راضی ہو سکتے ہیں؟ وضاحت فرمائیں۔ دیکھئے یہ نظام والی بات نہ قرآن میں ہے نہ حدیث میں۔</w:t>
      </w:r>
    </w:p>
    <w:p>
      <w:r>
        <w:rPr>
          <w:b/>
        </w:rPr>
        <w:t xml:space="preserve">[09:52] </w:t>
      </w:r>
      <w:r>
        <w:t>yeh to kuch logon ne nikal rakha hai so called Islamist ne. yeh kahan Quran mein</w:t>
      </w:r>
    </w:p>
    <w:p>
      <w:pPr>
        <w:jc w:val="right"/>
      </w:pPr>
      <w:r>
        <w:t>یہ تو کچھ لوگوں نے نکال رکھا ہے سو کالڈ اسلامسٹ نے۔ یہ کہاں قرآن میں</w:t>
      </w:r>
    </w:p>
    <w:p>
      <w:r>
        <w:rPr>
          <w:b/>
        </w:rPr>
        <w:t xml:space="preserve">[09:57] </w:t>
      </w:r>
      <w:r>
        <w:t>hai? haan Hadees mein hai. sari duniya mein adl ka nizam, sari duniya mein qist ka nizam. yeh to hai hi nahin. yeh to hai hi nahin.</w:t>
      </w:r>
    </w:p>
    <w:p>
      <w:pPr>
        <w:jc w:val="right"/>
      </w:pPr>
      <w:r>
        <w:t>ہے؟ ہاں حدیث میں ہے۔ ساری دنیا میں عدل کا نظام، ساری دنیا میں قسط کا نظام۔ یہ تو ہے ہی نہیں۔ یہ تو ہے ہی نہیں۔</w:t>
      </w:r>
    </w:p>
    <w:p>
      <w:r>
        <w:rPr>
          <w:b/>
        </w:rPr>
        <w:t xml:space="preserve">[10:07] </w:t>
      </w:r>
      <w:r>
        <w:t>jo baat Quran mein hai woh sirf yeh hai ke logon ko logon ke andar marifat paida karo, logon ke andar</w:t>
      </w:r>
    </w:p>
    <w:p>
      <w:pPr>
        <w:jc w:val="right"/>
      </w:pPr>
      <w:r>
        <w:t>جو بات قرآن میں ہے وہ صرف یہ ہے کہ لوگوں کو لوگوں کے اندر معرفت پیدا کرو، لوگوں کے اندر</w:t>
      </w:r>
    </w:p>
    <w:p>
      <w:r>
        <w:rPr>
          <w:b/>
        </w:rPr>
        <w:t xml:space="preserve">[10:15] </w:t>
      </w:r>
      <w:r>
        <w:t>yani Khuda wali soch paida karo. yani afraad ko nishana banaya gaya hai, bataya gaya hai Quran Hadees mein.</w:t>
      </w:r>
    </w:p>
    <w:p>
      <w:pPr>
        <w:jc w:val="right"/>
      </w:pPr>
      <w:r>
        <w:t>یعنی خدا والی سوچ پیدا کرو۔ یعنی افراد کو نشانہ بنایا گیا ہے، بتایا گیا ہے قرآن حدیث میں۔</w:t>
      </w:r>
    </w:p>
    <w:p>
      <w:r>
        <w:rPr>
          <w:b/>
        </w:rPr>
        <w:t xml:space="preserve">[10:25] </w:t>
      </w:r>
      <w:r>
        <w:t>sare aalami samaj ko nahin. afraad jitne banenge usi lehaz se samaj banega.</w:t>
      </w:r>
    </w:p>
    <w:p>
      <w:pPr>
        <w:jc w:val="right"/>
      </w:pPr>
      <w:r>
        <w:t>سارے عالمی سماج کو نہیں۔ افراد جتنے بنیں گے اسی لحاظ سے سماج بنے گا۔</w:t>
      </w:r>
    </w:p>
    <w:p>
      <w:r>
        <w:rPr>
          <w:b/>
        </w:rPr>
        <w:t xml:space="preserve">[10:34] </w:t>
      </w:r>
      <w:r>
        <w:t>to yeh yeh nizam wali baat jo hai yeh Quran Hadees se nahin li gayi hai. yeh jab communist ka communist philosophy jab phaili to yeh communist ne nikala nizam.</w:t>
      </w:r>
    </w:p>
    <w:p>
      <w:pPr>
        <w:jc w:val="right"/>
      </w:pPr>
      <w:r>
        <w:t>تو یہ یہ نظام والی بات جو ہے یہ قرآن حدیث سے نہیں لی گئی ہے۔ یہ جب کمیونسٹوں کا کمیونسٹ فلاسفی جب پھیلی تو یہ کمیونسٹوں نے نکالا نظام۔</w:t>
      </w:r>
    </w:p>
    <w:p>
      <w:r>
        <w:rPr>
          <w:b/>
        </w:rPr>
        <w:t xml:space="preserve">[10:48] </w:t>
      </w:r>
      <w:r>
        <w:t>nizam ke baad darasal communist ideology se nikli.</w:t>
      </w:r>
    </w:p>
    <w:p>
      <w:pPr>
        <w:jc w:val="right"/>
      </w:pPr>
      <w:r>
        <w:t>نظام کے بعد دراصل کمیونسٹ آئیڈیالوجی سے نکلی۔</w:t>
      </w:r>
    </w:p>
    <w:p>
      <w:r>
        <w:rPr>
          <w:b/>
        </w:rPr>
        <w:t xml:space="preserve">[10:52] </w:t>
      </w:r>
      <w:r>
        <w:t>ek zamane mein meri naujawani ke zamane mein har aadmi communist hua karta tha.</w:t>
      </w:r>
    </w:p>
    <w:p>
      <w:pPr>
        <w:jc w:val="right"/>
      </w:pPr>
      <w:r>
        <w:t>ایک زمانے میں میری نوجوانی کے زمانے میں ہر آدمی کمیونسٹ ہوا کرتا تھا۔</w:t>
      </w:r>
    </w:p>
    <w:p>
      <w:r>
        <w:rPr>
          <w:b/>
        </w:rPr>
        <w:t xml:space="preserve">[11:02] </w:t>
      </w:r>
      <w:r>
        <w:t>har aadmi communist ki baaten karta tha. is zamane mein mere do saathi the Ali Hammad Abbasi aur Khalil ur Rehman Azmi.</w:t>
      </w:r>
    </w:p>
    <w:p>
      <w:pPr>
        <w:jc w:val="right"/>
      </w:pPr>
      <w:r>
        <w:t>ہر آدمی کمیونسٹ کی باتیں کرتا تھا۔ اس زمانے میں میرے دو ساتھی تھے علی حماد عباسی اور خلیل الرحمن عازمی۔</w:t>
      </w:r>
    </w:p>
    <w:p>
      <w:r>
        <w:rPr>
          <w:b/>
        </w:rPr>
        <w:t xml:space="preserve">[11:12] </w:t>
      </w:r>
      <w:r>
        <w:t>to meri soch to mazhabi thi lekin woh mujh se milta tha. woh bhi wahi baaten karte the. woh taraqqi pasand adab ke afraad the woh.</w:t>
      </w:r>
    </w:p>
    <w:p>
      <w:pPr>
        <w:jc w:val="right"/>
      </w:pPr>
      <w:r>
        <w:t>تو میری سوچ تو مذہبی تھی لیکن وہ مجھ سے ملتا تھا۔ وہ بھی وہی باتیں کرتے تھے۔ وہ ترقی پسند ادب کے افراد تھے وہ۔</w:t>
      </w:r>
    </w:p>
    <w:p>
      <w:r>
        <w:rPr>
          <w:b/>
        </w:rPr>
        <w:t xml:space="preserve">[11:22] </w:t>
      </w:r>
      <w:r>
        <w:t>yani progressive group. progressive group kya</w:t>
      </w:r>
    </w:p>
    <w:p>
      <w:pPr>
        <w:jc w:val="right"/>
      </w:pPr>
      <w:r>
        <w:t>یعنی پروگریسیو گروپ۔ پروگریسیو گروپ کیا</w:t>
      </w:r>
    </w:p>
    <w:p>
      <w:r>
        <w:rPr>
          <w:b/>
        </w:rPr>
        <w:t xml:space="preserve">[11:25] </w:t>
      </w:r>
      <w:r>
        <w:t>tha? woh ijtamai group hota tha. to ek zamane mein yeh ek fashion ban gaya tha ke aisa nizam, waisa nizam.</w:t>
      </w:r>
    </w:p>
    <w:p>
      <w:pPr>
        <w:jc w:val="right"/>
      </w:pPr>
      <w:r>
        <w:t>تھا؟ وہ اجتماعی گروپ ہوتا تھا۔ تو ایک زمانے میں یہ ایک فیشن بن گیا تھا کہ ایسا نظام، ویسا نظام۔</w:t>
      </w:r>
    </w:p>
    <w:p>
      <w:r>
        <w:rPr>
          <w:b/>
        </w:rPr>
        <w:t xml:space="preserve">[11:35] </w:t>
      </w:r>
      <w:r>
        <w:t>is fashion ko main samajhta hoon ke yeh yeh yeh masahhat musalmanon ne ki, kuch masahhat yeh</w:t>
      </w:r>
    </w:p>
    <w:p>
      <w:pPr>
        <w:jc w:val="right"/>
      </w:pPr>
      <w:r>
        <w:t>اس فیشن کو میں سمجھتا ہوں کہ یہ یہ یہ مضاحت مسلمانوں نے کی، کچھ مضاحت یہ</w:t>
      </w:r>
    </w:p>
    <w:p>
      <w:r>
        <w:rPr>
          <w:b/>
        </w:rPr>
        <w:t xml:space="preserve">[11:44] </w:t>
      </w:r>
      <w:r>
        <w:t>jinhon ne Islam ko nizam ke roop mein pesh kiya unhon ne masahhat kiya. pehle zamane mein masahhat hoti thi to doosre din ki. is zamane mein yeh nizami masahhat hai.</w:t>
      </w:r>
    </w:p>
    <w:p>
      <w:pPr>
        <w:jc w:val="right"/>
      </w:pPr>
      <w:r>
        <w:t>جنہوں نے اسلام کو نظام کے روپ میں پیش کیا انہوں نے مضاحت کیا۔ پہلے زمانے میں مضاحت ہوتی تھی تو دوسرے دن کی۔ اس زمانے میں یہ نظامی مضاحت ہے۔</w:t>
      </w:r>
    </w:p>
    <w:p>
      <w:r>
        <w:rPr>
          <w:b/>
        </w:rPr>
        <w:t xml:space="preserve">[11:54] </w:t>
      </w:r>
      <w:r>
        <w:t>nizam ka tasawwur jo hai sab se pehle communist ideology ne diya, socialist ideology ne diya.</w:t>
      </w:r>
    </w:p>
    <w:p>
      <w:pPr>
        <w:jc w:val="right"/>
      </w:pPr>
      <w:r>
        <w:t>نظام کا تصور جو ہے سب سے پہلے کمیونسٹ آئیڈیالوجی نے دیا، سوشلسٹ آئیڈیالوجی نے دیا۔</w:t>
      </w:r>
    </w:p>
    <w:p>
      <w:r>
        <w:rPr>
          <w:b/>
        </w:rPr>
        <w:t xml:space="preserve">[12:02] </w:t>
      </w:r>
      <w:r>
        <w:t>ya democracy mein aaya hai. to democratic nizam, jamhuri nizam, ejtemai nizam, socialist nizam yeh yeh democratic philosophers aur socialist philosophers ne yeh cheezein paida keen.</w:t>
      </w:r>
    </w:p>
    <w:p>
      <w:pPr>
        <w:jc w:val="right"/>
      </w:pPr>
      <w:r>
        <w:t>یا ڈیموکریسی میں آیا ہے۔ تو ڈیموکریٹک نظام، جمہوری نظام، اجتماعی نظام، سوشلسٹ نظام یہ یہ ڈیموکریٹک فلاسفرز اور سوشلسٹ فلاسفرز نے یہ چیزیں پیدا کیں۔</w:t>
      </w:r>
    </w:p>
    <w:p>
      <w:r>
        <w:rPr>
          <w:b/>
        </w:rPr>
        <w:t xml:space="preserve">[12:19] </w:t>
      </w:r>
      <w:r>
        <w:t>pehlay aisa nahi tha.</w:t>
      </w:r>
    </w:p>
    <w:p>
      <w:pPr>
        <w:jc w:val="right"/>
      </w:pPr>
      <w:r>
        <w:t>پہلے ایسا نہیں تھا۔</w:t>
      </w:r>
    </w:p>
    <w:p>
      <w:r>
        <w:rPr>
          <w:b/>
        </w:rPr>
        <w:t xml:space="preserve">[12:21] </w:t>
      </w:r>
      <w:r>
        <w:t>to isi ke mazaharat ke taur par musalmanon mein kuch log paida ho gaye ke islami nizam, islami nizam, islami nizam. baghair is ke ke quran mein ghhor karte hue quran ka naqsha batata hai.</w:t>
      </w:r>
    </w:p>
    <w:p>
      <w:pPr>
        <w:jc w:val="right"/>
      </w:pPr>
      <w:r>
        <w:t>تو اسی کے مضاحت کے طور پر مسلمانوں میں کچھ لوگ پیدا ہوگئے کہ اسلامی نظام، اسلامی نظام، اسلامی نظام۔ بغیر اس کے کہ قرآن میں غور کرتے ہوئے قرآن کا نقشہ بتاتا ہے۔</w:t>
      </w:r>
    </w:p>
    <w:p>
      <w:r>
        <w:rPr>
          <w:b/>
        </w:rPr>
        <w:t xml:space="preserve">[12:34] </w:t>
      </w:r>
      <w:r>
        <w:t>mazaharat ke taur par yeh lak khadi ho gayi hai. to mein samajhta hoon ke yeh sahi nahi hai. is ki correction ki zaroorat hai.</w:t>
      </w:r>
    </w:p>
    <w:p>
      <w:pPr>
        <w:jc w:val="right"/>
      </w:pPr>
      <w:r>
        <w:t>مضاحت کے طور پر یہ لک کھڑے ہوگئی ہے۔ تو میں سمجھتا ہوں کہ یہ صحیح نہیں ہے۔ اس کی کریکشن کی ضرورت ہے۔</w:t>
      </w:r>
    </w:p>
    <w:p>
      <w:r>
        <w:rPr>
          <w:b/>
        </w:rPr>
        <w:t xml:space="preserve">[12:42] </w:t>
      </w:r>
      <w:r>
        <w:t>aur mabni par fard hai islam ka nishana na ke mabni par nizam. islam ki jo tehreek hai, islam ki jo dawat hai woh uska nishana aslan fard hota hai na ke nizam.</w:t>
      </w:r>
    </w:p>
    <w:p>
      <w:pPr>
        <w:jc w:val="right"/>
      </w:pPr>
      <w:r>
        <w:t>اور مبنی پر فرد ہے اسلام کا نشانہ نہ کہ مبنی پر نظام۔ اسلام کی جو تحریک ہے، اسلام کی جو دعوت ہے وہ اس کا نشانہ اصلاً فرد ہوتا ہے نہ کہ نظام۔</w:t>
      </w:r>
    </w:p>
    <w:p>
      <w:r>
        <w:rPr>
          <w:b/>
        </w:rPr>
        <w:t xml:space="preserve">[12:59] </w:t>
      </w:r>
      <w:r>
        <w:t>maulana iqbal umri ne tamil nadu se sawal kiya hai. unhon ne likha hai maulana mera aik mein aik ehsas aap se share karna chahta hoon.</w:t>
      </w:r>
    </w:p>
    <w:p>
      <w:pPr>
        <w:jc w:val="right"/>
      </w:pPr>
      <w:r>
        <w:t>مولانا اقبال عمری نے تمل ناڈو سے سوال کیا ہے۔ انہوں نے لکھا ہے مولانا میرا ایک میں ایک احساس آپ سے شیئر کرنا چاہتا ہوں۔</w:t>
      </w:r>
    </w:p>
    <w:p>
      <w:r>
        <w:rPr>
          <w:b/>
        </w:rPr>
        <w:t xml:space="preserve">[13:10] </w:t>
      </w:r>
      <w:r>
        <w:t>aaj hi mujhe ehsas hua ke taqreem insan ki asal wajah kya hai. woh hai insan ka ahsan-ul-talibeen hona.</w:t>
      </w:r>
    </w:p>
    <w:p>
      <w:pPr>
        <w:jc w:val="right"/>
      </w:pPr>
      <w:r>
        <w:t>آج ہی مجھے احساس ہوا کہ تقریم انسان کی اصل وجہ کیا ہے۔ وہ ہے انسان کا احسن الطالبین ہونا۔</w:t>
      </w:r>
    </w:p>
    <w:p>
      <w:r>
        <w:rPr>
          <w:b/>
        </w:rPr>
        <w:t xml:space="preserve">[13:20] </w:t>
      </w:r>
      <w:r>
        <w:t>yani best taker</w:t>
      </w:r>
    </w:p>
    <w:p>
      <w:pPr>
        <w:jc w:val="right"/>
      </w:pPr>
      <w:r>
        <w:t>یعنی بیسٹ ٹیکر</w:t>
      </w:r>
    </w:p>
    <w:p>
      <w:r>
        <w:rPr>
          <w:b/>
        </w:rPr>
        <w:t xml:space="preserve">[13:22] </w:t>
      </w:r>
      <w:r>
        <w:t>hona. jazak allah aap ne acha samjha is ko. mein qadar karta hoon aap ko samajhne ki. to allah taala aap ko mazeed tofeeq ata farmaye.</w:t>
      </w:r>
    </w:p>
    <w:p>
      <w:pPr>
        <w:jc w:val="right"/>
      </w:pPr>
      <w:r>
        <w:t>ہونا۔ جزاک اللہ آپ نے اچھا سمجھا اس کو۔ میں قدر کرتا ہوں آپ کو سمجھنے کی۔ تو اللہ تعالیٰ آپ کو مزید توفیق عطا فرمائے۔</w:t>
      </w:r>
    </w:p>
    <w:p>
      <w:r>
        <w:rPr>
          <w:b/>
        </w:rPr>
        <w:t xml:space="preserve">[13:36] </w:t>
      </w:r>
      <w:r>
        <w:t>maulana agla sawal aaya hai karachi pakistan se.</w:t>
      </w:r>
    </w:p>
    <w:p>
      <w:pPr>
        <w:jc w:val="right"/>
      </w:pPr>
      <w:r>
        <w:t>مولانا اگلا سوال آیا ہے کراچی پاکستان سے۔</w:t>
      </w:r>
    </w:p>
    <w:p>
      <w:r>
        <w:rPr>
          <w:b/>
        </w:rPr>
        <w:t xml:space="preserve">[13:40] </w:t>
      </w:r>
      <w:r>
        <w:t>is ayat ki taraf ishara hai yeh.</w:t>
      </w:r>
    </w:p>
    <w:p>
      <w:pPr>
        <w:jc w:val="right"/>
      </w:pPr>
      <w:r>
        <w:t>اس آیت کی طرف اشارہ ہے یہ۔</w:t>
      </w:r>
    </w:p>
    <w:p>
      <w:r>
        <w:rPr>
          <w:b/>
        </w:rPr>
        <w:t xml:space="preserve">[13:45] </w:t>
      </w:r>
      <w:r>
        <w:t>wa laqad karamna bani adam. woh taqreem insan jo log nahi samajhte quran ki roshni mein samajh nahi payenge ghaliban. yahan taqreem insan ki lafz istemal kiya unhon ne.</w:t>
      </w:r>
    </w:p>
    <w:p>
      <w:pPr>
        <w:jc w:val="right"/>
      </w:pPr>
      <w:r>
        <w:t>ولقد کرنا بنی آدم۔ وہ تقریم انسان جو لوگ نہیں سمجھتے قرآن کی روشنی میں سمجھ نہیں پائیں گے غالباً۔ یہاں تقریم انسان کی لفظ استعمال کیا انہوں نے۔</w:t>
      </w:r>
    </w:p>
    <w:p>
      <w:r>
        <w:rPr>
          <w:b/>
        </w:rPr>
        <w:t xml:space="preserve">[13:54] </w:t>
      </w:r>
      <w:r>
        <w:t>is se murad woh ayat hai. wa laqad karamna bani adam. yani hum ne insan ko mukarram paida kiya. is ki taraf ishara kar rahe hain woh.</w:t>
      </w:r>
    </w:p>
    <w:p>
      <w:pPr>
        <w:jc w:val="right"/>
      </w:pPr>
      <w:r>
        <w:t>اس سے مراد وہ آیت ہے۔ ولقد کرنا بنی آدم۔ یعنی ہم نے انسان کو مکرم پیدا کیا۔ اس کی طرف اشارہ کر رہے ہیں وہ۔</w:t>
      </w:r>
    </w:p>
    <w:p>
      <w:r>
        <w:rPr>
          <w:b/>
        </w:rPr>
        <w:t xml:space="preserve">[14:07] </w:t>
      </w:r>
      <w:r>
        <w:t>maulana agla sawal miss saira latif ne kiya hai karachi pakistan se. unhon ne likha hai ke mera sawal yeh hai ke aaj ka insan kyun desperation mein marta hai jabke aaj insan ke paas bepanah daulat hai?</w:t>
      </w:r>
    </w:p>
    <w:p>
      <w:pPr>
        <w:jc w:val="right"/>
      </w:pPr>
      <w:r>
        <w:t>مولانا اگلا سوال مس سائرہ لطیف نے کیا ہے کراچی پاکستان سے۔ انہوں نے لکھا ہے کہ میرا سوال یہ ہے کہ آج کا انسان کیوں ڈیسپریشن میں مرتا ہے جبکہ آج انسان کے پاس بے پناہ دولت ہے؟</w:t>
      </w:r>
    </w:p>
    <w:p>
      <w:r>
        <w:rPr>
          <w:b/>
        </w:rPr>
        <w:t xml:space="preserve">[14:26] </w:t>
      </w:r>
      <w:r>
        <w:t>is ka jawab to quran mein hai. alhakum-ut-takathur hatta zurtum-ul-maqabir. yani takathur ka mizaj.</w:t>
      </w:r>
    </w:p>
    <w:p>
      <w:pPr>
        <w:jc w:val="right"/>
      </w:pPr>
      <w:r>
        <w:t>اس کا جواب تو قرآن میں ہے۔ الحاکم التکاثر حتیٰ زرت والمقابر۔ یعنی تکاثر کا مزاج۔</w:t>
      </w:r>
    </w:p>
    <w:p>
      <w:r>
        <w:rPr>
          <w:b/>
        </w:rPr>
        <w:t xml:space="preserve">[14:34] </w:t>
      </w:r>
      <w:r>
        <w:t>yani mor aur mor, mor aur mor ka mizaj. to insan ka yeh mizaj mor aur mor ka jo hai yeh sach poochien to jannat ke liye hai. jannat mein aap ko mor aur mor milega.</w:t>
      </w:r>
    </w:p>
    <w:p>
      <w:pPr>
        <w:jc w:val="right"/>
      </w:pPr>
      <w:r>
        <w:t>یعنی مور اور مور، مور اور مور کا مزاج۔ تو انسان کا یہ مزاج مور اور مور کا جو ہے یہ سچ پوچھیں تو جنت کے لیے ہے۔ جنت میں آپ کو مور اور مور ملے گا۔</w:t>
      </w:r>
    </w:p>
    <w:p>
      <w:r>
        <w:rPr>
          <w:b/>
        </w:rPr>
        <w:t xml:space="preserve">[14:45] </w:t>
      </w:r>
      <w:r>
        <w:t>is ko dunya mein chahte hain</w:t>
      </w:r>
    </w:p>
    <w:p>
      <w:pPr>
        <w:jc w:val="right"/>
      </w:pPr>
      <w:r>
        <w:t>اس کو دنیا میں چاہتے ہیں</w:t>
      </w:r>
    </w:p>
    <w:p>
      <w:r>
        <w:rPr>
          <w:b/>
        </w:rPr>
        <w:t xml:space="preserve">[14:48] </w:t>
      </w:r>
      <w:r>
        <w:t>apply karna. yahan to mor aur mor nahi mil sakta. yahan to limited hi milega. to takathur jo lafz hai quran majeed mein bohat hi sahi batata hai insan ke yani is mizaj jo insan ke andar hai.</w:t>
      </w:r>
    </w:p>
    <w:p>
      <w:pPr>
        <w:jc w:val="right"/>
      </w:pPr>
      <w:r>
        <w:t>اپلائی کرنا۔ یہاں تو مور اور مور نہیں مل سکتا۔ یہاں تو لمیٹڈ ہی ملے گا۔ تو تکاثر جو لفظ ہے قرآن مجید میں بہت ہی صحیح بتاتا ہے انسان کے یعنی اس مزاج جو انسان کے اندر ہے۔</w:t>
      </w:r>
    </w:p>
    <w:p>
      <w:r>
        <w:rPr>
          <w:b/>
        </w:rPr>
        <w:t xml:space="preserve">[15:05] </w:t>
      </w:r>
      <w:r>
        <w:t>takathur ka matlab yahi hota hai ke mor aur mor chahna aur zyada aur zyada ka hiras karna. lafz hiras is ka sahi explanation karta hai.</w:t>
      </w:r>
    </w:p>
    <w:p>
      <w:pPr>
        <w:jc w:val="right"/>
      </w:pPr>
      <w:r>
        <w:t>تکاثر کا مطلب یہی ہوتا ہے کہ مور اور مور چاہنا اور زیادہ اور زیادہ کا حرص کرنا۔ لفظ حرص اس کا صحیح ایکسپلینیشن کرتا ہے۔</w:t>
      </w:r>
    </w:p>
    <w:p>
      <w:r>
        <w:rPr>
          <w:b/>
        </w:rPr>
        <w:t xml:space="preserve">[15:15] </w:t>
      </w:r>
      <w:r>
        <w:t>logon ke andar qanaat nahi hai, hiras hai. sara mamla jo hai in do lafzon mein hai.</w:t>
      </w:r>
    </w:p>
    <w:p>
      <w:pPr>
        <w:jc w:val="right"/>
      </w:pPr>
      <w:r>
        <w:t>لوگوں کے اندر قناعت نہیں ہے، حرص ہے۔ سارا معاملہ جو ہے ان دو لفظوں میں ہے۔</w:t>
      </w:r>
    </w:p>
    <w:p>
      <w:r>
        <w:rPr>
          <w:b/>
        </w:rPr>
        <w:t xml:space="preserve">[15:22] </w:t>
      </w:r>
      <w:r>
        <w:t>qanaat agar aap ke andar aa jaye qanaat to aap ko sukoon hoga. aur hiras agar rahe to aap hamesha aap isi mein pareshani mein rahenge hatta ke is pareshani mein mar jayenge.</w:t>
      </w:r>
    </w:p>
    <w:p>
      <w:pPr>
        <w:jc w:val="right"/>
      </w:pPr>
      <w:r>
        <w:t>قناعت اگر آپ کے اندر آ جائے قناعت تو آپ کو سکون ہوگا۔ اور حرص اگر رہے تو آپ ہمیشہ آپ اسی میں پریشانی میں رہیں گے حتیٰ کہ اس پریشانی میں مر جائیں گے۔</w:t>
      </w:r>
    </w:p>
    <w:p>
      <w:r>
        <w:rPr>
          <w:b/>
        </w:rPr>
        <w:t xml:space="preserve">[15:40] </w:t>
      </w:r>
      <w:r>
        <w:t>maulana agla sawal kanpur se aaya hai mister ashish tiwari ka. unhon ne likha hai maulana sahib i have listen to your lectures carefully.</w:t>
      </w:r>
    </w:p>
    <w:p>
      <w:pPr>
        <w:jc w:val="right"/>
      </w:pPr>
      <w:r>
        <w:t>مولانا اگلا سوال کانپور سے آیا ہے مسٹر آشیش تیواری کا۔ انہوں نے لکھا ہے مولانا صاحب آئی ہیو لسن ٹو یور لیکچرز کیرفلی۔</w:t>
      </w:r>
    </w:p>
    <w:p>
      <w:r>
        <w:rPr>
          <w:b/>
        </w:rPr>
        <w:t xml:space="preserve">[15:50] </w:t>
      </w:r>
      <w:r>
        <w:t>you see that this life is a test. i have contemplated over the matter and have also prayed to god for guidance. i came up with the following answer which i would like to share with you.</w:t>
      </w:r>
    </w:p>
    <w:p>
      <w:pPr>
        <w:jc w:val="right"/>
      </w:pPr>
      <w:r>
        <w:t>یو سی دیٹ دس لائف از ا ٹیسٹ۔ آئی ہیو کنٹیمپلیٹڈ اوور دی میٹر اینڈ ہیو آل سو پریڈ ٹو گاڈ فار گائیڈنس۔ آئی کیم اپ ود دا فالونگ انسر وچ آئی وڈ لائک ٹو شیئر ود یو۔</w:t>
      </w:r>
    </w:p>
    <w:p>
      <w:r>
        <w:rPr>
          <w:b/>
        </w:rPr>
        <w:t xml:space="preserve">[16:03] </w:t>
      </w:r>
      <w:r>
        <w:t>life is not really a test but an opportunity to unfold our hidden potential. god knows very well what everyone will do in life.</w:t>
      </w:r>
    </w:p>
    <w:p>
      <w:pPr>
        <w:jc w:val="right"/>
      </w:pPr>
      <w:r>
        <w:t>لائف از ناٹ ریلی ا ٹیسٹ بٹ این اپرچونیٹی ٹو انفولڈ آر ہڈن پوٹینشل۔ گاڈ نوز ویری ویل واٹ ایوری ون ویل ڈو ان لائف۔</w:t>
      </w:r>
    </w:p>
    <w:p>
      <w:r>
        <w:rPr>
          <w:b/>
        </w:rPr>
        <w:t xml:space="preserve">[16:14] </w:t>
      </w:r>
      <w:r>
        <w:t>but god likes the process of unfolding of the potential into actual.</w:t>
      </w:r>
    </w:p>
    <w:p>
      <w:pPr>
        <w:jc w:val="right"/>
      </w:pPr>
      <w:r>
        <w:t>بٹ گاڈ لائکس دا پروسیس آف انفولڈنگ آف دا پوٹینشل انٹو ایکچول۔</w:t>
      </w:r>
    </w:p>
    <w:p>
      <w:r>
        <w:rPr>
          <w:b/>
        </w:rPr>
        <w:t xml:space="preserve">[16:20] </w:t>
      </w:r>
      <w:r>
        <w:t>it is just as we know that a bird will blossom into a flower but we like to see it doing so. hence it is not the end result but the journey we make towards it that god wants to see.</w:t>
      </w:r>
    </w:p>
    <w:p>
      <w:pPr>
        <w:jc w:val="right"/>
      </w:pPr>
      <w:r>
        <w:t>اٹ از جسٹ ایز وی نو دیٹ ا برڈ ویل بلوسم انٹو ا فلاور بٹ وی لائک ٹو سی اٹ ڈوئنگ سو۔ ہینس اٹ از ناٹ دی اینڈ رزلٹ بٹ دا جرنی وی میک ٹورڈز اٹ دیٹ گاڈ وانٹس ٹو سی۔</w:t>
      </w:r>
    </w:p>
    <w:p>
      <w:r>
        <w:rPr>
          <w:b/>
        </w:rPr>
        <w:t xml:space="preserve">[16:35] </w:t>
      </w:r>
      <w:r>
        <w:t>this conjures up the image of shakespeare famous quote from as you like it. all the world is a stage and all the men and women are merely players.</w:t>
      </w:r>
    </w:p>
    <w:p>
      <w:pPr>
        <w:jc w:val="right"/>
      </w:pPr>
      <w:r>
        <w:t>دس کنجورز اپ دی امیج آف شیکسپیئر فیمس کوٹ فرام ایز یو لائک اٹ۔ آل دی ورلڈ از ا سٹیج اینڈ آل دی مین اینڈ وومن آر میرلی پلیئرز۔</w:t>
      </w:r>
    </w:p>
    <w:p>
      <w:r>
        <w:rPr>
          <w:b/>
        </w:rPr>
        <w:t xml:space="preserve">[16:48] </w:t>
      </w:r>
      <w:r>
        <w:t>maulana is this life just a big show for</w:t>
      </w:r>
    </w:p>
    <w:p>
      <w:pPr>
        <w:jc w:val="right"/>
      </w:pPr>
      <w:r>
        <w:t>مولانا از دس لائف جسٹ ا بگ شو فار</w:t>
      </w:r>
    </w:p>
    <w:p>
      <w:r>
        <w:rPr>
          <w:b/>
        </w:rPr>
        <w:t xml:space="preserve">[16:51] </w:t>
      </w:r>
      <w:r>
        <w:t>the benefit of a heavenly audience.</w:t>
      </w:r>
    </w:p>
    <w:p>
      <w:pPr>
        <w:jc w:val="right"/>
      </w:pPr>
      <w:r>
        <w:t>دا بینیفٹ آف ا ہیونلی آڈینس۔</w:t>
      </w:r>
    </w:p>
    <w:p>
      <w:r>
        <w:rPr>
          <w:b/>
        </w:rPr>
        <w:t xml:space="preserve">[16:54] </w:t>
      </w:r>
      <w:r>
        <w:t>somebody who is a seeker is going to ask such questions. of course someone who is totally submitted to a particular ideology would not ask such questions.</w:t>
      </w:r>
    </w:p>
    <w:p>
      <w:pPr>
        <w:jc w:val="right"/>
      </w:pPr>
      <w:r>
        <w:t>سمبڈی ہو از ا سیکر از گوئنگ ٹو آسک سچ کوئسچنز۔ آف کورس سمون ہو از ٹوٹلی سبمٹڈ ٹو ا پرٹیکولر آئیڈیالوجی وڈ ناٹ آسک سچ کوئسچنز۔</w:t>
      </w:r>
    </w:p>
    <w:p>
      <w:r>
        <w:rPr>
          <w:b/>
        </w:rPr>
        <w:t xml:space="preserve">[17:05] </w:t>
      </w:r>
      <w:r>
        <w:t>thank you for your patience. bhai in ka jo jo unease hai woh theek hai lekin is mein jannat ko nahin jora unhon ne.</w:t>
      </w:r>
    </w:p>
    <w:p>
      <w:pPr>
        <w:jc w:val="right"/>
      </w:pPr>
      <w:r>
        <w:t>تھینک یو فار یور پیشنس۔ بھئی ان کا جو جو انیسس ہے وہ ٹھیک ہے لیکن اس میں جنت کو نہیں جوڑا انہوں نے۔</w:t>
      </w:r>
    </w:p>
    <w:p>
      <w:r>
        <w:rPr>
          <w:b/>
        </w:rPr>
        <w:t xml:space="preserve">[17:14] </w:t>
      </w:r>
      <w:r>
        <w:t>yeh kami hai. yeh unfolding kahan pohnchegi? unfolding ka end kya hai?</w:t>
      </w:r>
    </w:p>
    <w:p>
      <w:pPr>
        <w:jc w:val="right"/>
      </w:pPr>
      <w:r>
        <w:t>یہ کمی ہے۔ یہ انفولڈنگ کہاں پہنچے گی؟ انفولڈنگ کا اینڈ کیا ہے؟</w:t>
      </w:r>
    </w:p>
    <w:p>
      <w:r>
        <w:rPr>
          <w:b/>
        </w:rPr>
        <w:t xml:space="preserve">[17:21] </w:t>
      </w:r>
      <w:r>
        <w:t>woh hai jannat. yaani insaan apne potential ko unfold karta hai yeh toh sahi kaha unhon ne. lekin sawal hai ke is ka end kya hai? is ka goal kya hai?</w:t>
      </w:r>
    </w:p>
    <w:p>
      <w:pPr>
        <w:jc w:val="right"/>
      </w:pPr>
      <w:r>
        <w:t>وہ ہے جنت۔ یعنی انسان اپنے پوٹینشل کو انفولڈ کرتا ہے یہ تو صحیح کہا انہوں نے۔ لیکن سوال ہے کہ اس کا اینڈ کیا ہے؟ اس کا گول کیا ہے؟</w:t>
      </w:r>
    </w:p>
    <w:p>
      <w:r>
        <w:rPr>
          <w:b/>
        </w:rPr>
        <w:t xml:space="preserve">[17:30] </w:t>
      </w:r>
      <w:r>
        <w:t>is ka destination kya hai? woh hai jannat, paradise. agar paradise ko aap shamil kar lein toh mujhe is se poori tarah agree karunga main.</w:t>
      </w:r>
    </w:p>
    <w:p>
      <w:pPr>
        <w:jc w:val="right"/>
      </w:pPr>
      <w:r>
        <w:t>اس کا ڈیسٹینیشن کیا ہے؟ وہ ہے جنت، پیراڈائز۔ اگر پیراڈائز کو آپ شامل کر لیں تو مجھے اس سے پوری طرح ایگری کروں گا میں۔</w:t>
      </w:r>
    </w:p>
    <w:p>
      <w:r>
        <w:rPr>
          <w:b/>
        </w:rPr>
        <w:t xml:space="preserve">[17:39] </w:t>
      </w:r>
      <w:r>
        <w:t>is unease se.</w:t>
      </w:r>
    </w:p>
    <w:p>
      <w:pPr>
        <w:jc w:val="right"/>
      </w:pPr>
      <w:r>
        <w:t>اس انیسس سے۔</w:t>
      </w:r>
    </w:p>
    <w:p>
      <w:r>
        <w:rPr>
          <w:b/>
        </w:rPr>
        <w:t xml:space="preserve">[17:43] </w:t>
      </w:r>
      <w:r>
        <w:t>maulana agla sawal aaya hai maulana shariq hussain ka delhi se. unhon ne likha hai ek dai ke liye tension free life ki kya ahmiyat hai?</w:t>
      </w:r>
    </w:p>
    <w:p>
      <w:pPr>
        <w:jc w:val="right"/>
      </w:pPr>
      <w:r>
        <w:t>مولانا اگلا سوال آیا ہے مولانا شارق حسین کا دلی سے۔ انہوں نے لکھا ہے ایک دائی کے لیے ٹینشن فری لائف کی کیا اہمیت ہے؟</w:t>
      </w:r>
    </w:p>
    <w:p>
      <w:r>
        <w:rPr>
          <w:b/>
        </w:rPr>
        <w:t xml:space="preserve">[17:55] </w:t>
      </w:r>
      <w:r>
        <w:t>dai tension se khud ko kaise bachayein?</w:t>
      </w:r>
    </w:p>
    <w:p>
      <w:pPr>
        <w:jc w:val="right"/>
      </w:pPr>
      <w:r>
        <w:t>دائی ٹینشن سے خود کو کیسے بچائیں؟</w:t>
      </w:r>
    </w:p>
    <w:p>
      <w:r>
        <w:rPr>
          <w:b/>
        </w:rPr>
        <w:t xml:space="preserve">[17:59] </w:t>
      </w:r>
      <w:r>
        <w:t>dekhein tension free jab honge tabhi aap normal tareeqe se dai se deal kar payenge. tension le kar ke dai ke liye aap khair khwah nahin ban sakte.</w:t>
      </w:r>
    </w:p>
    <w:p>
      <w:pPr>
        <w:jc w:val="right"/>
      </w:pPr>
      <w:r>
        <w:t>دیکھیں ٹینشن فری جب ہوں گے تبھی آپ نارمل طریقے سے دائی سے ڈیل کر پائیں گے۔ ٹینشن لے کر کے دائی کے لیے آپ خیر خواہ نہیں بن سکتے۔</w:t>
      </w:r>
    </w:p>
    <w:p>
      <w:r>
        <w:rPr>
          <w:b/>
        </w:rPr>
        <w:t xml:space="preserve">[18:11] </w:t>
      </w:r>
      <w:r>
        <w:t>madu ke liye. dai agar tension mein jeeta ho is ka matlab hai ke nafrat karega woh insanon se. kyunke insanon ke rawish ko le kar hi toh tension aata hai.</w:t>
      </w:r>
    </w:p>
    <w:p>
      <w:pPr>
        <w:jc w:val="right"/>
      </w:pPr>
      <w:r>
        <w:t>مدعو کے لیے۔ دائی اگر ٹینشن میں جیتا ہو اس کا مطلب ہے کہ نفرت کرے گا وہ انسانوں سے۔ کیونکہ انسانوں کے روش کو لے کر ہی تو ٹینشن آتا ہے۔</w:t>
      </w:r>
    </w:p>
    <w:p>
      <w:r>
        <w:rPr>
          <w:b/>
        </w:rPr>
        <w:t xml:space="preserve">[18:23] </w:t>
      </w:r>
      <w:r>
        <w:t>tension ka matlab hai ke insaan se aap ko jo sulook mila us sulook par raazi nahin hue aap. toh kya matlab hoga</w:t>
      </w:r>
    </w:p>
    <w:p>
      <w:pPr>
        <w:jc w:val="right"/>
      </w:pPr>
      <w:r>
        <w:t>ٹینشن کا مطلب ہے کہ انسان سے آپ کو جو سلوک ملا اس سلوک پر راضی نہیں ہوئے آپ۔ تو کیا مطلب ہوگا</w:t>
      </w:r>
    </w:p>
    <w:p>
      <w:r>
        <w:rPr>
          <w:b/>
        </w:rPr>
        <w:t xml:space="preserve">[18:31] </w:t>
      </w:r>
      <w:r>
        <w:t>? tension se kya aayega? nafrat aayegi. nafrat se kya aayega? indifferent attitude ho jayega. aap ko koi dilchaspi nahin hogi doosron se hogi.</w:t>
      </w:r>
    </w:p>
    <w:p>
      <w:pPr>
        <w:jc w:val="right"/>
      </w:pPr>
      <w:r>
        <w:t>؟ ٹینشن سے کیا آئے گا؟ نفرت آئے گی۔ نفرت سے کیا آئے گا؟ انڈیفرنٹ ایٹیٹیوڈ ہو جائے گا۔ آپ کو کوئی دلچسپی نہیں ہوگی دوسروں سے ہوگی۔</w:t>
      </w:r>
    </w:p>
    <w:p>
      <w:r>
        <w:rPr>
          <w:b/>
        </w:rPr>
        <w:t xml:space="preserve">[18:41] </w:t>
      </w:r>
      <w:r>
        <w:t>dawat ke kaam ke liye zaroori hai ke bohat zyada khair khwahi, bohat zyada taluq, bohat zyada chahna doosre ki nijat ko.</w:t>
      </w:r>
    </w:p>
    <w:p>
      <w:pPr>
        <w:jc w:val="right"/>
      </w:pPr>
      <w:r>
        <w:t>دعوت کے کام کے لیے ضروری ہے کہ بہت زیادہ خیر خواہی، بہت زیادہ تعلق، بہت زیادہ چاہنا دوسرے کی نجات کو۔</w:t>
      </w:r>
    </w:p>
    <w:p>
      <w:r>
        <w:rPr>
          <w:b/>
        </w:rPr>
        <w:t xml:space="preserve">[18:50] </w:t>
      </w:r>
      <w:r>
        <w:t>toh is ke liye zaroori hai ke aap tension free rahen. kyunke tension free nahin rahenge toh nafrat karenge. nafrat karenge toh khair khwahi nahin hogi. yeh meri samajh mein aaya hai.</w:t>
      </w:r>
    </w:p>
    <w:p>
      <w:pPr>
        <w:jc w:val="right"/>
      </w:pPr>
      <w:r>
        <w:t>تو اس کے لیے ضروری ہے کہ آپ ٹینشن فری رہیں۔ کیونکہ ٹینشن فری نہیں رہیں گے تو نفرت کریں گے۔ نفرت کریں گے تو خیر خواہی نہیں ہوگی۔ یہ میری سمجھ میں آیا ہے۔</w:t>
      </w:r>
    </w:p>
    <w:p>
      <w:r>
        <w:rPr>
          <w:b/>
        </w:rPr>
        <w:t xml:space="preserve">[19:01] </w:t>
      </w:r>
      <w:r>
        <w:t>ji.</w:t>
      </w:r>
    </w:p>
    <w:p>
      <w:pPr>
        <w:jc w:val="right"/>
      </w:pPr>
      <w:r>
        <w:t>جی۔</w:t>
      </w:r>
    </w:p>
    <w:p>
      <w:r>
        <w:rPr>
          <w:b/>
        </w:rPr>
        <w:t xml:space="preserve">[19:05] </w:t>
      </w:r>
      <w:r>
        <w:t>mister muhammad abid ne delhi se likha hai main tension free hoon. dunyaavi khwahishon khwahishein bhi nahin hain.</w:t>
      </w:r>
    </w:p>
    <w:p>
      <w:pPr>
        <w:jc w:val="right"/>
      </w:pPr>
      <w:r>
        <w:t>مسٹر محمد عابد نے دلی سے لکھا ہے میں ٹینشن فری ہوں۔ دنیاوی خواہشوں خواہشیں بھی نہیں ہیں۔</w:t>
      </w:r>
    </w:p>
    <w:p>
      <w:r>
        <w:rPr>
          <w:b/>
        </w:rPr>
        <w:t xml:space="preserve">[19:14] </w:t>
      </w:r>
      <w:r>
        <w:t>lekin woh creative mind nahin hai jo non stop soch sake. dimaghi quwaton ko kis tarah badhaya jaye is ke bare mein batayein.</w:t>
      </w:r>
    </w:p>
    <w:p>
      <w:pPr>
        <w:jc w:val="right"/>
      </w:pPr>
      <w:r>
        <w:t>لیکن وہ کریٹیو مائنڈ نہیں ہے جو نان اسٹاپ سوچ سکے۔ دماغی قوتوں کو کس طرح بڑھایا جائے اس کے بارے میں بتائیں۔</w:t>
      </w:r>
    </w:p>
    <w:p>
      <w:r>
        <w:rPr>
          <w:b/>
        </w:rPr>
        <w:t xml:space="preserve">[19:25] </w:t>
      </w:r>
      <w:r>
        <w:t>nahin aap ne apni baat sahi report di hain. agar aap aise hote jaise aap keh rahe hain toh phir apne aap hi dimagh ke darwaze khulte hain.</w:t>
      </w:r>
    </w:p>
    <w:p>
      <w:pPr>
        <w:jc w:val="right"/>
      </w:pPr>
      <w:r>
        <w:t>نہیں آپ نے اپنی بات صحیح رپورٹیں دی ہیں۔ اگر آپ ایسے ہوتے جیسے آپ کہہ رہے ہیں تو پھر اپنے آپ ہی دماغ کے دروازے کھلتے ہیں۔</w:t>
      </w:r>
    </w:p>
    <w:p>
      <w:r>
        <w:rPr>
          <w:b/>
        </w:rPr>
        <w:t xml:space="preserve">[19:37] </w:t>
      </w:r>
      <w:r>
        <w:t>apne bare mein jo report di hai aap ne agar waise hi aap hon toh us ko manen ke woh darwaze apne aap hi khul jaate hain. waise aap hain hi nahin aap apne bare mein aur statement kar rahe hain.</w:t>
      </w:r>
    </w:p>
    <w:p>
      <w:pPr>
        <w:jc w:val="right"/>
      </w:pPr>
      <w:r>
        <w:t>اپنے بارے میں جو رپورٹ دی ہے آپ نے اگر ویسے ہی آپ ہوں تو اس کو مانیں کہ وہ دروازے اپنے آپ ہی کھل جاتے ہیں۔ ویسے آپ ہیں ہی نہیں آپ اپنے بارے میں اور اسٹیٹمنٹ کر رہے ہیں۔</w:t>
      </w:r>
    </w:p>
    <w:p>
      <w:r>
        <w:rPr>
          <w:b/>
        </w:rPr>
        <w:t xml:space="preserve">[19:48] </w:t>
      </w:r>
      <w:r>
        <w:t>apne ko apna andaza galat kar rahe hain aap. phir se apne bare mein sochein. phir se apna muhasba kijiye.</w:t>
      </w:r>
    </w:p>
    <w:p>
      <w:pPr>
        <w:jc w:val="right"/>
      </w:pPr>
      <w:r>
        <w:t>اپنے کو اپنا اندازہ غلط کر رہے ہیں آپ۔ پھر سے اپنے بارے میں سوچیے۔ پھر سے اپنا محاسبہ کیجیے۔</w:t>
      </w:r>
    </w:p>
    <w:p>
      <w:r>
        <w:rPr>
          <w:b/>
        </w:rPr>
        <w:t xml:space="preserve">[19:57] </w:t>
      </w:r>
      <w:r>
        <w:t>phir se apne ko janne ki koshish kijiye.</w:t>
      </w:r>
    </w:p>
    <w:p>
      <w:pPr>
        <w:jc w:val="right"/>
      </w:pPr>
      <w:r>
        <w:t>پھر سے اپنے کو جاننے کی کوشش کیجیے۔</w:t>
      </w:r>
    </w:p>
    <w:p>
      <w:r>
        <w:rPr>
          <w:b/>
        </w:rPr>
        <w:t xml:space="preserve">[20:05] </w:t>
      </w:r>
      <w:r>
        <w:t>maulana agla sawal aya hai doctor owais siddiqui ka dilli se. unhon ne likha hai maulana what does it mean that god needs man like man needs god.</w:t>
      </w:r>
    </w:p>
    <w:p>
      <w:pPr>
        <w:jc w:val="right"/>
      </w:pPr>
      <w:r>
        <w:t>مولانا اگلا سوال آیا ہے ڈاکٹر اویس صدیقی کا دلی سے۔ انہوں نے لکھا ہے مولانا واٹ ڈز اٹ مین دیٹ گاڈ نیڈز مین لائک مین نیڈز گاڈ۔</w:t>
      </w:r>
    </w:p>
    <w:p>
      <w:r>
        <w:rPr>
          <w:b/>
        </w:rPr>
        <w:t xml:space="preserve">[20:17] </w:t>
      </w:r>
      <w:r>
        <w:t>because we are taught that allah is samad. like moses told his people that if you and all the people on earth become thankless it wont affect god.</w:t>
      </w:r>
    </w:p>
    <w:p>
      <w:pPr>
        <w:jc w:val="right"/>
      </w:pPr>
      <w:r>
        <w:t>بیکاز وی آر ٹاٹ دیٹ اللہ از صمد۔ لائک موزس ٹولڈ ہز پیپل دیٹ اف یو اینڈ آل دی پیپل آن ارتھ بیکم تھینک لیس اٹ وونٹ ایفیکٹ گاڈ۔</w:t>
      </w:r>
    </w:p>
    <w:p>
      <w:r>
        <w:rPr>
          <w:b/>
        </w:rPr>
        <w:t xml:space="preserve">[20:31] </w:t>
      </w:r>
      <w:r>
        <w:t>kindly comment</w:t>
      </w:r>
    </w:p>
    <w:p>
      <w:pPr>
        <w:jc w:val="right"/>
      </w:pPr>
      <w:r>
        <w:t>کائنڈلی کمنٹ</w:t>
      </w:r>
    </w:p>
    <w:p>
      <w:r>
        <w:rPr>
          <w:b/>
        </w:rPr>
        <w:t xml:space="preserve">[20:32] </w:t>
      </w:r>
      <w:r>
        <w:t>dekhen net banne lafz ne is sawal nahi kiya. main ne sirf yeh kaha ke khuda ko jo kuch dena hai to is ka panay wala kon ban sakta hai.</w:t>
      </w:r>
    </w:p>
    <w:p>
      <w:pPr>
        <w:jc w:val="right"/>
      </w:pPr>
      <w:r>
        <w:t>۔ دیکھیں نیٹ بننے لفظ نے اس سوال نہیں کیا۔ میں نے صرف یہ کہا کہ خدا کو جو کچھ دینا ہے تو اس کا پانے والا کون بن سکتا ہے۔</w:t>
      </w:r>
    </w:p>
    <w:p>
      <w:r>
        <w:rPr>
          <w:b/>
        </w:rPr>
        <w:t xml:space="preserve">[20:45] </w:t>
      </w:r>
      <w:r>
        <w:t>to khuda ko woh cheezen dena hai to kis ko dega? paharon ko dega, samundaron ko dega, sitaron ko dega, sayaron ko dega to woh kya karenge is ko le kar ke? kya</w:t>
      </w:r>
    </w:p>
    <w:p>
      <w:pPr>
        <w:jc w:val="right"/>
      </w:pPr>
      <w:r>
        <w:t>تو خدا کو وہ چیزیں دینا ہے تو کس کو دے گا؟ پہاڑوں کو دے گا، سمندروں کو دے گا، ستاروں کو دے گا، سیاروں کو دے گا تو وہ کیا کریں گے اس کو لے کر کے؟ کیا</w:t>
      </w:r>
    </w:p>
    <w:p>
      <w:r>
        <w:rPr>
          <w:b/>
        </w:rPr>
        <w:t xml:space="preserve">[20:54] </w:t>
      </w:r>
      <w:r>
        <w:t>karenge is ko le kar ke bataiye.</w:t>
      </w:r>
    </w:p>
    <w:p>
      <w:pPr>
        <w:jc w:val="right"/>
      </w:pPr>
      <w:r>
        <w:t>کریں گے اس کو لے کر کے بتائیے۔</w:t>
      </w:r>
    </w:p>
    <w:p>
      <w:r>
        <w:rPr>
          <w:b/>
        </w:rPr>
        <w:t xml:space="preserve">[20:58] </w:t>
      </w:r>
      <w:r>
        <w:t>yani behtareen qism ke aap phool hon khushbudar bohat beautiful aur is par aap ja ke chattan dal dein to chattan kya</w:t>
      </w:r>
    </w:p>
    <w:p>
      <w:pPr>
        <w:jc w:val="right"/>
      </w:pPr>
      <w:r>
        <w:t>یعنی بہترین قسم کے آپ پھول ہوں خوشبودار بہت بیوٹی فل اور اس پر آپ جا کے چٹان ڈال دیں تو چٹان کیا</w:t>
      </w:r>
    </w:p>
    <w:p>
      <w:r>
        <w:rPr>
          <w:b/>
        </w:rPr>
        <w:t xml:space="preserve">[21:06] </w:t>
      </w:r>
      <w:r>
        <w:t>karega paharon ko le ke woh phoolon ko le kar ke. to net is sense mein nahi kaha jis sense mein aap dictionary mein likha rehta hai net is sense mein nahi kaha main ne.</w:t>
      </w:r>
    </w:p>
    <w:p>
      <w:pPr>
        <w:jc w:val="right"/>
      </w:pPr>
      <w:r>
        <w:t>کرے گا پہاڑوں کو لے کے وہ پھولوں کو لے کر کے۔ تو نیٹ اس سینس میں نہیں کہا جس سینس میں آپ ڈکشنری میں لکھا رہتا ہے نیٹ اس سینس میں نہیں کہا میں نے۔</w:t>
      </w:r>
    </w:p>
    <w:p>
      <w:r>
        <w:rPr>
          <w:b/>
        </w:rPr>
        <w:t xml:space="preserve">[21:17] </w:t>
      </w:r>
      <w:r>
        <w:t>woh net to muhtaji ke mani mein aata hai. yani aam taur par net ka matlab hota hai ke hum kisi cheez ke muhtaj hon. woh alag cheez hai.</w:t>
      </w:r>
    </w:p>
    <w:p>
      <w:pPr>
        <w:jc w:val="right"/>
      </w:pPr>
      <w:r>
        <w:t>وہ نیٹ تو محتاجی کے معنی میں آتا ہے۔ یعنی عام طور پر نیٹ کا مطلب ہوتا ہے کہ ہم کسی چیز کے محتاج ہوں۔ وہ الگ چیز ہے۔</w:t>
      </w:r>
    </w:p>
    <w:p>
      <w:r>
        <w:rPr>
          <w:b/>
        </w:rPr>
        <w:t xml:space="preserve">[21:27] </w:t>
      </w:r>
      <w:r>
        <w:t>main ne sirf yeh kaha hai ke allah taala ke pas beshumar cheezen dene ki hain to to is ka qadradan kon</w:t>
      </w:r>
    </w:p>
    <w:p>
      <w:pPr>
        <w:jc w:val="right"/>
      </w:pPr>
      <w:r>
        <w:t>میں نے صرف یہ کہا ہے کہ اللہ تعالیٰ کے پاس بے شمار چیزیں دینے کی ہیں تو تو اس کا قدردان کون</w:t>
      </w:r>
    </w:p>
    <w:p>
      <w:r>
        <w:rPr>
          <w:b/>
        </w:rPr>
        <w:t xml:space="preserve">[21:36] </w:t>
      </w:r>
      <w:r>
        <w:t>hoga? insan hi to hoga aur kon hoga? kyunke jitni is kainat mein jo maloom cheezen hain in maloom cheezon mein kisi ke andar sense of enjoyment nahi hai.</w:t>
      </w:r>
    </w:p>
    <w:p>
      <w:pPr>
        <w:jc w:val="right"/>
      </w:pPr>
      <w:r>
        <w:t>ہوگا؟ انسان ہی تو ہوگا اور کون ہوگا؟ کیونکہ جتنی اس کائنات میں جو معلوم چیزیں ہیں ان معلوم چیزوں میں کسی کے اندر سینس آف انجوائے منٹ نہیں ہے۔</w:t>
      </w:r>
    </w:p>
    <w:p>
      <w:r>
        <w:rPr>
          <w:b/>
        </w:rPr>
        <w:t xml:space="preserve">[21:50] </w:t>
      </w:r>
      <w:r>
        <w:t>sense of pleasure nahi hai. sense of fulfillment nahi hai. yeh main ne kaha. net ko aap ne le liya ek negative sense mein to negative sense mein main ne nahi bola tha.</w:t>
      </w:r>
    </w:p>
    <w:p>
      <w:pPr>
        <w:jc w:val="right"/>
      </w:pPr>
      <w:r>
        <w:t>سینس آف پلیژر نہیں ہے۔ سینس آف فلفلمنٹ نہیں ہے۔ یہ میں نے کہا۔ نیٹ کو آپ نے لے لیا ایک نیگیٹیو سینس میں تو نیگیٹیو سینس میں میں نے نہیں بولا تھا۔</w:t>
      </w:r>
    </w:p>
    <w:p>
      <w:r>
        <w:rPr>
          <w:b/>
        </w:rPr>
        <w:t xml:space="preserve">[22:03] </w:t>
      </w:r>
      <w:r>
        <w:t>maulana agla sawal raipur se mr idrees ka aya hai. unhon ne likha hai ke quran mein chapter 2 verse number 148 to 152 mein aya hai.</w:t>
      </w:r>
    </w:p>
    <w:p>
      <w:pPr>
        <w:jc w:val="right"/>
      </w:pPr>
      <w:r>
        <w:t>مولانا اگلا سوال رائے پور سے مسٹر ادریس کا آیا ہے۔ انہوں نے لکھا ہے کہ قرآن میں چیپٹر ٹو ورس نمبر 148 to 152 میں آیا ہے۔</w:t>
      </w:r>
    </w:p>
    <w:p>
      <w:r>
        <w:rPr>
          <w:b/>
        </w:rPr>
        <w:t xml:space="preserve">[22:16] </w:t>
      </w:r>
      <w:r>
        <w:t>pas tum mujhe yaad rakho main tumhein yaad rakhoon ga. to maulana woh chahte hain ke aap is ke bare mein kuch bataein ke kya mani hain is ke.</w:t>
      </w:r>
    </w:p>
    <w:p>
      <w:pPr>
        <w:jc w:val="right"/>
      </w:pPr>
      <w:r>
        <w:t>پس تم مجھے یاد رکھو میں تمہیں یاد رکھوں گا۔ تو مولانا وہ چاہتے ہیں کہ آپ اس کے بارے میں کچھ بتائیں کہ کیا معنی ہیں اس کے۔</w:t>
      </w:r>
    </w:p>
    <w:p>
      <w:r>
        <w:rPr>
          <w:b/>
        </w:rPr>
        <w:t xml:space="preserve">[22:26] </w:t>
      </w:r>
      <w:r>
        <w:t>yeh koi mysterious mani nahi is ke hain. is ka mani yeh hai ke tum allah taala se nusrat chaho tum ko nusrat milegi allah taala ki bas itni hai.</w:t>
      </w:r>
    </w:p>
    <w:p>
      <w:pPr>
        <w:jc w:val="right"/>
      </w:pPr>
      <w:r>
        <w:t>یہ کوئی مسٹیریس معنی نہیں اس کے ہیں۔ اس کا معنی یہ ہے کہ تم اللہ تعالیٰ سے نصرت چاہو تم کو نصرت ملے گی اللہ تعالیٰ کی بس اتنی ہے۔</w:t>
      </w:r>
    </w:p>
    <w:p>
      <w:r>
        <w:rPr>
          <w:b/>
        </w:rPr>
        <w:t xml:space="preserve">[22:36] </w:t>
      </w:r>
      <w:r>
        <w:t>aur koi mani nahi hai. yani allah taala se dua karna, allah taala ka zikr karna, allah taala se nusrat talib hona jo aadmi chahega us ko milega jo na chahega us ko nahi mil sakta.</w:t>
      </w:r>
    </w:p>
    <w:p>
      <w:pPr>
        <w:jc w:val="right"/>
      </w:pPr>
      <w:r>
        <w:t>اور کوئی معنی نہیں ہے۔ یعنی اللہ تعالیٰ سے دعا کرنا، اللہ تعالیٰ کا ذکر کرنا، اللہ تعالیٰ سے نصرت طالب ہونا جو آدمی چاہے گا اس کو ملے گا جو نہ چاہے گا اس کو نہیں مل سکتا۔</w:t>
      </w:r>
    </w:p>
    <w:p>
      <w:r>
        <w:rPr>
          <w:b/>
        </w:rPr>
        <w:t xml:space="preserve">[22:49] </w:t>
      </w:r>
      <w:r>
        <w:t>aadmi apni taraf se jab tak poora poora chahne wala na bane tab tak yani yak tarfa tor par nusrat nahi aati.</w:t>
      </w:r>
    </w:p>
    <w:p>
      <w:pPr>
        <w:jc w:val="right"/>
      </w:pPr>
      <w:r>
        <w:t>آدمی اپنی طرف سے جب تک پورا پورا چاہنے والا نہ بنے تب تک یعنی یکطرفہ طور پر نصرت نہیں آتی۔</w:t>
      </w:r>
    </w:p>
    <w:p>
      <w:r>
        <w:rPr>
          <w:b/>
        </w:rPr>
        <w:t xml:space="preserve">[22:59] </w:t>
      </w:r>
      <w:r>
        <w:t>bas itna matlab hai is ka is ko koi mysterious matlab nahi hai is ka.</w:t>
      </w:r>
    </w:p>
    <w:p>
      <w:pPr>
        <w:jc w:val="right"/>
      </w:pPr>
      <w:r>
        <w:t>بس اتنا مطلب ہے اس کا اس کو کوئی مسٹیریس مطلب نہیں ہے اس کا۔</w:t>
      </w:r>
    </w:p>
    <w:p>
      <w:r>
        <w:rPr>
          <w:b/>
        </w:rPr>
        <w:t xml:space="preserve">[23:04] </w:t>
      </w:r>
      <w:r>
        <w:t>maulana agla sawal aya hai mr amir bin yousaf ka pakistan se. unhon ne likha hai maulana shaukat ali aur muhammad ali johar ne jo tehreek khilafat shuru ki thi woh is ka matlab hai ke ghalat base par thi aur is tarah ki har tehreek un islamic hai.</w:t>
      </w:r>
    </w:p>
    <w:p>
      <w:pPr>
        <w:jc w:val="right"/>
      </w:pPr>
      <w:r>
        <w:t>مولانا اگلا سوال آیا ہے مسٹر عامر بن یوسف کا پاکستان سے۔ انہوں نے لکھا ہے مولانا شوکت علی اور محمد علی جوہر نے جو تحریک خلافت شروع کی تھی وہ اس کا مطلب ہے کہ غلط بیس پر تھی اور اس طرح کی ہر تحریک ان اسلامک ہے۔</w:t>
      </w:r>
    </w:p>
    <w:p>
      <w:r>
        <w:rPr>
          <w:b/>
        </w:rPr>
        <w:t xml:space="preserve">[23:23] </w:t>
      </w:r>
      <w:r>
        <w:t>is ke bare mein maulana woh chahte hain aap kuch kahein.</w:t>
      </w:r>
    </w:p>
    <w:p>
      <w:pPr>
        <w:jc w:val="right"/>
      </w:pPr>
      <w:r>
        <w:t>اس کے بارے میں مولانا وہ چاہتے ہیں آپ کچھ کہیں۔</w:t>
      </w:r>
    </w:p>
    <w:p>
      <w:r>
        <w:rPr>
          <w:b/>
        </w:rPr>
        <w:t xml:space="preserve">[23:28] </w:t>
      </w:r>
      <w:r>
        <w:t>ghalat ka matlab hai ke be nateeja. ek to ghalat ka matlab hota hai ke sharab ghalat cheez hai, khinzir ghalat cheez hai.</w:t>
      </w:r>
    </w:p>
    <w:p>
      <w:pPr>
        <w:jc w:val="right"/>
      </w:pPr>
      <w:r>
        <w:t>غلط کا مطلب ہے کہ بے نتیجہ۔ ایک تو غلط کا مطلب ہوتا ہے کہ شراب غلط چیز ہے، خنزیر غلط چیز ہے۔</w:t>
      </w:r>
    </w:p>
    <w:p>
      <w:r>
        <w:rPr>
          <w:b/>
        </w:rPr>
        <w:t xml:space="preserve">[23:38] </w:t>
      </w:r>
      <w:r>
        <w:t>woh ek alag ghalat ka mafhoom hota hai. lekin tehreek ke bare mein main kahoon ga ke be nateeja tehreekein theen yeh. kuch is ka ballah nahi tha is par khamkhwah nare laga rahe hain khilafat ke.</w:t>
      </w:r>
    </w:p>
    <w:p>
      <w:pPr>
        <w:jc w:val="right"/>
      </w:pPr>
      <w:r>
        <w:t>وہ ایک الگ غلط کا مفہوم ہوتا ہے۔ لیکن تحریک کے بارے میں میں کہوں گا کہ بے نتیجہ تحریکیں تھیں یہ۔ کچھ اس کا بللہ نہیں تھا اس پر خامخواہ نعرے لگا رہے ہیں خلافت کے۔</w:t>
      </w:r>
    </w:p>
    <w:p>
      <w:r>
        <w:rPr>
          <w:b/>
        </w:rPr>
        <w:t xml:space="preserve">[23:52] </w:t>
      </w:r>
      <w:r>
        <w:t>to</w:t>
      </w:r>
    </w:p>
    <w:p>
      <w:pPr>
        <w:jc w:val="right"/>
      </w:pPr>
      <w:r>
        <w:t>تو</w:t>
      </w:r>
    </w:p>
    <w:p>
      <w:r>
        <w:rPr>
          <w:b/>
        </w:rPr>
        <w:t xml:space="preserve">[23:56] </w:t>
      </w:r>
      <w:r>
        <w:t>insani zindagi mein, samai zindagi mein woh kaam karna chahiye jis mein koi nateeja nikle, result oriented action. to main sirf yeh kehta hoon ke woh result oriented tareeqa nahi thi.</w:t>
      </w:r>
    </w:p>
    <w:p>
      <w:pPr>
        <w:jc w:val="right"/>
      </w:pPr>
      <w:r>
        <w:t>انسانی زندگی میں، سمائی زندگی میں وہ کام کرنا چاہیے جس میں کوئی نتیجہ نکلے، رزلٹ اورینٹڈ ایکشن۔ تو میں صرف یہ کہتا ہوں کہ وہ رزلٹ اورینٹڈ طریقہ نہیں تھی۔</w:t>
      </w:r>
    </w:p>
    <w:p>
      <w:r>
        <w:rPr>
          <w:b/>
        </w:rPr>
        <w:t xml:space="preserve">[24:08] </w:t>
      </w:r>
      <w:r>
        <w:t>woh jazbati tareeqe theen. taqreerein, jalsay, jaloos, hangami kya hua qissa khatam. main sirf yahi kehta hoon agar meri tehreeron ko le kar unhon ne aisa kaha ho to main sirf yeh kehta hoon ke yeh tehreekein result oriented nahi theen.</w:t>
      </w:r>
    </w:p>
    <w:p>
      <w:pPr>
        <w:jc w:val="right"/>
      </w:pPr>
      <w:r>
        <w:t>وہ جذباتی طریقے تھیں۔ تقریریں، جلسے، جلوس، ہنگامی کیا ہوا قصہ ختم۔ میں صرف یہی کہتا ہوں اگر میری تحریروں کو لے کر انہوں نے ایسا کہا ہو تو میں صرف یہ کہتا ہوں کہ یہ تحریکیں رزلٹ اورینٹڈ نہیں تھیں۔</w:t>
      </w:r>
    </w:p>
    <w:p>
      <w:r>
        <w:rPr>
          <w:b/>
        </w:rPr>
        <w:t xml:space="preserve">[24:27] </w:t>
      </w:r>
      <w:r>
        <w:t>maulana karachi se ek aur sawal aaya hai abhi. mister fazl amin ka hai. unhon ne likha hai ke main ek dukandar hoon.</w:t>
      </w:r>
    </w:p>
    <w:p>
      <w:pPr>
        <w:jc w:val="right"/>
      </w:pPr>
      <w:r>
        <w:t>مولانا کراچی سے ایک اور سوال آیا ہے ابھی۔ مسٹر فضل امین کا ہے۔ انہوں نے لکھا ہے کہ میں ایک دکاندار ہوں۔</w:t>
      </w:r>
    </w:p>
    <w:p>
      <w:r>
        <w:rPr>
          <w:b/>
        </w:rPr>
        <w:t xml:space="preserve">[24:37] </w:t>
      </w:r>
      <w:r>
        <w:t>meri tarah har dukandar apne karobar sarmaaye ko manage na karne ki wajah se pareshan rehta hai. is ki kya wajah hai?</w:t>
      </w:r>
    </w:p>
    <w:p>
      <w:pPr>
        <w:jc w:val="right"/>
      </w:pPr>
      <w:r>
        <w:t>میری طرح ہر دکاندار اپنے کاروباری سرمائے کو مینج نہ کرنے کی وجہ سے پریشان رہتا ہے۔ اس کی کیا وجہ ہے؟</w:t>
      </w:r>
    </w:p>
    <w:p>
      <w:r>
        <w:rPr>
          <w:b/>
        </w:rPr>
        <w:t xml:space="preserve">[24:48] </w:t>
      </w:r>
      <w:r>
        <w:t>nahi yeh sahi na kaha yeh aap ne sahi baat hai ke main na karen ge waisay. asal cheez yeh hai ke har dukandar apne bas se ziyada bari dukandari karna chahta hai.</w:t>
      </w:r>
    </w:p>
    <w:p>
      <w:pPr>
        <w:jc w:val="right"/>
      </w:pPr>
      <w:r>
        <w:t>نہیں یہ صحیح نہ کہا یہ آپ نے صحیح بات ہے کہ میں نہ کریں گے ویسے۔ اصل چیز یہ ہے کہ ہر دکاندار اپنے بس سے زیادہ بڑی دکانداری کرنا چاہتا ہے۔</w:t>
      </w:r>
    </w:p>
    <w:p>
      <w:r>
        <w:rPr>
          <w:b/>
        </w:rPr>
        <w:t xml:space="preserve">[24:59] </w:t>
      </w:r>
      <w:r>
        <w:t>jitna bas mein is ke hai us se ziyada bara le leta hai karobar. is liye manage nahi kar pata. aap ke jitne bas mein hai utne ek daire mein aap karobar kijiye.</w:t>
      </w:r>
    </w:p>
    <w:p>
      <w:pPr>
        <w:jc w:val="right"/>
      </w:pPr>
      <w:r>
        <w:t>جتنا بس میں اس کے ہے اس سے زیادہ بڑا لے لیتا ہے کاروبار۔ اس لیے مینج نہیں کر پاتا۔ آپ کے جتنے بس میں ہے اتنے ایک دائرے میں آپ کاروبار کیجیے۔</w:t>
      </w:r>
    </w:p>
    <w:p>
      <w:r>
        <w:rPr>
          <w:b/>
        </w:rPr>
        <w:t xml:space="preserve">[25:12] </w:t>
      </w:r>
      <w:r>
        <w:t>khoob manage kar saken ge aap. yeh baat galat hai kyun ke main bohat dukandaron ko janta hoon. khud mere ghar mein bohat se tajar hain.</w:t>
      </w:r>
    </w:p>
    <w:p>
      <w:pPr>
        <w:jc w:val="right"/>
      </w:pPr>
      <w:r>
        <w:t>خوب مینج کر سکیں گے آپ۔ یہ بات غلط ہے کیونکہ میں بہت دکانداروں کو جانتا ہوں۔ خود میرے گھر میں بہت سے تاجر ہیں۔</w:t>
      </w:r>
    </w:p>
    <w:p>
      <w:r>
        <w:rPr>
          <w:b/>
        </w:rPr>
        <w:t xml:space="preserve">[25:24] </w:t>
      </w:r>
      <w:r>
        <w:t>sab ki pareshani ka ek hi sabab hai. woh yeh hai ke jitna apne bas mein hai us se bara karobar phailane na laen. misaal ke taur par main ek sahib ko janta hoon.</w:t>
      </w:r>
    </w:p>
    <w:p>
      <w:pPr>
        <w:jc w:val="right"/>
      </w:pPr>
      <w:r>
        <w:t>سب کی پریشانی کا ایک ہی سبب ہے۔ وہ یہ ہے کہ جتنا اپنے بس میں ہے اس سے بڑا کاروبار پھیلانے نہ لیں۔ مثال کے طور پر میں ایک صاحب کو جانتا ہوں۔</w:t>
      </w:r>
    </w:p>
    <w:p>
      <w:r>
        <w:rPr>
          <w:b/>
        </w:rPr>
        <w:t xml:space="preserve">[25:35] </w:t>
      </w:r>
      <w:r>
        <w:t>achha khasa business tha un ka. yaani kaam ka chal raha tha. har zaroorat poori ho rahi thi lekin unhon ne kya kiya unhon ne</w:t>
      </w:r>
    </w:p>
    <w:p>
      <w:pPr>
        <w:jc w:val="right"/>
      </w:pPr>
      <w:r>
        <w:t>اچھا خاصا بزنس تھا ان کا۔ یعنی کام کا چل رہا تھا۔ ہر ضرورت پوری ہو رہی تھی لیکن انہوں نے کیا کیا انہوں نے</w:t>
      </w:r>
    </w:p>
    <w:p>
      <w:r>
        <w:rPr>
          <w:b/>
        </w:rPr>
        <w:t xml:space="preserve">[25:43] </w:t>
      </w:r>
      <w:r>
        <w:t>ek bohat hi ambitious plan banaya. aur ek crore rupay bank se loan le liya. ab nateeja kya hua ke bank se loan lene ka matlab yeh hai ke aap ko barabar is ka dena parta hai installment.</w:t>
      </w:r>
    </w:p>
    <w:p>
      <w:pPr>
        <w:jc w:val="right"/>
      </w:pPr>
      <w:r>
        <w:t>ایک بہت ہی ایمبیشیس پلان بنایا۔ اور ایک کروڑ روپے بینک سے لون لے لیا۔ اب نتیجہ کیا ہوا کہ بینک سے لون لینے کا مطلب یہ ہے کہ آپ کو برابر اس کا دینا پڑتا ہے انسٹالمنٹ۔</w:t>
      </w:r>
    </w:p>
    <w:p>
      <w:r>
        <w:rPr>
          <w:b/>
        </w:rPr>
        <w:t xml:space="preserve">[25:56] </w:t>
      </w:r>
      <w:r>
        <w:t>is ka interest. woh de nahi paye kyun ke jitna interest dena tha us ke lehaz se nafa nahi ho raha tha. nateeja kya hua</w:t>
      </w:r>
    </w:p>
    <w:p>
      <w:pPr>
        <w:jc w:val="right"/>
      </w:pPr>
      <w:r>
        <w:t>اس کا انٹرسٹ۔ وہ دے نہیں پائے کیونکہ جتنا انٹرسٹ دینا تھا اس کے لحاظ سے نفع نہیں ہو رہا تھا۔ نتیجہ کیا ہوا</w:t>
      </w:r>
    </w:p>
    <w:p>
      <w:r>
        <w:rPr>
          <w:b/>
        </w:rPr>
        <w:t xml:space="preserve">[26:03] </w:t>
      </w:r>
      <w:r>
        <w:t>ke bankrupt ho gaye. to yeh jo manage nahi kar paye is liye manage nahi kar paye ke chhalang laga di unhon ne.</w:t>
      </w:r>
    </w:p>
    <w:p>
      <w:pPr>
        <w:jc w:val="right"/>
      </w:pPr>
      <w:r>
        <w:t>کہ بینکرپٹ ہو گئے۔ تو یہ جو مینج نہیں کر پائے اس لیے مینج نہیں کر پائے کہ چھلانگ لگا دی انہوں نے۔</w:t>
      </w:r>
    </w:p>
    <w:p>
      <w:r>
        <w:rPr>
          <w:b/>
        </w:rPr>
        <w:t xml:space="preserve">[26:13] </w:t>
      </w:r>
      <w:r>
        <w:t>business mein dekhen jump nahi hoti. lekin har aadmi jump karta hai. qanaat nahi karta. woh jo qanaat wali baat jo main ne kahi woh yahan bhi hai.</w:t>
      </w:r>
    </w:p>
    <w:p>
      <w:pPr>
        <w:jc w:val="right"/>
      </w:pPr>
      <w:r>
        <w:t>بزنس میں دیکھیں جمپ نہیں ہوتی۔ لیکن ہر آدمی جمپ کرتا ہے۔ قناعت نہیں کرتا۔ وہ جو قناعت والی بات جو میں نے کہی وہ یہاں بھی ہے۔</w:t>
      </w:r>
    </w:p>
    <w:p>
      <w:r>
        <w:rPr>
          <w:b/>
        </w:rPr>
        <w:t xml:space="preserve">[26:23] </w:t>
      </w:r>
      <w:r>
        <w:t>jo business man qanaat par razi rahe ga us ko kabhi yeh problem nahi aye ga. lekin jo qanaat ki wajah has mein daure ga has par usi ko yeh problem hota hai.</w:t>
      </w:r>
    </w:p>
    <w:p>
      <w:pPr>
        <w:jc w:val="right"/>
      </w:pPr>
      <w:r>
        <w:t>جو بزنس مین قناعت پر راضی رہے گا اس کو کبھی یہ پرابلم نہیں آئے گا۔ لیکن جو قناعت کی وجہ حس میں دوڑے گا حس پر اسی کو یہ پرابلم ہوتا ہے۔</w:t>
      </w:r>
    </w:p>
    <w:p>
      <w:r>
        <w:rPr>
          <w:b/>
        </w:rPr>
        <w:t xml:space="preserve">[26:35] </w:t>
      </w:r>
      <w:r>
        <w:t>to aap has ke case ko keh rahe hain ke manage nahi kar pata. yeh kahiye ke has se azaad nahi ho pata yeh kahiye. has se azaad nahi ho pata.</w:t>
      </w:r>
    </w:p>
    <w:p>
      <w:pPr>
        <w:jc w:val="right"/>
      </w:pPr>
      <w:r>
        <w:t>تو آپ حس کے کیس کو کہہ رہے ہیں کہ مینج نہیں کر پاتا۔ یہ کہیے کہ حس سے آزاد نہیں ہو پاتا یہ کہیے۔ حس سے آزاد نہیں ہو پاتا۔</w:t>
      </w:r>
    </w:p>
    <w:p>
      <w:r>
        <w:rPr>
          <w:b/>
        </w:rPr>
        <w:t xml:space="preserve">[26:45] </w:t>
      </w:r>
      <w:r>
        <w:t>aur qanaat ka tareeqa ikhtiyar nahi kar pata.</w:t>
      </w:r>
    </w:p>
    <w:p>
      <w:pPr>
        <w:jc w:val="right"/>
      </w:pPr>
      <w:r>
        <w:t>اور قناعت کا طریقہ اختیار نہیں کر پاتا۔</w:t>
      </w:r>
    </w:p>
    <w:p>
      <w:r>
        <w:rPr>
          <w:b/>
        </w:rPr>
        <w:t xml:space="preserve">[26:53] </w:t>
      </w:r>
      <w:r>
        <w:t>maulana agla sawal aaya hai dilli se maulana zakwan nadvi ka. unhon ne likha hai aap ne farmaya tha ke intellectual development aur dawat e illallah ke liye interaction ki bohat ziyada ahmiyat hai.</w:t>
      </w:r>
    </w:p>
    <w:p>
      <w:pPr>
        <w:jc w:val="right"/>
      </w:pPr>
      <w:r>
        <w:t>مولانا اگلا سوال آیا ہے دلی سے مولانا زکوان ندوی کا۔ انہوں نے لکھا ہے آپ نے فرمایا تھا کہ انٹلیکچوئل ڈویلپمنٹ اور دعوت الی اللہ کے لیے انٹریکشن کی بہت زیادہ اہمیت ہے۔</w:t>
      </w:r>
    </w:p>
    <w:p>
      <w:r>
        <w:rPr>
          <w:b/>
        </w:rPr>
        <w:t xml:space="preserve">[27:08] </w:t>
      </w:r>
      <w:r>
        <w:t>lekin doosron ke sath interaction karne mein jo hesitation hota hai us ko kis tarah door kiya jaye?</w:t>
      </w:r>
    </w:p>
    <w:p>
      <w:pPr>
        <w:jc w:val="right"/>
      </w:pPr>
      <w:r>
        <w:t>لیکن دوسروں کے ساتھ انٹریکشن کرنے میں جو ہیسیٹیشن ہوتا ہے اس کو کس طرح دور کیا جائے؟</w:t>
      </w:r>
    </w:p>
    <w:p>
      <w:r>
        <w:rPr>
          <w:b/>
        </w:rPr>
        <w:t xml:space="preserve">[27:20] </w:t>
      </w:r>
      <w:r>
        <w:t>bas learning ka mizaj aa jaye. hamein seekhna hai. log samajhte hain ke hamein to logon ko batana hai. batane ke mizaj ke tehat nahi.</w:t>
      </w:r>
    </w:p>
    <w:p>
      <w:pPr>
        <w:jc w:val="right"/>
      </w:pPr>
      <w:r>
        <w:t>بس لرننگ کا مزاج آ جائے۔ ہمیں سیکھنا ہے۔ لوگ سمجھتے ہیں کہ ہمیں تو لوگوں کو بتانا ہے۔ بتانے کے مزاج کے تحت نہیں۔</w:t>
      </w:r>
    </w:p>
    <w:p>
      <w:r>
        <w:rPr>
          <w:b/>
        </w:rPr>
        <w:t xml:space="preserve">[27:32] </w:t>
      </w:r>
      <w:r>
        <w:t>learning ke mizaj ke tehat. seekhne ke mizaj ke tehat. to is mein kuch bhi rukawat nahi hai. jab hum seekhna chahte hain to kisi se bhi hum seekhne ki koshish kar sakte hain.</w:t>
      </w:r>
    </w:p>
    <w:p>
      <w:pPr>
        <w:jc w:val="right"/>
      </w:pPr>
      <w:r>
        <w:t>لرننگ کے مزاج کے تحت۔ سیکھنے کے مزاج کے تحت۔ تو اس میں کچھ بھی رکاوٹ نہیں ہے۔ جب ہم سیکھنا چاہتے ہیں تو کسی سے بھی ہم سیکھنے کی کوشش کر سکتے ہیں۔</w:t>
      </w:r>
    </w:p>
    <w:p>
      <w:r>
        <w:rPr>
          <w:b/>
        </w:rPr>
        <w:t xml:space="preserve">[27:43] </w:t>
      </w:r>
      <w:r>
        <w:t>to dawat mein samajhta hoon ke ek double process ka naam hai. dawat mein aap kuch dete hain kisi ko phir us se kuch lete hain aap. yeh ek qism ki sharing hai.</w:t>
      </w:r>
    </w:p>
    <w:p>
      <w:pPr>
        <w:jc w:val="right"/>
      </w:pPr>
      <w:r>
        <w:t>تو دعوت میں سمجھتا ہوں کہ ایک ڈبل پروسیس کا نام ہے۔ دعوت میں آپ کچھ دیتے ہیں کسی کو پھر اس سے کچھ لیتے ہیں آپ۔ یہ ایک قسم کی شیئرنگ ہے۔</w:t>
      </w:r>
    </w:p>
    <w:p>
      <w:r>
        <w:rPr>
          <w:b/>
        </w:rPr>
        <w:t xml:space="preserve">[27:56] </w:t>
      </w:r>
      <w:r>
        <w:t>daawa work jo hai ek qism ka sharing process hai. kuch dena kuch lena kuch dena kuch lena. yeh agar zehan mein wazeh ho ke daawa work ek sharing process hai to inshallah phir koi is mein rukawat nahi aye gi.</w:t>
      </w:r>
    </w:p>
    <w:p>
      <w:pPr>
        <w:jc w:val="right"/>
      </w:pPr>
      <w:r>
        <w:t>دعا ورک جو ہے ایک قسم کا شیئرنگ پروسیس ہے۔ کچھ دینا کچھ لینا کچھ دینا کچھ لینا۔ یہ اگر ذہن میں واضح ہو کہ دعا ورک ایک شیئرنگ پروسیس ہے تو انشاءاللہ پھر کوئی اس میں رکاوٹ نہیں آئے گی۔</w:t>
      </w:r>
    </w:p>
    <w:p>
      <w:r>
        <w:rPr>
          <w:b/>
        </w:rPr>
        <w:t xml:space="preserve">[28:13] </w:t>
      </w:r>
      <w:r>
        <w:t>maulana un ka ek aur sawal hai. unhon ne likha hai ke ek sahib ne kaha ke auraton ka ziyada waqt kitchen mein guzar jata hai. un ke liye daawa work aur literature ka mutala kaise mumkin hai?</w:t>
      </w:r>
    </w:p>
    <w:p>
      <w:pPr>
        <w:jc w:val="right"/>
      </w:pPr>
      <w:r>
        <w:t>مولانا ان کا ایک اور سوال ہے۔ انہوں نے لکھا ہے کہ ایک صاحب نے کہا کہ عورتوں کا زیادہ وقت کچن میں گزر جاتا ہے۔ ان کے لیے دعویٰ ورک اور لٹریچر کا مطالعہ کیسے ممکن ہے؟</w:t>
      </w:r>
    </w:p>
    <w:p>
      <w:r>
        <w:rPr>
          <w:b/>
        </w:rPr>
        <w:t xml:space="preserve">[28:28] </w:t>
      </w:r>
      <w:r>
        <w:t>aap is silsile mein rehnumai farmayein. kitchen ko band kar dein. kya zaroorat hai kitchen mein waqt lagane ki.</w:t>
      </w:r>
    </w:p>
    <w:p>
      <w:pPr>
        <w:jc w:val="right"/>
      </w:pPr>
      <w:r>
        <w:t>آپ اس سلسلے میں رہنمائی فرمائیں۔ کچن کو بند کر دیے۔ کیا ضرورت ہے کچن میں وقت لگانے کی۔</w:t>
      </w:r>
    </w:p>
    <w:p>
      <w:r>
        <w:rPr>
          <w:b/>
        </w:rPr>
        <w:t xml:space="preserve">[28:37] </w:t>
      </w:r>
      <w:r>
        <w:t>main aap ko ek ek ek misaal deta hoon haqeeqi misaal. ek sahib mere paas aaye apni biwi ko le kar ke. abhi bilkul ek sachi misaal bata raha hoon.</w:t>
      </w:r>
    </w:p>
    <w:p>
      <w:pPr>
        <w:jc w:val="right"/>
      </w:pPr>
      <w:r>
        <w:t>میں آپ کو ایک ایک ایک مثال دیتا ہوں حقیقی مثال۔ ایک صاحب میرے پاس آئے اپنی بیوی کو لے کر کے۔ ابھی بالکل ایک سچی مثال بتا رہا ہوں۔</w:t>
      </w:r>
    </w:p>
    <w:p>
      <w:r>
        <w:rPr>
          <w:b/>
        </w:rPr>
        <w:t xml:space="preserve">[28:48] </w:t>
      </w:r>
      <w:r>
        <w:t>aap chahen ge to mere daftar mein aayein main un ka naam pata telephone number de doon ga.</w:t>
      </w:r>
    </w:p>
    <w:p>
      <w:pPr>
        <w:jc w:val="right"/>
      </w:pPr>
      <w:r>
        <w:t>آپ چاہیں گے تو میرے دفتر میں آئیے میں ان کا نام پتہ ٹیلی فون نمبر دے دوں گا۔</w:t>
      </w:r>
    </w:p>
    <w:p>
      <w:r>
        <w:rPr>
          <w:b/>
        </w:rPr>
        <w:t xml:space="preserve">[28:54] </w:t>
      </w:r>
      <w:r>
        <w:t>woh ek madrasa chalate hain. ab madrasay mein bachon ki khana pakta hai. saada khana. to unhon ne bataya ke un ke haan mehman bohat aate hain.</w:t>
      </w:r>
    </w:p>
    <w:p>
      <w:pPr>
        <w:jc w:val="right"/>
      </w:pPr>
      <w:r>
        <w:t>وہ ایک مدرسے چلاتے ہیں۔ اب مدرسے میں بچوں کی کھانا پکتا ہے۔ سادہ کھانا۔ تو انہوں نے بتایا کہ ان کے ہاں مہمان بہت آتے ہیں۔</w:t>
      </w:r>
    </w:p>
    <w:p>
      <w:r>
        <w:rPr>
          <w:b/>
        </w:rPr>
        <w:t xml:space="preserve">[29:05] </w:t>
      </w:r>
      <w:r>
        <w:t>biwi jo hai din bhar khane ke intizam mein rehti hai. aur biwi un ki parhi likhi thi. to main ne bohat dinon tak un ko hemoori ki an ki.</w:t>
      </w:r>
    </w:p>
    <w:p>
      <w:pPr>
        <w:jc w:val="right"/>
      </w:pPr>
      <w:r>
        <w:t>بیوی جو ہے دن بھر کھانے کے انتظام میں رہتی ہے۔ اور بیوی ان کی پڑھی لکھی تھی۔ تو میں نے بہت دنوں تک ان کو ہیموری کی ان کی۔</w:t>
      </w:r>
    </w:p>
    <w:p>
      <w:r>
        <w:rPr>
          <w:b/>
        </w:rPr>
        <w:t xml:space="preserve">[29:14] </w:t>
      </w:r>
      <w:r>
        <w:t>ke har aadmi ko biwi jo hai Allah gift hoti hai. aap ko jo ek aurat mili hai wo Allah gift hai us ki naqadri kar rahe hain aap.</w:t>
      </w:r>
    </w:p>
    <w:p>
      <w:pPr>
        <w:jc w:val="right"/>
      </w:pPr>
      <w:r>
        <w:t>کہ ہر آدمی کو بیوی جو ہے اللہ گفٹ ہوتی ہے۔ آپ کو جو ایک عورت ملی ہے وہ اللہ گفٹ ہے اس کی ناقدری کر رہے ہیں آپ۔</w:t>
      </w:r>
    </w:p>
    <w:p>
      <w:r>
        <w:rPr>
          <w:b/>
        </w:rPr>
        <w:t xml:space="preserve">[29:23] </w:t>
      </w:r>
      <w:r>
        <w:t>us ko istemal kijiye. main ne kaha aap mehman khali band kijiye. yeh sare mehmaanon ko band kijiye. koi mehmaandari nahin. jo mehman aaye us ko kahiye jaao bahar khao.</w:t>
      </w:r>
    </w:p>
    <w:p>
      <w:pPr>
        <w:jc w:val="right"/>
      </w:pPr>
      <w:r>
        <w:t>اس کو استعمال کیجیے۔ میں نے کہا آپ مہمان خالی بند کیجیے۔ یہ سارے مہمانوں کو بند کیجیے۔ کوئی مہمان داری نہیں۔ جو مہمان آئے اس کو کہیے جاؤ باہر کھاؤ۔</w:t>
      </w:r>
    </w:p>
    <w:p>
      <w:r>
        <w:rPr>
          <w:b/>
        </w:rPr>
        <w:t xml:space="preserve">[29:36] </w:t>
      </w:r>
      <w:r>
        <w:t>to unhon ne kya kiya</w:t>
      </w:r>
    </w:p>
    <w:p>
      <w:pPr>
        <w:jc w:val="right"/>
      </w:pPr>
      <w:r>
        <w:t>تو انہوں نے کیا کیا</w:t>
      </w:r>
    </w:p>
    <w:p>
      <w:r>
        <w:rPr>
          <w:b/>
        </w:rPr>
        <w:t xml:space="preserve">[29:38] </w:t>
      </w:r>
      <w:r>
        <w:t>? ek bohat zabardast kaam kiya unhon ne. yaani yahan se lootne ke baad yak lakht unhon ne mehmaandari band kar di.</w:t>
      </w:r>
    </w:p>
    <w:p>
      <w:pPr>
        <w:jc w:val="right"/>
      </w:pPr>
      <w:r>
        <w:t>؟ ایک بہت زبردست کام کیا انہوں نے۔ یعنی یہاں سے لوٹنے کے بعد یک لخت انہوں نے مہمان داری بند کر دی۔</w:t>
      </w:r>
    </w:p>
    <w:p>
      <w:r>
        <w:rPr>
          <w:b/>
        </w:rPr>
        <w:t xml:space="preserve">[29:47] </w:t>
      </w:r>
      <w:r>
        <w:t>kehte hain yeh nahin kiya wo khud apne apna jo khana pakta tha khud apna us ko bhi unhon ne band kar diya.</w:t>
      </w:r>
    </w:p>
    <w:p>
      <w:pPr>
        <w:jc w:val="right"/>
      </w:pPr>
      <w:r>
        <w:t>کہتے ہیں یہ نہیں کیا وہ خود اپنے اپنا جو کھانا پکتا تھا خود اپنا اس کو بھی انہوں نے بند کر دیا۔</w:t>
      </w:r>
    </w:p>
    <w:p>
      <w:r>
        <w:rPr>
          <w:b/>
        </w:rPr>
        <w:t xml:space="preserve">[29:55] </w:t>
      </w:r>
      <w:r>
        <w:t>aur unhon ne kaha ke jo madrase mein pakta hai bachon ke liye khana wahi hum bhi khayenge. to madrase ka jo jo matbakh hota hai us se khana aata hai un ke haan paisa dete hain wo.</w:t>
      </w:r>
    </w:p>
    <w:p>
      <w:pPr>
        <w:jc w:val="right"/>
      </w:pPr>
      <w:r>
        <w:t>اور انہوں نے کہا کہ جو مدرسے میں پکتا ہے بچوں کے لیے کھانا وہی ہم بھی کھائیں گے۔ تو مدرسے کا جو جو مطبخ ہوتا ہے اس سے کھانا آتا ہے ان کے ہاں پیسہ دیتے ہیں وہ۔</w:t>
      </w:r>
    </w:p>
    <w:p>
      <w:r>
        <w:rPr>
          <w:b/>
        </w:rPr>
        <w:t xml:space="preserve">[30:10] </w:t>
      </w:r>
      <w:r>
        <w:t>paisa de kar wo matbakh ka khana lete hain.</w:t>
      </w:r>
    </w:p>
    <w:p>
      <w:pPr>
        <w:jc w:val="right"/>
      </w:pPr>
      <w:r>
        <w:t>پیسہ دے کر وہ مطبخ کا کھانا لیتے ہیں۔</w:t>
      </w:r>
    </w:p>
    <w:p>
      <w:r>
        <w:rPr>
          <w:b/>
        </w:rPr>
        <w:t xml:space="preserve">[30:13] </w:t>
      </w:r>
      <w:r>
        <w:t>apna khana pakwate hi nahin. aur mehmaanon se keh diya ke tum bhi ja kar khao aur paisa do. yaani matbakh mein khao aur matbakh mein paisa de kar ke jab tak chaho khate raho.</w:t>
      </w:r>
    </w:p>
    <w:p>
      <w:pPr>
        <w:jc w:val="right"/>
      </w:pPr>
      <w:r>
        <w:t>اپنا کھانا پکواتے ہی نہیں۔ اور مہمانوں سے کہہ دیا کہ تم بھی جا کر کھاؤ اور پیسہ دو۔ یعنی مطبخ میں کھاؤ اور مطبخ میں پیسہ دے کر کے جب تک چاہو کھاتے رہو۔</w:t>
      </w:r>
    </w:p>
    <w:p>
      <w:r>
        <w:rPr>
          <w:b/>
        </w:rPr>
        <w:t xml:space="preserve">[30:29] </w:t>
      </w:r>
      <w:r>
        <w:t>to mehmaanon ko bhi keh diya ja kar madrase mein khao paisa de kar ke. khud apne liye bhi unhon ne yeh kiya ke apna matbakh band kar ke masjid se</w:t>
      </w:r>
    </w:p>
    <w:p>
      <w:pPr>
        <w:jc w:val="right"/>
      </w:pPr>
      <w:r>
        <w:t>تو مہمانوں کو بھی کہہ دیا جا کر مدرسے میں کھاؤ پیسہ دے کر کے۔ خود اپنے لیے بھی انہوں نے یہ کیا کہ اپنا مطبخ بند کر کے مسجد سے</w:t>
      </w:r>
    </w:p>
    <w:p>
      <w:r>
        <w:rPr>
          <w:b/>
        </w:rPr>
        <w:t xml:space="preserve">[30:39] </w:t>
      </w:r>
      <w:r>
        <w:t>apna barish khana band kar ke matbakh ke khana lene lage. yeh sachi kahani hai. ab kya hai ke wo miyan biwi dono khoob daawa work kar rahe hain.</w:t>
      </w:r>
    </w:p>
    <w:p>
      <w:pPr>
        <w:jc w:val="right"/>
      </w:pPr>
      <w:r>
        <w:t>اپنا بارش خانہ بند کر کے مطبخ کے کھانا لینے لگے۔ یہ سچی کہانی ہے۔ اب کیا ہے کہ وہ میاں بیوی دونوں خوب دعویٰ ورک کر رہے ہیں۔</w:t>
      </w:r>
    </w:p>
    <w:p>
      <w:r>
        <w:rPr>
          <w:b/>
        </w:rPr>
        <w:t xml:space="preserve">[30:50] </w:t>
      </w:r>
      <w:r>
        <w:t>apne shahar mein. yaani kitabein parh rahe hain. study ke liye waqt mil gaya kafi un ko. aur daawa work bhi khoob kar rahe hain.</w:t>
      </w:r>
    </w:p>
    <w:p>
      <w:pPr>
        <w:jc w:val="right"/>
      </w:pPr>
      <w:r>
        <w:t>اپنے شہر میں۔ یعنی کتابیں پڑھ رہے ہیں۔ اسٹڈی کے لیے وقت مل گیا کافی ان کو۔ اور دعویٰ ورک بھی خوب کر رہے ہیں۔</w:t>
      </w:r>
    </w:p>
    <w:p>
      <w:r>
        <w:rPr>
          <w:b/>
        </w:rPr>
        <w:t xml:space="preserve">[30:59] </w:t>
      </w:r>
      <w:r>
        <w:t>to koi yaani zindagi aaj itni bigri hui hai ke koi drastic step lena parega. zindagi aaj itni bigri hui hai.</w:t>
      </w:r>
    </w:p>
    <w:p>
      <w:pPr>
        <w:jc w:val="right"/>
      </w:pPr>
      <w:r>
        <w:t>تو کوئی یعنی زندگی آج اتنی بگڑی ہوئی ہے کہ کوئی ڈراسٹک اسٹیپ لینا پڑے گا۔ زندگی آج اتنی بگڑی ہوئی ہے۔</w:t>
      </w:r>
    </w:p>
    <w:p>
      <w:r>
        <w:rPr>
          <w:b/>
        </w:rPr>
        <w:t xml:space="preserve">[31:07] </w:t>
      </w:r>
      <w:r>
        <w:t>jhooti mehmaandari jhooti family attend karna yeh sab jhooti us ko main kaha karta hoon ideal business. idle befaida sargarmiyan.</w:t>
      </w:r>
    </w:p>
    <w:p>
      <w:pPr>
        <w:jc w:val="right"/>
      </w:pPr>
      <w:r>
        <w:t>جھوٹی مہمان داری جھوٹی فیملی اٹینڈ کرنا یہ سب جھوٹی اس کو میں کہا کرتا ہوں آئیڈیل بزنس۔ آئی ڈی ایل ای بے فائدہ سرگرمیاں۔</w:t>
      </w:r>
    </w:p>
    <w:p>
      <w:r>
        <w:rPr>
          <w:b/>
        </w:rPr>
        <w:t xml:space="preserve">[31:20] </w:t>
      </w:r>
      <w:r>
        <w:t>sab log jo hai aaj kal ke zamane mein ideal business pade hue hain. to aap ko radically apne andar change karna lana parega.</w:t>
      </w:r>
    </w:p>
    <w:p>
      <w:pPr>
        <w:jc w:val="right"/>
      </w:pPr>
      <w:r>
        <w:t>سب لوگ جو ہے آج کل کے زمانے میں آئیڈیل بزنس پڑے ہوئے ہیں۔ تو آپ کو ریڈیکلی اپنے اندر چینج کرنا لانا پڑے گا۔</w:t>
      </w:r>
    </w:p>
    <w:p>
      <w:r>
        <w:rPr>
          <w:b/>
        </w:rPr>
        <w:t xml:space="preserve">[31:28] </w:t>
      </w:r>
      <w:r>
        <w:t>ek lakht band karna parega jis tarah unhon ne band kar diya. aap khoob kaam kar rahe hain. haqeeqat zindagi mein koi rukawat nahin hai. rukawat aap ki soch mein hai.</w:t>
      </w:r>
    </w:p>
    <w:p>
      <w:pPr>
        <w:jc w:val="right"/>
      </w:pPr>
      <w:r>
        <w:t>ایک لخت بند کرنا پڑے گا جس طرح انہوں نے بند کر دیا۔ آپ خوب کام کر رہے ہیں۔ حقیقت زندگی میں کوئی رکاوٹ نہیں ہے۔ رکاوٹ آپ کی سوچ میں ہے۔</w:t>
      </w:r>
    </w:p>
    <w:p>
      <w:r>
        <w:rPr>
          <w:b/>
        </w:rPr>
        <w:t xml:space="preserve">[31:41] </w:t>
      </w:r>
      <w:r>
        <w:t>rukawat sirf aap ki soch mein hai. inqalabi ban jaiye soch ke aitbar se to sari rukawat apne aap khatam ho jayegi.</w:t>
      </w:r>
    </w:p>
    <w:p>
      <w:pPr>
        <w:jc w:val="right"/>
      </w:pPr>
      <w:r>
        <w:t>رکاوٹ صرف آپ کی سوچ میں ہے۔ انقلابی بن جائیے سوچ کے اعتبار سے تو ساری رکاوٹ اپنے آپ ختم ہو جائے گی۔</w:t>
      </w:r>
    </w:p>
    <w:p>
      <w:r>
        <w:rPr>
          <w:b/>
        </w:rPr>
        <w:t xml:space="preserve">[31:52] </w:t>
      </w:r>
      <w:r>
        <w:t>maulana yeh sawal aaya hai doha qatar se maulana abdul basit umri ka. unhon ne likha hai ke maulana aap ki kitab ahyae islam mein likha hai ke aaj ka daur khuda parasti versus muqabla insan parasti hai.</w:t>
      </w:r>
    </w:p>
    <w:p>
      <w:pPr>
        <w:jc w:val="right"/>
      </w:pPr>
      <w:r>
        <w:t>مولانا یہ سوال آیا ہے دوحہ قطر سے مولانا عبدالباسط عمری کا۔ انہوں نے لکھا ہے کہ مولانا آپ کی کتاب احیائی اسلام میں لکھا ہے کہ آج کا دور خدا پرستی ورسز مقابلہ انسان پرستی ہے۔</w:t>
      </w:r>
    </w:p>
    <w:p>
      <w:r>
        <w:rPr>
          <w:b/>
        </w:rPr>
        <w:t xml:space="preserve">[32:10] </w:t>
      </w:r>
      <w:r>
        <w:t>us ka kya matlab hai?</w:t>
      </w:r>
    </w:p>
    <w:p>
      <w:pPr>
        <w:jc w:val="right"/>
      </w:pPr>
      <w:r>
        <w:t>اس کا کیا مطلب ہے؟</w:t>
      </w:r>
    </w:p>
    <w:p>
      <w:r>
        <w:rPr>
          <w:b/>
        </w:rPr>
        <w:t xml:space="preserve">[32:16] </w:t>
      </w:r>
      <w:r>
        <w:t>yeh kaha jata hai ke transfer of seat from god to man. yaani ab jo hai insan hi ko center samajh liya gaya hai.</w:t>
      </w:r>
    </w:p>
    <w:p>
      <w:pPr>
        <w:jc w:val="right"/>
      </w:pPr>
      <w:r>
        <w:t>یہ کہا جاتا ہے کہ ٹرانسفر آف سیٹ فرام گاڈ ٹو مین۔ یعنی اب جو ہے انسان ہی کو سینٹر سمجھ لیا گیا ہے۔</w:t>
      </w:r>
    </w:p>
    <w:p>
      <w:r>
        <w:rPr>
          <w:b/>
        </w:rPr>
        <w:t xml:space="preserve">[32:28] </w:t>
      </w:r>
      <w:r>
        <w:t>pehle khuda center hua karta tha. yaani god centered thinking hua karti thi pehle. ab insan centered thinking ban gayi hai. ab khuda ko unhon ne nazar andaaz kar diya.</w:t>
      </w:r>
    </w:p>
    <w:p>
      <w:pPr>
        <w:jc w:val="right"/>
      </w:pPr>
      <w:r>
        <w:t>پہلے خدا سینٹر ہوا کرتا تھا۔ یعنی گاڈ سینٹرڈ تھنکنگ ہوا کرتی تھی پہلے۔ اب انسان سینٹرڈ تھنکنگ بن گئی ہے۔ اب خدا کو انہوں نے نظر انداز کر دیا۔</w:t>
      </w:r>
    </w:p>
    <w:p>
      <w:r>
        <w:rPr>
          <w:b/>
        </w:rPr>
        <w:t xml:space="preserve">[32:39] </w:t>
      </w:r>
      <w:r>
        <w:t>khuda se koi matlab hi nahin. to sirf insan ke bare mein sochna. insan ke bare mein sochna. har jo bhi soch hai jo bhi planning hai wo sab insan ko le kar ke.</w:t>
      </w:r>
    </w:p>
    <w:p>
      <w:pPr>
        <w:jc w:val="right"/>
      </w:pPr>
      <w:r>
        <w:t>خدا سے کوئی مطلب ہی نہیں۔ تو صرف انسان کے بارے میں سوچنا۔ انسان کے بارے میں سوچنا۔ ہر جو بھی سوچ ہے جو بھی پلاننگ ہے وہ سب انسان کو لے کر کے۔</w:t>
      </w:r>
    </w:p>
    <w:p>
      <w:r>
        <w:rPr>
          <w:b/>
        </w:rPr>
        <w:t xml:space="preserve">[32:53] </w:t>
      </w:r>
      <w:r>
        <w:t>khuda ko le kar ke nahin.</w:t>
      </w:r>
    </w:p>
    <w:p>
      <w:pPr>
        <w:jc w:val="right"/>
      </w:pPr>
      <w:r>
        <w:t>خدا کو لے کر کے نہیں۔</w:t>
      </w:r>
    </w:p>
    <w:p>
      <w:r>
        <w:rPr>
          <w:b/>
        </w:rPr>
        <w:t xml:space="preserve">[32:58] </w:t>
      </w:r>
      <w:r>
        <w:t>to us mein tafseel maujood hai aap us ko phir se padhiye. dobara padhiye aap us se aap ko yeh baat clear ho jayegi.</w:t>
      </w:r>
    </w:p>
    <w:p>
      <w:pPr>
        <w:jc w:val="right"/>
      </w:pPr>
      <w:r>
        <w:t>تو اس میں تفصیل موجود ہے آپ اس کو پھر سے پڑھئے۔ دوبارہ پڑھئے آپ اس سے آپ کو یہ بات کلیئر ہو جائے گی۔</w:t>
      </w:r>
    </w:p>
    <w:p>
      <w:r>
        <w:rPr>
          <w:b/>
        </w:rPr>
        <w:t xml:space="preserve">[33:09] </w:t>
      </w:r>
      <w:r>
        <w:t>maulana ek aur sawal hai un ka. unhon ne likha hai ke mera tajurba hai ke aksar log al risala ko sirf ek periodical ki hesiyat se padhte hain.</w:t>
      </w:r>
    </w:p>
    <w:p>
      <w:pPr>
        <w:jc w:val="right"/>
      </w:pPr>
      <w:r>
        <w:t>مولانا ایک اور سوال ہے ان کا۔ انہوں نے لکھا ہے کہ میرا تجربہ ہے کہ اکثر لوگ الرسالہ کو صرف ایک پیریوڈیکل کی حیثیت سے پڑھتے ہیں۔</w:t>
      </w:r>
    </w:p>
    <w:p>
      <w:r>
        <w:rPr>
          <w:b/>
        </w:rPr>
        <w:t xml:space="preserve">[33:21] </w:t>
      </w:r>
      <w:r>
        <w:t>woh al-risalah ko aik khodai mission ke tor par discover karne mein nakaam rehte hain. logon ko kis tarah yeh bataya jaye ke al-risalah sirf aik periodical nahi balkeh al-risalah aik divine mission hai?</w:t>
      </w:r>
    </w:p>
    <w:p>
      <w:pPr>
        <w:jc w:val="right"/>
      </w:pPr>
      <w:r>
        <w:t>وہ الرسالہ کو ایک خدائی مشن کے طور پر ڈسکور کرنے میں ناکام رہتے ہیں۔ لوگوں کو کس طرح یہ بتایا جائے کہ الرسالہ صرف ایک پیریوڈیکل نہیں بلکہ الرسالہ ایک ڈیوائن مشن ہے؟</w:t>
      </w:r>
    </w:p>
    <w:p>
      <w:r>
        <w:rPr>
          <w:b/>
        </w:rPr>
        <w:t xml:space="preserve">[33:37] </w:t>
      </w:r>
      <w:r>
        <w:t>dekhye al-risalah chunke b-zahair aik risalah hai magazine. aik majallah hai aik purcha hai. to is ka model jo hai mahol mein woh kya hai?</w:t>
      </w:r>
    </w:p>
    <w:p>
      <w:pPr>
        <w:jc w:val="right"/>
      </w:pPr>
      <w:r>
        <w:t>دیکھئے الرسالہ چونکہ بظاہر ایک رسالہ ہے میگزین ہے۔ ایک مجلہ ہے ایک پرچہ ہے۔ تو اس کا ماڈل جو ہے ماحول میں وہ کیا ہے؟</w:t>
      </w:r>
    </w:p>
    <w:p>
      <w:r>
        <w:rPr>
          <w:b/>
        </w:rPr>
        <w:t xml:space="preserve">[33:48] </w:t>
      </w:r>
      <w:r>
        <w:t>woh periodical ka mahol hai. periodical jo hai aya mahine ke aik tareekh ko kuch dekha kuch nahi dekha rakh diya is ko.</w:t>
      </w:r>
    </w:p>
    <w:p>
      <w:pPr>
        <w:jc w:val="right"/>
      </w:pPr>
      <w:r>
        <w:t>وہ پیریوڈیکل کا ماحول ہے۔ پیریوڈیکل جو ہے آیا مہینے کے ایک تاریخ کو کچھ دیکھا کچھ نہیں دیکھا رکھ دیا اس کو۔</w:t>
      </w:r>
    </w:p>
    <w:p>
      <w:r>
        <w:rPr>
          <w:b/>
        </w:rPr>
        <w:t xml:space="preserve">[33:57] </w:t>
      </w:r>
      <w:r>
        <w:t>to saare periodicals jo hote hain unhon ne aik model qaim kar diya hai. is model mein aik naya purcha nikla al-risalah.</w:t>
      </w:r>
    </w:p>
    <w:p>
      <w:pPr>
        <w:jc w:val="right"/>
      </w:pPr>
      <w:r>
        <w:t>تو سارے پیریوڈیکلز جو ہوتے ہیں انہوں نے ایک ماڈل قائم کر دیا ہے۔ اس ماڈل میں ایک نیا پرچہ نکلا الرسالہ۔</w:t>
      </w:r>
    </w:p>
    <w:p>
      <w:r>
        <w:rPr>
          <w:b/>
        </w:rPr>
        <w:t xml:space="preserve">[34:07] </w:t>
      </w:r>
      <w:r>
        <w:t>jo is model se alag hai woh. to log jante nahi. aik model jo maroof ho jaye jo logon ke zehnon mein chha jaye to is se alag ho kar soch nahi paate.</w:t>
      </w:r>
    </w:p>
    <w:p>
      <w:pPr>
        <w:jc w:val="right"/>
      </w:pPr>
      <w:r>
        <w:t>جو اس ماڈل سے الگ ہے وہ۔ تو لوگ جانتے نہیں۔ ایک ماڈل جو معروف ہو جائے جو لوگوں کے ذہنوں میں چھا جائے تو اس سے الگ ہو کر سوچ نہیں پاتے۔</w:t>
      </w:r>
    </w:p>
    <w:p>
      <w:r>
        <w:rPr>
          <w:b/>
        </w:rPr>
        <w:t xml:space="preserve">[34:21] </w:t>
      </w:r>
      <w:r>
        <w:t>al-risalah aik hi purcha hai saare alam mein. balkeh poori sahhafati dor mein pehli baar aik aisa purcha hai jo poore maloom aik mission hai mission.</w:t>
      </w:r>
    </w:p>
    <w:p>
      <w:pPr>
        <w:jc w:val="right"/>
      </w:pPr>
      <w:r>
        <w:t>الرسالہ ایک ہی پرچہ ہے سارے عالم میں۔ بلکہ پوری صحافتی دور میں پہلی بار ایک ایسا پرچہ ہے جو پورے معلوم ایک مشن ہے مشن۔</w:t>
      </w:r>
    </w:p>
    <w:p>
      <w:r>
        <w:rPr>
          <w:b/>
        </w:rPr>
        <w:t xml:space="preserve">[34:31] </w:t>
      </w:r>
      <w:r>
        <w:t>dawe ke aitbar se bohat se purche dawe karte hain ke mission hai woh lekin haqeeqat mein woh sirf daawa hota hai. dekhye mission kya cheez hai?</w:t>
      </w:r>
    </w:p>
    <w:p>
      <w:pPr>
        <w:jc w:val="right"/>
      </w:pPr>
      <w:r>
        <w:t>دعوے کے اعتبار سے بہت سے پرچے دعویٰ کرتے ہیں کہ مشن ہے وہ لیکن حقیقت میں وہ صرف دعویٰ ہوتا ہے۔ دیکھئے مشن کیا چیز ہے؟</w:t>
      </w:r>
    </w:p>
    <w:p>
      <w:r>
        <w:rPr>
          <w:b/>
        </w:rPr>
        <w:t xml:space="preserve">[34:41] </w:t>
      </w:r>
      <w:r>
        <w:t>purcha nikalne wala khud mission mein jeeta hai. tab mission wala purcha banta hai. yaad rakhiye jo purcha jo murattab karta hai woh khud mission mein bhi jeena parta hai is ko.</w:t>
      </w:r>
    </w:p>
    <w:p>
      <w:pPr>
        <w:jc w:val="right"/>
      </w:pPr>
      <w:r>
        <w:t>پرچہ نکالنے والا خود مشن میں جیتا ہے۔ تب مشن والا پرچہ بنتا ہے۔ یاد رکھیے جو پرچہ جو مرتب کرتا ہے وہ خود مشن میں بھی جینا پڑتا ہے اس کو۔</w:t>
      </w:r>
    </w:p>
    <w:p>
      <w:r>
        <w:rPr>
          <w:b/>
        </w:rPr>
        <w:t xml:space="preserve">[34:55] </w:t>
      </w:r>
      <w:r>
        <w:t>mission ko ise orhna poshana bana parta hai.</w:t>
      </w:r>
    </w:p>
    <w:p>
      <w:pPr>
        <w:jc w:val="right"/>
      </w:pPr>
      <w:r>
        <w:t>مشن کو اسے اوڑھنا پوشانا بنا پڑتا ہے۔</w:t>
      </w:r>
    </w:p>
    <w:p>
      <w:r>
        <w:rPr>
          <w:b/>
        </w:rPr>
        <w:t xml:space="preserve">[34:59] </w:t>
      </w:r>
      <w:r>
        <w:t>isi mein jeena isi mein halkaan karna apne aap ko. yeh karna parta hai mission mein. tab woh purcha banta hai mission ka. to aisa purcha mere ilm ke mutabiq sirf al-risalah hai.</w:t>
      </w:r>
    </w:p>
    <w:p>
      <w:pPr>
        <w:jc w:val="right"/>
      </w:pPr>
      <w:r>
        <w:t>اسی میں جینا اسی میں ہلکان کرنا اپنے آپ کو۔ یہ کرنا پڑتا ہے مشن میں۔ تب وہ پرچہ بنتا ہے مشن کا۔ تو ایسا پرچہ میرے علم کے مطابق صرف الرسالہ ہے۔</w:t>
      </w:r>
    </w:p>
    <w:p>
      <w:r>
        <w:rPr>
          <w:b/>
        </w:rPr>
        <w:t xml:space="preserve">[35:11] </w:t>
      </w:r>
      <w:r>
        <w:t>to chunke logon ko yeh model maloom nahi.</w:t>
      </w:r>
    </w:p>
    <w:p>
      <w:pPr>
        <w:jc w:val="right"/>
      </w:pPr>
      <w:r>
        <w:t>تو چونکہ لوگوں کو یہ ماڈل معلوم نہیں۔</w:t>
      </w:r>
    </w:p>
    <w:p>
      <w:r>
        <w:rPr>
          <w:b/>
        </w:rPr>
        <w:t xml:space="preserve">[35:16] </w:t>
      </w:r>
      <w:r>
        <w:t>jo samaj mein ya dunya mein jo model hain wohi periodical ke model hain. to shaoori ya ghair shaoori tor par samajh lete hain ke yeh bhi aik purcha hoga bas.</w:t>
      </w:r>
    </w:p>
    <w:p>
      <w:pPr>
        <w:jc w:val="right"/>
      </w:pPr>
      <w:r>
        <w:t>جو سماج میں یا دنیا میں جو ماڈل ہیں وہی پیریوڈیکل کے ماڈل ہیں۔ تو شعوری یا غیر شعوری طور پر سمجھ لیتے ہیں کہ یہ بھی ایک پرچہ ہوگا بس۔</w:t>
      </w:r>
    </w:p>
    <w:p>
      <w:r>
        <w:rPr>
          <w:b/>
        </w:rPr>
        <w:t xml:space="preserve">[35:27] </w:t>
      </w:r>
      <w:r>
        <w:t>to aik martaba parh liya. to haqeeqat yeh hai ke al-risalah ko pehle aap ko discover karna parega ke yeh mission ka mission hai. yeh</w:t>
      </w:r>
    </w:p>
    <w:p>
      <w:pPr>
        <w:jc w:val="right"/>
      </w:pPr>
      <w:r>
        <w:t>تو ایک مرتبہ پڑھ لیا۔ تو حقیقت یہ ہے کہ الرسالہ کو پہلے آپ کو ڈسکور کرنا پڑے گا کہ یہ مشن کا مشن ہے۔ یہ</w:t>
      </w:r>
    </w:p>
    <w:p>
      <w:r>
        <w:rPr>
          <w:b/>
        </w:rPr>
        <w:t xml:space="preserve">[35:35] </w:t>
      </w:r>
      <w:r>
        <w:t>periodical nahi hai. yeh tab is ko aap ahmiyat denge. tab is ko padhenge. is liye main kaha karta hoon yeh likha tha maine risale mein ke jis ne al-risalah ko aik baar parha us ne nahi parha.</w:t>
      </w:r>
    </w:p>
    <w:p>
      <w:pPr>
        <w:jc w:val="right"/>
      </w:pPr>
      <w:r>
        <w:t>پیریوڈیکل نہیں ہے۔ یہ تب اس کو آپ اہمیت دیں گے۔ تب اس کو پڑھیں گے۔ اس لیے میں کہا کرتا ہوں یہ لکھا تھا میں نے رسالے میں کہ جس نے الرسالہ کو ایک بار پڑھا اس نے نہیں پڑھا۔</w:t>
      </w:r>
    </w:p>
    <w:p>
      <w:r>
        <w:rPr>
          <w:b/>
        </w:rPr>
        <w:t xml:space="preserve">[35:47] </w:t>
      </w:r>
      <w:r>
        <w:t>jis ne al-risalah ko do baar parha us ne parha. aur jis ne al-risalah ko kai baar parha us ne samjha is ko.</w:t>
      </w:r>
    </w:p>
    <w:p>
      <w:pPr>
        <w:jc w:val="right"/>
      </w:pPr>
      <w:r>
        <w:t>جس نے الرسالہ کو دو بار پڑھا اس نے پڑھا۔ اور جس نے الرسالہ کو کئی بار پڑھا اس نے سمجھا اس کو۔</w:t>
      </w:r>
    </w:p>
    <w:p>
      <w:r>
        <w:rPr>
          <w:b/>
        </w:rPr>
        <w:t xml:space="preserve">[35:54] </w:t>
      </w:r>
      <w:r>
        <w:t>phir repeat karta hoon main. al-risalah ko mahana mein al-risalah jo hai hamara. al-risalah ko jis ne aik baar parha us ne nahi parha.</w:t>
      </w:r>
    </w:p>
    <w:p>
      <w:pPr>
        <w:jc w:val="right"/>
      </w:pPr>
      <w:r>
        <w:t>پھر ریپیٹ کرتا ہوں میں۔ الرسالہ کو ماہانہ میں الرسالہ جو ہے ہمارا۔ الرسالہ کو جس نے ایک بار پڑھا اس نے نہیں پڑھا۔</w:t>
      </w:r>
    </w:p>
    <w:p>
      <w:r>
        <w:rPr>
          <w:b/>
        </w:rPr>
        <w:t xml:space="preserve">[36:04] </w:t>
      </w:r>
      <w:r>
        <w:t>jis ne do baar parha us ne parha. jis ne kai baar parha us ne al-risalah ko samjha.</w:t>
      </w:r>
    </w:p>
    <w:p>
      <w:pPr>
        <w:jc w:val="right"/>
      </w:pPr>
      <w:r>
        <w:t>جس نے دو بار پڑھا اس نے پڑھا۔ جس نے کئی بار پڑھا اس نے الرسالہ کو سمجھا۔</w:t>
      </w:r>
    </w:p>
    <w:p>
      <w:r>
        <w:rPr>
          <w:b/>
        </w:rPr>
        <w:t xml:space="preserve">[36:10] </w:t>
      </w:r>
      <w:r>
        <w:t>kyunke woh aik mahol se alag aik paigham deta hai woh. aap apni conditioning ki wajah se is ko aap samajh nahi paate.</w:t>
      </w:r>
    </w:p>
    <w:p>
      <w:pPr>
        <w:jc w:val="right"/>
      </w:pPr>
      <w:r>
        <w:t>کیونکہ وہ ایک ماحول سے الگ ایک پیغام دیتا ہے وہ۔ آپ اپنی کنڈیشننگ کی وجہ سے اس کو آپ سمجھ نہیں پاتے۔</w:t>
      </w:r>
    </w:p>
    <w:p>
      <w:r>
        <w:rPr>
          <w:b/>
        </w:rPr>
        <w:t xml:space="preserve">[36:22] </w:t>
      </w:r>
      <w:r>
        <w:t>to jab tak aap apni conditioning ko torein nahi aur apni</w:t>
      </w:r>
    </w:p>
    <w:p>
      <w:pPr>
        <w:jc w:val="right"/>
      </w:pPr>
      <w:r>
        <w:t>تو جب تک آپ اپنی کنڈیشننگ کو توڑیں نہیں اور اپنی</w:t>
      </w:r>
    </w:p>
    <w:p>
      <w:r>
        <w:rPr>
          <w:b/>
        </w:rPr>
        <w:t xml:space="preserve">[36:28] </w:t>
      </w:r>
      <w:r>
        <w:t>conditioning se bahar aa kar na sochein aap samajh nahi sakte risale ko. apne mindset ke lehaz se risala ko padhenge aap. jo aap ke mind mein hai wohi aap ko risale mein nazar ayega.</w:t>
      </w:r>
    </w:p>
    <w:p>
      <w:pPr>
        <w:jc w:val="right"/>
      </w:pPr>
      <w:r>
        <w:t>کنڈیشننگ سے باہر آ کر نہ سوچیں آپ سمجھ نہیں سکتے رسالے کو۔ اپنے مائنڈ سیٹ کے لحاظ سے رسالہ کو پڑھیں گے آپ۔ جو آپ کے مائنڈ میں ہے وہی آپ کو رسالے میں نظر آئے گا۔</w:t>
      </w:r>
    </w:p>
    <w:p>
      <w:r>
        <w:rPr>
          <w:b/>
        </w:rPr>
        <w:t xml:space="preserve">[36:42] </w:t>
      </w:r>
      <w:r>
        <w:t>to beharhal main kahunga ke jo log al-risalah ko padhte hain</w:t>
      </w:r>
    </w:p>
    <w:p>
      <w:pPr>
        <w:jc w:val="right"/>
      </w:pPr>
      <w:r>
        <w:t>تو بہرحال میں کہوں گا کہ جو لوگ الرسالہ کو پڑھتے ہیں</w:t>
      </w:r>
    </w:p>
    <w:p>
      <w:r>
        <w:rPr>
          <w:b/>
        </w:rPr>
        <w:t xml:space="preserve">[36:47] </w:t>
      </w:r>
      <w:r>
        <w:t>woh phir se al-risalah ko discover karein. aur phir se is ko is ko is ko is ki samajh kar ke is ko padhein.</w:t>
      </w:r>
    </w:p>
    <w:p>
      <w:pPr>
        <w:jc w:val="right"/>
      </w:pPr>
      <w:r>
        <w:t>وہ پھر سے الرسالہ کو ڈسکور کریں۔ اور پھر سے اس کو اس کو اس کو اس کی سمجھ کر کے اس کو پڑھیں۔</w:t>
      </w:r>
    </w:p>
    <w:p>
      <w:r>
        <w:rPr>
          <w:b/>
        </w:rPr>
        <w:t xml:space="preserve">[36:58] </w:t>
      </w:r>
      <w:r>
        <w:t>maulana zikwan nadvi ka aik sawal hai dilli se. unhon ne likha hai ke al-risalah mission mein literature distribution ke ilawa individuals ko alag alag focus kar ke un ko dawat aur marifat ke aitbar se tayyar karne ki ahmiyat kya hai?</w:t>
      </w:r>
    </w:p>
    <w:p>
      <w:pPr>
        <w:jc w:val="right"/>
      </w:pPr>
      <w:r>
        <w:t>مولانا زکوان ندوی کا ایک سوال ہے دلی سے۔ انہوں نے لکھا ہے کہ الرسالہ مشن میں لٹریچر ڈسٹریبیوشن کے علاوہ انڈیویجولز کو الگ الگ فوکس کر کے ان کو دعوت اور معرفت کے اعتبار سے تیار کرنے کی اہمیت کیا ہے؟</w:t>
      </w:r>
    </w:p>
    <w:p>
      <w:r>
        <w:rPr>
          <w:b/>
        </w:rPr>
        <w:t xml:space="preserve">[37:16] </w:t>
      </w:r>
      <w:r>
        <w:t>haan main baar baar kehta hoon ke dekhye hamara jo daawa work hai is ke do pehlu hain.</w:t>
      </w:r>
    </w:p>
    <w:p>
      <w:pPr>
        <w:jc w:val="right"/>
      </w:pPr>
      <w:r>
        <w:t>ہاں میں بار بار کہتا ہوں کہ دیکھئے ہمارا جو دعویٰ ورک ہے اس کے دو پہلو ہیں۔</w:t>
      </w:r>
    </w:p>
    <w:p>
      <w:r>
        <w:rPr>
          <w:b/>
        </w:rPr>
        <w:t xml:space="preserve">[37:26] </w:t>
      </w:r>
      <w:r>
        <w:t>aik to general yani general daawa keh lijiye is ko. to is ko aap umoomi tor par distribute karte hain.</w:t>
      </w:r>
    </w:p>
    <w:p>
      <w:pPr>
        <w:jc w:val="right"/>
      </w:pPr>
      <w:r>
        <w:t>ایک تو جنرل یعنی جنرل دعویٰ کہہ لیجیے اس کو۔ تو اس کو آپ عمومی طور پر ڈسٹریبیوٹ کرتے ہیں۔</w:t>
      </w:r>
    </w:p>
    <w:p>
      <w:r>
        <w:rPr>
          <w:b/>
        </w:rPr>
        <w:t xml:space="preserve">[37:39] </w:t>
      </w:r>
      <w:r>
        <w:t>literature ya jalsay mein address karte hain to woh general dawah hai. lekin isi ke sath bohat hi zaroori hai ke aap individual ko focus karen.</w:t>
      </w:r>
    </w:p>
    <w:p>
      <w:pPr>
        <w:jc w:val="right"/>
      </w:pPr>
      <w:r>
        <w:t>لٹریچر یا جلسے میں ایڈریس کرتے ہیں تو وہ جنرل دعویٰ ہے۔ لیکن اسی کے ساتھ بہت ہی ضروری ہے کہ آپ انڈیویجول کو فوکس کریں۔</w:t>
      </w:r>
    </w:p>
    <w:p>
      <w:r>
        <w:rPr>
          <w:b/>
        </w:rPr>
        <w:t xml:space="preserve">[37:52] </w:t>
      </w:r>
      <w:r>
        <w:t>kyunke jo change aayega woh fard mein aayega.</w:t>
      </w:r>
    </w:p>
    <w:p>
      <w:pPr>
        <w:jc w:val="right"/>
      </w:pPr>
      <w:r>
        <w:t>کیونکہ جو چینج آئے گا وہ فرد میں آئے گا۔</w:t>
      </w:r>
    </w:p>
    <w:p>
      <w:r>
        <w:rPr>
          <w:b/>
        </w:rPr>
        <w:t xml:space="preserve">[37:56] </w:t>
      </w:r>
      <w:r>
        <w:t>bheed ko aap address karte hain is se is se kuch change nahi aa sakta. change aata hai individual mind mein.</w:t>
      </w:r>
    </w:p>
    <w:p>
      <w:pPr>
        <w:jc w:val="right"/>
      </w:pPr>
      <w:r>
        <w:t>بھیڑ کو آپ ایڈریس کرتے ہیں اس سے اس سے کچھ چینج نہیں آ سکتا۔ چینج آتا ہے انڈیویجول مائنڈ میں۔</w:t>
      </w:r>
    </w:p>
    <w:p>
      <w:r>
        <w:rPr>
          <w:b/>
        </w:rPr>
        <w:t xml:space="preserve">[38:06] </w:t>
      </w:r>
      <w:r>
        <w:t>mind ek individual ke andar hota hai. wahin change aata hai. to humein general</w:t>
      </w:r>
    </w:p>
    <w:p>
      <w:pPr>
        <w:jc w:val="right"/>
      </w:pPr>
      <w:r>
        <w:t>مائنڈ ایک انڈیویجول کے اندر ہوتا ہے۔ وہیں چینج آتا ہے۔ تو ہمیں جنرل</w:t>
      </w:r>
    </w:p>
    <w:p>
      <w:r>
        <w:rPr>
          <w:b/>
        </w:rPr>
        <w:t xml:space="preserve">[38:13] </w:t>
      </w:r>
      <w:r>
        <w:t>dawah work bhi karna hai. lekin bohat hi zaroori hai ke log apne mahol mein aise afraad talash karen jo seeker hon. jo sincere hon.</w:t>
      </w:r>
    </w:p>
    <w:p>
      <w:pPr>
        <w:jc w:val="right"/>
      </w:pPr>
      <w:r>
        <w:t>دعویٰ ورک بھی کرنا ہے۔ لیکن بہت ہی ضروری ہے کہ لوگ اپنے ماحول میں ایسے افراد تلاش کریں جو سیکر ہوں۔ جو سنسیئر ہوں۔</w:t>
      </w:r>
    </w:p>
    <w:p>
      <w:r>
        <w:rPr>
          <w:b/>
        </w:rPr>
        <w:t xml:space="preserve">[38:23] </w:t>
      </w:r>
      <w:r>
        <w:t>jo cheezon ko seriously dekhte hon. un par musalsal mehnat karen. un se milen un ko kitaben den. un se feedback len.</w:t>
      </w:r>
    </w:p>
    <w:p>
      <w:pPr>
        <w:jc w:val="right"/>
      </w:pPr>
      <w:r>
        <w:t>جو چیزوں کو سیریسلی دیکھتے ہوں۔ ان پر مسلسل محنت کریں۔ ان سے ملیں ان کو کتابیں دیں۔ ان سے فیڈ بیک لیں۔</w:t>
      </w:r>
    </w:p>
    <w:p>
      <w:r>
        <w:rPr>
          <w:b/>
        </w:rPr>
        <w:t xml:space="preserve">[38:33] </w:t>
      </w:r>
      <w:r>
        <w:t>yeh bohat hi ahem hai.</w:t>
      </w:r>
    </w:p>
    <w:p>
      <w:pPr>
        <w:jc w:val="right"/>
      </w:pPr>
      <w:r>
        <w:t>یہ بہت ہی اہم ہے۔</w:t>
      </w:r>
    </w:p>
    <w:p>
      <w:r>
        <w:rPr>
          <w:b/>
        </w:rPr>
        <w:t xml:space="preserve">[38:38] </w:t>
      </w:r>
      <w:r>
        <w:t>maulana yeh sawal aaya hai maulana asrar umri sahib ka chennai se. unhon ne likha hai ke maulana ek daai ko bhi dawah ki tension hoti hai.</w:t>
      </w:r>
    </w:p>
    <w:p>
      <w:pPr>
        <w:jc w:val="right"/>
      </w:pPr>
      <w:r>
        <w:t>مولانا یہ سوال آیا ہے مولانا اسرار عمری صاحب کا چنئی سے۔ انہوں نے لکھا ہے کہ مولانا ایک داعی کو بھی دعوت کی ٹینشن ہوتی ہے۔</w:t>
      </w:r>
    </w:p>
    <w:p>
      <w:r>
        <w:rPr>
          <w:b/>
        </w:rPr>
        <w:t xml:space="preserve">[38:50] </w:t>
      </w:r>
      <w:r>
        <w:t>ya daai dawah ke liye pareshan reh sakta hai. is ke baray mein batayen.</w:t>
      </w:r>
    </w:p>
    <w:p>
      <w:pPr>
        <w:jc w:val="right"/>
      </w:pPr>
      <w:r>
        <w:t>یا داعی دعوت کے لیے پریشان رہ سکتا ہے۔ اس کے بارے میں بتائیں۔</w:t>
      </w:r>
    </w:p>
    <w:p>
      <w:r>
        <w:rPr>
          <w:b/>
        </w:rPr>
        <w:t xml:space="preserve">[38:57] </w:t>
      </w:r>
      <w:r>
        <w:t>dekhiye daai ka jo tension hai woh positive tension hai. woh sahi maanon mein tension nahi hota hai. woh khairkhwahi hoti hai. yaani daai ka tension jo hai woh woh hota hai khairkhwahi ke maani mein.</w:t>
      </w:r>
    </w:p>
    <w:p>
      <w:pPr>
        <w:jc w:val="right"/>
      </w:pPr>
      <w:r>
        <w:t>دیکھئے داعی کا جو ٹینشن ہے وہ پازیٹیو ٹینشن ہے۔ وہ صحیح معنوں میں ٹینشن نہیں ہوتا ہے۔ وہ خیرخواہی ہوتی ہے۔ یعنی داعی کا ٹینشن جو ہے وہ وہ ہوتا ہے خیرخواہی کے معنی میں۔</w:t>
      </w:r>
    </w:p>
    <w:p>
      <w:r>
        <w:rPr>
          <w:b/>
        </w:rPr>
        <w:t xml:space="preserve">[39:12] </w:t>
      </w:r>
      <w:r>
        <w:t>woh is maani mein nahi hota woh negative tension nahi hota.</w:t>
      </w:r>
    </w:p>
    <w:p>
      <w:pPr>
        <w:jc w:val="right"/>
      </w:pPr>
      <w:r>
        <w:t>وہ اس معنی میں نہیں ہوتا وہ نیگیٹیو ٹینشن نہیں ہوتا۔</w:t>
      </w:r>
    </w:p>
    <w:p>
      <w:r>
        <w:rPr>
          <w:b/>
        </w:rPr>
        <w:t xml:space="preserve">[39:19] </w:t>
      </w:r>
      <w:r>
        <w:t>dekhiye farq kya hai.</w:t>
      </w:r>
    </w:p>
    <w:p>
      <w:pPr>
        <w:jc w:val="right"/>
      </w:pPr>
      <w:r>
        <w:t>دیکھئے فرق کیا ہے۔</w:t>
      </w:r>
    </w:p>
    <w:p>
      <w:r>
        <w:rPr>
          <w:b/>
        </w:rPr>
        <w:t xml:space="preserve">[39:21] </w:t>
      </w:r>
      <w:r>
        <w:t>ek ek zaati taur par aap kuch lose karen is ka naam hai tension. zaati taur par aap ko nuqsan hua is nuqsan ko le kar ke aap pareshan hue woh hai tension.</w:t>
      </w:r>
    </w:p>
    <w:p>
      <w:pPr>
        <w:jc w:val="right"/>
      </w:pPr>
      <w:r>
        <w:t>ایک ایک ذاتی طور پر آپ کچھ لوز کریں اس کا نام ہے ٹینشن۔ ذاتی طور پر آپ کو نقصان ہوا اس نقصان کو لے کر کے آپ پریشان ہوئے وہ ہے ٹینشن۔</w:t>
      </w:r>
    </w:p>
    <w:p>
      <w:r>
        <w:rPr>
          <w:b/>
        </w:rPr>
        <w:t xml:space="preserve">[39:34] </w:t>
      </w:r>
      <w:r>
        <w:t>lekin doosre shakhs koshish kar rahe hain aap ke woh sachai ko manen woh nahi maan raha hai. to is se jo aap ke andar jazbat aate hain woh to khairkhwahi ki wajah se hote hain.</w:t>
      </w:r>
    </w:p>
    <w:p>
      <w:pPr>
        <w:jc w:val="right"/>
      </w:pPr>
      <w:r>
        <w:t>لیکن دوسرے شخص کوشش کر رہے ہیں آپ کہ وہ سچائی کو مانے وہ نہیں مان رہا ہے۔ تو اس سے جو آپ کے اندر جذبات آتے ہیں وہ تو خیرخواہی کی وجہ سے ہوتے ہیں۔</w:t>
      </w:r>
    </w:p>
    <w:p>
      <w:r>
        <w:rPr>
          <w:b/>
        </w:rPr>
        <w:t xml:space="preserve">[39:44] </w:t>
      </w:r>
      <w:r>
        <w:t>woh to wohi hai jo quran mein kaha hai bakhw anfusak. lilka bakhw anfusak. to woh hai positive tension. agar is ko tension kaha jaye to woh positive tension hoga.</w:t>
      </w:r>
    </w:p>
    <w:p>
      <w:pPr>
        <w:jc w:val="right"/>
      </w:pPr>
      <w:r>
        <w:t>وہ تو وہی ہے جو قرآن میں کہا ہے باخو النفسک۔ للک باخو النفسک۔ تو وہ ہے پازیٹیو ٹینشن۔ اگر اس کو ٹینشن کہا جائے تو وہ پازیٹیو ٹینشن ہوگا۔</w:t>
      </w:r>
    </w:p>
    <w:p>
      <w:r>
        <w:rPr>
          <w:b/>
        </w:rPr>
        <w:t xml:space="preserve">[39:55] </w:t>
      </w:r>
      <w:r>
        <w:t>to negative tension bura hai positive tension bura nahi hai.</w:t>
      </w:r>
    </w:p>
    <w:p>
      <w:pPr>
        <w:jc w:val="right"/>
      </w:pPr>
      <w:r>
        <w:t>تو نیگیٹیو ٹینشن برا ہے پازیٹیو ٹینشن برا نہیں ہے۔</w:t>
      </w:r>
    </w:p>
    <w:p>
      <w:r>
        <w:rPr>
          <w:b/>
        </w:rPr>
        <w:t xml:space="preserve">[40:02] </w:t>
      </w:r>
      <w:r>
        <w:t>maulana yeh sawal raipur se aaya hai mister idrees ka. unhon ne likha hai ke quran mein chapter 2 verse number 142 to 143 mein aaya hai.</w:t>
      </w:r>
    </w:p>
    <w:p>
      <w:pPr>
        <w:jc w:val="right"/>
      </w:pPr>
      <w:r>
        <w:t>مولانا یہ سوال رائے پور سے آیا ہے مسٹر ادریس کا۔ انہوں نے لکھا ہے کہ قرآن میں چیپٹر ٹو ورس نمبر 142 to 143 میں آیا ہے۔</w:t>
      </w:r>
    </w:p>
    <w:p>
      <w:r>
        <w:rPr>
          <w:b/>
        </w:rPr>
        <w:t xml:space="preserve">[40:14] </w:t>
      </w:r>
      <w:r>
        <w:t>hum ne tum ko beech ki ummat bana diya taake tum ho batane wale logon par aur rasool ho tum par batane wala.</w:t>
      </w:r>
    </w:p>
    <w:p>
      <w:pPr>
        <w:jc w:val="right"/>
      </w:pPr>
      <w:r>
        <w:t>ہم نے تمہیں بیچ کی امت بنا دیا تاکہ تم ہو بتانے والے لوگوں پر اور رسول ہو تم پر بتانے والا۔</w:t>
      </w:r>
    </w:p>
    <w:p>
      <w:r>
        <w:rPr>
          <w:b/>
        </w:rPr>
        <w:t xml:space="preserve">[40:24] </w:t>
      </w:r>
      <w:r>
        <w:t>maulana kya yeh verse dawah work ko refer karti hai?</w:t>
      </w:r>
    </w:p>
    <w:p>
      <w:pPr>
        <w:jc w:val="right"/>
      </w:pPr>
      <w:r>
        <w:t>مولانا کیا یہ ورس دعویٰ ورک کو ریفر کرتی ہے؟</w:t>
      </w:r>
    </w:p>
    <w:p>
      <w:r>
        <w:rPr>
          <w:b/>
        </w:rPr>
        <w:t xml:space="preserve">[40:30] </w:t>
      </w:r>
      <w:r>
        <w:t>dekhiye beech ki ummat jo hai quran mein is ke liye hai ummat wasat. wakadhalika ja'alnakum ummatan wasatan litakunu shuhada'a 'ala an-nas wa yakuna ar-rasulu 'alaykum shaheedan.</w:t>
      </w:r>
    </w:p>
    <w:p>
      <w:pPr>
        <w:jc w:val="right"/>
      </w:pPr>
      <w:r>
        <w:t>دیکھئے بیچ کی امت جو ہے قرآن میں اس کے لیے ہے امت وسط۔ وکذالک جعلناکم امت وسط لتکونوا شہداء علی الناس ویکون رسول علیکم شہیدا۔</w:t>
      </w:r>
    </w:p>
    <w:p>
      <w:r>
        <w:rPr>
          <w:b/>
        </w:rPr>
        <w:t xml:space="preserve">[40:43] </w:t>
      </w:r>
      <w:r>
        <w:t>yahan ummat wasat ke maani hain beech ki ummat. log galat matlab batate hain. behtareen ummat.</w:t>
      </w:r>
    </w:p>
    <w:p>
      <w:pPr>
        <w:jc w:val="right"/>
      </w:pPr>
      <w:r>
        <w:t>یہاں امت وسط کے معنی ہیں بیچ کی امت۔ لوگ غلط مطلب بتاتے ہیں۔ بہترین امت۔</w:t>
      </w:r>
    </w:p>
    <w:p>
      <w:r>
        <w:rPr>
          <w:b/>
        </w:rPr>
        <w:t xml:space="preserve">[40:52] </w:t>
      </w:r>
      <w:r>
        <w:t>hargiz is ka matlab behtareen ummat nahi hai. yaani hum ko tum ko behtareen ummat bana diya. yeh bilkul galat mafhoom hai is ka.</w:t>
      </w:r>
    </w:p>
    <w:p>
      <w:pPr>
        <w:jc w:val="right"/>
      </w:pPr>
      <w:r>
        <w:t>ہرگز اس کا مطلب بہترین امت نہیں ہے۔ یعنی ہم کو تم کو بہترین امت بنا دیا۔ یہ بالکل غلط مفہوم ہے اس کا۔</w:t>
      </w:r>
    </w:p>
    <w:p>
      <w:r>
        <w:rPr>
          <w:b/>
        </w:rPr>
        <w:t xml:space="preserve">[41:00] </w:t>
      </w:r>
      <w:r>
        <w:t>is ka matlab hai beech ki ummat. yaani middle ummat. middle kaun hai?</w:t>
      </w:r>
    </w:p>
    <w:p>
      <w:pPr>
        <w:jc w:val="right"/>
      </w:pPr>
      <w:r>
        <w:t>اس کا مطلب ہے بیچ کی امت۔ یعنی مڈل امت۔ مڈل کون ہے؟</w:t>
      </w:r>
    </w:p>
    <w:p>
      <w:r>
        <w:rPr>
          <w:b/>
        </w:rPr>
        <w:t xml:space="preserve">[41:07] </w:t>
      </w:r>
      <w:r>
        <w:t>do ke beech mein. ayat bata rahi hai ke ek taraf rasool hai ek taraf aam insan hai. to beech mein ummat mohammadi hai.</w:t>
      </w:r>
    </w:p>
    <w:p>
      <w:pPr>
        <w:jc w:val="right"/>
      </w:pPr>
      <w:r>
        <w:t>دو کے بیچ میں۔ آیت بتا رہی ہے کہ ایک طرف رسول ہے ایک طرف عام انسان ہے۔ تو بیچ میں امت محمدی ہے۔</w:t>
      </w:r>
    </w:p>
    <w:p>
      <w:r>
        <w:rPr>
          <w:b/>
        </w:rPr>
        <w:t xml:space="preserve">[41:17] </w:t>
      </w:r>
      <w:r>
        <w:t>ummat mohammadi ko rasool se lena hai. logon tak pahunchana hai. is sense mein woh beech ki ummat hai. likun rasula shaheedan 'alaykum wa takunu shuhada'a 'ala an-nas.</w:t>
      </w:r>
    </w:p>
    <w:p>
      <w:pPr>
        <w:jc w:val="right"/>
      </w:pPr>
      <w:r>
        <w:t>امت محمدی کو رسول سے لینا ہے۔ لوگوں تک پہنچانا ہے۔ اس سینس میں وہ بیچ کی امت ہے۔ لیکون رسول شہیدا علیکم وتکون شہداء علی الناس۔</w:t>
      </w:r>
    </w:p>
    <w:p>
      <w:r>
        <w:rPr>
          <w:b/>
        </w:rPr>
        <w:t xml:space="preserve">[41:27] </w:t>
      </w:r>
      <w:r>
        <w:t>yani rasool se tum lo aur tum doosron ko do. is sense mein woh beech ki ummat hai. aur yeh manna ke behtareen ummat hai bilkul baseless hai.</w:t>
      </w:r>
    </w:p>
    <w:p>
      <w:pPr>
        <w:jc w:val="right"/>
      </w:pPr>
      <w:r>
        <w:t>یعنی رسول سے تم لو اور تم دوسروں کو دو۔ اس سینس میں وہ بیچ کی امت ہے۔ اور یہ ماننا کہ بہترین امت ہے بالکل بیسلیس ہے۔</w:t>
      </w:r>
    </w:p>
    <w:p>
      <w:r>
        <w:rPr>
          <w:b/>
        </w:rPr>
        <w:t xml:space="preserve">[41:37] </w:t>
      </w:r>
      <w:r>
        <w:t>hargiz is ki koi yani koi is ka quran hadith mein is ka makhraj nahi hai.</w:t>
      </w:r>
    </w:p>
    <w:p>
      <w:pPr>
        <w:jc w:val="right"/>
      </w:pPr>
      <w:r>
        <w:t>ہرگز اس کی کوئی یعنی کوئی اس کا قرآن حدیث میں اس کا مخرج نہیں ہے۔</w:t>
      </w:r>
    </w:p>
    <w:p>
      <w:r>
        <w:rPr>
          <w:b/>
        </w:rPr>
        <w:t xml:space="preserve">[41:45] </w:t>
      </w:r>
      <w:r>
        <w:t>maulana agla sawal aaya hai mr mir ali ka. unhon ne apni location nahi likhi hai. un ka sawal hai ke please guide me and tell me how i can understand quran in a better way.</w:t>
      </w:r>
    </w:p>
    <w:p>
      <w:pPr>
        <w:jc w:val="right"/>
      </w:pPr>
      <w:r>
        <w:t>مولانا اگلا سوال آیا ہے مسٹر میر علی کا۔ انہوں نے اپنی لوکیشن نہیں لکھی ہے۔ ان کا سوال ہے کہ پلیز گائیڈ می اینڈ ٹیل می ہاؤ آئی کین انڈرسٹینڈ قرآن ان اے بیٹر وے۔</w:t>
      </w:r>
    </w:p>
    <w:p>
      <w:r>
        <w:rPr>
          <w:b/>
        </w:rPr>
        <w:t xml:space="preserve">[41:58] </w:t>
      </w:r>
      <w:r>
        <w:t>is there any procedure to do that</w:t>
      </w:r>
    </w:p>
    <w:p>
      <w:pPr>
        <w:jc w:val="right"/>
      </w:pPr>
      <w:r>
        <w:t>از دیر اینی پروسیجر ٹو ڈو دیٹ</w:t>
      </w:r>
    </w:p>
    <w:p>
      <w:r>
        <w:rPr>
          <w:b/>
        </w:rPr>
        <w:t xml:space="preserve">[42:01] </w:t>
      </w:r>
      <w:r>
        <w:t>? koi procedure nahi hota aap dua kijiye aur padhiye dua kijiye padhiye. yani re re read it again and again. aur padhiye tadabbur ke sath.</w:t>
      </w:r>
    </w:p>
    <w:p>
      <w:pPr>
        <w:jc w:val="right"/>
      </w:pPr>
      <w:r>
        <w:t>؟ کوئی پروسیجر نہیں ہوتا آپ دعا کیجیے اور پڑھئے دعا کیجیے پڑھئے۔ یعنی ری ریڈ اٹ اگین اینڈ اگین۔ اور پڑھئے تدبر کے ساتھ۔</w:t>
      </w:r>
    </w:p>
    <w:p>
      <w:r>
        <w:rPr>
          <w:b/>
        </w:rPr>
        <w:t xml:space="preserve">[42:13] </w:t>
      </w:r>
      <w:r>
        <w:t>quran ko tadabbur ke sath padhiye aur dua karte hue bas yahi hai aur koi procedure nahi.</w:t>
      </w:r>
    </w:p>
    <w:p>
      <w:pPr>
        <w:jc w:val="right"/>
      </w:pPr>
      <w:r>
        <w:t>قرآن کو تدبر کے ساتھ پڑھئے اور دعا کرتے ہوئے بس یہی ہے اور کوئی پروسیجر نہیں۔</w:t>
      </w:r>
    </w:p>
    <w:p>
      <w:r>
        <w:rPr>
          <w:b/>
        </w:rPr>
        <w:t xml:space="preserve">[42:19] </w:t>
      </w:r>
      <w:r>
        <w:t>maulana agla sawal aaya hai mr sajid anwar ka dilli se. woh chahte hain ke quran ki ek ayat ko aap theek se samjha dein. jo ayat hai woh quran mein is tarah aayi hai ke believers of an evil doer bring you a news ascertain the correctness of the report lest you unwittingly harm others and then regret what you have done.</w:t>
      </w:r>
    </w:p>
    <w:p>
      <w:pPr>
        <w:jc w:val="right"/>
      </w:pPr>
      <w:r>
        <w:t>مولانا اگلا سوال آیا ہے مسٹر ساجد انور کا دلی سے۔ وہ چاہتے ہیں کہ قرآن کی ایک آیت کو آپ ٹھیک سے سمجھا دیں۔ جو آیت ہے وہ قرآن میں اس طرح آئی ہے کہ بیلیورز اف این ایول ڈور برنگز یو ا نیوز اسرٹین دی کریکٹنس اف دی رپورٹ فلی لیسٹ یو ان وٹنگلی ہارم ادرز اینڈ دین ریگریٹ واٹ یو ہیو ڈن۔</w:t>
      </w:r>
    </w:p>
    <w:p>
      <w:r>
        <w:rPr>
          <w:b/>
        </w:rPr>
        <w:t xml:space="preserve">[42:46] </w:t>
      </w:r>
      <w:r>
        <w:t>this is in chapter 48 verse number 6.</w:t>
      </w:r>
    </w:p>
    <w:p>
      <w:pPr>
        <w:jc w:val="right"/>
      </w:pPr>
      <w:r>
        <w:t>دس از ان چیپٹر 48 ورس نمبر 6۔</w:t>
      </w:r>
    </w:p>
    <w:p>
      <w:r>
        <w:rPr>
          <w:b/>
        </w:rPr>
        <w:t xml:space="preserve">[42:54] </w:t>
      </w:r>
      <w:r>
        <w:t>yahan woh hai agar jaa ko faasiq bin bin fatabainu. is ka matlab hai ke koi aap is khabar jab milte hain koi negative news.</w:t>
      </w:r>
    </w:p>
    <w:p>
      <w:pPr>
        <w:jc w:val="right"/>
      </w:pPr>
      <w:r>
        <w:t>یہاں وہ ہے اذا جا کو فاسق بین بین فتبینو۔ اس کا مطلب ہے کہ کوئی آپ اس خبر جب ملتے ہیں کوئی نیگیٹیو نیوز۔</w:t>
      </w:r>
    </w:p>
    <w:p>
      <w:r>
        <w:rPr>
          <w:b/>
        </w:rPr>
        <w:t xml:space="preserve">[43:05] </w:t>
      </w:r>
      <w:r>
        <w:t>yahan negative news murad hai. to is ki tehqeeq karo. fatabainu tabainu ke mani hain khoob tehqeeq karo khoob pata karo.</w:t>
      </w:r>
    </w:p>
    <w:p>
      <w:pPr>
        <w:jc w:val="right"/>
      </w:pPr>
      <w:r>
        <w:t>یہاں نیگیٹیو نیوز مراد ہے۔ تو اس کی تحقیق کرو۔ فتبینو تبینو کے معنی ہیں خوب تحقیق کرو خوب پتہ کرو۔</w:t>
      </w:r>
    </w:p>
    <w:p>
      <w:r>
        <w:rPr>
          <w:b/>
        </w:rPr>
        <w:t xml:space="preserve">[43:15] </w:t>
      </w:r>
      <w:r>
        <w:t>khoob is ki scurity karo. yeh nahi ke main suna aur lage baandh kar</w:t>
      </w:r>
    </w:p>
    <w:p>
      <w:pPr>
        <w:jc w:val="right"/>
      </w:pPr>
      <w:r>
        <w:t>خوب اس کی سکوٹی کرو۔ یہ نہیں کہ میں سنا اور لگے باندھ کر</w:t>
      </w:r>
    </w:p>
    <w:p>
      <w:r>
        <w:rPr>
          <w:b/>
        </w:rPr>
        <w:t xml:space="preserve">[43:21] </w:t>
      </w:r>
      <w:r>
        <w:t>yeh bilkul galat hai gunah hai yeh. yeh matlab hai is ka. ke quran mein yeh hukum diya gaya hai ke aap ke yeh tareeqa nahi hona chahiye ke koi khabar suni aur phir lage baandh kar doosron se us ko.</w:t>
      </w:r>
    </w:p>
    <w:p>
      <w:pPr>
        <w:jc w:val="right"/>
      </w:pPr>
      <w:r>
        <w:t>یہ بالکل غلط ہے گناہ ہے یہ۔ یہ مطلب ہے اس کا۔ کہ قرآن میں یہ حکم دیا گیا ہے کہ آپ کہ یہ طریقہ نہیں ہونا چاہیے کہ کوئی خبر سنی اور پھر لگے باندھ کر دوسروں سے اس کو۔</w:t>
      </w:r>
    </w:p>
    <w:p>
      <w:r>
        <w:rPr>
          <w:b/>
        </w:rPr>
        <w:t xml:space="preserve">[43:37] </w:t>
      </w:r>
      <w:r>
        <w:t>kyunke</w:t>
      </w:r>
    </w:p>
    <w:p>
      <w:pPr>
        <w:jc w:val="right"/>
      </w:pPr>
      <w:r>
        <w:t>کیونکہ</w:t>
      </w:r>
    </w:p>
    <w:p>
      <w:r>
        <w:rPr>
          <w:b/>
        </w:rPr>
        <w:t xml:space="preserve">[43:38] </w:t>
      </w:r>
      <w:r>
        <w:t>khabar batane wala naqis reporting kar sakta hai. kisi bhi qism ki is mein milawat kar sakta hai khabar mein. to aap is ki scurity karein us ko pata karein aur jo bhi zariye hain maslan farz kijiye ke ek shakhs keh raha hai ke kolkatta ke ek aadmi ke bare mein aap ko bata raha hai kuch to telephone kiya hai us ko?</w:t>
      </w:r>
    </w:p>
    <w:p>
      <w:pPr>
        <w:jc w:val="right"/>
      </w:pPr>
      <w:r>
        <w:t>خبر بتانے والا ناقص رپورٹنگ کر سکتا ہے۔ کسی بھی قسم کی اس میں ملاوٹ کر سکتا ہے خبر میں۔ تو آپ اس کی سکوٹی کریں اس کو پتہ کریں اور جو بھی ذرائع ہیں مثلاً فرض کیجیے کہ ایک شخص کہہ رہا ہے کہ کلکتے کے ایک آدمی کے بارے میں آپ کو بتا رہا ہے کچھ تو ٹیلی فون کیا ہے اس کو؟</w:t>
      </w:r>
    </w:p>
    <w:p>
      <w:r>
        <w:rPr>
          <w:b/>
        </w:rPr>
        <w:t xml:space="preserve">[44:00] </w:t>
      </w:r>
      <w:r>
        <w:t>achha farz kijiye ke aap kahein kahan main time hai t</w:t>
      </w:r>
    </w:p>
    <w:p>
      <w:pPr>
        <w:jc w:val="right"/>
      </w:pPr>
      <w:r>
        <w:t>اچھا فرض کیجیے کہ آپ کہیں کہاں میں ٹائم ہے ٹ</w:t>
      </w:r>
    </w:p>
    <w:p>
      <w:r>
        <w:rPr>
          <w:b/>
        </w:rPr>
        <w:t xml:space="preserve">[44:03] </w:t>
      </w:r>
      <w:r>
        <w:t>elephone karne ka to aap ko kahan woh time hai khabrein phailane ka? yeh khabrein kyun phailate hain aap? misaal ke taur par mere bare mein taqreeban saare mukhalifeen kya karte hain</w:t>
      </w:r>
    </w:p>
    <w:p>
      <w:pPr>
        <w:jc w:val="right"/>
      </w:pPr>
      <w:r>
        <w:t>یلی فون کرنے کا تو آپ کو کہاں وہ ٹائم ہے خبریں پھیلانے کا؟ یہ خبریں کیوں پھیلاتے ہیں آپ؟ مثال کے طور پر میرے بارے میں تقریباً سارے مخالفین کیا کرتے ہیں</w:t>
      </w:r>
    </w:p>
    <w:p>
      <w:r>
        <w:rPr>
          <w:b/>
        </w:rPr>
        <w:t xml:space="preserve">[44:17] </w:t>
      </w:r>
      <w:r>
        <w:t>baghair meri kitabon ko padhe hue suni sunai baton par mere bare mein phailate rehte hain. to aap ke liye do option hain. ya to chup rahein ya baqayda tehqeeq kar ke bolein.</w:t>
      </w:r>
    </w:p>
    <w:p>
      <w:pPr>
        <w:jc w:val="right"/>
      </w:pPr>
      <w:r>
        <w:t>بغیر میری کتابوں کو پڑھے ہوئے سنی سنائی باتوں پر میرے بارے میں پھیلاتے رہتے ہیں۔ تو آپ کے لیے دو آپشن ہیں۔ یا تو چپ رہیں یا باقاعدہ تحقیق کر کے بولیں۔</w:t>
      </w:r>
    </w:p>
    <w:p>
      <w:r>
        <w:rPr>
          <w:b/>
        </w:rPr>
        <w:t xml:space="preserve">[44:30] </w:t>
      </w:r>
      <w:r>
        <w:t>yeh sirf option nahi hai ke tehqeeq bhi na karein aap bolna bhi shuru kar dein.</w:t>
      </w:r>
    </w:p>
    <w:p>
      <w:pPr>
        <w:jc w:val="right"/>
      </w:pPr>
      <w:r>
        <w:t>یہ صرف آپشن نہیں ہے کہ تحقیق بھی نہ کریں آپ بولنا بھی شروع کر دیں۔</w:t>
      </w:r>
    </w:p>
    <w:p>
      <w:r>
        <w:rPr>
          <w:b/>
        </w:rPr>
        <w:t xml:space="preserve">[44:36] </w:t>
      </w:r>
      <w:r>
        <w:t>aap ko kisi ke bare mein ek negative baat batana hai to aap ko haq nahi hai aap bohat bara gunah karein ge ke bila tehqeeq ke lage bolne us ko.</w:t>
      </w:r>
    </w:p>
    <w:p>
      <w:pPr>
        <w:jc w:val="right"/>
      </w:pPr>
      <w:r>
        <w:t>آپ کو کسی کے بارے میں ایک نیگیٹیو بات بتانا ہے تو آپ کو حق نہیں ہے آپ بہت بڑا گناہ کریں گے کہ بلا تحقیق کے لگے بولنے اس کو۔</w:t>
      </w:r>
    </w:p>
    <w:p>
      <w:r>
        <w:rPr>
          <w:b/>
        </w:rPr>
        <w:t xml:space="preserve">[44:47] </w:t>
      </w:r>
      <w:r>
        <w:t>chup reh sakte hain chup rehna jaiz hai. chup rehna to jaiz hai lekin bila tehqeeq ke bolna hargiz jaiz nahi hai. yeh bohat bara hukum hai quran majeed mein.</w:t>
      </w:r>
    </w:p>
    <w:p>
      <w:pPr>
        <w:jc w:val="right"/>
      </w:pPr>
      <w:r>
        <w:t>چپ رہ سکتے ہیں چپ رہنا جائز ہے۔ چپ رہنا تو جائز ہے لیکن بلا تحقیق کے بولنا ہرگز جائز نہیں ہے۔ یہ بہت بڑا حکم ہے قرآن مجید میں۔</w:t>
      </w:r>
    </w:p>
    <w:p>
      <w:r>
        <w:rPr>
          <w:b/>
        </w:rPr>
        <w:t xml:space="preserve">[44:57] </w:t>
      </w:r>
      <w:r>
        <w:t>aur hum to isi ka shikar ho rahe hain. hamare itne mukhalifeen hain bila tehqeeq ke hamare khilaf bolte rehte hain.</w:t>
      </w:r>
    </w:p>
    <w:p>
      <w:pPr>
        <w:jc w:val="right"/>
      </w:pPr>
      <w:r>
        <w:t>اور ہم تو اسی کا شکار ہو رہے ہیں۔ ہمارے اتنے مخالفین ہیں بلا تحقیق کے ہمارے خلاف بولتے رہتے ہیں۔</w:t>
      </w:r>
    </w:p>
    <w:p>
      <w:r>
        <w:rPr>
          <w:b/>
        </w:rPr>
        <w:t xml:space="preserve">[45:04] </w:t>
      </w:r>
      <w:r>
        <w:t>maslan dekhiye ek sahab mere paas aaye ek misaal deta hoon. ek sahab mere paas aaye unhon ne kaha ke aap ka percha nikalte hain mujh ko bataya gaya hai ke is mein dunyavi baatein hoti hain sab.</w:t>
      </w:r>
    </w:p>
    <w:p>
      <w:pPr>
        <w:jc w:val="right"/>
      </w:pPr>
      <w:r>
        <w:t>مثلاً دیکھئے ایک صاحب میرے پاس آئے ایک مثال دیتا ہوں۔ ایک صاحب میرے پاس آئے انہوں نے کہا کہ آپ کا پرچہ نکالتے ہیں مجھ کو بتایا گیا ہے کہ اس میں دنیاوی باتیں ہوتی ہیں سب۔</w:t>
      </w:r>
    </w:p>
    <w:p>
      <w:r>
        <w:rPr>
          <w:b/>
        </w:rPr>
        <w:t xml:space="preserve">[45:19] </w:t>
      </w:r>
      <w:r>
        <w:t>koi deeni baatein hoti nahi.</w:t>
      </w:r>
    </w:p>
    <w:p>
      <w:pPr>
        <w:jc w:val="right"/>
      </w:pPr>
      <w:r>
        <w:t>کوئی دینی باتیں ہوتی نہیں۔</w:t>
      </w:r>
    </w:p>
    <w:p>
      <w:r>
        <w:rPr>
          <w:b/>
        </w:rPr>
        <w:t xml:space="preserve">[45:23] </w:t>
      </w:r>
      <w:r>
        <w:t>to main ne kaha achha baithiye. aur jo latest issue tha us ko main ne nikala. main ne kaha is ko dekhiye ek ek waraq ultiye. ek ek mazmoon ko dekhiye.</w:t>
      </w:r>
    </w:p>
    <w:p>
      <w:pPr>
        <w:jc w:val="right"/>
      </w:pPr>
      <w:r>
        <w:t>تو میں نے کہا اچھا بیٹھیے۔ اور جو لیٹسٹ ایشو تھا اس کو میں نے نکالا۔ میں نے کہا اس کو دیکھیے ایک ایک ورق الٹیے۔ ایک ایک مضمون کو دیکھیے۔</w:t>
      </w:r>
    </w:p>
    <w:p>
      <w:r>
        <w:rPr>
          <w:b/>
        </w:rPr>
        <w:t xml:space="preserve">[45:34] </w:t>
      </w:r>
      <w:r>
        <w:t>to us mein sara jitna bhi percha tha kisi ne ek ayat par base karta tha kisi ne hadith base karta tha. ya koi</w:t>
      </w:r>
    </w:p>
    <w:p>
      <w:pPr>
        <w:jc w:val="right"/>
      </w:pPr>
      <w:r>
        <w:t>تو اس میں سارا جتنا بھی پرچہ تھا کسی نے ایک آیت پر بیس کرتا تھا کسی نے حدیث بیس کرتا تھا۔ یا کوئی</w:t>
      </w:r>
    </w:p>
    <w:p>
      <w:r>
        <w:rPr>
          <w:b/>
        </w:rPr>
        <w:t xml:space="preserve">[45:41] </w:t>
      </w:r>
      <w:r>
        <w:t>sahaba ke is par base karta tha. to maine kaha dekhiye kahan is mein duniyavi baatein hain.</w:t>
      </w:r>
    </w:p>
    <w:p>
      <w:pPr>
        <w:jc w:val="right"/>
      </w:pPr>
      <w:r>
        <w:t>صحابہ کے اس پر بیس کرتا تھا۔ تو میں نے کہا دیکھیے کہاں اس میں دنیاوی باتیں ہیں۔</w:t>
      </w:r>
    </w:p>
    <w:p>
      <w:r>
        <w:rPr>
          <w:b/>
        </w:rPr>
        <w:t xml:space="preserve">[45:49] </w:t>
      </w:r>
      <w:r>
        <w:t>saare aakhirat ki baatein hain jannat ki baatein hain quran ki baatein hain islam ki</w:t>
      </w:r>
    </w:p>
    <w:p>
      <w:pPr>
        <w:jc w:val="right"/>
      </w:pPr>
      <w:r>
        <w:t>سارے آخرت کی باتیں ہیں جنت کی باتیں ہیں قرآن کی باتیں ہیں اسلام کی</w:t>
      </w:r>
    </w:p>
    <w:p>
      <w:r>
        <w:rPr>
          <w:b/>
        </w:rPr>
        <w:t xml:space="preserve">[45:53] </w:t>
      </w:r>
      <w:r>
        <w:t>baatein hain yeh kahan wo?</w:t>
      </w:r>
    </w:p>
    <w:p>
      <w:pPr>
        <w:jc w:val="right"/>
      </w:pPr>
      <w:r>
        <w:t>باتیں ہیں یہ کہاں وہ؟</w:t>
      </w:r>
    </w:p>
    <w:p>
      <w:r>
        <w:rPr>
          <w:b/>
        </w:rPr>
        <w:t xml:space="preserve">[45:56] </w:t>
      </w:r>
      <w:r>
        <w:t>to ek shakhs ne kaha usko aap ne sun liya.</w:t>
      </w:r>
    </w:p>
    <w:p>
      <w:pPr>
        <w:jc w:val="right"/>
      </w:pPr>
      <w:r>
        <w:t>تو ایک شخص نے کہا اس کو آپ نے سن لیا۔</w:t>
      </w:r>
    </w:p>
    <w:p>
      <w:r>
        <w:rPr>
          <w:b/>
        </w:rPr>
        <w:t xml:space="preserve">[46:01] </w:t>
      </w:r>
      <w:r>
        <w:t>to yaad rakhiye suni sunai baaton par usko yani usko lagna bolne lagna usko hadith</w:t>
      </w:r>
    </w:p>
    <w:p>
      <w:pPr>
        <w:jc w:val="right"/>
      </w:pPr>
      <w:r>
        <w:t>تو یاد رکھیے سنی سنائی باتوں پر اس کو یعنی اس کو لگنا بولنے لگنا اس کو حدیث</w:t>
      </w:r>
    </w:p>
    <w:p>
      <w:r>
        <w:rPr>
          <w:b/>
        </w:rPr>
        <w:t xml:space="preserve">[46:09] </w:t>
      </w:r>
      <w:r>
        <w:t>mein aata hai kafwa bilmar'e kadhiban an yuhadditha bikulli ma sami'a yani is aadmi ke jhootha hone ke</w:t>
      </w:r>
    </w:p>
    <w:p>
      <w:pPr>
        <w:jc w:val="right"/>
      </w:pPr>
      <w:r>
        <w:t>میں آتا ہے کفوا بالمرے کذبا نہ یحدث بکل ما سمع یعنی اس آدمی کے جھوٹا ہونے کے</w:t>
      </w:r>
    </w:p>
    <w:p>
      <w:r>
        <w:rPr>
          <w:b/>
        </w:rPr>
        <w:t xml:space="preserve">[46:17] </w:t>
      </w:r>
      <w:r>
        <w:t>liye yeh baat kafi hai ki jo kuch suna hai usko lage bayan karne.</w:t>
      </w:r>
    </w:p>
    <w:p>
      <w:pPr>
        <w:jc w:val="right"/>
      </w:pPr>
      <w:r>
        <w:t>لیے یہ بات کافی ہے کہ جو کچھ سنا ہے اس کو لگے بیان کرنے۔</w:t>
      </w:r>
    </w:p>
    <w:p>
      <w:r>
        <w:rPr>
          <w:b/>
        </w:rPr>
        <w:t xml:space="preserve">[46:24] </w:t>
      </w:r>
      <w:r>
        <w:t>to phir main kahunga ke aap ke sirf do mein option hain. ya to chup rahen. ya to chup rahen. ya bolen tehqeeq kar ke bolen.</w:t>
      </w:r>
    </w:p>
    <w:p>
      <w:pPr>
        <w:jc w:val="right"/>
      </w:pPr>
      <w:r>
        <w:t>تو پھر میں کہوں گا کہ آپ کے صرف دو میں آپشن ہیں۔ یا تو چپ رہیں۔ یا تو چپ رہیں۔ یا بولیں تحقیق کر کے بولیں۔</w:t>
      </w:r>
    </w:p>
    <w:p>
      <w:r>
        <w:rPr>
          <w:b/>
        </w:rPr>
        <w:t xml:space="preserve">[46:33] </w:t>
      </w:r>
      <w:r>
        <w:t>bila tehqeeq ke bolenge to Allah taala ka zabardast pakad hogi is ki. bahut zyada pakad hogi.</w:t>
      </w:r>
    </w:p>
    <w:p>
      <w:pPr>
        <w:jc w:val="right"/>
      </w:pPr>
      <w:r>
        <w:t>بلا تحقیق کے بولیں گے تو اللہ تعالیٰ کا زبردست پکڑ ہوگی اس کی۔ بہت زیادہ پکڑ ہوگی۔</w:t>
      </w:r>
    </w:p>
    <w:p>
      <w:r>
        <w:rPr>
          <w:b/>
        </w:rPr>
        <w:t xml:space="preserve">[46:41] </w:t>
      </w:r>
      <w:r>
        <w:t>maulana raipur se ek comment aaya hai sawal nahi hai yeh yeh kya hai misster idrees ne</w:t>
      </w:r>
    </w:p>
    <w:p>
      <w:pPr>
        <w:jc w:val="right"/>
      </w:pPr>
      <w:r>
        <w:t>مولانا رائے پور سے ایک کمنٹ آیا ہے سوال نہیں ہے یہ یہ کیا ہے مسٹر ادریس نے</w:t>
      </w:r>
    </w:p>
    <w:p>
      <w:r>
        <w:rPr>
          <w:b/>
        </w:rPr>
        <w:t xml:space="preserve">[46:47] </w:t>
      </w:r>
      <w:r>
        <w:t>aur un ke sath shabana ne jo dekh rahe hain yeh program abhi unhon ne likha hai ke</w:t>
      </w:r>
    </w:p>
    <w:p>
      <w:pPr>
        <w:jc w:val="right"/>
      </w:pPr>
      <w:r>
        <w:t>اور ان کے ساتھ شبانہ نے جو دیکھ رہے ہیں یہ پروگرام ابھی انہوں نے لکھا ہے کہ</w:t>
      </w:r>
    </w:p>
    <w:p>
      <w:r>
        <w:rPr>
          <w:b/>
        </w:rPr>
        <w:t xml:space="preserve">[46:53] </w:t>
      </w:r>
      <w:r>
        <w:t>In reply to the question about hesitation in interaction for Dawah work, you just replied, we should not</w:t>
      </w:r>
    </w:p>
    <w:p>
      <w:pPr>
        <w:jc w:val="right"/>
      </w:pPr>
      <w:r>
        <w:t>ان ریپلائی ٹو دی کوئسچن اباؤٹ ہیسیٹیشن ان انٹریکشن فار دعویٰ ورک یو جسٹ ریپلائیڈ وی شوڈ ناٹ</w:t>
      </w:r>
    </w:p>
    <w:p>
      <w:r>
        <w:rPr>
          <w:b/>
        </w:rPr>
        <w:t xml:space="preserve">[47:01] </w:t>
      </w:r>
      <w:r>
        <w:t>only share what we know but also we should be ready to learn what other person shares</w:t>
      </w:r>
    </w:p>
    <w:p>
      <w:pPr>
        <w:jc w:val="right"/>
      </w:pPr>
      <w:r>
        <w:t>اونلی شیئر واٹ وی نو بٹ آل سو وی شوڈ بی ریڈی ٹو لرن واٹ ادر پرسن شیئرز</w:t>
      </w:r>
    </w:p>
    <w:p>
      <w:r>
        <w:rPr>
          <w:b/>
        </w:rPr>
        <w:t xml:space="preserve">[47:08] </w:t>
      </w:r>
      <w:r>
        <w:t>because daawa work is a to way sharing process this is a magical answer and it solves one</w:t>
      </w:r>
    </w:p>
    <w:p>
      <w:pPr>
        <w:jc w:val="right"/>
      </w:pPr>
      <w:r>
        <w:t>بیکاز دعویٰ ورک از اے ٹو وے شیئرنگ پروسیس دس از اے میجیکل انسر اینڈ اٹ سالوز ون</w:t>
      </w:r>
    </w:p>
    <w:p>
      <w:r>
        <w:rPr>
          <w:b/>
        </w:rPr>
        <w:t xml:space="preserve">[47:14] </w:t>
      </w:r>
      <w:r>
        <w:t>of the biggest problems of a daawa thanks for the question and thanks for the answer.</w:t>
      </w:r>
    </w:p>
    <w:p>
      <w:pPr>
        <w:jc w:val="right"/>
      </w:pPr>
      <w:r>
        <w:t>آف دا بگسٹ پرابلمز آف اے دائی تھینکس فار دی کوئسچن اینڈ تھینکس فار دی انسر۔</w:t>
      </w:r>
    </w:p>
    <w:p>
      <w:r>
        <w:rPr>
          <w:b/>
        </w:rPr>
        <w:t xml:space="preserve">[47:21] </w:t>
      </w:r>
      <w:r>
        <w:t>jazakum Allah. maulana agla sawal aaya hai deli se miss naghma siddiqui ka unhone likha hai you told us to look at problems as challenges as per the creation plan of god can you please elaborate?</w:t>
      </w:r>
    </w:p>
    <w:p>
      <w:pPr>
        <w:jc w:val="right"/>
      </w:pPr>
      <w:r>
        <w:t>جزاکم اللہ۔ مولانا اگلا سوال آیا ہے دلی سے مس نغمہ صدیقی کا انہوں نے لکھا ہے یو ٹولڈ اس ٹو لوک ایٹ پرابلمز ایز چیلنجز ایز پر دا کریشن پلان آف گاڈ کین یو پلیز الیبوریٹ؟</w:t>
      </w:r>
    </w:p>
    <w:p>
      <w:r>
        <w:rPr>
          <w:b/>
        </w:rPr>
        <w:t xml:space="preserve">[47:41] </w:t>
      </w:r>
      <w:r>
        <w:t>dekhiye yeh hum is duniya mein hain to hum ne duniya ko banaya nahi hai. main aksar kehta hoon ke agar aap ko rehna hai apne turn par to ek nayi duniya banaiye.</w:t>
      </w:r>
    </w:p>
    <w:p>
      <w:pPr>
        <w:jc w:val="right"/>
      </w:pPr>
      <w:r>
        <w:t>دیکھئے یہ ہم اس دنیا میں ہیں تو ہم نے دنیا کو بنایا نہیں ہے۔ میں اکثر کہتا ہوں کہ اگر آپ کو رہنا ہے اپنے ٹرن پر تو ایک نئی دنیا بنائیے۔</w:t>
      </w:r>
    </w:p>
    <w:p>
      <w:r>
        <w:rPr>
          <w:b/>
        </w:rPr>
        <w:t xml:space="preserve">[47:54] </w:t>
      </w:r>
      <w:r>
        <w:t>aap ko creator ke turn par rehna padega.</w:t>
      </w:r>
    </w:p>
    <w:p>
      <w:pPr>
        <w:jc w:val="right"/>
      </w:pPr>
      <w:r>
        <w:t>آپ کو کریٹر کے ٹرن پر رہنا پڑے گا۔</w:t>
      </w:r>
    </w:p>
    <w:p>
      <w:r>
        <w:rPr>
          <w:b/>
        </w:rPr>
        <w:t xml:space="preserve">[48:00] </w:t>
      </w:r>
      <w:r>
        <w:t>yani agar aap khud apne turn par rehna chahte hain duniya mein to woh mumkin nahi hai. phir ek aur duniya banani padegi aap ko. aap ke liye koi option nahi hai is ke siwa ke creator ke turn par aap duniya mein rahen.</w:t>
      </w:r>
    </w:p>
    <w:p>
      <w:pPr>
        <w:jc w:val="right"/>
      </w:pPr>
      <w:r>
        <w:t>یعنی اگر آپ خود اپنے ٹرن پر رہنا چاہتے ہیں دنیا میں تو وہ ممکن نہیں ہے۔ پھر ایک اور دنیا بنانی پڑے گی آپ کو۔ آپ کے لیے کوئی آپشن نہیں ہے اس کے سوا کہ کریٹر کے ٹرن پر آپ دنیا میں رہیں۔</w:t>
      </w:r>
    </w:p>
    <w:p>
      <w:r>
        <w:rPr>
          <w:b/>
        </w:rPr>
        <w:t xml:space="preserve">[48:13] </w:t>
      </w:r>
      <w:r>
        <w:t>creator ke turn kya hai?</w:t>
      </w:r>
    </w:p>
    <w:p>
      <w:pPr>
        <w:jc w:val="right"/>
      </w:pPr>
      <w:r>
        <w:t>کریٹر کے ٹرن کیا ہے؟</w:t>
      </w:r>
    </w:p>
    <w:p>
      <w:r>
        <w:rPr>
          <w:b/>
        </w:rPr>
        <w:t xml:space="preserve">[48:15] </w:t>
      </w:r>
      <w:r>
        <w:t>quran mein saaf saaf bataya gaya hai ke Allah taala ne har insaan ko di azadi.</w:t>
      </w:r>
    </w:p>
    <w:p>
      <w:pPr>
        <w:jc w:val="right"/>
      </w:pPr>
      <w:r>
        <w:t>قرآن میں صاف صاف بتایا گیا ہے کہ اللہ تعالیٰ نے ہر انسان کو دی آزادی۔</w:t>
      </w:r>
    </w:p>
    <w:p>
      <w:r>
        <w:rPr>
          <w:b/>
        </w:rPr>
        <w:t xml:space="preserve">[48:24] </w:t>
      </w:r>
      <w:r>
        <w:t>yani woh chahe zulm kare chahe justice kare. chahe peaceful rahe ya ya woh violent kare violence kare.</w:t>
      </w:r>
    </w:p>
    <w:p>
      <w:pPr>
        <w:jc w:val="right"/>
      </w:pPr>
      <w:r>
        <w:t>یعنی وہ چاہے ظلم کرے چاہے جسٹس کرے۔ چاہے پیس فل رہے یا یا وہ وائلنٹ کرے وائلنس کرے۔</w:t>
      </w:r>
    </w:p>
    <w:p>
      <w:r>
        <w:rPr>
          <w:b/>
        </w:rPr>
        <w:t xml:space="preserve">[48:35] </w:t>
      </w:r>
      <w:r>
        <w:t>aap Khuda ki di hui azadi yeh hai woh woh aap abolish nahi kar sakte is ko. aap Khuda ki di hui cheez ko aap abolish kaise karenge</w:t>
      </w:r>
    </w:p>
    <w:p>
      <w:pPr>
        <w:jc w:val="right"/>
      </w:pPr>
      <w:r>
        <w:t>آپ خدا کی دی ہوئی آزادی یہ ہے وہ وہ آپ آبالش نہیں کر سکتے اس کو۔ آپ خدا کی دی ہوئی چیز کو آپ آبالش کیسے کریں گے</w:t>
      </w:r>
    </w:p>
    <w:p>
      <w:r>
        <w:rPr>
          <w:b/>
        </w:rPr>
        <w:t xml:space="preserve">[48:45] </w:t>
      </w:r>
      <w:r>
        <w:t>? to aap ke liye koi option hi is ke siwa nahi hai ke aap is duniya mein creation plan of god ko samajh kar apni planning karen.</w:t>
      </w:r>
    </w:p>
    <w:p>
      <w:pPr>
        <w:jc w:val="right"/>
      </w:pPr>
      <w:r>
        <w:t>؟ تو آپ کے لیے کوئی آپشن ہی اس کے سوا نہیں ہے کہ آپ اس دنیا میں کریشن پلان آف گاڈ کو سمجھ کر اپنی پلاننگ کریں۔</w:t>
      </w:r>
    </w:p>
    <w:p>
      <w:r>
        <w:rPr>
          <w:b/>
        </w:rPr>
        <w:t xml:space="preserve">[48:55] </w:t>
      </w:r>
      <w:r>
        <w:t>is ko ignore kar ke aap planning nahi kar sakte. is ko ignore kar ke aap planning karenge to yani aap nakaam rahenge.</w:t>
      </w:r>
    </w:p>
    <w:p>
      <w:pPr>
        <w:jc w:val="right"/>
      </w:pPr>
      <w:r>
        <w:t>اس کو اگنور کر کے آپ پلاننگ نہیں کر سکتے۔ اس کو اگنور کر کے آپ پلاننگ کریں گے تو یعنی آپ ناکام رہیں گے۔</w:t>
      </w:r>
    </w:p>
    <w:p>
      <w:r>
        <w:rPr>
          <w:b/>
        </w:rPr>
        <w:t xml:space="preserve">[49:06] </w:t>
      </w:r>
      <w:r>
        <w:t>is nuqtay ko log nahi samajhte ke doosra insaan jo hai woh woh bhi azaad hai is tarah mein azaad hoon. to main apni azadi ko chahoon ke main apni azadi ko is tarah istemal karoon doosre ki azadi khatam ho jaye to kaise mumkin hai?</w:t>
      </w:r>
    </w:p>
    <w:p>
      <w:pPr>
        <w:jc w:val="right"/>
      </w:pPr>
      <w:r>
        <w:t>اس نقطے کو لوگ نہیں سمجھتے کہ دوسرا انسان جو ہے وہ وہ بھی آزاد ہے اس طرح میں آزاد ہوں۔ تو میں اپنی آزادی کو چاہوں کہ میں اپنی آزادی کو اس طرح استعمال کروں دوسرے کی آزادی ختم ہو جائے تو کیسے ممکن ہے؟</w:t>
      </w:r>
    </w:p>
    <w:p>
      <w:r>
        <w:rPr>
          <w:b/>
        </w:rPr>
        <w:t xml:space="preserve">[49:23] </w:t>
      </w:r>
      <w:r>
        <w:t>mumkin hi nahi hai. to aap ko apni planning karni chahiye.</w:t>
      </w:r>
    </w:p>
    <w:p>
      <w:pPr>
        <w:jc w:val="right"/>
      </w:pPr>
      <w:r>
        <w:t>ممکن ہی نہیں ہے۔ تو آپ کو اپنی پلاننگ کرنی چاہیے۔</w:t>
      </w:r>
    </w:p>
    <w:p>
      <w:r>
        <w:rPr>
          <w:b/>
        </w:rPr>
        <w:t xml:space="preserve">[49:33] </w:t>
      </w:r>
      <w:r>
        <w:t>is ko dekh kar ke ek doosra dekhiye isi ka ek pehlu yeh hai. ek baat mein yahan ek wazeh karna chahta hoon. kai log galat fehmi mein rahte hain.</w:t>
      </w:r>
    </w:p>
    <w:p>
      <w:pPr>
        <w:jc w:val="right"/>
      </w:pPr>
      <w:r>
        <w:t>اس کو دیکھ کر کے ایک دوسرا دیکھئے اسی کا ایک پہلو یہ ہے۔ ایک بات میں یہاں ایک واضح کرنا چاہتا ہوں۔ کئی لوگ غلط فہمی میں رہتے ہیں۔</w:t>
      </w:r>
    </w:p>
    <w:p>
      <w:r>
        <w:rPr>
          <w:b/>
        </w:rPr>
        <w:t xml:space="preserve">[49:43] </w:t>
      </w:r>
      <w:r>
        <w:t>jaise rasool Allah sal Allah alayhi wasallam ne arz kiya yani quran mein ek waqea hai ke ghazwa tabuk mein sab ko kaha gaya tha ke chalo sab log.</w:t>
      </w:r>
    </w:p>
    <w:p>
      <w:pPr>
        <w:jc w:val="right"/>
      </w:pPr>
      <w:r>
        <w:t>جیسے رسول اللہ صلی اللہ علیہ وسلم نے عرض کیا یعنی قرآن میں ایک واقعہ ہے کہ غزوہ تبوک میں سب کو کہا گیا تھا کہ چلو سب لوگ۔</w:t>
      </w:r>
    </w:p>
    <w:p>
      <w:r>
        <w:rPr>
          <w:b/>
        </w:rPr>
        <w:t xml:space="preserve">[49:57] </w:t>
      </w:r>
      <w:r>
        <w:t>nafir aam thi woh. to kuch log nahi gaye. jabke un ke pas sadhan tha jaane ka. to jab rasool Allah wapas aaye to aap ne sab ke uzr ko maan liya.</w:t>
      </w:r>
    </w:p>
    <w:p>
      <w:pPr>
        <w:jc w:val="right"/>
      </w:pPr>
      <w:r>
        <w:t>نفیر عام تھی وہ۔ تو کچھ لوگ نہیں گئے۔ جبکہ ان کے پاس سادھن تھا جانے کا۔ تو جب رسول اللہ واپس آئے تو آپ نے سب کے عذر کو مان لیا۔</w:t>
      </w:r>
    </w:p>
    <w:p>
      <w:r>
        <w:rPr>
          <w:b/>
        </w:rPr>
        <w:t xml:space="preserve">[50:11] </w:t>
      </w:r>
      <w:r>
        <w:t>jo aata tha jo excuse pesh karta tha woh maan lete the. lekin teen ke excuse to apne mana aap ne. teen ke bare mein kya</w:t>
      </w:r>
    </w:p>
    <w:p>
      <w:pPr>
        <w:jc w:val="right"/>
      </w:pPr>
      <w:r>
        <w:t>جو آتا تھا جو ایکسکیوز پیش کرتا تھا وہ مان لیتے تھے۔ لیکن تین کے ایکسکیوز تو اپنے مانا آپ نے۔ تین کے بارے میں کیا</w:t>
      </w:r>
    </w:p>
    <w:p>
      <w:r>
        <w:rPr>
          <w:b/>
        </w:rPr>
        <w:t xml:space="preserve">[50:18] </w:t>
      </w:r>
      <w:r>
        <w:t>ke is ka paye kaat kar un ko. to yeh duplicity nahi thi aap kahenge yeh to duplicity thi. ke kuch ke to uzr ko maan liya kuch ko man nahi mana.</w:t>
      </w:r>
    </w:p>
    <w:p>
      <w:pPr>
        <w:jc w:val="right"/>
      </w:pPr>
      <w:r>
        <w:t>کہ اس کا پائے کاٹ کر ان کو۔ تو یہ ڈوپلیسٹی نہیں تھی آپ کہیں گے یہ تو ڈوپلیسٹی تھی۔ کہ کچھ کے تو عذر کو مان لیا کچھ کو من نہیں مانا۔</w:t>
      </w:r>
    </w:p>
    <w:p>
      <w:r>
        <w:rPr>
          <w:b/>
        </w:rPr>
        <w:t xml:space="preserve">[50:28] </w:t>
      </w:r>
      <w:r>
        <w:t>that was not a duplicity. that was practical wisdom. aise hi dekhiye</w:t>
      </w:r>
    </w:p>
    <w:p>
      <w:pPr>
        <w:jc w:val="right"/>
      </w:pPr>
      <w:r>
        <w:t>دیٹ واز ناٹ اے ڈوپلیسٹی۔ دیٹ واز پریکٹیکل وزڈم۔ ایسے ہی دیکھیے</w:t>
      </w:r>
    </w:p>
    <w:p>
      <w:r>
        <w:rPr>
          <w:b/>
        </w:rPr>
        <w:t xml:space="preserve">[50:35] </w:t>
      </w:r>
      <w:r>
        <w:t>rasool Allah sal Allah alayhi wasallam ko hunain ke baad ghanaim mile. aur us ki taqseem ki aap ne. to ansar ko diya nahi aur muhajireen ko de diya.</w:t>
      </w:r>
    </w:p>
    <w:p>
      <w:pPr>
        <w:jc w:val="right"/>
      </w:pPr>
      <w:r>
        <w:t>رسول اللہ صلی اللہ علیہ وسلم کو حنین کے بعد غنائم ملے۔ اور اس کی تقسیم کی آپ نے۔ تو انصار کو دیا نہیں اور مہاجرین کو دے دیا۔</w:t>
      </w:r>
    </w:p>
    <w:p>
      <w:r>
        <w:rPr>
          <w:b/>
        </w:rPr>
        <w:t xml:space="preserve">[50:48] </w:t>
      </w:r>
      <w:r>
        <w:t>to ek aadmi ne kaha ke wallah muaddal tha.</w:t>
      </w:r>
    </w:p>
    <w:p>
      <w:pPr>
        <w:jc w:val="right"/>
      </w:pPr>
      <w:r>
        <w:t>تو ایک آدمی نے کہا کہ واللہ معدل تھا۔</w:t>
      </w:r>
    </w:p>
    <w:p>
      <w:r>
        <w:rPr>
          <w:b/>
        </w:rPr>
        <w:t xml:space="preserve">[50:53] </w:t>
      </w:r>
      <w:r>
        <w:t>ke aap ne duplicity ka mamla kiya. ek ko diya doosre ko nahi diya. to yeh zindagi itni saada nahi hai. bohat zyada samajhna padta hai.</w:t>
      </w:r>
    </w:p>
    <w:p>
      <w:pPr>
        <w:jc w:val="right"/>
      </w:pPr>
      <w:r>
        <w:t>کہ آپ نے ڈوپلیسٹی کا معاملہ کیا۔ ایک کو دیا دوسرے کو نہیں دیا۔ تو یہ زندگی اتنی سادہ نہیں ہے۔ بہت زیادہ سمجھنا پڑتا ہے۔</w:t>
      </w:r>
    </w:p>
    <w:p>
      <w:r>
        <w:rPr>
          <w:b/>
        </w:rPr>
        <w:t xml:space="preserve">[51:06] </w:t>
      </w:r>
      <w:r>
        <w:t>creation plan of god ko halaat ko is ko is ko</w:t>
      </w:r>
    </w:p>
    <w:p>
      <w:pPr>
        <w:jc w:val="right"/>
      </w:pPr>
      <w:r>
        <w:t>کریشن پلان آف گاڈ کو حالات کو اس کو اس کو</w:t>
      </w:r>
    </w:p>
    <w:p>
      <w:r>
        <w:rPr>
          <w:b/>
        </w:rPr>
        <w:t xml:space="preserve">[51:10] </w:t>
      </w:r>
      <w:r>
        <w:t>zindagi itni aasan nahi hai. ke ab dhar se aap keh dein ke yeh to insaaf nahi hai yeh to justice nahi hai. yeh to duplicity hai waghera.</w:t>
      </w:r>
    </w:p>
    <w:p>
      <w:pPr>
        <w:jc w:val="right"/>
      </w:pPr>
      <w:r>
        <w:t>زندگی اتنی آسان نہیں ہے۔ کہ اب دھر سے آپ کہہ دیں کہ یہ تو انصاف نہیں ہے یہ تو جسٹس نہیں ہے۔ یہ تو ڈوپلیسٹی ہے وغیرہ۔</w:t>
      </w:r>
    </w:p>
    <w:p>
      <w:r>
        <w:rPr>
          <w:b/>
        </w:rPr>
        <w:t xml:space="preserve">[51:18] </w:t>
      </w:r>
      <w:r>
        <w:t>inhi chakron mein jhagde hote hain sab. saare jhagde is chakron mein hote hain. log logon ko</w:t>
      </w:r>
    </w:p>
    <w:p>
      <w:pPr>
        <w:jc w:val="right"/>
      </w:pPr>
      <w:r>
        <w:t>انہی چکروں میں جھگڑے ہوتے ہیں سب۔ سارے جھگڑے اس چکروں میں ہوتے ہیں۔ لوگ لوگوں کو</w:t>
      </w:r>
    </w:p>
    <w:p>
      <w:r>
        <w:rPr>
          <w:b/>
        </w:rPr>
        <w:t xml:space="preserve">[51:27] </w:t>
      </w:r>
      <w:r>
        <w:t>practical wisdom nahi maloom logon ko halaat ka jaiza lene ki salahiyat nahi hai. aur bas chahte hain ke apne bham pe jaein.</w:t>
      </w:r>
    </w:p>
    <w:p>
      <w:pPr>
        <w:jc w:val="right"/>
      </w:pPr>
      <w:r>
        <w:t>پریکٹیکل وزڈم نہیں معلوم لوگوں کو حالات کا جائزہ لینے کی صلاحیت نہیں ہے۔ اور بس چاہتے ہیں کہ اپنے بھم پہ جئیں۔</w:t>
      </w:r>
    </w:p>
    <w:p>
      <w:r>
        <w:rPr>
          <w:b/>
        </w:rPr>
        <w:t xml:space="preserve">[51:37] </w:t>
      </w:r>
      <w:r>
        <w:t>har aadmi bas apne bham pe jana chahta hai. to woh simply possible nahi hai.</w:t>
      </w:r>
    </w:p>
    <w:p>
      <w:pPr>
        <w:jc w:val="right"/>
      </w:pPr>
      <w:r>
        <w:t>ہر آدمی بس اپنے بھم پہ جانا چاہتا ہے۔ تو وہ سمپلی پاسیبل نہیں ہے۔</w:t>
      </w:r>
    </w:p>
    <w:p>
      <w:r>
        <w:rPr>
          <w:b/>
        </w:rPr>
        <w:t xml:space="preserve">[51:45] </w:t>
      </w:r>
      <w:r>
        <w:t>maulana agla sawal hai mister yusuf khan ka ghaziabad se. unhon ne likha hai ke can the state have a religion? please comment.</w:t>
      </w:r>
    </w:p>
    <w:p>
      <w:pPr>
        <w:jc w:val="right"/>
      </w:pPr>
      <w:r>
        <w:t>مولانا اگلا سوال ہے مسٹر یوسف خان کا غازی آباد سے۔ انہوں نے لکھا ہے کہ کین دی سٹیٹ ہیو اے ریلیجن؟ پلیز کمنٹ۔</w:t>
      </w:r>
    </w:p>
    <w:p>
      <w:r>
        <w:rPr>
          <w:b/>
        </w:rPr>
        <w:t xml:space="preserve">[51:56] </w:t>
      </w:r>
      <w:r>
        <w:t>hmm can the state have a religion? is ke bare mein woh aap ka chahte hain comment</w:t>
      </w:r>
    </w:p>
    <w:p>
      <w:pPr>
        <w:jc w:val="right"/>
      </w:pPr>
      <w:r>
        <w:t>ہمم کین دا سٹیٹ ہیو اے ریلیجن؟ اس کے بارے میں وہ آپ کا چاہتے ہیں کمنٹ</w:t>
      </w:r>
    </w:p>
    <w:p>
      <w:r>
        <w:rPr>
          <w:b/>
        </w:rPr>
        <w:t xml:space="preserve">[52:01] </w:t>
      </w:r>
      <w:r>
        <w:t>. state ka religion? ji. is zamane ka yeh ek bidat hai main samajhta hoon. state ka religion banna. yeh to is zamane ki bidat hai. jo do jagah sab se bari israel mein aur pakistan mein.</w:t>
      </w:r>
    </w:p>
    <w:p>
      <w:pPr>
        <w:jc w:val="right"/>
      </w:pPr>
      <w:r>
        <w:t>۔ سٹیٹ کا ریلیجن؟ جی۔ اس زمانے کا یہ ایک بدعت ہے میں سمجھتا ہوں۔ سٹیٹ کا ریلیجن بننا۔ یہ تو اس زمانے کی بدعت ہے۔ جو دو جگہ سب سے بڑی اسرائیل میں اور پاکستان میں۔</w:t>
      </w:r>
    </w:p>
    <w:p>
      <w:r>
        <w:rPr>
          <w:b/>
        </w:rPr>
        <w:t xml:space="preserve">[52:16] </w:t>
      </w:r>
      <w:r>
        <w:t>islam mein aisa koi nahi hai.</w:t>
      </w:r>
    </w:p>
    <w:p>
      <w:pPr>
        <w:jc w:val="right"/>
      </w:pPr>
      <w:r>
        <w:t>اسلام میں ایسا کوئی نہیں ہے۔</w:t>
      </w:r>
    </w:p>
    <w:p>
      <w:r>
        <w:rPr>
          <w:b/>
        </w:rPr>
        <w:t xml:space="preserve">[52:18] </w:t>
      </w:r>
      <w:r>
        <w:t>yeh islam ka tasawwur hi hai bidat hai bidat. to aur bhi baaz mulk hain is zamane mein jinhon ne yeh ailaan kiya ke hamara hamare state ka religion hai woh islam hai.</w:t>
      </w:r>
    </w:p>
    <w:p>
      <w:pPr>
        <w:jc w:val="right"/>
      </w:pPr>
      <w:r>
        <w:t>یہ اسلام کا تصور ہی ہے بدعت ہے بدعت۔ تو اور بھی بعض ملک ہیں اس زمانے میں جنہوں نے یہ اعلان کیا کہ ہمارا ہمارے سٹیٹ کا ریلیجن ہے وہ اسلام ہے۔</w:t>
      </w:r>
    </w:p>
    <w:p>
      <w:r>
        <w:rPr>
          <w:b/>
        </w:rPr>
        <w:t xml:space="preserve">[52:30] </w:t>
      </w:r>
      <w:r>
        <w:t>yeh in ka apna banaya hua hai. rasool allah sallallahu alaihi wasallam ne madine mein jab is jo state state banai thi to unhon ne apne ailaan nahi kiya ke hamare state ka religion mazhab islam hoga.</w:t>
      </w:r>
    </w:p>
    <w:p>
      <w:pPr>
        <w:jc w:val="right"/>
      </w:pPr>
      <w:r>
        <w:t>یہ ان کا اپنا بنایا ہوا ہے۔ رسول اللہ صلی اللہ علیہ وسلم نے مدینے میں جب اس جو سٹی سٹیٹ بنائی تھی تو انہوں نے اپنے اعلان نہیں کیا کہ ہمارے سٹیٹ کا ریلیجن مذہب اسلام ہوگا۔</w:t>
      </w:r>
    </w:p>
    <w:p>
      <w:r>
        <w:rPr>
          <w:b/>
        </w:rPr>
        <w:t xml:space="preserve">[52:42] </w:t>
      </w:r>
      <w:r>
        <w:t>aap ne farmaya kama takoonoon kazalik yuwalla alaikum. jaise tum hoge wahi tumhari hukoomat hogi. matlab ek is jo samaj hai is samaj mein election hoga.</w:t>
      </w:r>
    </w:p>
    <w:p>
      <w:pPr>
        <w:jc w:val="right"/>
      </w:pPr>
      <w:r>
        <w:t>آپ نے فرمایا کما تكونون کذالک یو اللہ علیکم۔ جیسے تم ہوگے وہی تمہاری حکومت ہوگی۔ مطلب ایک اس جو سماج ہے اس سماج میں الیکشن ہوگا۔</w:t>
      </w:r>
    </w:p>
    <w:p>
      <w:r>
        <w:rPr>
          <w:b/>
        </w:rPr>
        <w:t xml:space="preserve">[52:55] </w:t>
      </w:r>
      <w:r>
        <w:t>fair and free election. jaise logon ko bataya woh waise logon ko rule karenge wahi.</w:t>
      </w:r>
    </w:p>
    <w:p>
      <w:pPr>
        <w:jc w:val="right"/>
      </w:pPr>
      <w:r>
        <w:t>فیئر اینڈ فری الیکشن۔ جیسے لوگوں کو بتایا وہ ویسے لوگوں کو رول کریں گے وہی۔</w:t>
      </w:r>
    </w:p>
    <w:p>
      <w:r>
        <w:rPr>
          <w:b/>
        </w:rPr>
        <w:t xml:space="preserve">[53:00] </w:t>
      </w:r>
      <w:r>
        <w:t>state ka koi aqeeda nahi hota. yeh is zamane ki bidat hai jo kuch mulkon ne nikali hai. state ka ek religion. state sirf administration ke liye hoti hai.</w:t>
      </w:r>
    </w:p>
    <w:p>
      <w:pPr>
        <w:jc w:val="right"/>
      </w:pPr>
      <w:r>
        <w:t>سٹیٹ کا کوئی عقیدہ نہیں ہوتا۔ یہ اس زمانے کی بدعت ہے جو کچھ ملکوں نے نکالی ہے۔ سٹیٹ کا ایک ریلیجن۔ سٹیٹ صرف ایڈمنسٹریشن کے لیے ہوتی ہے۔</w:t>
      </w:r>
    </w:p>
    <w:p>
      <w:r>
        <w:rPr>
          <w:b/>
        </w:rPr>
        <w:t xml:space="preserve">[53:12] </w:t>
      </w:r>
      <w:r>
        <w:t>state sirf administration ke liye hoti hai yaad rakhiye aap. is state ka maqsad hai administration. intezam duniya. mazhab aap ka fard ka hota hai.</w:t>
      </w:r>
    </w:p>
    <w:p>
      <w:pPr>
        <w:jc w:val="right"/>
      </w:pPr>
      <w:r>
        <w:t>سٹیٹ صرف ایڈمنسٹریشن کے لیے ہوتی ہے یاد رکھیے آپ۔ اس سٹیٹ کا مقتف ہے ایڈمنسٹریشن۔ انتظام دنیا۔ مذہب آپ کا فرد کا ہوتا ہے۔</w:t>
      </w:r>
    </w:p>
    <w:p>
      <w:r>
        <w:rPr>
          <w:b/>
        </w:rPr>
        <w:t xml:space="preserve">[53:22] </w:t>
      </w:r>
      <w:r>
        <w:t>mazhab fard ka hota hai state ka fard state ka nahi hota. jaise pakistan mein jo so called islamist the unhon ne kaha ke state ne kalma padh liya.</w:t>
      </w:r>
    </w:p>
    <w:p>
      <w:pPr>
        <w:jc w:val="right"/>
      </w:pPr>
      <w:r>
        <w:t>مذہب فرد کا ہوتا ہے سٹیٹ کا فرد سٹیٹ کا نہیں ہوتا۔ جیسے پاکستان میں جو سو کالڈ اسلامسٹ تھے انہوں نے کہا کہ سٹیٹ نے کلمہ پڑھ لیا۔</w:t>
      </w:r>
    </w:p>
    <w:p>
      <w:r>
        <w:rPr>
          <w:b/>
        </w:rPr>
        <w:t xml:space="preserve">[53:32] </w:t>
      </w:r>
      <w:r>
        <w:t>yeh bilkul ridiculous baat hai ridiculous ke state ne kalma padh liya. wahan ek chala tha agar aap log jante hon tareekh wahan ki ek muhim chali thi.</w:t>
      </w:r>
    </w:p>
    <w:p>
      <w:pPr>
        <w:jc w:val="right"/>
      </w:pPr>
      <w:r>
        <w:t>یہ بالکل ریڈیکولس بات ہے ریڈیکولس کہ سٹیٹ نے کلمہ پڑھ لیا۔ وہاں ایک چلا تھا اگر آپ لوگ جانتے ہوں تاریخ وہاں کی ایک مہم چلی تھی۔</w:t>
      </w:r>
    </w:p>
    <w:p>
      <w:r>
        <w:rPr>
          <w:b/>
        </w:rPr>
        <w:t xml:space="preserve">[53:43] </w:t>
      </w:r>
      <w:r>
        <w:t>woh is ka qaaida tha</w:t>
      </w:r>
    </w:p>
    <w:p>
      <w:pPr>
        <w:jc w:val="right"/>
      </w:pPr>
      <w:r>
        <w:t>وہ اس کا قاعدہ تھا</w:t>
      </w:r>
    </w:p>
    <w:p>
      <w:r>
        <w:rPr>
          <w:b/>
        </w:rPr>
        <w:t xml:space="preserve">[53:46] </w:t>
      </w:r>
      <w:r>
        <w:t>objective resolution qarardad maqasid to pakistan ki assembly ne is ko manzoor kar liya tha. to wahan unhon ne kaha ke khushiyan manayein fateh ki ke state ne kalma padh liya.</w:t>
      </w:r>
    </w:p>
    <w:p>
      <w:pPr>
        <w:jc w:val="right"/>
      </w:pPr>
      <w:r>
        <w:t>ابجیکٹیو ریزولوشن قرارداد مقاصد تو پاکستان کی اسمبلی نے اس کو منظور کر لیا تھا۔ تو وہاں انہوں نے کہا کہ خوشیاں منائیں فتح کی کہ سٹیٹ نے کلمہ پڑھ لیا۔</w:t>
      </w:r>
    </w:p>
    <w:p>
      <w:r>
        <w:rPr>
          <w:b/>
        </w:rPr>
        <w:t xml:space="preserve">[53:58] </w:t>
      </w:r>
      <w:r>
        <w:t>yeh bilkul ridiculous baat hai. kalma ek fard padhta hai ek insaan padhta hai state nahi padhti.</w:t>
      </w:r>
    </w:p>
    <w:p>
      <w:pPr>
        <w:jc w:val="right"/>
      </w:pPr>
      <w:r>
        <w:t>یہ بالکل ریڈیکولس بات ہے۔ کلمہ ایک فرد پڑھتا ہے ایک انسان پڑھتا ہے سٹیٹ نہیں پڑھتی۔</w:t>
      </w:r>
    </w:p>
    <w:p>
      <w:r>
        <w:rPr>
          <w:b/>
        </w:rPr>
        <w:t xml:space="preserve">[54:05] </w:t>
      </w:r>
      <w:r>
        <w:t>state jo hai islam mein woh sirf administration hai bas is se zyada kuch nahi hai. baqi samaj mein aap kaam kijiye afraad ko badlie.</w:t>
      </w:r>
    </w:p>
    <w:p>
      <w:pPr>
        <w:jc w:val="right"/>
      </w:pPr>
      <w:r>
        <w:t>سٹیٹ جو ہے اسلام میں وہ صرف ایڈمنسٹریشن ہے بس اس سے زیادہ کچھ نہیں ہے۔ باقی سماج میں آپ کام کیجیے افراد کو بدلیے۔</w:t>
      </w:r>
    </w:p>
    <w:p>
      <w:r>
        <w:rPr>
          <w:b/>
        </w:rPr>
        <w:t xml:space="preserve">[54:14] </w:t>
      </w:r>
      <w:r>
        <w:t>jaise afraad honge waise hi hukoomat banegi.</w:t>
      </w:r>
    </w:p>
    <w:p>
      <w:pPr>
        <w:jc w:val="right"/>
      </w:pPr>
      <w:r>
        <w:t>جیسے افراد ہوں گے ویسے ہی حکومت بنے گی۔</w:t>
      </w:r>
    </w:p>
    <w:p>
      <w:r>
        <w:rPr>
          <w:b/>
        </w:rPr>
        <w:t xml:space="preserve">[54:19] </w:t>
      </w:r>
      <w:r>
        <w:t>maulana agla sawal hai mister shah imran hasan ka delhi se. unhon ne likha hai ke hadith mein aaya hai ke maut ko yaad kiya karo.</w:t>
      </w:r>
    </w:p>
    <w:p>
      <w:pPr>
        <w:jc w:val="right"/>
      </w:pPr>
      <w:r>
        <w:t>مولانا اگلا سوال ہے مسٹر شاہ عمران حسن کا دلی سے۔ انہوں نے لکھا ہے کہ حدیث میں آیا ہے کہ موت کو یاد کیا کرو۔</w:t>
      </w:r>
    </w:p>
    <w:p>
      <w:r>
        <w:rPr>
          <w:b/>
        </w:rPr>
        <w:t xml:space="preserve">[54:29] </w:t>
      </w:r>
      <w:r>
        <w:t>parantu jab hum aisa karte hain to kisi kaam ko karne ki achha nahi rehti. aur jeewan ka uddesh baqi nahi rehta.</w:t>
      </w:r>
    </w:p>
    <w:p>
      <w:pPr>
        <w:jc w:val="right"/>
      </w:pPr>
      <w:r>
        <w:t>پرنتو جب ہم ایسا کرتے ہیں تو کسی کام کو کرنے کی اچھا نہیں رہتی۔ اور جیون کا اُدّیش باقی نہیں رہتا۔</w:t>
      </w:r>
    </w:p>
    <w:p>
      <w:r>
        <w:rPr>
          <w:b/>
        </w:rPr>
        <w:t xml:space="preserve">[54:38] </w:t>
      </w:r>
      <w:r>
        <w:t>kripya kar ke aap apne vichar vyakt karen.</w:t>
      </w:r>
    </w:p>
    <w:p>
      <w:pPr>
        <w:jc w:val="right"/>
      </w:pPr>
      <w:r>
        <w:t>کرپیا کر کے آپ اپنے وِچار وِیَکت کریں۔</w:t>
      </w:r>
    </w:p>
    <w:p>
      <w:r>
        <w:rPr>
          <w:b/>
        </w:rPr>
        <w:t xml:space="preserve">[54:42] </w:t>
      </w:r>
      <w:r>
        <w:t>mein to har subah shab maut yaad karta hoon. mere saath Dilli mein koi active koi hai. aap aa ke mujhe dekhen ke mein kya karta hoon. aap yaqeen kijiye taqreeban rozah nahi ungliyon pe ginta hoon mein.</w:t>
      </w:r>
    </w:p>
    <w:p>
      <w:pPr>
        <w:jc w:val="right"/>
      </w:pPr>
      <w:r>
        <w:t>میں تو ہر صبح شب موت یاد کرتا ہوں۔ میرے ساتھ دلی میں کوئی ایکٹیو کوئی ہے۔ آپ آ کے مجھے دیکھیں کہ میں کیا کرتا ہوں۔ آپ یقین کیجیے تقریباً روزہ نہیں انگلیوں پہ گنتا ہوں میں۔</w:t>
      </w:r>
    </w:p>
    <w:p>
      <w:r>
        <w:rPr>
          <w:b/>
        </w:rPr>
        <w:t xml:space="preserve">[54:56] </w:t>
      </w:r>
      <w:r>
        <w:t>ke meri family mein falan murga. mere janne walon mein falan murga.</w:t>
      </w:r>
    </w:p>
    <w:p>
      <w:pPr>
        <w:jc w:val="right"/>
      </w:pPr>
      <w:r>
        <w:t>کہ میری فیملی میں فلاں مرگا۔ میرے جاننے والوں میں فلاں مرگا۔</w:t>
      </w:r>
    </w:p>
    <w:p>
      <w:r>
        <w:rPr>
          <w:b/>
        </w:rPr>
        <w:t xml:space="preserve">[55:01] </w:t>
      </w:r>
      <w:r>
        <w:t>mein Dilli mein tha yahan falan murga. Adam Pur mein tha falan murga. Rampur mein tha Lucknow mein tha baqayda ginta hoon ungliyon pe. ab meri bari hai.</w:t>
      </w:r>
    </w:p>
    <w:p>
      <w:pPr>
        <w:jc w:val="right"/>
      </w:pPr>
      <w:r>
        <w:t>میں دلی میں تھا یہاں فلاں مرگا۔ آدم پور میں تھا فلاں مرگا۔ رام پور میں تھا لکھنو میں تھا باقاعدہ گنتا ہوں انگلیوں پہ۔ اب میری باری ہے۔</w:t>
      </w:r>
    </w:p>
    <w:p>
      <w:r>
        <w:rPr>
          <w:b/>
        </w:rPr>
        <w:t xml:space="preserve">[55:10] </w:t>
      </w:r>
      <w:r>
        <w:t>lekin mein yeh nahi samajhta ke Dilli mein koi murshid active hai. to yeh to kahani ki baat hai.</w:t>
      </w:r>
    </w:p>
    <w:p>
      <w:pPr>
        <w:jc w:val="right"/>
      </w:pPr>
      <w:r>
        <w:t>لیکن میں یہ نہیں سمجھتا کہ دلی میں کوئی مرشد ایکٹیو ہے۔ تو یہ تو کہانی کی بات ہے۔</w:t>
      </w:r>
    </w:p>
    <w:p>
      <w:r>
        <w:rPr>
          <w:b/>
        </w:rPr>
        <w:t xml:space="preserve">[55:18] </w:t>
      </w:r>
      <w:r>
        <w:t>dekhiye mein aap se woh formula bataunga mein aap ko. jo ek bahut bada ek muhqqiq ek British muhqqiq ne kaha tha. ke I am large enough to contain all these contradictions.</w:t>
      </w:r>
    </w:p>
    <w:p>
      <w:pPr>
        <w:jc w:val="right"/>
      </w:pPr>
      <w:r>
        <w:t>دیکھیے میں آپ سے وہ فارمولا بتاؤں گا میں آپ کو۔ جو ایک بہت بڑا ایک محقق ایک برٹش محقق نے کہا تھا۔ کہ آئی ایم لارج انف ٹو کنٹین آل دیز کنٹریڈکشنز۔</w:t>
      </w:r>
    </w:p>
    <w:p>
      <w:r>
        <w:rPr>
          <w:b/>
        </w:rPr>
        <w:t xml:space="preserve">[55:32] </w:t>
      </w:r>
      <w:r>
        <w:t>ke maut ko yaad karna is ke bawajood active rehna. yeh dono mumkin hain is dimagh ke liye. is dimagh ki capacity bahut zyada hai.</w:t>
      </w:r>
    </w:p>
    <w:p>
      <w:pPr>
        <w:jc w:val="right"/>
      </w:pPr>
      <w:r>
        <w:t>کہ موت کو یاد کرنا اس کے باوجود ایکٹیو رہنا۔ یہ دونوں ممکن ہیں اس دماغ کے لیے۔ اس دماغ کی کیپیسٹی بہت زیادہ ہے۔</w:t>
      </w:r>
    </w:p>
    <w:p>
      <w:r>
        <w:rPr>
          <w:b/>
        </w:rPr>
        <w:t xml:space="preserve">[55:42] </w:t>
      </w:r>
      <w:r>
        <w:t>is ne is par kaha tha ke agar mein apne watan se mohabbat karunga to is ka matlab yeh nahi ke mein apne baap se mohabbat nahi karunga. apne religion se mohabbat nahi hogi mujh ko.</w:t>
      </w:r>
    </w:p>
    <w:p>
      <w:pPr>
        <w:jc w:val="right"/>
      </w:pPr>
      <w:r>
        <w:t>اس نے اس پر کہا تھا کہ اگر میں اپنے وطن سے محبت کروں گا تو اس کا مطلب یہ نہیں کہ میں اپنے باپ سے محبت نہیں کروں گا۔ اپنے ریلیجن سے محبت نہیں ہوگی مجھ کو۔</w:t>
      </w:r>
    </w:p>
    <w:p>
      <w:r>
        <w:rPr>
          <w:b/>
        </w:rPr>
        <w:t xml:space="preserve">[55:53] </w:t>
      </w:r>
      <w:r>
        <w:t>to is ne kaha tha ke I am large enough to contain all these contradictions. to yeh bahut hi supreme baaten hain.</w:t>
      </w:r>
    </w:p>
    <w:p>
      <w:pPr>
        <w:jc w:val="right"/>
      </w:pPr>
      <w:r>
        <w:t>تو اس نے کہا تھا کہ آئی ایم لارج انف ٹو کنٹین آل دیز کنٹریڈکشنز۔ تو یہ بہت ہی سپریم باتیں ہیں۔</w:t>
      </w:r>
    </w:p>
    <w:p>
      <w:r>
        <w:rPr>
          <w:b/>
        </w:rPr>
        <w:t xml:space="preserve">[56:01] </w:t>
      </w:r>
      <w:r>
        <w:t>insan ke dimagh ko underestimate karna hai yeh. aap insan ke dimagh ko underestimate kar rahe hain.</w:t>
      </w:r>
    </w:p>
    <w:p>
      <w:pPr>
        <w:jc w:val="right"/>
      </w:pPr>
      <w:r>
        <w:t>انسان کے دماغ کو انڈر ایسٹیمیٹ کرنا ہے یہ۔ آپ انسان کے دماغ کو انڈر ایسٹیمیٹ کر رہے ہیں۔</w:t>
      </w:r>
    </w:p>
    <w:p>
      <w:r>
        <w:rPr>
          <w:b/>
        </w:rPr>
        <w:t xml:space="preserve">[56:10] </w:t>
      </w:r>
      <w:r>
        <w:t>Maulana Zakwan Nadvi ne Maulana ek apna experience diya hai is mein. unhon ne likha hai ke Himachal Pradesh mein mere ek Nadvi saathi hain.</w:t>
      </w:r>
    </w:p>
    <w:p>
      <w:pPr>
        <w:jc w:val="right"/>
      </w:pPr>
      <w:r>
        <w:t>مولانا زکوان ندوی نے مولانا ایک اپنا ایکسپیرئینس دیا ہے اس میں۔ انہوں نے لکھا ہے کہ ہماچل پردیش میں میرے ایک ندوی ساتھی ہیں۔</w:t>
      </w:r>
    </w:p>
    <w:p>
      <w:r>
        <w:rPr>
          <w:b/>
        </w:rPr>
        <w:t xml:space="preserve">[56:21] </w:t>
      </w:r>
      <w:r>
        <w:t>woh wahan ek Jamia Masjid ke Imam hain. aur wahan ek English medium school chalate hain. do saal pehle un se Al-Risala ki buniyad par contact hua.</w:t>
      </w:r>
    </w:p>
    <w:p>
      <w:pPr>
        <w:jc w:val="right"/>
      </w:pPr>
      <w:r>
        <w:t>وہ وہاں ایک جامع مسجد کے امام ہیں۔ اور وہاں ایک انگلش میڈیم سکول چلاتے ہیں۔ دو سال پہلے ان سے الرسالہ کی بنیاد پر کانٹیکٹ ہوا۔</w:t>
      </w:r>
    </w:p>
    <w:p>
      <w:r>
        <w:rPr>
          <w:b/>
        </w:rPr>
        <w:t xml:space="preserve">[56:33] </w:t>
      </w:r>
      <w:r>
        <w:t>ab woh Al-Risala ke regular reader hain. aur Himachal Pradesh mein da'wa work kar rahe hain. unhon ne phone par mujh ko bataya ke mere paas dedh so mukhtalif Urdu magazines the.</w:t>
      </w:r>
    </w:p>
    <w:p>
      <w:pPr>
        <w:jc w:val="right"/>
      </w:pPr>
      <w:r>
        <w:t>اب وہ الرسالہ کے ریگولر ریڈر ہیں۔ اور ہماچل پردیش میں دعویٰ ورک کر رہے ہیں۔ انہوں نے فون پر مجھ کو بتایا کہ میرے پاس ڈیڑھ سو مختلف اردو میگزینز تھے۔</w:t>
      </w:r>
    </w:p>
    <w:p>
      <w:r>
        <w:rPr>
          <w:b/>
        </w:rPr>
        <w:t xml:space="preserve">[56:46] </w:t>
      </w:r>
      <w:r>
        <w:t>Al-Risala parhne ke baad mein ne un sab magazines ko jala kar khatam kar diya. taake koi aur cheez mujh ko distract na kar sake.</w:t>
      </w:r>
    </w:p>
    <w:p>
      <w:pPr>
        <w:jc w:val="right"/>
      </w:pPr>
      <w:r>
        <w:t>الرسالہ پڑھنے کے بعد میں نے ان سب میگزینز کو جلا کر ختم کر دیا۔ تاکہ کوئی اور چیز مجھ کو ڈسٹرکٹ نہ کر سکے۔</w:t>
      </w:r>
    </w:p>
    <w:p>
      <w:r>
        <w:rPr>
          <w:b/>
        </w:rPr>
        <w:t xml:space="preserve">[56:56] </w:t>
      </w:r>
      <w:r>
        <w:t>nahi to mein kahoon ke yeh aadmi hai. yaani intelligent aadmi hai is ne Al-Risala ko discover kiya. jo aadmi Al-Risala ko discover karega us ka hi right hoga.</w:t>
      </w:r>
    </w:p>
    <w:p>
      <w:pPr>
        <w:jc w:val="right"/>
      </w:pPr>
      <w:r>
        <w:t>نہیں تو میں کہوں کہ یہ آدمی ہے۔ یعنی انٹیلیجنٹ آدمی ہے اس نے رسالہ کو ڈسکور کیا۔ جو آدمی رسالہ کو ڈسکور کرے گا اس کا ہی رائی ہوگا۔</w:t>
      </w:r>
    </w:p>
    <w:p>
      <w:r>
        <w:rPr>
          <w:b/>
        </w:rPr>
        <w:t xml:space="preserve">[57:06] </w:t>
      </w:r>
      <w:r>
        <w:t>jo discover na kare wohi phansa rahega. woh sab yaani is ko is ko farq nahi kar payega. lekin jo discover kar le ga Al-Risala ko us ka rawaiyya aise hi hoga.</w:t>
      </w:r>
    </w:p>
    <w:p>
      <w:pPr>
        <w:jc w:val="right"/>
      </w:pPr>
      <w:r>
        <w:t>جو ڈسکور نہ کرے وہی پھنسا رہے گا۔ وہ سب یعنی اس کو اس کو فرق نہیں کر پائے گا۔ لیکن جو ڈسکور کر لے گا رسالہ کو اس کا رویہ ایسے ہی ہوگا۔</w:t>
      </w:r>
    </w:p>
    <w:p>
      <w:r>
        <w:rPr>
          <w:b/>
        </w:rPr>
        <w:t xml:space="preserve">[57:21] </w:t>
      </w:r>
      <w:r>
        <w:t>Mr. Sajid Anwar ne Dilli se likha hai. Maulana during a talk with one of the top executives of a company the failure of a leading Indian airlines came into discussion.</w:t>
      </w:r>
    </w:p>
    <w:p>
      <w:pPr>
        <w:jc w:val="right"/>
      </w:pPr>
      <w:r>
        <w:t>مسٹر ساجد انور نے دلی سے لکھا ہے۔ مولانا ڈیورنگ ا ٹاک ود ون آف دی ٹاپ ایگزیکٹیوز آف ا کمپنی دا فیلیر آف ا لیڈنگ انڈین ایئر لائنز کیم انٹو ڈسکشن۔</w:t>
      </w:r>
    </w:p>
    <w:p>
      <w:r>
        <w:rPr>
          <w:b/>
        </w:rPr>
        <w:t xml:space="preserve">[57:36] </w:t>
      </w:r>
      <w:r>
        <w:t>he commented that now it is clear that only moral base is the right base. for a successful business. Maulana does this indicate that now people are once again rediscovering the truth of the divine teachings.</w:t>
      </w:r>
    </w:p>
    <w:p>
      <w:pPr>
        <w:jc w:val="right"/>
      </w:pPr>
      <w:r>
        <w:t>ہی کمنٹڈ دیٹ ناؤ اٹ از کلیئر دیٹ اونلی مورل بیس از دا رائٹ بیس۔ فار ا سکسیس فل بزنس۔ مولانا ڈز دس انڈیکیٹ دیٹ ناؤ پیپل آر ونس اگین ری ڈسکورنگ دا ٹروتھ آف دی ڈیوائن ٹیچنگز۔</w:t>
      </w:r>
    </w:p>
    <w:p>
      <w:r>
        <w:rPr>
          <w:b/>
        </w:rPr>
        <w:t xml:space="preserve">[57:53] </w:t>
      </w:r>
      <w:r>
        <w:t>how does it help a da'i for his da'wa mission?</w:t>
      </w:r>
    </w:p>
    <w:p>
      <w:pPr>
        <w:jc w:val="right"/>
      </w:pPr>
      <w:r>
        <w:t>ہاؤ ڈز اٹ ہیلپ ا دائی فار ہز دعویٰ مشن؟</w:t>
      </w:r>
    </w:p>
    <w:p>
      <w:r>
        <w:rPr>
          <w:b/>
        </w:rPr>
        <w:t xml:space="preserve">[58:00] </w:t>
      </w:r>
      <w:r>
        <w:t>woh airline ka qissa yeh hai. aur yeh aksar logon ka qissa hai jo bankrupt ho jate hain. bade bade loan le lete hain. aur us loan ke against mein jo unhein income hone wali hai.</w:t>
      </w:r>
    </w:p>
    <w:p>
      <w:pPr>
        <w:jc w:val="right"/>
      </w:pPr>
      <w:r>
        <w:t>وہ ایئر لائن کا قصہ یہ ہے۔ اور یہ اکثر لوگوں کا قصہ ہے جو بینکریپٹ ہو جاتے ہیں۔ بڑے بڑے لون لے لیتے ہیں۔ اور اس لون کے اگینسٹ میں جو انہیں انکم ہونے والی ہے۔</w:t>
      </w:r>
    </w:p>
    <w:p>
      <w:r>
        <w:rPr>
          <w:b/>
        </w:rPr>
        <w:t xml:space="preserve">[58:11] </w:t>
      </w:r>
      <w:r>
        <w:t>to kam hoti hai woh qist de nahi paate. to bankrupt ho jate hain.</w:t>
      </w:r>
    </w:p>
    <w:p>
      <w:pPr>
        <w:jc w:val="right"/>
      </w:pPr>
      <w:r>
        <w:t>تو کم ہوتی ہے وہ قسط دے نہیں پاتے۔ تو بینکریپٹ ہو جاتے ہیں۔</w:t>
      </w:r>
    </w:p>
    <w:p>
      <w:r>
        <w:rPr>
          <w:b/>
        </w:rPr>
        <w:t xml:space="preserve">[58:17] </w:t>
      </w:r>
      <w:r>
        <w:t>to yeh to un logon ko is ki khabar nahi ke is duniya mein yaani hiras ki buniyad par kaam nahi ho sakta. yeh saare log is raaz ko nahi jante.</w:t>
      </w:r>
    </w:p>
    <w:p>
      <w:pPr>
        <w:jc w:val="right"/>
      </w:pPr>
      <w:r>
        <w:t>تو یہ تو ان لوگوں کو اس کی خبر نہیں کہ اس دنیا میں یعنی حرص کی بنیاد پر کام نہیں ہو سکتا۔ یہ سارے لوگ اس راز کو نہیں جانتے۔</w:t>
      </w:r>
    </w:p>
    <w:p>
      <w:r>
        <w:rPr>
          <w:b/>
        </w:rPr>
        <w:t xml:space="preserve">[58:28] </w:t>
      </w:r>
      <w:r>
        <w:t>contentment aur lust ke farq ko nahi samajhte woh log. to yeh ek aitbar se aap sahi keh rahe hain ke</w:t>
      </w:r>
    </w:p>
    <w:p>
      <w:pPr>
        <w:jc w:val="right"/>
      </w:pPr>
      <w:r>
        <w:t>کنٹینٹمنٹ اور لسٹ کے فرق کو نہیں سمجھتے وہ لوگ۔ تو یہ ایک اعتبار سے آپ صحیح کہہ رہے ہیں کہ</w:t>
      </w:r>
    </w:p>
    <w:p>
      <w:r>
        <w:rPr>
          <w:b/>
        </w:rPr>
        <w:t xml:space="preserve">[58:36] </w:t>
      </w:r>
      <w:r>
        <w:t>is ki ek moral value yeh hai. to moral value ke lafz aap istemal kar sakte hain yahan par. ke agar woh log janen is raaz ko ke duniya mein hum yaani greed ke baghair pa hi nahi sakte.</w:t>
      </w:r>
    </w:p>
    <w:p>
      <w:pPr>
        <w:jc w:val="right"/>
      </w:pPr>
      <w:r>
        <w:t>اس کی ایک مورل ویلیو یہ ہے۔ تو مورل ویلیو کے لفظ آپ استعمال کر سکتے ہیں یہاں پر۔ کہ اگر وہ لوگ جانیں اس راز کو کہ دنیا میں ہم یعنی گریڈ کے بغیر پا ہی نہیں سکتے۔</w:t>
      </w:r>
    </w:p>
    <w:p>
      <w:r>
        <w:rPr>
          <w:b/>
        </w:rPr>
        <w:t xml:space="preserve">[58:51] </w:t>
      </w:r>
      <w:r>
        <w:t>payenge net hi ke baghair. woh itna</w:t>
      </w:r>
    </w:p>
    <w:p>
      <w:pPr>
        <w:jc w:val="right"/>
      </w:pPr>
      <w:r>
        <w:t>پائیں گے نیٹ ہی کے بغیر۔ وہ اتنا</w:t>
      </w:r>
    </w:p>
    <w:p>
      <w:r>
        <w:rPr>
          <w:b/>
        </w:rPr>
        <w:t xml:space="preserve">[58:55] </w:t>
      </w:r>
      <w:r>
        <w:t>itna hai hi nahi dunya mein. toh kya karenge?</w:t>
      </w:r>
    </w:p>
    <w:p>
      <w:pPr>
        <w:jc w:val="right"/>
      </w:pPr>
      <w:r>
        <w:t>اتنا ہے ہی نہیں دنیا میں۔ تو کیا کریں گے؟</w:t>
      </w:r>
    </w:p>
    <w:p>
      <w:r>
        <w:rPr>
          <w:b/>
        </w:rPr>
        <w:t xml:space="preserve">[58:58] </w:t>
      </w:r>
      <w:r>
        <w:t>agar agar agar woh apne apne yaani grade tak na jayein. aur net ke andar net ko bohat bohat maani mein lijiyey.</w:t>
      </w:r>
    </w:p>
    <w:p>
      <w:pPr>
        <w:jc w:val="right"/>
      </w:pPr>
      <w:r>
        <w:t>اگر اگر اگر وہ اپنے اپنے یعنی گریڈ تک نہ جائیں۔ اور نیٹ کے اندر نیٹ کو بہت بہت معنی میں لیجیے۔</w:t>
      </w:r>
    </w:p>
    <w:p>
      <w:r>
        <w:rPr>
          <w:b/>
        </w:rPr>
        <w:t xml:space="preserve">[59:07] </w:t>
      </w:r>
      <w:r>
        <w:t>net ko wasee maani mein lijiyey. ke jo mere bas mein hai. jo mere bas mein hai. grade woh hai jo mere bas mein hi nahi hai.</w:t>
      </w:r>
    </w:p>
    <w:p>
      <w:pPr>
        <w:jc w:val="right"/>
      </w:pPr>
      <w:r>
        <w:t>نیٹ کو وسیع معنی میں لیجیے۔ کہ جو میرے بس میں ہے۔ جو میرے بس میں ہے۔ گریڈ وہ ہے جو میرے بس میں ہی نہیں ہے۔</w:t>
      </w:r>
    </w:p>
    <w:p>
      <w:r>
        <w:rPr>
          <w:b/>
        </w:rPr>
        <w:t xml:space="preserve">[59:17] </w:t>
      </w:r>
      <w:r>
        <w:t>toh jo aap ke bas mein nahi hai wahan aap jump karte hain toh fail honge. lekin jo aap ke bas mein hai uske andar aap kaam karein toh aap manage kar payenge. phir fail hone ka koi sawal nahi hai.</w:t>
      </w:r>
    </w:p>
    <w:p>
      <w:pPr>
        <w:jc w:val="right"/>
      </w:pPr>
      <w:r>
        <w:t>تو جو آپ کے بس میں نہیں ہے وہاں آپ جمپ کرتے ہیں تو فیل ہوں گے۔ لیکن جو آپ کے بس میں ہے اس کے اندر آپ کام کریں تو آپ مینج کر پائیں گے۔ پھر فیل ہونے کا کوئی سوال نہیں ہے۔</w:t>
      </w:r>
    </w:p>
    <w:p>
      <w:r>
        <w:rPr>
          <w:b/>
        </w:rPr>
        <w:t xml:space="preserve">[59:30] </w:t>
      </w:r>
      <w:r>
        <w:t>maulana agla sawal miss naghma siddiqui ne kiya hai dilli se. unhone likha hai. i have understood that i should use the positive tension as a motivator.</w:t>
      </w:r>
    </w:p>
    <w:p>
      <w:pPr>
        <w:jc w:val="right"/>
      </w:pPr>
      <w:r>
        <w:t>مولانا اگلا سوال مس نغمہ صدیقی نے کیا ہے دلی سے۔ انہوں نے لکھا ہے۔ آئی ہیو انڈرسٹوڈ دیٹ ا دائی شوڈ یوز دا پازیٹیو ٹینشن ایز ا موٹیویٹر۔</w:t>
      </w:r>
    </w:p>
    <w:p>
      <w:r>
        <w:rPr>
          <w:b/>
        </w:rPr>
        <w:t xml:space="preserve">[59:41] </w:t>
      </w:r>
      <w:r>
        <w:t>and plan a small beginning in da'wah work and gradually develop it. is this correct?</w:t>
      </w:r>
    </w:p>
    <w:p>
      <w:pPr>
        <w:jc w:val="right"/>
      </w:pPr>
      <w:r>
        <w:t>اینڈ پلان ا سمال بگننگ ان دعویٰ ورک اینڈ گریجولی ڈویلپ اٹ۔ از دس کریکٹ؟</w:t>
      </w:r>
    </w:p>
    <w:p>
      <w:r>
        <w:rPr>
          <w:b/>
        </w:rPr>
        <w:t xml:space="preserve">[59:48] </w:t>
      </w:r>
      <w:r>
        <w:t>saheeh bilkul saheeh hai. masha'Allah. bohat saheeh bohat saheeh kaha aap ne. mujh se better keh diya aap ne.</w:t>
      </w:r>
    </w:p>
    <w:p>
      <w:pPr>
        <w:jc w:val="right"/>
      </w:pPr>
      <w:r>
        <w:t>صحیح بالکل صحیح ہے۔ ماشاءاللہ۔ بہت صحیح بہت صحیح کہا آپ نے۔ مجھ سے بٹر کہہ دیا آپ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