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Tawbah-e-Nasuh (Sincere Repentance) 16 Feb 2020 - Maulana Wahiduddin Khan</w:t>
      </w:r>
    </w:p>
    <w:p>
      <w:r>
        <w:t>https://www.youtube.com/watch?v=0CccKs-1Uu8</w:t>
      </w:r>
    </w:p>
    <w:p>
      <w:r>
        <w:rPr>
          <w:b/>
        </w:rPr>
        <w:t xml:space="preserve">[00:13] </w:t>
      </w:r>
      <w:r>
        <w:t>bismillah rahman rahim, wa salli Allahu 'ala nabiyyi al-karim.</w:t>
      </w:r>
    </w:p>
    <w:p>
      <w:pPr>
        <w:jc w:val="right"/>
      </w:pPr>
      <w:r>
        <w:t>بسم اللہ الرحمن الرحیم، وصلی اللہ علی النبی الکریم۔</w:t>
      </w:r>
    </w:p>
    <w:p>
      <w:r>
        <w:rPr>
          <w:b/>
        </w:rPr>
        <w:t xml:space="preserve">[00:22] </w:t>
      </w:r>
      <w:r>
        <w:t>rab ishrah li sadri, wa yassir li amri, wa 'qul 'uqdatan min lisani,</w:t>
      </w:r>
    </w:p>
    <w:p>
      <w:pPr>
        <w:jc w:val="right"/>
      </w:pPr>
      <w:r>
        <w:t>رب اشرح لی صدری، ویسر لی امری، واعل العقدۃ من لسانی،</w:t>
      </w:r>
    </w:p>
    <w:p>
      <w:r>
        <w:rPr>
          <w:b/>
        </w:rPr>
        <w:t xml:space="preserve">[00:32] </w:t>
      </w:r>
      <w:r>
        <w:t>yafqa qawli. 16 february 2020. aaj mein soch raha tha ke jannat mein kaun log jayenge,</w:t>
      </w:r>
    </w:p>
    <w:p>
      <w:pPr>
        <w:jc w:val="right"/>
      </w:pPr>
      <w:r>
        <w:t>یفقہ قولی۔ 16 فروری 2020۔ آج میں سوچ رہا تھا کہ جنت میں کون لوگ جائیں گے،</w:t>
      </w:r>
    </w:p>
    <w:p>
      <w:r>
        <w:rPr>
          <w:b/>
        </w:rPr>
        <w:t xml:space="preserve">[00:51] </w:t>
      </w:r>
      <w:r>
        <w:t>kyunke is dunya mein aadmi jab rehta hai toh har waqt koi na koi</w:t>
      </w:r>
    </w:p>
    <w:p>
      <w:pPr>
        <w:jc w:val="right"/>
      </w:pPr>
      <w:r>
        <w:t>کیونکہ اس دنیا میں آدمی جب رہتا ہے تو ہر وقت کوئی نہ کوئی</w:t>
      </w:r>
    </w:p>
    <w:p>
      <w:r>
        <w:rPr>
          <w:b/>
        </w:rPr>
        <w:t xml:space="preserve">[01:03] </w:t>
      </w:r>
      <w:r>
        <w:t>cheez aisi hoti hai jo uske</w:t>
      </w:r>
    </w:p>
    <w:p>
      <w:pPr>
        <w:jc w:val="right"/>
      </w:pPr>
      <w:r>
        <w:t>چیز ایسی ہوتی ہے جو اس کے</w:t>
      </w:r>
    </w:p>
    <w:p>
      <w:r>
        <w:rPr>
          <w:b/>
        </w:rPr>
        <w:t xml:space="preserve">[01:13] </w:t>
      </w:r>
      <w:r>
        <w:t>tazkire ko daghdar kare.</w:t>
      </w:r>
    </w:p>
    <w:p>
      <w:pPr>
        <w:jc w:val="right"/>
      </w:pPr>
      <w:r>
        <w:t>تذکرے کو داغدار کرے۔</w:t>
      </w:r>
    </w:p>
    <w:p>
      <w:r>
        <w:rPr>
          <w:b/>
        </w:rPr>
        <w:t xml:space="preserve">[01:21] </w:t>
      </w:r>
      <w:r>
        <w:t>har insaan har waqt</w:t>
      </w:r>
    </w:p>
    <w:p>
      <w:pPr>
        <w:jc w:val="right"/>
      </w:pPr>
      <w:r>
        <w:t>ہر انسان ہر وقت</w:t>
      </w:r>
    </w:p>
    <w:p>
      <w:r>
        <w:rPr>
          <w:b/>
        </w:rPr>
        <w:t xml:space="preserve">[01:28] </w:t>
      </w:r>
      <w:r>
        <w:t>apne tazkire ko daghdar karta rehta hai.</w:t>
      </w:r>
    </w:p>
    <w:p>
      <w:pPr>
        <w:jc w:val="right"/>
      </w:pPr>
      <w:r>
        <w:t>اپنے تذکرے کو داغدار کرتا رہتا ہے۔</w:t>
      </w:r>
    </w:p>
    <w:p>
      <w:r>
        <w:rPr>
          <w:b/>
        </w:rPr>
        <w:t xml:space="preserve">[01:36] </w:t>
      </w:r>
      <w:r>
        <w:t>toh doosri taraf yeh hai ke Allah ta'ala sirf un insano ko, un roohon ko jannat mein dakhil karega jo</w:t>
      </w:r>
    </w:p>
    <w:p>
      <w:pPr>
        <w:jc w:val="right"/>
      </w:pPr>
      <w:r>
        <w:t>تو دوسری طرف یہ ہے کہ اللہ تعالیٰ صرف ان انسانوں کو، ان روحوں کو جنت میں داخل کرے گا جو</w:t>
      </w:r>
    </w:p>
    <w:p>
      <w:r>
        <w:rPr>
          <w:b/>
        </w:rPr>
        <w:t xml:space="preserve">[01:52] </w:t>
      </w:r>
      <w:r>
        <w:t>apna tazkira karein, jo apne ko purify karein. toh yeh kaise hai? insaan ki personality har waqt daghdar</w:t>
      </w:r>
    </w:p>
    <w:p>
      <w:pPr>
        <w:jc w:val="right"/>
      </w:pPr>
      <w:r>
        <w:t>اپنا تذکرہ کریں، جو اپنے کو پوریفائی کریں۔ تو یہ کیسے ہے؟ انسان کی پرسنیلٹی ہر وقت داغدار</w:t>
      </w:r>
    </w:p>
    <w:p>
      <w:r>
        <w:rPr>
          <w:b/>
        </w:rPr>
        <w:t xml:space="preserve">[02:09] </w:t>
      </w:r>
      <w:r>
        <w:t>hoti hai, toh phir woh preferred personality</w:t>
      </w:r>
    </w:p>
    <w:p>
      <w:pPr>
        <w:jc w:val="right"/>
      </w:pPr>
      <w:r>
        <w:t>ہوتی ہے، تو پھر وہ پریفرڈ پرسنیلٹی</w:t>
      </w:r>
    </w:p>
    <w:p>
      <w:r>
        <w:rPr>
          <w:b/>
        </w:rPr>
        <w:t xml:space="preserve">[02:17] </w:t>
      </w:r>
      <w:r>
        <w:t>kaise banegi jo jannat mein dakhle ke qabil ho?</w:t>
      </w:r>
    </w:p>
    <w:p>
      <w:pPr>
        <w:jc w:val="right"/>
      </w:pPr>
      <w:r>
        <w:t>کیسے بنے گی جو جنت میں داخلے کے قابل ہو؟</w:t>
      </w:r>
    </w:p>
    <w:p>
      <w:r>
        <w:rPr>
          <w:b/>
        </w:rPr>
        <w:t xml:space="preserve">[02:26] </w:t>
      </w:r>
      <w:r>
        <w:t>toh mujhe samajh mein aaya ke surah tahreem mein jo ayat hai, tawbah nasuha, taubah nasuh karo.</w:t>
      </w:r>
    </w:p>
    <w:p>
      <w:pPr>
        <w:jc w:val="right"/>
      </w:pPr>
      <w:r>
        <w:t>تو مجھے سمجھ میں آیا کہ سورۃ تحریم میں جو آیت ہے، توبۃ النسوحہ، توبہ نصوح کرو۔</w:t>
      </w:r>
    </w:p>
    <w:p>
      <w:r>
        <w:rPr>
          <w:b/>
        </w:rPr>
        <w:t xml:space="preserve">[02:41] </w:t>
      </w:r>
      <w:r>
        <w:t>taubah nasuh karo.</w:t>
      </w:r>
    </w:p>
    <w:p>
      <w:pPr>
        <w:jc w:val="right"/>
      </w:pPr>
      <w:r>
        <w:t>توبہ نصوح کرو۔</w:t>
      </w:r>
    </w:p>
    <w:p>
      <w:r>
        <w:rPr>
          <w:b/>
        </w:rPr>
        <w:t xml:space="preserve">[02:48] </w:t>
      </w:r>
      <w:r>
        <w:t>nasuh ke maani</w:t>
      </w:r>
    </w:p>
    <w:p>
      <w:pPr>
        <w:jc w:val="right"/>
      </w:pPr>
      <w:r>
        <w:t>نصوح کے معنی</w:t>
      </w:r>
    </w:p>
    <w:p>
      <w:r>
        <w:rPr>
          <w:b/>
        </w:rPr>
        <w:t xml:space="preserve">[02:58] </w:t>
      </w:r>
      <w:r>
        <w:t>hain</w:t>
      </w:r>
    </w:p>
    <w:p>
      <w:pPr>
        <w:jc w:val="right"/>
      </w:pPr>
      <w:r>
        <w:t>ہیں</w:t>
      </w:r>
    </w:p>
    <w:p>
      <w:r>
        <w:rPr>
          <w:b/>
        </w:rPr>
        <w:t xml:space="preserve">[03:02] </w:t>
      </w:r>
      <w:r>
        <w:t>sincere repentance.</w:t>
      </w:r>
    </w:p>
    <w:p>
      <w:pPr>
        <w:jc w:val="right"/>
      </w:pPr>
      <w:r>
        <w:t>سنسچر ریپیٹنس۔</w:t>
      </w:r>
    </w:p>
    <w:p>
      <w:r>
        <w:rPr>
          <w:b/>
        </w:rPr>
        <w:t xml:space="preserve">[03:11] </w:t>
      </w:r>
      <w:r>
        <w:t>to is soch mein bohat si kitabein hain</w:t>
      </w:r>
    </w:p>
    <w:p>
      <w:pPr>
        <w:jc w:val="right"/>
      </w:pPr>
      <w:r>
        <w:t>تو اس سوچ میں بہت سی کتابیں ہیں</w:t>
      </w:r>
    </w:p>
    <w:p>
      <w:r>
        <w:rPr>
          <w:b/>
        </w:rPr>
        <w:t xml:space="preserve">[03:19] </w:t>
      </w:r>
      <w:r>
        <w:t>ke ek aisa insan jo har dafa</w:t>
      </w:r>
    </w:p>
    <w:p>
      <w:pPr>
        <w:jc w:val="right"/>
      </w:pPr>
      <w:r>
        <w:t>کہ ایک ایسا انسان جو ہر دفعہ</w:t>
      </w:r>
    </w:p>
    <w:p>
      <w:r>
        <w:rPr>
          <w:b/>
        </w:rPr>
        <w:t xml:space="preserve">[03:27] </w:t>
      </w:r>
      <w:r>
        <w:t>peechay kuch dhabba lagta rahe is ki personality mein, to woh insan kaise banega jo dhabbe se pak preferred soul ho?</w:t>
      </w:r>
    </w:p>
    <w:p>
      <w:pPr>
        <w:jc w:val="right"/>
      </w:pPr>
      <w:r>
        <w:t>پیچھے کچھ دھبہ لگتا رہے اس کی پرسنیلٹی میں، تو وہ انسان کیسے بنے گا جو دھبے سے پاک پریفرڈ سول ہو؟</w:t>
      </w:r>
    </w:p>
    <w:p>
      <w:r>
        <w:rPr>
          <w:b/>
        </w:rPr>
        <w:t xml:space="preserve">[03:45] </w:t>
      </w:r>
      <w:r>
        <w:t>to is ka</w:t>
      </w:r>
    </w:p>
    <w:p>
      <w:pPr>
        <w:jc w:val="right"/>
      </w:pPr>
      <w:r>
        <w:t>تو اس کا</w:t>
      </w:r>
    </w:p>
    <w:p>
      <w:r>
        <w:rPr>
          <w:b/>
        </w:rPr>
        <w:t xml:space="preserve">[03:54] </w:t>
      </w:r>
      <w:r>
        <w:t>is mamle ko maine samjha ek baar. main gaya university ki ek office mein,</w:t>
      </w:r>
    </w:p>
    <w:p>
      <w:pPr>
        <w:jc w:val="right"/>
      </w:pPr>
      <w:r>
        <w:t>اس معاملے کو میں نے سمجھا ایک بار۔ میں گیا یونیورسٹی کی ایک آفس میں،</w:t>
      </w:r>
    </w:p>
    <w:p>
      <w:r>
        <w:rPr>
          <w:b/>
        </w:rPr>
        <w:t xml:space="preserve">[04:07] </w:t>
      </w:r>
      <w:r>
        <w:t>to wahan ek aadmi tha jis ka naam tha cleaner, jis ki post thi. cleaner. yani woh har waqt building mein ghoomta rehta tha aur zara sa bhi kahin</w:t>
      </w:r>
    </w:p>
    <w:p>
      <w:pPr>
        <w:jc w:val="right"/>
      </w:pPr>
      <w:r>
        <w:t>تو وہاں ایک آدمی تھا جس کا نام تھا کلینر، جس کی پوسٹ تھی۔ کلینر۔ یعنی وہ ہر وقت بلڈنگ میں گھومتا رہتا تھا اور ذرا سا بھی کہیں</w:t>
      </w:r>
    </w:p>
    <w:p>
      <w:r>
        <w:rPr>
          <w:b/>
        </w:rPr>
        <w:t xml:space="preserve">[04:25] </w:t>
      </w:r>
      <w:r>
        <w:t>ghard lag gayi ya koi daagh lag gaya to jaldi se us ko saaf karta tha.</w:t>
      </w:r>
    </w:p>
    <w:p>
      <w:pPr>
        <w:jc w:val="right"/>
      </w:pPr>
      <w:r>
        <w:t>گرد لگ گئی یا کوئی داغ لگ گیا تو جلدی سے اس کو صاف کرتا تھا۔</w:t>
      </w:r>
    </w:p>
    <w:p>
      <w:r>
        <w:rPr>
          <w:b/>
        </w:rPr>
        <w:t xml:space="preserve">[04:36] </w:t>
      </w:r>
      <w:r>
        <w:t>is se maine samjha ke jannat mein kon log jayenge aur tauba nasooh ka matlab kya hai.</w:t>
      </w:r>
    </w:p>
    <w:p>
      <w:pPr>
        <w:jc w:val="right"/>
      </w:pPr>
      <w:r>
        <w:t>اس سے میں نے سمجھا کہ جنت میں کون لوگ جائیں گے اور توبہ نصوح کا مطلب کیا ہے۔</w:t>
      </w:r>
    </w:p>
    <w:p>
      <w:r>
        <w:rPr>
          <w:b/>
        </w:rPr>
        <w:t xml:space="preserve">[04:51] </w:t>
      </w:r>
      <w:r>
        <w:t>yeh jo quran mein hai surah tahreem mein ke aye iman walo!</w:t>
      </w:r>
    </w:p>
    <w:p>
      <w:pPr>
        <w:jc w:val="right"/>
      </w:pPr>
      <w:r>
        <w:t>یہ جو قرآن میں ہے سورۃ تحریم میں کہ اے ایمان والو!</w:t>
      </w:r>
    </w:p>
    <w:p>
      <w:r>
        <w:rPr>
          <w:b/>
        </w:rPr>
        <w:t xml:space="preserve">[04:57] </w:t>
      </w:r>
      <w:r>
        <w:t>tauba nasooh karo.</w:t>
      </w:r>
    </w:p>
    <w:p>
      <w:pPr>
        <w:jc w:val="right"/>
      </w:pPr>
      <w:r>
        <w:t>توبہ نصوح کرو۔</w:t>
      </w:r>
    </w:p>
    <w:p>
      <w:r>
        <w:rPr>
          <w:b/>
        </w:rPr>
        <w:t xml:space="preserve">[05:02] </w:t>
      </w:r>
      <w:r>
        <w:t>awaz parh di sahib is ka tarjuma? sirf itna hi.</w:t>
      </w:r>
    </w:p>
    <w:p>
      <w:pPr>
        <w:jc w:val="right"/>
      </w:pPr>
      <w:r>
        <w:t>آواز پڑھ دی صاحب اس کا ترجمہ؟ صرف اتنا ہی۔</w:t>
      </w:r>
    </w:p>
    <w:p>
      <w:r>
        <w:rPr>
          <w:b/>
        </w:rPr>
        <w:t xml:space="preserve">[05:09] </w:t>
      </w:r>
      <w:r>
        <w:t>tubatan nasooha. ya ayuhal lazeena amanoo tooboo ilal lahi tubatan nasooha. haan bas.</w:t>
      </w:r>
    </w:p>
    <w:p>
      <w:pPr>
        <w:jc w:val="right"/>
      </w:pPr>
      <w:r>
        <w:t>توبۃ النسوحہ۔ یا ایہا الذین آمنوا توبوا الی اللہ توبۃ النسوحہ۔ ہاں بس۔</w:t>
      </w:r>
    </w:p>
    <w:p>
      <w:r>
        <w:rPr>
          <w:b/>
        </w:rPr>
        <w:t xml:space="preserve">[05:18] </w:t>
      </w:r>
      <w:r>
        <w:t>surah tahreem chapter number 66 verse number 8. aye iman walo! Allah ke aage sachi tauba karo.</w:t>
      </w:r>
    </w:p>
    <w:p>
      <w:pPr>
        <w:jc w:val="right"/>
      </w:pPr>
      <w:r>
        <w:t>سورۃ التحریم چیپٹر نمبر 66 ورس نمبر 8۔ اے ایمان والو! اللہ کے آگے سچی توبہ کرو۔</w:t>
      </w:r>
    </w:p>
    <w:p>
      <w:r>
        <w:rPr>
          <w:b/>
        </w:rPr>
        <w:t xml:space="preserve">[05:29] </w:t>
      </w:r>
      <w:r>
        <w:t>khalis tauba karo. to is waqe ke baad university ki building mein jo dekha to maine is ayat ka matlab maine yeh samjha ke apne</w:t>
      </w:r>
    </w:p>
    <w:p>
      <w:pPr>
        <w:jc w:val="right"/>
      </w:pPr>
      <w:r>
        <w:t>خالص توبہ کرو۔ تو اس واقعے کے بعد یونیورسٹی کی بلڈنگ میں جو دیکھا تو میں نے اس آیت کا مطلب میں نے یہ سمجھا کہ اپنے</w:t>
      </w:r>
    </w:p>
    <w:p>
      <w:r>
        <w:rPr>
          <w:b/>
        </w:rPr>
        <w:t xml:space="preserve">[05:52] </w:t>
      </w:r>
      <w:r>
        <w:t>aap ko clean karne wale bano. yani hamesha apne ko purify karne wale bano. apne ko safai karne wale bano.</w:t>
      </w:r>
    </w:p>
    <w:p>
      <w:pPr>
        <w:jc w:val="right"/>
      </w:pPr>
      <w:r>
        <w:t>آپ کو کلین کرنے والے بن جاؤ۔ یعنی ہمیشہ اپنے کو پوریفائی کرنے والے بن جاؤ۔ اپنے کو صفائی کرنے والے بن جاؤ۔</w:t>
      </w:r>
    </w:p>
    <w:p>
      <w:r>
        <w:rPr>
          <w:b/>
        </w:rPr>
        <w:t xml:space="preserve">[06:04] </w:t>
      </w:r>
      <w:r>
        <w:t>yani aap apne aap ko itna zyada sensor banayein</w:t>
      </w:r>
    </w:p>
    <w:p>
      <w:pPr>
        <w:jc w:val="right"/>
      </w:pPr>
      <w:r>
        <w:t>یعنی آپ اپنے آپ کو اتنا زیادہ سنسچر بنائیں</w:t>
      </w:r>
    </w:p>
    <w:p>
      <w:r>
        <w:rPr>
          <w:b/>
        </w:rPr>
        <w:t xml:space="preserve">[06:10] </w:t>
      </w:r>
      <w:r>
        <w:t>ke jaise hi aap ki personality mein koi dhabba lage, koi bura khayal aa jaye, koi</w:t>
      </w:r>
    </w:p>
    <w:p>
      <w:pPr>
        <w:jc w:val="right"/>
      </w:pPr>
      <w:r>
        <w:t>کہ جیسے ہی آپ کی پرسنیلٹی میں کوئی دھبہ لگے، کوئی برا خیال آجائے، کوئی</w:t>
      </w:r>
    </w:p>
    <w:p>
      <w:r>
        <w:rPr>
          <w:b/>
        </w:rPr>
        <w:t xml:space="preserve">[06:25] </w:t>
      </w:r>
      <w:r>
        <w:t>evil thought aa jaye aap ke andar to aap itne sensor ho aap ke jaldi se aap ko clean karein, safai karein is ki.</w:t>
      </w:r>
    </w:p>
    <w:p>
      <w:pPr>
        <w:jc w:val="right"/>
      </w:pPr>
      <w:r>
        <w:t>ایول تھاٹ آجائے آپ کے اندر تو آپ اتنے سنسچر ہوں آپ کہ جلدی سے آپ کو کلین کریں، صفائی کریں اس کی۔</w:t>
      </w:r>
    </w:p>
    <w:p>
      <w:r>
        <w:rPr>
          <w:b/>
        </w:rPr>
        <w:t xml:space="preserve">[06:37] </w:t>
      </w:r>
      <w:r>
        <w:t>yani self cleaner ban jayein. self cleaner</w:t>
      </w:r>
    </w:p>
    <w:p>
      <w:pPr>
        <w:jc w:val="right"/>
      </w:pPr>
      <w:r>
        <w:t>یعنی سیلف کلینر بن جائیں۔ سیلف کلینر</w:t>
      </w:r>
    </w:p>
    <w:p>
      <w:r>
        <w:rPr>
          <w:b/>
        </w:rPr>
        <w:t xml:space="preserve">[06:44] </w:t>
      </w:r>
      <w:r>
        <w:t>ban jayein aap. apne aap ko clean karne wale ban jayein.</w:t>
      </w:r>
    </w:p>
    <w:p>
      <w:pPr>
        <w:jc w:val="right"/>
      </w:pPr>
      <w:r>
        <w:t>بن جائیں آپ۔ اپنے آپ کو کلین کرنے والے بن جائیں۔</w:t>
      </w:r>
    </w:p>
    <w:p>
      <w:r>
        <w:rPr>
          <w:b/>
        </w:rPr>
        <w:t xml:space="preserve">[06:55] </w:t>
      </w:r>
      <w:r>
        <w:t>misal ke taur par aaj subah mujhe ek shakhs ka khayal aaya.</w:t>
      </w:r>
    </w:p>
    <w:p>
      <w:pPr>
        <w:jc w:val="right"/>
      </w:pPr>
      <w:r>
        <w:t>مثلاً آج صبح مجھے ایک شخص کا خیال آیا۔</w:t>
      </w:r>
    </w:p>
    <w:p>
      <w:r>
        <w:rPr>
          <w:b/>
        </w:rPr>
        <w:t xml:space="preserve">[07:03] </w:t>
      </w:r>
      <w:r>
        <w:t>ek shakhs jis ne mujh ko badnaam karne ki koshish ki thi.</w:t>
      </w:r>
    </w:p>
    <w:p>
      <w:pPr>
        <w:jc w:val="right"/>
      </w:pPr>
      <w:r>
        <w:t>ایک شخص جس نے مجھ کو بدنام کرنے کی کوشش کی تھی۔</w:t>
      </w:r>
    </w:p>
    <w:p>
      <w:r>
        <w:rPr>
          <w:b/>
        </w:rPr>
        <w:t xml:space="preserve">[07:15] </w:t>
      </w:r>
      <w:r>
        <w:t>yani ek shakhs jis ne baqayda yeh promotion kiya mere bare mein ke yeh to bjp ke</w:t>
      </w:r>
    </w:p>
    <w:p>
      <w:pPr>
        <w:jc w:val="right"/>
      </w:pPr>
      <w:r>
        <w:t>یعنی ایک شخص جس نے باقاعدہ یہ پروموشن کیا میرے بارے میں کہ یہ تو بی جے پی کے</w:t>
      </w:r>
    </w:p>
    <w:p>
      <w:r>
        <w:rPr>
          <w:b/>
        </w:rPr>
        <w:t xml:space="preserve">[07:28] </w:t>
      </w:r>
      <w:r>
        <w:t>molvi hain.</w:t>
      </w:r>
    </w:p>
    <w:p>
      <w:pPr>
        <w:jc w:val="right"/>
      </w:pPr>
      <w:r>
        <w:t>مولوی ہیں۔</w:t>
      </w:r>
    </w:p>
    <w:p>
      <w:r>
        <w:rPr>
          <w:b/>
        </w:rPr>
        <w:t xml:space="preserve">[07:33] </w:t>
      </w:r>
      <w:r>
        <w:t>to yeh mere nazdeek ek yeh sochna ke falan aadmi mujh ko badnaam kar raha hai, ek evil thought ka aana tha.</w:t>
      </w:r>
    </w:p>
    <w:p>
      <w:pPr>
        <w:jc w:val="right"/>
      </w:pPr>
      <w:r>
        <w:t>تو یہ میرے نزدیک ایک یہ سوچنا کہ فلاں آدمی مجھ کو بدنام کر رہا ہے، ایک ایول تھاٹ کا آنا تھا۔</w:t>
      </w:r>
    </w:p>
    <w:p>
      <w:r>
        <w:rPr>
          <w:b/>
        </w:rPr>
        <w:t xml:space="preserve">[07:44] </w:t>
      </w:r>
      <w:r>
        <w:t>to mein ne socha ke evil thought jo mere andar aaya to ab mein kya karna chahiye is ko?</w:t>
      </w:r>
    </w:p>
    <w:p>
      <w:pPr>
        <w:jc w:val="right"/>
      </w:pPr>
      <w:r>
        <w:t>تو میں نے سوچا کہ ایول تھاٹ جو میرے اندر آیا تو اب میں کیا کرنا چاہیے اس کو؟</w:t>
      </w:r>
    </w:p>
    <w:p>
      <w:r>
        <w:rPr>
          <w:b/>
        </w:rPr>
        <w:t xml:space="preserve">[07:54] </w:t>
      </w:r>
      <w:r>
        <w:t>to jaldi se mein is ke liye dua karne laga. is ke liye achhi dua karne laga ke khudaaya is ko achhi baaton ki tofeeq de.</w:t>
      </w:r>
    </w:p>
    <w:p>
      <w:pPr>
        <w:jc w:val="right"/>
      </w:pPr>
      <w:r>
        <w:t>تو جلدی سے میں اس کے لیے دعا کرنے لگا۔ اس کے لیے اچھی دعا کرنے لگا کہ خدایا اس کو اچھی باتوں کی توفیق دے۔</w:t>
      </w:r>
    </w:p>
    <w:p>
      <w:r>
        <w:rPr>
          <w:b/>
        </w:rPr>
        <w:t xml:space="preserve">[08:09] </w:t>
      </w:r>
      <w:r>
        <w:t>to yeh tha</w:t>
      </w:r>
    </w:p>
    <w:p>
      <w:pPr>
        <w:jc w:val="right"/>
      </w:pPr>
      <w:r>
        <w:t>تو یہ تھا</w:t>
      </w:r>
    </w:p>
    <w:p>
      <w:r>
        <w:rPr>
          <w:b/>
        </w:rPr>
        <w:t xml:space="preserve">[08:10] </w:t>
      </w:r>
      <w:r>
        <w:t>clean karna, apne dil ko clean karna. yaani mere andar jo evil thought aagaya is ko mein ne jaldi se clean kiya.</w:t>
      </w:r>
    </w:p>
    <w:p>
      <w:pPr>
        <w:jc w:val="right"/>
      </w:pPr>
      <w:r>
        <w:t>کلین کرنا، اپنے دل کو کلین کرنا۔ یعنی میرے اندر جو ایول تھاٹ آگیا اس کو میں نے جلدی سے کلین کیا۔</w:t>
      </w:r>
    </w:p>
    <w:p>
      <w:r>
        <w:rPr>
          <w:b/>
        </w:rPr>
        <w:t xml:space="preserve">[08:22] </w:t>
      </w:r>
      <w:r>
        <w:t>is tarah aadmi jo apni personality ko saaf suthra banaye</w:t>
      </w:r>
    </w:p>
    <w:p>
      <w:pPr>
        <w:jc w:val="right"/>
      </w:pPr>
      <w:r>
        <w:t>اس طرح آدمی جو اپنی پرسنیلٹی کو صاف ستھرا بنائے</w:t>
      </w:r>
    </w:p>
    <w:p>
      <w:r>
        <w:rPr>
          <w:b/>
        </w:rPr>
        <w:t xml:space="preserve">[08:33] </w:t>
      </w:r>
      <w:r>
        <w:t>to woh muqaddas shakhsiyat hoga. jab woh Allah ke saamne pohnchega qayamat ke din to woh ek muqaddas shakhsiyat hoga.</w:t>
      </w:r>
    </w:p>
    <w:p>
      <w:pPr>
        <w:jc w:val="right"/>
      </w:pPr>
      <w:r>
        <w:t>تو وہ مدقہ شخصیت ہوگا۔ جب وہ اللہ کے سامنے پہنچے گا قیامت کے دن تو وہ ایک مدقہ شخصیت ہوگا۔</w:t>
      </w:r>
    </w:p>
    <w:p>
      <w:r>
        <w:rPr>
          <w:b/>
        </w:rPr>
        <w:t xml:space="preserve">[08:43] </w:t>
      </w:r>
      <w:r>
        <w:t>aur isi ke liye jannat hai. jo apne aap ko muqaddas banaye,</w:t>
      </w:r>
    </w:p>
    <w:p>
      <w:pPr>
        <w:jc w:val="right"/>
      </w:pPr>
      <w:r>
        <w:t>اور اسی کے لیے جنت ہے۔ جو اپنے آپ کو مدقہ بنائے،</w:t>
      </w:r>
    </w:p>
    <w:p>
      <w:r>
        <w:rPr>
          <w:b/>
        </w:rPr>
        <w:t xml:space="preserve">[08:50] </w:t>
      </w:r>
      <w:r>
        <w:t>jo apna cleaner ban jaye. cleaner. yaani self cleaning is matlab apne andar paida karega.</w:t>
      </w:r>
    </w:p>
    <w:p>
      <w:pPr>
        <w:jc w:val="right"/>
      </w:pPr>
      <w:r>
        <w:t>جو اپنا کلینر بن جائے۔ کلینر۔ یعنی سیلف کلیننگ اس مطلب اپنے اندر پیدا کرے گا۔</w:t>
      </w:r>
    </w:p>
    <w:p>
      <w:r>
        <w:rPr>
          <w:b/>
        </w:rPr>
        <w:t xml:space="preserve">[09:02] </w:t>
      </w:r>
      <w:r>
        <w:t>to aap ko kya karna hoga? aap ko apna nigran banna padega.</w:t>
      </w:r>
    </w:p>
    <w:p>
      <w:pPr>
        <w:jc w:val="right"/>
      </w:pPr>
      <w:r>
        <w:t>تو آپ کو کیا کرنا ہوگا؟ آپ کو اپنا نگرہ بننا پڑے گا۔</w:t>
      </w:r>
    </w:p>
    <w:p>
      <w:r>
        <w:rPr>
          <w:b/>
        </w:rPr>
        <w:t xml:space="preserve">[09:10] </w:t>
      </w:r>
      <w:r>
        <w:t>apna nigran.</w:t>
      </w:r>
    </w:p>
    <w:p>
      <w:pPr>
        <w:jc w:val="right"/>
      </w:pPr>
      <w:r>
        <w:t>اپنا نگرہ۔</w:t>
      </w:r>
    </w:p>
    <w:p>
      <w:r>
        <w:rPr>
          <w:b/>
        </w:rPr>
        <w:t xml:space="preserve">[09:15] </w:t>
      </w:r>
      <w:r>
        <w:t>apne aap ko har waqt check karein aap. apne aap ko har waqt check karein.</w:t>
      </w:r>
    </w:p>
    <w:p>
      <w:pPr>
        <w:jc w:val="right"/>
      </w:pPr>
      <w:r>
        <w:t>اپنے آپ کو ہر وقت چیک کریں آپ۔ اپنے آپ کو ہر وقت چیک کریں۔</w:t>
      </w:r>
    </w:p>
    <w:p>
      <w:r>
        <w:rPr>
          <w:b/>
        </w:rPr>
        <w:t xml:space="preserve">[09:25] </w:t>
      </w:r>
      <w:r>
        <w:t>jaise mein ne ek martaba ek masjid mein dekha ke ek sahab bohat hi umda sharoani pehan kar aaye. yeh masjid ka qissa hai.</w:t>
      </w:r>
    </w:p>
    <w:p>
      <w:pPr>
        <w:jc w:val="right"/>
      </w:pPr>
      <w:r>
        <w:t>جیسے میں نے ایک مرتبہ ایک مسجد میں دیکھا کہ ایک صاحب بہت ہی عمدہ شرونی پہن کر آئے۔ یہ مسجد کا قصہ ہے۔</w:t>
      </w:r>
    </w:p>
    <w:p>
      <w:r>
        <w:rPr>
          <w:b/>
        </w:rPr>
        <w:t xml:space="preserve">[09:37] </w:t>
      </w:r>
      <w:r>
        <w:t>bohat hi umda sharoani thi un ki.</w:t>
      </w:r>
    </w:p>
    <w:p>
      <w:pPr>
        <w:jc w:val="right"/>
      </w:pPr>
      <w:r>
        <w:t>بہت ہی عمدہ شرونی تھی ان کی۔</w:t>
      </w:r>
    </w:p>
    <w:p>
      <w:r>
        <w:rPr>
          <w:b/>
        </w:rPr>
        <w:t xml:space="preserve">[09:44] </w:t>
      </w:r>
      <w:r>
        <w:t>aur masjid jo thi us mein ek mamooli si chatai thi. to ab woh aa gaye thay wahan dobara un ko chatai par namaz parhna pada.</w:t>
      </w:r>
    </w:p>
    <w:p>
      <w:pPr>
        <w:jc w:val="right"/>
      </w:pPr>
      <w:r>
        <w:t>اور مسجد جو تھی اس میں ایک معمولی سی چٹائی تھی۔ تو اب وہ آگئے تھے وہاں دوبارہ ان کو چٹائی پر نماز پڑھنا پڑا۔</w:t>
      </w:r>
    </w:p>
    <w:p>
      <w:r>
        <w:rPr>
          <w:b/>
        </w:rPr>
        <w:t xml:space="preserve">[09:58] </w:t>
      </w:r>
      <w:r>
        <w:t>to jab bhi woh jaate sajde mein to chatai mein un ki</w:t>
      </w:r>
    </w:p>
    <w:p>
      <w:pPr>
        <w:jc w:val="right"/>
      </w:pPr>
      <w:r>
        <w:t>تو جب بھی وہ جاتے سجدے میں تو چٹائی میں ان کی</w:t>
      </w:r>
    </w:p>
    <w:p>
      <w:r>
        <w:rPr>
          <w:b/>
        </w:rPr>
        <w:t xml:space="preserve">[10:06] </w:t>
      </w:r>
      <w:r>
        <w:t>sharoani kehne ki tashweesh thi. to woh</w:t>
      </w:r>
    </w:p>
    <w:p>
      <w:pPr>
        <w:jc w:val="right"/>
      </w:pPr>
      <w:r>
        <w:t>شرونی کہنے کی تشویش تھی۔ تو وہ</w:t>
      </w:r>
    </w:p>
    <w:p>
      <w:r>
        <w:rPr>
          <w:b/>
        </w:rPr>
        <w:t xml:space="preserve">[10:14] </w:t>
      </w:r>
      <w:r>
        <w:t>har baar aise karte thay, apni sharoani ko saaf karte thay.</w:t>
      </w:r>
    </w:p>
    <w:p>
      <w:pPr>
        <w:jc w:val="right"/>
      </w:pPr>
      <w:r>
        <w:t>ہر بار ایسے کرتے تھے، اپنی شرونی کو صاف کرتے تھے۔</w:t>
      </w:r>
    </w:p>
    <w:p>
      <w:r>
        <w:rPr>
          <w:b/>
        </w:rPr>
        <w:t xml:space="preserve">[10:27] </w:t>
      </w:r>
      <w:r>
        <w:t>to isi tarah insaan jo hassas insaan ho aakhirat ke baare mein, jannat ke baare mein</w:t>
      </w:r>
    </w:p>
    <w:p>
      <w:pPr>
        <w:jc w:val="right"/>
      </w:pPr>
      <w:r>
        <w:t>تو اسی طرح انسان جو حساس انسان ہو آخرت کے بارے میں، جنت کے بارے میں</w:t>
      </w:r>
    </w:p>
    <w:p>
      <w:r>
        <w:rPr>
          <w:b/>
        </w:rPr>
        <w:t xml:space="preserve">[10:38] </w:t>
      </w:r>
      <w:r>
        <w:t>hassas ho to har baar jab us ki personality mein koi dhabba lagega to jaldi se is ko saaf karega.</w:t>
      </w:r>
    </w:p>
    <w:p>
      <w:pPr>
        <w:jc w:val="right"/>
      </w:pPr>
      <w:r>
        <w:t>حساس ہو تو ہر بار جب اس کی پرسنیلٹی میں کوئی دھبہ لگے گا تو جلدی سے اس کو صاف کرے گا۔</w:t>
      </w:r>
    </w:p>
    <w:p>
      <w:r>
        <w:rPr>
          <w:b/>
        </w:rPr>
        <w:t xml:space="preserve">[10:49] </w:t>
      </w:r>
      <w:r>
        <w:t>jaldi se is ko saaf karega.</w:t>
      </w:r>
    </w:p>
    <w:p>
      <w:pPr>
        <w:jc w:val="right"/>
      </w:pPr>
      <w:r>
        <w:t>جلدی سے اس کو صاف کرے گا۔</w:t>
      </w:r>
    </w:p>
    <w:p>
      <w:r>
        <w:rPr>
          <w:b/>
        </w:rPr>
        <w:t xml:space="preserve">[10:53] </w:t>
      </w:r>
      <w:r>
        <w:t>yehi woh insaan hai jo jannat mein jayega.</w:t>
      </w:r>
    </w:p>
    <w:p>
      <w:pPr>
        <w:jc w:val="right"/>
      </w:pPr>
      <w:r>
        <w:t>یہی وہ انسان ہے جو جنت میں جائے گا۔</w:t>
      </w:r>
    </w:p>
    <w:p>
      <w:r>
        <w:rPr>
          <w:b/>
        </w:rPr>
        <w:t xml:space="preserve">[11:01] </w:t>
      </w:r>
      <w:r>
        <w:t>yeh aadmi ko chahiye ke woh khud apne aap cleaner ban jaye. har waqt apne ko clean karta rahe, safai karta rahe.</w:t>
      </w:r>
    </w:p>
    <w:p>
      <w:pPr>
        <w:jc w:val="right"/>
      </w:pPr>
      <w:r>
        <w:t>یہ آدمی کو چاہیے کہ وہ خود اپنے آپ کلینر بن جائے۔ ہر وقت اپنے کو کلین کرتا رہے، صفائی کرتا رہے۔</w:t>
      </w:r>
    </w:p>
    <w:p>
      <w:r>
        <w:rPr>
          <w:b/>
        </w:rPr>
        <w:t xml:space="preserve">[11:18] </w:t>
      </w:r>
      <w:r>
        <w:t>aur yaad rakhiyega sab se bari safai thought ki safai hai. thought.</w:t>
      </w:r>
    </w:p>
    <w:p>
      <w:pPr>
        <w:jc w:val="right"/>
      </w:pPr>
      <w:r>
        <w:t>اور یاد رکھیے گا سب سے بڑی صفائی تھاٹ کی صفائی ہے۔ تھاٹ۔</w:t>
      </w:r>
    </w:p>
    <w:p>
      <w:r>
        <w:rPr>
          <w:b/>
        </w:rPr>
        <w:t xml:space="preserve">[11:27] </w:t>
      </w:r>
      <w:r>
        <w:t>thought ki safai.</w:t>
      </w:r>
    </w:p>
    <w:p>
      <w:pPr>
        <w:jc w:val="right"/>
      </w:pPr>
      <w:r>
        <w:t>تھاٹ کی صفائی۔</w:t>
      </w:r>
    </w:p>
    <w:p>
      <w:r>
        <w:rPr>
          <w:b/>
        </w:rPr>
        <w:t xml:space="preserve">[11:33] </w:t>
      </w:r>
      <w:r>
        <w:t>kyun ke thought jo hai woh barah e raast aap ki personality ko daghdar karti hai.</w:t>
      </w:r>
    </w:p>
    <w:p>
      <w:pPr>
        <w:jc w:val="right"/>
      </w:pPr>
      <w:r>
        <w:t>کیونکہ تھاٹ جو ہے وہ براہ راست آپ کی پرسنیلٹی کو داغدار کرتی ہے۔</w:t>
      </w:r>
    </w:p>
    <w:p>
      <w:r>
        <w:rPr>
          <w:b/>
        </w:rPr>
        <w:t xml:space="preserve">[11:46] </w:t>
      </w:r>
      <w:r>
        <w:t>to toba jo hai, toba kya hai? toba hai toba nasooh. yani</w:t>
      </w:r>
    </w:p>
    <w:p>
      <w:pPr>
        <w:jc w:val="right"/>
      </w:pPr>
      <w:r>
        <w:t>تو توبہ جو ہے، توبہ کیا ہے؟ توبہ ہے توبہ نصوح۔ یعنی</w:t>
      </w:r>
    </w:p>
    <w:p>
      <w:r>
        <w:rPr>
          <w:b/>
        </w:rPr>
        <w:t xml:space="preserve">[12:02] </w:t>
      </w:r>
      <w:r>
        <w:t>toba woh hai jo toba nasooh ho.</w:t>
      </w:r>
    </w:p>
    <w:p>
      <w:pPr>
        <w:jc w:val="right"/>
      </w:pPr>
      <w:r>
        <w:t>توبہ وہ ہے جو توبہ نصوح ہو۔</w:t>
      </w:r>
    </w:p>
    <w:p>
      <w:r>
        <w:rPr>
          <w:b/>
        </w:rPr>
        <w:t xml:space="preserve">[12:10] </w:t>
      </w:r>
      <w:r>
        <w:t>toba woh hai jo toba nasooh ho. aur toba nasooh kon hai? sanschar toba.</w:t>
      </w:r>
    </w:p>
    <w:p>
      <w:pPr>
        <w:jc w:val="right"/>
      </w:pPr>
      <w:r>
        <w:t>توبہ وہ ہے جو توبہ نصوح ہو۔ اور توبہ نصوح کون ہے؟ سنسچر توبہ۔</w:t>
      </w:r>
    </w:p>
    <w:p>
      <w:r>
        <w:rPr>
          <w:b/>
        </w:rPr>
        <w:t xml:space="preserve">[12:21] </w:t>
      </w:r>
      <w:r>
        <w:t>sanschar repentance.</w:t>
      </w:r>
    </w:p>
    <w:p>
      <w:pPr>
        <w:jc w:val="right"/>
      </w:pPr>
      <w:r>
        <w:t>سنسچر ریپیٹنس۔</w:t>
      </w:r>
    </w:p>
    <w:p>
      <w:r>
        <w:rPr>
          <w:b/>
        </w:rPr>
        <w:t xml:space="preserve">[12:26] </w:t>
      </w:r>
      <w:r>
        <w:t>sanschar repentance. aap itne zyada hassas ban jayen</w:t>
      </w:r>
    </w:p>
    <w:p>
      <w:pPr>
        <w:jc w:val="right"/>
      </w:pPr>
      <w:r>
        <w:t>سنسچر ریپیٹنس۔ آپ اتنے زیادہ حساس بن جائیں</w:t>
      </w:r>
    </w:p>
    <w:p>
      <w:r>
        <w:rPr>
          <w:b/>
        </w:rPr>
        <w:t xml:space="preserve">[12:37] </w:t>
      </w:r>
      <w:r>
        <w:t>burai ke bare mein. chahe choti burai ho ya bari burai. choti ghalti ho ya bari ghalti. itne zyada hassas ban jayen ke har waqt aap ko</w:t>
      </w:r>
    </w:p>
    <w:p>
      <w:pPr>
        <w:jc w:val="right"/>
      </w:pPr>
      <w:r>
        <w:t>برائی کے بارے میں۔ چاہے چھوٹی برائی ہو یا بڑی برائی۔ چھوٹی غلطی ہو یا بڑی غلطی۔ اتنے زیادہ حساس بن جائیں کہ ہر وقت آپ کو</w:t>
      </w:r>
    </w:p>
    <w:p>
      <w:r>
        <w:rPr>
          <w:b/>
        </w:rPr>
        <w:t xml:space="preserve">[12:56] </w:t>
      </w:r>
      <w:r>
        <w:t>yeh ehsas laga rahe ke mein apni jis tarah woh aadmi apni sharoni ko saaf karta rehta tha, aise aap apni personality ko saaf karte rehte hain.</w:t>
      </w:r>
    </w:p>
    <w:p>
      <w:pPr>
        <w:jc w:val="right"/>
      </w:pPr>
      <w:r>
        <w:t>یہ احساس لگا رہے کہ میں اپنی جس طرح وہ آدمی اپنی شرونی کو صاف کرتا رہتا تھا، ایسے آپ اپنی پرسنیلٹی کو صاف کرتے رہتے ہیں۔</w:t>
      </w:r>
    </w:p>
    <w:p>
      <w:r>
        <w:rPr>
          <w:b/>
        </w:rPr>
        <w:t xml:space="preserve">[13:16] </w:t>
      </w:r>
      <w:r>
        <w:t>to mein samajhta hoon ke yahi jannat ka, jannat ka</w:t>
      </w:r>
    </w:p>
    <w:p>
      <w:pPr>
        <w:jc w:val="right"/>
      </w:pPr>
      <w:r>
        <w:t>تو میں سمجھتا ہوں کہ یہی جنت کا، جنت کا</w:t>
      </w:r>
    </w:p>
    <w:p>
      <w:r>
        <w:rPr>
          <w:b/>
        </w:rPr>
        <w:t xml:space="preserve">[13:30] </w:t>
      </w:r>
      <w:r>
        <w:t>enginearity hone ki pehchan hai. yahi jannati hone ki pehchan hai.</w:t>
      </w:r>
    </w:p>
    <w:p>
      <w:pPr>
        <w:jc w:val="right"/>
      </w:pPr>
      <w:r>
        <w:t>انجنریٹی ہونے کی پہچان ہے۔ یہی جنتی ہونے کی پہچان ہے۔</w:t>
      </w:r>
    </w:p>
    <w:p>
      <w:r>
        <w:rPr>
          <w:b/>
        </w:rPr>
        <w:t xml:space="preserve">[13:44] </w:t>
      </w:r>
      <w:r>
        <w:t>jab yeh aadmi is tarah se hassas ban jaye, hassas to woh ab woh apna cleaner ban jata hai.</w:t>
      </w:r>
    </w:p>
    <w:p>
      <w:pPr>
        <w:jc w:val="right"/>
      </w:pPr>
      <w:r>
        <w:t>جب یہ آدمی اس طرح سے حساس بن جائے، حساس تو وہ اب وہ اپنا کلینر بن جاتا ہے۔</w:t>
      </w:r>
    </w:p>
    <w:p>
      <w:r>
        <w:rPr>
          <w:b/>
        </w:rPr>
        <w:t xml:space="preserve">[13:54] </w:t>
      </w:r>
      <w:r>
        <w:t>cleaner. cleaner.</w:t>
      </w:r>
    </w:p>
    <w:p>
      <w:pPr>
        <w:jc w:val="right"/>
      </w:pPr>
      <w:r>
        <w:t>کلینر۔ کلینر۔</w:t>
      </w:r>
    </w:p>
    <w:p>
      <w:r>
        <w:rPr>
          <w:b/>
        </w:rPr>
        <w:t xml:space="preserve">[14:01] </w:t>
      </w:r>
      <w:r>
        <w:t>jaise mein aap ko ek qissa batata hoon apna. mein gaon mein rehta tha, UP ke ek gaon mein. to wahan par hamara jo ghar tha, ghar mein ek</w:t>
      </w:r>
    </w:p>
    <w:p>
      <w:pPr>
        <w:jc w:val="right"/>
      </w:pPr>
      <w:r>
        <w:t>جیسے میں آپ کو ایک قصہ بتاتا ہوں اپنا۔ میں گاؤں میں رہتا تھا، یو پی کے ایک گاؤں میں۔ تو وہاں پر ہمارا جو گھر تھا، گھر میں ایک</w:t>
      </w:r>
    </w:p>
    <w:p>
      <w:r>
        <w:rPr>
          <w:b/>
        </w:rPr>
        <w:t xml:space="preserve">[14:17] </w:t>
      </w:r>
      <w:r>
        <w:t>neeche ek kamra tha, us ke upar ek chhat thi. mein aam taur par chhat par sota tha. is zamane mein wahan lalten hoti thi, bijli nahi hoti thi.</w:t>
      </w:r>
    </w:p>
    <w:p>
      <w:pPr>
        <w:jc w:val="right"/>
      </w:pPr>
      <w:r>
        <w:t>نیچے ایک کمرہ تھا، اس کے اوپر ایک چھت تھی۔ میں عام طور پر چھت پر سوتا تھا۔ اس زمانے میں وہاں لالٹین ہوتی تھی، بجلی نہیں ہوتی تھی۔</w:t>
      </w:r>
    </w:p>
    <w:p>
      <w:r>
        <w:rPr>
          <w:b/>
        </w:rPr>
        <w:t xml:space="preserve">[14:34] </w:t>
      </w:r>
      <w:r>
        <w:t>to jab mein ja kar upar soya to mujhe apna ek qissa bar bar yaad aata raha.</w:t>
      </w:r>
    </w:p>
    <w:p>
      <w:pPr>
        <w:jc w:val="right"/>
      </w:pPr>
      <w:r>
        <w:t>تو جب میں جا کر اوپر سویا تو مجھے اپنا ایک قصہ بار بار یاد آتا رہا۔</w:t>
      </w:r>
    </w:p>
    <w:p>
      <w:r>
        <w:rPr>
          <w:b/>
        </w:rPr>
        <w:t xml:space="preserve">[14:47] </w:t>
      </w:r>
      <w:r>
        <w:t>woh yeh ke kamre mein jo almari thi,</w:t>
      </w:r>
    </w:p>
    <w:p>
      <w:pPr>
        <w:jc w:val="right"/>
      </w:pPr>
      <w:r>
        <w:t>وہ یہ کہ کمرے میں جو الماری تھی،</w:t>
      </w:r>
    </w:p>
    <w:p>
      <w:r>
        <w:rPr>
          <w:b/>
        </w:rPr>
        <w:t xml:space="preserve">[14:51] </w:t>
      </w:r>
      <w:r>
        <w:t>us ke andar ek ek paper tha, us paper ke neeche ek ek note rakh diya tha, sau rupay ka note. yeh us zamane ki baat hai jab ke sau rupiya bari cheez hoti thi.</w:t>
      </w:r>
    </w:p>
    <w:p>
      <w:pPr>
        <w:jc w:val="right"/>
      </w:pPr>
      <w:r>
        <w:t>اس کے اندر ایک ایک پیپر تھا، اس پیپر کے نیچے ایک ایک نوٹ رکھ دیا تھا، سو روپے کا نوٹ۔ یہ اس زمانے کی بات ہے جب کہ سو روپیہ بڑی چیز ہوتی تھی۔</w:t>
      </w:r>
    </w:p>
    <w:p>
      <w:r>
        <w:rPr>
          <w:b/>
        </w:rPr>
        <w:t xml:space="preserve">[15:07] </w:t>
      </w:r>
      <w:r>
        <w:t>to ek paper tha, us ke neeche woh sau rupay ka note mein ne rakh diya tha. ab bar bar mujhe khayal aata tha ke agar bhai raat ko mein</w:t>
      </w:r>
    </w:p>
    <w:p>
      <w:pPr>
        <w:jc w:val="right"/>
      </w:pPr>
      <w:r>
        <w:t>تو ایک پیپر تھا، اس کے نیچے وہ سو روپے کا نوٹ میں نے رکھ دیا تھا۔ اب بار بار مجھے خیال آتا تھا کہ اگر بھئی رات کو میں</w:t>
      </w:r>
    </w:p>
    <w:p>
      <w:r>
        <w:rPr>
          <w:b/>
        </w:rPr>
        <w:t xml:space="preserve">[15:26] </w:t>
      </w:r>
      <w:r>
        <w:t>ek ittefaq se akhbar mein mein ne ek waqia padha tha ke ek aadmi raat ko soya to subah ko mar chuka tha woh.</w:t>
      </w:r>
    </w:p>
    <w:p>
      <w:pPr>
        <w:jc w:val="right"/>
      </w:pPr>
      <w:r>
        <w:t>ایک اتفاق سے اخبار میں میں نے ایک واقعہ پڑھا تھا کہ ایک آدمی رات کو سویا تو صبح کو مر چکا تھا وہ۔</w:t>
      </w:r>
    </w:p>
    <w:p>
      <w:r>
        <w:rPr>
          <w:b/>
        </w:rPr>
        <w:t xml:space="preserve">[15:39] </w:t>
      </w:r>
      <w:r>
        <w:t>ittefaq ki baat hai ke mein ne ek akhbar mein padha tha ke ek aadmi raat ko soya aur subah ko mar chuka tha woh.</w:t>
      </w:r>
    </w:p>
    <w:p>
      <w:pPr>
        <w:jc w:val="right"/>
      </w:pPr>
      <w:r>
        <w:t>اتفاق کی بات ہے کہ میں نے ایک اخبار میں پڑھا تھا کہ ایک آدمی رات کو سویا اور صبح کو مر چکا تھا وہ۔</w:t>
      </w:r>
    </w:p>
    <w:p>
      <w:r>
        <w:rPr>
          <w:b/>
        </w:rPr>
        <w:t xml:space="preserve">[15:49] </w:t>
      </w:r>
      <w:r>
        <w:t>to mujhe bar bar yeh khayal aata tha ke aaj subah ko jab jab subah ka waqt aaye to bistar par mera murda jism ho to kya hoga?</w:t>
      </w:r>
    </w:p>
    <w:p>
      <w:pPr>
        <w:jc w:val="right"/>
      </w:pPr>
      <w:r>
        <w:t>تو مجھے بار بار یہ خیال آتا تھا کہ آج صبح کو جب جب صبح کا وقت آئے تو بستر پر میرا مردہ جسم ہو تو کیا ہوگا؟</w:t>
      </w:r>
    </w:p>
    <w:p>
      <w:r>
        <w:rPr>
          <w:b/>
        </w:rPr>
        <w:t xml:space="preserve">[16:02] </w:t>
      </w:r>
      <w:r>
        <w:t>yani woh note jo mein ne rakha tha, woh koi janta nahi tha.</w:t>
      </w:r>
    </w:p>
    <w:p>
      <w:pPr>
        <w:jc w:val="right"/>
      </w:pPr>
      <w:r>
        <w:t>یعنی وہ نوٹ جو میں نے رکھا تھا، وہ کوئی جانتا نہیں تھا۔</w:t>
      </w:r>
    </w:p>
    <w:p>
      <w:r>
        <w:rPr>
          <w:b/>
        </w:rPr>
        <w:t xml:space="preserve">[16:07] </w:t>
      </w:r>
      <w:r>
        <w:t>woh kaise us aadmi ko pahunchega jis jis aadmi ki woh imarat mere paas thi? to mein in karod badalta raha isi is mein.</w:t>
      </w:r>
    </w:p>
    <w:p>
      <w:pPr>
        <w:jc w:val="right"/>
      </w:pPr>
      <w:r>
        <w:t>وہ کیسے اس آدمی کو پہنچے گا جس جس آدمی کی وہ عمارت میرے پاس تھی؟ تو میں ان کروڑ بدلتا رہا اسی اس میں۔</w:t>
      </w:r>
    </w:p>
    <w:p>
      <w:r>
        <w:rPr>
          <w:b/>
        </w:rPr>
        <w:t xml:space="preserve">[16:21] </w:t>
      </w:r>
      <w:r>
        <w:t>to aakhir mein kya hua ke mein utha</w:t>
      </w:r>
    </w:p>
    <w:p>
      <w:pPr>
        <w:jc w:val="right"/>
      </w:pPr>
      <w:r>
        <w:t>تو آخر میں کیا ہوا کہ میں اٹھا</w:t>
      </w:r>
    </w:p>
    <w:p>
      <w:r>
        <w:rPr>
          <w:b/>
        </w:rPr>
        <w:t xml:space="preserve">[16:25] </w:t>
      </w:r>
      <w:r>
        <w:t>aur mein ne jo lalten wahan rakhi hui thi, woh mein ne sham ko mein ne bujha diya tha us ko.</w:t>
      </w:r>
    </w:p>
    <w:p>
      <w:pPr>
        <w:jc w:val="right"/>
      </w:pPr>
      <w:r>
        <w:t>اور میں نے جو لالٹین وہاں رکھی ہوئی تھی، وہ میں نے شام کو میں نے بجھا دیا تھا اس کو۔</w:t>
      </w:r>
    </w:p>
    <w:p>
      <w:r>
        <w:rPr>
          <w:b/>
        </w:rPr>
        <w:t xml:space="preserve">[16:37] </w:t>
      </w:r>
      <w:r>
        <w:t>to mein ne desai li aur us ko jalaya</w:t>
      </w:r>
    </w:p>
    <w:p>
      <w:pPr>
        <w:jc w:val="right"/>
      </w:pPr>
      <w:r>
        <w:t>تو میں نے دیسائی لی اور اس کو جلایا</w:t>
      </w:r>
    </w:p>
    <w:p>
      <w:r>
        <w:rPr>
          <w:b/>
        </w:rPr>
        <w:t xml:space="preserve">[16:45] </w:t>
      </w:r>
      <w:r>
        <w:t>laltain ko. phir laltain ko jala kar ke main ne kiya kiya ke jahan rakha tha note, us par aik aur aik kaghaz mein likh kar</w:t>
      </w:r>
    </w:p>
    <w:p>
      <w:pPr>
        <w:jc w:val="right"/>
      </w:pPr>
      <w:r>
        <w:t>لالٹین کو۔ پھر لالٹین کو جلا کر کے میں نے کیا کیا کہ جہاں رکھا تھا نوٹ، اس پر ایک اور ایک کاغذ میں لکھ کر</w:t>
      </w:r>
    </w:p>
    <w:p>
      <w:r>
        <w:rPr>
          <w:b/>
        </w:rPr>
        <w:t xml:space="preserve">[17:02] </w:t>
      </w:r>
      <w:r>
        <w:t>rakh diya wahan par ke yeh jo note hai, so rupay ka note, yeh falan aadmi ka hai imarat. agar main khuda khwah balfarz main aaj subah ko mar jaon to yeh kaghaz un ko pohancha diya jae.</w:t>
      </w:r>
    </w:p>
    <w:p>
      <w:pPr>
        <w:jc w:val="right"/>
      </w:pPr>
      <w:r>
        <w:t>رکھ دیا وہاں پر کہ یہ جو نوٹ ہے، سو روپے کا نوٹ، یہ فلاں آدمی کا ہے عمارت۔ اگر میں خدا خواہ بالفرض میں آج صبح کو مر جاؤں تو یہ کاغذ ان کو پہنچا دیا جائے۔</w:t>
      </w:r>
    </w:p>
    <w:p>
      <w:r>
        <w:rPr>
          <w:b/>
        </w:rPr>
        <w:t xml:space="preserve">[17:18] </w:t>
      </w:r>
      <w:r>
        <w:t>yeh note un ko pohancha diya jae.</w:t>
      </w:r>
    </w:p>
    <w:p>
      <w:pPr>
        <w:jc w:val="right"/>
      </w:pPr>
      <w:r>
        <w:t>یہ نوٹ ان کو پہنچا دیا جائے۔</w:t>
      </w:r>
    </w:p>
    <w:p>
      <w:r>
        <w:rPr>
          <w:b/>
        </w:rPr>
        <w:t xml:space="preserve">[17:23] </w:t>
      </w:r>
      <w:r>
        <w:t>to yeh hai main samajhta hoon ke yeh hai</w:t>
      </w:r>
    </w:p>
    <w:p>
      <w:pPr>
        <w:jc w:val="right"/>
      </w:pPr>
      <w:r>
        <w:t>تو یہ ہے میں سمجھتا ہوں کہ یہ ہے</w:t>
      </w:r>
    </w:p>
    <w:p>
      <w:r>
        <w:rPr>
          <w:b/>
        </w:rPr>
        <w:t xml:space="preserve">[17:31] </w:t>
      </w:r>
      <w:r>
        <w:t>yani hassasiyat. hassasiyat jo hogi tab toba aayegi, tab toba nasooh aayega, tab sanchar repetens aayega.</w:t>
      </w:r>
    </w:p>
    <w:p>
      <w:pPr>
        <w:jc w:val="right"/>
      </w:pPr>
      <w:r>
        <w:t>یعنی حساسیت۔ حساسیت جو ہوگی تب توبہ آئے گی، تب توبہ نصوح آئے گا، تب سنسچر ریپیٹنس آئے گا۔</w:t>
      </w:r>
    </w:p>
    <w:p>
      <w:r>
        <w:rPr>
          <w:b/>
        </w:rPr>
        <w:t xml:space="preserve">[17:50] </w:t>
      </w:r>
      <w:r>
        <w:t>to yeh yeh chote se mamle mein hai. is se bari repetens ya toba nasooh yeh hai ke musalman so baras se etraz ki</w:t>
      </w:r>
    </w:p>
    <w:p>
      <w:pPr>
        <w:jc w:val="right"/>
      </w:pPr>
      <w:r>
        <w:t>تو یہ یہ چھوٹے سے معاملے میں ہے۔ اس سے بڑی ریپیٹنس یا توبہ نصوح یہ ہے کہ مسلمان سو برس سے اعتراض کی</w:t>
      </w:r>
    </w:p>
    <w:p>
      <w:r>
        <w:rPr>
          <w:b/>
        </w:rPr>
        <w:t xml:space="preserve">[18:10] </w:t>
      </w:r>
      <w:r>
        <w:t>ki jo tareeqa hai, us ko chala rahe hain.</w:t>
      </w:r>
    </w:p>
    <w:p>
      <w:pPr>
        <w:jc w:val="right"/>
      </w:pPr>
      <w:r>
        <w:t>کی جو طریقہ ہے، اس کو چلا رہے ہیں۔</w:t>
      </w:r>
    </w:p>
    <w:p>
      <w:r>
        <w:rPr>
          <w:b/>
        </w:rPr>
        <w:t xml:space="preserve">[18:21] </w:t>
      </w:r>
      <w:r>
        <w:t>saraqon par etejaj karna, etejaji mazameen likhna, ijtamai jalos nikalna, etejaj ke matlab hai protest.</w:t>
      </w:r>
    </w:p>
    <w:p>
      <w:pPr>
        <w:jc w:val="right"/>
      </w:pPr>
      <w:r>
        <w:t>سڑکوں پر احتجاج کرنا، احتجاجی مضامین لکھنا، اجتماعی جلوس نکالنا، احتجاج کے مطلب ہے پروٹیسٹ۔</w:t>
      </w:r>
    </w:p>
    <w:p>
      <w:r>
        <w:rPr>
          <w:b/>
        </w:rPr>
        <w:t xml:space="preserve">[18:34] </w:t>
      </w:r>
      <w:r>
        <w:t>lekin Allah ke fazal se meri itni umar ho gayi aur main keh sakta hoon</w:t>
      </w:r>
    </w:p>
    <w:p>
      <w:pPr>
        <w:jc w:val="right"/>
      </w:pPr>
      <w:r>
        <w:t>لیکن اللہ کے فضل سے میری اتنی عمر ہو گئی اور میں کہہ سکتا ہوں</w:t>
      </w:r>
    </w:p>
    <w:p>
      <w:r>
        <w:rPr>
          <w:b/>
        </w:rPr>
        <w:t xml:space="preserve">[18:40] </w:t>
      </w:r>
      <w:r>
        <w:t>ke aaj tak is protest karte hain musalman, koi is ka faida nahi hua. sab se bara protest jo tha, woh angrezon ki hukoomat ke khilaf tha.</w:t>
      </w:r>
    </w:p>
    <w:p>
      <w:pPr>
        <w:jc w:val="right"/>
      </w:pPr>
      <w:r>
        <w:t>کہ آج تک اس پروٹیسٹ کرتے ہیں مسلمان، کوئی اس کا فائدہ نہیں ہوا۔ سب سے بڑا پروٹیسٹ جو تھا، وہ انگریزوں کی حکومت کے خلاف تھا۔</w:t>
      </w:r>
    </w:p>
    <w:p>
      <w:r>
        <w:rPr>
          <w:b/>
        </w:rPr>
        <w:t xml:space="preserve">[19:00] </w:t>
      </w:r>
      <w:r>
        <w:t>sara musalman angrezon ki hukoomat ke khilaf etejaj mein laga hua tha. aur top ke log, Maulana Abul Akram Azad, Maulana Hussain Ahmed Madni aur kon kon top ke log,</w:t>
      </w:r>
    </w:p>
    <w:p>
      <w:pPr>
        <w:jc w:val="right"/>
      </w:pPr>
      <w:r>
        <w:t>سارا مسلمان انگریزوں کی حکومت کے خلاف احتجاج میں لگا ہوا تھا۔ اور ٹاپ کے لوگ، مولانا ابوالاکرم آزاد، مولانا حسین احمد مدنی اور کون کون ٹاپ کے لوگ،</w:t>
      </w:r>
    </w:p>
    <w:p>
      <w:r>
        <w:rPr>
          <w:b/>
        </w:rPr>
        <w:t xml:space="preserve">[19:19] </w:t>
      </w:r>
      <w:r>
        <w:t>agar woh kamyab ho gaya, kamyab hua, koi daawa kare kamyab hua to sare phir bhi aaj wohi protest jari hai.</w:t>
      </w:r>
    </w:p>
    <w:p>
      <w:pPr>
        <w:jc w:val="right"/>
      </w:pPr>
      <w:r>
        <w:t>اگر وہ کامیاب ہو گیا، کامیاب ہوا، کوئی دعویٰ کرے کامیاب ہوا تو سارے پھر بھی آج وہی پروٹیسٹ جاری ہے۔</w:t>
      </w:r>
    </w:p>
    <w:p>
      <w:r>
        <w:rPr>
          <w:b/>
        </w:rPr>
        <w:t xml:space="preserve">[19:31] </w:t>
      </w:r>
      <w:r>
        <w:t>yeh so sala protest ka ka kya faida hua? jo protest pehle kiya tha musalmanon ne, aaj bhi wohi kar rahe hain.</w:t>
      </w:r>
    </w:p>
    <w:p>
      <w:pPr>
        <w:jc w:val="right"/>
      </w:pPr>
      <w:r>
        <w:t>یہ سو سالہ پروٹیسٹ کا کا کیا فائدہ ہوا؟ جو پروٹیسٹ پہلے کیا تھا مسلمانوں نے، آج بھی وہی کر رہے ہیں۔</w:t>
      </w:r>
    </w:p>
    <w:p>
      <w:r>
        <w:rPr>
          <w:b/>
        </w:rPr>
        <w:t xml:space="preserve">[19:40] </w:t>
      </w:r>
      <w:r>
        <w:t>is bare mein yeh be faida. to ab repetens kya hai? lotna. loten. soch lein ke yeh jo hum so sal se protest kar rahe hain,</w:t>
      </w:r>
    </w:p>
    <w:p>
      <w:pPr>
        <w:jc w:val="right"/>
      </w:pPr>
      <w:r>
        <w:t>اس بارے میں یہ بے فائدہ۔ تو اب ریپیٹنس کیا ہے؟ لوٹنا۔ لوٹیں۔ سوچ لیں کہ یہ جو ہم سو سال سے پروٹیسٹ کر رہے ہیں،</w:t>
      </w:r>
    </w:p>
    <w:p>
      <w:r>
        <w:rPr>
          <w:b/>
        </w:rPr>
        <w:t xml:space="preserve">[19:55] </w:t>
      </w:r>
      <w:r>
        <w:t>ab faida kuch nahi hai. ab kya karna hai?</w:t>
      </w:r>
    </w:p>
    <w:p>
      <w:pPr>
        <w:jc w:val="right"/>
      </w:pPr>
      <w:r>
        <w:t>اب فائدہ کچھ نہیں ہے۔ اب کیا کرنا ہے؟</w:t>
      </w:r>
    </w:p>
    <w:p>
      <w:r>
        <w:rPr>
          <w:b/>
        </w:rPr>
        <w:t xml:space="preserve">[19:59] </w:t>
      </w:r>
      <w:r>
        <w:t>ab to waqt hai replanning ka. ab waqt hai replanning ka. ab is ko repeat karne ka waqt nahi hai.</w:t>
      </w:r>
    </w:p>
    <w:p>
      <w:pPr>
        <w:jc w:val="right"/>
      </w:pPr>
      <w:r>
        <w:t>اب تو وقت ہے ری پلاننگ کا۔ اب وقت ہے ری پلاننگ کا۔ اب اس کو ریپیٹ کرنے کا وقت نہیں ہے۔</w:t>
      </w:r>
    </w:p>
    <w:p>
      <w:r>
        <w:rPr>
          <w:b/>
        </w:rPr>
        <w:t xml:space="preserve">[20:10] </w:t>
      </w:r>
      <w:r>
        <w:t>aise jitne bhi musalman, pichle so baras ke bare mein main kehta hoon ke jitne musalmanon ne protest kiye hain, koi faida nahi.</w:t>
      </w:r>
    </w:p>
    <w:p>
      <w:pPr>
        <w:jc w:val="right"/>
      </w:pPr>
      <w:r>
        <w:t>ایسے جتنے بھی مسلمان، پچھلے سو برس کے بارے میں میں کہتا ہوں کہ جتنے مسلمانوں نے پروٹیسٹ کیے ہیں، کوئی فائدہ نہیں۔</w:t>
      </w:r>
    </w:p>
    <w:p>
      <w:r>
        <w:rPr>
          <w:b/>
        </w:rPr>
        <w:t xml:space="preserve">[20:23] </w:t>
      </w:r>
      <w:r>
        <w:t>misal ke tor par dekhiye, qadiyaniyon ke khilaf protest ka anbar laga diya unhon ne. lekin qadiyaniat pehle se zyada hai.</w:t>
      </w:r>
    </w:p>
    <w:p>
      <w:pPr>
        <w:jc w:val="right"/>
      </w:pPr>
      <w:r>
        <w:t>مثال طور پر دیکھیے، قادیانیوں کے خلاف پروٹیسٹ کا انبار لگا دیا انہوں نے۔ لیکن قادیانیت پہلے سے زیادہ ہے۔</w:t>
      </w:r>
    </w:p>
    <w:p>
      <w:r>
        <w:rPr>
          <w:b/>
        </w:rPr>
        <w:t xml:space="preserve">[20:33] </w:t>
      </w:r>
      <w:r>
        <w:t>pehle se zyada phaili hui hai.</w:t>
      </w:r>
    </w:p>
    <w:p>
      <w:pPr>
        <w:jc w:val="right"/>
      </w:pPr>
      <w:r>
        <w:t>پہلے سے زیادہ پھیلی ہوئی ہے۔</w:t>
      </w:r>
    </w:p>
    <w:p>
      <w:r>
        <w:rPr>
          <w:b/>
        </w:rPr>
        <w:t xml:space="preserve">[20:38] </w:t>
      </w:r>
      <w:r>
        <w:t>main khud qadiyani nahi kehta, jo naam unhon ne apne rakha hai, usi ko kehta hoon. lekin jo musalman qadiyaniat karte hain, is ko le kar main kehta hoon ke tumhari qadiyaniat ke khilaf jo protest tum ne kiya,</w:t>
      </w:r>
    </w:p>
    <w:p>
      <w:pPr>
        <w:jc w:val="right"/>
      </w:pPr>
      <w:r>
        <w:t>میں خود قادیانی نہیں کہتا، جو نام انہوں نے اپنے رکھا ہے، اسی کو کہتا ہوں۔ لیکن جو مسلمان قادیانیت کرتے ہیں، اس کو لے کر میں کہتا ہوں کہ تمہاری قادیانیت کے خلاف جو پروٹیسٹ تم نے کیا،</w:t>
      </w:r>
    </w:p>
    <w:p>
      <w:r>
        <w:rPr>
          <w:b/>
        </w:rPr>
        <w:t xml:space="preserve">[20:53] </w:t>
      </w:r>
      <w:r>
        <w:t>tareekh taqreerain chalain, jalse kiye,</w:t>
      </w:r>
    </w:p>
    <w:p>
      <w:pPr>
        <w:jc w:val="right"/>
      </w:pPr>
      <w:r>
        <w:t>تاریخ تقریریں چلائیں، جلسے کیے،</w:t>
      </w:r>
    </w:p>
    <w:p>
      <w:r>
        <w:rPr>
          <w:b/>
        </w:rPr>
        <w:t xml:space="preserve">[20:56] </w:t>
      </w:r>
      <w:r>
        <w:t>ab pata nahi kon kon aagah mein hai. hatta kaafir banaya un ko, fatwa de ke diya ke kafir hain. un ke qanoon banaye un ko kharab.</w:t>
      </w:r>
    </w:p>
    <w:p>
      <w:pPr>
        <w:jc w:val="right"/>
      </w:pPr>
      <w:r>
        <w:t>اب پتہ نہیں کون کون آگاہ میں ہے۔ حتیٰ کافر بنایا ان کو، فتویٰ دے کے دیا کہ کافر ہیں۔ ان کے قانون بنائے ان کو خراب۔</w:t>
      </w:r>
    </w:p>
    <w:p>
      <w:r>
        <w:rPr>
          <w:b/>
        </w:rPr>
        <w:t xml:space="preserve">[21:05] </w:t>
      </w:r>
      <w:r>
        <w:t>lekin qadiyaniat aaj bhi zinda hai har jagah, sari duniya mein. to kya faida hua?</w:t>
      </w:r>
    </w:p>
    <w:p>
      <w:pPr>
        <w:jc w:val="right"/>
      </w:pPr>
      <w:r>
        <w:t>لیکن قادیانیت آج بھی زندہ ہے ہر جگہ، ساری دنیا میں۔ تو کیا فائدہ ہوا؟</w:t>
      </w:r>
    </w:p>
    <w:p>
      <w:r>
        <w:rPr>
          <w:b/>
        </w:rPr>
        <w:t xml:space="preserve">[21:14] </w:t>
      </w:r>
      <w:r>
        <w:t>to toba nasooh yeh hai ke aap loten. sochen ke doosri taraf doosra tareeqa kya hai?</w:t>
      </w:r>
    </w:p>
    <w:p>
      <w:pPr>
        <w:jc w:val="right"/>
      </w:pPr>
      <w:r>
        <w:t>تو توبہ نصوح یہ ہے کہ آپ لوٹیں۔ سوچیں کہ دوسری طرف دوسرا طریقہ کیا ہے؟</w:t>
      </w:r>
    </w:p>
    <w:p>
      <w:r>
        <w:rPr>
          <w:b/>
        </w:rPr>
        <w:t xml:space="preserve">[21:25] </w:t>
      </w:r>
      <w:r>
        <w:t>doosra tareeqa. doosra tareeqa kya hai?</w:t>
      </w:r>
    </w:p>
    <w:p>
      <w:pPr>
        <w:jc w:val="right"/>
      </w:pPr>
      <w:r>
        <w:t>دوسرا طریقہ۔ دوسرا طریقہ کیا ہے؟</w:t>
      </w:r>
    </w:p>
    <w:p>
      <w:r>
        <w:rPr>
          <w:b/>
        </w:rPr>
        <w:t xml:space="preserve">[21:31] </w:t>
      </w:r>
      <w:r>
        <w:t>to ab waqt aa gaya hai ke musalman, aaj ka tauba nasooh yeh hai ke musalman re planning karein apne poore kaam ki.</w:t>
      </w:r>
    </w:p>
    <w:p>
      <w:pPr>
        <w:jc w:val="right"/>
      </w:pPr>
      <w:r>
        <w:t>تو اب وقت آگیا ہے کہ مسلمان، آج کا توبہ نصوح یہ ہے کہ مسلمان ری پلاننگ کریں اپنے پورے کام کی۔</w:t>
      </w:r>
    </w:p>
    <w:p>
      <w:r>
        <w:rPr>
          <w:b/>
        </w:rPr>
        <w:t xml:space="preserve">[21:42] </w:t>
      </w:r>
      <w:r>
        <w:t>ehtejaj, protest, yeh sara band, band, band. fatwa ki to aaj dukanein band,</w:t>
      </w:r>
    </w:p>
    <w:p>
      <w:pPr>
        <w:jc w:val="right"/>
      </w:pPr>
      <w:r>
        <w:t>احتجاج، پروٹیسٹ، یہ سارا بند، بند، بند۔ فتویٰ کی تو آج دکانیں بند،</w:t>
      </w:r>
    </w:p>
    <w:p>
      <w:r>
        <w:rPr>
          <w:b/>
        </w:rPr>
        <w:t xml:space="preserve">[21:51] </w:t>
      </w:r>
      <w:r>
        <w:t>fatwe ki dukanein band. kyunke fatwe se koi faida nahin. protest se koi faida nahin. to sab band karo. hamare ulma kachahi ko chala kar qaim, cheekh kar qaim ke fatwe ki dukanein band karo,</w:t>
      </w:r>
    </w:p>
    <w:p>
      <w:pPr>
        <w:jc w:val="right"/>
      </w:pPr>
      <w:r>
        <w:t>فتوے کی دکانیں بند۔ کیونکہ فتوے سے کوئی فائدہ نہیں۔ پروٹیسٹ سے کوئی فائدہ نہیں۔ تو سب بند کرو۔ ہمارے علماء کچاہی کو چلا کر قائم، چیخ کر قائم کہ فتویٰ کی دکانیں بند کرو،</w:t>
      </w:r>
    </w:p>
    <w:p>
      <w:r>
        <w:rPr>
          <w:b/>
        </w:rPr>
        <w:t xml:space="preserve">[22:09] </w:t>
      </w:r>
      <w:r>
        <w:t>protest band karo. kyunke iska koi faida nahin.</w:t>
      </w:r>
    </w:p>
    <w:p>
      <w:pPr>
        <w:jc w:val="right"/>
      </w:pPr>
      <w:r>
        <w:t>پروٹیسٹ بند کرو۔ کیونکہ اس کا کوئی فائدہ نہیں۔</w:t>
      </w:r>
    </w:p>
    <w:p>
      <w:r>
        <w:rPr>
          <w:b/>
        </w:rPr>
        <w:t xml:space="preserve">[22:23] </w:t>
      </w:r>
      <w:r>
        <w:t>to</w:t>
      </w:r>
    </w:p>
    <w:p>
      <w:pPr>
        <w:jc w:val="right"/>
      </w:pPr>
      <w:r>
        <w:t>تو</w:t>
      </w:r>
    </w:p>
    <w:p>
      <w:r>
        <w:rPr>
          <w:b/>
        </w:rPr>
        <w:t xml:space="preserve">[22:27] </w:t>
      </w:r>
      <w:r>
        <w:t>is mani yeh kya hai ke logon ki hassasiyat, hassasiyat, hassas pan khatam ho gaya hai. log hassas nahin rahe.</w:t>
      </w:r>
    </w:p>
    <w:p>
      <w:pPr>
        <w:jc w:val="right"/>
      </w:pPr>
      <w:r>
        <w:t>اس معنی یہ کیا ہے کہ لوگوں کی حساسیت، حساسیت، حساس پن ختم ہو گیا ہے۔ لوگ حساس نہیں رہے۔</w:t>
      </w:r>
    </w:p>
    <w:p>
      <w:r>
        <w:rPr>
          <w:b/>
        </w:rPr>
        <w:t xml:space="preserve">[22:39] </w:t>
      </w:r>
      <w:r>
        <w:t>log hassas nahin rahe. aaj bhi log wahi tareeqa ikhtiyar kar rahe hain.</w:t>
      </w:r>
    </w:p>
    <w:p>
      <w:pPr>
        <w:jc w:val="right"/>
      </w:pPr>
      <w:r>
        <w:t>لوگ حساس نہیں رہے۔ آج بھی لوگ وہی طریقہ اختیار کر رہے ہیں۔</w:t>
      </w:r>
    </w:p>
    <w:p>
      <w:r>
        <w:rPr>
          <w:b/>
        </w:rPr>
        <w:t xml:space="preserve">[22:46] </w:t>
      </w:r>
      <w:r>
        <w:t>aaj bhi. ehtejaj aur shor o ghul aur naarah, wahi aaj bhi hai.</w:t>
      </w:r>
    </w:p>
    <w:p>
      <w:pPr>
        <w:jc w:val="right"/>
      </w:pPr>
      <w:r>
        <w:t>آج بھی۔ احتجاج اور شور و غل اور نعرہ، وہی آج بھی ہے۔</w:t>
      </w:r>
    </w:p>
    <w:p>
      <w:r>
        <w:rPr>
          <w:b/>
        </w:rPr>
        <w:t xml:space="preserve">[22:59] </w:t>
      </w:r>
      <w:r>
        <w:t>to jab iska koi faida nahin hai to</w:t>
      </w:r>
    </w:p>
    <w:p>
      <w:pPr>
        <w:jc w:val="right"/>
      </w:pPr>
      <w:r>
        <w:t>تو جب اس کا کوئی فائدہ نہیں ہے تو</w:t>
      </w:r>
    </w:p>
    <w:p>
      <w:r>
        <w:rPr>
          <w:b/>
        </w:rPr>
        <w:t xml:space="preserve">[23:03] </w:t>
      </w:r>
      <w:r>
        <w:t>repentance aana chahiye. tauba nasooh aana chahiye.</w:t>
      </w:r>
    </w:p>
    <w:p>
      <w:pPr>
        <w:jc w:val="right"/>
      </w:pPr>
      <w:r>
        <w:t>ریپیٹنس آنا چاہیے۔ توبہ نصوح آنا چاہیے۔</w:t>
      </w:r>
    </w:p>
    <w:p>
      <w:r>
        <w:rPr>
          <w:b/>
        </w:rPr>
        <w:t xml:space="preserve">[23:11] </w:t>
      </w:r>
      <w:r>
        <w:t>isi ko main kehta hoon ke re planning aana chahiye.</w:t>
      </w:r>
    </w:p>
    <w:p>
      <w:pPr>
        <w:jc w:val="right"/>
      </w:pPr>
      <w:r>
        <w:t>اسی کو میں کہتا ہوں کہ ری پلاننگ آنا چاہیے۔</w:t>
      </w:r>
    </w:p>
    <w:p>
      <w:r>
        <w:rPr>
          <w:b/>
        </w:rPr>
        <w:t xml:space="preserve">[23:20] </w:t>
      </w:r>
      <w:r>
        <w:t>saari duniya mein</w:t>
      </w:r>
    </w:p>
    <w:p>
      <w:pPr>
        <w:jc w:val="right"/>
      </w:pPr>
      <w:r>
        <w:t>ساری دنیا میں</w:t>
      </w:r>
    </w:p>
    <w:p>
      <w:r>
        <w:rPr>
          <w:b/>
        </w:rPr>
        <w:t xml:space="preserve">[23:24] </w:t>
      </w:r>
      <w:r>
        <w:t>shaikh ibn rasool ke, aap dekhiye, shaikh ibn rasool ke khilaf aur</w:t>
      </w:r>
    </w:p>
    <w:p>
      <w:pPr>
        <w:jc w:val="right"/>
      </w:pPr>
      <w:r>
        <w:t>شیخ ابن رسول کے، آپ دیکھیے، شیخ ابن رسول کے خلاف اور</w:t>
      </w:r>
    </w:p>
    <w:p>
      <w:r>
        <w:rPr>
          <w:b/>
        </w:rPr>
        <w:t xml:space="preserve">[23:33] </w:t>
      </w:r>
      <w:r>
        <w:t>kaun se musalmanon ke issue hain bohat saare. har ek ke khilaf hangama, protest, shor.</w:t>
      </w:r>
    </w:p>
    <w:p>
      <w:pPr>
        <w:jc w:val="right"/>
      </w:pPr>
      <w:r>
        <w:t>کون سے مسلمانوں کے ایشو ہیں بہت سارے۔ ہر ایک کے خلاف ہنگامہ، پروٹیسٹ، شور۔</w:t>
      </w:r>
    </w:p>
    <w:p>
      <w:r>
        <w:rPr>
          <w:b/>
        </w:rPr>
        <w:t xml:space="preserve">[23:42] </w:t>
      </w:r>
      <w:r>
        <w:t>jisko main kehta hoon ghoghai siyasat. poori so saal ki tareekh musalmanon ki ghoghai siyasat hai.</w:t>
      </w:r>
    </w:p>
    <w:p>
      <w:pPr>
        <w:jc w:val="right"/>
      </w:pPr>
      <w:r>
        <w:t>جس کو میں کہتا ہوں غوغائی سیاست۔ پوری سو سال کی تاریخ مسلمانوں کی غوغائی سیاست ہے۔</w:t>
      </w:r>
    </w:p>
    <w:p>
      <w:r>
        <w:rPr>
          <w:b/>
        </w:rPr>
        <w:t xml:space="preserve">[23:52] </w:t>
      </w:r>
      <w:r>
        <w:t>ghoghai siyasat. lekin sawal yeh hai ke is ghoghai siyasat mein mile kya? kuch bhi nahin. bade bade alfaaz mile.</w:t>
      </w:r>
    </w:p>
    <w:p>
      <w:pPr>
        <w:jc w:val="right"/>
      </w:pPr>
      <w:r>
        <w:t>غوغائی سیاست۔ لیکن سوال یہ ہے کہ اس غوغائی سیاست میں ملے کیا؟ کچھ بھی نہیں۔ بڑے بڑے الفاظ ملے۔</w:t>
      </w:r>
    </w:p>
    <w:p>
      <w:r>
        <w:rPr>
          <w:b/>
        </w:rPr>
        <w:t xml:space="preserve">[24:07] </w:t>
      </w:r>
      <w:r>
        <w:t>to aaj ab waqt aa gaya hai tauba nasooh ka ke log sochein ke Where we missed the bus?</w:t>
      </w:r>
    </w:p>
    <w:p>
      <w:pPr>
        <w:jc w:val="right"/>
      </w:pPr>
      <w:r>
        <w:t>تو آج اب وقت آگیا ہے توبہ نصوح کا کہ لوگ سوچیں کہ Where we missed the bus؟</w:t>
      </w:r>
    </w:p>
    <w:p>
      <w:r>
        <w:rPr>
          <w:b/>
        </w:rPr>
        <w:t xml:space="preserve">[24:21] </w:t>
      </w:r>
      <w:r>
        <w:t>ghalti kahan hui?</w:t>
      </w:r>
    </w:p>
    <w:p>
      <w:pPr>
        <w:jc w:val="right"/>
      </w:pPr>
      <w:r>
        <w:t>غلطی کہاں ہوئی؟</w:t>
      </w:r>
    </w:p>
    <w:p>
      <w:r>
        <w:rPr>
          <w:b/>
        </w:rPr>
        <w:t xml:space="preserve">[24:24] </w:t>
      </w:r>
      <w:r>
        <w:t>ghalti yahan hui ke aap ki starting point hi aap ko nahin mila. aap ki starting bhi galat thi.</w:t>
      </w:r>
    </w:p>
    <w:p>
      <w:pPr>
        <w:jc w:val="right"/>
      </w:pPr>
      <w:r>
        <w:t>غلطی یہاں ہوئی کہ آپ کی سٹارٹنگ پوائنٹ ہی آپ کو نہیں ملا۔ آپ کی سٹارٹنگ بھی غلط تھی۔</w:t>
      </w:r>
    </w:p>
    <w:p>
      <w:r>
        <w:rPr>
          <w:b/>
        </w:rPr>
        <w:t xml:space="preserve">[24:34] </w:t>
      </w:r>
      <w:r>
        <w:t>yaani aap ne shuru kiya ghoghai siyasat se. aur starting point yeh tha ke Allah se dua karein.</w:t>
      </w:r>
    </w:p>
    <w:p>
      <w:pPr>
        <w:jc w:val="right"/>
      </w:pPr>
      <w:r>
        <w:t>یعنی آپ نے شروع کیا غوغائی سیاست سے۔ اور سٹارٹنگ پوائنٹ یہ تھا کہ اللہ سے دعا کریں۔</w:t>
      </w:r>
    </w:p>
    <w:p>
      <w:r>
        <w:rPr>
          <w:b/>
        </w:rPr>
        <w:t xml:space="preserve">[24:45] </w:t>
      </w:r>
      <w:r>
        <w:t>main ne bohat se logon se poocha ke kya aap ne</w:t>
      </w:r>
    </w:p>
    <w:p>
      <w:pPr>
        <w:jc w:val="right"/>
      </w:pPr>
      <w:r>
        <w:t>میں نے بہت سے لوگوں سے پوچھا کہ کیا آپ نے</w:t>
      </w:r>
    </w:p>
    <w:p>
      <w:r>
        <w:rPr>
          <w:b/>
        </w:rPr>
        <w:t xml:space="preserve">[24:51] </w:t>
      </w:r>
      <w:r>
        <w:t>aitkaf kar ke ya quran ka poora mutala kar ke kabhi</w:t>
      </w:r>
    </w:p>
    <w:p>
      <w:pPr>
        <w:jc w:val="right"/>
      </w:pPr>
      <w:r>
        <w:t>اعتکاف کر کے یا قرآن کا پورا مطالعہ کر کے کبھی</w:t>
      </w:r>
    </w:p>
    <w:p>
      <w:r>
        <w:rPr>
          <w:b/>
        </w:rPr>
        <w:t xml:space="preserve">[25:00] </w:t>
      </w:r>
      <w:r>
        <w:t>yeh kiya</w:t>
      </w:r>
    </w:p>
    <w:p>
      <w:pPr>
        <w:jc w:val="right"/>
      </w:pPr>
      <w:r>
        <w:t>یہ کیا</w:t>
      </w:r>
    </w:p>
    <w:p>
      <w:r>
        <w:rPr>
          <w:b/>
        </w:rPr>
        <w:t xml:space="preserve">[25:04] </w:t>
      </w:r>
      <w:r>
        <w:t>ke janna chaha ke is tarah ke mamle mein Allah ka hukum kya hai?</w:t>
      </w:r>
    </w:p>
    <w:p>
      <w:pPr>
        <w:jc w:val="right"/>
      </w:pPr>
      <w:r>
        <w:t>کہ جاننا چاہا کہ اس طرح کے معاملے میں اللہ کا حکم کیا ہے؟</w:t>
      </w:r>
    </w:p>
    <w:p>
      <w:r>
        <w:rPr>
          <w:b/>
        </w:rPr>
        <w:t xml:space="preserve">[25:15] </w:t>
      </w:r>
      <w:r>
        <w:t>main Allah ke fazl se apne bare mein keh sakta hoon ke mujhe meri ek soch bani thi, aaj se bohat pehle ki baat hai, ek soch bani.</w:t>
      </w:r>
    </w:p>
    <w:p>
      <w:pPr>
        <w:jc w:val="right"/>
      </w:pPr>
      <w:r>
        <w:t>میں اللہ کے فضل سے اپنے بارے میں کہہ سکتا ہوں کہ مجھے میری ایک سوچ بنی تھی، آج سے بہت پہلے کی بات ہے، ایک سوچ بنی۔</w:t>
      </w:r>
    </w:p>
    <w:p>
      <w:r>
        <w:rPr>
          <w:b/>
        </w:rPr>
        <w:t xml:space="preserve">[25:27] </w:t>
      </w:r>
      <w:r>
        <w:t>woh soch yeh bani thi ke islam ka political interpretation</w:t>
      </w:r>
    </w:p>
    <w:p>
      <w:pPr>
        <w:jc w:val="right"/>
      </w:pPr>
      <w:r>
        <w:t>وہ سوچ یہ بنی تھی کہ اسلام کا پولیٹیکل انٹرپریشن</w:t>
      </w:r>
    </w:p>
    <w:p>
      <w:r>
        <w:rPr>
          <w:b/>
        </w:rPr>
        <w:t xml:space="preserve">[25:36] </w:t>
      </w:r>
      <w:r>
        <w:t xml:space="preserve">sahih nahi hai. islam ka political interpretation ghalat hai. toh main mutawaqqif ho gaya dar-ul-uloom mein. </w:t>
      </w:r>
    </w:p>
    <w:p>
      <w:pPr>
        <w:jc w:val="right"/>
      </w:pPr>
      <w:r>
        <w:t>صحیح نہیں ہے۔ اسلام کا پولیٹیکل انٹرپریشن غلط ہے۔ تو میں متوقف ہو گیا دارالفن میں۔</w:t>
      </w:r>
    </w:p>
    <w:p>
      <w:r>
        <w:rPr>
          <w:b/>
        </w:rPr>
        <w:t xml:space="preserve">[25:48] </w:t>
      </w:r>
      <w:r>
        <w:t>adam umar mein aik hai dar-ul-uloom. is mein</w:t>
      </w:r>
    </w:p>
    <w:p>
      <w:pPr>
        <w:jc w:val="right"/>
      </w:pPr>
      <w:r>
        <w:t>آدم عمر میں ایک ہے دارالفن۔ اس میں</w:t>
      </w:r>
    </w:p>
    <w:p>
      <w:r>
        <w:rPr>
          <w:b/>
        </w:rPr>
        <w:t xml:space="preserve">[25:52] </w:t>
      </w:r>
      <w:r>
        <w:t>tamam kitabein jo islam par hain, arabi zaban mein, woh sab maujood thay. shibli aur sheikh ahmed nadvi ne is ko banaya. toh main baqayda is is kutub khane mein mutaqid ho gaya.</w:t>
      </w:r>
    </w:p>
    <w:p>
      <w:pPr>
        <w:jc w:val="right"/>
      </w:pPr>
      <w:r>
        <w:t>تمام کتابیں جو اسلام پر ہیں، عربی زبان میں، وہ سب موجود تھے۔ شبلی اور شیخ احمد ندوی نے اس کو بنایا۔ تو میں باقاعدہ اس اس کتب خانے میں متقد ہو گیا۔</w:t>
      </w:r>
    </w:p>
    <w:p>
      <w:r>
        <w:rPr>
          <w:b/>
        </w:rPr>
        <w:t xml:space="preserve">[26:10] </w:t>
      </w:r>
      <w:r>
        <w:t>aur sari kitabein taqreeban parh dali. yeh janne ke liye ke kya islam ka political interpretation ghalat hai?</w:t>
      </w:r>
    </w:p>
    <w:p>
      <w:pPr>
        <w:jc w:val="right"/>
      </w:pPr>
      <w:r>
        <w:t>اور ساری کتابیں تقریباً پڑھ ڈالی۔ یہ جاننے کے لیے کہ کیا اسلام کا پولیٹیکل انٹرپریشن غلط ہے؟</w:t>
      </w:r>
    </w:p>
    <w:p>
      <w:r>
        <w:rPr>
          <w:b/>
        </w:rPr>
        <w:t xml:space="preserve">[26:24] </w:t>
      </w:r>
      <w:r>
        <w:t>yeh islam be hukm, yeh hukm deta hai ke aye musalmano, sari dunya mein islam ki hukumat qaim karo. yeh kahin hai quran mein?</w:t>
      </w:r>
    </w:p>
    <w:p>
      <w:pPr>
        <w:jc w:val="right"/>
      </w:pPr>
      <w:r>
        <w:t>یہ اسلام بے حکم، یہ حکم دیتا ہے کہ اے مسلمانوں، ساری دنیا میں اسلام کی حکومت قائم کرو۔ یہ کہیں ہے قرآن میں؟</w:t>
      </w:r>
    </w:p>
    <w:p>
      <w:r>
        <w:rPr>
          <w:b/>
        </w:rPr>
        <w:t xml:space="preserve">[26:34] </w:t>
      </w:r>
      <w:r>
        <w:t>yeh sara mein ne parh dala. ab mein aap ko batata hoon ke mein subah ko niklta tha apne ghar se.</w:t>
      </w:r>
    </w:p>
    <w:p>
      <w:pPr>
        <w:jc w:val="right"/>
      </w:pPr>
      <w:r>
        <w:t>یہ سارا میں نے پڑھ ڈالا۔ اب میں آپ کو بتاتا ہوں کہ میں صبح کو نکلتا تھا اپنے گھر سے۔</w:t>
      </w:r>
    </w:p>
    <w:p>
      <w:r>
        <w:rPr>
          <w:b/>
        </w:rPr>
        <w:t xml:space="preserve">[26:42] </w:t>
      </w:r>
      <w:r>
        <w:t>mein adam umar mein tha, adam umar mein. subah ko niklta tha breakfast le kar ke. phir sham ko lot'ta tha.</w:t>
      </w:r>
    </w:p>
    <w:p>
      <w:pPr>
        <w:jc w:val="right"/>
      </w:pPr>
      <w:r>
        <w:t>میں آدم عمر میں تھا، آدم عمر میں۔ صبح کو نکلتا تھا بریک فاسٹ لے کر کے۔ پھر شام کو لوٹتا تھا۔</w:t>
      </w:r>
    </w:p>
    <w:p>
      <w:r>
        <w:rPr>
          <w:b/>
        </w:rPr>
        <w:t xml:space="preserve">[26:53] </w:t>
      </w:r>
      <w:r>
        <w:t>dobara khana nahi khata. kai baar aisa hua tha ke mein koi library ke andar</w:t>
      </w:r>
    </w:p>
    <w:p>
      <w:pPr>
        <w:jc w:val="right"/>
      </w:pPr>
      <w:r>
        <w:t>دوبارہ کھانا نہیں کھاتا۔ کئی بار ایسا ہوا تھا کہ میں کوئی لائبریری کے اندر</w:t>
      </w:r>
    </w:p>
    <w:p>
      <w:r>
        <w:rPr>
          <w:b/>
        </w:rPr>
        <w:t xml:space="preserve">[27:00] </w:t>
      </w:r>
      <w:r>
        <w:t>koi chakkar aa gaya bhook ki wajah se.</w:t>
      </w:r>
    </w:p>
    <w:p>
      <w:pPr>
        <w:jc w:val="right"/>
      </w:pPr>
      <w:r>
        <w:t>کوئی چکر آ گیا بھوک کی وجہ سے۔</w:t>
      </w:r>
    </w:p>
    <w:p>
      <w:r>
        <w:rPr>
          <w:b/>
        </w:rPr>
        <w:t xml:space="preserve">[27:06] </w:t>
      </w:r>
      <w:r>
        <w:t>mein</w:t>
      </w:r>
    </w:p>
    <w:p>
      <w:pPr>
        <w:jc w:val="right"/>
      </w:pPr>
      <w:r>
        <w:t>میں</w:t>
      </w:r>
    </w:p>
    <w:p>
      <w:r>
        <w:rPr>
          <w:b/>
        </w:rPr>
        <w:t xml:space="preserve">[27:09] </w:t>
      </w:r>
      <w:r>
        <w:t>toh ghar, ji mein koi tiffin, koi tiffin carrier mere pas nahi hota tha. koi dabba le ke jaon wahan.</w:t>
      </w:r>
    </w:p>
    <w:p>
      <w:pPr>
        <w:jc w:val="right"/>
      </w:pPr>
      <w:r>
        <w:t>تو گھر، جی میں کوئی ٹفن، کوئی ٹفن کیریئر میرے پاس نہیں ہوتا تھا۔ کوئی ڈبہ لے کے جاؤں وہاں۔</w:t>
      </w:r>
    </w:p>
    <w:p>
      <w:r>
        <w:rPr>
          <w:b/>
        </w:rPr>
        <w:t xml:space="preserve">[27:17] </w:t>
      </w:r>
      <w:r>
        <w:t>kuch nahi hai. subah kuch kha gaya, phir sham ko lota.</w:t>
      </w:r>
    </w:p>
    <w:p>
      <w:pPr>
        <w:jc w:val="right"/>
      </w:pPr>
      <w:r>
        <w:t>کچھ نہیں ہے۔ صبح کچھ کھا گیا، پھر شام کو لوٹا۔</w:t>
      </w:r>
    </w:p>
    <w:p>
      <w:r>
        <w:rPr>
          <w:b/>
        </w:rPr>
        <w:t xml:space="preserve">[27:23] </w:t>
      </w:r>
      <w:r>
        <w:t>isi aik cheez cheez ko daryaft karne ke liye ke quran kya kehta hai political interpretation ke baray mein.</w:t>
      </w:r>
    </w:p>
    <w:p>
      <w:pPr>
        <w:jc w:val="right"/>
      </w:pPr>
      <w:r>
        <w:t>اسی ایک چیز چیز کو دریافت کرنے کے لیے کہ قرآن کیا کہتا ہے پولیٹیکل انٹرپریشن کے بارے میں۔</w:t>
      </w:r>
    </w:p>
    <w:p>
      <w:r>
        <w:rPr>
          <w:b/>
        </w:rPr>
        <w:t xml:space="preserve">[27:33] </w:t>
      </w:r>
      <w:r>
        <w:t>quran kya kehta hai? toh aaj kal jo log har jagah jahan bhi dekhiye, protest, protest, protest.</w:t>
      </w:r>
    </w:p>
    <w:p>
      <w:pPr>
        <w:jc w:val="right"/>
      </w:pPr>
      <w:r>
        <w:t>قرآن کیا کہتا ہے؟ تو آج کل جو لوگ ہر جگہ جہاں بھی دیکھیے، پروٹیسٹ، پروٹیسٹ، پروٹیسٹ۔</w:t>
      </w:r>
    </w:p>
    <w:p>
      <w:r>
        <w:rPr>
          <w:b/>
        </w:rPr>
        <w:t xml:space="preserve">[27:42] </w:t>
      </w:r>
      <w:r>
        <w:t>kya unhon ne aitkaf kiya hai? kya unhon ne is tarah se jaan koshish ki hai janne ki ke quran mein aur hadith mein protest ki siyasat ke baray mein kya kaha kaha gaya hai?</w:t>
      </w:r>
    </w:p>
    <w:p>
      <w:pPr>
        <w:jc w:val="right"/>
      </w:pPr>
      <w:r>
        <w:t>کیا انہوں نے اعتکاف کیا ہے؟ کیا انہوں نے اس طریقے سے جان کوشش کی ہے جاننے کی کہ قرآن میں اور حدیث میں پروٹیسٹ کی سیاست کے بارے میں کیا کہا کہا گیا ہے؟</w:t>
      </w:r>
    </w:p>
    <w:p>
      <w:r>
        <w:rPr>
          <w:b/>
        </w:rPr>
        <w:t xml:space="preserve">[27:57] </w:t>
      </w:r>
      <w:r>
        <w:t>toh mein ne jab</w:t>
      </w:r>
    </w:p>
    <w:p>
      <w:pPr>
        <w:jc w:val="right"/>
      </w:pPr>
      <w:r>
        <w:t>تو میں نے جب</w:t>
      </w:r>
    </w:p>
    <w:p>
      <w:r>
        <w:rPr>
          <w:b/>
        </w:rPr>
        <w:t xml:space="preserve">[27:59] </w:t>
      </w:r>
      <w:r>
        <w:t>lambi research ke baad daryaft kiya ke yeh interpretations is had tak baseless hain.</w:t>
      </w:r>
    </w:p>
    <w:p>
      <w:pPr>
        <w:jc w:val="right"/>
      </w:pPr>
      <w:r>
        <w:t>لمبی ریسرچ کے بعد دریافت کیا کہ یہ انٹرپریشنز اس حد تک بیسلیس ہیں۔</w:t>
      </w:r>
    </w:p>
    <w:p>
      <w:r>
        <w:rPr>
          <w:b/>
        </w:rPr>
        <w:t xml:space="preserve">[28:13] </w:t>
      </w:r>
      <w:r>
        <w:t>baseless hain, baseless hain.</w:t>
      </w:r>
    </w:p>
    <w:p>
      <w:pPr>
        <w:jc w:val="right"/>
      </w:pPr>
      <w:r>
        <w:t>بیسلیس ہیں، بیسلیس ہیں۔</w:t>
      </w:r>
    </w:p>
    <w:p>
      <w:r>
        <w:rPr>
          <w:b/>
        </w:rPr>
        <w:t xml:space="preserve">[28:15] </w:t>
      </w:r>
      <w:r>
        <w:t>tab mein ne is pe kitab likhi. aaj kal logon ko poochta hoon mein, kya tum jo jo chala rahe ho, tum un ke khilaf, un ke khilaf, un ke khilaf, un ke khilaf, toh tum ne is par quran mein jhoota</w:t>
      </w:r>
    </w:p>
    <w:p>
      <w:pPr>
        <w:jc w:val="right"/>
      </w:pPr>
      <w:r>
        <w:t>تب میں نے اس پہ کتاب لکھی۔ آج کل لوگوں کو پوچھتا ہوں میں، کیا تم جو جو چلا رہے ہو، تم ان کے خلاف، ان کے خلاف، ان کے خلاف، ان کے خلاف، تو تم نے اس پر قرآن میں جھوٹا</w:t>
      </w:r>
    </w:p>
    <w:p>
      <w:r>
        <w:rPr>
          <w:b/>
        </w:rPr>
        <w:t xml:space="preserve">[28:31] </w:t>
      </w:r>
      <w:r>
        <w:t>quran search kiya hai? toh aaj tak mujhe koi nahi mila jaisay ke jo kahe ke hum ne aitkaf kar ke quran se is ka jawab janne ki koshish ki.</w:t>
      </w:r>
    </w:p>
    <w:p>
      <w:pPr>
        <w:jc w:val="right"/>
      </w:pPr>
      <w:r>
        <w:t>قرآن سرچ کیا ہے؟ تو آج تک مجھے کوئی نہیں ملا جیسے کہ جو کہے کہ ہم نے اعتکاف کر کے قرآن سے اس کا جواب جاننے کی کوشش کی۔</w:t>
      </w:r>
    </w:p>
    <w:p>
      <w:r>
        <w:rPr>
          <w:b/>
        </w:rPr>
        <w:t xml:space="preserve">[28:43] </w:t>
      </w:r>
      <w:r>
        <w:t>theek kiya hai yeh? yeh toh yeh sara,</w:t>
      </w:r>
    </w:p>
    <w:p>
      <w:pPr>
        <w:jc w:val="right"/>
      </w:pPr>
      <w:r>
        <w:t>ٹھیک کیا ہے یہ؟ یہ تو یہ سارا،</w:t>
      </w:r>
    </w:p>
    <w:p>
      <w:r>
        <w:rPr>
          <w:b/>
        </w:rPr>
        <w:t xml:space="preserve">[28:48] </w:t>
      </w:r>
      <w:r>
        <w:t>yeh sara jo hangama hai, woh poora invalid hai. invalid. peshgi tor par hum keh sakte hain ke is ka koi result nahi mile ga.</w:t>
      </w:r>
    </w:p>
    <w:p>
      <w:pPr>
        <w:jc w:val="right"/>
      </w:pPr>
      <w:r>
        <w:t>یہ سارا جو ہنگامہ ہے، وہ پورا ان ویلڈ ہے۔ ان ویلڈ۔ پیشگی طور پر ہم کہہ سکتے ہیں کہ اس کا کوئی رزلٹ نہیں ملے گا۔</w:t>
      </w:r>
    </w:p>
    <w:p>
      <w:r>
        <w:rPr>
          <w:b/>
        </w:rPr>
        <w:t xml:space="preserve">[29:05] </w:t>
      </w:r>
      <w:r>
        <w:t>toh mein samajhta hoon ke musalmanon par waqt aa gaya hai ke woh tauba-e-nasuh karen.</w:t>
      </w:r>
    </w:p>
    <w:p>
      <w:pPr>
        <w:jc w:val="right"/>
      </w:pPr>
      <w:r>
        <w:t>تو میں سمجھتا ہوں کہ مسلمانوں پر وقت آگیا ہے کہ وہ توبہ نصوح کریں۔</w:t>
      </w:r>
    </w:p>
    <w:p>
      <w:r>
        <w:rPr>
          <w:b/>
        </w:rPr>
        <w:t xml:space="preserve">[29:13] </w:t>
      </w:r>
      <w:r>
        <w:t>woh</w:t>
      </w:r>
    </w:p>
    <w:p>
      <w:pPr>
        <w:jc w:val="right"/>
      </w:pPr>
      <w:r>
        <w:t>وہ</w:t>
      </w:r>
    </w:p>
    <w:p>
      <w:r>
        <w:rPr>
          <w:b/>
        </w:rPr>
        <w:t xml:space="preserve">[29:16] </w:t>
      </w:r>
      <w:r>
        <w:t>sanschar repeatness aaye in ke andar. woh phir se sochen. replanning karen.</w:t>
      </w:r>
    </w:p>
    <w:p>
      <w:pPr>
        <w:jc w:val="right"/>
      </w:pPr>
      <w:r>
        <w:t>سنسچر ریپیٹنس آئے ان کے اندر۔ وہ پھر سے سوچیں۔ ری پلاننگ کریں۔</w:t>
      </w:r>
    </w:p>
    <w:p>
      <w:r>
        <w:rPr>
          <w:b/>
        </w:rPr>
        <w:t xml:space="preserve">[29:27] </w:t>
      </w:r>
      <w:r>
        <w:t>rethinking karen.</w:t>
      </w:r>
    </w:p>
    <w:p>
      <w:pPr>
        <w:jc w:val="right"/>
      </w:pPr>
      <w:r>
        <w:t>ری تھنکنگ کریں۔</w:t>
      </w:r>
    </w:p>
    <w:p>
      <w:r>
        <w:rPr>
          <w:b/>
        </w:rPr>
        <w:t xml:space="preserve">[29:35] </w:t>
      </w:r>
      <w:r>
        <w:t>aaj musalmanon par farz ho gaya hai, farz ke woh phir se sochen. replanning karen.</w:t>
      </w:r>
    </w:p>
    <w:p>
      <w:pPr>
        <w:jc w:val="right"/>
      </w:pPr>
      <w:r>
        <w:t>آج مسلمانوں پر فرض ہو گیا ہے، فرض کہ وہ پھر سے سوچیں۔ ری پلاننگ کریں۔</w:t>
      </w:r>
    </w:p>
    <w:p>
      <w:r>
        <w:rPr>
          <w:b/>
        </w:rPr>
        <w:t xml:space="preserve">[29:45] </w:t>
      </w:r>
      <w:r>
        <w:t>yeh</w:t>
      </w:r>
    </w:p>
    <w:p>
      <w:pPr>
        <w:jc w:val="right"/>
      </w:pPr>
      <w:r>
        <w:t>یہ</w:t>
      </w:r>
    </w:p>
    <w:p>
      <w:r>
        <w:rPr>
          <w:b/>
        </w:rPr>
        <w:t xml:space="preserve">[29:49] </w:t>
      </w:r>
      <w:r>
        <w:t>yeh meri darkhwast hai aap logon se. toh main apne liye aur aap ke liye Allah se dua karta hoon ke hamein Allah tauba nasuh ki tofeeq de.</w:t>
      </w:r>
    </w:p>
    <w:p>
      <w:pPr>
        <w:jc w:val="right"/>
      </w:pPr>
      <w:r>
        <w:t>یہ میری درخواست ہے آپ لوگوں سے۔ تو میں اپنے لیے اور آپ کے لیے اللہ سے دعا کرتا ہوں کہ ہمیں اللہ توبہ نصوح کی توفیق دے۔</w:t>
      </w:r>
    </w:p>
    <w:p>
      <w:r>
        <w:rPr>
          <w:b/>
        </w:rPr>
        <w:t xml:space="preserve">[30:06] </w:t>
      </w:r>
      <w:r>
        <w:t>sanschar repeatness ki tofeeq de. har muamle mein, zaati muamle mein jo ghalti hoti hai, us ke liye bhi. qaumi muamle mein jo ghalti hoti hai, us ke liye bhi.</w:t>
      </w:r>
    </w:p>
    <w:p>
      <w:pPr>
        <w:jc w:val="right"/>
      </w:pPr>
      <w:r>
        <w:t>سنسچر ریپیٹنس کی توفیق دے۔ ہر معاملے میں، ذاتی معاملے میں جو غلطی ہوتی ہے، اس کے لیے بھی۔ قومی معاملے میں جو غلطی ہوتی ہے، اس کے لیے بھی۔</w:t>
      </w:r>
    </w:p>
    <w:p>
      <w:r>
        <w:rPr>
          <w:b/>
        </w:rPr>
        <w:t xml:space="preserve">[30:19] </w:t>
      </w:r>
      <w:r>
        <w:t>sanschar repeatness.</w:t>
      </w:r>
    </w:p>
    <w:p>
      <w:pPr>
        <w:jc w:val="right"/>
      </w:pPr>
      <w:r>
        <w:t>سنسچر ریپیٹنس۔</w:t>
      </w:r>
    </w:p>
    <w:p>
      <w:r>
        <w:rPr>
          <w:b/>
        </w:rPr>
        <w:t xml:space="preserve">[30:24] </w:t>
      </w:r>
      <w:r>
        <w:t>Allah taala aap sab ko maaf farmaye aur hum ko islaah ki tofeeq ata farmaye. Assalam o alaikum Rahmatullahi.</w:t>
      </w:r>
    </w:p>
    <w:p>
      <w:pPr>
        <w:jc w:val="right"/>
      </w:pPr>
      <w:r>
        <w:t>اللہ تعالیٰ آپ سب کو معاف فرمائے اور ہم کو اصلاح کی توفیق عطا فرمائے۔ السلام علیکم ورحمتہ اللہ۔</w:t>
      </w:r>
    </w:p>
    <w:p>
      <w:r>
        <w:rPr>
          <w:b/>
        </w:rPr>
        <w:t xml:space="preserve">[30:45] </w:t>
      </w:r>
      <w:r>
        <w:t>okay, we will start with the question answer</w:t>
      </w:r>
    </w:p>
    <w:p>
      <w:pPr>
        <w:jc w:val="right"/>
      </w:pPr>
      <w:r>
        <w:t>اوکے، we will start with the question answer</w:t>
      </w:r>
    </w:p>
    <w:p>
      <w:r>
        <w:rPr>
          <w:b/>
        </w:rPr>
        <w:t xml:space="preserve">[30:49] </w:t>
      </w:r>
      <w:r>
        <w:t>session. I request once again to all the online viewers to please mention their location when they post their comments and questions.</w:t>
      </w:r>
    </w:p>
    <w:p>
      <w:pPr>
        <w:jc w:val="right"/>
      </w:pPr>
      <w:r>
        <w:t>session. I request once again to all the online viewers to please mention their location when they post their comments and questions.</w:t>
      </w:r>
    </w:p>
    <w:p>
      <w:r>
        <w:rPr>
          <w:b/>
        </w:rPr>
        <w:t xml:space="preserve">[30:58] </w:t>
      </w:r>
      <w:r>
        <w:t>Maulana comment padhna chahenge. yeh comment bheja hai Lahore se Miss Amira Ayub Khan ne. unhon ne likha hai:</w:t>
      </w:r>
    </w:p>
    <w:p>
      <w:pPr>
        <w:jc w:val="right"/>
      </w:pPr>
      <w:r>
        <w:t>مولانا کمنٹ پڑھنا چاہیں گے۔ یہ کمنٹ بھیجا ہے لاہور سے Miss Amira Ayub Khan نے۔ انہوں نے لکھا ہے:</w:t>
      </w:r>
    </w:p>
    <w:p>
      <w:r>
        <w:rPr>
          <w:b/>
        </w:rPr>
        <w:t xml:space="preserve">[31:09] </w:t>
      </w:r>
      <w:r>
        <w:t>"Masha Allah Maulana ji bohat hi qeemti aur samajh aane wali baat batai aap ne. sab se bari safai thoughts ki safai hai." Muhammad Mahboob Alam sahib ne Delhi se likha hai: "jab bhi Maulana ko sunta hoon, har baar kuch na kuch naya sunta hoon jo kahin na kahin miss ho raha hota hai.</w:t>
      </w:r>
    </w:p>
    <w:p>
      <w:pPr>
        <w:jc w:val="right"/>
      </w:pPr>
      <w:r>
        <w:t>"ماشاءاللہ مولانا جی بہت ہی قیمتی اور سمجھ آنے والی بات بتائی آپ نے۔ سب سے بڑی صفائی thoughts کی صفائی ہے۔" محمد محبوب عالم صاحب نے دلی سے لکھا ہے: "جب بھی مولانا کو سنتا ہوں، ہر بار کچھ نہ کچھ نیا سنتا ہوں جو کہیں نہ کہیں miss ہو رہا ہوتا ہے۔</w:t>
      </w:r>
    </w:p>
    <w:p>
      <w:r>
        <w:rPr>
          <w:b/>
        </w:rPr>
        <w:t xml:space="preserve">[31:33] </w:t>
      </w:r>
      <w:r>
        <w:t>Allah aap ko sehat de." Maulana ab sawal lena chahenge. aa yeh sawal bheja hai Jamnagar, Gujarat se Aasif Iqbal sahib ne.</w:t>
      </w:r>
    </w:p>
    <w:p>
      <w:pPr>
        <w:jc w:val="right"/>
      </w:pPr>
      <w:r>
        <w:t>اللہ آپ کو صحت دے۔" مولانا اب سوال لینا چاہیں گے۔ آ یہ سوال بھیجا ہے جام نگر، گجرات سے آصف اقبال صاحب نے۔</w:t>
      </w:r>
    </w:p>
    <w:p>
      <w:r>
        <w:rPr>
          <w:b/>
        </w:rPr>
        <w:t xml:space="preserve">[31:47] </w:t>
      </w:r>
      <w:r>
        <w:t>unhon ne likha hai: "Maulana many a times we do repentance and we mean it as well.</w:t>
      </w:r>
    </w:p>
    <w:p>
      <w:pPr>
        <w:jc w:val="right"/>
      </w:pPr>
      <w:r>
        <w:t>انہوں نے لکھا ہے: "مولانا many a times we do repentance and we mean it as well.</w:t>
      </w:r>
    </w:p>
    <w:p>
      <w:r>
        <w:rPr>
          <w:b/>
        </w:rPr>
        <w:t xml:space="preserve">[31:55] </w:t>
      </w:r>
      <w:r>
        <w:t>But after a while we again end up either repeating the mistake or make new ones. This gives rise to guilty feeling to such a level that we fall in frustration.</w:t>
      </w:r>
    </w:p>
    <w:p>
      <w:pPr>
        <w:jc w:val="right"/>
      </w:pPr>
      <w:r>
        <w:t>But after a while we again end up either repeating the mistake or make new ones. This gives rise to guilty feeling to such a level that we fall in frustration.</w:t>
      </w:r>
    </w:p>
    <w:p>
      <w:r>
        <w:rPr>
          <w:b/>
        </w:rPr>
        <w:t xml:space="preserve">[32:09] </w:t>
      </w:r>
      <w:r>
        <w:t>The frustration is because despite us</w:t>
      </w:r>
    </w:p>
    <w:p>
      <w:pPr>
        <w:jc w:val="right"/>
      </w:pPr>
      <w:r>
        <w:t>The frustration is because despite us</w:t>
      </w:r>
    </w:p>
    <w:p>
      <w:r>
        <w:rPr>
          <w:b/>
        </w:rPr>
        <w:t xml:space="preserve">[32:12] </w:t>
      </w:r>
      <w:r>
        <w:t>not wanting to do the mistake, we end up repeating it. Maulana my question is what should we do? It gives a feeling that we all are useless." bhai yeh toh apne hi ko karna hai.</w:t>
      </w:r>
    </w:p>
    <w:p>
      <w:pPr>
        <w:jc w:val="right"/>
      </w:pPr>
      <w:r>
        <w:t>not wanting to do the mistake, we end up repeating it. مولانا my question is what should we do? It gives a feeling that we all are useless." بھئی یہ تو اپنے ہی کو کرنا ہے۔</w:t>
      </w:r>
    </w:p>
    <w:p>
      <w:r>
        <w:rPr>
          <w:b/>
        </w:rPr>
        <w:t xml:space="preserve">[32:27] </w:t>
      </w:r>
      <w:r>
        <w:t>dekhen main jab naujawan tha, naujwani kon mein,</w:t>
      </w:r>
    </w:p>
    <w:p>
      <w:pPr>
        <w:jc w:val="right"/>
      </w:pPr>
      <w:r>
        <w:t>دیکھیں میں جب نوجوان تھا، نوجوانی کون میں،</w:t>
      </w:r>
    </w:p>
    <w:p>
      <w:r>
        <w:rPr>
          <w:b/>
        </w:rPr>
        <w:t xml:space="preserve">[32:31] </w:t>
      </w:r>
      <w:r>
        <w:t>hum rehte the zamindar family mein. is zamane mein zamindar ka malik hota tha.</w:t>
      </w:r>
    </w:p>
    <w:p>
      <w:pPr>
        <w:jc w:val="right"/>
      </w:pPr>
      <w:r>
        <w:t>ہم رہتے تھے زمیندار فیملی میں۔ اس زمانے میں زمیندار کا مالک ہوتا تھا۔</w:t>
      </w:r>
    </w:p>
    <w:p>
      <w:r>
        <w:rPr>
          <w:b/>
        </w:rPr>
        <w:t xml:space="preserve">[32:41] </w:t>
      </w:r>
      <w:r>
        <w:t>is zamane mein toh main ne ek ek dalit ko jis ko is zamane mein chuhar kehte the,</w:t>
      </w:r>
    </w:p>
    <w:p>
      <w:pPr>
        <w:jc w:val="right"/>
      </w:pPr>
      <w:r>
        <w:t>اس زمانے میں تو میں نے ایک ایک دلت کو جس کو اس زمانے میں چوہار کہتے تھے،</w:t>
      </w:r>
    </w:p>
    <w:p>
      <w:r>
        <w:rPr>
          <w:b/>
        </w:rPr>
        <w:t xml:space="preserve">[32:50] </w:t>
      </w:r>
      <w:r>
        <w:t>main didde se maar diya. maar diya. toh us ke baad mere andar repeatness aaya ke maine us ko mara.</w:t>
      </w:r>
    </w:p>
    <w:p>
      <w:pPr>
        <w:jc w:val="right"/>
      </w:pPr>
      <w:r>
        <w:t>میں ڈڈے سے مار دیا۔ مار دیا۔ تو اس کے بعد میرے اندر ریپیٹنس آیا کہ میں نے اس کو مارا۔</w:t>
      </w:r>
    </w:p>
    <w:p>
      <w:r>
        <w:rPr>
          <w:b/>
        </w:rPr>
        <w:t xml:space="preserve">[33:00] </w:t>
      </w:r>
      <w:r>
        <w:t>toh main us ke ghar ko talash karte karte us ke ghar pohancha. us ke ghar pohancha. Nawada is gaon ka naam tha.</w:t>
      </w:r>
    </w:p>
    <w:p>
      <w:pPr>
        <w:jc w:val="right"/>
      </w:pPr>
      <w:r>
        <w:t>تو میں اس کے گھر کو تلاش کرتے کرتے اس کے گھر پہنچا۔ اس کے گھر پہنچا۔ نوادہ اس گاؤں کا نام تھا۔</w:t>
      </w:r>
    </w:p>
    <w:p>
      <w:r>
        <w:rPr>
          <w:b/>
        </w:rPr>
        <w:t xml:space="preserve">[33:11] </w:t>
      </w:r>
      <w:r>
        <w:t>aur woh Bawri ke ghar rehta tha. ja ke maine us ka darwaza khatkhataya. woh nikla toh maine poocha ke bhai dekho falan mauqe par maine tum ko maar diya tha.</w:t>
      </w:r>
    </w:p>
    <w:p>
      <w:pPr>
        <w:jc w:val="right"/>
      </w:pPr>
      <w:r>
        <w:t>اور وہ باوری کے گھر رہتا تھا۔ جا کے میں نے اس کا دروازہ کھٹکھٹایا۔ وہ نکلا تو میں نے پوچھا کہ بھئی دیکھو فلاں موقع پر میں نے تم کو مار دیا تھا۔</w:t>
      </w:r>
    </w:p>
    <w:p>
      <w:r>
        <w:rPr>
          <w:b/>
        </w:rPr>
        <w:t xml:space="preserve">[33:24] </w:t>
      </w:r>
      <w:r>
        <w:t>main us ki maafi mangne ke liye aaya hoon tumhare paas.</w:t>
      </w:r>
    </w:p>
    <w:p>
      <w:pPr>
        <w:jc w:val="right"/>
      </w:pPr>
      <w:r>
        <w:t>میں اس کی معافی مانگنے کے لیے آیا ہوں تمہارے پاس۔</w:t>
      </w:r>
    </w:p>
    <w:p>
      <w:r>
        <w:rPr>
          <w:b/>
        </w:rPr>
        <w:t xml:space="preserve">[33:29] </w:t>
      </w:r>
      <w:r>
        <w:t>toh uska raaz dekhen kya hai?</w:t>
      </w:r>
    </w:p>
    <w:p>
      <w:pPr>
        <w:jc w:val="right"/>
      </w:pPr>
      <w:r>
        <w:t>تو اس کا راز دیکھیں کیا ہے؟</w:t>
      </w:r>
    </w:p>
    <w:p>
      <w:r>
        <w:rPr>
          <w:b/>
        </w:rPr>
        <w:t xml:space="preserve">[33:34] </w:t>
      </w:r>
      <w:r>
        <w:t>yeh yeh kahan hai sahib yeh ayat? Surah Nisa. Bahut ba-maani ayat hai yeh. Tauba qareeb.</w:t>
      </w:r>
    </w:p>
    <w:p>
      <w:pPr>
        <w:jc w:val="right"/>
      </w:pPr>
      <w:r>
        <w:t>یہ یہ کہاں ہے صاحب یہ آیت؟ سورہ النساء۔ بہت بامعنی آیت ہے یہ۔ توبہ قریب۔</w:t>
      </w:r>
    </w:p>
    <w:p>
      <w:r>
        <w:rPr>
          <w:b/>
        </w:rPr>
        <w:t xml:space="preserve">[33:46] </w:t>
      </w:r>
      <w:r>
        <w:t>yani der aap agar aap der ki aap ne to dheere dheere woh aap ke mind mein woh</w:t>
      </w:r>
    </w:p>
    <w:p>
      <w:pPr>
        <w:jc w:val="right"/>
      </w:pPr>
      <w:r>
        <w:t>یعنی دیر آپ اگر آپ دیر کی آپ نے تو دھیرے دھیرے وہ آپ کے مائنڈ میں وہ</w:t>
      </w:r>
    </w:p>
    <w:p>
      <w:r>
        <w:rPr>
          <w:b/>
        </w:rPr>
        <w:t xml:space="preserve">[33:54] </w:t>
      </w:r>
      <w:r>
        <w:t>mit jaye ga. Aap sensitive nahi rahenge is ke liye. Ke jaise hi aap ko ghalti ka ehsas hua, foran ke foran aap usi ko us ki tahlfi ke liye doriye.</w:t>
      </w:r>
    </w:p>
    <w:p>
      <w:pPr>
        <w:jc w:val="right"/>
      </w:pPr>
      <w:r>
        <w:t>مٹ جائے گا۔ آپ سنسٹیو نہیں رہیں گے اس کے لیے۔ کہ جیسے ہی آپ کو غلطی کا احساس ہوا، فوراً کے فوراً آپ اسی کو اس کی تلافی کے لیے دوڑیے۔</w:t>
      </w:r>
    </w:p>
    <w:p>
      <w:r>
        <w:rPr>
          <w:b/>
        </w:rPr>
        <w:t xml:space="preserve">[34:09] </w:t>
      </w:r>
      <w:r>
        <w:t>Tauba qareeb ka tareeqa ikhtiyar kijiye.</w:t>
      </w:r>
    </w:p>
    <w:p>
      <w:pPr>
        <w:jc w:val="right"/>
      </w:pPr>
      <w:r>
        <w:t>توبہ قریب کا طریقہ اختیار کیجیے۔</w:t>
      </w:r>
    </w:p>
    <w:p>
      <w:r>
        <w:rPr>
          <w:b/>
        </w:rPr>
        <w:t xml:space="preserve">[34:18] </w:t>
      </w:r>
      <w:r>
        <w:t>Log jo hain tauba baeed mein phanse hue hain. Ke kar len ge, kar len ge, kar len ge. To tab tak woh mind mein woh cheez oujhal ho jati hai.</w:t>
      </w:r>
    </w:p>
    <w:p>
      <w:pPr>
        <w:jc w:val="right"/>
      </w:pPr>
      <w:r>
        <w:t>لوگ جو ہیں توبہ بعید میں پھنسے ہوئے ہیں۔ کہ کر لیں گے، کر لیں گے، کر لیں گے۔ تو تب تک وہ مائنڈ میں وہ چیز اوجھل ہو جاتی ہے۔</w:t>
      </w:r>
    </w:p>
    <w:p>
      <w:r>
        <w:rPr>
          <w:b/>
        </w:rPr>
        <w:t xml:space="preserve">[34:30] </w:t>
      </w:r>
      <w:r>
        <w:t>To main samajhta hoon ke har aadmi jo yeh shikayat karta ho</w:t>
      </w:r>
    </w:p>
    <w:p>
      <w:pPr>
        <w:jc w:val="right"/>
      </w:pPr>
      <w:r>
        <w:t>تو میں سمجھتا ہوں کہ ہر آدمی جو یہ شکایت کرتا ہو</w:t>
      </w:r>
    </w:p>
    <w:p>
      <w:r>
        <w:rPr>
          <w:b/>
        </w:rPr>
        <w:t xml:space="preserve">[34:36] </w:t>
      </w:r>
      <w:r>
        <w:t>To us ko yahi karna chahiye ke tauba qareeb. Tab yeh cheez khatam hogi. Nagpur se Muhammad Irfan Rashidi sahib ne comment bheja hai.</w:t>
      </w:r>
    </w:p>
    <w:p>
      <w:pPr>
        <w:jc w:val="right"/>
      </w:pPr>
      <w:r>
        <w:t>تو اس کو یہی کرنا چاہیے کہ توبہ قریب۔ تب یہ چیز ختم ہوگی۔ ناگپور سے محمد عرفان رشیدی صاحب نے کمنٹ بھیجا ہے۔</w:t>
      </w:r>
    </w:p>
    <w:p>
      <w:r>
        <w:rPr>
          <w:b/>
        </w:rPr>
        <w:t xml:space="preserve">[34:49] </w:t>
      </w:r>
      <w:r>
        <w:t>Unhon ne likha hai: "Choti choti misalon se badi badi baatein akhaz karna Maulana sahib yeh aap hi ka wasf hai.</w:t>
      </w:r>
    </w:p>
    <w:p>
      <w:pPr>
        <w:jc w:val="right"/>
      </w:pPr>
      <w:r>
        <w:t>انہوں نے لکھا ہے: "چھوٹی چھوٹی مثالوں سے بڑی بڑی باتیں اخاذ کرنا مولانا صاحب یہ آپ ہی کا وصف ہے۔</w:t>
      </w:r>
    </w:p>
    <w:p>
      <w:r>
        <w:rPr>
          <w:b/>
        </w:rPr>
        <w:t xml:space="preserve">[34:59] </w:t>
      </w:r>
      <w:r>
        <w:t>Sherwani ki misal se aap ne bataya ke humein kis tarah apna tazkiya karna chahiye. Jazak Allah Maulana sahib." Maulana agla sawal Muradabad se bheja hai Abdul Aziz sahib ne.</w:t>
      </w:r>
    </w:p>
    <w:p>
      <w:pPr>
        <w:jc w:val="right"/>
      </w:pPr>
      <w:r>
        <w:t>شیروانی کی مثال سے آپ نے بتایا کہ ہمیں کس طرح اپنا تزکیہ کرنا چاہیے۔ جزاک اللہ مولانا صاحب۔" مولانا اگلا سوال مراد آباد سے بھیجا ہے عبدالعزیز صاحب نے۔</w:t>
      </w:r>
    </w:p>
    <w:p>
      <w:r>
        <w:rPr>
          <w:b/>
        </w:rPr>
        <w:t xml:space="preserve">[35:15] </w:t>
      </w:r>
      <w:r>
        <w:t>Unhon ne likha hai: "Maulana how can I increase my self determination? Is there a step by step process or is it possible with some dua?</w:t>
      </w:r>
    </w:p>
    <w:p>
      <w:pPr>
        <w:jc w:val="right"/>
      </w:pPr>
      <w:r>
        <w:t>انہوں نے لکھا ہے: "مولانا how can I increase my self determination? Is there a step by step process or is it possible with some دعا?</w:t>
      </w:r>
    </w:p>
    <w:p>
      <w:r>
        <w:rPr>
          <w:b/>
        </w:rPr>
        <w:t xml:space="preserve">[35:27] </w:t>
      </w:r>
      <w:r>
        <w:t>Please advise me so I can change my personality." Bhai yeh to dekhiye,</w:t>
      </w:r>
    </w:p>
    <w:p>
      <w:pPr>
        <w:jc w:val="right"/>
      </w:pPr>
      <w:r>
        <w:t>Please advise me so I can change my personality." بھئی یہ تو دیکھیے،</w:t>
      </w:r>
    </w:p>
    <w:p>
      <w:r>
        <w:rPr>
          <w:b/>
        </w:rPr>
        <w:t xml:space="preserve">[35:33] </w:t>
      </w:r>
      <w:r>
        <w:t>koi aap ko bata kar nahi bata nahi sakta. Aap ko khud apne andar ek self process jari karna hoga.</w:t>
      </w:r>
    </w:p>
    <w:p>
      <w:pPr>
        <w:jc w:val="right"/>
      </w:pPr>
      <w:r>
        <w:t>کوئی آپ کو بتا کر نہیں بتا نہیں سکتا۔ آپ کو خود اپنے اندر ایک سیلف پراسیس جاری کرنا ہوگا۔</w:t>
      </w:r>
    </w:p>
    <w:p>
      <w:r>
        <w:rPr>
          <w:b/>
        </w:rPr>
        <w:t xml:space="preserve">[35:44] </w:t>
      </w:r>
      <w:r>
        <w:t>Self process. Aap khud sochiye ke ke aap</w:t>
      </w:r>
    </w:p>
    <w:p>
      <w:pPr>
        <w:jc w:val="right"/>
      </w:pPr>
      <w:r>
        <w:t>سیلف پراسیس۔ آپ خود سوچیے کہ کہ آپ</w:t>
      </w:r>
    </w:p>
    <w:p>
      <w:r>
        <w:rPr>
          <w:b/>
        </w:rPr>
        <w:t xml:space="preserve">[35:51] </w:t>
      </w:r>
      <w:r>
        <w:t>ki ghalti kya hai? Where I miss the bus. Jab aap apni ghalti ko khud daryaft karenge, tab us ko aap islaah kar payenge.</w:t>
      </w:r>
    </w:p>
    <w:p>
      <w:pPr>
        <w:jc w:val="right"/>
      </w:pPr>
      <w:r>
        <w:t>کی غلطی کیا ہے؟ Where I miss the bus۔ جب آپ اپنی غلطی کو خود دریافت کریں گے، تب اس کو آپ اصلاح کر پائیں گے۔</w:t>
      </w:r>
    </w:p>
    <w:p>
      <w:r>
        <w:rPr>
          <w:b/>
        </w:rPr>
        <w:t xml:space="preserve">[36:09] </w:t>
      </w:r>
      <w:r>
        <w:t>Kisi ke paas aap ka aap ke sawal ka jawab nahi hai. Siwaye is ke ke aap khud aisa karen. Ke khud dhoondhen apne andar.</w:t>
      </w:r>
    </w:p>
    <w:p>
      <w:pPr>
        <w:jc w:val="right"/>
      </w:pPr>
      <w:r>
        <w:t>کسی کے پاس آپ کا آپ کے سوال کا جواب نہیں ہے۔ سوائے اس کے کہ آپ خود ایسا کریں۔ کہ خود ڈھونڈیں اپنے اندر۔</w:t>
      </w:r>
    </w:p>
    <w:p>
      <w:r>
        <w:rPr>
          <w:b/>
        </w:rPr>
        <w:t xml:space="preserve">[36:24] </w:t>
      </w:r>
      <w:r>
        <w:t>Mera tajurba to yahi hai ke khud dhoondhna parta hai. Koi batane wala batane ke liye nahi ayega.</w:t>
      </w:r>
    </w:p>
    <w:p>
      <w:pPr>
        <w:jc w:val="right"/>
      </w:pPr>
      <w:r>
        <w:t>میرا تجربہ تو یہی ہے کہ خود ڈھونڈنا پڑتا ہے۔ کوئی بتانے والا بتانے کے لیے نہیں آئے گا۔</w:t>
      </w:r>
    </w:p>
    <w:p>
      <w:r>
        <w:rPr>
          <w:b/>
        </w:rPr>
        <w:t xml:space="preserve">[36:35] </w:t>
      </w:r>
      <w:r>
        <w:t>Maulana Bangalore se Riyaz Bhat sahib ne sawal bheja hai. Unhon ne likha hai: "It is mercifulness of Almighty Allah that with every interpretation of verses of the Quran we are being led to illumination of wisdom revealed by the Creator.</w:t>
      </w:r>
    </w:p>
    <w:p>
      <w:pPr>
        <w:jc w:val="right"/>
      </w:pPr>
      <w:r>
        <w:t>مولانا بینگلور سے ریاض بھٹ صاحب نے سوال بھیجا ہے۔ انہوں نے لکھا ہے: "It is mercifulness of Almighty Allah that with every interpretation of verses of the Quran we are being led to illumination of wisdom revealed by the Creator.</w:t>
      </w:r>
    </w:p>
    <w:p>
      <w:r>
        <w:rPr>
          <w:b/>
        </w:rPr>
        <w:t xml:space="preserve">[36:55] </w:t>
      </w:r>
      <w:r>
        <w:t>I understand that it is proven fact among scholars that sensitivity towards self-evaluation shapes the positive personality of a person and any believer has to keep it as main priority.</w:t>
      </w:r>
    </w:p>
    <w:p>
      <w:pPr>
        <w:jc w:val="right"/>
      </w:pPr>
      <w:r>
        <w:t>I understand that it is proven fact among scholars that sensitivity towards self-evaluation shapes the positive personality of a person and any believer has to keep it as main priority.</w:t>
      </w:r>
    </w:p>
    <w:p>
      <w:r>
        <w:rPr>
          <w:b/>
        </w:rPr>
        <w:t xml:space="preserve">[37:13] </w:t>
      </w:r>
      <w:r>
        <w:t>My question is can I understand that the same is for tauba nasuh is to sit back, take stock and replan after every action." Main to khatir sahi hai aap ki soch.</w:t>
      </w:r>
    </w:p>
    <w:p>
      <w:pPr>
        <w:jc w:val="right"/>
      </w:pPr>
      <w:r>
        <w:t>My question is can I understand that the same is for توبہ نصوح is to sit back, take stock and replan after every action." میں تو خاطر صحیح ہے آپ کی سوچ۔</w:t>
      </w:r>
    </w:p>
    <w:p>
      <w:r>
        <w:rPr>
          <w:b/>
        </w:rPr>
        <w:t xml:space="preserve">[37:29] </w:t>
      </w:r>
      <w:r>
        <w:t>Tauba nasuh isi tarah</w:t>
      </w:r>
    </w:p>
    <w:p>
      <w:pPr>
        <w:jc w:val="right"/>
      </w:pPr>
      <w:r>
        <w:t>توبہ نصوح اسی طرح</w:t>
      </w:r>
    </w:p>
    <w:p>
      <w:r>
        <w:rPr>
          <w:b/>
        </w:rPr>
        <w:t xml:space="preserve">[37:33] </w:t>
      </w:r>
      <w:r>
        <w:t>ka process aap ke andar jari karna hai. Tauba nasuh dekhiye, ek process hai. Ek lambi ki baat nahi hai.</w:t>
      </w:r>
    </w:p>
    <w:p>
      <w:pPr>
        <w:jc w:val="right"/>
      </w:pPr>
      <w:r>
        <w:t>کا پراسیس آپ کے اندر جاری کرنا ہے۔ توبہ نصوح دیکھیے، ایک پراسیس ہے۔ ایک لمبی کی بات نہیں ہے۔</w:t>
      </w:r>
    </w:p>
    <w:p>
      <w:r>
        <w:rPr>
          <w:b/>
        </w:rPr>
        <w:t xml:space="preserve">[37:43] </w:t>
      </w:r>
      <w:r>
        <w:t>Ke aap mujh se bol den ke maine tauba naseeb kiya. Is se kuch nahi hota. Aap ko apne andar ek process</w:t>
      </w:r>
    </w:p>
    <w:p>
      <w:pPr>
        <w:jc w:val="right"/>
      </w:pPr>
      <w:r>
        <w:t>کہ آپ مجھ سے بول دیں کہ میں نے توبہ نصیب کیا۔ اس سے کچھ نہیں ہوتا۔ آپ کو اپنے اندر ایک پراسیس</w:t>
      </w:r>
    </w:p>
    <w:p>
      <w:r>
        <w:rPr>
          <w:b/>
        </w:rPr>
        <w:t xml:space="preserve">[37:51] </w:t>
      </w:r>
      <w:r>
        <w:t>jari karna hoga. Ek amal jari karna hoga. Tab woh tauba nasuh banega.</w:t>
      </w:r>
    </w:p>
    <w:p>
      <w:pPr>
        <w:jc w:val="right"/>
      </w:pPr>
      <w:r>
        <w:t>جاری کرنا ہوگا۔ ایک عمل جاری کرنا ہوگا۔ تب وہ توبہ نصوح بنے گا۔</w:t>
      </w:r>
    </w:p>
    <w:p>
      <w:r>
        <w:rPr>
          <w:b/>
        </w:rPr>
        <w:t xml:space="preserve">[38:04] </w:t>
      </w:r>
      <w:r>
        <w:t>Professor Fareeda Khanam ne Delhi se comment bheja hai. Unhon ne likha hai: "I knew about tauba nasuh but I have realized it only today when you explained it by giving examples." Doctor Naghma Siddiqui ne Delhi se likha hai: "Molana I realized the importance of</w:t>
      </w:r>
    </w:p>
    <w:p>
      <w:pPr>
        <w:jc w:val="right"/>
      </w:pPr>
      <w:r>
        <w:t>پروفیسر فریدہ خانم نے دلی سے کمنٹ بھیجا ہے۔ انہوں نے لکھا ہے: "I knew about توبہ نصوح but I have realized it only today when you explained it by giving examples." ڈاکٹر نغمہ صدیقی نے دلی سے لکھا ہے: "Molana I realized the importance of</w:t>
      </w:r>
    </w:p>
    <w:p>
      <w:r>
        <w:rPr>
          <w:b/>
        </w:rPr>
        <w:t xml:space="preserve">[38:25] </w:t>
      </w:r>
      <w:r>
        <w:t>sincere and immediate repentance today. I will inshallah watch over myself and change and purify myself all the time."</w:t>
      </w:r>
    </w:p>
    <w:p>
      <w:pPr>
        <w:jc w:val="right"/>
      </w:pPr>
      <w:r>
        <w:t>sincere and immediate repentance today. I will انشاءاللہ watch over myself and change and purify myself all the time."</w:t>
      </w:r>
    </w:p>
    <w:p>
      <w:r>
        <w:rPr>
          <w:b/>
        </w:rPr>
        <w:t xml:space="preserve">[38:38] </w:t>
      </w:r>
      <w:r>
        <w:t>maulana agla sawal lete hain. yeh sawal lucknow se bheja hai muhammad waqas sahab ne. unhon ne likha hai: "maulana thought ki safai ke liye bohat bara dil chahiye.</w:t>
      </w:r>
    </w:p>
    <w:p>
      <w:pPr>
        <w:jc w:val="right"/>
      </w:pPr>
      <w:r>
        <w:t>مولانا اگلا سوال لیتے ہیں۔ یہ سوال لکھنؤ سے بھیجا ہے محمد وقاص صاحب نے۔ انہوں نے لکھا ہے: "مولانا thought کی صفائی کے لیے بہت بڑا دل چاہیے۔</w:t>
      </w:r>
    </w:p>
    <w:p>
      <w:r>
        <w:rPr>
          <w:b/>
        </w:rPr>
        <w:t xml:space="preserve">[38:52] </w:t>
      </w:r>
      <w:r>
        <w:t>khas kar ek dai ke liye.</w:t>
      </w:r>
    </w:p>
    <w:p>
      <w:pPr>
        <w:jc w:val="right"/>
      </w:pPr>
      <w:r>
        <w:t>خاص کر ایک دائی کے لیے۔</w:t>
      </w:r>
    </w:p>
    <w:p>
      <w:r>
        <w:rPr>
          <w:b/>
        </w:rPr>
        <w:t xml:space="preserve">[38:55] </w:t>
      </w:r>
      <w:r>
        <w:t>mera sawal yeh hai ke hum sab apna dil bara kaise karen?" yeh dil to bara hota hi hai.</w:t>
      </w:r>
    </w:p>
    <w:p>
      <w:pPr>
        <w:jc w:val="right"/>
      </w:pPr>
      <w:r>
        <w:t>میرا سوال یہ ہے کہ ہم سب اپنا دل بڑا کیسے کریں؟" یہ دل تو بڑا ہوتا ہی ہے۔</w:t>
      </w:r>
    </w:p>
    <w:p>
      <w:r>
        <w:rPr>
          <w:b/>
        </w:rPr>
        <w:t xml:space="preserve">[39:05] </w:t>
      </w:r>
      <w:r>
        <w:t>jo dil allah ne paida kiya hai, woh to bara hota hi hai. hum is ko chhota kar lete hain.</w:t>
      </w:r>
    </w:p>
    <w:p>
      <w:pPr>
        <w:jc w:val="right"/>
      </w:pPr>
      <w:r>
        <w:t>جو دل اللہ نے پیدا کیا ہے، وہ تو بڑا ہوتا ہی ہے۔ ہم اس کو چھوٹا کر لیتے ہیں۔</w:t>
      </w:r>
    </w:p>
    <w:p>
      <w:r>
        <w:rPr>
          <w:b/>
        </w:rPr>
        <w:t xml:space="preserve">[39:15] </w:t>
      </w:r>
      <w:r>
        <w:t>aur chhota karne ki sab se bari wajah jo hai, woh hai</w:t>
      </w:r>
    </w:p>
    <w:p>
      <w:pPr>
        <w:jc w:val="right"/>
      </w:pPr>
      <w:r>
        <w:t>اور چھوٹا کرنے کی سب سے بڑی وجہ جو ہے، وہ ہے</w:t>
      </w:r>
    </w:p>
    <w:p>
      <w:r>
        <w:rPr>
          <w:b/>
        </w:rPr>
        <w:t xml:space="preserve">[39:22] </w:t>
      </w:r>
      <w:r>
        <w:t>woh hai</w:t>
      </w:r>
    </w:p>
    <w:p>
      <w:pPr>
        <w:jc w:val="right"/>
      </w:pPr>
      <w:r>
        <w:t>وہ ہے</w:t>
      </w:r>
    </w:p>
    <w:p>
      <w:r>
        <w:rPr>
          <w:b/>
        </w:rPr>
        <w:t xml:space="preserve">[39:27] </w:t>
      </w:r>
      <w:r>
        <w:t>kya kehte hain is ko?</w:t>
      </w:r>
    </w:p>
    <w:p>
      <w:pPr>
        <w:jc w:val="right"/>
      </w:pPr>
      <w:r>
        <w:t>کیا کہتے ہیں اس کو؟</w:t>
      </w:r>
    </w:p>
    <w:p>
      <w:r>
        <w:rPr>
          <w:b/>
        </w:rPr>
        <w:t xml:space="preserve">[39:42] </w:t>
      </w:r>
      <w:r>
        <w:t>yani apne ko kuch samajh lena. apne ko kuch samajh lena.</w:t>
      </w:r>
    </w:p>
    <w:p>
      <w:pPr>
        <w:jc w:val="right"/>
      </w:pPr>
      <w:r>
        <w:t>یعنی اپنے کو کچھ سمجھ لینا۔ اپنے کو کچھ سمجھ لینا۔</w:t>
      </w:r>
    </w:p>
    <w:p>
      <w:r>
        <w:rPr>
          <w:b/>
        </w:rPr>
        <w:t xml:space="preserve">[39:51] </w:t>
      </w:r>
      <w:r>
        <w:t>jab apne ko kuch na samjhen aap. is waqt hota hai jab allah ki barai jo hai, barai us ko aap discover karen.</w:t>
      </w:r>
    </w:p>
    <w:p>
      <w:pPr>
        <w:jc w:val="right"/>
      </w:pPr>
      <w:r>
        <w:t>جب اپنے کو کچھ نہ سمجھیں آپ۔ اس وقت ہوتا ہے جب اللہ کی بڑائی جو ہے، بڑائی اس کو آپ discover کریں۔</w:t>
      </w:r>
    </w:p>
    <w:p>
      <w:r>
        <w:rPr>
          <w:b/>
        </w:rPr>
        <w:t xml:space="preserve">[40:05] </w:t>
      </w:r>
      <w:r>
        <w:t>mashhoor misal hai ke ek ek lakeer hai, woh lakeer ko tum chhota karna chahte ho to is ke paas doosri lakeer lambi kheench do.</w:t>
      </w:r>
    </w:p>
    <w:p>
      <w:pPr>
        <w:jc w:val="right"/>
      </w:pPr>
      <w:r>
        <w:t>مشہور مثل ہے کہ ایک ایک لکیر ہے، وہ لکیر کو تم چھوٹا کرنا چاہتے ہو تو اس کے پاس دوسری لکیر لمبی کھینچ دو۔</w:t>
      </w:r>
    </w:p>
    <w:p>
      <w:r>
        <w:rPr>
          <w:b/>
        </w:rPr>
        <w:t xml:space="preserve">[40:18] </w:t>
      </w:r>
      <w:r>
        <w:t>main samajhta hoon ke sab se bara jo tareeqa hai, woh yeh ke aap sochen ke allah sab se sab se bara hai. allah sab se bara hai.</w:t>
      </w:r>
    </w:p>
    <w:p>
      <w:pPr>
        <w:jc w:val="right"/>
      </w:pPr>
      <w:r>
        <w:t>میں سمجھتا ہوں کہ سب سے بڑا جو طریقہ ہے، وہ یہ کہ آپ سوچیں کہ اللہ سب سے سب سے بڑا ہے۔ اللہ سب سے بڑا ہے۔</w:t>
      </w:r>
    </w:p>
    <w:p>
      <w:r>
        <w:rPr>
          <w:b/>
        </w:rPr>
        <w:t xml:space="preserve">[40:30] </w:t>
      </w:r>
      <w:r>
        <w:t>jab aap yeh jaan lenge, discover karenge ke sab se bara to allah hai</w:t>
      </w:r>
    </w:p>
    <w:p>
      <w:pPr>
        <w:jc w:val="right"/>
      </w:pPr>
      <w:r>
        <w:t>جب آپ یہ جان لیں گے، discover کریں گے کہ سب سے بڑا تو اللہ ہے</w:t>
      </w:r>
    </w:p>
    <w:p>
      <w:r>
        <w:rPr>
          <w:b/>
        </w:rPr>
        <w:t xml:space="preserve">[40:36] </w:t>
      </w:r>
      <w:r>
        <w:t>aur main to kuch bhi nahi hoon, tab ja kar yeh sifat aayegi aap ke andar. baghair is ke nahi aa sakti hai. lakeer chhoti kheenchne se kuch nahi hota.</w:t>
      </w:r>
    </w:p>
    <w:p>
      <w:pPr>
        <w:jc w:val="right"/>
      </w:pPr>
      <w:r>
        <w:t>اور میں تو کچھ بھی نہیں ہوں، تب جا کر یہ صفت آئے گی آپ کے اندر۔ بغیر اس کے نہیں آ سکتی ہے۔ لکیر چھوٹی کھینچنے سے کچھ نہیں ہوتا۔</w:t>
      </w:r>
    </w:p>
    <w:p>
      <w:r>
        <w:rPr>
          <w:b/>
        </w:rPr>
        <w:t xml:space="preserve">[40:47] </w:t>
      </w:r>
      <w:r>
        <w:t>allah ko apne dil mein bithayen aap, is se hota hai.</w:t>
      </w:r>
    </w:p>
    <w:p>
      <w:pPr>
        <w:jc w:val="right"/>
      </w:pPr>
      <w:r>
        <w:t>اللہ کو اپنے دل میں بٹھائیں آپ، اس سے ہوتا ہے۔</w:t>
      </w:r>
    </w:p>
    <w:p>
      <w:r>
        <w:rPr>
          <w:b/>
        </w:rPr>
        <w:t xml:space="preserve">[40:58] </w:t>
      </w:r>
      <w:r>
        <w:t>maulana agla sawal bheja hai maulana iqbal umri ne chennai se. unhon ne likha hai: "ehtejaj ke bajaye ehtesab karna hai aur re planning karni hai.</w:t>
      </w:r>
    </w:p>
    <w:p>
      <w:pPr>
        <w:jc w:val="right"/>
      </w:pPr>
      <w:r>
        <w:t>مولانا اگلا سوال بھیجا ہے مولانا اقبال عمری نے چنئی سے۔ انہوں نے لکھا ہے: "احتجاج کے بجائے احتساب کرنا ہے اور ری پلاننگ کرنی ہے۔</w:t>
      </w:r>
    </w:p>
    <w:p>
      <w:r>
        <w:rPr>
          <w:b/>
        </w:rPr>
        <w:t xml:space="preserve">[41:11] </w:t>
      </w:r>
      <w:r>
        <w:t>yahi sahi hai. magar maulana musalman dawat ki planning ke liye tayyar nahi, balkeh siyasi re planning ke liye</w:t>
      </w:r>
    </w:p>
    <w:p>
      <w:pPr>
        <w:jc w:val="right"/>
      </w:pPr>
      <w:r>
        <w:t>یہی صحیح ہے۔ مگر مولانا مسلمان دعوت کی پلاننگ کے لیے تیار نہیں، بلکہ سیاسی ری پلاننگ کے لیے</w:t>
      </w:r>
    </w:p>
    <w:p>
      <w:r>
        <w:rPr>
          <w:b/>
        </w:rPr>
        <w:t xml:space="preserve">[41:21] </w:t>
      </w:r>
      <w:r>
        <w:t>muattahid hona chahte hain. aakhir kis maidan mein re planning ki zaroorat hai? is ko wazeh karen."</w:t>
      </w:r>
    </w:p>
    <w:p>
      <w:pPr>
        <w:jc w:val="right"/>
      </w:pPr>
      <w:r>
        <w:t>متحد ہونا چاہتے ہیں۔ آخر کس میدان میں ری پلاننگ کی ضرورت ہے؟ اس کو واضح کریں۔"</w:t>
      </w:r>
    </w:p>
    <w:p>
      <w:r>
        <w:rPr>
          <w:b/>
        </w:rPr>
        <w:t xml:space="preserve">[41:32] </w:t>
      </w:r>
      <w:r>
        <w:t>parties ke bare mein bhi nahi hai. main to apne bachpan ke zamane se suna hoon ke is is khauf mein ghogha saadat thi, aaj bhi ghogha saadat hai.</w:t>
      </w:r>
    </w:p>
    <w:p>
      <w:pPr>
        <w:jc w:val="right"/>
      </w:pPr>
      <w:r>
        <w:t>پارٹیز کے بارے میں بھی نہیں ہے۔ میں تو اپنے بچپن کے زمانے سے سنا ہوں کہ اس اس خوف میں غوغہ سعادت تھی، آج بھی غوغہ سعادت ہے۔</w:t>
      </w:r>
    </w:p>
    <w:p>
      <w:r>
        <w:rPr>
          <w:b/>
        </w:rPr>
        <w:t xml:space="preserve">[41:44] </w:t>
      </w:r>
      <w:r>
        <w:t>re planning kahan hai?</w:t>
      </w:r>
    </w:p>
    <w:p>
      <w:pPr>
        <w:jc w:val="right"/>
      </w:pPr>
      <w:r>
        <w:t>ری پلاننگ کہاں ہے؟</w:t>
      </w:r>
    </w:p>
    <w:p>
      <w:r>
        <w:rPr>
          <w:b/>
        </w:rPr>
        <w:t xml:space="preserve">[41:48] </w:t>
      </w:r>
      <w:r>
        <w:t>misalan dekhiye, main ek misal deta hoon aap ko ke jis zamane mein</w:t>
      </w:r>
    </w:p>
    <w:p>
      <w:pPr>
        <w:jc w:val="right"/>
      </w:pPr>
      <w:r>
        <w:t>مثلاً دیکھیے، میں ایک مثال دیتا ہوں آپ کو کہ جس زمانے میں</w:t>
      </w:r>
    </w:p>
    <w:p>
      <w:r>
        <w:rPr>
          <w:b/>
        </w:rPr>
        <w:t xml:space="preserve">[41:56] </w:t>
      </w:r>
      <w:r>
        <w:t>british raj tha, us zamane mein kuch leader ubhre. jab baaldin afghani, rasheed raza, iqbal aur modoodi in sab logon ne yeh kaha ke</w:t>
      </w:r>
    </w:p>
    <w:p>
      <w:pPr>
        <w:jc w:val="right"/>
      </w:pPr>
      <w:r>
        <w:t>برٹش راج تھا، اس زمانے میں کچھ لیڈر ابھرے۔ جب باالدین افغانی، رشید رضا، اقبال اور مودودی ان سب لوگوں نے یہ کہا کہ</w:t>
      </w:r>
    </w:p>
    <w:p>
      <w:r>
        <w:rPr>
          <w:b/>
        </w:rPr>
        <w:t xml:space="preserve">[42:14] </w:t>
      </w:r>
      <w:r>
        <w:t>musalmanon ki qayamat islami qayamat hai, is par kitaben likhi gayeen. yeh bohat bari ghalati thi mere nazdeek.</w:t>
      </w:r>
    </w:p>
    <w:p>
      <w:pPr>
        <w:jc w:val="right"/>
      </w:pPr>
      <w:r>
        <w:t>مسلمانوں کی قیامت اسلامی قیامت ہے، اس پر کتابیں لکھی گئیں۔ یہ بہت بڑی غلطی تھی میرے نزدیک۔</w:t>
      </w:r>
    </w:p>
    <w:p>
      <w:r>
        <w:rPr>
          <w:b/>
        </w:rPr>
        <w:t xml:space="preserve">[42:24] </w:t>
      </w:r>
      <w:r>
        <w:t>yeh dunya mein bohat dinon ke baad</w:t>
      </w:r>
    </w:p>
    <w:p>
      <w:pPr>
        <w:jc w:val="right"/>
      </w:pPr>
      <w:r>
        <w:t>یہ دنیا میں بہت دنوں کے بعد</w:t>
      </w:r>
    </w:p>
    <w:p>
      <w:r>
        <w:rPr>
          <w:b/>
        </w:rPr>
        <w:t xml:space="preserve">[42:29] </w:t>
      </w:r>
      <w:r>
        <w:t>mudabireen ne yeh samjha tha ke chounke siyasat, chounke jography had bandi nahi hai, dunya mein ek zamana tha ke jography had bandi nahi thi.</w:t>
      </w:r>
    </w:p>
    <w:p>
      <w:pPr>
        <w:jc w:val="right"/>
      </w:pPr>
      <w:r>
        <w:t>مدبرین نے یہ سمجھا تھا کہ چونکہ سیاست، چونکہ جغرافی حد بندی نہیں ہے، دنیا میں ایک زمانہ تھا کہ جغرافی حد بندی نہیں تھی۔</w:t>
      </w:r>
    </w:p>
    <w:p>
      <w:r>
        <w:rPr>
          <w:b/>
        </w:rPr>
        <w:t xml:space="preserve">[42:43] </w:t>
      </w:r>
      <w:r>
        <w:t>jis ki talwar jahan tak pohnchti hai, wahi is ka</w:t>
      </w:r>
    </w:p>
    <w:p>
      <w:pPr>
        <w:jc w:val="right"/>
      </w:pPr>
      <w:r>
        <w:t>جس کی تلوار جہاں تک پہنچتی ہے، وہی اس کا</w:t>
      </w:r>
    </w:p>
    <w:p>
      <w:r>
        <w:rPr>
          <w:b/>
        </w:rPr>
        <w:t xml:space="preserve">[42:48] </w:t>
      </w:r>
      <w:r>
        <w:t>is ka hota tha. to yeh bohat bara kaam hua hai tareekh mein ke jografiy had bandi, is ko kehte hain watan par mabni qomiyat.</w:t>
      </w:r>
    </w:p>
    <w:p>
      <w:pPr>
        <w:jc w:val="right"/>
      </w:pPr>
      <w:r>
        <w:t>اس کا ہوتا تھا۔ تو یہ بہت بڑا کام ہوا ہے تاریخ میں کہ جغرافی حد بندی، اس کو کہتے ہیں وطن پر مبنی قومیت۔</w:t>
      </w:r>
    </w:p>
    <w:p>
      <w:r>
        <w:rPr>
          <w:b/>
        </w:rPr>
        <w:t xml:space="preserve">[43:00] </w:t>
      </w:r>
      <w:r>
        <w:t>lekan musalman poori tareekh mein is ka mazaaq urate rahe</w:t>
      </w:r>
    </w:p>
    <w:p>
      <w:pPr>
        <w:jc w:val="right"/>
      </w:pPr>
      <w:r>
        <w:t>لیکن مسلمان پوری تاریخ میں اس کا مذاق اڑاتے رہے</w:t>
      </w:r>
    </w:p>
    <w:p>
      <w:r>
        <w:rPr>
          <w:b/>
        </w:rPr>
        <w:t xml:space="preserve">[43:05] </w:t>
      </w:r>
      <w:r>
        <w:t>ke watan par mabni qomiyat nahi, balkeh mazhab par mabni hai, Islam par mabni hai. aaj bhi is ghalti ko koi banne ke liye tayyar nahi hai.</w:t>
      </w:r>
    </w:p>
    <w:p>
      <w:pPr>
        <w:jc w:val="right"/>
      </w:pPr>
      <w:r>
        <w:t>کہ وطن پر مبنی قومیت نہیں، بلکہ مذہب پر مبنی ہے، اسلام پر مبنی ہے۔ آج بھی اس غلطی کو کوئی بننے کے لیے تیار نہیں ہے۔</w:t>
      </w:r>
    </w:p>
    <w:p>
      <w:r>
        <w:rPr>
          <w:b/>
        </w:rPr>
        <w:t xml:space="preserve">[43:17] </w:t>
      </w:r>
      <w:r>
        <w:t>ek zamana tha ke Iqbal aur jawab din Afghani aur Rasheed Raza</w:t>
      </w:r>
    </w:p>
    <w:p>
      <w:pPr>
        <w:jc w:val="right"/>
      </w:pPr>
      <w:r>
        <w:t>ایک زمانہ تھا کہ اقبال اور جواب دین افغانی اور رشید رضا</w:t>
      </w:r>
    </w:p>
    <w:p>
      <w:r>
        <w:rPr>
          <w:b/>
        </w:rPr>
        <w:t xml:space="preserve">[43:22] </w:t>
      </w:r>
      <w:r>
        <w:t>aur Maudoodi yeh sab log yehi boli bolte the: "Islami qomiyat, Islami qomiyat." qomiyat Islami nahi hoti.</w:t>
      </w:r>
    </w:p>
    <w:p>
      <w:pPr>
        <w:jc w:val="right"/>
      </w:pPr>
      <w:r>
        <w:t>اور مودودی یہ سب لوگ یہی بولی بولتے تھے: "اسلامی قومیت، اسلامی قومیت۔" قومیت اسلامی نہیں ہوتی۔</w:t>
      </w:r>
    </w:p>
    <w:p>
      <w:r>
        <w:rPr>
          <w:b/>
        </w:rPr>
        <w:t xml:space="preserve">[43:33] </w:t>
      </w:r>
      <w:r>
        <w:t>jografiy se qomiyat banti hai. kyunke jahan insaan rahe, jahan ghar banaye,</w:t>
      </w:r>
    </w:p>
    <w:p>
      <w:pPr>
        <w:jc w:val="right"/>
      </w:pPr>
      <w:r>
        <w:t>جغرافیہ سے قومیت بنتی ہے۔ کیونکہ جہاں انسان رہے، جہاں گھر بنائے،</w:t>
      </w:r>
    </w:p>
    <w:p>
      <w:r>
        <w:rPr>
          <w:b/>
        </w:rPr>
        <w:t xml:space="preserve">[43:39] </w:t>
      </w:r>
      <w:r>
        <w:t>wahan. to yeh yeh jo dunya ke mudabireen ne yeh usool ikhtiyar kiya ke qomiyat mabni watan mein honi chahiye,</w:t>
      </w:r>
    </w:p>
    <w:p>
      <w:pPr>
        <w:jc w:val="right"/>
      </w:pPr>
      <w:r>
        <w:t>وہاں۔ تو یہ یہ جو دنیا کے مدبرین نے یہ اصول اختیار کیا کہ قومیت مبنی وطن میں ہونی چاہیے،</w:t>
      </w:r>
    </w:p>
    <w:p>
      <w:r>
        <w:rPr>
          <w:b/>
        </w:rPr>
        <w:t xml:space="preserve">[43:56] </w:t>
      </w:r>
      <w:r>
        <w:t>tab dunya mein yeh riwaj aaya ke aaj aap</w:t>
      </w:r>
    </w:p>
    <w:p>
      <w:pPr>
        <w:jc w:val="right"/>
      </w:pPr>
      <w:r>
        <w:t>تب دنیا میں یہ رواج آیا کہ آج آپ</w:t>
      </w:r>
    </w:p>
    <w:p>
      <w:r>
        <w:rPr>
          <w:b/>
        </w:rPr>
        <w:t xml:space="preserve">[44:00] </w:t>
      </w:r>
      <w:r>
        <w:t>poore aman ke sath jahan chahein wahan jaiye. aap ke paas travel document hona chahiye. yaani visa aur passport.</w:t>
      </w:r>
    </w:p>
    <w:p>
      <w:pPr>
        <w:jc w:val="right"/>
      </w:pPr>
      <w:r>
        <w:t>پورے امن کے ساتھ جہاں چاہیں وہاں جائیے۔ آپ کے پاس ٹریول ڈاکومنٹ ہونا چاہیے۔ یعنی ویزہ اور پاسپورٹ۔</w:t>
      </w:r>
    </w:p>
    <w:p>
      <w:r>
        <w:rPr>
          <w:b/>
        </w:rPr>
        <w:t xml:space="preserve">[44:09] </w:t>
      </w:r>
      <w:r>
        <w:t>yaani kaisi ajeeb baat hai.</w:t>
      </w:r>
    </w:p>
    <w:p>
      <w:pPr>
        <w:jc w:val="right"/>
      </w:pPr>
      <w:r>
        <w:t>یعنی کیسی عجیب بات ہے۔</w:t>
      </w:r>
    </w:p>
    <w:p>
      <w:r>
        <w:rPr>
          <w:b/>
        </w:rPr>
        <w:t xml:space="preserve">[44:12] </w:t>
      </w:r>
      <w:r>
        <w:t>Islam ke zamane mein, Rasool Allah ke zamane mein jo jo talwar le ke chalte the aur is ko ghalat taur par is ko jihad ka title laga diya.</w:t>
      </w:r>
    </w:p>
    <w:p>
      <w:pPr>
        <w:jc w:val="right"/>
      </w:pPr>
      <w:r>
        <w:t>اسلام کے زمانے میں، رسول اللہ کے زمانے میں جو جو تلوار لے کے چلتے تھے اور اس کو غلط طور پر اس کو جہاد کا ٹائٹل لگا دیا۔</w:t>
      </w:r>
    </w:p>
    <w:p>
      <w:r>
        <w:rPr>
          <w:b/>
        </w:rPr>
        <w:t xml:space="preserve">[44:26] </w:t>
      </w:r>
      <w:r>
        <w:t>talwar le ke chalne ko. to talwar chalte the apni hifazat ke liye, jihad ke liye nahi. yaad rakhiye, jo log qadeem zamane mein jate the yahan wahan talwar le kar ke, to woh jang ke nahi,</w:t>
      </w:r>
    </w:p>
    <w:p>
      <w:pPr>
        <w:jc w:val="right"/>
      </w:pPr>
      <w:r>
        <w:t>تلوار لے کے چلنے کو۔ تو تلوار چلتے تھے اپنی حفاظت کے لیے، جہاد کے لیے نہیں۔ یاد رکھیے، جو لوگ قدیم زمانے میں جاتے تھے یہاں وہاں تلوار لے کر کے، تو وہ جنگ کے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