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01 July 2012</w:t>
      </w:r>
    </w:p>
    <w:p>
      <w:r>
        <w:t>https://www.youtube.com/watch?v=zLZZD-MvKQU</w:t>
      </w:r>
    </w:p>
    <w:p>
      <w:r>
        <w:rPr>
          <w:b/>
        </w:rPr>
        <w:t xml:space="preserve">[00:11] </w:t>
      </w:r>
      <w:r>
        <w:t>session now. Maulana, yeh sawal Aligarh se aaya hai, Doctor Abdullah sahab ka. unhon ne likha hai, "Aap ki kitab 'Mutaalliq Quran' aur uska preface dekha. us se Quran ko samajhne mein bohat faida hua. ab Ramzan aa raha hai,</w:t>
      </w:r>
    </w:p>
    <w:p>
      <w:pPr>
        <w:jc w:val="right"/>
      </w:pPr>
      <w:r>
        <w:t>सेशन नाउ। मौलाना, यह सवाल अलीगढ़ से आया है, डॉक्टर अब्दुल्ला साहब का। उन्होंने लिखा है, "आपकी किताब 'मुतालिक कुरान' और उसका प्रीफेस देखा। उससे कुरान को समझने में बहुत फायदा हुआ। अब रमजान आ रहा है,</w:t>
      </w:r>
    </w:p>
    <w:p>
      <w:r>
        <w:rPr>
          <w:b/>
        </w:rPr>
        <w:t xml:space="preserve">[00:32] </w:t>
      </w:r>
      <w:r>
        <w:t>Quran ko kis tarah parha jaye ke woh hamare liye sachmuch guide book ban jaye</w:t>
      </w:r>
    </w:p>
    <w:p>
      <w:pPr>
        <w:jc w:val="right"/>
      </w:pPr>
      <w:r>
        <w:t>कुरान को किस तरह पढ़ा जाए कि वह हमारे लिए सचमुच गाइड बुक बन जाए</w:t>
      </w:r>
    </w:p>
    <w:p>
      <w:r>
        <w:rPr>
          <w:b/>
        </w:rPr>
        <w:t xml:space="preserve">[00:38] </w:t>
      </w:r>
      <w:r>
        <w:t>?" Maulana sahab, aap apne lambe experience se is sawal ko answer karein.</w:t>
      </w:r>
    </w:p>
    <w:p>
      <w:pPr>
        <w:jc w:val="right"/>
      </w:pPr>
      <w:r>
        <w:t>?" मौलाना साहब, आप अपने लंबे एक्सपीरियंस से इस सवाल को आंसर करें।</w:t>
      </w:r>
    </w:p>
    <w:p>
      <w:r>
        <w:rPr>
          <w:b/>
        </w:rPr>
        <w:t xml:space="preserve">[00:48] </w:t>
      </w:r>
      <w:r>
        <w:t>bhai, mera to mashwara yeh hai ke aap Ramzan mein tasq Quran ko padhein aur dua karein. kyunke jitni tafsir maine padhi hain, tafsir mein wahi cheez nahi hai jo asal hai,</w:t>
      </w:r>
    </w:p>
    <w:p>
      <w:pPr>
        <w:jc w:val="right"/>
      </w:pPr>
      <w:r>
        <w:t>भाई, मेरा तो मशवरा यह है कि आप रमजान में तस्क कुरान को पढ़ें और दुआ करें। क्योंकि जितनी तफसीर मैंने पढ़ी हैं, तफसीर में वही चीज नहीं है जो असल है,</w:t>
      </w:r>
    </w:p>
    <w:p>
      <w:r>
        <w:rPr>
          <w:b/>
        </w:rPr>
        <w:t xml:space="preserve">[01:05] </w:t>
      </w:r>
      <w:r>
        <w:t>yaani aakhirat aur dawat. yahi cheezein us mein gum ho gayi hain. fanni bas hain, fiqhi masail waghera us mein zyada hain. to aap Ramzan mein tasq Quran padhiye aur khoob dua karte rahiye. yeh mashwara de sakta hoon apni tajrube ki roshni mein.</w:t>
      </w:r>
    </w:p>
    <w:p>
      <w:pPr>
        <w:jc w:val="right"/>
      </w:pPr>
      <w:r>
        <w:t>यानी आखिरत और दावत। यही चीजें उसमें गुम हो गई हैं। फनी बस हैं, फकी मसाइल वगैरह उसमें ज्यादा हैं। तो आप रमजान में तस्क कुरान पढ़िए और खूब दुआ करते रहिए। यह मशवरा दे सकता हूं अपनी तजुर्बे की रोशनी में।</w:t>
      </w:r>
    </w:p>
    <w:p>
      <w:r>
        <w:rPr>
          <w:b/>
        </w:rPr>
        <w:t xml:space="preserve">[01:32] </w:t>
      </w:r>
      <w:r>
        <w:t>Maulana, agla sawal Miss Nagma Siddiqui ka hai, Delhi se. unhon ne likha hai, "Creative thinking is indeed most important and can only take place in a positive person. How can I save myself from negativity?"</w:t>
      </w:r>
    </w:p>
    <w:p>
      <w:pPr>
        <w:jc w:val="right"/>
      </w:pPr>
      <w:r>
        <w:t>मौलाना, अगला सवाल मिस नगमा सिद्दीकी का है, दिल्ली से। उन्होंने लिखा है, "क्रिएटिव थिंकिंग इज इनडीड मोस्ट इंपॉर्टेंट एंड कैन ओनली टेक प्लेस इन अ पॉजिटिव पर्सन। हाउ कैन आई सेव माय सेल्फ फ्रॉम नेगेटिविटी?"</w:t>
      </w:r>
    </w:p>
    <w:p>
      <w:r>
        <w:rPr>
          <w:b/>
        </w:rPr>
        <w:t xml:space="preserve">[01:53] </w:t>
      </w:r>
      <w:r>
        <w:t>bhai, dekhiye, har cheez ki price deni padti hai. jis tarah material cheezon ki price deni padti hai, aise hi intellectual cheezon ki price deni padti hai.</w:t>
      </w:r>
    </w:p>
    <w:p>
      <w:pPr>
        <w:jc w:val="right"/>
      </w:pPr>
      <w:r>
        <w:t>भाई, देखिए, हर चीज की प्राइस देनी पड़ती है। जिस तरह मटेरियल चीजों की प्राइस देनी पड़ती है, ऐसे ही इंटेलेक्चुअल चीजों की प्राइस देनी पड़ती है।</w:t>
      </w:r>
    </w:p>
    <w:p>
      <w:r>
        <w:rPr>
          <w:b/>
        </w:rPr>
        <w:t xml:space="preserve">[02:08] </w:t>
      </w:r>
      <w:r>
        <w:t>yaani agar aap ek glass lena hai, to zahir hai ke is ki ek price hai. aise hi apne ko positive mind banana hai, to us ki price hai.</w:t>
      </w:r>
    </w:p>
    <w:p>
      <w:pPr>
        <w:jc w:val="right"/>
      </w:pPr>
      <w:r>
        <w:t>यानी अगर आप एक गिलास लेना है, तो जाहिर है कि इसकी एक प्राइस है। ऐसे ही अपने को पॉजिटिव माइंड बनाना है, तो उसकी प्राइस है।</w:t>
      </w:r>
    </w:p>
    <w:p>
      <w:r>
        <w:rPr>
          <w:b/>
        </w:rPr>
        <w:t xml:space="preserve">[02:22] </w:t>
      </w:r>
      <w:r>
        <w:t>us ki price yeh hai ke aap apne soch ko bohat zyada develop karein, apne aap ko bohat zyada infrastructure karein,</w:t>
      </w:r>
    </w:p>
    <w:p>
      <w:pPr>
        <w:jc w:val="right"/>
      </w:pPr>
      <w:r>
        <w:t>उसकी प्राइस यह है कि आप अपने सोच को बहुत ज्यादा डेवलप करें, अपने आप को बहुत ज्यादा इंफ्रास्ट्रक्चर करें,</w:t>
      </w:r>
    </w:p>
    <w:p>
      <w:r>
        <w:rPr>
          <w:b/>
        </w:rPr>
        <w:t xml:space="preserve">[02:39] </w:t>
      </w:r>
      <w:r>
        <w:t>aur dhoondh-dhoondh kar negative item ko nikale. jaise kal dekhiye, mere paas ek ek khatoon ka telephone aaya. ro rahi thi, ro rahi thi. main kyun ro rahi hoon?</w:t>
      </w:r>
    </w:p>
    <w:p>
      <w:pPr>
        <w:jc w:val="right"/>
      </w:pPr>
      <w:r>
        <w:t>औरढूंढ-ढूंढ कर नेगेटिव आइटम को निकाले। जैसे कल देखिए, मेरे पास एक एक खातून का टेलीफोन आया। रो रही थी, रो रही थी। मैं क्यों रो रही हूं?</w:t>
      </w:r>
    </w:p>
    <w:p>
      <w:r>
        <w:rPr>
          <w:b/>
        </w:rPr>
        <w:t xml:space="preserve">[02:55] </w:t>
      </w:r>
      <w:r>
        <w:t>kya aap ko koi maash masla hai? to kya kehti hain? dekhiye, Alhamdulillah, financial condition, financial position to achhi hai. unhi ke alfaaz the, Alhamdulillah, financial position to achhi hai. lekin meri maa bohat tension mein rehti hain aur us ki wajah se main pareshan rehti hoon.</w:t>
      </w:r>
    </w:p>
    <w:p>
      <w:pPr>
        <w:jc w:val="right"/>
      </w:pPr>
      <w:r>
        <w:t>क्या आपको कोई माश मसला है? तो क्या कहती हैं? देखिए, अल्हम्दुलिल्लाह, फाइनेंशियल कंडीशन, फाइनेंशियल पोजीशन तो अच्छी है। उन्हीं के अल्फाज थे, अल्हम्दुलिल्लाह, फाइनेंशियल पोजीशन तो अच्छी है। लेकिन मेरी मां बहुत टेंशन में रहती हैं और उसकी वजह से मैं परेशान रहती हूं।</w:t>
      </w:r>
    </w:p>
    <w:p>
      <w:r>
        <w:rPr>
          <w:b/>
        </w:rPr>
        <w:t xml:space="preserve">[03:16] </w:t>
      </w:r>
      <w:r>
        <w:t>aap gaur kijiye, yeh contradictory statement hai. jab aap ko Allah taala ne maash aitbar se is qabil banaya hai ke aap ka kaam chal raha hai, to kisi doosre ke problem ko lekar aap ko apna head banani hai. chahe woh doosra maa ho ya</w:t>
      </w:r>
    </w:p>
    <w:p>
      <w:pPr>
        <w:jc w:val="right"/>
      </w:pPr>
      <w:r>
        <w:t>आप गौर कीजिए, यह कंट्राडिक्टरी स्टेटमेंट है। जब आपको अल्लाह ताला ने माश एतबार से इस काबिल बनाया है कि आपका काम चल रहा है, तो किसी दूसरे के प्रॉब्लम को लेकर आपको अपना हेड बनानी है। चाहे वो दूसरा मां हो या</w:t>
      </w:r>
    </w:p>
    <w:p>
      <w:r>
        <w:rPr>
          <w:b/>
        </w:rPr>
        <w:t xml:space="preserve">[03:34] </w:t>
      </w:r>
      <w:r>
        <w:t>baap ho ya bhai ho ya behan ho.</w:t>
      </w:r>
    </w:p>
    <w:p>
      <w:pPr>
        <w:jc w:val="right"/>
      </w:pPr>
      <w:r>
        <w:t>बाप हो या भाई हो या बहन हो।</w:t>
      </w:r>
    </w:p>
    <w:p>
      <w:r>
        <w:rPr>
          <w:b/>
        </w:rPr>
        <w:t xml:space="preserve">[03:43] </w:t>
      </w:r>
      <w:r>
        <w:t>to maine unse kaha ki dekhiye, yeh to aap. aapko agarche allah taala ne, yaani aapki zarooraten poori ho rahi hain, aapko jawab mila hua hai, tab bhi aap nashukr jee rahi hain. tab bhi aap nashukr jee rahi hain. nashukr jeena to haraam hai.</w:t>
      </w:r>
    </w:p>
    <w:p>
      <w:pPr>
        <w:jc w:val="right"/>
      </w:pPr>
      <w:r>
        <w:t>तो मैंने उनसे कहा कि देखिए, यह तो आप। आपको अगरचे अल्लाह ताला ने, यानी आपकी जरूरतें पूरी हो रही हैं, आपको जवाब मिला हुआ है, तब भी आप नाशुक्र जी रही हैं। तब भी आप नाशुक्र जी रही हैं। नाशुक्र जीना तो हराम है।</w:t>
      </w:r>
    </w:p>
    <w:p>
      <w:r>
        <w:rPr>
          <w:b/>
        </w:rPr>
        <w:t xml:space="preserve">[04:01] </w:t>
      </w:r>
      <w:r>
        <w:t>to socha nahi unhone, bagair soche samjhe, bawajood ki allah taala ne ek ek jawab de diya, kaam chal chalta hai unka, phir bhi kisi aur ke masle ko lekar tension mein padi hui hai. yeh na sochne ki wajah se. to dekhiye,</w:t>
      </w:r>
    </w:p>
    <w:p>
      <w:pPr>
        <w:jc w:val="right"/>
      </w:pPr>
      <w:r>
        <w:t>तो सोचा नहीं उन्होंने, बगैर सोचे समझे, बावजूद कि अल्लाह ताला ने एक एक जवाब दे दिया, काम चल चलता है उनका, फिर भी किसी और के मसले को लेकर टेंशन में पड़ी हुई है। यह ना सोचने की वजह से। तो देखिए,</w:t>
      </w:r>
    </w:p>
    <w:p>
      <w:r>
        <w:rPr>
          <w:b/>
        </w:rPr>
        <w:t xml:space="preserve">[04:18] </w:t>
      </w:r>
      <w:r>
        <w:t>positive thinking ki keemat yeh hai ki aadmi soche, soche, soche, aur jab usko mehsoos ho ki yeh item mere jan mein galat aa gaya hai, isko mujhe nikalna hai, to us item ko nikaliye. us item ko nikaliye, uska item ko sort out kijiye.</w:t>
      </w:r>
    </w:p>
    <w:p>
      <w:pPr>
        <w:jc w:val="right"/>
      </w:pPr>
      <w:r>
        <w:t>पॉजिटिव थिंकिंग की कीमत यह है कि आदमी सोचे, सोचे, सोचे, और जब उसको महसूस हो कि यह आइटम मेरे जन में गलत आ गया है, इसको मुझे निकालना है, तो उस आइटम को निकालिए। उस आइटम को निकालिए, उसका आइटम को सॉर्ट आउट कीजिए।</w:t>
      </w:r>
    </w:p>
    <w:p>
      <w:r>
        <w:rPr>
          <w:b/>
        </w:rPr>
        <w:t xml:space="preserve">[04:36] </w:t>
      </w:r>
      <w:r>
        <w:t>to yeh ek ek process chalana hoga aap apne mind mein, tab aisa hoga ki aadmi ke andar positive thinking paida ho.</w:t>
      </w:r>
    </w:p>
    <w:p>
      <w:pPr>
        <w:jc w:val="right"/>
      </w:pPr>
      <w:r>
        <w:t>तो यह एक एक प्रोसेस चलाना होगा आप अपने माइंड में, तब ऐसा होगा कि आदमी के अंदर पॉजिटिव थिंकिंग पैदा हो।</w:t>
      </w:r>
    </w:p>
    <w:p>
      <w:r>
        <w:rPr>
          <w:b/>
        </w:rPr>
        <w:t xml:space="preserve">[04:50] </w:t>
      </w:r>
      <w:r>
        <w:t>maulana, agla sawal shah imran hasan sahab ka hai, delhi se. unhone likha hai, "wo cheez jisko rakhrakhav aur vajadari kaha jata hai, kya yeh zehan intellectual development mein rukavat hai?"</w:t>
      </w:r>
    </w:p>
    <w:p>
      <w:pPr>
        <w:jc w:val="right"/>
      </w:pPr>
      <w:r>
        <w:t>मौलाना, अगला सवाल शाह इमरान हसन साहब का है, दिल्ली से। उन्होंने लिखा है, "वह चीज जिसको रखरखाव और वजादारी कहा जाता है, क्या यह जहन इंटेलेक्चुअल डेवलपमेंट में रुकावट है?"</w:t>
      </w:r>
    </w:p>
    <w:p>
      <w:r>
        <w:rPr>
          <w:b/>
        </w:rPr>
        <w:t xml:space="preserve">[05:09] </w:t>
      </w:r>
      <w:r>
        <w:t>koi shak nahi, ismein zaroor rukavat hai, balki bahut badi rukavat hai. wo</w:t>
      </w:r>
    </w:p>
    <w:p>
      <w:pPr>
        <w:jc w:val="right"/>
      </w:pPr>
      <w:r>
        <w:t>कोई शक नहीं, इसमें जरूर रुकावट है, बल्कि बहुत बड़ी रुकावट है। वो</w:t>
      </w:r>
    </w:p>
    <w:p>
      <w:r>
        <w:rPr>
          <w:b/>
        </w:rPr>
        <w:t xml:space="preserve">[05:20] </w:t>
      </w:r>
      <w:r>
        <w:t>intellectual intellectual development ke liye destruction hai.</w:t>
      </w:r>
    </w:p>
    <w:p>
      <w:pPr>
        <w:jc w:val="right"/>
      </w:pPr>
      <w:r>
        <w:t>इंटेलेक्चुअल इंटेलेक्चुअल डेवलपमेंट के लिए डिस्ट्रक्शन है।</w:t>
      </w:r>
    </w:p>
    <w:p>
      <w:r>
        <w:rPr>
          <w:b/>
        </w:rPr>
        <w:t xml:space="preserve">[05:27] </w:t>
      </w:r>
      <w:r>
        <w:t>mujhe dekhiye, main to kabhi aapka kapda press bhi nahi karta, kuch bhi nahi. jo hai, wahi pehan liya.</w:t>
      </w:r>
    </w:p>
    <w:p>
      <w:pPr>
        <w:jc w:val="right"/>
      </w:pPr>
      <w:r>
        <w:t>मुझे देखिए, मैं तो कभी आपका कपड़ा प्रेस भी नहीं करता, कुछ भी नहीं। जो है, वही पहन लिया।</w:t>
      </w:r>
    </w:p>
    <w:p>
      <w:r>
        <w:rPr>
          <w:b/>
        </w:rPr>
        <w:t xml:space="preserve">[05:36] </w:t>
      </w:r>
      <w:r>
        <w:t>kuch bhi nahi sochta ki press nahi hai, to log dekhkar hasenge. to haath doosre hasein, to hasein. hamein kya karna hai?</w:t>
      </w:r>
    </w:p>
    <w:p>
      <w:pPr>
        <w:jc w:val="right"/>
      </w:pPr>
      <w:r>
        <w:t>कुछ भी नहीं सोचता कि प्रेस नहीं है, तो लोग देखकर हसेंगे। तो हाथ दूसरे हंसे, तो हंसे। हमें क्या करना है?</w:t>
      </w:r>
    </w:p>
    <w:p>
      <w:r>
        <w:rPr>
          <w:b/>
        </w:rPr>
        <w:t xml:space="preserve">[05:43] </w:t>
      </w:r>
      <w:r>
        <w:t>vaja kata kya hai? doosron ke lihaz se jeena. doosre log dekhein ki mera lihaz theek hai, meri dadi theek hai, meri topi theek hai. hum doosron ke liye kyu jiye?</w:t>
      </w:r>
    </w:p>
    <w:p>
      <w:pPr>
        <w:jc w:val="right"/>
      </w:pPr>
      <w:r>
        <w:t>वजा कता क्या है? दूसरों के लिहाज से जीना। दूसरे लोग देखें कि मेरा लिहाजठीक है, मेरी दाढ़ीठीक है, मेरी टोपीठीक है। हम दूसरों के लिए क्यों जिए?</w:t>
      </w:r>
    </w:p>
    <w:p>
      <w:r>
        <w:rPr>
          <w:b/>
        </w:rPr>
        <w:t xml:space="preserve">[05:56] </w:t>
      </w:r>
      <w:r>
        <w:t>vaja kata jisko kehte hain, wo doosron ke liye jeena hai. wo to main doosron ke liye nahi jeeta, main apne liye jeeta hoon. meri koi vaja kata nahi. to yeh destruction hai,</w:t>
      </w:r>
    </w:p>
    <w:p>
      <w:pPr>
        <w:jc w:val="right"/>
      </w:pPr>
      <w:r>
        <w:t>वजा कता जिसको कहते हैं, वो दूसरों के लिए जीना है। वो तो मैं दूसरों के लिए नहीं जीता, मैं अपने लिए जीता हूं। मेरी कोई वजा कता नहीं। तो यह डिस्ट्रक्शन है,</w:t>
      </w:r>
    </w:p>
    <w:p>
      <w:r>
        <w:rPr>
          <w:b/>
        </w:rPr>
        <w:t xml:space="preserve">[06:10] </w:t>
      </w:r>
      <w:r>
        <w:t>aur uski wajah se aadmi ka mind jo hai,</w:t>
      </w:r>
    </w:p>
    <w:p>
      <w:pPr>
        <w:jc w:val="right"/>
      </w:pPr>
      <w:r>
        <w:t>और उसकी वजह से आदमी का माइंड जो है,</w:t>
      </w:r>
    </w:p>
    <w:p>
      <w:r>
        <w:rPr>
          <w:b/>
        </w:rPr>
        <w:t xml:space="preserve">[06:13] </w:t>
      </w:r>
      <w:r>
        <w:t>wo bata rehta hai. ya bajaye iske ki wo poori tarike se soche sachchai ke bare mein, kuch idhar sochta hai, kuch idhar sochta hai ki log kya kahenge. to vaja kata main samajhta hoon ki yeh sirf ek</w:t>
      </w:r>
    </w:p>
    <w:p>
      <w:pPr>
        <w:jc w:val="right"/>
      </w:pPr>
      <w:r>
        <w:t>वो बटा रहता है। या बजाय इसके कि वह पूरी तरीके से सोचे सच्चाई के बारे में, कुछ इधर सोचता है, कुछ इधर सोचता है कि लोग क्या कहेंगे। तो वजा कता मैं समझता हूं कि यह सिर्फ एक</w:t>
      </w:r>
    </w:p>
    <w:p>
      <w:r>
        <w:rPr>
          <w:b/>
        </w:rPr>
        <w:t xml:space="preserve">[06:30] </w:t>
      </w:r>
      <w:r>
        <w:t>culture ki baat hai, uska islam se koi taluq nahi hai. ek culture mein rehte-rehte aadmi usko condition ho jata hai, to vaja kata ka bahut ehtimam karta hai. vaja kata main kuch bhi nahi sochta, nothing.</w:t>
      </w:r>
    </w:p>
    <w:p>
      <w:pPr>
        <w:jc w:val="right"/>
      </w:pPr>
      <w:r>
        <w:t>कल्चर की बात है, उसका इस्लाम से कोई ताल्लुक नहीं है। एक कल्चर में रहते-रहते आदमी उसको कंडीशन हो जाता है, तो वजा कता का बहुत एहतमाम करता है। वजा कता मैं कुछ भी नहीं सोचता, नथिंग।</w:t>
      </w:r>
    </w:p>
    <w:p>
      <w:r>
        <w:rPr>
          <w:b/>
        </w:rPr>
        <w:t xml:space="preserve">[06:47] </w:t>
      </w:r>
      <w:r>
        <w:t>aur iska bahut bada dena padta hai nuksan aadmi ko ki intellectual development ka thap ho jata hai. uska mind koi har waqt uski soch mein doosri baatein rehti hain,</w:t>
      </w:r>
    </w:p>
    <w:p>
      <w:pPr>
        <w:jc w:val="right"/>
      </w:pPr>
      <w:r>
        <w:t>और इसका बहुत बड़ा देना पड़ता है नुकसान आदमी को कि इंटेलेक्चुअल डेवलपमेंट का ठप हो जाता है। उसका माइंड कोई हर वक्त उसकी सोच में दूसरी बातें रहती हैं,</w:t>
      </w:r>
    </w:p>
    <w:p>
      <w:r>
        <w:rPr>
          <w:b/>
        </w:rPr>
        <w:t xml:space="preserve">[07:02] </w:t>
      </w:r>
      <w:r>
        <w:t>doosri baatein rehti hain.</w:t>
      </w:r>
    </w:p>
    <w:p>
      <w:pPr>
        <w:jc w:val="right"/>
      </w:pPr>
      <w:r>
        <w:t>दूसरी बातें रहती हैं।</w:t>
      </w:r>
    </w:p>
    <w:p>
      <w:r>
        <w:rPr>
          <w:b/>
        </w:rPr>
        <w:t xml:space="preserve">[07:06] </w:t>
      </w:r>
      <w:r>
        <w:t>ek baar main ek jagah namaz padhi, maine to apni aankhon ko dekha. wo custom batata hoon aapko,</w:t>
      </w:r>
    </w:p>
    <w:p>
      <w:pPr>
        <w:jc w:val="right"/>
      </w:pPr>
      <w:r>
        <w:t>एक बार मैं एक जगह नमाज पढ़ी, मैंने तो अपनी आंखों को देखा। वो कस्टम बताता हूं आपको,</w:t>
      </w:r>
    </w:p>
    <w:p>
      <w:r>
        <w:rPr>
          <w:b/>
        </w:rPr>
        <w:t xml:space="preserve">[07:13] </w:t>
      </w:r>
      <w:r>
        <w:t>namaz padhi to wo jo wahan par jo farsh tha, saaf nahi tha, matlab gard thi wahan par. gard. aur ek sahab aaye, jo bahut vaja kata wale, khoob achhi sherwani pehni hui thi, saaf suthri, press ki hui,</w:t>
      </w:r>
    </w:p>
    <w:p>
      <w:pPr>
        <w:jc w:val="right"/>
      </w:pPr>
      <w:r>
        <w:t>नमाज पढ़ी तो वो जो वहां पर जो फर्श था, साफ नहीं था, मतलब गर्द थी वहां पर। गर्द। और एक साहब आए, जो बहुत वजा कता वाले, खूब अच्छी शरवानी पहनी हुई थी, साफ सुथरी, प्रेस की हुई,</w:t>
      </w:r>
    </w:p>
    <w:p>
      <w:r>
        <w:rPr>
          <w:b/>
        </w:rPr>
        <w:t xml:space="preserve">[07:27] </w:t>
      </w:r>
      <w:r>
        <w:t>aur bahut saaf suthra pajama, aur bahut saaf suthri topi. to poora vaja kata ka namuna the wo. ab wo namaz padhna tha, to usmein to gard padi hui thi.</w:t>
      </w:r>
    </w:p>
    <w:p>
      <w:pPr>
        <w:jc w:val="right"/>
      </w:pPr>
      <w:r>
        <w:t>और बहुत साफ सुथरा पजामा, और बहुत साफ सुथरी टोपी। तो पूरा वजा कता का नमूना थे वो। अब वो नमाज पढ़ना था, तो उसमें तो गर्द पड़ी हुई थी।</w:t>
      </w:r>
    </w:p>
    <w:p>
      <w:r>
        <w:rPr>
          <w:b/>
        </w:rPr>
        <w:t xml:space="preserve">[07:38] </w:t>
      </w:r>
      <w:r>
        <w:t>to maine dekha ki jab wo jate hain sajde mein, to sajde mein haath rakhna padta hai zameen par. har baar jab uthte the, to aise karte the wo, yaani gard jhadte the wo. kyunki wo gard jo hai, jab kapde mein lag jayegi, jab wo niyat bandhenge, jab baithenge, to</w:t>
      </w:r>
    </w:p>
    <w:p>
      <w:pPr>
        <w:jc w:val="right"/>
      </w:pPr>
      <w:r>
        <w:t>तो मैंने देखा कि जब वो जाते हैं सजदे में, तो सजदे में हाथ रखना पड़ता है जमीन पर। हर बार जब उठते थे, तो ऐसे करते थे वो, यानी गर्द झाड़ते थे वो। क्योंकि वो गर्द जो है, जब कपड़े में लग जाएगी, जब वो नियत बांधेंगे, जब बैठेंगे, तो</w:t>
      </w:r>
    </w:p>
    <w:p>
      <w:r>
        <w:rPr>
          <w:b/>
        </w:rPr>
        <w:t xml:space="preserve">[07:55] </w:t>
      </w:r>
      <w:r>
        <w:t>har baar jab sajde mein jate the wo. to wo aise jhad deti. yeh waji vaja kata supreme ban jati hai. to baharhal, main vaja kata ko kuch nahi bhi samajhta. aadmi ke liye sabse aham baat hai ki uske zehan mein</w:t>
      </w:r>
    </w:p>
    <w:p>
      <w:pPr>
        <w:jc w:val="right"/>
      </w:pPr>
      <w:r>
        <w:t>हर बार जब सजदे में जाते थे वो। तो वो ऐसे झाड़ देती। ये वजी वजा कता सुप्रीम बन जाती है। तो बहरहाल, मैं वजा कता को कुछ नहीं भी समझता। आदमी के लिए सबसे अहम बात है कि उसके जहन में</w:t>
      </w:r>
    </w:p>
    <w:p>
      <w:r>
        <w:rPr>
          <w:b/>
        </w:rPr>
        <w:t xml:space="preserve">[08:13] </w:t>
      </w:r>
      <w:r>
        <w:t>intellectual development ka process barabar non stop jari rahe.</w:t>
      </w:r>
    </w:p>
    <w:p>
      <w:pPr>
        <w:jc w:val="right"/>
      </w:pPr>
      <w:r>
        <w:t>इंटेलेक्चुअल डेवलपमेंट का प्रोसेस बराबर नॉन स्टॉप जारी रहे।</w:t>
      </w:r>
    </w:p>
    <w:p>
      <w:r>
        <w:rPr>
          <w:b/>
        </w:rPr>
        <w:t xml:space="preserve">[08:24] </w:t>
      </w:r>
      <w:r>
        <w:t>maulana, agla sawal miss saira latif ka hai, karachi, pakistan se.</w:t>
      </w:r>
    </w:p>
    <w:p>
      <w:pPr>
        <w:jc w:val="right"/>
      </w:pPr>
      <w:r>
        <w:t>मौलाना, अगला सवाल मिस सायरा लतीफ का है, कराची, पाकिस्तान से।</w:t>
      </w:r>
    </w:p>
    <w:p>
      <w:r>
        <w:rPr>
          <w:b/>
        </w:rPr>
        <w:t xml:space="preserve">[08:28] </w:t>
      </w:r>
      <w:r>
        <w:t>unhon ne likha hai, "maujooda duniya mein hamesha aik insaan aur doosre insaan ke darmiyan oonch-neech rehti hai.</w:t>
      </w:r>
    </w:p>
    <w:p>
      <w:pPr>
        <w:jc w:val="right"/>
      </w:pPr>
      <w:r>
        <w:t>उन्होंने लिखा है, "मौजूदा दुनिया में हमेशा एक इंसान और दूसरे इंसान के दरमियान ऊंच-नीच रहती है।</w:t>
      </w:r>
    </w:p>
    <w:p>
      <w:r>
        <w:rPr>
          <w:b/>
        </w:rPr>
        <w:t xml:space="preserve">[08:37] </w:t>
      </w:r>
      <w:r>
        <w:t>is bina par aksar insaan sukoon se mahroom zindagi guzaarte hain.</w:t>
      </w:r>
    </w:p>
    <w:p>
      <w:pPr>
        <w:jc w:val="right"/>
      </w:pPr>
      <w:r>
        <w:t>इस बिना पर अक्सर इंसान सुकून से महरूम जिंदगी गुजारते हैं।</w:t>
      </w:r>
    </w:p>
    <w:p>
      <w:r>
        <w:rPr>
          <w:b/>
        </w:rPr>
        <w:t xml:space="preserve">[08:43] </w:t>
      </w:r>
      <w:r>
        <w:t>woh un logon ko dekhte rehte hain jin logon se, jin logon ko zyada mila hua hai.</w:t>
      </w:r>
    </w:p>
    <w:p>
      <w:pPr>
        <w:jc w:val="right"/>
      </w:pPr>
      <w:r>
        <w:t>वह उन लोगों को देखते रहते हैं जिन लोगों से, जिन लोगों को ज्यादा मिला हुआ है।</w:t>
      </w:r>
    </w:p>
    <w:p>
      <w:r>
        <w:rPr>
          <w:b/>
        </w:rPr>
        <w:t xml:space="preserve">[08:50] </w:t>
      </w:r>
      <w:r>
        <w:t>isi tarah woh musalsal taur par aik qism ki hasrat ki nafs mein mubtala rehte hain aur isi</w:t>
      </w:r>
    </w:p>
    <w:p>
      <w:pPr>
        <w:jc w:val="right"/>
      </w:pPr>
      <w:r>
        <w:t>इसी तरह वह मुसलसल तौर पर एक किस्म की हसरत की नफ्स में मुब्तला रहते हैं और इसी</w:t>
      </w:r>
    </w:p>
    <w:p>
      <w:r>
        <w:rPr>
          <w:b/>
        </w:rPr>
        <w:t xml:space="preserve">[08:58] </w:t>
      </w:r>
      <w:r>
        <w:t>haal mein mar jaate hain.</w:t>
      </w:r>
    </w:p>
    <w:p>
      <w:pPr>
        <w:jc w:val="right"/>
      </w:pPr>
      <w:r>
        <w:t>हाल में मर जाते हैं।</w:t>
      </w:r>
    </w:p>
    <w:p>
      <w:r>
        <w:rPr>
          <w:b/>
        </w:rPr>
        <w:t xml:space="preserve">[09:00] </w:t>
      </w:r>
      <w:r>
        <w:t>maulana sahab, islam mein is masle ka hal kya b</w:t>
      </w:r>
    </w:p>
    <w:p>
      <w:pPr>
        <w:jc w:val="right"/>
      </w:pPr>
      <w:r>
        <w:t>मौलाना साहब, इस्लाम में इस मसले का हल क्या ब</w:t>
      </w:r>
    </w:p>
    <w:p>
      <w:r>
        <w:rPr>
          <w:b/>
        </w:rPr>
        <w:t xml:space="preserve">[09:04] </w:t>
      </w:r>
      <w:r>
        <w:t>taya gaya hai?" ek hadis theek isi masle ke bare mein hai, isi masle ke bare mein hadis hai. usmein yeh hai ki apne se neeche ko dekho taaki tumhara shukr paida ho. apne se ooncho ke dekhoge to to shaka paida hogi.</w:t>
      </w:r>
    </w:p>
    <w:p>
      <w:pPr>
        <w:jc w:val="right"/>
      </w:pPr>
      <w:r>
        <w:t>ताया गया है?" एक हदीसठीक इसी मसले के बारे में है, इसी मसले के बारे में हदीस है। उसमें यह है कि अपने से नीचे को देखो ताकि तुम्हारा शुक्र पैदा हो। अपने से ऊंचो के देखोगे तो तो शका पैदा होगी।</w:t>
      </w:r>
    </w:p>
    <w:p>
      <w:r>
        <w:rPr>
          <w:b/>
        </w:rPr>
        <w:t xml:space="preserve">[09:26] </w:t>
      </w:r>
      <w:r>
        <w:t>yeh baqayda isi par hadis hai.</w:t>
      </w:r>
    </w:p>
    <w:p>
      <w:pPr>
        <w:jc w:val="right"/>
      </w:pPr>
      <w:r>
        <w:t>यह बाकायदा इसी पर हदीस है।</w:t>
      </w:r>
    </w:p>
    <w:p>
      <w:r>
        <w:rPr>
          <w:b/>
        </w:rPr>
        <w:t xml:space="preserve">[09:36] </w:t>
      </w:r>
      <w:r>
        <w:t>to hamesha samaj mein hamesha oonch-neech rahega. quran mein hai ki allah taala ne sabko barabar nahi, sabko barabar nahi deta. sab fark rehta hai. fark jo hai, wo nature mein hai. zaroor fark rahega. kisi ko kam baday rahega, kisi ko zyada rahega.</w:t>
      </w:r>
    </w:p>
    <w:p>
      <w:pPr>
        <w:jc w:val="right"/>
      </w:pPr>
      <w:r>
        <w:t>तो हमेशा समाज में हमेशा ऊंच-नीच रहेगा। कुरान में है कि अल्लाह ताला ने सबको बराबर नहीं, सबको बराबर नहीं देता। सब फर्क रहता है। फर्क जो है, वो नेचर में है। जरूर फर्क रहेगा। किसी को कम बदाय रहेगा, किसी को ज्यादा रहेगा।</w:t>
      </w:r>
    </w:p>
    <w:p>
      <w:r>
        <w:rPr>
          <w:b/>
        </w:rPr>
        <w:t xml:space="preserve">[09:55] </w:t>
      </w:r>
      <w:r>
        <w:t>wo bhi wakti hota hai. ya aaj kam hai, kisi ko kal usko zyada ho jayega. aaj zyada kisi ke paas hai, kal kam ho jayega. yeh sab chalta rehta hai. to hadis hai ki apne se neeche wale ko dekho taaki tumhara shukr paida ho. apne se oonche ko mat dekho, warna tum nashukr pad jaoge aur allah ka, yaani</w:t>
      </w:r>
    </w:p>
    <w:p>
      <w:pPr>
        <w:jc w:val="right"/>
      </w:pPr>
      <w:r>
        <w:t>वो भी वक्ति होता है। या आज कम है, किसी को कल उसको ज्यादा हो जाएगा। आज ज्यादा किसी के पास है, कल कम हो जाएगा। यह सब चलता रहता है। तो हदीस है कि अपने से नीचे वाले को देखो ताकि तुम्हारा शुक्र पैदा हो। अपने से ऊंचे को मत देखो, वरना तुम नाशुक्र पड़ जाओगे और अल्लाह का, यानी</w:t>
      </w:r>
    </w:p>
    <w:p>
      <w:r>
        <w:rPr>
          <w:b/>
        </w:rPr>
        <w:t xml:space="preserve">[10:19] </w:t>
      </w:r>
      <w:r>
        <w:t>ko acknowledge karne ke bajaye tumhara din khatm ho jayega. baqayda ek hadis hai isi maujood ke bare mein.</w:t>
      </w:r>
    </w:p>
    <w:p>
      <w:pPr>
        <w:jc w:val="right"/>
      </w:pPr>
      <w:r>
        <w:t>को अक्नॉलेज करने के बजाय तुम्हारा दिन खत्म हो जाएगा। बाकायदा एक हदीस है इसी मौजूद के बारे में।</w:t>
      </w:r>
    </w:p>
    <w:p>
      <w:r>
        <w:rPr>
          <w:b/>
        </w:rPr>
        <w:t xml:space="preserve">[10:29] </w:t>
      </w:r>
      <w:r>
        <w:t>maulana, agla sawal maulana hafiz iqbal sahab ka hai, bangalore se. unhone likha hai, "creative mind aur rational mind mein kya fark fark fark hai?</w:t>
      </w:r>
    </w:p>
    <w:p>
      <w:pPr>
        <w:jc w:val="right"/>
      </w:pPr>
      <w:r>
        <w:t>मौलाना, अगला सवाल मौलाना हाफिज इकबाल साहब का है, बेंगलोर से। उन्होंने लिखा है, "क्रिएटिव माइंड और रैशनल माइंड में क्या फर्क फर्क फर्क है?</w:t>
      </w:r>
    </w:p>
    <w:p>
      <w:r>
        <w:rPr>
          <w:b/>
        </w:rPr>
        <w:t xml:space="preserve">[10:41] </w:t>
      </w:r>
      <w:r>
        <w:t>iske bare mein bataein."</w:t>
      </w:r>
    </w:p>
    <w:p>
      <w:pPr>
        <w:jc w:val="right"/>
      </w:pPr>
      <w:r>
        <w:t>इसके बारे में बताएं।"</w:t>
      </w:r>
    </w:p>
    <w:p>
      <w:r>
        <w:rPr>
          <w:b/>
        </w:rPr>
        <w:t xml:space="preserve">[10:47] </w:t>
      </w:r>
      <w:r>
        <w:t>dekhiye, creative mind ka matlab hota hai potential. yaani uske andar ek potential ho ki wah kisi obsession ke bagair soch sake aur musalsal nai baaton uska mind mein aa sake. to creative mind jo hai, wo potential ko batata hai,</w:t>
      </w:r>
    </w:p>
    <w:p>
      <w:pPr>
        <w:jc w:val="right"/>
      </w:pPr>
      <w:r>
        <w:t>देखिए, क्रिएटिव माइंड का मतलब होता है पोटेंशियल। यानी उसके अंदर एक पोटेंशियल हो कि वह किसी ऑब्सेशन के बगैर सोच सके और मुसलसल नई बातों उसका माइंड में आ सके। तो क्रिएटिव माइंड जो है, वो पोटेंशियल को बताता है,</w:t>
      </w:r>
    </w:p>
    <w:p>
      <w:r>
        <w:rPr>
          <w:b/>
        </w:rPr>
        <w:t xml:space="preserve">[11:09] </w:t>
      </w:r>
      <w:r>
        <w:t>yaani bilkuba salahiyat ko batata hai. lekin rational ka matlab yeh hai ki aadmi ke andar objectivity aa jaye. mutal karne se usko maloom ho ki kya right hai, kya wrong hai, kya logical hai, kya illogical hai,</w:t>
      </w:r>
    </w:p>
    <w:p>
      <w:pPr>
        <w:jc w:val="right"/>
      </w:pPr>
      <w:r>
        <w:t>यानी बिलकूबा सलाहियत को बताता है। लेकिन रैशनल का मतलब यह है कि आदमी के अंदर ऑब्जेक्टिविटी आ जाए। मुताल करने से उसको मालूम हो कि क्या राइट है, क्या रंग है, क्या लॉजिकल है, क्या इलॉजिकल है,</w:t>
      </w:r>
    </w:p>
    <w:p>
      <w:r>
        <w:rPr>
          <w:b/>
        </w:rPr>
        <w:t xml:space="preserve">[11:25] </w:t>
      </w:r>
      <w:r>
        <w:t>kya ilmi hai, kya ghair ilmi hai. yeh fark jaan le to uske andar rational thinking aayegi. to creative thinking sirf potential ko batata hai aur rational thinking batata hai ek ek mature insaan jo apne mutalik wajah se</w:t>
      </w:r>
    </w:p>
    <w:p>
      <w:pPr>
        <w:jc w:val="right"/>
      </w:pPr>
      <w:r>
        <w:t>क्या इल्मी है, क्या गैर इल्मी है। यह फर्क जान ले तो उसके अंदर रैशनल थिंकिंग आएगी। तो क्रिएटिव थिंकिंग सिर्फ पोटेंशियल को बताता है और रैशनल थिंकिंग बताता है एक एक मैच्योर इंसान जो अपने मुतालिक वजह से</w:t>
      </w:r>
    </w:p>
    <w:p>
      <w:r>
        <w:rPr>
          <w:b/>
        </w:rPr>
        <w:t xml:space="preserve">[11:42] </w:t>
      </w:r>
      <w:r>
        <w:t>is is stage par pahunch chuka ho ki wo fark kar sake ki kya cheez theek hai, kya cheez theek nahi hai. aur phir rational analysis kar sake cheezon ka. wo.</w:t>
      </w:r>
    </w:p>
    <w:p>
      <w:pPr>
        <w:jc w:val="right"/>
      </w:pPr>
      <w:r>
        <w:t>इस इस स्टेज पर पहुंच चुका हो कि वो फर्क कर सके कि क्या चीजठीक है, क्या चीजठीक नहीं है। और फिर रैशनल एनालिसिस कर सके चीजों का। वो।</w:t>
      </w:r>
    </w:p>
    <w:p>
      <w:r>
        <w:rPr>
          <w:b/>
        </w:rPr>
        <w:t xml:space="preserve">[11:55] </w:t>
      </w:r>
      <w:r>
        <w:t>maulana, agla sawal karachi, pakistan se hai, aamir bin yusuf sahab ka. unhone likha hai, "main bhi masjid aur madrasa se nikal kar aapke paas aaya hoon. har insaan ka ek boiling point hota hai jo conditioning ki wajah se alag alag hota hai. maulana sahab, kya meri yeh soch sahi hai?"</w:t>
      </w:r>
    </w:p>
    <w:p>
      <w:pPr>
        <w:jc w:val="right"/>
      </w:pPr>
      <w:r>
        <w:t>मौलाना, अगला सवाल कराची, पाकिस्तान से है, आमिर बिन यूसुफ साहब का। उन्होंने लिखा है, "मैं भी मस्जिद और मदरसे से निकलकर आपके पास आया हूं। हर इंसान का एक बॉयलिक पॉइंट होता है जो कंडीशनिंग की वजह से अलग-अलग होता है। मौलाना साहब, क्या मेरी यह सोच सही है?"</w:t>
      </w:r>
    </w:p>
    <w:p>
      <w:r>
        <w:rPr>
          <w:b/>
        </w:rPr>
        <w:t xml:space="preserve">[12:18] </w:t>
      </w:r>
      <w:r>
        <w:t>khair, baharhal, main mera matlab yeh nahi hai ki saare masjid wale, sab madrasa wale ek tarah ke hote hain ya saare college wale ek tarah ke hote hain. isliye maine lafz istemal kiya selective basis par. jiske andar aap dekhen ki yeh seeker hai ya objective hai, yeh katarpan iske andar nahi hai, chhoti chhoti baaton par bhadakta nahi hai,</w:t>
      </w:r>
    </w:p>
    <w:p>
      <w:pPr>
        <w:jc w:val="right"/>
      </w:pPr>
      <w:r>
        <w:t>खैर, बहरहाल, मैं मेरा मतलब यह नहीं है कि सारे मस्जिद वाले, साब मदरसे वाले एक तरह के होते हैं या सारे कॉलेज वाले एक तरह के होते हैं। इसलिए मैंने लफ्ज इस्तेमाल किया सिलेक्टिव बेसिस पर। जिसके अंदर आप देखें कि यह सीकर है या ऑब्जेक्टिव है, यह कटरपन इसके अंदर नहीं है, छोटी-छोटी बातों पर भड़कता नहीं है,</w:t>
      </w:r>
    </w:p>
    <w:p>
      <w:r>
        <w:rPr>
          <w:b/>
        </w:rPr>
        <w:t xml:space="preserve">[12:40] </w:t>
      </w:r>
      <w:r>
        <w:t>to usko pakadiye, usko dawat dijiye. maine yeh isliye kaha ki yaani amuman zyada tar aisa hota hai ki masjid madrasa wale log jo hain, chhoti baaton par bhadakne lagte hain. koi bhi sar par nahi hai, use bhadkaye. pajama ooncha nahi hai, is bhadkaye.</w:t>
      </w:r>
    </w:p>
    <w:p>
      <w:pPr>
        <w:jc w:val="right"/>
      </w:pPr>
      <w:r>
        <w:t>तो उसको पकड़िए, उसको दावत दीजिए। मैंने यह इसलिए कहा कि यानी अमूमन ज्यादातर ऐसा होता है कि मस्जिद मदरसे वाले लोग जो हैं, छोटी बातों पर भड़कने लगते हैं। कोई भी सर पर नहीं है, उसे भड़काए। पजामा ऊंचा नहीं है, इस भड़काए।</w:t>
      </w:r>
    </w:p>
    <w:p>
      <w:r>
        <w:rPr>
          <w:b/>
        </w:rPr>
        <w:t xml:space="preserve">[12:58] </w:t>
      </w:r>
      <w:r>
        <w:t>to aise logon ko aap dawat kaam unke darmiyan nahi kar sakte. unke liye to wahi jo jamaat chal rahi hain, jo fazal wagera ki baat karti hain, wahi log kaam kar sakte hain. unke darmiyan hamara kaam bahut creative kaam hai aur yeh kaam nahi chal sakta aise logon ke andar.</w:t>
      </w:r>
    </w:p>
    <w:p>
      <w:pPr>
        <w:jc w:val="right"/>
      </w:pPr>
      <w:r>
        <w:t>तो ऐसे लोगों को आप दावत काम उनके दरमियान नहीं कर सकते। उनके लिए तो वही जो जमात चल रही हैं, जो फजल वगैरह की बात करती हैं, वही लोग काम कर सकते हैं। उनके दरमियान हमारा काम बहुत क्रिएटिव काम है और यह काम नहीं चल सकता ऐसे लोगों के अंदर।</w:t>
      </w:r>
    </w:p>
    <w:p>
      <w:r>
        <w:rPr>
          <w:b/>
        </w:rPr>
        <w:t xml:space="preserve">[13:15] </w:t>
      </w:r>
      <w:r>
        <w:t>yeh maine kaha.</w:t>
      </w:r>
    </w:p>
    <w:p>
      <w:pPr>
        <w:jc w:val="right"/>
      </w:pPr>
      <w:r>
        <w:t>यह मैंने कहा।</w:t>
      </w:r>
    </w:p>
    <w:p>
      <w:r>
        <w:rPr>
          <w:b/>
        </w:rPr>
        <w:t xml:space="preserve">[13:19] </w:t>
      </w:r>
      <w:r>
        <w:t>maulana, agla sawal tamil nadu se hai, iqbal sahab ka. unhone likha hai, "dawa aur debate mein kya kya fark hai?"</w:t>
      </w:r>
    </w:p>
    <w:p>
      <w:pPr>
        <w:jc w:val="right"/>
      </w:pPr>
      <w:r>
        <w:t>मौलाना, अगला सवाल तमिलनाडु से है, इकबाल साहब का। उन्होंने लिखा है, "दावा और डिबेट में क्या क्या फर्क है?"</w:t>
      </w:r>
    </w:p>
    <w:p>
      <w:r>
        <w:rPr>
          <w:b/>
        </w:rPr>
        <w:t xml:space="preserve">[13:32] </w:t>
      </w:r>
      <w:r>
        <w:t>dekhiye, dawat jo hai, uska usool hai naas banna, innas yaani khairkhwaah banna. to dawat hoti hai isliye ki aap doosre ke khairkhwaah ke jazbe se us par kaam karte hain ki wah jahannum se bach jaye, usko jannat naseeb ho, allah usse razi ho.</w:t>
      </w:r>
    </w:p>
    <w:p>
      <w:pPr>
        <w:jc w:val="right"/>
      </w:pPr>
      <w:r>
        <w:t>देखिए, दावत जो है, उसका उसूल है नास बनना, इन्नास यानी खरखा बनना। तो दावत होती है इसलिए कि आप दूसरे के खरखा के जज्बे से उस पर काम करते हैं कि वह जहन्नम से बच जाए, उसको जन्नत नसीब हो, अल्लाह उससे राजी हो।</w:t>
      </w:r>
    </w:p>
    <w:p>
      <w:r>
        <w:rPr>
          <w:b/>
        </w:rPr>
        <w:t xml:space="preserve">[13:53] </w:t>
      </w:r>
      <w:r>
        <w:t>to dawat jo hai, out of yaani compassion, out of khairkhwaah aati hai. jazbe khairkhwaah se aap kisi ko dawat dene ke liye uth uth khade hote hain. lekin debate to yeh hai ki apni superiority ko establish karna ki mera mazhab superior hai, mera</w:t>
      </w:r>
    </w:p>
    <w:p>
      <w:pPr>
        <w:jc w:val="right"/>
      </w:pPr>
      <w:r>
        <w:t>तो दावत जो है, आउट ऑफ यानी कंपैशन, आउट ऑफ खरखा आती है। जज्बे खरखा से आप किसी को दावत देने के लिए उठ उठ खड़े होते हैं। लेकिन डिबेट तो यह है कि अपनी सुपीरियरी को एस्टेब्लिश करना कि मेरा मजहब सुपीरियर है, मेरा</w:t>
      </w:r>
    </w:p>
    <w:p>
      <w:r>
        <w:rPr>
          <w:b/>
        </w:rPr>
        <w:t xml:space="preserve">[14:16] </w:t>
      </w:r>
      <w:r>
        <w:t>mera deen sabse ooncha hai, mera quran sabse ooncha hai. to apne pride ko establish karna, wo bilkul doosre dhang ki cheez hai, wo ek qaumi cheez hai. dawat ek khalis deeni cheez hai aur yeh jo debate hai, wo ek qaumi cheez hai. yaani qaum ko</w:t>
      </w:r>
    </w:p>
    <w:p>
      <w:pPr>
        <w:jc w:val="right"/>
      </w:pPr>
      <w:r>
        <w:t>मेरा दीन सबसे ऊंचा है, मेरा कुरान सबसे ऊंचा है। तो अपने प्राइड को एस्टेब्लिश करना, वो बिल्कुल दूसरेढंग की चीज है, वो एक कौमी चीज है। दावत एक खालिस दीनी चीज है और यह जो डिबेट है, वह एक कौमी चीज है। यानी कौम को</w:t>
      </w:r>
    </w:p>
    <w:p>
      <w:r>
        <w:rPr>
          <w:b/>
        </w:rPr>
        <w:t xml:space="preserve">[14:32] </w:t>
      </w:r>
      <w:r>
        <w:t>ki qaum qaumi jan ke log chahte hain ki unka unka pride establish ho, unki superiority establish ho. to debater usko feed karta hai, debater unko mutmain karta hai ki haan, tumhara deen sabse ooncha hai. to uska bahut usko fakhr milta hai usse. dono bilkul do alag alag cheez hain. debate qaumi cheez hai aur dawat khalis deeni cheez hai.</w:t>
      </w:r>
    </w:p>
    <w:p>
      <w:pPr>
        <w:jc w:val="right"/>
      </w:pPr>
      <w:r>
        <w:t>कि कौम कौमी जन के लोग चाहते हैं कि उनका उनका प्राइड एस्टेब्लिश हो, उनकी सुपीरियरी एस्टेब्लिश हो। तो डिबेटर उसको फीड करता है, डिबेटर उनको मुतमइन करता है कि हां, तुम्हारा दीन सबसे ऊंचा है। तो उसका बहुत उसको फखर मिलता है उससे। दोनों बिल्कुल दो अलग-अलग चीजें हैं। डिबेट कौमी चीज है और दावत खालिस दीनी चीज है।</w:t>
      </w:r>
    </w:p>
    <w:p>
      <w:r>
        <w:rPr>
          <w:b/>
        </w:rPr>
        <w:t xml:space="preserve">[15:01] </w:t>
      </w:r>
      <w:r>
        <w:t>maulana, agla sawal bangalore se hai, maulana farad ahmad sahab ka. unhone likha hai, "madhu ko sirf akhirat ka benefit ke liye bulana chahiye ya duniya ke liye bhi?</w:t>
      </w:r>
    </w:p>
    <w:p>
      <w:pPr>
        <w:jc w:val="right"/>
      </w:pPr>
      <w:r>
        <w:t>मौलाना, अगला सवाल बेंगलोर से है, मौलाना फरद अहमद साहब का। उन्होंने लिखा है, "मधु को सिर्फ आखिरत का बेनिफिट के लिए बुलाना चाहिए या दुनिया के लिए भी?</w:t>
      </w:r>
    </w:p>
    <w:p>
      <w:r>
        <w:rPr>
          <w:b/>
        </w:rPr>
        <w:t xml:space="preserve">[15:14] </w:t>
      </w:r>
      <w:r>
        <w:t>isko wazeh karein." duniya ko ke liye to wo khud hi, wo aapse zyada khud hi duniya ke liye daud raha hai. duniya ke liye bulane ki zaroorat kya hai?</w:t>
      </w:r>
    </w:p>
    <w:p>
      <w:pPr>
        <w:jc w:val="right"/>
      </w:pPr>
      <w:r>
        <w:t>इसको वाज करें।" दुनिया को के लिए तो वो खुद ही, वो आपसे ज्यादा खुद ही दुनिया के लिए दौड़ रहा है। दुनिया के लिए बुलाने की जरूरत क्या है?</w:t>
      </w:r>
    </w:p>
    <w:p>
      <w:r>
        <w:rPr>
          <w:b/>
        </w:rPr>
        <w:t xml:space="preserve">[15:26] </w:t>
      </w:r>
      <w:r>
        <w:t>kaun hai duniya ke liye nahi daud raha hai?</w:t>
      </w:r>
    </w:p>
    <w:p>
      <w:pPr>
        <w:jc w:val="right"/>
      </w:pPr>
      <w:r>
        <w:t>कौन है दुनिया के लिए नहीं दौड़ रहा है?</w:t>
      </w:r>
    </w:p>
    <w:p>
      <w:r>
        <w:rPr>
          <w:b/>
        </w:rPr>
        <w:t xml:space="preserve">[15:29] </w:t>
      </w:r>
      <w:r>
        <w:t>duniya ke liye bulane ki zaroorat nahi hai, wo to khud hi khud daud rahe hain log. dawat jo hai, wo dawat allah hai. allah ki taraf bulana, allah ki taraf bulane ka kaam ko dawat kaha jata hai. kisi aur taraf bulana ho to wo qaumi hoga, qaumi kaam. wo dawati kaam nahi hoga.</w:t>
      </w:r>
    </w:p>
    <w:p>
      <w:pPr>
        <w:jc w:val="right"/>
      </w:pPr>
      <w:r>
        <w:t>दुनिया के लिए बुलाने की जरूरत नहीं है, वो तो खुद ही खुद दौड़ रहे हैं लोग। दावत जो है, वो दावत अल्लाह है। अल्लाह की तरफ बुलाना, अल्लाह की तरफ बुलाने कामी का को दावत कहा जाता है। किसी और तरफ बुलाना हो तो वो कौमी होगा, कौमी काम। वो दावती काम नहीं होगा।</w:t>
      </w:r>
    </w:p>
    <w:p>
      <w:r>
        <w:rPr>
          <w:b/>
        </w:rPr>
        <w:t xml:space="preserve">[15:54] </w:t>
      </w:r>
      <w:r>
        <w:t>maulana, agla sawal maulana inayatullah umri sahab ka hai, bangalore se. unhone likha hai, "madaris mein aqeeda ke naam lekar, aqeeda ka naam lekar daraya jata hai. yeh aqeeda kya kya hai?"</w:t>
      </w:r>
    </w:p>
    <w:p>
      <w:pPr>
        <w:jc w:val="right"/>
      </w:pPr>
      <w:r>
        <w:t>मौलाना, अगला सवाल मौलाना इनायतुल्लाह उमरी साहब का है, बेंगलोर से। उन्होंने लिखा है, "मदारिस में अकीदे के नाम लेकर, अकीदा का नाम लेकर डराया जाता है। यह अकीदा क्या क्या है?"</w:t>
      </w:r>
    </w:p>
    <w:p>
      <w:r>
        <w:rPr>
          <w:b/>
        </w:rPr>
        <w:t xml:space="preserve">[16:10] </w:t>
      </w:r>
      <w:r>
        <w:t>dekhiye, sahaba ke zabane mein is tarah ki bahas nahi thi ki tumhara aqeeda kharab hai to bad aqeeda ho. yeh to baad ki language hai, daur zawal ki language hai. ek pur asrar lafz hai. yeh khud unse pooche to nahi pata payenge.</w:t>
      </w:r>
    </w:p>
    <w:p>
      <w:pPr>
        <w:jc w:val="right"/>
      </w:pPr>
      <w:r>
        <w:t>देखिए, सहाबा के जबाने में इस तरह की बहस नहीं थी कि तुम्हारा अकीदा खराब है तो बद अकीदा हो। यह तो बाद की लैंग्वेज है, दौर जवाल की लैंग्वेज है। एक पुर असरार लफ्ज है। यह खुद उनसे पूछे तो नहीं पता पाएंगे।</w:t>
      </w:r>
    </w:p>
    <w:p>
      <w:r>
        <w:rPr>
          <w:b/>
        </w:rPr>
        <w:t xml:space="preserve">[16:27] </w:t>
      </w:r>
      <w:r>
        <w:t>khud unse puche to pata nahi payenge. ek ek latifa mujhe yaad hai, maine kisi ne bataya tha ek makam par saccha kissa ki ek ek imam sahab the, woh namaz padhte the masjid mein. to unhone</w:t>
      </w:r>
    </w:p>
    <w:p>
      <w:pPr>
        <w:jc w:val="right"/>
      </w:pPr>
      <w:r>
        <w:t>खुद उनसे पूछे तो पता नहीं पाएंगे। एक एक लतीफा मुझे याद है, मैंने किसी ने बताया था एक मकाम पर सच्चा किस्सा कि एक एक इमाम साहब थे, वह नमाज पढ़ते थे मस्जिद में। तो उन्होंने</w:t>
      </w:r>
    </w:p>
    <w:p>
      <w:r>
        <w:rPr>
          <w:b/>
        </w:rPr>
        <w:t xml:space="preserve">[16:48] </w:t>
      </w:r>
      <w:r>
        <w:t>ek hindu ki dukan thi, wahan par usse sauda kharidte the ghar wale. to wahan gaye lene ke liye to unhone udhar manga usse, paisa baad ko de denge. to use nahi, udhar nahi diya, usne lauta diya. to imam sahab jab suna unhone</w:t>
      </w:r>
    </w:p>
    <w:p>
      <w:pPr>
        <w:jc w:val="right"/>
      </w:pPr>
      <w:r>
        <w:t>एक हिंदू की दुकान थी, वहां पर उससे सौदा खरीदते थे घर वाले। तो वहां गए लेने के लिए तो उन्होंने उधार मांगा उससे, पैसा बाद को दे देंगे। तो उसे नहीं, उधार नहीं दिया, उसने लौटा दिया। तो इमाम साहब जब सुना उन्होंने</w:t>
      </w:r>
    </w:p>
    <w:p>
      <w:r>
        <w:rPr>
          <w:b/>
        </w:rPr>
        <w:t xml:space="preserve">[17:06] </w:t>
      </w:r>
      <w:r>
        <w:t>ki usne saman nahi diya, lauta diya, to kaha, "accha, main usko batata hoon." to khutbe mein woh juma hui thi, takrir ki unhone. unhone kaha ki is parsaari ka aqida kharab hoga, isse koi saman na kharide. to sare mohalle walon ne saman kharida chhod diya. kisi ne socha nahi ki yeh to hindu hai, uska aqida kharab hone ka. aur sahi hone ki kya baat hai?</w:t>
      </w:r>
    </w:p>
    <w:p>
      <w:pPr>
        <w:jc w:val="right"/>
      </w:pPr>
      <w:r>
        <w:t>कि उसने सामान नहीं दिया, लौटा दिया, तो कहा, "अच्छा, मैं उसको बताता हूं।" तो खुत्बे में वो जुमा हुई थी, तकरीर की उन्होंने। उन्होंने कहा कि इस परसारी का अकीदा खराब होगा, इससे कोई सामान ना खरीदे। तो सारे मोहल्ले वालों ने सामान खरीदा छोड़ दिया। किसी ने सोचा नहीं कि ये तो हिंदू है, उसका अकीदा खराब होने का। और सही होने की क्या बात है?</w:t>
      </w:r>
    </w:p>
    <w:p>
      <w:r>
        <w:rPr>
          <w:b/>
        </w:rPr>
        <w:t xml:space="preserve">[17:28] </w:t>
      </w:r>
      <w:r>
        <w:t>to ek pur asrar lafz hai, mysterious lafz, aqida kharab ho gaya. kya hai aqida kharab hui? yani hindu par bhi chashpa, hindu par apply hota hai, woh wahan apply hota hai. kaisi ajib garib baat hai?</w:t>
      </w:r>
    </w:p>
    <w:p>
      <w:pPr>
        <w:jc w:val="right"/>
      </w:pPr>
      <w:r>
        <w:t>तो एक पुर असरार लफ्ज है, मिस्टीरियस लफ्ज, अकीदा खराब हो गया। क्या है अकीदा खराब हुई? यानी हिंदू पर भी चस्पा, हिंदू पर अप्लाई होता है, वो वहां अप्लाई होता है। कैसी अजीब गरीब बात है?</w:t>
      </w:r>
    </w:p>
    <w:p>
      <w:r>
        <w:rPr>
          <w:b/>
        </w:rPr>
        <w:t xml:space="preserve">[17:40] </w:t>
      </w:r>
      <w:r>
        <w:t>to main yeh kahunga ki aap yeh sochiye, kabhi bhi sahaba ki zuban mein yeh zuban boli jati thi. koi ek bhi waqya aap nahi bata sakte ki sahaba ki zuban mein yeh kaha gaya kisi ko, "are bhai, ek aqida kharab ho gaya." yeh to is zamane mein logon ne mubtada taraf par nikala hai,</w:t>
      </w:r>
    </w:p>
    <w:p>
      <w:pPr>
        <w:jc w:val="right"/>
      </w:pPr>
      <w:r>
        <w:t>तो मैं यह कहूंगा कि आप यह सोचिए, कभी भी सहाबा की जबान में यह जबान बोली जाती थी। कोई एक भी वाकया आप नहीं बता सकते कि सहाबा की जबान में यह कहा गया किसी को, "अरे भाई, एक अकीदा खराब हो गया।" यह तो इस जमाने में लोगों ने मुब्तादा तरफ पर निकाला है,</w:t>
      </w:r>
    </w:p>
    <w:p>
      <w:r>
        <w:rPr>
          <w:b/>
        </w:rPr>
        <w:t xml:space="preserve">[17:58] </w:t>
      </w:r>
      <w:r>
        <w:t>aqida kharab ho gaya. kyunki ek mysterious lafz hai. kaise aap jaanchenge usko? usko dil ki baat hai, kaise jaanchenge aap?</w:t>
      </w:r>
    </w:p>
    <w:p>
      <w:pPr>
        <w:jc w:val="right"/>
      </w:pPr>
      <w:r>
        <w:t>अकीदा खराब हो गया। क्योंकि एक मिस्टीरियस लफ्ज है। कैसे आप जांचेंगे उसको? उसको दिल की बात है, कैसे जांचेंगे आप?</w:t>
      </w:r>
    </w:p>
    <w:p>
      <w:r>
        <w:rPr>
          <w:b/>
        </w:rPr>
        <w:t xml:space="preserve">[18:06] </w:t>
      </w:r>
      <w:r>
        <w:t>bas woh chipka denge, log bad-dil ho jayenge aur usse door ho jayenge. to main samajhta hoon ki yeh, yani yeh baat hi galat hai ki aqida kharab ho gaya. objective taur par sabit karna padega ki aadmi ka jo usne kaha hai, jo likha hai,</w:t>
      </w:r>
    </w:p>
    <w:p>
      <w:pPr>
        <w:jc w:val="right"/>
      </w:pPr>
      <w:r>
        <w:t>बस वो चिपका देंगे, लोग बददिल हो जाएंगे और उससे दूर हो जाएंगे। तो मैं समझता हूं कि यह, यानी यह बात ही गलत है कि अकीदा खराब हो गया। ऑब्जेक्टिव तौर पर साबित करना पड़ेगा कि आदमी का जो उसने कहा है, जो लिखा है,</w:t>
      </w:r>
    </w:p>
    <w:p>
      <w:r>
        <w:rPr>
          <w:b/>
        </w:rPr>
        <w:t xml:space="preserve">[18:25] </w:t>
      </w:r>
      <w:r>
        <w:t>jo jiska woh iqrar karta hai ki yeh. to usko lekar ke aap uska tajziya kar sakte hain, usko analysis kar sakte hain. baki yeh kehna aqida kharab ho gaya hai, yeh bilkul sahi nahi hai. kyunki sahaba ke zamane mein iska namuna humko nahi milta.</w:t>
      </w:r>
    </w:p>
    <w:p>
      <w:pPr>
        <w:jc w:val="right"/>
      </w:pPr>
      <w:r>
        <w:t>जो जिसका वो इकरार करता है कि यह। तो उसको लेकर के आप उसका तजिया कर सकते हैं, उसको एनालिसिस कर सकते हैं। बाकी यह कहना अकीदा खराब हो गया है, यह बिल्कुल सही नहीं है। क्योंकि सहाबा के जमाने में इसका नमूना हमको नहीं मिलता।</w:t>
      </w:r>
    </w:p>
    <w:p>
      <w:r>
        <w:rPr>
          <w:b/>
        </w:rPr>
        <w:t xml:space="preserve">[18:45] </w:t>
      </w:r>
      <w:r>
        <w:t>maulana, agla sawal mohammad anas sahab ka hai, delhi se. unhone likha hai, "maulana, mera ek classmate gair muslim hai. uske sath pichhle kai saalon se mera talluq hai,</w:t>
      </w:r>
    </w:p>
    <w:p>
      <w:pPr>
        <w:jc w:val="right"/>
      </w:pPr>
      <w:r>
        <w:t>मौलाना, अगला सवाल मोहम्मद अनस साहब का है, दिल्ली से। उन्होंने लिखा है, "मौलाना, मेरा एक क्लासमेट गैर मुस्लिम है। उसके साथ पिछले कई सालों से मेरा ताल्लुक है,</w:t>
      </w:r>
    </w:p>
    <w:p>
      <w:r>
        <w:rPr>
          <w:b/>
        </w:rPr>
        <w:t xml:space="preserve">[18:58] </w:t>
      </w:r>
      <w:r>
        <w:t>lekin woh bahut zyada gair-akhlaki hai. uske sath talluq rakhna to door, usse baat karna bhi mushkil hai. kyunki jo bhi uske sath rehta hai, woh bahut zyada irritate ho jata hai. main usse kaise friendly behavior rakhkar usse dawat ka kaam karu, iske bare mein bataye."</w:t>
      </w:r>
    </w:p>
    <w:p>
      <w:pPr>
        <w:jc w:val="right"/>
      </w:pPr>
      <w:r>
        <w:t>लेकिन वह बहुत ज्यादा गैर अखलाकी है। उसके साथ ताल्लुक रखना तो दूर, उससे बात करना भी मुश्किल है। क्योंकि जो भी उसके साथ रहता है, वह बहुत ज्यादा इरिटेट हो जाता है। मैं उससे कैसे फ्रेंडली बिहेवियर रखकर उससे दावत का काम करूं, इसके बारे में बताएं।"</w:t>
      </w:r>
    </w:p>
    <w:p>
      <w:r>
        <w:rPr>
          <w:b/>
        </w:rPr>
        <w:t xml:space="preserve">[19:19] </w:t>
      </w:r>
      <w:r>
        <w:t>dekhiye, woh woh bhi to allah ke paas banaya hua hai. kisi aur ne to banaya nahi. usko jo misale de rahe hain aap, to kisi wajah se log react karte honge. dekhiye, aisa koi duniya mein insan nahi hai ki ki woh khamakha irritate ho. khamakha woh gussa hota rahe, koi wajah na ho. kyunki mashhur hai ki tali dua se bachti hai. aap tali aise ek hath aise kar li to kaise tali bajegi?</w:t>
      </w:r>
    </w:p>
    <w:p>
      <w:pPr>
        <w:jc w:val="right"/>
      </w:pPr>
      <w:r>
        <w:t>देखिए, वो वो भी तो अल्लाह के पास बनाया हुआ है। किसी और ने तो बनाया नहीं। उसको जो मिसाले दे रहे हैं आप, तो किसी वजह से लोग रिएक्ट करते होंगे। देखिए, ऐसा कोई दुनिया में इंसान नहीं है कि कि वह खामखा इरिटेट हो। खामखा वो गुस्सा होता रहे, कोई वजह ना हो। क्योंकि मशहूर है कि ताली दुआ से बचती है। आप ताली ऐसे एक हाथ ऐसे कर ली तो कैसे ताली बजेगी?</w:t>
      </w:r>
    </w:p>
    <w:p>
      <w:r>
        <w:rPr>
          <w:b/>
        </w:rPr>
        <w:t xml:space="preserve">[19:49] </w:t>
      </w:r>
      <w:r>
        <w:t>to bilkul, main isko naam ke samajhta hoon. koi aadmi itna kharab ho ki bas kuch bhi nahi kahiye, tab bhi irritate hota hai. woh aisa nahi hota hai. aap usko, yani in related ethics ke principle ko akhtiyar kijiye aur inshallah, woh theek ho jayega.</w:t>
      </w:r>
    </w:p>
    <w:p>
      <w:pPr>
        <w:jc w:val="right"/>
      </w:pPr>
      <w:r>
        <w:t>तो बिल्कुल, मैं इसको नाम के समझता हूं। कोई आदमी इतना खराब हो कि बस कुछ भी नहीं कहिए, तब भी इरिटेट होता है। वो ऐसा नहीं होता है। आप उसको, यानी इन रिलेटेड एथिक्स के प्रिंसिपल को अख्तियार कीजिए और इंशाल्लाह, वोठीक हो जाएगा।</w:t>
      </w:r>
    </w:p>
    <w:p>
      <w:r>
        <w:rPr>
          <w:b/>
        </w:rPr>
        <w:t xml:space="preserve">[20:11] </w:t>
      </w:r>
      <w:r>
        <w:t>maulana, agla sawal delhi se hai, jine-dul-islam sahab ka. unhone likha hai, "maulana, maulana sahab, you say that we should avoid contradictions and by not writing rasi allah or sallallahu alaihi wasallam, we are creating an unnecessary controversy. please clarify this. also, if people do make issues like this, how can we tackle them?"</w:t>
      </w:r>
    </w:p>
    <w:p>
      <w:pPr>
        <w:jc w:val="right"/>
      </w:pPr>
      <w:r>
        <w:t>मौलाना, अगला सवाल दिल्ली से है, जिनेदुल इस्लाम साहब का। उन्होंने लिखा है, "मौलाना, मौलाना साहब, यू से दैट वी शुड अवॉइड कांट्रडिक्शंस एंड बाय नॉट राइटिंग रजि अल्लाह और सल्लल्लाहु अलैहि वसल्लम, वी आर क्रिएटिंग एन अननेसेसरी कंट्रोवर्सी। प्लीज क्लेरिफाई दिस। आल्सो, इफ पीपल डू मेक इश्यूज लाइक दिस, हाउ कैन वी टैकल देम?"</w:t>
      </w:r>
    </w:p>
    <w:p>
      <w:r>
        <w:rPr>
          <w:b/>
        </w:rPr>
        <w:t xml:space="preserve">[20:39] </w:t>
      </w:r>
      <w:r>
        <w:t>dekhiye, ek sahabi bahut bade the, saeed ibn jubair. unhone sahaba ke bare mein kaha tha ki al qudwata hum ki namuna to sahaba hai. sahaba ke halaat padhiye,</w:t>
      </w:r>
    </w:p>
    <w:p>
      <w:pPr>
        <w:jc w:val="right"/>
      </w:pPr>
      <w:r>
        <w:t>देखिए, एक सहाबी बहुत बड़े थे, सईद इबन जुबैर। उन्होंने सहाबा के बारे में कहा था कि अल कुदवता हुम कि नमूना तो सहाबा है। सहाबा के हालात पढ़िए,</w:t>
      </w:r>
    </w:p>
    <w:p>
      <w:r>
        <w:rPr>
          <w:b/>
        </w:rPr>
        <w:t xml:space="preserve">[20:54] </w:t>
      </w:r>
      <w:r>
        <w:t>kitabein maujud hain, bahut sari.</w:t>
      </w:r>
    </w:p>
    <w:p>
      <w:pPr>
        <w:jc w:val="right"/>
      </w:pPr>
      <w:r>
        <w:t>किताबें मौजूद हैं, बहुत सारी।</w:t>
      </w:r>
    </w:p>
    <w:p>
      <w:r>
        <w:rPr>
          <w:b/>
        </w:rPr>
        <w:t xml:space="preserve">[20:56] </w:t>
      </w:r>
      <w:r>
        <w:t>tabligh jamat ke jo ameer the, maulana yusuf sahab, unki kitab teen jild mein hai. unko padhiye. yeh culture sahaba ke zamane mein tha hi nahi. aajkal jo culture hai, in cheezon mein bhadakna jo hai, yeh to is zamane mein paida hua. musalmanon mein us zamane mein kuch tha hi nahi. kuch</w:t>
      </w:r>
    </w:p>
    <w:p>
      <w:pPr>
        <w:jc w:val="right"/>
      </w:pPr>
      <w:r>
        <w:t>तबली जमात के जो अमीर थे, मौलाना यूसुफ साहब, उनकी किताब तीन जिल्द में है। उनको पढ़िए। यह कल्चर सहाबा के जमाने में था ही नहीं। आजकल जो कल्चर है, इन चीजों में भड़कना जो है, यह तो इस जमाने में पैदा हुआ। मुसलमानों में उस जमाने में कुछ था ही नहीं। कुछ</w:t>
      </w:r>
    </w:p>
    <w:p>
      <w:r>
        <w:rPr>
          <w:b/>
        </w:rPr>
        <w:t xml:space="preserve">[21:17] </w:t>
      </w:r>
      <w:r>
        <w:t>to al qudwata hum, in namuna sahaba ka hai. aajkal ke musalman jo hai, yeh namuna nahi hai. to main sirf yahi kahunga aapko ki aap tahqiq kijiye ki sahaba ki zuban mein kaun si zuban chalti thi, kaun sa tarika chalta tha. usi ko akhtiyar kar lijiye, usi ko sahi samjhiye, baki jo galat samjhiye.</w:t>
      </w:r>
    </w:p>
    <w:p>
      <w:pPr>
        <w:jc w:val="right"/>
      </w:pPr>
      <w:r>
        <w:t>तो अल कुदवता हुम, इन नमूना सहाबा का है। आजकल के मुसलमान जो है, यह नमूना नहीं है। तो मैं सिर्फ यही कहूंगा आपको कि आप तहकीक कीजिए कि सहाबा की जबान में कौन सी जबान चलती थी, कौन सा तरीका चलता था। उसी को अख्तियार कर लीजिए, उसी को सही समझिए, बाकी जो गलत समझिए।</w:t>
      </w:r>
    </w:p>
    <w:p>
      <w:r>
        <w:rPr>
          <w:b/>
        </w:rPr>
        <w:t xml:space="preserve">[21:37] </w:t>
      </w:r>
      <w:r>
        <w:t>main pure etmad se keh sakta hoon ki yeh sab jati cheezein aayi hain. aajkal yeh katarpan, yeh yeh baad ke zamane ki paida war hai. us zamane mein kuch bhi nahi tha. koi masjid mein topi laga ke chala gaya, tab bhi bagair topi chala gaya, tab bhi. khud rasulullah ke bare mein aata hai ki sallallahu rasulullah sallallahu alaihi wasallam mutal bagair mutal.</w:t>
      </w:r>
    </w:p>
    <w:p>
      <w:pPr>
        <w:jc w:val="right"/>
      </w:pPr>
      <w:r>
        <w:t>मैं पूरे एतमाद से कह सकता हूं कि यह सब जती चीजें आई हैं। आजकल यह कटरपन, यह यह बाद के जमाने की पैदावार है। उस जमाने में कुछ भी नहीं था। कोई मस्जिद में टोपी लगा के चला गया, तब भी बगैर टोपी चला गया, तब भी। खुद रसूलल्लाह के बारे में आता है कि सल्ला रसूलल्लाह सल्लल्लाहु अलैहि वसल्लम मुताल बगैर मुताल।</w:t>
      </w:r>
    </w:p>
    <w:p>
      <w:r>
        <w:rPr>
          <w:b/>
        </w:rPr>
        <w:t xml:space="preserve">[22:00] </w:t>
      </w:r>
      <w:r>
        <w:t>rasulullah ne namaz padhi, joota pehankar bhi, joota pehne bagair bhi. aaj j aap joota pehan bagair pehne chale jaiye masjid mein, hungama khada ho jayega.</w:t>
      </w:r>
    </w:p>
    <w:p>
      <w:pPr>
        <w:jc w:val="right"/>
      </w:pPr>
      <w:r>
        <w:t>रसूलल्लाह ने नमाज पढ़ी, जूता पहनकर भी, जूता पहने बगैर भी। आज ज आप जूता पहन बगैर पहने चले जाइए मस्जिद में, हंगामा खड़ा हो जाएगा।</w:t>
      </w:r>
    </w:p>
    <w:p>
      <w:r>
        <w:rPr>
          <w:b/>
        </w:rPr>
        <w:t xml:space="preserve">[22:13] </w:t>
      </w:r>
      <w:r>
        <w:t>baqayda hadis mein hai ki sallallahu rasulullah sallallahu alaihi wasallam mutal bagair mutal. to yeh jo baad ke zamane mein jo culture aaya hai, yeh namuna nahi hai. namuna sahaba ke zamane ka culture hai. to aap sirf yeh kijiye ki sahaba ke halaat padhiye aur padh kar ke janiye ki unka culture kya tha. usi ko sahi samjhiye, ba galat samjhiye.</w:t>
      </w:r>
    </w:p>
    <w:p>
      <w:pPr>
        <w:jc w:val="right"/>
      </w:pPr>
      <w:r>
        <w:t>बाकायदा हदीस में है कि सल्ला रसूल अ वसल्लम मुताल बगैर मुताल। तो यह जो बाद के जमाने में जो कल्चर आया है, यह नमूना नहीं है। नमूना सहाबा के जमाने का कल्चर है। तो आप सिर्फ यह कीजिए कि सहाबा के हालात पढ़िए और पढ़ कर के जानिए कि उनका कल्चर क्या था। उसी को सही समझिए, बा गलत समझिए।</w:t>
      </w:r>
    </w:p>
    <w:p>
      <w:r>
        <w:rPr>
          <w:b/>
        </w:rPr>
        <w:t xml:space="preserve">[22:36] </w:t>
      </w:r>
      <w:r>
        <w:t>maulana, agla sawal shailesh, mister shailesh malhotra ka hai, singapore se. unhone likha hai, "maulana sahab, how i can increase conviction in myself and on god almighty?"</w:t>
      </w:r>
    </w:p>
    <w:p>
      <w:pPr>
        <w:jc w:val="right"/>
      </w:pPr>
      <w:r>
        <w:t>मौलाना, अगला सवाल सलेश, मिस्टर सलेश मलोतरा का है, सिंगापुर से। उन्होंने लिखा है, "मौलाना साहब, हाउ आई कैन इंक्रीज कन्विक्शन इन मायसेल्फ एंड ऑन गॉड ऑलमाइटी?"</w:t>
      </w:r>
    </w:p>
    <w:p>
      <w:r>
        <w:rPr>
          <w:b/>
        </w:rPr>
        <w:t xml:space="preserve">[22:50] </w:t>
      </w:r>
      <w:r>
        <w:t>bhai, main to</w:t>
      </w:r>
    </w:p>
    <w:p>
      <w:pPr>
        <w:jc w:val="right"/>
      </w:pPr>
      <w:r>
        <w:t>भाई, मैं तो</w:t>
      </w:r>
    </w:p>
    <w:p>
      <w:r>
        <w:rPr>
          <w:b/>
        </w:rPr>
        <w:t xml:space="preserve">[22:54] </w:t>
      </w:r>
      <w:r>
        <w:t>jawab yeh likha aap, aapne inhone padhkar sunaya. isi mein mujhe khuda par yakeen badh jata hai. kaise woh mind bana, jis mind ne soch kar ke likha, aur kaise woh mind bana, jise padhkar sunaya. to yeh sochna, yeh likhna, yeh bolna, yeh apne aap mein khuda ka proof hai. kyunki aap jante hain, koi darakht aisa nahi kar sakta. koi darakht na sun sakta, na bol sakta. to ek insan kaise</w:t>
      </w:r>
    </w:p>
    <w:p>
      <w:pPr>
        <w:jc w:val="right"/>
      </w:pPr>
      <w:r>
        <w:t>जवाब यह लिखा आप, आपने इन्होंने पढ़कर सुनाया। इसी में मुझे खुदा पर यकीन बढ़ जाता है। कैसे वह माइंड बना, जिस माइंड ने सोच कर के लिखा, और कैसे वह माइंड बना, जिसे पढ़कर सुनाया। तो यह सोचना, यह लिखना, यह बोलना, यह अपने आप में खुदा का प्रूफ है। क्योंकि आप जानते हैं, कोई दरख्त ऐसा नहीं कर सकता। कोई दरख्त ना सुन सकता, ना बोल सकता। तो एक इंसान कैसे ऐ</w:t>
      </w:r>
    </w:p>
    <w:p>
      <w:r>
        <w:rPr>
          <w:b/>
        </w:rPr>
        <w:t xml:space="preserve">[23:24] </w:t>
      </w:r>
      <w:r>
        <w:t>aisa karta hai? to kisi ne aisa kiya hai, tab to hua hai aisa. kyun sari cheezein well designed hain?</w:t>
      </w:r>
    </w:p>
    <w:p>
      <w:pPr>
        <w:jc w:val="right"/>
      </w:pPr>
      <w:r>
        <w:t>सा करता है? तो किसी ने ऐसा किया है, तब तो हुआ है ऐसा। क्यों सारी चीजें वेल डिजाइंड हैं?</w:t>
      </w:r>
    </w:p>
    <w:p>
      <w:r>
        <w:rPr>
          <w:b/>
        </w:rPr>
        <w:t xml:space="preserve">[23:31] </w:t>
      </w:r>
      <w:r>
        <w:t>kaise hain? agar koi designer nahi to. baki jahan tak apni taraf se mamla hai, to aadmi kyunki sochta nahi in baaton par. zyada tar log bas kamane mein lage rehte hain, shopping mein lage rehte hain,</w:t>
      </w:r>
    </w:p>
    <w:p>
      <w:pPr>
        <w:jc w:val="right"/>
      </w:pPr>
      <w:r>
        <w:t>कैसे हैं? अगर कोई डिजाइनर नहीं तो। बाकी जहां तक अपनी तरफ से मामला है, तो आदमी क्योंकि सोचता नहीं इन बातों पर। ज्यादातर लोग बस कमाने में लगे रहते हैं, शॉपिंग में लगे रहते हैं,</w:t>
      </w:r>
    </w:p>
    <w:p>
      <w:r>
        <w:rPr>
          <w:b/>
        </w:rPr>
        <w:t xml:space="preserve">[23:50] </w:t>
      </w:r>
      <w:r>
        <w:t>dunyavi cheezon, material culture mein lage rehte hain. sochte nahin. agar soche to har cheez mein unko khuda dikhai dega. har cheez mein khuda dikhai dega.</w:t>
      </w:r>
    </w:p>
    <w:p>
      <w:pPr>
        <w:jc w:val="right"/>
      </w:pPr>
      <w:r>
        <w:t>दुनियावी चीजों, मटेरियल कल्चर में लगे रहते हैं। सोचते नहीं। अगर सोचे तो हर चीज में उनको खुदा दिखाई देगा। हर चीज में खुदा दिखाई देगा।</w:t>
      </w:r>
    </w:p>
    <w:p>
      <w:r>
        <w:rPr>
          <w:b/>
        </w:rPr>
        <w:t xml:space="preserve">[24:05] </w:t>
      </w:r>
      <w:r>
        <w:t>yani poora, yani poori yeh kayanat, poori yeh duniya, yani ghaas se lekar galaxy tak, har cheez, yani khamosh zuban mein chilla rahi hai ke mera ek khaliq hai, yeh duniya ka ek ek palanhar hai, yeh duniya ka ek sustain hai.</w:t>
      </w:r>
    </w:p>
    <w:p>
      <w:pPr>
        <w:jc w:val="right"/>
      </w:pPr>
      <w:r>
        <w:t>यानी पूरा, यानी पूरी यह कायनात, पूरी यह दुनिया, यानी घास से लेकर गैलेक्सी तक, हर चीज, यानी खामोश जबान में चिल्ला रही है कि मेरा एक खालिक है, यह दुनिया का एक एक पालनहार है, यह दुनिया का एक सस्टेन है।</w:t>
      </w:r>
    </w:p>
    <w:p>
      <w:r>
        <w:rPr>
          <w:b/>
        </w:rPr>
        <w:t xml:space="preserve">[24:24] </w:t>
      </w:r>
      <w:r>
        <w:t>yeh bilkul ek, yani poori kayanat jaise khamosh zuban mein chilla rahi hai. to wahi, wahi source of conviction hai. agar aap sochte rahe, to usi se conviction aata hai.</w:t>
      </w:r>
    </w:p>
    <w:p>
      <w:pPr>
        <w:jc w:val="right"/>
      </w:pPr>
      <w:r>
        <w:t>यह बिल्कुल एक, यानी पूरी कायनात जैसे खामोश जबान में चिल्ला रही है। तो वही, वही सोर्स ऑफ कन्विक्शन है। अगर आप सोचते रहे, तो उसी से कन्विक्शन आता है।</w:t>
      </w:r>
    </w:p>
    <w:p>
      <w:r>
        <w:rPr>
          <w:b/>
        </w:rPr>
        <w:t xml:space="preserve">[24:40] </w:t>
      </w:r>
      <w:r>
        <w:t>main to har waqt sochta rehta hoon, lekin mujhe to in cheezon par koi shaq nahin hai.</w:t>
      </w:r>
    </w:p>
    <w:p>
      <w:pPr>
        <w:jc w:val="right"/>
      </w:pPr>
      <w:r>
        <w:t>मैं तो हर वक्त सोचता रहता हूं, लेकिन मुझे तो इन चीजों पर कोई शक नहीं है।</w:t>
      </w:r>
    </w:p>
    <w:p>
      <w:r>
        <w:rPr>
          <w:b/>
        </w:rPr>
        <w:t xml:space="preserve">[24:48] </w:t>
      </w:r>
      <w:r>
        <w:t>maulana, agla ek sawal nahi, comment hai jo abhi aaya hai patna bihar se daniyal sahab ka.</w:t>
      </w:r>
    </w:p>
    <w:p>
      <w:pPr>
        <w:jc w:val="right"/>
      </w:pPr>
      <w:r>
        <w:t>मौलाना, अगला एक सवाल नहीं, कमेंट है जो अभी आया है पटना बिहार से दानियाल साहब का।</w:t>
      </w:r>
    </w:p>
    <w:p>
      <w:r>
        <w:rPr>
          <w:b/>
        </w:rPr>
        <w:t xml:space="preserve">[24:54] </w:t>
      </w:r>
      <w:r>
        <w:t>unhon ne likha hai, "maulana sahab, aap ne bilkul sahi kaha ke aaj daawa ke kaam mein khud musalman obstacle</w:t>
      </w:r>
    </w:p>
    <w:p>
      <w:pPr>
        <w:jc w:val="right"/>
      </w:pPr>
      <w:r>
        <w:t>उन्होंने लिखा है, "मौलाना साहब, आपने बिल्कुल सही कहा कि आज दावत के काम में खुद मुसलमान ऑब्स्टकल</w:t>
      </w:r>
    </w:p>
    <w:p>
      <w:r>
        <w:rPr>
          <w:b/>
        </w:rPr>
        <w:t xml:space="preserve">[25:02] </w:t>
      </w:r>
      <w:r>
        <w:t>hain. hamein bhi iska baar baar experience hua.</w:t>
      </w:r>
    </w:p>
    <w:p>
      <w:pPr>
        <w:jc w:val="right"/>
      </w:pPr>
      <w:r>
        <w:t>हैं। हमें भी इसका बार-बार एक्सपीरियंस हुआ।</w:t>
      </w:r>
    </w:p>
    <w:p>
      <w:r>
        <w:rPr>
          <w:b/>
        </w:rPr>
        <w:t xml:space="preserve">[25:06] </w:t>
      </w:r>
      <w:r>
        <w:t>ek baar hum patna medical college mein non muslim doctors ke darmiyan quran aur islamic literature de rahe</w:t>
      </w:r>
    </w:p>
    <w:p>
      <w:pPr>
        <w:jc w:val="right"/>
      </w:pPr>
      <w:r>
        <w:t>एक बार हम पटना मेडिकल कॉलेज में नॉन मुस्लिम डॉक्टर्स के दरमियान कुरान और इस्लामिक लिटरेचर दे रहे</w:t>
      </w:r>
    </w:p>
    <w:p>
      <w:r>
        <w:rPr>
          <w:b/>
        </w:rPr>
        <w:t xml:space="preserve">[25:14] </w:t>
      </w:r>
      <w:r>
        <w:t>the, to sabhi non muslim doctors ne whole heartedly welcome kiya aur hum logon ko kafi encourage bhi</w:t>
      </w:r>
    </w:p>
    <w:p>
      <w:pPr>
        <w:jc w:val="right"/>
      </w:pPr>
      <w:r>
        <w:t>थे, तो सभी नॉन मुस्लिम डॉक्टर्स ने होल हार्टेडली वेलकम किया और हम लोगों को काफी इनकरेज भी</w:t>
      </w:r>
    </w:p>
    <w:p>
      <w:r>
        <w:rPr>
          <w:b/>
        </w:rPr>
        <w:t xml:space="preserve">[25:21] </w:t>
      </w:r>
      <w:r>
        <w:t>kiya. lekin ek muslim doctor ne rok kar hamare hosle ko neeche kiya aur tarah tarah ke sawal jawab</w:t>
      </w:r>
    </w:p>
    <w:p>
      <w:pPr>
        <w:jc w:val="right"/>
      </w:pPr>
      <w:r>
        <w:t>किया। लेकिन एक मुस्लिम डॉक्टर ने रोक कर हमारे हौसले को नीचे किया और तरह-तरह के सवाल जवाब</w:t>
      </w:r>
    </w:p>
    <w:p>
      <w:r>
        <w:rPr>
          <w:b/>
        </w:rPr>
        <w:t xml:space="preserve">[25:28] </w:t>
      </w:r>
      <w:r>
        <w:t>kiye."</w:t>
      </w:r>
    </w:p>
    <w:p>
      <w:pPr>
        <w:jc w:val="right"/>
      </w:pPr>
      <w:r>
        <w:t>किए।"</w:t>
      </w:r>
    </w:p>
    <w:p>
      <w:r>
        <w:rPr>
          <w:b/>
        </w:rPr>
        <w:t xml:space="preserve">[25:32] </w:t>
      </w:r>
      <w:r>
        <w:t>yeh asal mein aisa hai ke musalmanon mein ek bahut hi zyada baseless concept aa gaya hai, behurmati</w:t>
      </w:r>
    </w:p>
    <w:p>
      <w:pPr>
        <w:jc w:val="right"/>
      </w:pPr>
      <w:r>
        <w:t>यह असल में ऐसा है कि मुसलमानों में एक बहुत ही ज्यादा बेसलेस कांसेप्ट आ गया है, बेहुरमती</w:t>
      </w:r>
    </w:p>
    <w:p>
      <w:r>
        <w:rPr>
          <w:b/>
        </w:rPr>
        <w:t xml:space="preserve">[25:40] </w:t>
      </w:r>
      <w:r>
        <w:t>jo karte hain, disrespect</w:t>
      </w:r>
    </w:p>
    <w:p>
      <w:pPr>
        <w:jc w:val="right"/>
      </w:pPr>
      <w:r>
        <w:t>जो करते हैं, डिसरिस्पेक्ट</w:t>
      </w:r>
    </w:p>
    <w:p>
      <w:r>
        <w:rPr>
          <w:b/>
        </w:rPr>
        <w:t xml:space="preserve">[25:42] </w:t>
      </w:r>
      <w:r>
        <w:t>ke quran ki behurmati hogi.</w:t>
      </w:r>
    </w:p>
    <w:p>
      <w:pPr>
        <w:jc w:val="right"/>
      </w:pPr>
      <w:r>
        <w:t>कि कुरान की बेहुरमती होगी।</w:t>
      </w:r>
    </w:p>
    <w:p>
      <w:r>
        <w:rPr>
          <w:b/>
        </w:rPr>
        <w:t xml:space="preserve">[25:46] </w:t>
      </w:r>
      <w:r>
        <w:t>yeh kahin hai hi nahi, na quran mein, na hadees mein, na sahaba ne aisa kiya kabhi.</w:t>
      </w:r>
    </w:p>
    <w:p>
      <w:pPr>
        <w:jc w:val="right"/>
      </w:pPr>
      <w:r>
        <w:t>यह कहीं है ही नहीं, ना कुरान में, ना हदीस में, ना सहाबा ने ऐसा किया कभी।</w:t>
      </w:r>
    </w:p>
    <w:p>
      <w:r>
        <w:rPr>
          <w:b/>
        </w:rPr>
        <w:t xml:space="preserve">[25:52] </w:t>
      </w:r>
      <w:r>
        <w:t>iski wajah se log jab bhi dekhte hain kisi ghair muslim ko quran lete hue, to bas foran</w:t>
      </w:r>
    </w:p>
    <w:p>
      <w:pPr>
        <w:jc w:val="right"/>
      </w:pPr>
      <w:r>
        <w:t>इसकी वजह से लोग जब भी देखते हैं किसी गैर मुस्लिम को कुरान लेते हुए, तो बस फौरन</w:t>
      </w:r>
    </w:p>
    <w:p>
      <w:r>
        <w:rPr>
          <w:b/>
        </w:rPr>
        <w:t xml:space="preserve">[25:58] </w:t>
      </w:r>
      <w:r>
        <w:t>maante hain, "arey, behurmati karega."</w:t>
      </w:r>
    </w:p>
    <w:p>
      <w:pPr>
        <w:jc w:val="right"/>
      </w:pPr>
      <w:r>
        <w:t>मानते हैं, "अरे, बेहुरमती करेगा।"</w:t>
      </w:r>
    </w:p>
    <w:p>
      <w:r>
        <w:rPr>
          <w:b/>
        </w:rPr>
        <w:t xml:space="preserve">[26:00] </w:t>
      </w:r>
      <w:r>
        <w:t>yahan tak ke uske haath se le lete hain.</w:t>
      </w:r>
    </w:p>
    <w:p>
      <w:pPr>
        <w:jc w:val="right"/>
      </w:pPr>
      <w:r>
        <w:t>यहां तक कि उसके हाथ से ले लेते हैं।</w:t>
      </w:r>
    </w:p>
    <w:p>
      <w:r>
        <w:rPr>
          <w:b/>
        </w:rPr>
        <w:t xml:space="preserve">[26:03] </w:t>
      </w:r>
      <w:r>
        <w:t>to koi, yaani iska koi sarap hi nahi.</w:t>
      </w:r>
    </w:p>
    <w:p>
      <w:pPr>
        <w:jc w:val="right"/>
      </w:pPr>
      <w:r>
        <w:t>तो कोई, यानी इसका कोई सरप ही नहीं।</w:t>
      </w:r>
    </w:p>
    <w:p>
      <w:r>
        <w:rPr>
          <w:b/>
        </w:rPr>
        <w:t xml:space="preserve">[26:08] </w:t>
      </w:r>
      <w:r>
        <w:t>sartapa baseless baat hai.</w:t>
      </w:r>
    </w:p>
    <w:p>
      <w:pPr>
        <w:jc w:val="right"/>
      </w:pPr>
      <w:r>
        <w:t>सरतापा बेसलेस बात है।</w:t>
      </w:r>
    </w:p>
    <w:p>
      <w:r>
        <w:rPr>
          <w:b/>
        </w:rPr>
        <w:t xml:space="preserve">[26:09] </w:t>
      </w:r>
      <w:r>
        <w:t>yeh quran sab ke liye utra hai,</w:t>
      </w:r>
    </w:p>
    <w:p>
      <w:pPr>
        <w:jc w:val="right"/>
      </w:pPr>
      <w:r>
        <w:t>यह कुरान सबके लिए उतरा है,</w:t>
      </w:r>
    </w:p>
    <w:p>
      <w:r>
        <w:rPr>
          <w:b/>
        </w:rPr>
        <w:t xml:space="preserve">[26:15] </w:t>
      </w:r>
      <w:r>
        <w:t>lil aalami nazeera, sabke liye utra. aap kaun hote hain rokne wale</w:t>
      </w:r>
    </w:p>
    <w:p>
      <w:pPr>
        <w:jc w:val="right"/>
      </w:pPr>
      <w:r>
        <w:t>लिल आलमी नजीरा, सबके लिए उतरा। आप कौन होते हैं रोकने वाले</w:t>
      </w:r>
    </w:p>
    <w:p>
      <w:r>
        <w:rPr>
          <w:b/>
        </w:rPr>
        <w:t xml:space="preserve">[26:19] </w:t>
      </w:r>
      <w:r>
        <w:t>? ek jhootha nazariya bana kar ke, yani yeh nazariya bana kar ke ke behurmati hogi. aap chahte hain ke uske haath tak na pahunche, to aap kaun hote hain?</w:t>
      </w:r>
    </w:p>
    <w:p>
      <w:pPr>
        <w:jc w:val="right"/>
      </w:pPr>
      <w:r>
        <w:t>? एक झूठा नजरिया बना कर के, यानी यह नजरिया बना कर के कि बेहुरमती होगी। आप चाहते हैं कि उसके हाथ तक ना पहुंचे, तो आप कौन होते हैं?</w:t>
      </w:r>
    </w:p>
    <w:p>
      <w:r>
        <w:rPr>
          <w:b/>
        </w:rPr>
        <w:t xml:space="preserve">[26:30] </w:t>
      </w:r>
      <w:r>
        <w:t>aap kaun hote hain rokne wale?</w:t>
      </w:r>
    </w:p>
    <w:p>
      <w:pPr>
        <w:jc w:val="right"/>
      </w:pPr>
      <w:r>
        <w:t>आप कौन होते हैं रोकने वाले?</w:t>
      </w:r>
    </w:p>
    <w:p>
      <w:r>
        <w:rPr>
          <w:b/>
        </w:rPr>
        <w:t xml:space="preserve">[26:34] </w:t>
      </w:r>
      <w:r>
        <w:t>main samajhta hoon ke bahut hi jurm ki baat hai ke hum khud se ek banaye, ek khud se ek banaye aqeeda behurmati ka, aur uski wajah se log quran pahunchne mein rukawaten dale. yeh to bahut badi allah taala ka pakad ho gaya aise logon ki, jinhone aisa nazariya bana rakha hai.</w:t>
      </w:r>
    </w:p>
    <w:p>
      <w:pPr>
        <w:jc w:val="right"/>
      </w:pPr>
      <w:r>
        <w:t>मैं समझता हूं कि बहुत ही जुर्म की बात है कि हम खुद से एक बनाए, एक खुद से एक बनाए अकीदा बेहुरमती का, और उसकी वजह से लोग कुरान पहुंचने में रुकावटें डाले। यह तो बहुत बड़ी अल्लाह ताला का पकड़ हो गया ऐसे लोगों की, जिन्होंने ऐसा नजरिया बना रखा है।</w:t>
      </w:r>
    </w:p>
    <w:p>
      <w:r>
        <w:rPr>
          <w:b/>
        </w:rPr>
        <w:t xml:space="preserve">[26:59] </w:t>
      </w:r>
      <w:r>
        <w:t>maulana, agla sawal raipur se hai idrees sahab ka. unhone likha hai, "maulana sahab, when there is an opportunity to meet a person only once, then which literature should be given to that person?</w:t>
      </w:r>
    </w:p>
    <w:p>
      <w:pPr>
        <w:jc w:val="right"/>
      </w:pPr>
      <w:r>
        <w:t>मौलाना, अगला सवाल रायपुर से है इदरीस साहब का। उन्होंने लिखा है, "मौलाना साहब, व्हेन देयर इज एन अपॉर्चुनिटी टू मीट अ पर्सन ओनली वंस, देन व्हिच लिटरेचर शुड बी गिवन टू दैट पर्सन?</w:t>
      </w:r>
    </w:p>
    <w:p>
      <w:r>
        <w:rPr>
          <w:b/>
        </w:rPr>
        <w:t xml:space="preserve">[27:13] </w:t>
      </w:r>
      <w:r>
        <w:t>and if there are opportunities of multiple meetings, then what literature should be given to that person? kindly advise."</w:t>
      </w:r>
    </w:p>
    <w:p>
      <w:pPr>
        <w:jc w:val="right"/>
      </w:pPr>
      <w:r>
        <w:t>एंड इफ देयर आर अपॉर्चुनिटी ऑफ मल्टीपल मीटिंग्स, देन व्हाट लिटरेचर शुड बी गिवन टू दैट पर्सन? काइंडली एडवाइस।"</w:t>
      </w:r>
    </w:p>
    <w:p>
      <w:r>
        <w:rPr>
          <w:b/>
        </w:rPr>
        <w:t xml:space="preserve">[27:22] </w:t>
      </w:r>
      <w:r>
        <w:t>dekhiye, yeh jo sawal hai, to koi doosra aadmi iski advice nahin de sakta hai. aap khud samajh sakte hain, kyunke har aadmi ek, main kaha karta hoon, har aadmi mister different hai,</w:t>
      </w:r>
    </w:p>
    <w:p>
      <w:pPr>
        <w:jc w:val="right"/>
      </w:pPr>
      <w:r>
        <w:t>देखिए, यह जो सवाल है, तो कोई दूसरा आदमी इसकी एडवाइस नहीं दे सकता है। आप खुद समझ सकते हैं, क्योंकि हर आदमी एक, मैं कहा करता हूं, हर आदमी मिस्टर डिफरेंट है,</w:t>
      </w:r>
    </w:p>
    <w:p>
      <w:r>
        <w:rPr>
          <w:b/>
        </w:rPr>
        <w:t xml:space="preserve">[27:36] </w:t>
      </w:r>
      <w:r>
        <w:t>har aurat miss different hai. to uske lihaz se aapko dena padega ke woh kya hai. kam padha likha hai, zyada padha likha hai, urdu wala hai, english wala hai, woh traditional qism ka hai, liberal qism ka hai,</w:t>
      </w:r>
    </w:p>
    <w:p>
      <w:pPr>
        <w:jc w:val="right"/>
      </w:pPr>
      <w:r>
        <w:t>हर औरत मिस डिफरेंट है। तो उसके लिहाज से आपको देना पड़ेगा कि वह क्या है। कम पढ़ लिखा है, ज्यादा पढ़ लिखा है, उर्दू वाला है, इंग्लिश वाला है, वह ट्रेडिशनल किस्म का है, लिबरल किस्म का है,</w:t>
      </w:r>
    </w:p>
    <w:p>
      <w:r>
        <w:rPr>
          <w:b/>
        </w:rPr>
        <w:t xml:space="preserve">[27:51] </w:t>
      </w:r>
      <w:r>
        <w:t>uska scientific mind hai ya unscientific mind hai. yeh sab baatein to aapko ilm mein aayengi. uske lihaz se kisi kitab ko aap select kijiye. hum koi, yani iska koi hard aur fast rule nahin hai, jisko hum bata sake. aap.</w:t>
      </w:r>
    </w:p>
    <w:p>
      <w:pPr>
        <w:jc w:val="right"/>
      </w:pPr>
      <w:r>
        <w:t>उसका साइंटिफिक माइंड है या अनसाइंटिफिक माइंड है। यह सब बातें तो आपको इल्म में आएंगी। उसके लिहाज से किसी किताब को आप सेलेक्ट कीजिए। हम कोई, यानी इसका कोई हार्ड और फास्ट रूल नहीं है, जिसको हम बता सके। आप।</w:t>
      </w:r>
    </w:p>
    <w:p>
      <w:r>
        <w:rPr>
          <w:b/>
        </w:rPr>
        <w:t xml:space="preserve">[28:10] </w:t>
      </w:r>
      <w:r>
        <w:t>maulana, agla sawal shah imran hasan sahab ka hai, delhi se. unhone likha hai, "apni community, arthat muslim bhaiyon ki suraksha aur unnati ke liye karya karne ke bare mein islam dharm ki kya shiksha hai?</w:t>
      </w:r>
    </w:p>
    <w:p>
      <w:pPr>
        <w:jc w:val="right"/>
      </w:pPr>
      <w:r>
        <w:t>मौलाना, अगला सवाल शाह इमरान हसन साहब का है, दिल्ली से। उन्होंने लिखा है, "अपनी कम्युनिटी, अर्थात मुस्लिम भाइयों की सुरक्षा और उन्नति के लिए कार्य करने के बारे में इस्लाम धर्म की क्या शिक्षा है?</w:t>
      </w:r>
    </w:p>
    <w:p>
      <w:r>
        <w:rPr>
          <w:b/>
        </w:rPr>
        <w:t xml:space="preserve">[28:26] </w:t>
      </w:r>
      <w:r>
        <w:t>kripya iske bare mein bataein."</w:t>
      </w:r>
    </w:p>
    <w:p>
      <w:pPr>
        <w:jc w:val="right"/>
      </w:pPr>
      <w:r>
        <w:t>कृपया इसके बारे में बताएं।"</w:t>
      </w:r>
    </w:p>
    <w:p>
      <w:r>
        <w:rPr>
          <w:b/>
        </w:rPr>
        <w:t xml:space="preserve">[28:30] </w:t>
      </w:r>
      <w:r>
        <w:t>bhai, main to jaanta hoon ke har aadmi ko mehnat karna chahiye, struggle karna chahiye. favor ke khilaf main hoon, aur islam bhi favor ke khilaf hai, mere samajh ke mutabik. jisko kehte hain muslim empowerment, main isko islami nahin samajhta.</w:t>
      </w:r>
    </w:p>
    <w:p>
      <w:pPr>
        <w:jc w:val="right"/>
      </w:pPr>
      <w:r>
        <w:t>भाई, मैं तो जानता हूं कि हर आदमी को मेहनत करना चाहिए, स्ट्रगल करना चाहिए। फेवर के खिलाफ मैं हूं, और इस्लाम भी फेवर के खिलाफ है, मेरे समझ के मुताबिक। जिसको कहते हैं मुस्लिम एंपावरमेंट, मैं इसको इस्लामी नहीं समझता।</w:t>
      </w:r>
    </w:p>
    <w:p>
      <w:r>
        <w:rPr>
          <w:b/>
        </w:rPr>
        <w:t xml:space="preserve">[28:48] </w:t>
      </w:r>
      <w:r>
        <w:t>musalmanon ko hum aap favor dena chahte hain, main iske haq mein nahin hoon. unko struggle karne dijiye, unko, unko, unko kaam karne dijiye, unko padhaiye, likhaiye, school kholiye. jo log muslim empowerment ki baat karte hain, unko achhe school kholna chahiye.</w:t>
      </w:r>
    </w:p>
    <w:p>
      <w:pPr>
        <w:jc w:val="right"/>
      </w:pPr>
      <w:r>
        <w:t>मुसलमानों को हम आप फेवर देना चाहते हैं, मैं इसके हक में नहीं हूं। उनको स्ट्रगल करने दीजिए, उनको, उनको, उनको काम करने दीजिए, उनको पढ़ाइए, लिखाइए, स्कूल खोलिए। जो लोग मुस्लिम एंपावरमेंट की बात करते हैं, उनको अच्छे स्कूल खोलना चाहिए।</w:t>
      </w:r>
    </w:p>
    <w:p>
      <w:r>
        <w:rPr>
          <w:b/>
        </w:rPr>
        <w:t xml:space="preserve">[29:09] </w:t>
      </w:r>
      <w:r>
        <w:t>hamara jo daav work hai, wo bas akhirat oriented work hai. wo hamara koi taalluq isse nahin hai ke humko material sense mein kuch provide karein. humko, aur main sochta hoon ke jo jisko musalmanon ke liye kaam karna hai, unko ek hi kaam karna chahiye, achhe school kholna. abhi india mein lakhon school ho tab bhi kam padh rahe hain, kam padhenge. achhe school kholiye.</w:t>
      </w:r>
    </w:p>
    <w:p>
      <w:pPr>
        <w:jc w:val="right"/>
      </w:pPr>
      <w:r>
        <w:t>हमारा जो दाव वर्क है, वो बस आखिरत ओरिएंटेड वर्क है। वो हमारा कोई ताल्लुक इससे नहीं है कि हमको मटेरियल सेंस में कुछ प्रोवाइड करें। हमको, और मैं सोचता हूं कि जो जिसको मुसलमानों के लिए काम करना है, उनको एक ही काम करना चाहिए, अच्छे स्कूल खोलना। अभी इंडिया में लाखों स्कूल हो, तब भी कम पढ़ रहे हैं, कम पढ़ेंगे। अच्छे स्कूल खोलिए।</w:t>
      </w:r>
    </w:p>
    <w:p>
      <w:r>
        <w:rPr>
          <w:b/>
        </w:rPr>
        <w:t xml:space="preserve">[29:34] </w:t>
      </w:r>
      <w:r>
        <w:t>baqi aur jo paisa baantna aur is tarah ki cheezein baantna aur favor dena, unko yeh, isko main koi kaam nahin samajhta. haan, education, education provide karein, aap isko main kaam samajhta hoon.</w:t>
      </w:r>
    </w:p>
    <w:p>
      <w:pPr>
        <w:jc w:val="right"/>
      </w:pPr>
      <w:r>
        <w:t>बाकी और जो पैसा बांटना और इस तरह की चीजें बांटना और फेवर देना, उनको यह, इसको मैं कोई काम नहीं समझता। हां, एजुकेशन, एजुकेशन प्रोवाइड करें, आप इसको मैं काम समझता हूं।</w:t>
      </w:r>
    </w:p>
    <w:p>
      <w:r>
        <w:rPr>
          <w:b/>
        </w:rPr>
        <w:t xml:space="preserve">[29:51] </w:t>
      </w:r>
      <w:r>
        <w:t>maulana, agla sawal delhi se hai, maulana zakwan nadvi ka. unhone likha hai, "mashhoor tabe hasan basri sahaba ke bare mein kehte hain ke maine aise logon ko dekha hai ke tum agar unko dekho to unko pagal samajhte, aur agar woh tumko dekhte to tumko shaitan samajhte. iske bare mein bataein."</w:t>
      </w:r>
    </w:p>
    <w:p>
      <w:pPr>
        <w:jc w:val="right"/>
      </w:pPr>
      <w:r>
        <w:t>मौलाना, अगला सवाल दिल्ली से है, मौलाना जकवान नदवी का। उन्होंने लिखा है, "मशहूर ताबे हसन बसरी सहाबा के बारे में कहते हैं कि मैंने ऐसे लोगों को देखा है कि तुम अगर उनको देखो तो उनको पागल समझते, और अगर वह तुमको देखते तो तुमको शैतान समझते। इसके बारे में बताएं।"</w:t>
      </w:r>
    </w:p>
    <w:p>
      <w:r>
        <w:rPr>
          <w:b/>
        </w:rPr>
        <w:t xml:space="preserve">[30:15] </w:t>
      </w:r>
      <w:r>
        <w:t>nahin, shaitan galat to nahin, mere khayal se.</w:t>
      </w:r>
    </w:p>
    <w:p>
      <w:pPr>
        <w:jc w:val="right"/>
      </w:pPr>
      <w:r>
        <w:t>नहीं, शैतान गलत तो नहीं, मेरे ख्याल से।</w:t>
      </w:r>
    </w:p>
    <w:p>
      <w:r>
        <w:rPr>
          <w:b/>
        </w:rPr>
        <w:t xml:space="preserve">[30:23] </w:t>
      </w:r>
      <w:r>
        <w:t>achha,</w:t>
      </w:r>
    </w:p>
    <w:p>
      <w:pPr>
        <w:jc w:val="right"/>
      </w:pPr>
      <w:r>
        <w:t>अच्छा,</w:t>
      </w:r>
    </w:p>
    <w:p>
      <w:r>
        <w:rPr>
          <w:b/>
        </w:rPr>
        <w:t xml:space="preserve">[30:30] </w:t>
      </w:r>
      <w:r>
        <w:t>nahin, mujhe jo yaad hai, woh hai munafiq aur manoon ke lafz. munafiq aur manoon, shayad kisi aur riwayat mein ho.</w:t>
      </w:r>
    </w:p>
    <w:p>
      <w:pPr>
        <w:jc w:val="right"/>
      </w:pPr>
      <w:r>
        <w:t>नहीं, मुझे जो याद है, वह है मुनाफिक और मैनून के लफ्ज। मुनाफिक और मैनून, शायद किसी और रिवायत में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