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Double Reward 15 Feb 2020 - Maulana Wahiduddin Khan</w:t>
      </w:r>
    </w:p>
    <w:p>
      <w:r>
        <w:t>https://www.youtube.com/watch?v=Os-Kuq1-wAk</w:t>
      </w:r>
    </w:p>
    <w:p>
      <w:r>
        <w:rPr>
          <w:b/>
        </w:rPr>
        <w:t xml:space="preserve">[00:14] </w:t>
      </w:r>
      <w:r>
        <w:t>bismillah hir rahman nir rahim, wa salla Allahu ala nabiyyil karim. 15 farwari 2020.</w:t>
      </w:r>
    </w:p>
    <w:p>
      <w:pPr>
        <w:jc w:val="right"/>
      </w:pPr>
      <w:r>
        <w:t>بسم اللہ الرحمن الرحیم، و صلی اللہ علی نبی الکریم۔ 15 فروری 2020۔</w:t>
      </w:r>
    </w:p>
    <w:p>
      <w:r>
        <w:rPr>
          <w:b/>
        </w:rPr>
        <w:t xml:space="preserve">[00:28] </w:t>
      </w:r>
      <w:r>
        <w:t>20, ji. 2020.</w:t>
      </w:r>
    </w:p>
    <w:p>
      <w:pPr>
        <w:jc w:val="right"/>
      </w:pPr>
      <w:r>
        <w:t>20، جی۔ 2020۔</w:t>
      </w:r>
    </w:p>
    <w:p>
      <w:r>
        <w:rPr>
          <w:b/>
        </w:rPr>
        <w:t xml:space="preserve">[00:35] </w:t>
      </w:r>
      <w:r>
        <w:t>aaj ka topic hai:</w:t>
      </w:r>
    </w:p>
    <w:p>
      <w:pPr>
        <w:jc w:val="right"/>
      </w:pPr>
      <w:r>
        <w:t>آج کا ٹاپک ہے:</w:t>
      </w:r>
    </w:p>
    <w:p>
      <w:r>
        <w:rPr>
          <w:b/>
        </w:rPr>
        <w:t xml:space="preserve">[00:41] </w:t>
      </w:r>
      <w:r>
        <w:t>reward, ya Allah taala ka jo reward hai us ka kya</w:t>
      </w:r>
    </w:p>
    <w:p>
      <w:pPr>
        <w:jc w:val="right"/>
      </w:pPr>
      <w:r>
        <w:t>ریوارڈ، یا اللہ تعالیٰ کا جو ریوارڈ ہے اس کا کیا</w:t>
      </w:r>
    </w:p>
    <w:p>
      <w:r>
        <w:rPr>
          <w:b/>
        </w:rPr>
        <w:t xml:space="preserve">[00:49] </w:t>
      </w:r>
      <w:r>
        <w:t>asool hai?</w:t>
      </w:r>
    </w:p>
    <w:p>
      <w:pPr>
        <w:jc w:val="right"/>
      </w:pPr>
      <w:r>
        <w:t>اسبل ہے؟</w:t>
      </w:r>
    </w:p>
    <w:p>
      <w:r>
        <w:rPr>
          <w:b/>
        </w:rPr>
        <w:t xml:space="preserve">[01:02] </w:t>
      </w:r>
      <w:r>
        <w:t>yeh, yeh sawal jo hai—is sawal mein ek sawal tha, woh yeh ke</w:t>
      </w:r>
    </w:p>
    <w:p>
      <w:pPr>
        <w:jc w:val="right"/>
      </w:pPr>
      <w:r>
        <w:t>یہ، یہ سوال جو ہے—اس سوال میں ایک سوال تھا، وہ یہ کہ</w:t>
      </w:r>
    </w:p>
    <w:p>
      <w:r>
        <w:rPr>
          <w:b/>
        </w:rPr>
        <w:t xml:space="preserve">[01:16] </w:t>
      </w:r>
      <w:r>
        <w:t>jo kaam insan kare, ziyada taqat karni pare, sarf karni pare is ko, ziyada paisa kharch karna pare, ziyada</w:t>
      </w:r>
    </w:p>
    <w:p>
      <w:pPr>
        <w:jc w:val="right"/>
      </w:pPr>
      <w:r>
        <w:t>جو کام انسان کرے، زیادہ طاقت کرنی پڑے، صرف کرنی پڑے اس کو، زیادہ پیسہ خرچ کرنا پڑے، زیادہ</w:t>
      </w:r>
    </w:p>
    <w:p>
      <w:r>
        <w:rPr>
          <w:b/>
        </w:rPr>
        <w:t xml:space="preserve">[01:34] </w:t>
      </w:r>
      <w:r>
        <w:t>struggle karna pare, to is per</w:t>
      </w:r>
    </w:p>
    <w:p>
      <w:pPr>
        <w:jc w:val="right"/>
      </w:pPr>
      <w:r>
        <w:t>اسٹرگل کرنا پڑے، تو اس پر</w:t>
      </w:r>
    </w:p>
    <w:p>
      <w:r>
        <w:rPr>
          <w:b/>
        </w:rPr>
        <w:t xml:space="preserve">[01:40] </w:t>
      </w:r>
      <w:r>
        <w:t>ziyada reward hai. is per ghor karte hue yeh samajh mein aaya ke jab aadmi koi aisa kaam kare jis mein us ko ziyada struggle karna pare,</w:t>
      </w:r>
    </w:p>
    <w:p>
      <w:pPr>
        <w:jc w:val="right"/>
      </w:pPr>
      <w:r>
        <w:t>زیادہ ریوارڈ ہے۔ اس پر غور کرتے ہوئے یہ سمجھ میں آیا کہ جب آدمی کوئی ایسا کام کرے جس میں اس کو زیادہ اسٹرگل کرنا پڑے،</w:t>
      </w:r>
    </w:p>
    <w:p>
      <w:r>
        <w:rPr>
          <w:b/>
        </w:rPr>
        <w:t xml:space="preserve">[01:59] </w:t>
      </w:r>
      <w:r>
        <w:t>to us waqt is ka mind ziyada activate hota hai.</w:t>
      </w:r>
    </w:p>
    <w:p>
      <w:pPr>
        <w:jc w:val="right"/>
      </w:pPr>
      <w:r>
        <w:t>تو اس وقت اس کا مائنڈ زیادہ ایکٹیویٹ ہوتا ہے۔</w:t>
      </w:r>
    </w:p>
    <w:p>
      <w:r>
        <w:rPr>
          <w:b/>
        </w:rPr>
        <w:t xml:space="preserve">[02:06] </w:t>
      </w:r>
      <w:r>
        <w:t>is ka mind ziyada activate hota hai. misaal ke taur par dekhiye,</w:t>
      </w:r>
    </w:p>
    <w:p>
      <w:pPr>
        <w:jc w:val="right"/>
      </w:pPr>
      <w:r>
        <w:t>اس کا مائنڈ زیادہ ایکٹیویٹ ہوتا ہے۔ مثلاً دیکھیے،</w:t>
      </w:r>
    </w:p>
    <w:p>
      <w:r>
        <w:rPr>
          <w:b/>
        </w:rPr>
        <w:t xml:space="preserve">[02:15] </w:t>
      </w:r>
      <w:r>
        <w:t>koi,</w:t>
      </w:r>
    </w:p>
    <w:p>
      <w:pPr>
        <w:jc w:val="right"/>
      </w:pPr>
      <w:r>
        <w:t>کوئی،</w:t>
      </w:r>
    </w:p>
    <w:p>
      <w:r>
        <w:rPr>
          <w:b/>
        </w:rPr>
        <w:t xml:space="preserve">[02:19] </w:t>
      </w:r>
      <w:r>
        <w:t>koi government aap ko haq ke sath aap</w:t>
      </w:r>
    </w:p>
    <w:p>
      <w:pPr>
        <w:jc w:val="right"/>
      </w:pPr>
      <w:r>
        <w:t>کوئی گورنمنٹ آپ کو حق کے ساتھ آپ</w:t>
      </w:r>
    </w:p>
    <w:p>
      <w:r>
        <w:rPr>
          <w:b/>
        </w:rPr>
        <w:t xml:space="preserve">[02:27] </w:t>
      </w:r>
      <w:r>
        <w:t>ko takleef de, aap pe zulm kare, us waqt aap us ke zulm ke bawajood us ke liye duaen karen, us ko Allah ka paigham pohanchayen,</w:t>
      </w:r>
    </w:p>
    <w:p>
      <w:pPr>
        <w:jc w:val="right"/>
      </w:pPr>
      <w:r>
        <w:t>کو تکلیف دے، آپ پہ ظلم کرے، اس وقت آپ اس کے ظلم کے باوجود اس کے لیے دعائیں کریں، اس کو اللہ کا پیغام پہنچائیں،</w:t>
      </w:r>
    </w:p>
    <w:p>
      <w:r>
        <w:rPr>
          <w:b/>
        </w:rPr>
        <w:t xml:space="preserve">[02:45] </w:t>
      </w:r>
      <w:r>
        <w:t>to aap ko double mehnat karni parti hai.</w:t>
      </w:r>
    </w:p>
    <w:p>
      <w:pPr>
        <w:jc w:val="right"/>
      </w:pPr>
      <w:r>
        <w:t>تو آپ کو ڈبل محنت کرنی پڑتی ہے۔</w:t>
      </w:r>
    </w:p>
    <w:p>
      <w:r>
        <w:rPr>
          <w:b/>
        </w:rPr>
        <w:t xml:space="preserve">[02:53] </w:t>
      </w:r>
      <w:r>
        <w:t>kyunke aap ne apne mind ko negative se positive ki taraf le aate hain, negative se positive ki taraf le aate hain,</w:t>
      </w:r>
    </w:p>
    <w:p>
      <w:pPr>
        <w:jc w:val="right"/>
      </w:pPr>
      <w:r>
        <w:t>کیونکہ آپ نے اپنے مائنڈ کو نیگیٹیو سے پازیٹیو کی طرف لے آتے ہیں، نیگیٹیو سے پازیٹیو کی طرف لے آتے ہیں،</w:t>
      </w:r>
    </w:p>
    <w:p>
      <w:r>
        <w:rPr>
          <w:b/>
        </w:rPr>
        <w:t xml:space="preserve">[03:05] </w:t>
      </w:r>
      <w:r>
        <w:t>un wanted ko wanted banate hain.</w:t>
      </w:r>
    </w:p>
    <w:p>
      <w:pPr>
        <w:jc w:val="right"/>
      </w:pPr>
      <w:r>
        <w:t>ان وانٹڈ کو وانٹڈ بناتے ہیں۔</w:t>
      </w:r>
    </w:p>
    <w:p>
      <w:r>
        <w:rPr>
          <w:b/>
        </w:rPr>
        <w:t xml:space="preserve">[03:13] </w:t>
      </w:r>
      <w:r>
        <w:t>kisi government se, kisi mulk se, kisi party se aap ko dukh pohanche, aur us ko aap maaf karen, maaf kar ke us ke liye acha badla den us ko,</w:t>
      </w:r>
    </w:p>
    <w:p>
      <w:pPr>
        <w:jc w:val="right"/>
      </w:pPr>
      <w:r>
        <w:t>کسی گورنمنٹ سے، کسی ملک سے، کسی پارٹی سے آپ کو دکھ پہنچے، اور اس کو آپ معاف کریں، معاف کر کے اس کے لیے اچھا بدلہ دیں اس کو،</w:t>
      </w:r>
    </w:p>
    <w:p>
      <w:r>
        <w:rPr>
          <w:b/>
        </w:rPr>
        <w:t xml:space="preserve">[03:32] </w:t>
      </w:r>
      <w:r>
        <w:t>jis ke mani aap ne ziyada struggle kiya, aap ke mind ko ziyada struggle, mehnat karni pari. to is bana par is ka sawab ziyada hota hai.</w:t>
      </w:r>
    </w:p>
    <w:p>
      <w:pPr>
        <w:jc w:val="right"/>
      </w:pPr>
      <w:r>
        <w:t>جس کے معنی آپ نے زیادہ اسٹرگل کیا، آپ کے مائنڈ کو زیادہ اسٹرگل، محنت کرنی پڑی۔ تو اس بنا پر اس کا ثواب زیادہ ہوتا ہے۔</w:t>
      </w:r>
    </w:p>
    <w:p>
      <w:r>
        <w:rPr>
          <w:b/>
        </w:rPr>
        <w:t xml:space="preserve">[03:53] </w:t>
      </w:r>
      <w:r>
        <w:t>dekhiye, chahe koi individual ho ya koi party ho ya koi, koi group ho, jab aap ke sath is ka sulook acha na ho,</w:t>
      </w:r>
    </w:p>
    <w:p>
      <w:pPr>
        <w:jc w:val="right"/>
      </w:pPr>
      <w:r>
        <w:t>دیکھیے، چاہے کوئی انڈیویجول ہو یا کوئی پارٹی ہو یا کوئی، کوئی گروپ ہو، جب آپ کے ساتھ اس کا سلوک اچھا نہ ہو،</w:t>
      </w:r>
    </w:p>
    <w:p>
      <w:r>
        <w:rPr>
          <w:b/>
        </w:rPr>
        <w:t xml:space="preserve">[04:10] </w:t>
      </w:r>
      <w:r>
        <w:t>aap ko farz kisi ka aap ka ehsas ho ke is ne hamare sath zulm kiya hai, us ke bawajood aap us ke sath acha sulook karen,</w:t>
      </w:r>
    </w:p>
    <w:p>
      <w:pPr>
        <w:jc w:val="right"/>
      </w:pPr>
      <w:r>
        <w:t>آپ کو فرض کسی کا آپ کا احساس ہو کہ اس نے ہمارے ساتھ ظلم کیا ہے، اس کے باوجود آپ اس کے ساتھ اچھا سلوک کریں،</w:t>
      </w:r>
    </w:p>
    <w:p>
      <w:r>
        <w:rPr>
          <w:b/>
        </w:rPr>
        <w:t xml:space="preserve">[04:28] </w:t>
      </w:r>
      <w:r>
        <w:t>to yeh to bohat bara waqia hai. yani sochna badalta hai, aap ko sochna parta hai,</w:t>
      </w:r>
    </w:p>
    <w:p>
      <w:pPr>
        <w:jc w:val="right"/>
      </w:pPr>
      <w:r>
        <w:t>تو یہ تو بہت بڑا واقعہ ہے۔ یعنی سوچنا بدلتا ہے، آپ کو سوچنا پڑتا ہے،</w:t>
      </w:r>
    </w:p>
    <w:p>
      <w:r>
        <w:rPr>
          <w:b/>
        </w:rPr>
        <w:t xml:space="preserve">[04:39] </w:t>
      </w:r>
      <w:r>
        <w:t>positive andaz mein, jahan negative asbab hon.</w:t>
      </w:r>
    </w:p>
    <w:p>
      <w:pPr>
        <w:jc w:val="right"/>
      </w:pPr>
      <w:r>
        <w:t>پازیٹیو انداز میں، جہاں نیگیٹیو اسباب ہوں۔</w:t>
      </w:r>
    </w:p>
    <w:p>
      <w:r>
        <w:rPr>
          <w:b/>
        </w:rPr>
        <w:t xml:space="preserve">[04:50] </w:t>
      </w:r>
      <w:r>
        <w:t>to jab koi aap ko, aap ke sath acha, acha sulook na kare, to aam taur par aisa hota hai ke log ghussa ho jate hain.</w:t>
      </w:r>
    </w:p>
    <w:p>
      <w:pPr>
        <w:jc w:val="right"/>
      </w:pPr>
      <w:r>
        <w:t>تو جب کوئی آپ کو، آپ کے ساتھ اچھا، اچھا سلوک نہ کرے، تو عام طور پر ایسا ہوتا ہے کہ لوگ غصہ ہو جاتے ہیں۔</w:t>
      </w:r>
    </w:p>
    <w:p>
      <w:r>
        <w:rPr>
          <w:b/>
        </w:rPr>
        <w:t xml:space="preserve">[05:03] </w:t>
      </w:r>
      <w:r>
        <w:t>halankeh wohi waqt hai ke aap ziyada sawab len, ziyada reward len.</w:t>
      </w:r>
    </w:p>
    <w:p>
      <w:pPr>
        <w:jc w:val="right"/>
      </w:pPr>
      <w:r>
        <w:t>حالانکہ وہی وقت ہے کہ آپ زیادہ ثواب لیں، زیادہ ریوارڈ لیں۔</w:t>
      </w:r>
    </w:p>
    <w:p>
      <w:r>
        <w:rPr>
          <w:b/>
        </w:rPr>
        <w:t xml:space="preserve">[05:12] </w:t>
      </w:r>
      <w:r>
        <w:t>ziyada reward len.</w:t>
      </w:r>
    </w:p>
    <w:p>
      <w:pPr>
        <w:jc w:val="right"/>
      </w:pPr>
      <w:r>
        <w:t>زیادہ ریوارڈ لیں۔</w:t>
      </w:r>
    </w:p>
    <w:p>
      <w:r>
        <w:rPr>
          <w:b/>
        </w:rPr>
        <w:t xml:space="preserve">[05:18] </w:t>
      </w:r>
      <w:r>
        <w:t>woh jo hai hadith: "is mein jo baat hai woh yeh hai ke mere rab ne mujhe hukum diya hai ke main us ko maaf karoon jo mere sath zulm kare." yeh bohat bara reward ka sabab hai.</w:t>
      </w:r>
    </w:p>
    <w:p>
      <w:pPr>
        <w:jc w:val="right"/>
      </w:pPr>
      <w:r>
        <w:t>وہ جو ہے حدیث: "اس میں جو بات ہے وہ یہ ہے کہ میرے رب نے مجھے حکم دیا ہے کہ میں اس کو معاف کروں جو میرے ساتھ ظلم کرے۔" یہ بہت بڑا ریوارڈ کا سبب ہے۔</w:t>
      </w:r>
    </w:p>
    <w:p>
      <w:r>
        <w:rPr>
          <w:b/>
        </w:rPr>
        <w:t xml:space="preserve">[05:46] </w:t>
      </w:r>
      <w:r>
        <w:t>An Abi Hurairah (R.A.) in Rasool Allah (S.A.W.) qala: "amrni rabbi bi tis'in khashiyat Allah fi al-sirr wa al-'alaniyah, wa kalimat al-'adl fi al-ghadab wa al-rida, wa al-qasd fi al-faqr wa al-ghina,</w:t>
      </w:r>
    </w:p>
    <w:p>
      <w:pPr>
        <w:jc w:val="right"/>
      </w:pPr>
      <w:r>
        <w:t>ان ابی ہریرہ رضی اللہ عنہ، ان رسول اللہ صلی اللہ علیہ وسلم قال: "امرنی ربی بتسع خشیت اللہ فی السر والعلانیہ، و کلمۃ العدل فی الغضب والرضا، والقصد فی الفقر والغنا،</w:t>
      </w:r>
    </w:p>
    <w:p>
      <w:r>
        <w:rPr>
          <w:b/>
        </w:rPr>
        <w:t xml:space="preserve">[06:01] </w:t>
      </w:r>
      <w:r>
        <w:t>wa an asil man qata'ani, wa a'ta man haramani, wa a'fu 'an man zalamani, wa an yakun samti fikran, wa yatakir dhikran, wa nazari 'ibratan, wa amr bil ma'ruf."</w:t>
      </w:r>
    </w:p>
    <w:p>
      <w:pPr>
        <w:jc w:val="right"/>
      </w:pPr>
      <w:r>
        <w:t>وان اسل من قطعنی، واعت من حرمنی، واعفو عن من ظلمنی، وان یکون سمت فکرا، ونتقی ذکرا، ونظری عبرۃ، وامر بالعرفی۔"</w:t>
      </w:r>
    </w:p>
    <w:p>
      <w:r>
        <w:rPr>
          <w:b/>
        </w:rPr>
        <w:t xml:space="preserve">[06:18] </w:t>
      </w:r>
      <w:r>
        <w:t>is ka tarjuma kijiye. Abu Hurairah (R.A.) se rawait hai: Rasool Allah (S.A.W.) ne kaha ke mere rab ne mujhe nau baton ka hukum diya hai: khule aur chupay mein Allah ki khashiyat,</w:t>
      </w:r>
    </w:p>
    <w:p>
      <w:pPr>
        <w:jc w:val="right"/>
      </w:pPr>
      <w:r>
        <w:t>اس کا ترجمہ کیجیے۔ ابو ہریرہ رضی اللہ عنہ سے روایت ہے: رسول اللہ صلی اللہ علیہ وسلم نے کہا کہ میرے رب نے مجھے نو باتوں کا حکم دیا ہے: کھلے اور چھپے میں اللہ کی خشیت،</w:t>
      </w:r>
    </w:p>
    <w:p>
      <w:r>
        <w:rPr>
          <w:b/>
        </w:rPr>
        <w:t xml:space="preserve">[06:31] </w:t>
      </w:r>
      <w:r>
        <w:t>insaf ki baat ghusse ke waqt aur khushi ke waqt, adl ka muamla muhtaji mein aur maldari mein, aur jo mujhe kaate mein us se jorun, aur jo mujhe mahroom kare us ko main ata karun,</w:t>
      </w:r>
    </w:p>
    <w:p>
      <w:pPr>
        <w:jc w:val="right"/>
      </w:pPr>
      <w:r>
        <w:t>انصاف کی بات غصے کے وقت اور خوشی کے وقت، عدل کا معاملہ محتاجی میں اور مالداری میں، اور جو مجھے کاٹے میں اس سے جڑوں، اور جو مجھے محروم کرے اس کو میں عطا کروں،</w:t>
      </w:r>
    </w:p>
    <w:p>
      <w:r>
        <w:rPr>
          <w:b/>
        </w:rPr>
        <w:t xml:space="preserve">[06:47] </w:t>
      </w:r>
      <w:r>
        <w:t>jis ne mujh par zulm kiya us ko maaf karun, aur yeh ke meri khamoshi fikr ho, aur mera bolna zikr ho, aur mera dekhna 'ibrat ka dekhna ho, aur main bhalaai ka hukum dun.</w:t>
      </w:r>
    </w:p>
    <w:p>
      <w:pPr>
        <w:jc w:val="right"/>
      </w:pPr>
      <w:r>
        <w:t>جس نے مجھ پر ظلم کیا اس کو معاف کروں، اور یہ کہ میری خاموشی فکر ہو، اور میرا بولنا ذکر ہو، اور میرا دیکھنا عبرت کا دیکھنا ہو، اور میں بھلائی کا حکم دوں۔</w:t>
      </w:r>
    </w:p>
    <w:p>
      <w:r>
        <w:rPr>
          <w:b/>
        </w:rPr>
        <w:t xml:space="preserve">[07:02] </w:t>
      </w:r>
      <w:r>
        <w:t>Jami' al-Usul hadith number 9317.</w:t>
      </w:r>
    </w:p>
    <w:p>
      <w:pPr>
        <w:jc w:val="right"/>
      </w:pPr>
      <w:r>
        <w:t>جامع الاصول حدیث نمبر 9317۔</w:t>
      </w:r>
    </w:p>
    <w:p>
      <w:r>
        <w:rPr>
          <w:b/>
        </w:rPr>
        <w:t xml:space="preserve">[07:08] </w:t>
      </w:r>
      <w:r>
        <w:t>is mein dekhiye, bohat ziyada sochne ki baat hai ke Rasool Allah ko Allah ne hukum diya ke tum aisa karo, yani jo zulm kare us ko maaf karo,</w:t>
      </w:r>
    </w:p>
    <w:p>
      <w:pPr>
        <w:jc w:val="right"/>
      </w:pPr>
      <w:r>
        <w:t>اس میں دیکھیے، بہت زیادہ سوچنے کی بات ہے کہ رسول اللہ کو اللہ نے حکم دیا کہ تم ایسا کرو، یعنی جو ظلم کرے اس کو معاف کرو،</w:t>
      </w:r>
    </w:p>
    <w:p>
      <w:r>
        <w:rPr>
          <w:b/>
        </w:rPr>
        <w:t xml:space="preserve">[07:23] </w:t>
      </w:r>
      <w:r>
        <w:t>jo bura sulook kare us ka acha sulook karo.</w:t>
      </w:r>
    </w:p>
    <w:p>
      <w:pPr>
        <w:jc w:val="right"/>
      </w:pPr>
      <w:r>
        <w:t>جو برا سلوک کرے اس کا اچھا سلوک کرو۔</w:t>
      </w:r>
    </w:p>
    <w:p>
      <w:r>
        <w:rPr>
          <w:b/>
        </w:rPr>
        <w:t xml:space="preserve">[07:30] </w:t>
      </w:r>
      <w:r>
        <w:t>is ka na mani ke jab koi aadmi aap ke sath galat sulook kare to aap ko mauqa de raha hai ke aap ziyada sawab kamayen,</w:t>
      </w:r>
    </w:p>
    <w:p>
      <w:pPr>
        <w:jc w:val="right"/>
      </w:pPr>
      <w:r>
        <w:t>اس کا نہ معنی کہ جب کوئی آدمی آپ کے ساتھ غلط سلوک کرے تو آپ کو موقع دے رہا ہے کہ آپ زیادہ ثواب کمائیں،</w:t>
      </w:r>
    </w:p>
    <w:p>
      <w:r>
        <w:rPr>
          <w:b/>
        </w:rPr>
        <w:t xml:space="preserve">[07:44] </w:t>
      </w:r>
      <w:r>
        <w:t>ziyada sawab kamayen. kaisi ajib baat hai. log kya karte hain ke shikayat de ke baith jate hain, udas ho jate hain, ghussa ho jate hain,</w:t>
      </w:r>
    </w:p>
    <w:p>
      <w:pPr>
        <w:jc w:val="right"/>
      </w:pPr>
      <w:r>
        <w:t>زیادہ ثواب کمائیں۔ کیسی عجیب بات ہے۔ لوگ کیا کرتے ہیں کہ شکایت دے کے بیٹھ جاتے ہیں، اداسہ کیا ہے، غصہ ویسا کیا ہے،</w:t>
      </w:r>
    </w:p>
    <w:p>
      <w:r>
        <w:rPr>
          <w:b/>
        </w:rPr>
        <w:t xml:space="preserve">[07:58] </w:t>
      </w:r>
      <w:r>
        <w:t>shikayat de ke baithte hain. lekin jahan shikayat de ke baithte hain log, wahan un ke liye ek aur mauqa chupa hua hai,</w:t>
      </w:r>
    </w:p>
    <w:p>
      <w:pPr>
        <w:jc w:val="right"/>
      </w:pPr>
      <w:r>
        <w:t>شکایت دے کے بیٹھتے ہیں۔ لیکن جہاں شکایت دے کے بیٹھتے ہیں لوگ، وہاں ان کے لیے ایک اور موقع چھپا ہوا ہے،</w:t>
      </w:r>
    </w:p>
    <w:p>
      <w:r>
        <w:rPr>
          <w:b/>
        </w:rPr>
        <w:t xml:space="preserve">[08:10] </w:t>
      </w:r>
      <w:r>
        <w:t>woh yeh ke is ko maaf karen. maaf karne ke baad to sirf yeh nahin hai ke maaf kiya, maaf kiya keh diya. nahin, acha sulook karna.</w:t>
      </w:r>
    </w:p>
    <w:p>
      <w:pPr>
        <w:jc w:val="right"/>
      </w:pPr>
      <w:r>
        <w:t>وہ یہ کہ اس کو معاف کریں۔ معاف کرنے کے بعد تو صرف یہ نہیں ہے کہ معاف کیا، معاف کیا کہہ دیا۔ نہیں، اچھا سلوک کرنا۔</w:t>
      </w:r>
    </w:p>
    <w:p>
      <w:r>
        <w:rPr>
          <w:b/>
        </w:rPr>
        <w:t xml:space="preserve">[08:21] </w:t>
      </w:r>
      <w:r>
        <w:t>misalan aap is ko islami kitaben den parhne ke liye, quran den parhne ke liye,</w:t>
      </w:r>
    </w:p>
    <w:p>
      <w:pPr>
        <w:jc w:val="right"/>
      </w:pPr>
      <w:r>
        <w:t>مثلاً آپ اس کو اسلامی کتابیں دیں پڑھنے کے لیے، قرآن دیں پڑھنے کے لیے،</w:t>
      </w:r>
    </w:p>
    <w:p>
      <w:r>
        <w:rPr>
          <w:b/>
        </w:rPr>
        <w:t xml:space="preserve">[08:35] </w:t>
      </w:r>
      <w:r>
        <w:t>is tarah ka muamla karen aap.</w:t>
      </w:r>
    </w:p>
    <w:p>
      <w:pPr>
        <w:jc w:val="right"/>
      </w:pPr>
      <w:r>
        <w:t>اس طرح کا معاملہ کریں آپ۔</w:t>
      </w:r>
    </w:p>
    <w:p>
      <w:r>
        <w:rPr>
          <w:b/>
        </w:rPr>
        <w:t xml:space="preserve">[08:43] </w:t>
      </w:r>
      <w:r>
        <w:t>to main sochta hoon ke yeh jo reaction karte hain log, woh bilkul hi khud apne khilaf hai, woh reaction ka tareeqa khud apne khilaf hai.</w:t>
      </w:r>
    </w:p>
    <w:p>
      <w:pPr>
        <w:jc w:val="right"/>
      </w:pPr>
      <w:r>
        <w:t>تو میں سوچتا ہوں کہ یہ جو ری ایکشن کرتے ہیں لوگ، وہ بالکل ہی خود اپنے خلاف ہے، وہ ری ایکشن کا طریقہ خود اپنے خلاف ہے۔</w:t>
      </w:r>
    </w:p>
    <w:p>
      <w:r>
        <w:rPr>
          <w:b/>
        </w:rPr>
        <w:t xml:space="preserve">[09:01] </w:t>
      </w:r>
      <w:r>
        <w:t>ek reaction ka tareeqa ek, ek, ek chance ko kho dena hai, ek upper choti ko kho dena hai,</w:t>
      </w:r>
    </w:p>
    <w:p>
      <w:pPr>
        <w:jc w:val="right"/>
      </w:pPr>
      <w:r>
        <w:t>ایک ری ایکشن کا طریقہ ایک، ایک، ایک چانس کو کھو دینا ہے، ایک اپر چوٹی کو کھو دینا ہے،</w:t>
      </w:r>
    </w:p>
    <w:p>
      <w:r>
        <w:rPr>
          <w:b/>
        </w:rPr>
        <w:t xml:space="preserve">[09:16] </w:t>
      </w:r>
      <w:r>
        <w:t>zyada bara sawab paani ke mauqe ko kho dena hai.</w:t>
      </w:r>
    </w:p>
    <w:p>
      <w:pPr>
        <w:jc w:val="right"/>
      </w:pPr>
      <w:r>
        <w:t>زیادہ بڑا ثواب پانی کے موقع کو کھو دینا ہے۔</w:t>
      </w:r>
    </w:p>
    <w:p>
      <w:r>
        <w:rPr>
          <w:b/>
        </w:rPr>
        <w:t xml:space="preserve">[09:30] </w:t>
      </w:r>
      <w:r>
        <w:t>to main sochta hoon ke hum mein se har ek ko chahiye ke woh</w:t>
      </w:r>
    </w:p>
    <w:p>
      <w:pPr>
        <w:jc w:val="right"/>
      </w:pPr>
      <w:r>
        <w:t>تو میں سوچتا ہوں کہ ہم میں سے ہر ایک کو چاہیے کہ وہ</w:t>
      </w:r>
    </w:p>
    <w:p>
      <w:r>
        <w:rPr>
          <w:b/>
        </w:rPr>
        <w:t xml:space="preserve">[09:38] </w:t>
      </w:r>
      <w:r>
        <w:t>apni ek mustahkam aadat bana le, aadat ke react nahin karega, negative nahin karega.</w:t>
      </w:r>
    </w:p>
    <w:p>
      <w:pPr>
        <w:jc w:val="right"/>
      </w:pPr>
      <w:r>
        <w:t>اپنی ایک مستقل عادت بنا لے، عادت کہ ری ایکٹ نہیں کرے گا، نیگیٹیو نہیں کرے گا۔</w:t>
      </w:r>
    </w:p>
    <w:p>
      <w:r>
        <w:rPr>
          <w:b/>
        </w:rPr>
        <w:t xml:space="preserve">[09:53] </w:t>
      </w:r>
      <w:r>
        <w:t>kyun ke woh wohi to sab se bara reward paane ka mauqa hota hai.</w:t>
      </w:r>
    </w:p>
    <w:p>
      <w:pPr>
        <w:jc w:val="right"/>
      </w:pPr>
      <w:r>
        <w:t>کیونکہ وہ وہی تو سب سے بڑا ریوارڈ پانے کا موقع ہوتا ہے۔</w:t>
      </w:r>
    </w:p>
    <w:p>
      <w:r>
        <w:rPr>
          <w:b/>
        </w:rPr>
        <w:t xml:space="preserve">[10:09] </w:t>
      </w:r>
      <w:r>
        <w:t>wafi'un min dhulumi. wohi ke ek hadith hai ke "la takun im'an, im'an na bano".</w:t>
      </w:r>
    </w:p>
    <w:p>
      <w:pPr>
        <w:jc w:val="right"/>
      </w:pPr>
      <w:r>
        <w:t>وافع من ذلونی۔ وہی کہ ایک حدیث ہے کہ "لا تکن اما تن، اما نہ بنو"۔</w:t>
      </w:r>
    </w:p>
    <w:p>
      <w:r>
        <w:rPr>
          <w:b/>
        </w:rPr>
        <w:t xml:space="preserve">[10:22] </w:t>
      </w:r>
      <w:r>
        <w:t>ek hadith hai ke "la takun im'an, im'an na bano". im'an ka matlab hai ke tit for tat na bano.</w:t>
      </w:r>
    </w:p>
    <w:p>
      <w:pPr>
        <w:jc w:val="right"/>
      </w:pPr>
      <w:r>
        <w:t>ایک حدیث ہے کہ "لا تکن اما تن، اما نہ بنو"۔ اما کا مطلب ہے کہ ٹٹ فائیٹڈ نہ بنو۔</w:t>
      </w:r>
    </w:p>
    <w:p>
      <w:r>
        <w:rPr>
          <w:b/>
        </w:rPr>
        <w:t xml:space="preserve">[10:35] </w:t>
      </w:r>
      <w:r>
        <w:t>jo galat karega us se hum bhi galat karenge.</w:t>
      </w:r>
    </w:p>
    <w:p>
      <w:pPr>
        <w:jc w:val="right"/>
      </w:pPr>
      <w:r>
        <w:t>جو غلط کرے گا اس سے ہم بھی غلط کریں گے۔</w:t>
      </w:r>
    </w:p>
    <w:p>
      <w:r>
        <w:rPr>
          <w:b/>
        </w:rPr>
        <w:t xml:space="preserve">[10:45] </w:t>
      </w:r>
      <w:r>
        <w:t>ek arab shair ne jahiliyat ki rawani mein shair kaha tha: "dunah kamadano".</w:t>
      </w:r>
    </w:p>
    <w:p>
      <w:pPr>
        <w:jc w:val="right"/>
      </w:pPr>
      <w:r>
        <w:t>ایک عرب شاعر نے جاہلیت کی روانی میں شعر کہا تھا: "دنہ کمادانو"۔</w:t>
      </w:r>
    </w:p>
    <w:p>
      <w:r>
        <w:rPr>
          <w:b/>
        </w:rPr>
        <w:t xml:space="preserve">[10:58] </w:t>
      </w:r>
      <w:r>
        <w:t>un ko hum ne wohi badla diya jo unhon ne hum ko, hamare sath kiya tha.</w:t>
      </w:r>
    </w:p>
    <w:p>
      <w:pPr>
        <w:jc w:val="right"/>
      </w:pPr>
      <w:r>
        <w:t>ان کو ہم نے وہی بدلہ دیا جو انہوں نے ہم کو، ہمارے ساتھ کیا تھا۔</w:t>
      </w:r>
    </w:p>
    <w:p>
      <w:r>
        <w:rPr>
          <w:b/>
        </w:rPr>
        <w:t xml:space="preserve">[11:11] </w:t>
      </w:r>
      <w:r>
        <w:t>to kya hai, woh, woh, woh dono ne hamein koi adwan chora nahin.</w:t>
      </w:r>
    </w:p>
    <w:p>
      <w:pPr>
        <w:jc w:val="right"/>
      </w:pPr>
      <w:r>
        <w:t>تو کیا ہے، وہ، وہ، وہ دونوں نے ہمیں کوئی عدوان چھوڑا نہیں۔</w:t>
      </w:r>
    </w:p>
    <w:p>
      <w:r>
        <w:rPr>
          <w:b/>
        </w:rPr>
        <w:t xml:space="preserve">[11:21] </w:t>
      </w:r>
      <w:r>
        <w:t>wa lam yabqa su'l adwani dunahum kamadano. haan, wa lam yabqa mere liye adwani dunahum kamadano.</w:t>
      </w:r>
    </w:p>
    <w:p>
      <w:pPr>
        <w:jc w:val="right"/>
      </w:pPr>
      <w:r>
        <w:t>ولم یبق سو العدوان دناہم کمادانو۔ ہاں، ولم یبق میرے لیے عدوان دناہم کمادانو۔</w:t>
      </w:r>
    </w:p>
    <w:p>
      <w:r>
        <w:rPr>
          <w:b/>
        </w:rPr>
        <w:t xml:space="preserve">[11:31] </w:t>
      </w:r>
      <w:r>
        <w:t>hum ne chora nahin koi,</w:t>
      </w:r>
    </w:p>
    <w:p>
      <w:pPr>
        <w:jc w:val="right"/>
      </w:pPr>
      <w:r>
        <w:t>ہم نے چھوڑا نہیں کوئی،</w:t>
      </w:r>
    </w:p>
    <w:p>
      <w:r>
        <w:rPr>
          <w:b/>
        </w:rPr>
        <w:t xml:space="preserve">[11:36] </w:t>
      </w:r>
      <w:r>
        <w:t>koi zulm un ke khilaf. yani jis ne zulm kiya tha us ke upar khoob khoob zulm kiya. jis tarah hamare kisi gaon aadmi ko mara tha to khoob khoob maro.</w:t>
      </w:r>
    </w:p>
    <w:p>
      <w:pPr>
        <w:jc w:val="right"/>
      </w:pPr>
      <w:r>
        <w:t>کوئی ظلم ان کے خلاف۔ یعنی جس نے ظلم کیا تھا اس کے اوپر خوب خوب ظلم کیا۔ جس طرح ہمارے کسی گاؤں آدمی کو مارا تھا تو خوب خوب مارو۔</w:t>
      </w:r>
    </w:p>
    <w:p>
      <w:r>
        <w:rPr>
          <w:b/>
        </w:rPr>
        <w:t xml:space="preserve">[11:51] </w:t>
      </w:r>
      <w:r>
        <w:t>wa lam yabqa adwani dunahum kamadano. yeh jahiliyat ka shair hai. to yeh islam ki taleem nahin hai, momin ka yeh kaam nahin hai.</w:t>
      </w:r>
    </w:p>
    <w:p>
      <w:pPr>
        <w:jc w:val="right"/>
      </w:pPr>
      <w:r>
        <w:t>ولم یبق عدوان دناہم کمادانو۔ یہ جاری طور کا شعر ہے۔ تو یہ اسلام کی تعلیم نہیں ہے، مومن کا یہ کام نہیں ہے۔</w:t>
      </w:r>
    </w:p>
    <w:p>
      <w:r>
        <w:rPr>
          <w:b/>
        </w:rPr>
        <w:t xml:space="preserve">[12:12] </w:t>
      </w:r>
      <w:r>
        <w:t>main sochta hoon ke yeh, yeh jo taleem hai, is se insaan ki ek nayi pehchan banti hai.</w:t>
      </w:r>
    </w:p>
    <w:p>
      <w:pPr>
        <w:jc w:val="right"/>
      </w:pPr>
      <w:r>
        <w:t>میں سوچتا ہوں کہ یہ، یہ جو تعلیم ہے، اس سے انسان کی ایک نئی پہچان بنتی ہے۔</w:t>
      </w:r>
    </w:p>
    <w:p>
      <w:r>
        <w:rPr>
          <w:b/>
        </w:rPr>
        <w:t xml:space="preserve">[12:24] </w:t>
      </w:r>
      <w:r>
        <w:t>wohi pehchan aaj kal log zyada baat karte hain pehchan ki.</w:t>
      </w:r>
    </w:p>
    <w:p>
      <w:pPr>
        <w:jc w:val="right"/>
      </w:pPr>
      <w:r>
        <w:t>وہی پہچان آج کل لوگ زیادہ بات کرتے ہیں پہچان کی۔</w:t>
      </w:r>
    </w:p>
    <w:p>
      <w:r>
        <w:rPr>
          <w:b/>
        </w:rPr>
        <w:t xml:space="preserve">[12:39] </w:t>
      </w:r>
      <w:r>
        <w:t>to momin ki pehchan yahi hai.</w:t>
      </w:r>
    </w:p>
    <w:p>
      <w:pPr>
        <w:jc w:val="right"/>
      </w:pPr>
      <w:r>
        <w:t>تو مومن کی پہچان یہی ہے۔</w:t>
      </w:r>
    </w:p>
    <w:p>
      <w:r>
        <w:rPr>
          <w:b/>
        </w:rPr>
        <w:t xml:space="preserve">[12:48] </w:t>
      </w:r>
      <w:r>
        <w:t>momin ki pehchan yahi ke woh</w:t>
      </w:r>
    </w:p>
    <w:p>
      <w:pPr>
        <w:jc w:val="right"/>
      </w:pPr>
      <w:r>
        <w:t>مومن کی پہچان یہی کہ وہ</w:t>
      </w:r>
    </w:p>
    <w:p>
      <w:r>
        <w:rPr>
          <w:b/>
        </w:rPr>
        <w:t xml:space="preserve">[12:54] </w:t>
      </w:r>
      <w:r>
        <w:t>jaise koi teesra, yeh is ka tareeqa nahin hota.</w:t>
      </w:r>
    </w:p>
    <w:p>
      <w:pPr>
        <w:jc w:val="right"/>
      </w:pPr>
      <w:r>
        <w:t>جیسے کوئی تیسا، یہ اس کا طریقہ نہیں ہوتا۔</w:t>
      </w:r>
    </w:p>
    <w:p>
      <w:r>
        <w:rPr>
          <w:b/>
        </w:rPr>
        <w:t xml:space="preserve">[13:01] </w:t>
      </w:r>
      <w:r>
        <w:t>woh zalim ke sath mohabbat, khair khwahi ka tareeqa ikhtiyar karta hai.</w:t>
      </w:r>
    </w:p>
    <w:p>
      <w:pPr>
        <w:jc w:val="right"/>
      </w:pPr>
      <w:r>
        <w:t>وہ ظالم کے ساتھ محبت، خیر خواہی کا طریقہ اختیار کرتا ہے۔</w:t>
      </w:r>
    </w:p>
    <w:p>
      <w:r>
        <w:rPr>
          <w:b/>
        </w:rPr>
        <w:t xml:space="preserve">[13:16] </w:t>
      </w:r>
      <w:r>
        <w:t>is wajah ka poori zindagi mein yahi tareeqa raha, poori zindagi mein.</w:t>
      </w:r>
    </w:p>
    <w:p>
      <w:pPr>
        <w:jc w:val="right"/>
      </w:pPr>
      <w:r>
        <w:t>اس وجہ کا پوری زندگی میں یہی طریقہ رہا، پوری زندگی میں۔</w:t>
      </w:r>
    </w:p>
    <w:p>
      <w:r>
        <w:rPr>
          <w:b/>
        </w:rPr>
        <w:t xml:space="preserve">[13:27] </w:t>
      </w:r>
      <w:r>
        <w:t>toh main sochta hoon ke hum sab logon ko aam zindagi mein bhi aur dawat madu ke sath bhi is tareeqay ko apnayen.</w:t>
      </w:r>
    </w:p>
    <w:p>
      <w:pPr>
        <w:jc w:val="right"/>
      </w:pPr>
      <w:r>
        <w:t>تو میں سوچتا ہوں کہ ہم سب لوگوں کو عام زندگی میں بھی اور دعوت مدعو کے ساتھ بھی اس طریقے کو اپنائیں۔</w:t>
      </w:r>
    </w:p>
    <w:p>
      <w:r>
        <w:rPr>
          <w:b/>
        </w:rPr>
        <w:t xml:space="preserve">[13:39] </w:t>
      </w:r>
      <w:r>
        <w:t>isi mein zyada reward hai, isi mein zyada da'wati kaam ka, ki taraqqi ke mawaqe khulte hain.</w:t>
      </w:r>
    </w:p>
    <w:p>
      <w:pPr>
        <w:jc w:val="right"/>
      </w:pPr>
      <w:r>
        <w:t>اسی میں زیادہ ریوارڈ ہے، اسی میں زیادہ دعوتی کام کا، کی ترقی کے مواقع کھلتے ہیں۔</w:t>
      </w:r>
    </w:p>
    <w:p>
      <w:r>
        <w:rPr>
          <w:b/>
        </w:rPr>
        <w:t xml:space="preserve">[13:51] </w:t>
      </w:r>
      <w:r>
        <w:t>jazakm Allah. salam alaikum.</w:t>
      </w:r>
    </w:p>
    <w:p>
      <w:pPr>
        <w:jc w:val="right"/>
      </w:pPr>
      <w:r>
        <w:t>جزاکم اللہ۔ السلام علیکم۔</w:t>
      </w:r>
    </w:p>
    <w:p>
      <w:r>
        <w:rPr>
          <w:b/>
        </w:rPr>
        <w:t xml:space="preserve">[14:07] </w:t>
      </w:r>
      <w:r>
        <w:t>Maulana, bilkul nayi baat maloom hui ke woh hadees mein jo aaya hai ke aap maaf karo, agar koi aap par zulm karta hai toh usko maaf, maaf karo.</w:t>
      </w:r>
    </w:p>
    <w:p>
      <w:pPr>
        <w:jc w:val="right"/>
      </w:pPr>
      <w:r>
        <w:t>مولانا، بالکل نئی بات معلوم ہوئی کہ وہ حدیث میں جو آیا ہے کہ آپ معاف کرو، اگر کوئی آپ پر ظلم کرتا ہے تو اس کو معاف، معاف کرو۔</w:t>
      </w:r>
    </w:p>
    <w:p>
      <w:r>
        <w:rPr>
          <w:b/>
        </w:rPr>
        <w:t xml:space="preserve">[14:18] </w:t>
      </w:r>
      <w:r>
        <w:t>toh yeh asal mein hum ko moqa hai ke hum is waqt sawab kamayen. toh yeh bilkul naya point maloom hua. mera sawal yeh hai ke ek martaba hamare ek saathi ne kisi jagah isi qism ki taleem di thi ke Islam mein aaya hai ke maaf karo, zulm kare toh usko ignore karo, a'raaz karo jo jahal hain usko.</w:t>
      </w:r>
    </w:p>
    <w:p>
      <w:pPr>
        <w:jc w:val="right"/>
      </w:pPr>
      <w:r>
        <w:t>تو یہ اصل میں ہم کو موقع ہے کہ ہم اس وقت ثواب کمائیں۔ تو یہ بالکل نیا پوائنٹ معلوم ہوا۔ میرا سوال یہ ہے کہ ایک مرتبہ ہمارے ایک ساتھی نے کسی جگہ اسی قسم کی تعلیم دی تھی کہ اسلام میں آیا ہے کہ معاف کرو، ظلم کرے تو اس کو اگنور کرو، اعراض کرو جو جاہل ہیں اس کو۔</w:t>
      </w:r>
    </w:p>
    <w:p>
      <w:r>
        <w:rPr>
          <w:b/>
        </w:rPr>
        <w:t xml:space="preserve">[14:41] </w:t>
      </w:r>
      <w:r>
        <w:t>toh ek sahab uthe aur unhone yeh kaha ke aap jo baat bol rahe hain woh Islam mein theek hai, lekin yeh ek akhlaqi taleem hai. yeh koi, theek hai, yeh ek akhlaqi taleem hai.</w:t>
      </w:r>
    </w:p>
    <w:p>
      <w:pPr>
        <w:jc w:val="right"/>
      </w:pPr>
      <w:r>
        <w:t>تو ایک صاحب اٹھے اور انہوں نے یہ کہا کہ آپ جو بات بول رہے ہیں وہ اسلام میں ٹھیک ہے، لیکن یہ ایک اخلاقی تعلیم ہے۔ یہ کوئی، ٹھیک ہے، یہ ایک اخلاقی تعلیم ہے۔</w:t>
      </w:r>
    </w:p>
    <w:p>
      <w:r>
        <w:rPr>
          <w:b/>
        </w:rPr>
        <w:t xml:space="preserve">[14:51] </w:t>
      </w:r>
      <w:r>
        <w:t>haan, Islam ki usooli taleem nahi hai. haan, toh is mein kya ghalati hai?</w:t>
      </w:r>
    </w:p>
    <w:p>
      <w:pPr>
        <w:jc w:val="right"/>
      </w:pPr>
      <w:r>
        <w:t>ہاں، اسلام کی اصولی تعلیم نہیں ہے۔ ہاں، تو اس میں کیا غلطی ہے؟</w:t>
      </w:r>
    </w:p>
    <w:p>
      <w:r>
        <w:rPr>
          <w:b/>
        </w:rPr>
        <w:t xml:space="preserve">[14:58] </w:t>
      </w:r>
      <w:r>
        <w:t>ghalat toh abhi hum ne jo hadees sunai,</w:t>
      </w:r>
    </w:p>
    <w:p>
      <w:pPr>
        <w:jc w:val="right"/>
      </w:pPr>
      <w:r>
        <w:t>غلط تو ابھی ہم نے جو حدیث سنائی،</w:t>
      </w:r>
    </w:p>
    <w:p>
      <w:r>
        <w:rPr>
          <w:b/>
        </w:rPr>
        <w:t xml:space="preserve">[15:04] </w:t>
      </w:r>
      <w:r>
        <w:t>yeh ain Islami taleem hai. ain Islami taleem hai</w:t>
      </w:r>
    </w:p>
    <w:p>
      <w:pPr>
        <w:jc w:val="right"/>
      </w:pPr>
      <w:r>
        <w:t>یہ عین اسلامی تعلیم ہے۔ عین اسلامی تعلیم ہے</w:t>
      </w:r>
    </w:p>
    <w:p>
      <w:r>
        <w:rPr>
          <w:b/>
        </w:rPr>
        <w:t xml:space="preserve">[15:12] </w:t>
      </w:r>
      <w:r>
        <w:t>inteqam na lena, badla na lena, zalim ke sath acha sulook karna. yeh toh ain Islami taleem hai.</w:t>
      </w:r>
    </w:p>
    <w:p>
      <w:pPr>
        <w:jc w:val="right"/>
      </w:pPr>
      <w:r>
        <w:t>انتقام نہ لینا، بدلہ نہ لینا، ظالم کے ساتھ اچھا سلوک کرنا۔ یہ تو عین اسلامی تعلیم ہے۔</w:t>
      </w:r>
    </w:p>
    <w:p>
      <w:r>
        <w:rPr>
          <w:b/>
        </w:rPr>
        <w:t xml:space="preserve">[15:26] </w:t>
      </w:r>
      <w:r>
        <w:t>Rasool Allah ko jinhon ne sataya, aap ne unki duayen keen. yeh toh bohat hi maroof o mashhoor uswa Rasool Allah ka uswa hai.</w:t>
      </w:r>
    </w:p>
    <w:p>
      <w:pPr>
        <w:jc w:val="right"/>
      </w:pPr>
      <w:r>
        <w:t>رسول اللہ کو جنہوں نے ستایا، آپ نے ان کی دعائیں کیں۔ یہ تو بہت ہی معروف و مشہور اسوہ رسول اللہ کا اسوہ ہے۔</w:t>
      </w:r>
    </w:p>
    <w:p>
      <w:r>
        <w:rPr>
          <w:b/>
        </w:rPr>
        <w:t xml:space="preserve">[15:51] </w:t>
      </w:r>
      <w:r>
        <w:t>Maulana, yeh bohat hi zabardast thrilling point tha hamare liye. aap ne yeh toh bataya ke jab koi kisi ke sath galat kare toh yeh us waqt us ke liye opportunity hai sawab kamane ke liye.</w:t>
      </w:r>
    </w:p>
    <w:p>
      <w:pPr>
        <w:jc w:val="right"/>
      </w:pPr>
      <w:r>
        <w:t>مولانا، یہ بہت ہی زبردست تھرلنگ پوائنٹ تھا ہمارے لیے۔ آپ نے یہ تو بتایا کہ جب کوئی کسی کے ساتھ غلط کرے تو یہ اس وقت اس کے لیے اپرچونیٹی ہے ثواب کمانے کے لیے۔</w:t>
      </w:r>
    </w:p>
    <w:p>
      <w:r>
        <w:rPr>
          <w:b/>
        </w:rPr>
        <w:t xml:space="preserve">[16:04] </w:t>
      </w:r>
      <w:r>
        <w:t>lekin yeh bhi bohat zabardast baat batayi aap ne ke agar koi aadmi reaction karta hai toh uska matlab woh khud apne against jata hai aur ek opportunity gawa deta hai.</w:t>
      </w:r>
    </w:p>
    <w:p>
      <w:pPr>
        <w:jc w:val="right"/>
      </w:pPr>
      <w:r>
        <w:t>لیکن یہ بھی بہت زبردست بات بتائی آپ نے کہ اگر کوئی آدمی ری ایکشن کرتا ہے تو اس کا مطلب وہ خود اپنے اگینسٹ جاتا ہے اور ایک اپرچونیٹی گوا دیتا ہے۔</w:t>
      </w:r>
    </w:p>
    <w:p>
      <w:r>
        <w:rPr>
          <w:b/>
        </w:rPr>
        <w:t xml:space="preserve">[16:16] </w:t>
      </w:r>
      <w:r>
        <w:t>toh Maulana, yeh, yeh bohat hi important, mind ko address karne wali baat hai ke ah, we should not lose opportunity ah, during the time when we are struggling.</w:t>
      </w:r>
    </w:p>
    <w:p>
      <w:pPr>
        <w:jc w:val="right"/>
      </w:pPr>
      <w:r>
        <w:t>تو مولانا، یہ، یہ بہت ہی امپورٹنٹ، مائنڈ کو ایڈریس کرنے والی بات ہے کہ آہ، وی شوڈ ناٹ لوز اپرچونیٹی آہ، ڈیورنگ دا ٹائم وین وی آر سٹرگلنگ۔</w:t>
      </w:r>
    </w:p>
    <w:p>
      <w:r>
        <w:rPr>
          <w:b/>
        </w:rPr>
        <w:t xml:space="preserve">[16:32] </w:t>
      </w:r>
      <w:r>
        <w:t>so that is a time to not only earn reward, but also to make sure that we don't lose that opportunity. toh aisi habit hum sab logon ko banani hai.</w:t>
      </w:r>
    </w:p>
    <w:p>
      <w:pPr>
        <w:jc w:val="right"/>
      </w:pPr>
      <w:r>
        <w:t>سو دیٹ از ا ٹائم ٹو ناٹ اونلی ارن ریوارڈ، بٹ السو ٹو میک شور دیٹ وی ڈونٹ لوز دیٹ اپرچونیٹی۔ تو ایسی ہیبٹ ہم سب لوگوں کو بنانی ہے۔</w:t>
      </w:r>
    </w:p>
    <w:p>
      <w:r>
        <w:rPr>
          <w:b/>
        </w:rPr>
        <w:t xml:space="preserve">[16:42] </w:t>
      </w:r>
      <w:r>
        <w:t>ah, yeh ek bohat hi zabardast point tha Maulana.</w:t>
      </w:r>
    </w:p>
    <w:p>
      <w:pPr>
        <w:jc w:val="right"/>
      </w:pPr>
      <w:r>
        <w:t>آہ، یہ ایک بہت ہی زبردست پوائنٹ تھا مولانا۔</w:t>
      </w:r>
    </w:p>
    <w:p>
      <w:r>
        <w:rPr>
          <w:b/>
        </w:rPr>
        <w:t xml:space="preserve">[16:46] </w:t>
      </w:r>
      <w:r>
        <w:t>jazakm Allah. jazakm Allah.</w:t>
      </w:r>
    </w:p>
    <w:p>
      <w:pPr>
        <w:jc w:val="right"/>
      </w:pPr>
      <w:r>
        <w:t>جزاکم اللہ۔ جزاکم اللہ۔</w:t>
      </w:r>
    </w:p>
    <w:p>
      <w:r>
        <w:rPr>
          <w:b/>
        </w:rPr>
        <w:t xml:space="preserve">[16:58] </w:t>
      </w:r>
      <w:r>
        <w:t>Maulana, ah, I fully agree with you that hamare ko react nahi karna chahiye. but jo jab koi insaan aap ke sath kuch bura karta hai toh pehla jo thought aap ke dimagh mein aata hai woh reaction ka negative hi aata hai.</w:t>
      </w:r>
    </w:p>
    <w:p>
      <w:pPr>
        <w:jc w:val="right"/>
      </w:pPr>
      <w:r>
        <w:t>مولانا، آہ، آئی فلی ایگری ود یو دیٹ ہمارے کو ری ایکٹ نہیں کرنا چاہیے۔ بٹ جو جب کوئی انسان آپ کے ساتھ کچھ برا کرتا ہے تو پہلا جو تھاٹ آپ کے دماغ میں آتا ہے وہ ری ایکشن کا نیگیٹیو ہی آتا ہے۔</w:t>
      </w:r>
    </w:p>
    <w:p>
      <w:r>
        <w:rPr>
          <w:b/>
        </w:rPr>
        <w:t xml:space="preserve">[17:15] </w:t>
      </w:r>
      <w:r>
        <w:t>woh aap halke halke us ko positive ke andar convert kar sakte hain. but jo pehla thought aata hai woh negative hi aata hai. mera my question is how does one train his mind so that it does not react?</w:t>
      </w:r>
    </w:p>
    <w:p>
      <w:pPr>
        <w:jc w:val="right"/>
      </w:pPr>
      <w:r>
        <w:t>وہ آپ ہلکے ہلکے اس کو پوزیٹیو کے اندر کنورٹ کر سکتے ہیں۔ بٹ جو پہلا تھاٹ آتا ہے وہ نیگیٹیو ہی آتا ہے۔ میرا مائی کوئسچن از ہاؤ ڈز ون ٹرین ہز مائنڈ سو دیٹ اٹ ڈز ناٹ ری ایک</w:t>
      </w:r>
    </w:p>
    <w:p>
      <w:r>
        <w:rPr>
          <w:b/>
        </w:rPr>
        <w:t xml:space="preserve">[17:30] </w:t>
      </w:r>
      <w:r>
        <w:t>dekhen, train karne ka waqt ain wahi nahi hota jab kuch, jab kuch hua hai. pehle, pehle se training hoti hai in paanch ke waqt ki namazon mein aur Quran ki tilawat mein aur jo naik kaam hain un ke darmiyan aadmi apni training karta hai,</w:t>
      </w:r>
    </w:p>
    <w:p>
      <w:pPr>
        <w:jc w:val="right"/>
      </w:pPr>
      <w:r>
        <w:t>ٹ؟ دیکھیں، ٹرین کرنے کا وقت عین وہی نہیں ہوتا جب کچھ، جب کچھ ہوا ہے۔ پہلے، پہلے سے ٹریننگ ہوتی ہے ان پانچ کے وقت کی نمازوں میں اور قرآن کی تلاوت میں اور جو نیک کام ہیں ان کے درمیان آدمی اپنی ٹریننگ کرتا ہے،</w:t>
      </w:r>
    </w:p>
    <w:p>
      <w:r>
        <w:rPr>
          <w:b/>
        </w:rPr>
        <w:t xml:space="preserve">[17:56] </w:t>
      </w:r>
      <w:r>
        <w:t>pehlay se karta hai. tab woh us waqt uska izhaar hota hai. aur sab se acha tareeqa yeh hai ke aadmi ke sath jab koi aisa sulook kare toh aadmi</w:t>
      </w:r>
    </w:p>
    <w:p>
      <w:pPr>
        <w:jc w:val="right"/>
      </w:pPr>
      <w:r>
        <w:t>پہلے سے کرتا ہے۔ تب وہ اس وقت اس کا اظہار ہوتا ہے۔ اور سب سے اچھا طریقہ یہ ہے کہ آدمی کے ساتھ جب کوئی ایسا سلوک کرے تو آدمی</w:t>
      </w:r>
    </w:p>
    <w:p>
      <w:r>
        <w:rPr>
          <w:b/>
        </w:rPr>
        <w:t xml:space="preserve">[18:17] </w:t>
      </w:r>
      <w:r>
        <w:t>no reaction ka tareeqa ikhtiyar kare, chup ho jaye, na bolay, na koi amal kare. main toh yahi karta hoon,</w:t>
      </w:r>
    </w:p>
    <w:p>
      <w:pPr>
        <w:jc w:val="right"/>
      </w:pPr>
      <w:r>
        <w:t>نو ری ایکشن کا طریقہ اختیار کرے، چپ ہو جائے، نہ بولے، نہ کوئی عمل کرے۔ میں تو یہی کرتا ہوں،</w:t>
      </w:r>
    </w:p>
    <w:p>
      <w:r>
        <w:rPr>
          <w:b/>
        </w:rPr>
        <w:t xml:space="preserve">[18:29] </w:t>
      </w:r>
      <w:r>
        <w:t>main dead stop ho jata hoon.</w:t>
      </w:r>
    </w:p>
    <w:p>
      <w:pPr>
        <w:jc w:val="right"/>
      </w:pPr>
      <w:r>
        <w:t>میں ڈیڈ اسٹاپ ہو جاتا ہوں۔</w:t>
      </w:r>
    </w:p>
    <w:p>
      <w:r>
        <w:rPr>
          <w:b/>
        </w:rPr>
        <w:t xml:space="preserve">[18:36] </w:t>
      </w:r>
      <w:r>
        <w:t>mein aap ko aik misaal deta hoon ke yahan par dilli mein woh jo area hai kezo camp ka area, to mein bohat pehle ki baat hai ke is area mein chal raha tha road par paidal.</w:t>
      </w:r>
    </w:p>
    <w:p>
      <w:pPr>
        <w:jc w:val="right"/>
      </w:pPr>
      <w:r>
        <w:t>میں آپ کو ایک مثال دیتا ہوں کہ یہاں پر دلی میں وہ جو ایریا ہے کیزو کیمپ کا ایریا، تو میں بہت پہلے کی بات ہے کہ اس ایریا میں چل رہا تھا روڈ پر پیدل۔</w:t>
      </w:r>
    </w:p>
    <w:p>
      <w:r>
        <w:rPr>
          <w:b/>
        </w:rPr>
        <w:t xml:space="preserve">[19:01] </w:t>
      </w:r>
      <w:r>
        <w:t>to aik,</w:t>
      </w:r>
    </w:p>
    <w:p>
      <w:pPr>
        <w:jc w:val="right"/>
      </w:pPr>
      <w:r>
        <w:t>تو ایک،</w:t>
      </w:r>
    </w:p>
    <w:p>
      <w:r>
        <w:rPr>
          <w:b/>
        </w:rPr>
        <w:t xml:space="preserve">[19:04] </w:t>
      </w:r>
      <w:r>
        <w:t>aik aadmi bicycle dhelwata hua aaya</w:t>
      </w:r>
    </w:p>
    <w:p>
      <w:pPr>
        <w:jc w:val="right"/>
      </w:pPr>
      <w:r>
        <w:t>ایک آدمی بائیسکل دلواتا ہوا آیا</w:t>
      </w:r>
    </w:p>
    <w:p>
      <w:r>
        <w:rPr>
          <w:b/>
        </w:rPr>
        <w:t xml:space="preserve">[19:13] </w:t>
      </w:r>
      <w:r>
        <w:t>aur mein, mein to bilkul kinare chal raha tha, chup chap mujhe takra diya. ab mein gir pada.</w:t>
      </w:r>
    </w:p>
    <w:p>
      <w:pPr>
        <w:jc w:val="right"/>
      </w:pPr>
      <w:r>
        <w:t>اور میں، میں تو بالکل کنارے چل رہا تھا، چپ چاپ مجھے ٹکرا دیا۔ اب میں گر پڑا۔</w:t>
      </w:r>
    </w:p>
    <w:p>
      <w:r>
        <w:rPr>
          <w:b/>
        </w:rPr>
        <w:t xml:space="preserve">[19:25] </w:t>
      </w:r>
      <w:r>
        <w:t>yeh mein aankh lage pade hue tha, arey toot gaya, toot gaya aankh aur</w:t>
      </w:r>
    </w:p>
    <w:p>
      <w:pPr>
        <w:jc w:val="right"/>
      </w:pPr>
      <w:r>
        <w:t>یہ میں آنکھ لگے پڑے ہوئے تھا، ارے ٹوٹ گیا، ٹوٹ گیا آنکھ اور</w:t>
      </w:r>
    </w:p>
    <w:p>
      <w:r>
        <w:rPr>
          <w:b/>
        </w:rPr>
        <w:t xml:space="preserve">[19:36] </w:t>
      </w:r>
      <w:r>
        <w:t>khoon bhi nikalne lage mujhe, khoon. to maine kya kiya? aik dam mein chup ho gaya, aik dam chup ho gaya aur maine road ke side mein ja ke baith gaya.</w:t>
      </w:r>
    </w:p>
    <w:p>
      <w:pPr>
        <w:jc w:val="right"/>
      </w:pPr>
      <w:r>
        <w:t>خون بھی نکلنے لگے مجھے، خون۔ تو میں نے کیا کیا؟ ایک دم میں چپ ہو گیا، ایک دم چپ ہو گیا اور میں نے روڈ کے سائیڈ میں جا کے بیٹھ گیا۔</w:t>
      </w:r>
    </w:p>
    <w:p>
      <w:r>
        <w:rPr>
          <w:b/>
        </w:rPr>
        <w:t xml:space="preserve">[19:54] </w:t>
      </w:r>
      <w:r>
        <w:t>road ke side mein ja ke baith gaya. yeh is se soch nikli ke yeh saath mujhe kya karna chahiye.</w:t>
      </w:r>
    </w:p>
    <w:p>
      <w:pPr>
        <w:jc w:val="right"/>
      </w:pPr>
      <w:r>
        <w:t>روڈ کے سائیڈ میں جا کے بیٹھ گئے۔ یہ اس سے سوچ نکلی کہ یہ ساتھ مجھے کیا کرنا چاہیے۔</w:t>
      </w:r>
    </w:p>
    <w:p>
      <w:r>
        <w:rPr>
          <w:b/>
        </w:rPr>
        <w:t xml:space="preserve">[20:03] </w:t>
      </w:r>
      <w:r>
        <w:t>to mein yeh dekh ke ke yeh toot gaya hai, khoon beh raha hai, to mujhe sab se pehle doctor ke paas jana chahiye.</w:t>
      </w:r>
    </w:p>
    <w:p>
      <w:pPr>
        <w:jc w:val="right"/>
      </w:pPr>
      <w:r>
        <w:t>تو میں یہ دیکھ کے کہ یہ ٹوٹ گیا ہے، خون بہہ رہا ہے، تو مجھے سب سے پہلے ڈاکٹر کے پاس جانا چاہیے۔</w:t>
      </w:r>
    </w:p>
    <w:p>
      <w:r>
        <w:rPr>
          <w:b/>
        </w:rPr>
        <w:t xml:space="preserve">[20:14] </w:t>
      </w:r>
      <w:r>
        <w:t>to qareeb ke doctor ke paas gaya mein. us aadmi se mein ne, us aadmi ko police ne pakad rakha tha. ab us se pooch rahe the kya karein, us ko chalan karein, kya karein.</w:t>
      </w:r>
    </w:p>
    <w:p>
      <w:pPr>
        <w:jc w:val="right"/>
      </w:pPr>
      <w:r>
        <w:t>تو قریب کے ڈاکٹر کے پاس گیا میں۔ اس آدمی سے میں نے، اس آدمی کو پولیس نے پکڑ رکھا تھا۔ اب اس سے پوچھ رہے تھے کیا کریں، اس کو چالان کریں، کیا کریں۔</w:t>
      </w:r>
    </w:p>
    <w:p>
      <w:r>
        <w:rPr>
          <w:b/>
        </w:rPr>
        <w:t xml:space="preserve">[20:29] </w:t>
      </w:r>
      <w:r>
        <w:t>to woh kuch bole hi nahi, mein chup chap raha. mein bas sirf doctor ke paas chala gaya. to woh police wala kehta hai ke baba ji to koi bolta nahi,</w:t>
      </w:r>
    </w:p>
    <w:p>
      <w:pPr>
        <w:jc w:val="right"/>
      </w:pPr>
      <w:r>
        <w:t>تو وہ کچھ بولے ہی نہیں، میں چپ چاپ رہا۔ میں بس صرف ڈاکٹر کے پاس چلا گیا۔ تو وہ پولیس والا کہتا ہے کہ بابا جی تو کوئی بولتا نہیں،</w:t>
      </w:r>
    </w:p>
    <w:p>
      <w:r>
        <w:rPr>
          <w:b/>
        </w:rPr>
        <w:t xml:space="preserve">[20:46] </w:t>
      </w:r>
      <w:r>
        <w:t>baba ji to koi bolta nahi. to us ne us aadmi ko chhod diya. to dekhein, kisi bhi mamle mein sab se acha tareeqa hai ke aap chup ho jayein,</w:t>
      </w:r>
    </w:p>
    <w:p>
      <w:pPr>
        <w:jc w:val="right"/>
      </w:pPr>
      <w:r>
        <w:t>بابا جی تو کوئی بولتا نہیں۔ تو اس نے اس آدمی کو چھوڑ دیا۔ تو دیکھیں، کسی بھی معاملے میں سب سے اچھا طریقہ ہے کہ آپ چپ ہو جائیں،</w:t>
      </w:r>
    </w:p>
    <w:p>
      <w:r>
        <w:rPr>
          <w:b/>
        </w:rPr>
        <w:t xml:space="preserve">[21:00] </w:t>
      </w:r>
      <w:r>
        <w:t>no reaction at all. to us waqt kya hota hai ke aap ke mind mein jo negative thought aata hai na, woh foran positive ban jata hai.</w:t>
      </w:r>
    </w:p>
    <w:p>
      <w:pPr>
        <w:jc w:val="right"/>
      </w:pPr>
      <w:r>
        <w:t>نو ری ایکشن ایٹ آل۔ تو اس وقت کیا ہوتا ہے کہ آپ کے مائنڈ میں جو نیگیٹیو تھاٹ آتا ہے نا، وہ فوراً پازیٹیو بن جاتا ہے۔</w:t>
      </w:r>
    </w:p>
    <w:p>
      <w:r>
        <w:rPr>
          <w:b/>
        </w:rPr>
        <w:t xml:space="preserve">[21:13] </w:t>
      </w:r>
      <w:r>
        <w:t>negative thought agar aap ko, aap bhi kuch bolein to kya hota hai?</w:t>
      </w:r>
    </w:p>
    <w:p>
      <w:pPr>
        <w:jc w:val="right"/>
      </w:pPr>
      <w:r>
        <w:t>نیگیٹیو تھاٹ اگر آپ کو، آپ بھی کچھ بولیں تو کیا ہوتا ہے؟</w:t>
      </w:r>
    </w:p>
    <w:p>
      <w:r>
        <w:rPr>
          <w:b/>
        </w:rPr>
        <w:t xml:space="preserve">[21:23] </w:t>
      </w:r>
      <w:r>
        <w:t>yani reaction, double reaction banta hai. woh bhi us ne bhi react kiya, aap bhi react kar rahe hain. lekin aap agar chup ho jayein to kuch nahi, wahin, wahin, wahin, wahin khatam, wahin, wahin khatam.</w:t>
      </w:r>
    </w:p>
    <w:p>
      <w:pPr>
        <w:jc w:val="right"/>
      </w:pPr>
      <w:r>
        <w:t>یعنی ری ایکشن، ڈبل ری ایکشن بنتا ہے۔ وہ بھی اس نے بھی ری ایکٹ کیا، آپ بھی ری ایکٹ کر رہے ہیں۔ لیکن آپ اگر چپ ہو جائیں تو کچھ نہیں، وہیں، وہیں، وہیں، وہیں ختم، وہیں، وہیں ختم۔</w:t>
      </w:r>
    </w:p>
    <w:p>
      <w:r>
        <w:rPr>
          <w:b/>
        </w:rPr>
        <w:t xml:space="preserve">[21:42] </w:t>
      </w:r>
      <w:r>
        <w:t>best, best tareeqa jo hai nature ke mutalliq, nature aap ki help mein aa jati hai. jab aap in, in inteqaam na kar lein,</w:t>
      </w:r>
    </w:p>
    <w:p>
      <w:pPr>
        <w:jc w:val="right"/>
      </w:pPr>
      <w:r>
        <w:t>بیسٹ، بیسٹ طریقہ جو ہے نیچر کے متعلق، نیچر آپ کی ہیلپ میں آ جاتی ہے۔ جب آپ ان، ان انتقام نہ کر لیں،</w:t>
      </w:r>
    </w:p>
    <w:p>
      <w:r>
        <w:rPr>
          <w:b/>
        </w:rPr>
        <w:t xml:space="preserve">[21:56] </w:t>
      </w:r>
      <w:r>
        <w:t>na lein, jab aap negative par positive ho jayein to help, to, to nature aap ki help karti hai.</w:t>
      </w:r>
    </w:p>
    <w:p>
      <w:pPr>
        <w:jc w:val="right"/>
      </w:pPr>
      <w:r>
        <w:t>نہ لیں، جب آپ نیگیٹیو پر پازیٹیو ہو جائیں تو ہیلپ، تو، تو نیچر آپ کی ہیلپ کرتی ہے۔</w:t>
      </w:r>
    </w:p>
    <w:p>
      <w:r>
        <w:rPr>
          <w:b/>
        </w:rPr>
        <w:t xml:space="preserve">[22:07] </w:t>
      </w:r>
      <w:r>
        <w:t>lekin jab ulta karein to nature aap ki help nahi aati. to mein sochta hoon apne tajrube ke is nashri mein ke sab se acha tareeqa hai chup ho jana,</w:t>
      </w:r>
    </w:p>
    <w:p>
      <w:pPr>
        <w:jc w:val="right"/>
      </w:pPr>
      <w:r>
        <w:t>لیکن جب الٹا کریں تو نیچر آپ کی ہیلپ نہیں آتی۔ تو میں سوچتا ہوں اپنے تجربے کے اس نشری میں کہ سب سے اچھا طریقہ ہے چپ ہو جانا،</w:t>
      </w:r>
    </w:p>
    <w:p>
      <w:r>
        <w:rPr>
          <w:b/>
        </w:rPr>
        <w:t xml:space="preserve">[22:22] </w:t>
      </w:r>
      <w:r>
        <w:t>jawabi, action na karna.</w:t>
      </w:r>
    </w:p>
    <w:p>
      <w:pPr>
        <w:jc w:val="right"/>
      </w:pPr>
      <w:r>
        <w:t>جوابی، ایکشن نہ کرنا۔</w:t>
      </w:r>
    </w:p>
    <w:p>
      <w:r>
        <w:rPr>
          <w:b/>
        </w:rPr>
        <w:t xml:space="preserve">[22:29] </w:t>
      </w:r>
      <w:r>
        <w:t>maulana, another question which comes to mind is that god can come to know your inner thoughts.</w:t>
      </w:r>
    </w:p>
    <w:p>
      <w:pPr>
        <w:jc w:val="right"/>
      </w:pPr>
      <w:r>
        <w:t>مولانا، انادر کوئسچن وچ کمز ٹو مائنڈ از دیٹ گاڈ کین کم ٹو نو یور انر تھاٹس۔</w:t>
      </w:r>
    </w:p>
    <w:p>
      <w:r>
        <w:rPr>
          <w:b/>
        </w:rPr>
        <w:t xml:space="preserve">[22:41] </w:t>
      </w:r>
      <w:r>
        <w:t>to woh jo aap ke dimagh ke andar woh negative thought thodi, thode second ke liye bhi aaya to god ko to pata hai. to us ki hamare ko koi punishment to nahi milegi?</w:t>
      </w:r>
    </w:p>
    <w:p>
      <w:pPr>
        <w:jc w:val="right"/>
      </w:pPr>
      <w:r>
        <w:t>تو وہ جو آپ کے دماغ کے اندر وہ نیگیٹیو تھاٹ تھوڑی، تھوڑے سیکنڈ کے لیے بھی آیا تو گاڈ کو تو پتہ ہے۔ تو اس کی ہمارے کو کوئی پنشمنٹ تو نہیں ملے گی؟</w:t>
      </w:r>
    </w:p>
    <w:p>
      <w:r>
        <w:rPr>
          <w:b/>
        </w:rPr>
        <w:t xml:space="preserve">[22:53] </w:t>
      </w:r>
      <w:r>
        <w:t>nahi, nahi, kabhi nahi. yeh to hadith mein aata hai. hadith mein jab tak aap</w:t>
      </w:r>
    </w:p>
    <w:p>
      <w:pPr>
        <w:jc w:val="right"/>
      </w:pPr>
      <w:r>
        <w:t>نہیں، نہیں، کبھی نہیں۔ یہ تو حدیث میں آتا ہے۔ حدیث میں جب تک آپ</w:t>
      </w:r>
    </w:p>
    <w:p>
      <w:r>
        <w:rPr>
          <w:b/>
        </w:rPr>
        <w:t xml:space="preserve">[23:02] </w:t>
      </w:r>
      <w:r>
        <w:t>andar, andar rakh lein, andar, andar rakh lein, koi reaction na dikhayein to is mein koi pakad, pakad nahi hai. pakad us waqt shuru hoti hai jab koi reaction dikhayein aap.</w:t>
      </w:r>
    </w:p>
    <w:p>
      <w:pPr>
        <w:jc w:val="right"/>
      </w:pPr>
      <w:r>
        <w:t>اندر، اندر رکھ لیں، اندر، اندر رکھ لیں، کوئی ری ایکشن نہ دکھائیں تو اس میں کوئی پکڑ، پکڑ نہیں ہے۔ پکڑ اس وقت شروع ہوتی ہے جب کوئی ری ایکشن دکھائیں آپ۔</w:t>
      </w:r>
    </w:p>
    <w:p>
      <w:r>
        <w:rPr>
          <w:b/>
        </w:rPr>
        <w:t xml:space="preserve">[23:26] </w:t>
      </w:r>
      <w:r>
        <w:t>maulana, jaisa ke aaj ke lecture ke start se mujhe yeh samajh mein aaya ke aik aadmi ka ya aik momin ka zindagi ka, ki zindagi ka maqsad hai ke woh aik positive personality apne andar develop kare taake woh jannat ke liye rewardable ho.</w:t>
      </w:r>
    </w:p>
    <w:p>
      <w:pPr>
        <w:jc w:val="right"/>
      </w:pPr>
      <w:r>
        <w:t>مولانا، جیسا کہ آج کے لیکچر کے سٹارٹ سے مجھے یہ سمجھ میں آیا کہ ایک آدمی کا یا ایک مومن کا زندگی کا، کی زندگی کا مقصد ہے کہ وہ ایک پازیٹیو پرسنیلٹی اپنے اندر ڈیولپ کرے تاکہ وہ جنت کے لیے ریوارڈیبل ہو۔</w:t>
      </w:r>
    </w:p>
    <w:p>
      <w:r>
        <w:rPr>
          <w:b/>
        </w:rPr>
        <w:t xml:space="preserve">[23:47] </w:t>
      </w:r>
      <w:r>
        <w:t>lekin agar negative situations mein positive reaction dena na seekhein aur negative ke jawab mein negative reaction dikhaya jaye to practically aisa ho jayega ke insaan positive personality ke bajaye woh negative personality us ke andar develop ho jayegi.</w:t>
      </w:r>
    </w:p>
    <w:p>
      <w:pPr>
        <w:jc w:val="right"/>
      </w:pPr>
      <w:r>
        <w:t>لیکن اگر نیگیٹیو سچویشنز میں پازیٹیو ری ایکشن دینا نہ سیکھیں اور نیگیٹیو کے جواب میں نیگیٹیو ری ایکشن دکھایا جائے تو پریکٹیکلی ایسا ہو جائے گا کہ انسان پازیٹیو پرسنیلٹی کے بجائے وہ نیگیٹیو پرسنیلٹی اس کے اندر ڈیولپ ہو جائے گی۔</w:t>
      </w:r>
    </w:p>
    <w:p>
      <w:r>
        <w:rPr>
          <w:b/>
        </w:rPr>
        <w:t xml:space="preserve">[24:08] </w:t>
      </w:r>
      <w:r>
        <w:t>kyun ke har din aur har second hum ko negative reactions ka, negative actions ka samna karna parta hai. to aik hi rasta bachta hai ke negative actions ke jawab mein aadmi positive reaction hi de,</w:t>
      </w:r>
    </w:p>
    <w:p>
      <w:pPr>
        <w:jc w:val="right"/>
      </w:pPr>
      <w:r>
        <w:t>کیونکہ ہر دن اور ہر سیکنڈ ہم کو نیگیٹیو ری ایکشنز کا، نیگیٹیو ایکشنز کا سامنا کرنا پڑتا ہے۔ تو ایک ہی راستہ بچتا ہے کہ نیگیٹیو ایکشنز کے جواب میں آدمی پازیٹیو ری ایکشن ہی دے،</w:t>
      </w:r>
    </w:p>
    <w:p>
      <w:r>
        <w:rPr>
          <w:b/>
        </w:rPr>
        <w:t xml:space="preserve">[24:23] </w:t>
      </w:r>
      <w:r>
        <w:t>positive, positivity ko apne maintain rakhay. tabhi yeh possible hai ke woh positive personality bana sakay. to Maulana, yeh bohat hi important principle hai ke negative reaction ka aadmi sirf positive,</w:t>
      </w:r>
    </w:p>
    <w:p>
      <w:pPr>
        <w:jc w:val="right"/>
      </w:pPr>
      <w:r>
        <w:t>پازیٹیو، پازیٹیوٹی کو اپنے مینٹین رکھے۔ تبھی یہ پوسیبل ہے کہ وہ پازیٹیو پرسنیلٹی بنا سکے۔ تو مولانا، یہ بہت ہی امپورٹنٹ پرنسپل ہے کہ نیگیٹیو ری ایکشن کا آدمی صرف پازیٹیو،</w:t>
      </w:r>
    </w:p>
    <w:p>
      <w:r>
        <w:rPr>
          <w:b/>
        </w:rPr>
        <w:t xml:space="preserve">[24:40] </w:t>
      </w:r>
      <w:r>
        <w:t>positive hi apne aap ko rakhay. doosra koi bhi justification hamare goal, zindagi ke aim ko kharab kar sakta hai, disturb kar sakta hai.</w:t>
      </w:r>
    </w:p>
    <w:p>
      <w:pPr>
        <w:jc w:val="right"/>
      </w:pPr>
      <w:r>
        <w:t>پازیٹیو ہی اپنے آپ کو رکھے۔ دوسرا کوئی بھی جسٹیفیکیشن ہمارے گول، زندگی کے ایم کو خراب کر سکتا ہے، ڈسٹرب کر سکتا ہے۔</w:t>
      </w:r>
    </w:p>
    <w:p>
      <w:r>
        <w:rPr>
          <w:b/>
        </w:rPr>
        <w:t xml:space="preserve">[24:50] </w:t>
      </w:r>
      <w:r>
        <w:t>Maulana, Doctor Naghma Siddiqui ka comment hai, unhon ne likha hai, unhon ne likha hai: "I learn something new today that I can earn more reward not only by responding positively at the negative actions of others, but also do good things for them."</w:t>
      </w:r>
    </w:p>
    <w:p>
      <w:pPr>
        <w:jc w:val="right"/>
      </w:pPr>
      <w:r>
        <w:t>مولانا، ڈاکٹر نغمہ صدیقی کا کمنٹ ہے، انہوں نے لکھا ہے، انہوں نے لکھا ہے: "آئی لرن سمتھنگ نیو ٹوڈے دیٹ آئی کین ارن مور ریوارڈ ناٹ اونلی بائے ریسپانڈنگ پازیٹیولی ایٹ دا نیگیٹیو ایکشنز آف ادرز، بٹ السو ڈو گڈ تھنگز فار دیم۔"</w:t>
      </w:r>
    </w:p>
    <w:p>
      <w:r>
        <w:rPr>
          <w:b/>
        </w:rPr>
        <w:t xml:space="preserve">[25:17] </w:t>
      </w:r>
      <w:r>
        <w:t>Jazakumullah. Jazakumullah. Miss Shabana Ansari ne Pakistan se likha hai: "Maulana, whenever we react, it makes our mind stressful to forgiving.</w:t>
      </w:r>
    </w:p>
    <w:p>
      <w:pPr>
        <w:jc w:val="right"/>
      </w:pPr>
      <w:r>
        <w:t>جزاکم اللہ۔ جزاکم اللہ۔ مس شبانہ انصاری نے پاکستان سے لکھا ہے: "مولانا، وین ایور وی ری ایکٹ، اٹ میکس اور مائنڈ سٹریس فل ٹو فارگیونگ۔</w:t>
      </w:r>
    </w:p>
    <w:p>
      <w:r>
        <w:rPr>
          <w:b/>
        </w:rPr>
        <w:t xml:space="preserve">[25:33] </w:t>
      </w:r>
      <w:r>
        <w:t>means we not only forgive others, but our selves as well." Jazak Allah Maulana. Masha Allah.</w:t>
      </w:r>
    </w:p>
    <w:p>
      <w:pPr>
        <w:jc w:val="right"/>
      </w:pPr>
      <w:r>
        <w:t>مینز وی ناٹ اونلی فارگیو ادرز، بٹ اور سیلوز ایز ویل۔" جزاک اللہ مولانا۔ ماشاءاللہ۔</w:t>
      </w:r>
    </w:p>
    <w:p>
      <w:r>
        <w:rPr>
          <w:b/>
        </w:rPr>
        <w:t xml:space="preserve">[25:52] </w:t>
      </w:r>
      <w:r>
        <w:t>Waqas Abbasi sahib hain Maulana, unhon ne likha hai ke: "Maulana, please, what is this?</w:t>
      </w:r>
    </w:p>
    <w:p>
      <w:pPr>
        <w:jc w:val="right"/>
      </w:pPr>
      <w:r>
        <w:t>وقاص عباسی صاحب ہیں مولانا، انہوں نے لکھا ہے کہ: "مولانا، پلیز، واٹ از دس؟</w:t>
      </w:r>
    </w:p>
    <w:p>
      <w:r>
        <w:rPr>
          <w:b/>
        </w:rPr>
        <w:t xml:space="preserve">[26:02] </w:t>
      </w:r>
      <w:r>
        <w:t>Please, my question is: what is this phenomena? Whenever I go for work, some people favor me, but at the same time some become terribly against me, and they try at most to get me fired,</w:t>
      </w:r>
    </w:p>
    <w:p>
      <w:pPr>
        <w:jc w:val="right"/>
      </w:pPr>
      <w:r>
        <w:t>پلیز، مائی کوئسچن از: واٹ از دس فیناومینا؟ وین ایور آئی گو فار ورک، سم پیپل فیور می، بٹ ایٹ دا سیم ٹائم سم بیکم ٹیریبلی اگینسٹ می، اینڈ دے ٹرائی ایٹ موسٹ ٹو گیٹ می فائرڈ،</w:t>
      </w:r>
    </w:p>
    <w:p>
      <w:r>
        <w:rPr>
          <w:b/>
        </w:rPr>
        <w:t xml:space="preserve">[26:21] </w:t>
      </w:r>
      <w:r>
        <w:t>while I am equally fair to everyone. That is why I think nice people are far less than zalim people.</w:t>
      </w:r>
    </w:p>
    <w:p>
      <w:pPr>
        <w:jc w:val="right"/>
      </w:pPr>
      <w:r>
        <w:t>وائل آئی ایم ایکولی فیئر ٹو ایوری ون۔ دیٹ از وائی آئی تھنک نائس پیپل آر فار لیس دین ظالم پیپل۔</w:t>
      </w:r>
    </w:p>
    <w:p>
      <w:r>
        <w:rPr>
          <w:b/>
        </w:rPr>
        <w:t xml:space="preserve">[26:31] </w:t>
      </w:r>
      <w:r>
        <w:t>What is your opinion?"</w:t>
      </w:r>
    </w:p>
    <w:p>
      <w:pPr>
        <w:jc w:val="right"/>
      </w:pPr>
      <w:r>
        <w:t>واٹ از یور اوپینین؟"</w:t>
      </w:r>
    </w:p>
    <w:p>
      <w:r>
        <w:rPr>
          <w:b/>
        </w:rPr>
        <w:t xml:space="preserve">[26:34] </w:t>
      </w:r>
      <w:r>
        <w:t>Yeh jo misaal jo di hai unhon ne ke yeh acha karein, tab bhi log ulta karein, main is ko nahi manta.</w:t>
      </w:r>
    </w:p>
    <w:p>
      <w:pPr>
        <w:jc w:val="right"/>
      </w:pPr>
      <w:r>
        <w:t>یہ جو مثال جو دی ہے انہوں نے کہ یہ اچھا کریں، تب بھی لوگ الٹا کریں، میں اس کو نہیں مانتا۔</w:t>
      </w:r>
    </w:p>
    <w:p>
      <w:r>
        <w:rPr>
          <w:b/>
        </w:rPr>
        <w:t xml:space="preserve">[26:48] </w:t>
      </w:r>
      <w:r>
        <w:t>Aisa nahi hai. Yeh sahi hai ke achay log kam hain, lekin aap kisi ke sath acha sulook karein, woh khwah makhwah aapse bura sulook kare, aise log nahi hain.</w:t>
      </w:r>
    </w:p>
    <w:p>
      <w:pPr>
        <w:jc w:val="right"/>
      </w:pPr>
      <w:r>
        <w:t>ایسا نہیں ہے۔ یہ صحیح ہے کہ اچھے لوگ کم ہیں، لیکن آپ کسی کے ساتھ اچھا سلوک کریں، وہ خواہ مخواہ آپ سے برا سلوک کرے، ایسے لوگ نہیں ہیں۔</w:t>
      </w:r>
    </w:p>
    <w:p>
      <w:r>
        <w:rPr>
          <w:b/>
        </w:rPr>
        <w:t xml:space="preserve">[27:01] </w:t>
      </w:r>
      <w:r>
        <w:t>Bohat hi kam koi hoga.</w:t>
      </w:r>
    </w:p>
    <w:p>
      <w:pPr>
        <w:jc w:val="right"/>
      </w:pPr>
      <w:r>
        <w:t>بہت ہی کم کوئی ہوگا۔</w:t>
      </w:r>
    </w:p>
    <w:p>
      <w:r>
        <w:rPr>
          <w:b/>
        </w:rPr>
        <w:t xml:space="preserve">[27:07] </w:t>
      </w:r>
      <w:r>
        <w:t>Maulana, yeh aisa bhi hota hai na, kai log out of jealousy bhi karte hain, nuqsan dete hain.</w:t>
      </w:r>
    </w:p>
    <w:p>
      <w:pPr>
        <w:jc w:val="right"/>
      </w:pPr>
      <w:r>
        <w:t>مولانا، یہ ایسا بھی ہوتا ہے نا، کئی لوگ آؤٹ آف جیلسی بھی کرتے ہیں، نقصان دیتے ہیں۔</w:t>
      </w:r>
    </w:p>
    <w:p>
      <w:r>
        <w:rPr>
          <w:b/>
        </w:rPr>
        <w:t xml:space="preserve">[27:16] </w:t>
      </w:r>
      <w:r>
        <w:t>Jo jealousy karte hain to karein, aap react nahi karenge to apna aap khatam ho jayega.</w:t>
      </w:r>
    </w:p>
    <w:p>
      <w:pPr>
        <w:jc w:val="right"/>
      </w:pPr>
      <w:r>
        <w:t>جو جیلسی کرتے ہیں تو کریں، آپ ری ایکٹ نہیں کریں گے تو اپنا آپ ختم ہو جائے گی۔</w:t>
      </w:r>
    </w:p>
    <w:p>
      <w:r>
        <w:rPr>
          <w:b/>
        </w:rPr>
        <w:t xml:space="preserve">[27:24] </w:t>
      </w:r>
      <w:r>
        <w:t>To isi pe Maulana, ek sawal aaya hai. Asadullah Mahmood sahib hain, unhon ne location nahi likhi hai.</w:t>
      </w:r>
    </w:p>
    <w:p>
      <w:pPr>
        <w:jc w:val="right"/>
      </w:pPr>
      <w:r>
        <w:t>تو اسی پہ مولانا، ایک سوال آیا ہے۔ اسد اللہ محمود صاحب ہیں، انہوں نے لوکیشن نہیں لکھی ہے۔</w:t>
      </w:r>
    </w:p>
    <w:p>
      <w:r>
        <w:rPr>
          <w:b/>
        </w:rPr>
        <w:t xml:space="preserve">[27:33] </w:t>
      </w:r>
      <w:r>
        <w:t>Unka sawal hai: "The person who does wrong, and if we continue to be patient, then the culprit will repeat it again."</w:t>
      </w:r>
    </w:p>
    <w:p>
      <w:pPr>
        <w:jc w:val="right"/>
      </w:pPr>
      <w:r>
        <w:t>ان کا سوال ہے: "دا پرسن ہو ڈز رونگ، اینڈ اف وی کنٹینیو ٹو بی پیشنٹ، دین دا کلپرٹ ول ریپیٹ اٹ اگین۔"</w:t>
      </w:r>
    </w:p>
    <w:p>
      <w:r>
        <w:rPr>
          <w:b/>
        </w:rPr>
        <w:t xml:space="preserve">[27:48] </w:t>
      </w:r>
      <w:r>
        <w:t>Dekhein, yeh yeh jo nazariya hai, main is ko nahi manta.</w:t>
      </w:r>
    </w:p>
    <w:p>
      <w:pPr>
        <w:jc w:val="right"/>
      </w:pPr>
      <w:r>
        <w:t>دیکھیں، یہ یہ جو نظریہ ہے، میں اس کو نہیں مانتا۔</w:t>
      </w:r>
    </w:p>
    <w:p>
      <w:r>
        <w:rPr>
          <w:b/>
        </w:rPr>
        <w:t xml:space="preserve">[27:59] </w:t>
      </w:r>
      <w:r>
        <w:t>Main to apni sari zindagi mein kabhi kisi se in itna inteqam, revenge liya hi nahi hai poori zindagi mein. Lekin mujhe to iska tajurba nahi hua jo keh rahe hain.</w:t>
      </w:r>
    </w:p>
    <w:p>
      <w:pPr>
        <w:jc w:val="right"/>
      </w:pPr>
      <w:r>
        <w:t>میں تو اپنی ساری زندگی میں کبھی کسی سے ان اتنا انتقام، ریونج لیا ہی نہیں ہے پوری زندگی میں۔ لیکن مجھے تو اس کا تجربہ نہیں ہوا جو کہہ رہے ہیں۔</w:t>
      </w:r>
    </w:p>
    <w:p>
      <w:r>
        <w:rPr>
          <w:b/>
        </w:rPr>
        <w:t xml:space="preserve">[28:13] </w:t>
      </w:r>
      <w:r>
        <w:t>Mujhe to iska tajurba nahi hua.</w:t>
      </w:r>
    </w:p>
    <w:p>
      <w:pPr>
        <w:jc w:val="right"/>
      </w:pPr>
      <w:r>
        <w:t>مجھے تو اس کا تجربہ نہیں ہوا۔</w:t>
      </w:r>
    </w:p>
    <w:p>
      <w:r>
        <w:rPr>
          <w:b/>
        </w:rPr>
        <w:t xml:space="preserve">[28:26] </w:t>
      </w:r>
      <w:r>
        <w:t>I share my experience in this regard. So far as this hadith is concerned, I think it is quite easily practicable in our life.</w:t>
      </w:r>
    </w:p>
    <w:p>
      <w:pPr>
        <w:jc w:val="right"/>
      </w:pPr>
      <w:r>
        <w:t>آئی شیر مائی ایکسپیرینس ان دس ریگارڈ۔ سو فار ایز دس حدیث از کنسرن، آئی تھنک اٹ از کوائٹ ایزیلی پریکٹیکیبل ان اور لائف۔</w:t>
      </w:r>
    </w:p>
    <w:p>
      <w:r>
        <w:rPr>
          <w:b/>
        </w:rPr>
        <w:t xml:space="preserve">[28:38] </w:t>
      </w:r>
      <w:r>
        <w:t>So in the I have seen that in the beginning, when I tried to not to react, then I found it difficult. For some time, I found it difficult, but very soon I I I saw that it now I can do it effortlessy, without making any effort.</w:t>
      </w:r>
    </w:p>
    <w:p>
      <w:pPr>
        <w:jc w:val="right"/>
      </w:pPr>
      <w:r>
        <w:t>سو ان دا آئی ہیو سین دیٹ ان دا بگننگ، وین آئی ٹرائیڈ ٹو ناٹ ٹو ری ایکٹ، دین آئی فاؤنڈ اٹ ڈیفیکلٹ۔ فار سم ٹائم، آئی فاؤنڈ اٹ ڈیفیکلٹ، بٹ ویری سون آئی آئی آئی سا دیٹ اٹ ناو آئی کین ڈو اٹ ایفرٹ لیسلی، ودا آؤٹ میکنگ اینی ایفرٹ۔</w:t>
      </w:r>
    </w:p>
    <w:p>
      <w:r>
        <w:rPr>
          <w:b/>
        </w:rPr>
        <w:t xml:space="preserve">[28:56] </w:t>
      </w:r>
      <w:r>
        <w:t>Matlab, without making any conscious effort, now it habit has been developed. So I think God helps us, and it becomes a habit not to react.</w:t>
      </w:r>
    </w:p>
    <w:p>
      <w:pPr>
        <w:jc w:val="right"/>
      </w:pPr>
      <w:r>
        <w:t>مطلب، ودا آؤٹ میکنگ اینی کانشیس ایفرٹ، ناو اٹ ہیبٹ ہیز بین ڈیولپڈ۔ سو آئی تھنک گاڈ ہیلپس اس، اینڈ اٹ بیکمز ا ہیبٹ ناٹ ٹو ری ایکٹ۔</w:t>
      </w:r>
    </w:p>
    <w:p>
      <w:r>
        <w:rPr>
          <w:b/>
        </w:rPr>
        <w:t xml:space="preserve">[29:07] </w:t>
      </w:r>
      <w:r>
        <w:t>So I was able to understand the relevance of this hadith.</w:t>
      </w:r>
    </w:p>
    <w:p>
      <w:pPr>
        <w:jc w:val="right"/>
      </w:pPr>
      <w:r>
        <w:t>سو آئی واز ایبل ٹو انڈرسٹینڈ دا ریلیونس اف دس حدیث۔</w:t>
      </w:r>
    </w:p>
    <w:p>
      <w:r>
        <w:rPr>
          <w:b/>
        </w:rPr>
        <w:t xml:space="preserve">[29:15] </w:t>
      </w:r>
      <w:r>
        <w:t>Maulana, mera question hai ke Maulana, jab koi insaan jaga hua hota hai to Maulana, kya Allah taala is jagi hui halat mein usko jannat ka vision dikhata hai?</w:t>
      </w:r>
    </w:p>
    <w:p>
      <w:pPr>
        <w:jc w:val="right"/>
      </w:pPr>
      <w:r>
        <w:t>مولانا، میرا کوئسچن ہے کہ مولانا، جب کوئی انسان جگا ہوا ہوتا ہے تو مولانا، کیا اللہ تعالی اس جگی ہوئی حالت میں اس کو جنت کا ویژن دکھاتا ہے؟</w:t>
      </w:r>
    </w:p>
    <w:p>
      <w:r>
        <w:rPr>
          <w:b/>
        </w:rPr>
        <w:t xml:space="preserve">[29:29] </w:t>
      </w:r>
      <w:r>
        <w:t>Jannat ki koi imagination dikhata hai ke woh jaga hua ho, ek dum se usko all of a sudden jannat ka vision dikhai de? Kuch seconds ke liye, kuch ya ek adh second ke liye, aisa hota hai kya?</w:t>
      </w:r>
    </w:p>
    <w:p>
      <w:pPr>
        <w:jc w:val="right"/>
      </w:pPr>
      <w:r>
        <w:t>جنت کی کوئی امیجنیشن دکھاتا ہے کہ وہ جاگا ہوا ہو، ایک دم سے اس کو ال اف ا سڈن جنت کا ویژن دکھائی دے؟ کچھ سیکنڈز کے لیے، کچھ یا ایک ادھ سیکنڈ کے لیے، ایسا ہوتا ہے کیا؟</w:t>
      </w:r>
    </w:p>
    <w:p>
      <w:r>
        <w:rPr>
          <w:b/>
        </w:rPr>
        <w:t xml:space="preserve">[29:39] </w:t>
      </w:r>
      <w:r>
        <w:t>maulana, kya kaha hai?</w:t>
      </w:r>
    </w:p>
    <w:p>
      <w:pPr>
        <w:jc w:val="right"/>
      </w:pPr>
      <w:r>
        <w:t>مولانا، کیا کہا ہے؟</w:t>
      </w:r>
    </w:p>
    <w:p>
      <w:r>
        <w:rPr>
          <w:b/>
        </w:rPr>
        <w:t xml:space="preserve">[29:43] </w:t>
      </w:r>
      <w:r>
        <w:t>maulana, in ka sawal yeh hai ke aadmi agar jaaga hua ho, bedari ki halat mein, kya hai? Aadmi agar jaaga hua ho, yani neend mein na ho, to kya is halat mein kabhi Allah taala chand lamhe ke liye jannat ka vision kisi insaan ko dikhata hai?</w:t>
      </w:r>
    </w:p>
    <w:p>
      <w:pPr>
        <w:jc w:val="right"/>
      </w:pPr>
      <w:r>
        <w:t>مولانا، ان کا سوال یہ ہے کہ آدمی اگر جاگا ہوا ہو، بیداری کی حالت میں، کیا ہے؟ آدمی اگر جاگا ہوا ہو، یعنی نیند میں نہ ہو، تو کیا اس حالت میں کبھی اللہ تعالی چند لمحے کے لیے جنت کا ویژن کسی انسان کو دکھاتا ہے؟</w:t>
      </w:r>
    </w:p>
    <w:p>
      <w:r>
        <w:rPr>
          <w:b/>
        </w:rPr>
        <w:t xml:space="preserve">[30:03] </w:t>
      </w:r>
      <w:r>
        <w:t>main is sawal mein samjha nahi hoon.</w:t>
      </w:r>
    </w:p>
    <w:p>
      <w:pPr>
        <w:jc w:val="right"/>
      </w:pPr>
      <w:r>
        <w:t>میں اس سوال میں سمجھا نہیں ہوں۔</w:t>
      </w:r>
    </w:p>
    <w:p>
      <w:r>
        <w:rPr>
          <w:b/>
        </w:rPr>
        <w:t xml:space="preserve">[30:06] </w:t>
      </w:r>
      <w:r>
        <w:t>woh Maulana, kya woh keh rahe hain ke kya aisa mumkin hai ke ek insaan ko jannat ka vision aaye jab woh jaga hua ho?</w:t>
      </w:r>
    </w:p>
    <w:p>
      <w:pPr>
        <w:jc w:val="right"/>
      </w:pPr>
      <w:r>
        <w:t>وہ مولانا، کیا وہ کہہ رہے ہیں کہ کیا ایسا ممکن ہے کہ ایک انسان کو جنت کا ویژن آئے جب وہ جگا ہوا ہو؟</w:t>
      </w:r>
    </w:p>
    <w:p>
      <w:r>
        <w:rPr>
          <w:b/>
        </w:rPr>
        <w:t xml:space="preserve">[30:17] </w:t>
      </w:r>
      <w:r>
        <w:t>dream ki baat nahi kar rahe hain. Woh matlab, ek insaan jaga hua hai aur usko glimpse aaye jannat ka. Is it possible that a person can get glimpse of paradise while he is awake?</w:t>
      </w:r>
    </w:p>
    <w:p>
      <w:pPr>
        <w:jc w:val="right"/>
      </w:pPr>
      <w:r>
        <w:t>ڈریم کی بات نہیں کر رہے ہیں۔ وہ مطلب، ایک انسان جگا ہوا ہے اور اس کو گلمپس آئے جنت کا۔ از اٹ پوسیبل دیٹ ا پرسن کین گیٹ گلمپس اف پیراڈائز وائل ہی از اویک؟</w:t>
      </w:r>
    </w:p>
    <w:p>
      <w:r>
        <w:rPr>
          <w:b/>
        </w:rPr>
        <w:t xml:space="preserve">[30:38] </w:t>
      </w:r>
      <w:r>
        <w:t>phir bhi main poochne kaise samjha nahi hai is sawal ko? Koi aur bataye? Kya? Ji ji ji.</w:t>
      </w:r>
    </w:p>
    <w:p>
      <w:pPr>
        <w:jc w:val="right"/>
      </w:pPr>
      <w:r>
        <w:t>پھر بھی میں پوچھنے کیسے سمجھا نہیں ہے اس سوال کو؟ کوئی اور بتائے؟ کیا؟ جی جی جی۔</w:t>
      </w:r>
    </w:p>
    <w:p>
      <w:r>
        <w:rPr>
          <w:b/>
        </w:rPr>
        <w:t xml:space="preserve">[30:46] </w:t>
      </w:r>
      <w:r>
        <w:t>maulana, aaj ki class hamare liye bohat important thi, Maulana, kyunke hum ne yeh cheez seekhi ke when we react against somebody, then we lose an opportunity to earn reward.</w:t>
      </w:r>
    </w:p>
    <w:p>
      <w:pPr>
        <w:jc w:val="right"/>
      </w:pPr>
      <w:r>
        <w:t>مولانا، آج کی کلاس ہمارے لیے بہت امپورٹنٹ تھی، مولانا، کیونکہ ہم نے یہ چیز سیکھی کہ وین وی ری ایکٹ اگینسٹ سم بڈی، دین وی لوز این اپرچونیٹی ٹو ارن ریوارڈ۔</w:t>
      </w:r>
    </w:p>
    <w:p>
      <w:r>
        <w:rPr>
          <w:b/>
        </w:rPr>
        <w:t xml:space="preserve">[31:00] </w:t>
      </w:r>
      <w:r>
        <w:t>and also, when we react, the other person does not get impacted, but one one self gets impacted by being negative.</w:t>
      </w:r>
    </w:p>
    <w:p>
      <w:pPr>
        <w:jc w:val="right"/>
      </w:pPr>
      <w:r>
        <w:t>اینڈ السو، وین وی ری ایکٹ، دی ادر پرسن ڈز ناٹ گیٹ امپیکٹڈ، بٹ ون ون سیلف گیٹس امپیکٹڈ بائے بینگ نیگیٹیو۔</w:t>
      </w:r>
    </w:p>
    <w:p>
      <w:r>
        <w:rPr>
          <w:b/>
        </w:rPr>
        <w:t xml:space="preserve">[31:09] </w:t>
      </w:r>
      <w:r>
        <w:t>agar hum react karte hain to hum hum negative hote hain. Doosre ke upar jo hoga, so hoga. Hamari khud ki personality distort ho jati hai.</w:t>
      </w:r>
    </w:p>
    <w:p>
      <w:pPr>
        <w:jc w:val="right"/>
      </w:pPr>
      <w:r>
        <w:t>اگر ہم ری ایکٹ کرتے ہیں تو ہم ہم نیگیٹیو ہوتے ہیں۔ دوسرے کے اوپر جو ہوگا، سو ہوگا۔ ہماری خود کی پرسنیلٹی ڈسٹورٹ ہو جاتی ہے۔</w:t>
      </w:r>
    </w:p>
    <w:p>
      <w:r>
        <w:rPr>
          <w:b/>
        </w:rPr>
        <w:t xml:space="preserve">[31:19] </w:t>
      </w:r>
      <w:r>
        <w:t>and also, that we should develop a habit that we should not react. Aur jab woh, jaise aap ne bataya ke agar ek baar habit develop ho gayi, then we we take it on a straight.</w:t>
      </w:r>
    </w:p>
    <w:p>
      <w:pPr>
        <w:jc w:val="right"/>
      </w:pPr>
      <w:r>
        <w:t>اینڈ السو، دیٹ وی شوڈ ڈیویلپ ا ہیبٹ دیٹ وی شوڈ ناٹ ری ایکٹ۔ اور جب وہ، جیسے آپ نے بتایا کہ اگر ایک بار ہیبٹ ڈیویلپ ہو گئی، دین وی وی ٹیک اٹ ان ا سٹرائٹ۔</w:t>
      </w:r>
    </w:p>
    <w:p>
      <w:r>
        <w:rPr>
          <w:b/>
        </w:rPr>
        <w:t xml:space="preserve">[31:31] </w:t>
      </w:r>
      <w:r>
        <w:t>we just take it and we don't react to it. So that is a very important point, Maulana.</w:t>
      </w:r>
    </w:p>
    <w:p>
      <w:pPr>
        <w:jc w:val="right"/>
      </w:pPr>
      <w:r>
        <w:t>وی جسٹ ٹیک اٹ اینڈ وی ڈونٹ ری ایکٹ ٹو اٹ۔ سو دیٹ از ا ویری امپورٹنٹ پوائنٹ، مولانا۔</w:t>
      </w:r>
    </w:p>
    <w:p>
      <w:r>
        <w:rPr>
          <w:b/>
        </w:rPr>
        <w:t xml:space="preserve">[31:38] </w:t>
      </w:r>
      <w:r>
        <w:t>jazak Allah. Jazak Allah.</w:t>
      </w:r>
    </w:p>
    <w:p>
      <w:pPr>
        <w:jc w:val="right"/>
      </w:pPr>
      <w:r>
        <w:t>جزاک اللہ۔ جزاک اللہ۔</w:t>
      </w:r>
    </w:p>
    <w:p>
      <w:r>
        <w:rPr>
          <w:b/>
        </w:rPr>
        <w:t xml:space="preserve">[31:44] </w:t>
      </w:r>
      <w:r>
        <w:t>Maulana, Miss Amra Ayub Khan hain Lahore se. Unhon ne aap se poocha hai: "Maulana ji, khud ko khud ko fori taur par negative reaction se kaise rokein?" Is ke bare mein batayein.</w:t>
      </w:r>
    </w:p>
    <w:p>
      <w:pPr>
        <w:jc w:val="right"/>
      </w:pPr>
      <w:r>
        <w:t>مولانا، مس عامرہ ایوب خان ہیں لاہور سے۔ انہوں نے آپ سے پوچھا ہے: "مولانا جی، خود کو خود کو فوری طور پر نیگیٹیو ری ایکشن سے کیسے روکیں؟" اس کے بارے میں بتائیں۔</w:t>
      </w:r>
    </w:p>
    <w:p>
      <w:r>
        <w:rPr>
          <w:b/>
        </w:rPr>
        <w:t xml:space="preserve">[32:05] </w:t>
      </w:r>
      <w:r>
        <w:t>main to is ka jawab de diya. Pehli sab se aasan jo main ne paya hai, woh yeh ke aadmi chup ho jaye.</w:t>
      </w:r>
    </w:p>
    <w:p>
      <w:pPr>
        <w:jc w:val="right"/>
      </w:pPr>
      <w:r>
        <w:t>میں تو اس کا جواب دے دیا۔ پہلی سب سے آسان جو میں نے پایا ہے، وہ یہ کہ آدمی چپ ہو جائے۔</w:t>
      </w:r>
    </w:p>
    <w:p>
      <w:r>
        <w:rPr>
          <w:b/>
        </w:rPr>
        <w:t xml:space="preserve">[32:14] </w:t>
      </w:r>
      <w:r>
        <w:t>sab se aasan. Kyunke dekhein, jab aap chup rehte hain na to aap ka nature jo hai, active rehta hai.</w:t>
      </w:r>
    </w:p>
    <w:p>
      <w:pPr>
        <w:jc w:val="right"/>
      </w:pPr>
      <w:r>
        <w:t>سب سے آسان۔ کیونکہ دیکھیں، جب آپ چپ رہتے ہیں نا تو آپ کا نیچر جو ہے، ایکٹیو رہتا ہے۔</w:t>
      </w:r>
    </w:p>
    <w:p>
      <w:r>
        <w:rPr>
          <w:b/>
        </w:rPr>
        <w:t xml:space="preserve">[32:24] </w:t>
      </w:r>
      <w:r>
        <w:t>nature active hota hai aur nature hamesha positive andaaz mein apna kaam karta hai. Jab aap aisa na karein to aap ka jo negative,</w:t>
      </w:r>
    </w:p>
    <w:p>
      <w:pPr>
        <w:jc w:val="right"/>
      </w:pPr>
      <w:r>
        <w:t>نیچر ایکٹیو ہوتا ہے اور نیچر ہمیشہ پازیٹیو انداز میں اپنا کام کرتا ہے۔ جب آپ ایسا نہ کریں تو آپ کا جو نیگیٹیو،</w:t>
      </w:r>
    </w:p>
    <w:p>
      <w:r>
        <w:rPr>
          <w:b/>
        </w:rPr>
        <w:t xml:space="preserve">[32:42] </w:t>
      </w:r>
      <w:r>
        <w:t>negative jo soch hai, negative negativity jo hai mind mein, woh shayad activate ho jaye.</w:t>
      </w:r>
    </w:p>
    <w:p>
      <w:pPr>
        <w:jc w:val="right"/>
      </w:pPr>
      <w:r>
        <w:t>نیگیٹیو جو سوچ ہے، نیگیٹیو نیگیٹیوٹی جو ہے منڈ میں، وہ شاید ایکٹیویٹ ہو جائے۔</w:t>
      </w:r>
    </w:p>
    <w:p>
      <w:r>
        <w:rPr>
          <w:b/>
        </w:rPr>
        <w:t xml:space="preserve">[32:52] </w:t>
      </w:r>
      <w:r>
        <w:t>be zaati tajurba to yeh hai ke chup rehne mein hamesha aap ki positive nature ek jaag uthti hai.</w:t>
      </w:r>
    </w:p>
    <w:p>
      <w:pPr>
        <w:jc w:val="right"/>
      </w:pPr>
      <w:r>
        <w:t>بے ذاتی تجربہ تو یہ ہے کہ چپ رہنے میں ہمیشہ آپ کی پازیٹیو نیچر ایک جاگ اٹھتی ہے۔</w:t>
      </w:r>
    </w:p>
    <w:p>
      <w:r>
        <w:rPr>
          <w:b/>
        </w:rPr>
        <w:t xml:space="preserve">[33:02] </w:t>
      </w:r>
      <w:r>
        <w:t>be tajurba yeh hai.</w:t>
      </w:r>
    </w:p>
    <w:p>
      <w:pPr>
        <w:jc w:val="right"/>
      </w:pPr>
      <w:r>
        <w:t>بے تجربہ یہ ہے۔</w:t>
      </w:r>
    </w:p>
    <w:p>
      <w:r>
        <w:rPr>
          <w:b/>
        </w:rPr>
        <w:t xml:space="preserve">[33:09] </w:t>
      </w:r>
      <w:r>
        <w:t>woh jo sawal kiya tha abhi Ammar ne ke jage hue mein hum jannat ka glimpse pa sakte hain to jage hue mein, yani waking state mein, to mujhe nahi maloom, lekin glimpses aate hain jaise bilkul halki si jo jis ko jhapki kehte hain.</w:t>
      </w:r>
    </w:p>
    <w:p>
      <w:pPr>
        <w:jc w:val="right"/>
      </w:pPr>
      <w:r>
        <w:t>وہ جو سوال کیا تھا ابھی عمار نے کہ جگے ہوئے میں ہم جنت کا گلمپس پا سکتے ہیں تو جگے ہوئے میں، یعنی ویکنگ سٹیٹ میں، تو مجھے نہیں معلوم، لیکن گلمپسز آتے ہیں جیسے بالکل ہلکی سی جو جس کو جھپکی کہتے ہیں۔</w:t>
      </w:r>
    </w:p>
    <w:p>
      <w:r>
        <w:rPr>
          <w:b/>
        </w:rPr>
        <w:t xml:space="preserve">[33:28] </w:t>
      </w:r>
      <w:r>
        <w:t>jhapki bilkul halki neend hoti hai, is mein glimpses aate hain. To bar bar aise glimpses aate hain. Matlab itni achi woh cheez hoti hai, koi garden dekha ya aisi manzar dekha, woh aisa lagta hai ke yeh jannati cheez hai.</w:t>
      </w:r>
    </w:p>
    <w:p>
      <w:pPr>
        <w:jc w:val="right"/>
      </w:pPr>
      <w:r>
        <w:t>جھپکی بالکل ہلکی نیند ہوتی ہے، اس میں گلمپسز آتے ہیں۔ تو بار بار ایسے گلمپسز آتے ہیں۔ مطلب اتنی اچھی وہ چیز ہوتی ہے، کوئی گارڈن دیکھا یا ایسی منظر دیکھا، وہ ایسا لگتا ہے کہ یہ جنتی چیز ہے۔</w:t>
      </w:r>
    </w:p>
    <w:p>
      <w:r>
        <w:rPr>
          <w:b/>
        </w:rPr>
        <w:t xml:space="preserve">[33:43] </w:t>
      </w:r>
      <w:r>
        <w:t>yani gehri neend mein kabhi sab ko aate honge, lekin na gehri neend mein kai baar dream yaad nahi rehte hain. To woh jhapki mein Allah taala dikhate hain taake woh yaad rahe.</w:t>
      </w:r>
    </w:p>
    <w:p>
      <w:pPr>
        <w:jc w:val="right"/>
      </w:pPr>
      <w:r>
        <w:t>یعنی گہری نیند میں کبھی سب کو آتے ہوں گے، لیکن نا گہری نیند میں کئی بار ڈریم یاد نہیں رہتے ہیں۔ تو وہ جھپکی میں اللہ تعالی دکھاتے ہیں تاکہ وہ یاد رہے۔</w:t>
      </w:r>
    </w:p>
    <w:p>
      <w:r>
        <w:rPr>
          <w:b/>
        </w:rPr>
        <w:t xml:space="preserve">[33:54] </w:t>
      </w:r>
      <w:r>
        <w:t>Maulana, jaise abhi jealousy pe jaise ek baat ho rahi thi to isi ke regarding mujhe ek question hai, Maulana, ke kya evil eye hoti hai?</w:t>
      </w:r>
    </w:p>
    <w:p>
      <w:pPr>
        <w:jc w:val="right"/>
      </w:pPr>
      <w:r>
        <w:t>مولانا، جیسے ابھی جیلسی پہ جیسے ایک بات ہو رہی تھی تو اسی کے ریگارڈنگ مجھے ایک کوئسچن ہے، مولانا، کہ کیا ایول آئی ہوتی ہے؟</w:t>
      </w:r>
    </w:p>
    <w:p>
      <w:r>
        <w:rPr>
          <w:b/>
        </w:rPr>
        <w:t xml:space="preserve">[34:04] </w:t>
      </w:r>
      <w:r>
        <w:t>Maulana, buri nazar hoti hai? Agar hoti hai to is ka kya effect hota hai?</w:t>
      </w:r>
    </w:p>
    <w:p>
      <w:pPr>
        <w:jc w:val="right"/>
      </w:pPr>
      <w:r>
        <w:t>مولانا، بری نظر ہوتی ہے؟ اگر ہوتی ہے تو اس کا کیا ایفیکٹ ہوتا ہے؟</w:t>
      </w:r>
    </w:p>
    <w:p>
      <w:r>
        <w:rPr>
          <w:b/>
        </w:rPr>
        <w:t xml:space="preserve">[34:10] </w:t>
      </w:r>
      <w:r>
        <w:t>hadees mein to hai ke</w:t>
      </w:r>
    </w:p>
    <w:p>
      <w:pPr>
        <w:jc w:val="right"/>
      </w:pPr>
      <w:r>
        <w:t>حدیث میں تو ہے کہ</w:t>
      </w:r>
    </w:p>
    <w:p>
      <w:r>
        <w:rPr>
          <w:b/>
        </w:rPr>
        <w:t xml:space="preserve">[34:18] </w:t>
      </w:r>
      <w:r>
        <w:t>aur mera tajruba yeh hai ke waqeatan yeh hai, yeh sahi hai. Kyunke ek martaba mein safar kar raha tha Dilli se Nagpur train se gaya tha.</w:t>
      </w:r>
    </w:p>
    <w:p>
      <w:pPr>
        <w:jc w:val="right"/>
      </w:pPr>
      <w:r>
        <w:t>اور میرا تجربہ یہ ہے کہ واقعتا یہ ہے، یہ صحیح ہے۔ کیونکہ ایک مرتبہ میں سفر کر رہا تھا دلی سے ناکپور ٹرین سے گیا تھا۔</w:t>
      </w:r>
    </w:p>
    <w:p>
      <w:r>
        <w:rPr>
          <w:b/>
        </w:rPr>
        <w:t xml:space="preserve">[34:33] </w:t>
      </w:r>
      <w:r>
        <w:t>Train se to us zamane mein train mein first class hua karta tha, ab to shayad nahi hota. To mein first class mein tha, lekin meri seat jo thi, upar thi.</w:t>
      </w:r>
    </w:p>
    <w:p>
      <w:pPr>
        <w:jc w:val="right"/>
      </w:pPr>
      <w:r>
        <w:t>ٹرین سے تو اس زمانے میں ٹرین میں فرسٹ کلاس ہوا کرتا تھا، اب تو شاید نہیں ہوتا۔ تو میں فرسٹ کلاس میں تھا، لیکن میری سیٹ جو تھی، اوپر تھی۔</w:t>
      </w:r>
    </w:p>
    <w:p>
      <w:r>
        <w:rPr>
          <w:b/>
        </w:rPr>
        <w:t xml:space="preserve">[34:47] </w:t>
      </w:r>
      <w:r>
        <w:t>To us zamane ki baat hai jab mein bada parhne aaya tha, mere bada to mein zyada theher gaya, yaani neeche upar phir utra.</w:t>
      </w:r>
    </w:p>
    <w:p>
      <w:pPr>
        <w:jc w:val="right"/>
      </w:pPr>
      <w:r>
        <w:t>تو اس زمانے کی بات ہے جب میں بڑا پڑھنے آیا تھا، میرے بڑا تو میں زیادہ ٹھہر گیا، یعنی نیچے اوپر پھر اترا۔</w:t>
      </w:r>
    </w:p>
    <w:p>
      <w:r>
        <w:rPr>
          <w:b/>
        </w:rPr>
        <w:t xml:space="preserve">[34:58] </w:t>
      </w:r>
      <w:r>
        <w:t>To ek aurat thi wahan par, aap aap aap batayenge kya lafz boli thi woh? He is so agile.</w:t>
      </w:r>
    </w:p>
    <w:p>
      <w:pPr>
        <w:jc w:val="right"/>
      </w:pPr>
      <w:r>
        <w:t>تو ایک عورت تھی وہاں پر، آپ آپ آپ بتائیں گے کیا لفظ بولی تھی وہ؟ ہی از سو اجائل۔</w:t>
      </w:r>
    </w:p>
    <w:p>
      <w:r>
        <w:rPr>
          <w:b/>
        </w:rPr>
        <w:t xml:space="preserve">[35:09] </w:t>
      </w:r>
      <w:r>
        <w:t>He is so agile. Poori poora poora kehta hai, yeh yahi tha: "He is so agile for his age." He is so agile for his age.</w:t>
      </w:r>
    </w:p>
    <w:p>
      <w:pPr>
        <w:jc w:val="right"/>
      </w:pPr>
      <w:r>
        <w:t>ہی از سو اجائل۔ پوری پورا پورا کہتا ہے، یہ یہی تھا: "ہی از سو اجائل فار ہز ایج۔" ہی از سو اجائل فار ہز ایج۔</w:t>
      </w:r>
    </w:p>
    <w:p>
      <w:r>
        <w:rPr>
          <w:b/>
        </w:rPr>
        <w:t xml:space="preserve">[35:21] </w:t>
      </w:r>
      <w:r>
        <w:t>Kya kaha tha usne? He is so agile for his age</w:t>
      </w:r>
    </w:p>
    <w:p>
      <w:pPr>
        <w:jc w:val="right"/>
      </w:pPr>
      <w:r>
        <w:t>کیا کہا تھا اس نے؟ ہی از سو اجائل فار ہز ایج</w:t>
      </w:r>
    </w:p>
    <w:p>
      <w:r>
        <w:rPr>
          <w:b/>
        </w:rPr>
        <w:t xml:space="preserve">[35:25] </w:t>
      </w:r>
      <w:r>
        <w:t>. Haan, apni age ke lehaz se kitna zyada fartail hai. He is age mein aadmi itna pakhta nahi hota.</w:t>
      </w:r>
    </w:p>
    <w:p>
      <w:pPr>
        <w:jc w:val="right"/>
      </w:pPr>
      <w:r>
        <w:t>۔ ہاں، اپنی ایج کے لحاظ سے کتنا زیادہ فرطیل ہے۔ ہی اس ایج میں آدمی اتنا پختہ نہیں ہوتا۔</w:t>
      </w:r>
    </w:p>
    <w:p>
      <w:r>
        <w:rPr>
          <w:b/>
        </w:rPr>
        <w:t xml:space="preserve">[35:36] </w:t>
      </w:r>
      <w:r>
        <w:t>To iske baad se mere upar uska asar ho gaya, yaani to hadith hai ke: "Ali" lekin hamesha zaroori nahi hai ke uska kabhi nazar lag jaye.</w:t>
      </w:r>
    </w:p>
    <w:p>
      <w:pPr>
        <w:jc w:val="right"/>
      </w:pPr>
      <w:r>
        <w:t>تو اس کے بعد سے میرے اوپر اس کا اثر ہو گیا، یعنی تو حدیث ہے کہ: "علی" لیکن ہمیشہ ضروری نہیں ہے کہ اس کا کبھی نظر لگ جائے۔</w:t>
      </w:r>
    </w:p>
    <w:p>
      <w:r>
        <w:rPr>
          <w:b/>
        </w:rPr>
        <w:t xml:space="preserve">[35:56] </w:t>
      </w:r>
      <w:r>
        <w:t>To mein mein mein manta hoon isko ke nazar lagti hai, lekin hamesha lagna zaroori nahi hai.</w:t>
      </w:r>
    </w:p>
    <w:p>
      <w:pPr>
        <w:jc w:val="right"/>
      </w:pPr>
      <w:r>
        <w:t>تو میں میں میں مانتا ہوں اس کو کہ نظر لگتی ہے، لیکن ہمیشہ لگنا ضروری نہیں ہے۔</w:t>
      </w:r>
    </w:p>
    <w:p>
      <w:r>
        <w:rPr>
          <w:b/>
        </w:rPr>
        <w:t xml:space="preserve">[36:08] </w:t>
      </w:r>
      <w:r>
        <w:t>To Maulana, iska phir natural question yeh bhi hota hai ke kaise bachaya jaye apne aap ko? Agar nazar lag jaye to kaise bacha jaye?</w:t>
      </w:r>
    </w:p>
    <w:p>
      <w:pPr>
        <w:jc w:val="right"/>
      </w:pPr>
      <w:r>
        <w:t>تو مولانا، اس کا پھر نیچرل کوئسچن یہ بھی ہوتا ہے کہ کیسے بچایا جائے اپنے آپ کو؟ اگر نظر لگ جائے تو کیسے بچا جائے؟</w:t>
      </w:r>
    </w:p>
    <w:p>
      <w:r>
        <w:rPr>
          <w:b/>
        </w:rPr>
        <w:t xml:space="preserve">[36:17] </w:t>
      </w:r>
      <w:r>
        <w:t>Isse kaise bahar aaye? Jaldi se parhe. Mein us waqt yeh nahi kar kar paya tha. Phir maine yeh kar liya ke jaldi se parhe: "La hawla wa la quwwata illa billahil aliyyil azim".</w:t>
      </w:r>
    </w:p>
    <w:p>
      <w:pPr>
        <w:jc w:val="right"/>
      </w:pPr>
      <w:r>
        <w:t>اس سے کیسے باہر آئے؟ جلدی سے پڑھے۔ میں اس وقت یہ نہیں کر کر پایا تھا۔ پھر میں نے یہ کر لیا کہ جلدی سے پڑھے: "لا حول ولا قوۃ الا باللہ العلی العظیم"۔</w:t>
      </w:r>
    </w:p>
    <w:p>
      <w:r>
        <w:rPr>
          <w:b/>
        </w:rPr>
        <w:t xml:space="preserve">[36:28] </w:t>
      </w:r>
      <w:r>
        <w:t>Agar maine padh liya hota to asar na hota.</w:t>
      </w:r>
    </w:p>
    <w:p>
      <w:pPr>
        <w:jc w:val="right"/>
      </w:pPr>
      <w:r>
        <w:t>اگر میں نے پڑھ لیا ہوتا تو اثر نہ ہوتا۔</w:t>
      </w:r>
    </w:p>
    <w:p>
      <w:r>
        <w:rPr>
          <w:b/>
        </w:rPr>
        <w:t xml:space="preserve">[36:35] </w:t>
      </w:r>
      <w:r>
        <w:t>Maulana, to kya insaan ki rozi mein ya karobar mein kisi ki nazar lag sakti hai ke us pe uska bura effect hone lage?</w:t>
      </w:r>
    </w:p>
    <w:p>
      <w:pPr>
        <w:jc w:val="right"/>
      </w:pPr>
      <w:r>
        <w:t>مولانا، تو کیا انسان کی روزی میں یا کاروبار میں کسی کی نظر لگ سکتی ہے کہ اس پہ اس کا برا ایفیکٹ ہونے لگے؟</w:t>
      </w:r>
    </w:p>
    <w:p>
      <w:r>
        <w:rPr>
          <w:b/>
        </w:rPr>
        <w:t xml:space="preserve">[36:44] </w:t>
      </w:r>
      <w:r>
        <w:t>Dekhein, mein yeh manta hoon ke nazar hamesha nahi lagti. Kabhi lag sakti hai, kabhi. Lekin woh karobar mein nahi.</w:t>
      </w:r>
    </w:p>
    <w:p>
      <w:pPr>
        <w:jc w:val="right"/>
      </w:pPr>
      <w:r>
        <w:t>دیکھیں، میں یہ مانتا ہوں کہ نظر ہمیشہ نہیں لگتی۔ کبھی لگ سکتی ہے، کبھی۔ لیکن وہ کاروبار میں نہیں۔</w:t>
      </w:r>
    </w:p>
    <w:p>
      <w:r>
        <w:rPr>
          <w:b/>
        </w:rPr>
        <w:t xml:space="preserve">[36:57] </w:t>
      </w:r>
      <w:r>
        <w:t>Personality ke sath yeh baat personality ke liye hai, karobar ki nahi hai.</w:t>
      </w:r>
    </w:p>
    <w:p>
      <w:pPr>
        <w:jc w:val="right"/>
      </w:pPr>
      <w:r>
        <w:t>پرسنیلٹی کے ساتھ یہ بات پرسنیلٹی کے لیے ہے، کاروبار کی نہیں ہے۔</w:t>
      </w:r>
    </w:p>
    <w:p>
      <w:r>
        <w:rPr>
          <w:b/>
        </w:rPr>
        <w:t xml:space="preserve">[37:06] </w:t>
      </w:r>
      <w:r>
        <w:t>Lekin woh bhi zaroori nahi ke lagi jaye. Lag sakti hai.</w:t>
      </w:r>
    </w:p>
    <w:p>
      <w:pPr>
        <w:jc w:val="right"/>
      </w:pPr>
      <w:r>
        <w:t>لیکن وہ بھی ضروری نہیں کہ لگی جائے۔ لگ سکتی ہے۔</w:t>
      </w:r>
    </w:p>
    <w:p>
      <w:r>
        <w:rPr>
          <w:b/>
        </w:rPr>
        <w:t xml:space="preserve">[37:15] </w:t>
      </w:r>
      <w:r>
        <w:t>Maulana, Amer Mori sahib ka comment hai aur sawal hai gawah se. Unhone likha hai: "Maulana, thank you for letting us know the importance of not reacting when natural instinct is to react.</w:t>
      </w:r>
    </w:p>
    <w:p>
      <w:pPr>
        <w:jc w:val="right"/>
      </w:pPr>
      <w:r>
        <w:t>مولانا، عامر موری صاحب کا کمنٹ ہے اور سوال ہے گواہ سے۔ انہوں نے لکھا ہے: "مولانا، تھینک یو فار لیٹنگ اس نو دی امپورٹنس اف ناٹ ری ایکٹنگ وین نیچرل انسٹنکٹ از ٹو ری ایکٹ۔</w:t>
      </w:r>
    </w:p>
    <w:p>
      <w:r>
        <w:rPr>
          <w:b/>
        </w:rPr>
        <w:t xml:space="preserve">[37:31] </w:t>
      </w:r>
      <w:r>
        <w:t>You have given us the formula to earn divine reward under the circumstances when we cannot think of earning any reward." Maulana, Quran advocates that nothing happens without the will of God.</w:t>
      </w:r>
    </w:p>
    <w:p>
      <w:pPr>
        <w:jc w:val="right"/>
      </w:pPr>
      <w:r>
        <w:t>یو ہیو گیون اس دا فارمولا ٹو ارن ڈیوائن ریوارڈ انڈر دی سرکمسٹانسز وین وی کین ناٹ تھنک اف ارننگ اینی ریوارڈ۔" مولانا، قرآن ایڈوکیٹس دیٹ نتھنگ ہیپنز ودا آؤٹ دا ول اف گاڈ۔</w:t>
      </w:r>
    </w:p>
    <w:p>
      <w:r>
        <w:rPr>
          <w:b/>
        </w:rPr>
        <w:t xml:space="preserve">[37:50] </w:t>
      </w:r>
      <w:r>
        <w:t>When something good happens to us, we often attribute it as the blessing of God. But if some hardship befalls us, we often complain and react.</w:t>
      </w:r>
    </w:p>
    <w:p>
      <w:pPr>
        <w:jc w:val="right"/>
      </w:pPr>
      <w:r>
        <w:t>وین سمتھنگ گڈ ہیپنز ٹو اس، وی افن ایٹریبیوٹ اٹ ایز دا بلیسنگ اف گاڈ۔ بٹ اف سم ہارڈ شپ بفالز اس، وی افن کمپلین اینڈ ری ایکٹ۔</w:t>
      </w:r>
    </w:p>
    <w:p>
      <w:r>
        <w:rPr>
          <w:b/>
        </w:rPr>
        <w:t xml:space="preserve">[38:04] </w:t>
      </w:r>
      <w:r>
        <w:t>Why is it so? Kindly guide us.</w:t>
      </w:r>
    </w:p>
    <w:p>
      <w:pPr>
        <w:jc w:val="right"/>
      </w:pPr>
      <w:r>
        <w:t>وائی از اٹ سو؟ کائنڈلی گائیڈ اس۔</w:t>
      </w:r>
    </w:p>
    <w:p>
      <w:r>
        <w:rPr>
          <w:b/>
        </w:rPr>
        <w:t xml:space="preserve">[38:08] </w:t>
      </w:r>
      <w:r>
        <w:t>Matlab insaan ko duniya mein bohat kuch mila hua hai, hazaron lakhon cheezein mili hui hain, lekin insaan by birth ek idealist hai.</w:t>
      </w:r>
    </w:p>
    <w:p>
      <w:pPr>
        <w:jc w:val="right"/>
      </w:pPr>
      <w:r>
        <w:t>مطلب انسان کو دنیا میں بہت کچھ ملا ہوا ہے، ہزاروں لاکھوں چیزیں ملی ہوئی ہیں، لیکن انسان بائی برتھ ایک آئیڈیلسٹ ہے۔</w:t>
      </w:r>
    </w:p>
    <w:p>
      <w:r>
        <w:rPr>
          <w:b/>
        </w:rPr>
        <w:t xml:space="preserve">[38:18] </w:t>
      </w:r>
      <w:r>
        <w:t>To zara bhi usko koi cheez nahi milti hai to woh pareshan ho jata hai. Aur woh mere khayal mein wahi hai jo uske andar jannat ki ek arza hai, jannat ki ek dream hai.</w:t>
      </w:r>
    </w:p>
    <w:p>
      <w:pPr>
        <w:jc w:val="right"/>
      </w:pPr>
      <w:r>
        <w:t>تو ذرا بھی اس کو کوئی چیز نہیں ملتی ہے تو وہ پریشان ہو جاتا ہے۔ اور وہ میرے خیال میں وہی ہے جو اس کے اندر جنت کی ایک عرض ہے، جنت کی ایک ڈریم ہے۔</w:t>
      </w:r>
    </w:p>
    <w:p>
      <w:r>
        <w:rPr>
          <w:b/>
        </w:rPr>
        <w:t xml:space="preserve">[38:28] </w:t>
      </w:r>
      <w:r>
        <w:t>To uske lehaz se woh pareshani ko bardasht nahi kar pata. Woh to majburan insaan pareshani ko bardasht karta hai ke ab koi option nahi hai.</w:t>
      </w:r>
    </w:p>
    <w:p>
      <w:pPr>
        <w:jc w:val="right"/>
      </w:pPr>
      <w:r>
        <w:t>تو اس کے لحاظ سے وہ پریشانی کو برداشت نہیں کر پاتا۔ وہ تو مجبورا انسان پریشانی کو برداشت کرتا ہے کہ اب کوئی آپشن نہیں ہے۔</w:t>
      </w:r>
    </w:p>
    <w:p>
      <w:r>
        <w:rPr>
          <w:b/>
        </w:rPr>
        <w:t xml:space="preserve">[38:36] </w:t>
      </w:r>
      <w:r>
        <w:t>To is liye karta hai, warna koi bhi hardship ko bardasht karna nahi chahta hai.</w:t>
      </w:r>
    </w:p>
    <w:p>
      <w:pPr>
        <w:jc w:val="right"/>
      </w:pPr>
      <w:r>
        <w:t>تو اس لیے کرتا ہے، ورنہ کوئی بھی ہارڈ شپ کو برداشت کرنا نہیں چاہتا ہے۔</w:t>
      </w:r>
    </w:p>
    <w:p>
      <w:r>
        <w:rPr>
          <w:b/>
        </w:rPr>
        <w:t xml:space="preserve">[38:43] </w:t>
      </w:r>
      <w:r>
        <w:t>Sahi baat hai, sahi hai.</w:t>
      </w:r>
    </w:p>
    <w:p>
      <w:pPr>
        <w:jc w:val="right"/>
      </w:pPr>
      <w:r>
        <w:t>صحیح بات ہے، صحیح ہے۔</w:t>
      </w:r>
    </w:p>
    <w:p>
      <w:r>
        <w:rPr>
          <w:b/>
        </w:rPr>
        <w:t xml:space="preserve">[38:51] </w:t>
      </w:r>
      <w:r>
        <w:t>maulana, comment aaya hai afghanistan se asadullah mahmood sahib ka. unhon ne likha hai: "jab hum doosron ko maaf karte hain, asal mein hum unke muqable mein apne liye das guna behtar kar rahe hote hain."</w:t>
      </w:r>
    </w:p>
    <w:p>
      <w:pPr>
        <w:jc w:val="right"/>
      </w:pPr>
      <w:r>
        <w:t>مولانا، کمنٹ آیا ہے افغانستان سے اسد اللہ محمود صاحب کا۔ انہوں نے لکھا ہے: "وین وی فارگیو ادرز، ایکچولی وی آر ڈوئنگ ٹین ٹائمز بیٹر ٹو اس دین ٹو دیم۔"</w:t>
      </w:r>
    </w:p>
    <w:p>
      <w:r>
        <w:rPr>
          <w:b/>
        </w:rPr>
        <w:t xml:space="preserve">[39:09] </w:t>
      </w:r>
      <w:r>
        <w:t>yeh baat theek hai, yeh</w:t>
      </w:r>
    </w:p>
    <w:p>
      <w:pPr>
        <w:jc w:val="right"/>
      </w:pPr>
      <w:r>
        <w:t>یہ بات ٹھیک ہے، یہ</w:t>
      </w:r>
    </w:p>
    <w:p>
      <w:r>
        <w:rPr>
          <w:b/>
        </w:rPr>
        <w:t xml:space="preserve">[39:12] </w:t>
      </w:r>
      <w:r>
        <w:t>baat theek hai. maulana, agla sawal hai ahsan khan sahib ka. unhon ne likha hai: "mere paas ek sawal hai.</w:t>
      </w:r>
    </w:p>
    <w:p>
      <w:pPr>
        <w:jc w:val="right"/>
      </w:pPr>
      <w:r>
        <w:t>بات ٹھیک ہے۔ مولانا، اگلا سوال ہے احسان خان صاحب کا۔ انہوں نے لکھا ہے: "آئی ہیو ا کوئسچن۔</w:t>
      </w:r>
    </w:p>
    <w:p>
      <w:r>
        <w:rPr>
          <w:b/>
        </w:rPr>
        <w:t xml:space="preserve">[39:21] </w:t>
      </w:r>
      <w:r>
        <w:t>paighambar-e-islam (s.a.w.) ne us waqt arab ke tamam hukmraanon ko khat likhe the dawat ke liye, lekin hind ko kabhi koi paighaam ya khat nahi bheja.</w:t>
      </w:r>
    </w:p>
    <w:p>
      <w:pPr>
        <w:jc w:val="right"/>
      </w:pPr>
      <w:r>
        <w:t>پرافٹ محمد پیس بی اپون ہم سینڈ لیٹرز انویٹیشن ٹو ال دا رولرز اراؤنڈ عریبین پیننسولا ایٹ دا ٹائم، بٹ نیور سینڈ اینی میسنجرز اور لیٹرز ٹو ہند۔</w:t>
      </w:r>
    </w:p>
    <w:p>
      <w:r>
        <w:rPr>
          <w:b/>
        </w:rPr>
        <w:t xml:space="preserve">[39:36] </w:t>
      </w:r>
      <w:r>
        <w:t>kya iski koi khaas wajah thi? ek hadees bhi hai jise mujhe theek se yaad nahi, lekin matlab yeh hai ke paighambar (s.a.w.) ne farmaya: 'jab hind se hawa aati hai to mujhe taazgi mehsoos hoti hai.'</w:t>
      </w:r>
    </w:p>
    <w:p>
      <w:pPr>
        <w:jc w:val="right"/>
      </w:pPr>
      <w:r>
        <w:t>واز دیر ا سرٹن ریزن؟ دیر از السو ا حدیث وچ آئی ڈونٹ ریممبر ایگزیکٹلی، بٹ دا میننگ از پرافٹ ون سیڈ: 'آئی فیل فریشنس وین بریز کمز فرام انڈیا۔'"</w:t>
      </w:r>
    </w:p>
    <w:p>
      <w:r>
        <w:rPr>
          <w:b/>
        </w:rPr>
        <w:t xml:space="preserve">[39:53] </w:t>
      </w:r>
      <w:r>
        <w:t>nahi to arab ko pahunch chuka bheja tha, haan shayad dunya mein to bheja nahi tha. achha, shayad dunya mein nahi bheja arab ko pahunch chuka.</w:t>
      </w:r>
    </w:p>
    <w:p>
      <w:pPr>
        <w:jc w:val="right"/>
      </w:pPr>
      <w:r>
        <w:t>نہیں تو عرب کو پہنچ چکا بھیجا تھا، ہاں شاید دنیا میں تو بھیجا نہیں تھا۔ اچھا، شاید دنیا میں نہیں بھیجا عرب کو پہنچ چکا۔</w:t>
      </w:r>
    </w:p>
    <w:p>
      <w:r>
        <w:rPr>
          <w:b/>
        </w:rPr>
        <w:t xml:space="preserve">[40:12] </w:t>
      </w:r>
      <w:r>
        <w:t>maulana, yeh sawal aaya hai abdul qadeer ghori pakistan se: "agar aap kuch acha kar rahe hain aur doosra na samjhe aur tanqeed kare to us waqt kya kiya jaye?" kya kaha hai?</w:t>
      </w:r>
    </w:p>
    <w:p>
      <w:pPr>
        <w:jc w:val="right"/>
      </w:pPr>
      <w:r>
        <w:t>مولانا، یہ سوال آیا ہے عبدالقدیر غوری پاکستان: "اگر آپ کچھ اچھا کر رہے ہیں اور اگلا نہ سمجھے اور تنقید کرے تو اس وقت کیا کیا جائے؟" کیا کہا ہے؟</w:t>
      </w:r>
    </w:p>
    <w:p>
      <w:r>
        <w:rPr>
          <w:b/>
        </w:rPr>
        <w:t xml:space="preserve">[40:29] </w:t>
      </w:r>
      <w:r>
        <w:t>agar aap koi acha kaam kar rahe hain aur doosra aadmi usko na samajh paaye aur tanqeed kar de to us waqt kya karein?</w:t>
      </w:r>
    </w:p>
    <w:p>
      <w:pPr>
        <w:jc w:val="right"/>
      </w:pPr>
      <w:r>
        <w:t>اگر آپ کوئی اچھا کام کر رہے ہیں اور دوسرا آدمی اس کو نہ سمجھ پائے اور تنقید کر دے تو اس وقت کیا کریں؟</w:t>
      </w:r>
    </w:p>
    <w:p>
      <w:r>
        <w:rPr>
          <w:b/>
        </w:rPr>
        <w:t xml:space="preserve">[40:37] </w:t>
      </w:r>
      <w:r>
        <w:t>aap</w:t>
      </w:r>
    </w:p>
    <w:p>
      <w:pPr>
        <w:jc w:val="right"/>
      </w:pPr>
      <w:r>
        <w:t>آپ</w:t>
      </w:r>
    </w:p>
    <w:p>
      <w:r>
        <w:rPr>
          <w:b/>
        </w:rPr>
        <w:t xml:space="preserve">[40:38] </w:t>
      </w:r>
      <w:r>
        <w:t>kuch nahi, aap dua kijiye uske liye, yeh chup ho jaiye ya chup ho jaiye ya dua kijiye. yeh to bohat hoga, hamare saath bohat ziyada hota hai,</w:t>
      </w:r>
    </w:p>
    <w:p>
      <w:pPr>
        <w:jc w:val="right"/>
      </w:pPr>
      <w:r>
        <w:t>کچھ نہیں، آپ دعا کیجئے اس کے لیے، یہ چپ ہو جائیے یا چپ ہو جائیے یا دعا کیجئے۔ یہ تو بہت ہوگا، ہمارے ساتھ بہت زیادہ ہوتا ہے،</w:t>
      </w:r>
    </w:p>
    <w:p>
      <w:r>
        <w:rPr>
          <w:b/>
        </w:rPr>
        <w:t xml:space="preserve">[40:55] </w:t>
      </w:r>
      <w:r>
        <w:t>hamare saath bohat ziyada hota hai. hum ne kabhi isko bura nahi maana, bas dua kijiye. bas</w:t>
      </w:r>
    </w:p>
    <w:p>
      <w:pPr>
        <w:jc w:val="right"/>
      </w:pPr>
      <w:r>
        <w:t>ہمارے ساتھ بہت زیادہ ہوتا ہے۔ ہم نے کبھی اس کو برا نہیں مانا، بس دعا کیجئے۔ بس</w:t>
      </w:r>
    </w:p>
    <w:p>
      <w:r>
        <w:rPr>
          <w:b/>
        </w:rPr>
        <w:t xml:space="preserve">[41:07] </w:t>
      </w:r>
      <w:r>
        <w:t>muhammad aqeel shahbaz faisalabad: "mujhe munafiq aur jhoote log bilkul pasand nahi. main unke sath bolna, milna, baithna bilkul pasand nahi karta aur meri yeh aadat mere liye aksar nuqsaan deh saabit hui hai.</w:t>
      </w:r>
    </w:p>
    <w:p>
      <w:pPr>
        <w:jc w:val="right"/>
      </w:pPr>
      <w:r>
        <w:t>محمد عقیل شہباز فیصل آباد: "مجھے منافق اور جھوٹے لوگ بالکل پسند نہیں۔ میں ان کے ساتھ بولنا، ملنا، بیٹھنا بالکل پسند نہیں کرتا اور میری عادت میرے لیے اکثر نقصان دہ ثابت ہوئی ہے۔</w:t>
      </w:r>
    </w:p>
    <w:p>
      <w:r>
        <w:rPr>
          <w:b/>
        </w:rPr>
        <w:t xml:space="preserve">[41:25] </w:t>
      </w:r>
      <w:r>
        <w:t>jaise university mein job chali gayi, masail paida hue, main akela rehne laga hoon. mashwara dein, kya karoon?"</w:t>
      </w:r>
    </w:p>
    <w:p>
      <w:pPr>
        <w:jc w:val="right"/>
      </w:pPr>
      <w:r>
        <w:t>جیسے یونیورسٹی میں جاب چلی گئی، مسائل پیدا ہوئے، میں اکیلا رہنے لگا ہوں۔ مشورہ دیں، کیا کروں؟"</w:t>
      </w:r>
    </w:p>
    <w:p>
      <w:r>
        <w:rPr>
          <w:b/>
        </w:rPr>
        <w:t xml:space="preserve">[41:35] </w:t>
      </w:r>
      <w:r>
        <w:t>yeh aadat aap ki galat hai, aap ki badliye kyunke is se aap advisor kho kho kho rahe hain.</w:t>
      </w:r>
    </w:p>
    <w:p>
      <w:pPr>
        <w:jc w:val="right"/>
      </w:pPr>
      <w:r>
        <w:t>یہ عادت آپ کی غلط ہے، آپ کی بدلیے کیونکہ اس سے آپ ایڈوائزر کھو کھو کھو رہے ہیں۔</w:t>
      </w:r>
    </w:p>
    <w:p>
      <w:r>
        <w:rPr>
          <w:b/>
        </w:rPr>
        <w:t xml:space="preserve">[41:47] </w:t>
      </w:r>
      <w:r>
        <w:t>woh aadmi to sab se acha advisor hai, sab se acha advisor hai jo critic ho. critic sab se acha advisor hota hai.</w:t>
      </w:r>
    </w:p>
    <w:p>
      <w:pPr>
        <w:jc w:val="right"/>
      </w:pPr>
      <w:r>
        <w:t>وہ آدمی تو سب سے اچھا ایڈوائزر ہے، سب سے اچھا ایڈوائزر ہے جو کریٹک ہو۔ کریٹک سب سے اچھا ایڈوائزر ہوتا ہے۔</w:t>
      </w:r>
    </w:p>
    <w:p>
      <w:r>
        <w:rPr>
          <w:b/>
        </w:rPr>
        <w:t xml:space="preserve">[41:59] </w:t>
      </w:r>
      <w:r>
        <w:t>aap shayad to badliye apni</w:t>
      </w:r>
    </w:p>
    <w:p>
      <w:pPr>
        <w:jc w:val="right"/>
      </w:pPr>
      <w:r>
        <w:t>آپ شاید تو بدلیے اپنی</w:t>
      </w:r>
    </w:p>
    <w:p>
      <w:r>
        <w:rPr>
          <w:b/>
        </w:rPr>
        <w:t xml:space="preserve">[42:02] </w:t>
      </w:r>
      <w:r>
        <w:t>. nahi, maulana, unka sawal yeh hai ke unko jhoote aadmi pasand nahi hain, jhoote aur munafiq aadmi.</w:t>
      </w:r>
    </w:p>
    <w:p>
      <w:pPr>
        <w:jc w:val="right"/>
      </w:pPr>
      <w:r>
        <w:t>۔ نہیں، مولانا، ان کا سوال یہ ہے کہ ان کو جھوٹے آدمی پسند نہیں ہیں، جھوٹے اور منافق آدمی۔</w:t>
      </w:r>
    </w:p>
    <w:p>
      <w:r>
        <w:rPr>
          <w:b/>
        </w:rPr>
        <w:t xml:space="preserve">[42:08] </w:t>
      </w:r>
      <w:r>
        <w:t>aap ko yeh haq nahi hai ke aap kisi ko jhoota kahein, munafiq kahein. aap mat kahein, koi aap ko, aap ke paas koi certificate, koi woh kaise aap keh rahe hain ke jhoota munafiq hai?</w:t>
      </w:r>
    </w:p>
    <w:p>
      <w:pPr>
        <w:jc w:val="right"/>
      </w:pPr>
      <w:r>
        <w:t>آپ کو یہ حق نہیں ہے کہ آپ کسی کو جھوٹا کہیں، منافق کہیں۔ آپ مت کہیے، کوئی آپ کو، آپ کے پاس کوئی سرٹیفکیٹ، کوئی وہ کیسے آپ کہہ رہے ہیں کہ جھوٹا منافق ہے؟</w:t>
      </w:r>
    </w:p>
    <w:p>
      <w:r>
        <w:rPr>
          <w:b/>
        </w:rPr>
        <w:t xml:space="preserve">[42:24] </w:t>
      </w:r>
      <w:r>
        <w:t>yeh to Allah ko maloom hai. aap appearance ko dekh sakte hain, appearance ko. nahi, aap ki aadat galat hai har har aitbaar se.</w:t>
      </w:r>
    </w:p>
    <w:p>
      <w:pPr>
        <w:jc w:val="right"/>
      </w:pPr>
      <w:r>
        <w:t>یہ تو اللہ کو معلوم ہے۔ آپ اپیئرنس کو دیکھ سکتے ہیں، اپیئرنس کو۔ نہیں، آپ کی عادت غلط ہے ہر ہر اعتبار سے۔</w:t>
      </w:r>
    </w:p>
    <w:p>
      <w:r>
        <w:rPr>
          <w:b/>
        </w:rPr>
        <w:t xml:space="preserve">[42:37] </w:t>
      </w:r>
      <w:r>
        <w:t>yeh label aap nahi laga sakte ke falan aadmi jhoota hai, falan aadmi munafiq hai. nahi laga sakte aap.</w:t>
      </w:r>
    </w:p>
    <w:p>
      <w:pPr>
        <w:jc w:val="right"/>
      </w:pPr>
      <w:r>
        <w:t>یہ لیبل آپ نہیں لگا سکتے کہ فلاں آدمی جھوٹا ہے، فلاں آدمی منافق ہے۔ نہیں لگا سکتے آپ۔</w:t>
      </w:r>
    </w:p>
    <w:p>
      <w:r>
        <w:rPr>
          <w:b/>
        </w:rPr>
        <w:t xml:space="preserve">[42:45] </w:t>
      </w:r>
      <w:r>
        <w:t>aap sirf appearance par hukum laga sakte hain.</w:t>
      </w:r>
    </w:p>
    <w:p>
      <w:pPr>
        <w:jc w:val="right"/>
      </w:pPr>
      <w:r>
        <w:t>آپ صرف اپیئرنس پر حکم لگا سکتے ہیں۔</w:t>
      </w:r>
    </w:p>
    <w:p>
      <w:r>
        <w:rPr>
          <w:b/>
        </w:rPr>
        <w:t xml:space="preserve">[42:54] </w:t>
      </w:r>
      <w:r>
        <w:t>toleration, toleration ke liye bohat zaro</w:t>
      </w:r>
    </w:p>
    <w:p>
      <w:pPr>
        <w:jc w:val="right"/>
      </w:pPr>
      <w:r>
        <w:t>ٹولریشن، ٹولریشن کے لیے بہت ضر</w:t>
      </w:r>
    </w:p>
    <w:p>
      <w:r>
        <w:rPr>
          <w:b/>
        </w:rPr>
        <w:t xml:space="preserve">[42:58] </w:t>
      </w:r>
      <w:r>
        <w:t>ori hai. maulana, tolerate to kiya ja sakta hai na un logon ke sath? hain tolerate karna? haan, tolerate karna chahiye un logon ke sath. tolerate, tolerate!</w:t>
      </w:r>
    </w:p>
    <w:p>
      <w:pPr>
        <w:jc w:val="right"/>
      </w:pPr>
      <w:r>
        <w:t>وری ہے۔ مولانا، ٹولریٹ تو کیا جا سکتا ہے نا ان لوگوں کے ساتھ؟ ہیں ٹولریٹ کرنا؟ ہاں، ٹولریٹ کرنا چاہیے ان لوگوں کے ساتھ۔ ٹولریٹ، ٹولریٹ!</w:t>
      </w:r>
    </w:p>
    <w:p>
      <w:r>
        <w:rPr>
          <w:b/>
        </w:rPr>
        <w:t xml:space="preserve">[43:07] </w:t>
      </w:r>
      <w:r>
        <w:t>nahi, dua kijiye bhai, tolerate ki kya zaroorat hai? jo dua kijiye.</w:t>
      </w:r>
    </w:p>
    <w:p>
      <w:pPr>
        <w:jc w:val="right"/>
      </w:pPr>
      <w:r>
        <w:t>نہیں، دعا کیجئے بھئی، ٹولریٹ کی کیا ضرورت ہے؟ جو دعا کیجئے۔</w:t>
      </w:r>
    </w:p>
    <w:p>
      <w:r>
        <w:rPr>
          <w:b/>
        </w:rPr>
        <w:t xml:space="preserve">[43:20] </w:t>
      </w:r>
      <w:r>
        <w:t>maulana, agla sawal bheja hai chennai se maulana iqbal umri ne. unhon ne likha hai: "negative person ko positive person kaise bana sakte hain?"</w:t>
      </w:r>
    </w:p>
    <w:p>
      <w:pPr>
        <w:jc w:val="right"/>
      </w:pPr>
      <w:r>
        <w:t>مولانا، اگلا سوال بھیجا ہے چنئی سے مولانا اقبال عمری نے۔ انہوں نے لکھا ہے: "نیگیٹیو پرسن کو پازیٹیو پرسن کیسے بنا سکتے ہیں؟</w:t>
      </w:r>
    </w:p>
    <w:p>
      <w:r>
        <w:rPr>
          <w:b/>
        </w:rPr>
        <w:t xml:space="preserve">[43:32] </w:t>
      </w:r>
      <w:r>
        <w:t>kyunke koi ek martaba negative ho jata hai to bari mushkil hoti hai kisi ko positive banana.</w:t>
      </w:r>
    </w:p>
    <w:p>
      <w:pPr>
        <w:jc w:val="right"/>
      </w:pPr>
      <w:r>
        <w:t>کیونکہ کوئی ایک مرتبہ نیگیٹیو ہو جاتا ہے تو بڑی مشکل ہوتی ہے کسی کو پازیٹیو بنانا۔"</w:t>
      </w:r>
    </w:p>
    <w:p>
      <w:r>
        <w:rPr>
          <w:b/>
        </w:rPr>
        <w:t xml:space="preserve">[43:42] </w:t>
      </w:r>
      <w:r>
        <w:t>nahi, is ki kitab hai, is mein kitabein aise thi nahi. Hum ne ek kitab alag se tayyar ki aur chhapi.</w:t>
      </w:r>
    </w:p>
    <w:p>
      <w:pPr>
        <w:jc w:val="right"/>
      </w:pPr>
      <w:r>
        <w:t>نہیں، اس کی کتاب ہے، اس میں کتابیں ایسے تھیں نہیں۔ ہم نے ایک کتاب الگ سے تیار کی اور چھاپی۔</w:t>
      </w:r>
    </w:p>
    <w:p>
      <w:r>
        <w:rPr>
          <w:b/>
        </w:rPr>
        <w:t xml:space="preserve">[43:51] </w:t>
      </w:r>
      <w:r>
        <w:t>Hamari kitabein parh parh ke bohat log badal gaye kyunke kitabein nahi thi. Aisa nahi hai.</w:t>
      </w:r>
    </w:p>
    <w:p>
      <w:pPr>
        <w:jc w:val="right"/>
      </w:pPr>
      <w:r>
        <w:t>ہماری کتابیں پڑھ پڑھ کے بہت لوگ بدل گئے کیونکہ کتابیں نہیں تھیں۔ ایسا نہیں ہے۔</w:t>
      </w:r>
    </w:p>
    <w:p>
      <w:r>
        <w:rPr>
          <w:b/>
        </w:rPr>
        <w:t xml:space="preserve">[44:09] </w:t>
      </w:r>
      <w:r>
        <w:t>Wo mein apna tajurba bataungi ke mein bhi university mein parhati thi to mujhe bhi yeh sare tajurbe hote thay. Universityon ka yeh culture hai, har aadmi aage barh jana chahta hai.</w:t>
      </w:r>
    </w:p>
    <w:p>
      <w:pPr>
        <w:jc w:val="right"/>
      </w:pPr>
      <w:r>
        <w:t>وہ میں اپنا تجربہ بتاؤں گی کہ میں بھی یونیورسٹی میں پڑھاتی تھی تو مجھے بھی یہ سارے تجربے ہوتے تھے۔ یونیورسٹیوں کا یہ کلچر ہے، ہر آدمی آگے بڑھ جانا چاہتا ہے۔</w:t>
      </w:r>
    </w:p>
    <w:p>
      <w:r>
        <w:rPr>
          <w:b/>
        </w:rPr>
        <w:t xml:space="preserve">[44:19] </w:t>
      </w:r>
      <w:r>
        <w:t>Group bane hue hotay hain, sab doosre group walon ko hamesha wo necha dikhana chahte hain. Un ko koi support nahi karte hain. To yeh sab hota hai, lekin hamein bilkul is ko is ko bura nahi manna chahiye.</w:t>
      </w:r>
    </w:p>
    <w:p>
      <w:pPr>
        <w:jc w:val="right"/>
      </w:pPr>
      <w:r>
        <w:t>گروپ بنے ہوئے ہوتے ہیں، سب دوسرے گروپ والوں کو ہمیشہ وہ نیچا دکھانا چاہتے ہیں۔ ان کو کوئی سپورٹ نہیں کرتے ہیں۔ تو یہ سب ہوتا ہے، لیکن ہمیں بالکل اس کو اس کو برا نہیں ماننا چاہیے۔</w:t>
      </w:r>
    </w:p>
    <w:p>
      <w:r>
        <w:rPr>
          <w:b/>
        </w:rPr>
        <w:t xml:space="preserve">[44:33] </w:t>
      </w:r>
      <w:r>
        <w:t>Agar koi kuch kar raha hai to wo apne, is ko apna interest kuch hoga, kar raha hai. Hum apna kaam karein, wo apna kaam kare. Lets agree to disagree, aur hum is ko toleration is mani mein, matlab positive toleration.</w:t>
      </w:r>
    </w:p>
    <w:p>
      <w:pPr>
        <w:jc w:val="right"/>
      </w:pPr>
      <w:r>
        <w:t>اگر کوئی کچھ کر رہا ہے تو وہ اپنے، اس کو اپنا انٹرسٹ کچھ ہوگا، کر رہا ہے۔ ہم اپنا کام کریں، وہ اپنا کام کرے۔ لیٹس ایگری ٹو ڈس ایگری، اور ہم اس کو ٹولریشن اس معنی میں، مطلب پازیٹیو ٹولریشن۔</w:t>
      </w:r>
    </w:p>
    <w:p>
      <w:r>
        <w:rPr>
          <w:b/>
        </w:rPr>
        <w:t xml:space="preserve">[44:47] </w:t>
      </w:r>
      <w:r>
        <w:t>To hum is ko tolerate karte thay. Is liye hamara shayad 24 saal hum ne parhaya aur aur hamesha yeh sab hota raha hai. Is ko tolerate karte thay, hum kabhi na jhagda hua, na kabhi kuch hua.</w:t>
      </w:r>
    </w:p>
    <w:p>
      <w:pPr>
        <w:jc w:val="right"/>
      </w:pPr>
      <w:r>
        <w:t>تو ہم اس کو ٹولریٹ کرتے تھے۔ اس لیے ہمارا شاید 24 سال ہم نے پڑھایا اور اور ہمیشہ یہ سب ہوتا رہا ہے۔ اس کو ٹولریٹ کرتے تھے، ہم کبھی نہ جھگڑا ہوا، نہ کبھی کچھ ہوا۔</w:t>
      </w:r>
    </w:p>
    <w:p>
      <w:r>
        <w:rPr>
          <w:b/>
        </w:rPr>
        <w:t xml:space="preserve">[44:59] </w:t>
      </w:r>
      <w:r>
        <w:t>Aaram se poora term kar ke hum retire hue, warna to har jagah aise ladte rahenge to kuch bhi kaam nahi kar sakenge. Ghar mein baith ke kaise time</w:t>
      </w:r>
    </w:p>
    <w:p>
      <w:pPr>
        <w:jc w:val="right"/>
      </w:pPr>
      <w:r>
        <w:t>آرام سے پورا ٹرم کر کے ہم ریٹائر ہوئے، ورنہ تو ہر جگہ ایسے لڑتے رہیں گے تو کچھ بھی کام نہیں کر سکیں گے۔ گھر میں بیٹھ کے کیسے ٹائم گ</w:t>
      </w:r>
    </w:p>
    <w:p>
      <w:r>
        <w:rPr>
          <w:b/>
        </w:rPr>
        <w:t xml:space="preserve">[45:09] </w:t>
      </w:r>
      <w:r>
        <w:t>zarrega? Bohat se misalein hain, bohat se misalein.</w:t>
      </w:r>
    </w:p>
    <w:p>
      <w:pPr>
        <w:jc w:val="right"/>
      </w:pPr>
      <w:r>
        <w:t>زرے گا؟ بہت سے مثالیں ہیں، بہت سے مثالیں۔</w:t>
      </w:r>
    </w:p>
    <w:p>
      <w:r>
        <w:rPr>
          <w:b/>
        </w:rPr>
        <w:t xml:space="preserve">[45:18] </w:t>
      </w:r>
      <w:r>
        <w:t>Maulana, ek Chennai se Maulana Iqbal Umri aap se pooch rahe hain ke option sirf apni positivity ko qaim rakhna hi hai.</w:t>
      </w:r>
    </w:p>
    <w:p>
      <w:pPr>
        <w:jc w:val="right"/>
      </w:pPr>
      <w:r>
        <w:t>مولانا، ایک چنئی سے مولانا اقبال عمری آپ سے پوچھ رہے ہیں کہ آپشن صرف اپنی پازیٹیوٹی کو قائم رکھنا ہی ہے۔</w:t>
      </w:r>
    </w:p>
    <w:p>
      <w:r>
        <w:rPr>
          <w:b/>
        </w:rPr>
        <w:t xml:space="preserve">[45:32] </w:t>
      </w:r>
      <w:r>
        <w:t>Yeh baat kahan tak sahi hai? Unhon ne likha hai: "Option sirf apni positivity ko qaim rakhna hi mumkin hai." Maulana, yeh baat kahan tak sahi hai?</w:t>
      </w:r>
    </w:p>
    <w:p>
      <w:pPr>
        <w:jc w:val="right"/>
      </w:pPr>
      <w:r>
        <w:t>یہ بات کہاں تک صحیح ہے؟ انہوں نے لکھا ہے: "آپشن صرف اپنی پازیٹیوٹی کو قائم رکھنا ہی ممکن ہے۔" مولانا، یہ بات کہاں تک صحیح ہے؟</w:t>
      </w:r>
    </w:p>
    <w:p>
      <w:r>
        <w:rPr>
          <w:b/>
        </w:rPr>
        <w:t xml:space="preserve">[45:44] </w:t>
      </w:r>
      <w:r>
        <w:t>Nahi, aap dawat dijiye, samjhaiye.</w:t>
      </w:r>
    </w:p>
    <w:p>
      <w:pPr>
        <w:jc w:val="right"/>
      </w:pPr>
      <w:r>
        <w:t>نہیں، آپ دعوت دیجئے، سمجھائیے۔</w:t>
      </w:r>
    </w:p>
    <w:p>
      <w:r>
        <w:rPr>
          <w:b/>
        </w:rPr>
        <w:t xml:space="preserve">[45:50] </w:t>
      </w:r>
      <w:r>
        <w:t>Chhodiye mat kisi ko.</w:t>
      </w:r>
    </w:p>
    <w:p>
      <w:pPr>
        <w:jc w:val="right"/>
      </w:pPr>
      <w:r>
        <w:t>چھوڑیے مت کسی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