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Role Of Ikhwan-e-Rasool 2 April 2011</w:t>
      </w:r>
    </w:p>
    <w:p>
      <w:r>
        <w:t>https://youtu.be/I9Tc1YwhAkA</w:t>
      </w:r>
    </w:p>
    <w:p>
      <w:r>
        <w:rPr>
          <w:b/>
        </w:rPr>
        <w:t xml:space="preserve">[00:14] </w:t>
      </w:r>
      <w:r>
        <w:t>bismillah hir rahman nir rahim, wasallallahu ala nabiyyil karim.</w:t>
      </w:r>
    </w:p>
    <w:p>
      <w:pPr>
        <w:jc w:val="right"/>
      </w:pPr>
      <w:r>
        <w:t>بسم اللہ الرحمن الرحیم، وصلی اللہ علی النبی الکریم۔</w:t>
      </w:r>
    </w:p>
    <w:p>
      <w:r>
        <w:rPr>
          <w:b/>
        </w:rPr>
        <w:t xml:space="preserve">[00:23] </w:t>
      </w:r>
      <w:r>
        <w:t>rabishrah li sadri, wayassir li amri, wahlul uqdatam min lisani, yafqahu qawli.</w:t>
      </w:r>
    </w:p>
    <w:p>
      <w:pPr>
        <w:jc w:val="right"/>
      </w:pPr>
      <w:r>
        <w:t>رب اشرح لی صدری، ویسر لی امری، واحل العقدۃ من لسانی، یفقہ قولی۔</w:t>
      </w:r>
    </w:p>
    <w:p>
      <w:r>
        <w:rPr>
          <w:b/>
        </w:rPr>
        <w:t xml:space="preserve">[00:38] </w:t>
      </w:r>
      <w:r>
        <w:t>aaj ka topic hai:</w:t>
      </w:r>
    </w:p>
    <w:p>
      <w:pPr>
        <w:jc w:val="right"/>
      </w:pPr>
      <w:r>
        <w:t>آج کا ٹاپک ہے:</w:t>
      </w:r>
    </w:p>
    <w:p>
      <w:r>
        <w:rPr>
          <w:b/>
        </w:rPr>
        <w:t xml:space="preserve">[00:43] </w:t>
      </w:r>
      <w:r>
        <w:t>"The role of Ikhwan-e-Rasul".</w:t>
      </w:r>
    </w:p>
    <w:p>
      <w:pPr>
        <w:jc w:val="right"/>
      </w:pPr>
      <w:r>
        <w:t>"The role of Ikhwan-e-Rasul"۔</w:t>
      </w:r>
    </w:p>
    <w:p>
      <w:r>
        <w:rPr>
          <w:b/>
        </w:rPr>
        <w:t xml:space="preserve">[00:50] </w:t>
      </w:r>
      <w:r>
        <w:t>Ikhwan-e-Rasul ka lafz hadith mein aaya hai.</w:t>
      </w:r>
    </w:p>
    <w:p>
      <w:pPr>
        <w:jc w:val="right"/>
      </w:pPr>
      <w:r>
        <w:t>Ikhwan-e-Rasul کا لفظ حدیث میں آیا ہے۔</w:t>
      </w:r>
    </w:p>
    <w:p>
      <w:r>
        <w:rPr>
          <w:b/>
        </w:rPr>
        <w:t xml:space="preserve">[00:58] </w:t>
      </w:r>
      <w:r>
        <w:t>quran aur hadith ke mutabiq, ya anbiya ki tareekh ke mutabiq, do khaas group hain jo do mukhtalif zamanon mein dawat ka kaam anjam denge:</w:t>
      </w:r>
    </w:p>
    <w:p>
      <w:pPr>
        <w:jc w:val="right"/>
      </w:pPr>
      <w:r>
        <w:t>قرآن اور حدیث کے مطابق، یا انبیاء کی تاریخ کے مطابق، دو خاص گروپ ہیں جو دو مختلف زمانوں میں دعوت کا کام انجام دیں گے:</w:t>
      </w:r>
    </w:p>
    <w:p>
      <w:r>
        <w:rPr>
          <w:b/>
        </w:rPr>
        <w:t xml:space="preserve">[01:17] </w:t>
      </w:r>
      <w:r>
        <w:t>ek ashaab-e-rasool aur doosre ikhwan-e-rasool.</w:t>
      </w:r>
    </w:p>
    <w:p>
      <w:pPr>
        <w:jc w:val="right"/>
      </w:pPr>
      <w:r>
        <w:t>ایک اصحاب رسول اور دوسرے Ikhwan-e-Rasul۔</w:t>
      </w:r>
    </w:p>
    <w:p>
      <w:r>
        <w:rPr>
          <w:b/>
        </w:rPr>
        <w:t xml:space="preserve">[01:24] </w:t>
      </w:r>
      <w:r>
        <w:t>aap jante hain ke Allah taala ne jab insaan ko paida kiya aur zameen par is ko settle kiya to barabar peghambar bhejey.</w:t>
      </w:r>
    </w:p>
    <w:p>
      <w:pPr>
        <w:jc w:val="right"/>
      </w:pPr>
      <w:r>
        <w:t>آپ جانتے ہیں کہ اللہ تعالیٰ نے جب انسان کو پیدا کیا اور زمین پر اس کو settle کیا تو برابر پیغمبر بھیجے۔</w:t>
      </w:r>
    </w:p>
    <w:p>
      <w:r>
        <w:rPr>
          <w:b/>
        </w:rPr>
        <w:t xml:space="preserve">[01:40] </w:t>
      </w:r>
      <w:r>
        <w:t>thumma arsalna rusulana tatra. kis liye?</w:t>
      </w:r>
    </w:p>
    <w:p>
      <w:pPr>
        <w:jc w:val="right"/>
      </w:pPr>
      <w:r>
        <w:t>ثُمَّ أَرْسَلْنَا رُسَلَنَا تَتْرَى ۔ کس لیے؟</w:t>
      </w:r>
    </w:p>
    <w:p>
      <w:r>
        <w:rPr>
          <w:b/>
        </w:rPr>
        <w:t xml:space="preserve">[01:48] </w:t>
      </w:r>
      <w:r>
        <w:t>quran o hadith ke mutale'ey se maloom hota hai ke khaas maqsad jo tha is ka yeh tha ke insaan ki naslon ko, tamam insanon ko jo zameen par paida ho kar abad hue,</w:t>
      </w:r>
    </w:p>
    <w:p>
      <w:pPr>
        <w:jc w:val="right"/>
      </w:pPr>
      <w:r>
        <w:t>قرآن و حدیث کے مطالعے سے معلوم ہوتا ہے کہ خاص مقصد جو تھا اس کا یہ تھا کہ انسان کی نسلوں کو، تمام انسانوں کو جو زمین پر پیدا ہو کر آباد ہوئے،</w:t>
      </w:r>
    </w:p>
    <w:p>
      <w:r>
        <w:rPr>
          <w:b/>
        </w:rPr>
        <w:t xml:space="preserve">[02:05] </w:t>
      </w:r>
      <w:r>
        <w:t>un ko creation plan of god se aagah karna. aur un ko jannat ka rasta dikhana.</w:t>
      </w:r>
    </w:p>
    <w:p>
      <w:pPr>
        <w:jc w:val="right"/>
      </w:pPr>
      <w:r>
        <w:t>ان کو Creation Plan of God سے آگاہ کرنا۔ اور ان کو جنت کا راستہ دکھانا۔</w:t>
      </w:r>
    </w:p>
    <w:p>
      <w:r>
        <w:rPr>
          <w:b/>
        </w:rPr>
        <w:t xml:space="preserve">[02:18] </w:t>
      </w:r>
      <w:r>
        <w:t>bas yahi maqsad tha khaas peghambar ke, ba'sat ka. kyunke Allah taala ne insaan ko paida kiya, is ko zameen jaisi muwafiq jagah di,</w:t>
      </w:r>
    </w:p>
    <w:p>
      <w:pPr>
        <w:jc w:val="right"/>
      </w:pPr>
      <w:r>
        <w:t>بس یہی مقصد تھا خاص پیغمبر کے، بعثت کا۔ کیونکہ اللہ تعالیٰ نے انسان کو پیدا کیا، اس کو زمین جیسی موافق جگہ دی،</w:t>
      </w:r>
    </w:p>
    <w:p>
      <w:r>
        <w:rPr>
          <w:b/>
        </w:rPr>
        <w:t xml:space="preserve">[02:33] </w:t>
      </w:r>
      <w:r>
        <w:t>life support system diya, beshumar cheezein deen jinka woh zaroorat mand tha.</w:t>
      </w:r>
    </w:p>
    <w:p>
      <w:pPr>
        <w:jc w:val="right"/>
      </w:pPr>
      <w:r>
        <w:t>Life Support System دیا، بے شمار چیزیں دیں جن کا وہ ضرورت مند تھا۔</w:t>
      </w:r>
    </w:p>
    <w:p>
      <w:r>
        <w:rPr>
          <w:b/>
        </w:rPr>
        <w:t xml:space="preserve">[02:45] </w:t>
      </w:r>
      <w:r>
        <w:t>lekin hidayat jo thi woh kisi ki peshani par likhi hui nahi thi.</w:t>
      </w:r>
    </w:p>
    <w:p>
      <w:pPr>
        <w:jc w:val="right"/>
      </w:pPr>
      <w:r>
        <w:t>لیکن ہدایت جو تھی وہ کسی کی پیشانی پر لکھی ہوئی نہیں تھی۔</w:t>
      </w:r>
    </w:p>
    <w:p>
      <w:r>
        <w:rPr>
          <w:b/>
        </w:rPr>
        <w:t xml:space="preserve">[02:53] </w:t>
      </w:r>
      <w:r>
        <w:t>na kisi himalaya pahaad par likhi hui thi. to hidayat ka intezam Allah taala ne peghambaron ke zariye se kiya.</w:t>
      </w:r>
    </w:p>
    <w:p>
      <w:pPr>
        <w:jc w:val="right"/>
      </w:pPr>
      <w:r>
        <w:t>نہ کسی ہمالیہ پہاڑ پر لکھی ہوئی تھی۔ تو ہدایت کا انتظام اللہ تعالیٰ نے پیغمبروں کے ذریعے سے کیا۔</w:t>
      </w:r>
    </w:p>
    <w:p>
      <w:r>
        <w:rPr>
          <w:b/>
        </w:rPr>
        <w:t xml:space="preserve">[03:06] </w:t>
      </w:r>
      <w:r>
        <w:t>yaani Hazrat Adam se le kar Rasool Allah Salallaho Alaihe Wasallam tak barabar peghambar aate rahe.</w:t>
      </w:r>
    </w:p>
    <w:p>
      <w:pPr>
        <w:jc w:val="right"/>
      </w:pPr>
      <w:r>
        <w:t>یعنی حضرت آدم سے لے کر رسول اللہ صلی اللہ علیہ وسلم تک برابر پیغمبر آتے رہے۔</w:t>
      </w:r>
    </w:p>
    <w:p>
      <w:r>
        <w:rPr>
          <w:b/>
        </w:rPr>
        <w:t xml:space="preserve">[03:13] </w:t>
      </w:r>
      <w:r>
        <w:t>lekin jo tareekh hai woh batati hai, quran ke mutabiq, ke hazaron saal tak dawat ka kaam sirf individual level par hota raha.</w:t>
      </w:r>
    </w:p>
    <w:p>
      <w:pPr>
        <w:jc w:val="right"/>
      </w:pPr>
      <w:r>
        <w:t>لیکن جو تاریخ ہے وہ بتاتی ہے، قرآن کے مطابق، کہ ہزاروں سال تک دعوت کا کام صرف individual level پر ہوتا رہا۔</w:t>
      </w:r>
    </w:p>
    <w:p>
      <w:r>
        <w:rPr>
          <w:b/>
        </w:rPr>
        <w:t xml:space="preserve">[03:29] </w:t>
      </w:r>
      <w:r>
        <w:t>yaani peghambaron ki hesiyat fard ki rahi, fard, individual ki.</w:t>
      </w:r>
    </w:p>
    <w:p>
      <w:pPr>
        <w:jc w:val="right"/>
      </w:pPr>
      <w:r>
        <w:t>یعنی پیغمبروں کی حیثیت فرد کی رہی، فرد، individual کی۔</w:t>
      </w:r>
    </w:p>
    <w:p>
      <w:r>
        <w:rPr>
          <w:b/>
        </w:rPr>
        <w:t xml:space="preserve">[03:36] </w:t>
      </w:r>
      <w:r>
        <w:t>koi team nahi bani.</w:t>
      </w:r>
    </w:p>
    <w:p>
      <w:pPr>
        <w:jc w:val="right"/>
      </w:pPr>
      <w:r>
        <w:t>کوئی ٹیم نہیں بنی۔</w:t>
      </w:r>
    </w:p>
    <w:p>
      <w:r>
        <w:rPr>
          <w:b/>
        </w:rPr>
        <w:t xml:space="preserve">[03:39] </w:t>
      </w:r>
      <w:r>
        <w:t>ashaab ka lafz jo hai ashaab-e-Muhammad ke sath istemal hua hai. is se pehle ashaab-e-Nuh, ashaab-e-Ibrahim, ashaab-e-Musa jaise alfaaz nahi hain.</w:t>
      </w:r>
    </w:p>
    <w:p>
      <w:pPr>
        <w:jc w:val="right"/>
      </w:pPr>
      <w:r>
        <w:t>اصحاب کا لفظ جو ہے اصحاب محمد کے ساتھ استعمال ہوا ہے۔ اس سے پہلے اصحاب نوح، اصحاب ابراہیم، اصحاب موسیٰ جیسے الفاظ نہیں ہیں۔</w:t>
      </w:r>
    </w:p>
    <w:p>
      <w:r>
        <w:rPr>
          <w:b/>
        </w:rPr>
        <w:t xml:space="preserve">[03:55] </w:t>
      </w:r>
      <w:r>
        <w:t>agarche Hazrat Musa aur Hazrat Isa ke sath kuch afraad they lekin woh team ki soorat mein nahi ban sake woh.</w:t>
      </w:r>
    </w:p>
    <w:p>
      <w:pPr>
        <w:jc w:val="right"/>
      </w:pPr>
      <w:r>
        <w:t>اگرچہ حضرت موسیٰ اور حضرت مسیح کے ساتھ کچھ افراد تھے لیکن وہ ٹیم کی صورت میں نہیں بن سکے وہ۔</w:t>
      </w:r>
    </w:p>
    <w:p>
      <w:r>
        <w:rPr>
          <w:b/>
        </w:rPr>
        <w:t xml:space="preserve">[04:07] </w:t>
      </w:r>
      <w:r>
        <w:t>ashaab se murad hai team.</w:t>
      </w:r>
    </w:p>
    <w:p>
      <w:pPr>
        <w:jc w:val="right"/>
      </w:pPr>
      <w:r>
        <w:t>اصحاب سے مراد ہے ٹیم۔</w:t>
      </w:r>
    </w:p>
    <w:p>
      <w:r>
        <w:rPr>
          <w:b/>
        </w:rPr>
        <w:t xml:space="preserve">[04:13] </w:t>
      </w:r>
      <w:r>
        <w:t>to Hazrat Musa ke sath ek bheed thi Bani Israel ki jo</w:t>
      </w:r>
    </w:p>
    <w:p>
      <w:pPr>
        <w:jc w:val="right"/>
      </w:pPr>
      <w:r>
        <w:t>تو حضرت موسیٰ کے ساتھ ایک بھیڑ تھی بنی اسرائیل کی جو</w:t>
      </w:r>
    </w:p>
    <w:p>
      <w:r>
        <w:rPr>
          <w:b/>
        </w:rPr>
        <w:t xml:space="preserve">[04:20] </w:t>
      </w:r>
      <w:r>
        <w:t>zawaal yafta log they. un ka degeneration ho chuka tha. to un ka haal yeh tha ke unhone kaha ke iza banta wa rabbaka faqatil innaha huna qaidun.</w:t>
      </w:r>
    </w:p>
    <w:p>
      <w:pPr>
        <w:jc w:val="right"/>
      </w:pPr>
      <w:r>
        <w:t>زوال یافتہ لوگ تھے۔ ان کا degeneration ہو چکا تھا۔ تو ان کا حال یہ تھا کہ انہوں نے کہا کہ إِذَا بَنْتَ وَرَبَّكَ فَقَاتِلَ إِنَّهَا هُنَا قَائِدُونَ ۔</w:t>
      </w:r>
    </w:p>
    <w:p>
      <w:r>
        <w:rPr>
          <w:b/>
        </w:rPr>
        <w:t xml:space="preserve">[04:33] </w:t>
      </w:r>
      <w:r>
        <w:t>to Hazrat Musa ko jo kaam karna pada woh apne bhai Haroon ke sath kaam karna pada. woh bhi goya ke individual level par tha.</w:t>
      </w:r>
    </w:p>
    <w:p>
      <w:pPr>
        <w:jc w:val="right"/>
      </w:pPr>
      <w:r>
        <w:t>تو حضرت موسیٰ کو جو کام کرنا پڑا وہ اپنے بھائی ہارون کے ساتھ کام کرنا پڑا۔ وہ بھی گویا کہ individual level پر تھا۔</w:t>
      </w:r>
    </w:p>
    <w:p>
      <w:r>
        <w:rPr>
          <w:b/>
        </w:rPr>
        <w:t xml:space="preserve">[04:43] </w:t>
      </w:r>
      <w:r>
        <w:t>isi tarah tamam anbiya ka muamla hai. unhone bohat zabardast kaam kiya dawat ka, mo'jize dikhaye.</w:t>
      </w:r>
    </w:p>
    <w:p>
      <w:pPr>
        <w:jc w:val="right"/>
      </w:pPr>
      <w:r>
        <w:t>اسی طرح تمام انبیاء کا معاملہ ہے۔ انہوں نے بہت زبردست کام کیا دعوت کا، معجزے دکھائے۔</w:t>
      </w:r>
    </w:p>
    <w:p>
      <w:r>
        <w:rPr>
          <w:b/>
        </w:rPr>
        <w:t xml:space="preserve">[04:54] </w:t>
      </w:r>
      <w:r>
        <w:t>lekin 'amalan un ka kaam tha fard ki satah par. individual level par.</w:t>
      </w:r>
    </w:p>
    <w:p>
      <w:pPr>
        <w:jc w:val="right"/>
      </w:pPr>
      <w:r>
        <w:t>لیکن عملاً ان کا کام تھا فرد کی سطح پر۔ individual level پر۔</w:t>
      </w:r>
    </w:p>
    <w:p>
      <w:r>
        <w:rPr>
          <w:b/>
        </w:rPr>
        <w:t xml:space="preserve">[05:04] </w:t>
      </w:r>
      <w:r>
        <w:t>ek group bana kar ke, team bana kar ke jo kaam hai woh sirf Rasool Allah Salallaho Alaihe Wasallam ke zamane mein hua.</w:t>
      </w:r>
    </w:p>
    <w:p>
      <w:pPr>
        <w:jc w:val="right"/>
      </w:pPr>
      <w:r>
        <w:t>ایک گروپ بنا کر کے، ٹیم بنا کر کے جو کام ہے وہ صرف رسول اللہ صلی اللہ علیہ وسلم کے زمانے میں ہوا۔</w:t>
      </w:r>
    </w:p>
    <w:p>
      <w:r>
        <w:rPr>
          <w:b/>
        </w:rPr>
        <w:t xml:space="preserve">[05:10] </w:t>
      </w:r>
      <w:r>
        <w:t>un ko kaha jata hai ashaab-e-Muhammad. unhi ke liye aaya hai lafz khair-ul-ummah.</w:t>
      </w:r>
    </w:p>
    <w:p>
      <w:pPr>
        <w:jc w:val="right"/>
      </w:pPr>
      <w:r>
        <w:t>ان کو کہا جاتا ہے اصحاب محمد۔ انہی کے لیے آیا ہے لفظ خیر و امت۔</w:t>
      </w:r>
    </w:p>
    <w:p>
      <w:r>
        <w:rPr>
          <w:b/>
        </w:rPr>
        <w:t xml:space="preserve">[05:18] </w:t>
      </w:r>
      <w:r>
        <w:t>to hadith mein aata hai ke baad ke zamane mein dobara ek team banegi. is team ke liye ikhwan-e-Rasul ka lafz aaya hai hadith mein.</w:t>
      </w:r>
    </w:p>
    <w:p>
      <w:pPr>
        <w:jc w:val="right"/>
      </w:pPr>
      <w:r>
        <w:t>تو حدیث میں آتا ہے کہ بعد کے زمانے میں دوبارہ ایک ٹیم بنے گی۔ اس ٹیم کے لیے Ikhwan-e-Rasul کا لفظ آیا ہے حدیث میں۔</w:t>
      </w:r>
    </w:p>
    <w:p>
      <w:r>
        <w:rPr>
          <w:b/>
        </w:rPr>
        <w:t xml:space="preserve">[05:29] </w:t>
      </w:r>
      <w:r>
        <w:t>yani ashaab-e-Muhammad ke ma'ni hain Companions of the Prophet. aur Ikhwan-e-Rasul ke ma'ni hain Brothers of the Prophet.</w:t>
      </w:r>
    </w:p>
    <w:p>
      <w:pPr>
        <w:jc w:val="right"/>
      </w:pPr>
      <w:r>
        <w:t>یعنی اصحاب محمد کے معنی ہیں Companions of the Prophet۔ اور Ikhwan-e-Rasul کے معنی ہیں Brothers of the Prophet۔</w:t>
      </w:r>
    </w:p>
    <w:p>
      <w:r>
        <w:rPr>
          <w:b/>
        </w:rPr>
        <w:t xml:space="preserve">[05:44] </w:t>
      </w:r>
      <w:r>
        <w:t>to in ke role ko samajhne ke liye ek hadith mein pesh karunga. ek hadith mein hai ke badal-islaamo ghareeban wa sa-yu'oodu kamaa badaa fa-tooba lil-ghurabaa.</w:t>
      </w:r>
    </w:p>
    <w:p>
      <w:pPr>
        <w:jc w:val="right"/>
      </w:pPr>
      <w:r>
        <w:t>تو ان کے role کو سمجھنے کے لیے ایک حدیث میں پیش کروں گا۔ ایک حدیث میں ہے کہ بَدَى الْإِسْلَامُ غَرِيبًا وَسَيُعُودُ كَمَا بَدَى فَتُوبَى لِلْغُرَبَاءِ ۔</w:t>
      </w:r>
    </w:p>
    <w:p>
      <w:r>
        <w:rPr>
          <w:b/>
        </w:rPr>
        <w:t xml:space="preserve">[06:03] </w:t>
      </w:r>
      <w:r>
        <w:t>Islam jab shuru hua to ajnabi tha. baad ke zamane mein dobara woh ajnabi ho jayega.</w:t>
      </w:r>
    </w:p>
    <w:p>
      <w:pPr>
        <w:jc w:val="right"/>
      </w:pPr>
      <w:r>
        <w:t>اسلام جب شروع ہوا تو اجنبی تھا۔ بعد کے زمانے میں دوبارہ وہ اجنبی ہو جائے گا۔</w:t>
      </w:r>
    </w:p>
    <w:p>
      <w:r>
        <w:rPr>
          <w:b/>
        </w:rPr>
        <w:t xml:space="preserve">[06:14] </w:t>
      </w:r>
      <w:r>
        <w:t>to daur-e-ajnabiyat mein kaam karna pada ashaab-e-Muhammad ko, ashaab-e-Rasul ko. aur dobara daur-e-ajnabiyat mein kaam karna padega Ikhwan-e-Rasul ko.</w:t>
      </w:r>
    </w:p>
    <w:p>
      <w:pPr>
        <w:jc w:val="right"/>
      </w:pPr>
      <w:r>
        <w:t>تو دور اجنبیت میں کام کرنا پڑا اصحاب محمد کو، اصحاب رسول کو۔ اور دوبارہ دور اجنبیت میں کام کرنا پڑے گا Ikhwan-e-Rasul کو۔</w:t>
      </w:r>
    </w:p>
    <w:p>
      <w:r>
        <w:rPr>
          <w:b/>
        </w:rPr>
        <w:t xml:space="preserve">[06:27] </w:t>
      </w:r>
      <w:r>
        <w:t>yeh matlab hai is ka. magar yeh saada baat nahin hai.</w:t>
      </w:r>
    </w:p>
    <w:p>
      <w:pPr>
        <w:jc w:val="right"/>
      </w:pPr>
      <w:r>
        <w:t>یہ مطلب ہے اس کا۔ مگر یہ سادہ بات نہیں ہے۔</w:t>
      </w:r>
    </w:p>
    <w:p>
      <w:r>
        <w:rPr>
          <w:b/>
        </w:rPr>
        <w:t xml:space="preserve">[06:35] </w:t>
      </w:r>
      <w:r>
        <w:t>Rasul Allah ke zamane mein wahan par deen-e-Ibrahimi tha. ya Arab ke log apne ko samajhte the ke hum deen-e-Ibrahimi par hain.</w:t>
      </w:r>
    </w:p>
    <w:p>
      <w:pPr>
        <w:jc w:val="right"/>
      </w:pPr>
      <w:r>
        <w:t>رسول اللہ کے زمانے میں وہاں پر دین ابراہیمی تھا۔ یا عرب کے لوگ اپنے کو سمجھتے تھے کہ ہم دین ابراہیمی پر ہیں۔</w:t>
      </w:r>
    </w:p>
    <w:p>
      <w:r>
        <w:rPr>
          <w:b/>
        </w:rPr>
        <w:t xml:space="preserve">[06:43] </w:t>
      </w:r>
      <w:r>
        <w:t>wahan namaz bhi thi, Hajj bhi tha, roza bhi tha.</w:t>
      </w:r>
    </w:p>
    <w:p>
      <w:pPr>
        <w:jc w:val="right"/>
      </w:pPr>
      <w:r>
        <w:t>وہاں نماز بھی تھی، Hajj بھی تھا، روزہ بھی تھا۔</w:t>
      </w:r>
    </w:p>
    <w:p>
      <w:r>
        <w:rPr>
          <w:b/>
        </w:rPr>
        <w:t xml:space="preserve">[06:51] </w:t>
      </w:r>
      <w:r>
        <w:t>lekin woh tha is tarah se ke Hazrat Ibrahim ka deen asli ajnabi ban chuka tha. un ka apna ek banaya hua deen tha jis ko woh Hazrat Ibrahim se mansoob karte the.</w:t>
      </w:r>
    </w:p>
    <w:p>
      <w:pPr>
        <w:jc w:val="right"/>
      </w:pPr>
      <w:r>
        <w:t>لیکن وہ تھا اس طرح سے کہ حضرت ابراہیم کا دین اصلی اجنبی بن چکا تھا۔ ان کا اپنا ایک بنایا ہوا دین تھا جس کو وہ حضرت ابراہیم سے منسوب کرتے تھے۔</w:t>
      </w:r>
    </w:p>
    <w:p>
      <w:r>
        <w:rPr>
          <w:b/>
        </w:rPr>
        <w:t xml:space="preserve">[07:08] </w:t>
      </w:r>
      <w:r>
        <w:t>to isi ko kaha gaya ke ajnabi. isi ko ajnabi kaha gaya. deen-e-haqeeqi ajnabi ho chuka tha.</w:t>
      </w:r>
    </w:p>
    <w:p>
      <w:pPr>
        <w:jc w:val="right"/>
      </w:pPr>
      <w:r>
        <w:t>تو اسی کو کہا گیا کہ اجنبی۔ اسی کو اجنبی کہا گیا۔ دین حقیقی اجنبی ہو چکا تھا۔</w:t>
      </w:r>
    </w:p>
    <w:p>
      <w:r>
        <w:rPr>
          <w:b/>
        </w:rPr>
        <w:t xml:space="preserve">[07:18] </w:t>
      </w:r>
      <w:r>
        <w:t>aur deen-e-waz'i ek wahan maujood tha. yani deen-e-waz'i maujood tha. lekin deen-e-haqeeqi jo tha woh ajnabi ho chuka tha.</w:t>
      </w:r>
    </w:p>
    <w:p>
      <w:pPr>
        <w:jc w:val="right"/>
      </w:pPr>
      <w:r>
        <w:t>اور دین وضعی ایک وہاں موجود تھا۔ یعنی دین وضعی موجود تھا۔ لیکن دین حقیقی جو تھا وہ اجنبی ہو چکا تھا۔</w:t>
      </w:r>
    </w:p>
    <w:p>
      <w:r>
        <w:rPr>
          <w:b/>
        </w:rPr>
        <w:t xml:space="preserve">[07:30] </w:t>
      </w:r>
      <w:r>
        <w:t>to Rasul Allah ko aur aap ke ashaab ko is mahaul mein kaam karna pada.</w:t>
      </w:r>
    </w:p>
    <w:p>
      <w:pPr>
        <w:jc w:val="right"/>
      </w:pPr>
      <w:r>
        <w:t>تو رسول اللہ کو اور آپ کے اصحاب کو اس ماحول میں کام کرنا پڑا۔</w:t>
      </w:r>
    </w:p>
    <w:p>
      <w:r>
        <w:rPr>
          <w:b/>
        </w:rPr>
        <w:t xml:space="preserve">[07:37] </w:t>
      </w:r>
      <w:r>
        <w:t>logon ko batana pada ke deen-e-haqeeqi kya hai.</w:t>
      </w:r>
    </w:p>
    <w:p>
      <w:pPr>
        <w:jc w:val="right"/>
      </w:pPr>
      <w:r>
        <w:t>لوگوں کو بتانا پڑا کہ دین حقیقی کیا ہے۔</w:t>
      </w:r>
    </w:p>
    <w:p>
      <w:r>
        <w:rPr>
          <w:b/>
        </w:rPr>
        <w:t xml:space="preserve">[07:42] </w:t>
      </w:r>
      <w:r>
        <w:t>Allah taala ke mansoobe ke mutabiq. Khuda ki ma'rifat ka tareeqa kya hai. Nijaat ka tareeqa kya hai. Jannat paane ka tareeqa kya hai.</w:t>
      </w:r>
    </w:p>
    <w:p>
      <w:pPr>
        <w:jc w:val="right"/>
      </w:pPr>
      <w:r>
        <w:t>اللہ تعالیٰ کے منصوبے کے مطابق۔ خدا کی معرفت کا طریقہ کیا ہے۔ نجات کا طریقہ کیا ہے۔ جنت پانے کا طریقہ کیا ہے۔</w:t>
      </w:r>
    </w:p>
    <w:p>
      <w:r>
        <w:rPr>
          <w:b/>
        </w:rPr>
        <w:t xml:space="preserve">[07:54] </w:t>
      </w:r>
      <w:r>
        <w:t>yeh sab ajnabi ho chuka tha. to woh Rasul Allah ne bataya aur aap ke baad ashaab ne bataya.</w:t>
      </w:r>
    </w:p>
    <w:p>
      <w:pPr>
        <w:jc w:val="right"/>
      </w:pPr>
      <w:r>
        <w:t>یہ سب اجنبی ہو چکا تھا۔ تو وہ رسول اللہ نے بتایا اور آپ کے بعد اصحاب نے بتایا۔</w:t>
      </w:r>
    </w:p>
    <w:p>
      <w:r>
        <w:rPr>
          <w:b/>
        </w:rPr>
        <w:t xml:space="preserve">[08:02] </w:t>
      </w:r>
      <w:r>
        <w:t>to yeh ek hadith mein hai ke khair-ul-quloob-il-qarn-i thumma-llazeena yaloonahum thumma-llazeena yaloonahum.</w:t>
      </w:r>
    </w:p>
    <w:p>
      <w:pPr>
        <w:jc w:val="right"/>
      </w:pPr>
      <w:r>
        <w:t>تو یہ ایک حدیث میں ہے کہ خَيْرُ الْقُلُوبِ الْقَرْنِي ثُمَّ الَّذِينَ يَلُونَهُمْ ثُمَّ الَّذِينَ يَلُونَهُمْ ۔</w:t>
      </w:r>
    </w:p>
    <w:p>
      <w:r>
        <w:rPr>
          <w:b/>
        </w:rPr>
        <w:t xml:space="preserve">[08:13] </w:t>
      </w:r>
      <w:r>
        <w:t>is se lagta hai, is se maloom hota hai ke yeh jo da'wat ka mission hai, yeh teen phase mein mukammal hota hai.</w:t>
      </w:r>
    </w:p>
    <w:p>
      <w:pPr>
        <w:jc w:val="right"/>
      </w:pPr>
      <w:r>
        <w:t>اس سے لگتا ہے، اس سے معلوم ہوتا ہے کہ یہ جو دعوت کا مشن ہے، یہ تین phase میں مکمل ہوتا ہے۔</w:t>
      </w:r>
    </w:p>
    <w:p>
      <w:r>
        <w:rPr>
          <w:b/>
        </w:rPr>
        <w:t xml:space="preserve">[08:24] </w:t>
      </w:r>
      <w:r>
        <w:t>teen marhale mein mukammal hota hai. teen qurun mein. inhi ko qurun-e-mashhood-bil-khair kaha gaya hai.</w:t>
      </w:r>
    </w:p>
    <w:p>
      <w:pPr>
        <w:jc w:val="right"/>
      </w:pPr>
      <w:r>
        <w:t>تین مرحلے میں مکمل ہوتا ہے۔ تین قرون میں۔ انہی کو قرون مشہود بالخیر کہا گیا ہے۔</w:t>
      </w:r>
    </w:p>
    <w:p>
      <w:r>
        <w:rPr>
          <w:b/>
        </w:rPr>
        <w:t xml:space="preserve">[08:34] </w:t>
      </w:r>
      <w:r>
        <w:t>to pehli satah par kya hai? ek fard ki satah par hota hai. Rasul Allah ek fard the. ek fard ne Islam ko Allah se paya aur pesh kiya is ko.</w:t>
      </w:r>
    </w:p>
    <w:p>
      <w:pPr>
        <w:jc w:val="right"/>
      </w:pPr>
      <w:r>
        <w:t>تو پہلی سطح پر کیا ہے؟ ایک فرد کی سطح پر ہوتا ہے۔ رسول اللہ ایک فرد تھے۔ ایک فرد نے اسلام کو اللہ سے پایا اور پیش کیا اس کو۔</w:t>
      </w:r>
    </w:p>
    <w:p>
      <w:r>
        <w:rPr>
          <w:b/>
        </w:rPr>
        <w:t xml:space="preserve">[08:46] </w:t>
      </w:r>
      <w:r>
        <w:t>abdal woh fard ki satah par raha. phir dheere dheere ek team bani. to team ki satah par aaya. phir tab'een ki satah par aaya.</w:t>
      </w:r>
    </w:p>
    <w:p>
      <w:pPr>
        <w:jc w:val="right"/>
      </w:pPr>
      <w:r>
        <w:t>ابدال وہ فرد کی سطح پر رہا۔ پھر دھیرے دھیرے ایک ٹیم بنی۔ تو ٹیم کی سطح پر آیا۔ پھر تابعین کی سطح پر آیا۔</w:t>
      </w:r>
    </w:p>
    <w:p>
      <w:r>
        <w:rPr>
          <w:b/>
        </w:rPr>
        <w:t xml:space="preserve">[08:56] </w:t>
      </w:r>
      <w:r>
        <w:t>to main yeh kahoon agar ke yeh do team hogi peghambar ke baad.</w:t>
      </w:r>
    </w:p>
    <w:p>
      <w:pPr>
        <w:jc w:val="right"/>
      </w:pPr>
      <w:r>
        <w:t>تو میں یہ کہوں اگر کہ یہ دو ٹیم ہو گی پیغمبر کے بعد۔</w:t>
      </w:r>
    </w:p>
    <w:p>
      <w:r>
        <w:rPr>
          <w:b/>
        </w:rPr>
        <w:t xml:space="preserve">[09:02] </w:t>
      </w:r>
      <w:r>
        <w:t>team first, team second. to ashaab-e-Rasul jo hain, ashaab jo hain woh pehli team hain.</w:t>
      </w:r>
    </w:p>
    <w:p>
      <w:pPr>
        <w:jc w:val="right"/>
      </w:pPr>
      <w:r>
        <w:t>ٹیم first، ٹیم second۔ تو اصحاب رسول جو ہیں، اصحاب جو ہیں وہ پہلی ٹیم ہیں۔</w:t>
      </w:r>
    </w:p>
    <w:p>
      <w:r>
        <w:rPr>
          <w:b/>
        </w:rPr>
        <w:t xml:space="preserve">[09:11] </w:t>
      </w:r>
      <w:r>
        <w:t>tab'een doosri team hain. to jo kaam Rasul Allah ne shuru kiya fard ki satah par, woh tab'een ki satah par aa kar ke mukammal ho gaya.</w:t>
      </w:r>
    </w:p>
    <w:p>
      <w:pPr>
        <w:jc w:val="right"/>
      </w:pPr>
      <w:r>
        <w:t>تابعین دوسری ٹیم ہیں۔ تو جو کام رسول اللہ نے شروع کیا فرد کی سطح پر، وہ تابعین کی سطح پر آ کر کے مکمل ہو گیا۔</w:t>
      </w:r>
    </w:p>
    <w:p>
      <w:r>
        <w:rPr>
          <w:b/>
        </w:rPr>
        <w:t xml:space="preserve">[09:23] </w:t>
      </w:r>
      <w:r>
        <w:t>ab is ka continuation tha, continuation.</w:t>
      </w:r>
    </w:p>
    <w:p>
      <w:pPr>
        <w:jc w:val="right"/>
      </w:pPr>
      <w:r>
        <w:t>اب اس کا continuation تھا، continuation۔</w:t>
      </w:r>
    </w:p>
    <w:p>
      <w:r>
        <w:rPr>
          <w:b/>
        </w:rPr>
        <w:t xml:space="preserve">[09:29] </w:t>
      </w:r>
      <w:r>
        <w:t>lekin hota kya hai ya hua kya</w:t>
      </w:r>
    </w:p>
    <w:p>
      <w:pPr>
        <w:jc w:val="right"/>
      </w:pPr>
      <w:r>
        <w:t>لیکن ہوتا کیا ہے یا ہوا کیا</w:t>
      </w:r>
    </w:p>
    <w:p>
      <w:r>
        <w:rPr>
          <w:b/>
        </w:rPr>
        <w:t xml:space="preserve">[09:32] </w:t>
      </w:r>
      <w:r>
        <w:t>? hua yeh ke hamesha pichhli qaumon mein bhi hua, Islam musalmanon mein bhi hua. sirat-e-mustaqeem se derailment.</w:t>
      </w:r>
    </w:p>
    <w:p>
      <w:pPr>
        <w:jc w:val="right"/>
      </w:pPr>
      <w:r>
        <w:t>؟ ہوا یہ کہ ہمیشہ پچھلی قوموں میں بھی ہوا، اسلام مسلمانوں میں بھی ہوا۔ صراط مستقیم سے derailment۔</w:t>
      </w:r>
    </w:p>
    <w:p>
      <w:r>
        <w:rPr>
          <w:b/>
        </w:rPr>
        <w:t xml:space="preserve">[09:45] </w:t>
      </w:r>
      <w:r>
        <w:t>yahi ajnabi hona kya hai? deen ka ajnabi hona kya hai? sirat-e-mustaqeem se jab deen jo hai derail ho jaye, phat jaye.</w:t>
      </w:r>
    </w:p>
    <w:p>
      <w:pPr>
        <w:jc w:val="right"/>
      </w:pPr>
      <w:r>
        <w:t>یہی اجنبی ہونا کیا ہے؟ دین کا اجنبی ہونا کیا ہے؟ صراط مستقیم سے جب دین جو ہے derail ہو جائے، پھٹ جائے۔</w:t>
      </w:r>
    </w:p>
    <w:p>
      <w:r>
        <w:rPr>
          <w:b/>
        </w:rPr>
        <w:t xml:space="preserve">[09:59] </w:t>
      </w:r>
      <w:r>
        <w:t>to isi ka naam hai ajnabi ho jana.</w:t>
      </w:r>
    </w:p>
    <w:p>
      <w:pPr>
        <w:jc w:val="right"/>
      </w:pPr>
      <w:r>
        <w:t>تو اسی کا نام ہے اجنبی ہو جانا۔</w:t>
      </w:r>
    </w:p>
    <w:p>
      <w:r>
        <w:rPr>
          <w:b/>
        </w:rPr>
        <w:t xml:space="preserve">[10:05] </w:t>
      </w:r>
      <w:r>
        <w:t>to hadith se maloom hota hai ke rasool Allah ke foran baad hi yeh shuru ho gaya tha derailment. aur aap ne yeh bhi keh diya tha ke ek hadith hai ke "jab saif ummat-e-muhammadi mein daal diya jaye ga to qayamat tak usay nikala nahi jaye ga".</w:t>
      </w:r>
    </w:p>
    <w:p>
      <w:pPr>
        <w:jc w:val="right"/>
      </w:pPr>
      <w:r>
        <w:t>تو حدیث سے معلوم ہوتا ہے کہ رسول اللہ کے فوراً بعد ہی یہ شروع ہو گیا تھا derailment۔ اور آپ نے یہ بھی کہہ دیا تھا کہ ایک حدیث ہے کہ إِذَا وُضِعَ الصَّيْفُ فِي أُمَّتِي لَمْ يُرْفَعَ عَنْهَا حَتَّىٰ يَوْمَ الْقِيَامَةِ ۔</w:t>
      </w:r>
    </w:p>
    <w:p>
      <w:r>
        <w:rPr>
          <w:b/>
        </w:rPr>
        <w:t xml:space="preserve">[10:25] </w:t>
      </w:r>
      <w:r>
        <w:t>yahan par dekhen saif jo hai ek allamati lafz hai. saif ko bas saif ke mani mein na samjhen.</w:t>
      </w:r>
    </w:p>
    <w:p>
      <w:pPr>
        <w:jc w:val="right"/>
      </w:pPr>
      <w:r>
        <w:t>یہاں پر دیکھیں صیف جو ہے ایک علامتی لفظ ہے۔ صیف کو بس صیف کے معنی میں نہ سمجھیے۔</w:t>
      </w:r>
    </w:p>
    <w:p>
      <w:r>
        <w:rPr>
          <w:b/>
        </w:rPr>
        <w:t xml:space="preserve">[10:33] </w:t>
      </w:r>
      <w:r>
        <w:t>iska matlab hai jab derailment hoga to woh chalta hi rahega, chalta hi rahega, chalta hi rahega. phir right track par nahi aa payega.</w:t>
      </w:r>
    </w:p>
    <w:p>
      <w:pPr>
        <w:jc w:val="right"/>
      </w:pPr>
      <w:r>
        <w:t>اس کا مطلب ہے جب derailment ہو گا تو وہ چلتا ہی رہے گا، چلتا ہی رہے گا، چلتا ہی رہے گا۔ پھرright track پر نہیں آ پائے گا۔</w:t>
      </w:r>
    </w:p>
    <w:p>
      <w:r>
        <w:rPr>
          <w:b/>
        </w:rPr>
        <w:t xml:space="preserve">[10:45] </w:t>
      </w:r>
      <w:r>
        <w:t>yahan tak ke aakhri zamana aa jaye. aur phir Ikhwan-e-Rasul ka zahoor ho.</w:t>
      </w:r>
    </w:p>
    <w:p>
      <w:pPr>
        <w:jc w:val="right"/>
      </w:pPr>
      <w:r>
        <w:t>یہاں تک کہ آخری زمانہ آ جائے۔ اور پھر Ikhwan-e-Rasul کا ظہور ہو۔</w:t>
      </w:r>
    </w:p>
    <w:p>
      <w:r>
        <w:rPr>
          <w:b/>
        </w:rPr>
        <w:t xml:space="preserve">[10:54] </w:t>
      </w:r>
      <w:r>
        <w:t>ab mein aap ko chand alfaaz mein batana chahunga ke derailment kya tha.</w:t>
      </w:r>
    </w:p>
    <w:p>
      <w:pPr>
        <w:jc w:val="right"/>
      </w:pPr>
      <w:r>
        <w:t>اب میں آپ کو چند الفاظ میں بتانا چاہوں گا کہ derailment کیا تھا۔</w:t>
      </w:r>
    </w:p>
    <w:p>
      <w:r>
        <w:rPr>
          <w:b/>
        </w:rPr>
        <w:t xml:space="preserve">[11:03] </w:t>
      </w:r>
      <w:r>
        <w:t>yeh derailment jo hua woh koi purasrar cheez nahi hai. aap tareekh ke mutale se aur baad ke musalmanon ke halaat ko quran se compare kar ke aap samajh sakte hain ke woh kya tha.</w:t>
      </w:r>
    </w:p>
    <w:p>
      <w:pPr>
        <w:jc w:val="right"/>
      </w:pPr>
      <w:r>
        <w:t>یہ derailment جو ہوا وہ کوئی پراسرار چیز نہیں ہے۔ آپ تاریخ کے مطالعے سے اور بعد کے مسلمانوں کے حالات کو قرآن سے compare کر کے آپ سمجھ سکتے ہیں کہ وہ کیا تھا۔</w:t>
      </w:r>
    </w:p>
    <w:p>
      <w:r>
        <w:rPr>
          <w:b/>
        </w:rPr>
        <w:t xml:space="preserve">[11:23] </w:t>
      </w:r>
      <w:r>
        <w:t>yani agar yeh baat wazeh ho ke jo namoona hai woh quran o sunnat hai.</w:t>
      </w:r>
    </w:p>
    <w:p>
      <w:pPr>
        <w:jc w:val="right"/>
      </w:pPr>
      <w:r>
        <w:t>یعنی اگر یہ بات واضح ہو کہ جو نمونہ ہے وہ قرآن و سنت ہے۔</w:t>
      </w:r>
    </w:p>
    <w:p>
      <w:r>
        <w:rPr>
          <w:b/>
        </w:rPr>
        <w:t xml:space="preserve">[11:31] </w:t>
      </w:r>
      <w:r>
        <w:t>jisko hadith mein hai ke "thaqalain, maine tum mein do azeem cheezein chori hain". quran o sunnat agar ba-tour-e-namoona aap ke zehn mein rahe to baad ki muslim tareekh ko is se judge kar ke aap bohat aasani se jaan sakte hain ke derailment kya hua.</w:t>
      </w:r>
    </w:p>
    <w:p>
      <w:pPr>
        <w:jc w:val="right"/>
      </w:pPr>
      <w:r>
        <w:t>جس کو حدیث میں ہے کہ ثَقْلَيْنَ، تَرَكْتُ فِيكُمَ ثَقْلَيْنَ ۔ قرآن و سنت اگر بطور نمونہ آپ کے ذہن میں رہے تو بعد کی مسلم تاریخ کو اس سے judge کر کے آپ بہت آسانی سے جان سکتے ہیں کہ derailment کیا ہوا۔</w:t>
      </w:r>
    </w:p>
    <w:p>
      <w:r>
        <w:rPr>
          <w:b/>
        </w:rPr>
        <w:t xml:space="preserve">[11:49] </w:t>
      </w:r>
      <w:r>
        <w:t>kya tha derailment? lekin aap ko is mein ta'assubat se bahar aana parega.</w:t>
      </w:r>
    </w:p>
    <w:p>
      <w:pPr>
        <w:jc w:val="right"/>
      </w:pPr>
      <w:r>
        <w:t>کیا تھا derailment؟ لیکن آپ کو اس میں تعصبات سے باہر آنا پڑے گا۔</w:t>
      </w:r>
    </w:p>
    <w:p>
      <w:r>
        <w:rPr>
          <w:b/>
        </w:rPr>
        <w:t xml:space="preserve">[11:58] </w:t>
      </w:r>
      <w:r>
        <w:t>ashkhaas ki parastish, ashkhaas ki aqeedat bandi, is se bahar aana parega. warna aap kuch samajh nahi sakte. hota yeh hai ke baad ke zamane mein shakhsiyaat jo hain woh muhtaram ban jati hain.</w:t>
      </w:r>
    </w:p>
    <w:p>
      <w:pPr>
        <w:jc w:val="right"/>
      </w:pPr>
      <w:r>
        <w:t>اشخاص کی پرستش، اشخاص کی عقیدت بندی، اس سے باہر آنا پڑے گا۔ ورنہ آپ کچھ سمجھ نہیں سکتے۔ ہوتا یہ ہے کہ بعد کے زمانے میں شخصیتیں جو ہیں وہ محترم بن جاتی ہیں۔</w:t>
      </w:r>
    </w:p>
    <w:p>
      <w:r>
        <w:rPr>
          <w:b/>
        </w:rPr>
        <w:t xml:space="preserve">[12:13] </w:t>
      </w:r>
      <w:r>
        <w:t>log aqeedat bandi mein in ko bohat zyada darja de dete hain. phir un ka, un ka, un ka woh, un ka woh, un ko examine nahi karte woh.</w:t>
      </w:r>
    </w:p>
    <w:p>
      <w:pPr>
        <w:jc w:val="right"/>
      </w:pPr>
      <w:r>
        <w:t>لوگ عقیدت بندی میں ان کو بہت زیادہ درجہ دے دیتے ہیں۔ پھر ان کا، ان کا، ان کا وہ، ان کا وہ، ان کو examine نہیں کرتے وہ۔</w:t>
      </w:r>
    </w:p>
    <w:p>
      <w:r>
        <w:rPr>
          <w:b/>
        </w:rPr>
        <w:t xml:space="preserve">[12:25] </w:t>
      </w:r>
      <w:r>
        <w:t>aur phir chalta rehta hai.</w:t>
      </w:r>
    </w:p>
    <w:p>
      <w:pPr>
        <w:jc w:val="right"/>
      </w:pPr>
      <w:r>
        <w:t>اور پھر چلتا رہتا ہے۔</w:t>
      </w:r>
    </w:p>
    <w:p>
      <w:r>
        <w:rPr>
          <w:b/>
        </w:rPr>
        <w:t xml:space="preserve">[12:27] </w:t>
      </w:r>
      <w:r>
        <w:t>yahi matlab hai ke jab talwar dakhil ho jaye to chalti rahegi woh. kyun? kyunke jin shakhsiyaat ke zariye se yeh derailment hoga, un ko aap darja de denge ehtiram ka.</w:t>
      </w:r>
    </w:p>
    <w:p>
      <w:pPr>
        <w:jc w:val="right"/>
      </w:pPr>
      <w:r>
        <w:t>یہی مطلب ہے کہ جب تلوار داخل ہو جائے تو چلتی رہے گی وہ۔ کیوں؟ کیونکہ جن شخصیتوں کے ذریعے سے یہ derailment ہو گا، ان کو آپ درجہ دے دیں گے احترام کا۔</w:t>
      </w:r>
    </w:p>
    <w:p>
      <w:r>
        <w:rPr>
          <w:b/>
        </w:rPr>
        <w:t xml:space="preserve">[12:40] </w:t>
      </w:r>
      <w:r>
        <w:t>to aap un ko examine karenge nahi. chalta rahega.</w:t>
      </w:r>
    </w:p>
    <w:p>
      <w:pPr>
        <w:jc w:val="right"/>
      </w:pPr>
      <w:r>
        <w:t>تو آپ ان کو examine کریں گے نہیں۔ چلتا رہے گا۔</w:t>
      </w:r>
    </w:p>
    <w:p>
      <w:r>
        <w:rPr>
          <w:b/>
        </w:rPr>
        <w:t xml:space="preserve">[12:45] </w:t>
      </w:r>
      <w:r>
        <w:t>to baad ke zamane mein islam ko right track par lane ke liye zaroorat hai ke aap ke andar ek radical, ek ek revolutionary zehn paida ho.</w:t>
      </w:r>
    </w:p>
    <w:p>
      <w:pPr>
        <w:jc w:val="right"/>
      </w:pPr>
      <w:r>
        <w:t>تو بعد کے زمانے میں اسلام کوright track پر لانے کے لیے ضرورت ہے کہ آپ کے اندر ایک radical، ایک ایک revolutionary ذہن پیدا ہو۔</w:t>
      </w:r>
    </w:p>
    <w:p>
      <w:r>
        <w:rPr>
          <w:b/>
        </w:rPr>
        <w:t xml:space="preserve">[12:57] </w:t>
      </w:r>
      <w:r>
        <w:t>ke aap shakhsiyaat se oopar uth kar ke soch saken.</w:t>
      </w:r>
    </w:p>
    <w:p>
      <w:pPr>
        <w:jc w:val="right"/>
      </w:pPr>
      <w:r>
        <w:t>کہ آپ شخصیتوں سے اوپر اٹھ کر کے سوچ سکیں۔</w:t>
      </w:r>
    </w:p>
    <w:p>
      <w:r>
        <w:rPr>
          <w:b/>
        </w:rPr>
        <w:t xml:space="preserve">[13:02] </w:t>
      </w:r>
      <w:r>
        <w:t>yahi woh wajah hai jis ki bina par woh hadith mein hai ke ke woh phir uthega nahi. phir talwar niklegi nahi. matlab derailment khatam nahi hoga.</w:t>
      </w:r>
    </w:p>
    <w:p>
      <w:pPr>
        <w:jc w:val="right"/>
      </w:pPr>
      <w:r>
        <w:t>یہی وہ وجہ ہے جس کی بنا پر وہ حدیث میں ہے کہ کہ وہ پھر اٹھے گا نہیں۔ پھر تلوار نکلے گی نہیں۔ مطلب derailment ختم نہیں ہو گا۔</w:t>
      </w:r>
    </w:p>
    <w:p>
      <w:r>
        <w:rPr>
          <w:b/>
        </w:rPr>
        <w:t xml:space="preserve">[13:12] </w:t>
      </w:r>
      <w:r>
        <w:t>kyunke har derailment jo hai woh kisi shakhsiyat se wabasta hota hai. derailment apne aap nahi hota. koi shakhs hota hai, koi afraad hote hain, koi group hota hai jo derail karta hai.</w:t>
      </w:r>
    </w:p>
    <w:p>
      <w:pPr>
        <w:jc w:val="right"/>
      </w:pPr>
      <w:r>
        <w:t>کیونکہ ہر derailment جو ہے وہ کسی شخصیت سے وابستہ ہوتا ہے۔ Derailment اپنے آپ نہیں ہوتا۔ کوئی شخص ہوتا ہے، کوئی افراد ہوتے ہیں، کوئی گروپ ہوتا ہے جو derail کرتا ہے۔</w:t>
      </w:r>
    </w:p>
    <w:p>
      <w:r>
        <w:rPr>
          <w:b/>
        </w:rPr>
        <w:t xml:space="preserve">[13:27] </w:t>
      </w:r>
      <w:r>
        <w:t>derailment ka lafz bohat acha hai.</w:t>
      </w:r>
    </w:p>
    <w:p>
      <w:pPr>
        <w:jc w:val="right"/>
      </w:pPr>
      <w:r>
        <w:t>Derailment کا لفظ بہت اچھا ہے۔</w:t>
      </w:r>
    </w:p>
    <w:p>
      <w:r>
        <w:rPr>
          <w:b/>
        </w:rPr>
        <w:t xml:space="preserve">[13:30] </w:t>
      </w:r>
      <w:r>
        <w:t>aap jante hain rail jo hoti hai yani gaadi, train, patri par chalti hai. to patri se kabhi hat jaye to us ko kehte hain derailment. yani gaadi jo hai uska engine, train, hat jaye patri se to us ko kehte hain derailment.</w:t>
      </w:r>
    </w:p>
    <w:p>
      <w:pPr>
        <w:jc w:val="right"/>
      </w:pPr>
      <w:r>
        <w:t>آپ جانتے ہیں rail جو ہوتی ہے یعنی گاڑی، train، پٹری پر چلتی ہے۔ تو پٹری سے کبھی ہٹ جائے تو اس کو کہتے ہیں derailment۔ یعنی گاڑی جو ہے اس کا انجن، train، ہٹ جائے پٹری سے تو اس کو کہتے ہیں derailment۔</w:t>
      </w:r>
    </w:p>
    <w:p>
      <w:r>
        <w:rPr>
          <w:b/>
        </w:rPr>
        <w:t xml:space="preserve">[13:46] </w:t>
      </w:r>
      <w:r>
        <w:t>yeh bohat hi acha lafz hai yeh. to sirat-e-mustaqeem ki patri se hat jana. hatta hai kin ke zariye se? shakhsiyaat ke zariye se.</w:t>
      </w:r>
    </w:p>
    <w:p>
      <w:pPr>
        <w:jc w:val="right"/>
      </w:pPr>
      <w:r>
        <w:t>یہ بہت ہی اچھا لفظ ہے یہ۔ تو صراط مستقیم کی پٹری سے ہٹ جانا۔ ہٹتا ہے کن کے ذریعے سے؟ شخصیتوں کے ذریعے سے۔</w:t>
      </w:r>
    </w:p>
    <w:p>
      <w:r>
        <w:rPr>
          <w:b/>
        </w:rPr>
        <w:t xml:space="preserve">[13:55] </w:t>
      </w:r>
      <w:r>
        <w:t>afraad ke zariye se.</w:t>
      </w:r>
    </w:p>
    <w:p>
      <w:pPr>
        <w:jc w:val="right"/>
      </w:pPr>
      <w:r>
        <w:t>افراد کے ذریعے سے۔</w:t>
      </w:r>
    </w:p>
    <w:p>
      <w:r>
        <w:rPr>
          <w:b/>
        </w:rPr>
        <w:t xml:space="preserve">[13:57] </w:t>
      </w:r>
      <w:r>
        <w:t>in ko bana lete hain aap muhtaram aap. in se apni aqeedat bandiyan jod lete hain aap. in ko aap tanqeed ki nazar se dekhte nahi hain.</w:t>
      </w:r>
    </w:p>
    <w:p>
      <w:pPr>
        <w:jc w:val="right"/>
      </w:pPr>
      <w:r>
        <w:t>ان کو بنا لیتے ہیں آپ محترم آپ۔ ان سے اپنی عقیدت بندیاں جوڑ لیتے ہیں آپ۔ ان کو آپ تنقید کی نظر سے دیکھتے نہیں ہیں۔</w:t>
      </w:r>
    </w:p>
    <w:p>
      <w:r>
        <w:rPr>
          <w:b/>
        </w:rPr>
        <w:t xml:space="preserve">[14:09] </w:t>
      </w:r>
      <w:r>
        <w:t>phir yeh kya hota hai? woh chalta rehta hai.</w:t>
      </w:r>
    </w:p>
    <w:p>
      <w:pPr>
        <w:jc w:val="right"/>
      </w:pPr>
      <w:r>
        <w:t>پھر یہ کیا ہوتا ہے؟ وہ چلتا رہتا ہے۔</w:t>
      </w:r>
    </w:p>
    <w:p>
      <w:r>
        <w:rPr>
          <w:b/>
        </w:rPr>
        <w:t xml:space="preserve">[14:15] </w:t>
      </w:r>
      <w:r>
        <w:t>toh jab tak yeh na ho ke aap uth jayen ta'assubaat se, aqeedat bandiyon se aur re-examine karen saare maamle ko.</w:t>
      </w:r>
    </w:p>
    <w:p>
      <w:pPr>
        <w:jc w:val="right"/>
      </w:pPr>
      <w:r>
        <w:t>تو جب تک یہ نہ ہو کہ آپ اٹھ جائیں تعصبات سے، عقیدت بندیوں سے اور re-examine کریں سارے معاملے کو۔</w:t>
      </w:r>
    </w:p>
    <w:p>
      <w:r>
        <w:rPr>
          <w:b/>
        </w:rPr>
        <w:t xml:space="preserve">[14:25] </w:t>
      </w:r>
      <w:r>
        <w:t>tab tak chalta rahega wahi. ab mein jo, mein ne jo parha hai, jo study ki hai mein ne, toh mein samajhta hoon ke kuch bade bade waqeaat hue tareekh mein derailment ke.</w:t>
      </w:r>
    </w:p>
    <w:p>
      <w:pPr>
        <w:jc w:val="right"/>
      </w:pPr>
      <w:r>
        <w:t>تب تک چلتا رہے گا وہی۔ اب میں جو، میں نے جو پڑھا ہے، جو study کی ہے میں نے، تو میں سمجھتا ہوں کہ کچھ بڑے بڑے واقعات ہوئے تاریخ میں derailment کے۔</w:t>
      </w:r>
    </w:p>
    <w:p>
      <w:r>
        <w:rPr>
          <w:b/>
        </w:rPr>
        <w:t xml:space="preserve">[14:41] </w:t>
      </w:r>
      <w:r>
        <w:t>meri apni samajh ke mutabiq</w:t>
      </w:r>
    </w:p>
    <w:p>
      <w:pPr>
        <w:jc w:val="right"/>
      </w:pPr>
      <w:r>
        <w:t>میری اپنی سمجھ کے مطابق</w:t>
      </w:r>
    </w:p>
    <w:p>
      <w:r>
        <w:rPr>
          <w:b/>
        </w:rPr>
        <w:t xml:space="preserve">[14:44] </w:t>
      </w:r>
      <w:r>
        <w:t>jo pehla derailment hua Islam mein woh kya tha? pehla derailment woh</w:t>
      </w:r>
    </w:p>
    <w:p>
      <w:pPr>
        <w:jc w:val="right"/>
      </w:pPr>
      <w:r>
        <w:t>جو پہلا derailment ہوا اسلام میں وہ کیا تھا؟ پہلا derailment وہ</w:t>
      </w:r>
    </w:p>
    <w:p>
      <w:r>
        <w:rPr>
          <w:b/>
        </w:rPr>
        <w:t xml:space="preserve">[14:54] </w:t>
      </w:r>
      <w:r>
        <w:t>hazrat usman ke zamane mein hua. yaani hukoomat ki</w:t>
      </w:r>
    </w:p>
    <w:p>
      <w:pPr>
        <w:jc w:val="right"/>
      </w:pPr>
      <w:r>
        <w:t>حضرت عثمان کے زمانے میں ہوا۔ یعنی حکومت کی</w:t>
      </w:r>
    </w:p>
    <w:p>
      <w:r>
        <w:rPr>
          <w:b/>
        </w:rPr>
        <w:t xml:space="preserve">[15:03] </w:t>
      </w:r>
      <w:r>
        <w:t>se shikayat ko le kar ke hukoomat se takraao shuru kar dena.</w:t>
      </w:r>
    </w:p>
    <w:p>
      <w:pPr>
        <w:jc w:val="right"/>
      </w:pPr>
      <w:r>
        <w:t>سے شکایت کو لے کر کے حکومت سے ٹکراؤ شروع کر دینا۔</w:t>
      </w:r>
    </w:p>
    <w:p>
      <w:r>
        <w:rPr>
          <w:b/>
        </w:rPr>
        <w:t xml:space="preserve">[15:08] </w:t>
      </w:r>
      <w:r>
        <w:t>kuch logon ko Hazrat Usman jo teesre khalifa thay, un ki hukoomat se shikayat hui. toh shikayat ko le kar jhanda khara kar liya unhon ne.</w:t>
      </w:r>
    </w:p>
    <w:p>
      <w:pPr>
        <w:jc w:val="right"/>
      </w:pPr>
      <w:r>
        <w:t>کچھ لوگوں کو حضرت عثمان جو تیسرے خلیفہ تھے، ان کی حکومت سے شکایت ہوئی۔ تو شکایت کو لے کر جھنڈا کھڑا کر لیا انہوں نے۔</w:t>
      </w:r>
    </w:p>
    <w:p>
      <w:r>
        <w:rPr>
          <w:b/>
        </w:rPr>
        <w:t xml:space="preserve">[15:20] </w:t>
      </w:r>
      <w:r>
        <w:t>aur baghavat karne par tul gaye. yahan tak ke hote hote unhon ne khalifa ko qatal kar diya.</w:t>
      </w:r>
    </w:p>
    <w:p>
      <w:pPr>
        <w:jc w:val="right"/>
      </w:pPr>
      <w:r>
        <w:t>اور بغاوت کرنے پر تل گئے۔ یہاں تک کہ ہوتے ہوتے انہوں نے خلیفہ کو قتل کر دیا۔</w:t>
      </w:r>
    </w:p>
    <w:p>
      <w:r>
        <w:rPr>
          <w:b/>
        </w:rPr>
        <w:t xml:space="preserve">[15:27] </w:t>
      </w:r>
      <w:r>
        <w:t>yeh tha Islam mein pehla derailment. yaani political shikayaton ko le kar hukmaran ke khilaaf hangama khara karna.</w:t>
      </w:r>
    </w:p>
    <w:p>
      <w:pPr>
        <w:jc w:val="right"/>
      </w:pPr>
      <w:r>
        <w:t>یہ تھا اسلام میں پہلا derailment۔ یعنی political شکایتوں کو لے کر حکمران کے خلاف ہنگامہ کھڑا کرنا۔</w:t>
      </w:r>
    </w:p>
    <w:p>
      <w:r>
        <w:rPr>
          <w:b/>
        </w:rPr>
        <w:t xml:space="preserve">[15:42] </w:t>
      </w:r>
      <w:r>
        <w:t>kyun ke Islam mein bohat wazeh taleemat hain hadees mein ke hukmaran se agar tum ko shikayat hai toh kya hai? fa feemabainak wa baynahu</w:t>
      </w:r>
    </w:p>
    <w:p>
      <w:pPr>
        <w:jc w:val="right"/>
      </w:pPr>
      <w:r>
        <w:t>کیوں کہ اسلام میں بہت واضح تعلیمات ہیں حدیث میں کہ حکمران سے اگر تم کو شکایت ہے تو کیا ہے؟ فَفِيمَا بَيْنَكَ وَبَيْنَهُ</w:t>
      </w:r>
    </w:p>
    <w:p>
      <w:r>
        <w:rPr>
          <w:b/>
        </w:rPr>
        <w:t xml:space="preserve">[15:53] </w:t>
      </w:r>
      <w:r>
        <w:t>. yaani person to person. is se aap appointment lijiye, is se mulaqaat kijiye. aur akeley mein us ko naseehat kijiye.</w:t>
      </w:r>
    </w:p>
    <w:p>
      <w:pPr>
        <w:jc w:val="right"/>
      </w:pPr>
      <w:r>
        <w:t>۔ یعنی person to person۔ اس سے آپ appointment لیجیے، اس سے ملاقات کیجیے۔ اور اکیلے میں اس کو نصیحت کیجیے۔</w:t>
      </w:r>
    </w:p>
    <w:p>
      <w:r>
        <w:rPr>
          <w:b/>
        </w:rPr>
        <w:t xml:space="preserve">[16:05] </w:t>
      </w:r>
      <w:r>
        <w:t>fa feemabainak wa baynahu. bas yahi had hai. hukmaran ke khilaaf shikayat ki aakhri had yeh hai ke aap us ko tanhai mein naseehat karen, Allah se darayen.</w:t>
      </w:r>
    </w:p>
    <w:p>
      <w:pPr>
        <w:jc w:val="right"/>
      </w:pPr>
      <w:r>
        <w:t>فَفِيمَا بَيْنَكَ وَبَيْنَهُ ۔ بس یہی حد ہے۔ حکمران کے خلاف شکایت کی آخری حد یہ ہے کہ آپ اس کو تنہائی میں نصیحت کریں، اللہ سے ڈرائیں۔</w:t>
      </w:r>
    </w:p>
    <w:p>
      <w:r>
        <w:rPr>
          <w:b/>
        </w:rPr>
        <w:t xml:space="preserve">[16:16] </w:t>
      </w:r>
      <w:r>
        <w:t>bas. agar woh maan jata hai toh bohat acha, nahi manta toh phir aap ki zimmedari khatam ho gayi. aap ki zimmedari khatam ho gayi.</w:t>
      </w:r>
    </w:p>
    <w:p>
      <w:pPr>
        <w:jc w:val="right"/>
      </w:pPr>
      <w:r>
        <w:t>بس۔ اگر وہ مان جاتا ہے تو بہت اچھا، نہیں مانتا تو پھر آپ کی ذمہ داری ختم ہو گئی۔ آپ کی ذمہ داری ختم ہو گئی۔</w:t>
      </w:r>
    </w:p>
    <w:p>
      <w:r>
        <w:rPr>
          <w:b/>
        </w:rPr>
        <w:t xml:space="preserve">[16:27] </w:t>
      </w:r>
      <w:r>
        <w:t>ab is ke baad kya karna hai aap ko? dua karna hai. dua karna hai. opposition ki politics chalana nahi hai.</w:t>
      </w:r>
    </w:p>
    <w:p>
      <w:pPr>
        <w:jc w:val="right"/>
      </w:pPr>
      <w:r>
        <w:t>اب اس کے بعد کیا کرنا ہے آپ کو؟ دعا کرنا ہے۔ دعا کرنا ہے۔ Opposition کی politics چلانا نہیں ہے۔</w:t>
      </w:r>
    </w:p>
    <w:p>
      <w:r>
        <w:rPr>
          <w:b/>
        </w:rPr>
        <w:t xml:space="preserve">[16:38] </w:t>
      </w:r>
      <w:r>
        <w:t>agar hukmaran, ruler aap ki baat nahi sunta hai toh aap ke liye jaiz nahi hai ke aap politics of opposition chalana shuru kar den.</w:t>
      </w:r>
    </w:p>
    <w:p>
      <w:pPr>
        <w:jc w:val="right"/>
      </w:pPr>
      <w:r>
        <w:t>اگر حکمران، ruler آپ کی بات نہیں سنتا ہے تو آپ کے لیے جائز نہیں ہے کہ آپ politics of opposition چلانا شروع کر دیں۔</w:t>
      </w:r>
    </w:p>
    <w:p>
      <w:r>
        <w:rPr>
          <w:b/>
        </w:rPr>
        <w:t xml:space="preserve">[16:49] </w:t>
      </w:r>
      <w:r>
        <w:t>woh jaiz nahi hai. jaiz kya hai? aap ja kar Allah se dua karen. ya aap bar bar us se milen. yeh mumkin hai, yeh jaiz ke daire mein hai yeh.</w:t>
      </w:r>
    </w:p>
    <w:p>
      <w:pPr>
        <w:jc w:val="right"/>
      </w:pPr>
      <w:r>
        <w:t>وہ جائز نہیں ہے۔ جائز کیا ہے؟ آپ جا کر اللہ سے دعا کریں۔ یا آپ بار بار اس سے ملیں۔ یہ ممکن ہے، یہ جائز کے دائرے میں ہے یہ۔</w:t>
      </w:r>
    </w:p>
    <w:p>
      <w:r>
        <w:rPr>
          <w:b/>
        </w:rPr>
        <w:t xml:space="preserve">[17:03] </w:t>
      </w:r>
      <w:r>
        <w:t>toh pehla derailment hua</w:t>
      </w:r>
    </w:p>
    <w:p>
      <w:pPr>
        <w:jc w:val="right"/>
      </w:pPr>
      <w:r>
        <w:t>تو پہلا derailment ہوا</w:t>
      </w:r>
    </w:p>
    <w:p>
      <w:r>
        <w:rPr>
          <w:b/>
        </w:rPr>
        <w:t xml:space="preserve">[17:06] </w:t>
      </w:r>
      <w:r>
        <w:t>kab? Hazrat Usman ke zamane mein. woh tha derailment political shikayat ko le kar ke hangama khara karna.</w:t>
      </w:r>
    </w:p>
    <w:p>
      <w:pPr>
        <w:jc w:val="right"/>
      </w:pPr>
      <w:r>
        <w:t>کب؟ حضرت عثمان کے زمانے میں۔ وہ تھا derailment political شکایت کو لے کر کے ہنگامہ کھڑا کرنا۔</w:t>
      </w:r>
    </w:p>
    <w:p>
      <w:r>
        <w:rPr>
          <w:b/>
        </w:rPr>
        <w:t xml:space="preserve">[17:18] </w:t>
      </w:r>
      <w:r>
        <w:t>isi ka extension tha Hazrat Hussain ka maamla. woh bhi yahi kiya unhon ne. ke hukoomat ke khilaaf unhon ne bhi yaani khurooj kaha jaye, jo bhi kaha jaye woh kiya.</w:t>
      </w:r>
    </w:p>
    <w:p>
      <w:pPr>
        <w:jc w:val="right"/>
      </w:pPr>
      <w:r>
        <w:t>اسی کا extension تھا حضرت حسین کا معاملہ۔ وہ بھی یہی کیا انہوں نے۔ کہ حکومت کے خلاف انہوں نے بھی یعنی خروج کہا جائے، جو بھی کہا جائے وہ کیا۔</w:t>
      </w:r>
    </w:p>
    <w:p>
      <w:r>
        <w:rPr>
          <w:b/>
        </w:rPr>
        <w:t xml:space="preserve">[17:35] </w:t>
      </w:r>
      <w:r>
        <w:t>yaani jo waqea ho chuka tha Hazrat Usman ke zamane mein, isi ka extension tha Hazrat Usman ka waqea. toh yahan bhi mein kahunga ke aap ke do option hain.</w:t>
      </w:r>
    </w:p>
    <w:p>
      <w:pPr>
        <w:jc w:val="right"/>
      </w:pPr>
      <w:r>
        <w:t>یعنی جو واقعہ ہو چکا تھا حضرت عثمان کے زمانے میں، اسی کا extension تھا حضرت عثمان کا واقعہ۔ تو یہاں بھی میں کہوں گا کہ آپ کے دو option ہیں۔</w:t>
      </w:r>
    </w:p>
    <w:p>
      <w:r>
        <w:rPr>
          <w:b/>
        </w:rPr>
        <w:t xml:space="preserve">[17:47] </w:t>
      </w:r>
      <w:r>
        <w:t>ya aap toh yeh kahein ke Hazrat Hussain ne jo kiya woh ek derailment tha. ya yeh kahein ke un ki ijtihadi khata thi.</w:t>
      </w:r>
    </w:p>
    <w:p>
      <w:pPr>
        <w:jc w:val="right"/>
      </w:pPr>
      <w:r>
        <w:t>یا آپ تو یہ کہیں کہ حضرت حسین نے جو کیا وہ ایک derailment تھا۔ یا یہ کہیں کہ ان کی اجتہادی خطا تھی۔</w:t>
      </w:r>
    </w:p>
    <w:p>
      <w:r>
        <w:rPr>
          <w:b/>
        </w:rPr>
        <w:t xml:space="preserve">[17:57] </w:t>
      </w:r>
      <w:r>
        <w:t>bas. yeh aap nahi keh sakte ke woh sahi kaam tha. kyun ke yeh toh Islam mein jaiz hi nahi hai</w:t>
      </w:r>
    </w:p>
    <w:p>
      <w:pPr>
        <w:jc w:val="right"/>
      </w:pPr>
      <w:r>
        <w:t>بس۔ یہ آپ نہیں کہہ سکتے کہ وہ صحیح کام تھا۔ کیوں کہ یہ تو اسلام میں جائز ہی نہیں ہے</w:t>
      </w:r>
    </w:p>
    <w:p>
      <w:r>
        <w:rPr>
          <w:b/>
        </w:rPr>
        <w:t xml:space="preserve">[18:03] </w:t>
      </w:r>
      <w:r>
        <w:t>ke aap siyasi shikayat le kar ke aap waqt ke hukmaran se khilaaf khurooj karen, baghavat karen.</w:t>
      </w:r>
    </w:p>
    <w:p>
      <w:pPr>
        <w:jc w:val="right"/>
      </w:pPr>
      <w:r>
        <w:t>کہ آپ سیاسی شکایت لے کر کے آپ وقت کے حکمران سے خلاف خروج کریں، بغاوت کریں۔</w:t>
      </w:r>
    </w:p>
    <w:p>
      <w:r>
        <w:rPr>
          <w:b/>
        </w:rPr>
        <w:t xml:space="preserve">[18:15] </w:t>
      </w:r>
      <w:r>
        <w:t>yeh jaiz hi nahi hai. sarrre se jaiz nahi hai. toh that was also a case of derailment</w:t>
      </w:r>
    </w:p>
    <w:p>
      <w:pPr>
        <w:jc w:val="right"/>
      </w:pPr>
      <w:r>
        <w:t>یہ جائز ہی نہیں ہے۔ سرے سے جائز نہیں ہے۔ تو that was also a case of derailment</w:t>
      </w:r>
    </w:p>
    <w:p>
      <w:r>
        <w:rPr>
          <w:b/>
        </w:rPr>
        <w:t xml:space="preserve">[18:29] </w:t>
      </w:r>
      <w:r>
        <w:t>. ab patri se hat gai.</w:t>
      </w:r>
    </w:p>
    <w:p>
      <w:pPr>
        <w:jc w:val="right"/>
      </w:pPr>
      <w:r>
        <w:t>۔ اب پٹری سے ہٹ گئی۔</w:t>
      </w:r>
    </w:p>
    <w:p>
      <w:r>
        <w:rPr>
          <w:b/>
        </w:rPr>
        <w:t xml:space="preserve">[18:31] </w:t>
      </w:r>
      <w:r>
        <w:t>yani patri kya, sahi patri kya thi? ke aap Allah ka zikr karte.</w:t>
      </w:r>
    </w:p>
    <w:p>
      <w:pPr>
        <w:jc w:val="right"/>
      </w:pPr>
      <w:r>
        <w:t>یعنی پٹری کیا، صحیح پٹری کیا تھی؟ کہ آپ اللہ کا ذکر کرتے۔</w:t>
      </w:r>
    </w:p>
    <w:p>
      <w:r>
        <w:rPr>
          <w:b/>
        </w:rPr>
        <w:t xml:space="preserve">[18:40] </w:t>
      </w:r>
      <w:r>
        <w:t>Allah ki taraf logon ko bulatay. dawat ka kaam karte. tazkiya ka kaam karte. ilm-e-deen phailatay. Musalmanon ki islaah karte.</w:t>
      </w:r>
    </w:p>
    <w:p>
      <w:pPr>
        <w:jc w:val="right"/>
      </w:pPr>
      <w:r>
        <w:t>اللہ کی طرف لوگوں کو بلاتے۔ دعوت کا کام کرتے۔ تزکیہ کا کام کرتے۔ علمِ دین پھیلاتے۔ مسلمانوں کی اصلاح کرتے۔</w:t>
      </w:r>
    </w:p>
    <w:p>
      <w:r>
        <w:rPr>
          <w:b/>
        </w:rPr>
        <w:t xml:space="preserve">[18:50] </w:t>
      </w:r>
      <w:r>
        <w:t>yeh sab right track par chalna tha. Quran ko phailatay, Hadees ko phailatay. lekin kya hua?</w:t>
      </w:r>
    </w:p>
    <w:p>
      <w:pPr>
        <w:jc w:val="right"/>
      </w:pPr>
      <w:r>
        <w:t>یہ سبright track پر چلنا تھا۔ قرآن کو پھیلاتے، حدیث کو پھیلاتے۔ لیکن کیا ہوا؟</w:t>
      </w:r>
    </w:p>
    <w:p>
      <w:r>
        <w:rPr>
          <w:b/>
        </w:rPr>
        <w:t xml:space="preserve">[18:57] </w:t>
      </w:r>
      <w:r>
        <w:t>siyasi shikaayat ko le kar ke. to dekhen siyasi shikaayat jo hai kabhi khatm ho nahi sakti hai. yeh bhi yaad rakhiye.</w:t>
      </w:r>
    </w:p>
    <w:p>
      <w:pPr>
        <w:jc w:val="right"/>
      </w:pPr>
      <w:r>
        <w:t>سیاسی شکایت کو لے کر کے۔ تو دیکھیں سیاسی شکایت جو ہے کبھی ختم ہو نہیں سکتی ہے۔ یہ بھی یاد رکھیے۔</w:t>
      </w:r>
    </w:p>
    <w:p>
      <w:r>
        <w:rPr>
          <w:b/>
        </w:rPr>
        <w:t xml:space="preserve">[19:08] </w:t>
      </w:r>
      <w:r>
        <w:t>Islam mein politics of opposition ko haraam qarar diya gaya hai. yeh haraam hai. kyun?</w:t>
      </w:r>
    </w:p>
    <w:p>
      <w:pPr>
        <w:jc w:val="right"/>
      </w:pPr>
      <w:r>
        <w:t>اسلام میں politics of opposition کو حرام قرار دیا گیا ہے۔ یہ حرام ہے۔ کیوں؟</w:t>
      </w:r>
    </w:p>
    <w:p>
      <w:r>
        <w:rPr>
          <w:b/>
        </w:rPr>
        <w:t xml:space="preserve">[19:17] </w:t>
      </w:r>
      <w:r>
        <w:t>woh to rahegi rahegi. Rasool Allah se shikaayat hui.</w:t>
      </w:r>
    </w:p>
    <w:p>
      <w:pPr>
        <w:jc w:val="right"/>
      </w:pPr>
      <w:r>
        <w:t>وہ تو رہے گی رہے گی۔ رسول اللہ سے شکایت ہوئی۔</w:t>
      </w:r>
    </w:p>
    <w:p>
      <w:r>
        <w:rPr>
          <w:b/>
        </w:rPr>
        <w:t xml:space="preserve">[19:22] </w:t>
      </w:r>
      <w:r>
        <w:t>Hunain ke amwaal-e-ghaneemat ko taqseem karne mein shikaayat hui. Ansar ko yahan tak keh diya ke Rasool Allah ke samnay ke wallah ma adl.</w:t>
      </w:r>
    </w:p>
    <w:p>
      <w:pPr>
        <w:jc w:val="right"/>
      </w:pPr>
      <w:r>
        <w:t>حنین کے اموالِ غنیمت کو تقسیم کرنے میں شکایت ہوئی۔ انصار کو یہاں تک کہہ دیا کہ رسول اللہ کے سامنے کہ والله ما عدل ۔</w:t>
      </w:r>
    </w:p>
    <w:p>
      <w:r>
        <w:rPr>
          <w:b/>
        </w:rPr>
        <w:t xml:space="preserve">[19:35] </w:t>
      </w:r>
      <w:r>
        <w:t>yeh shikaayat thi, yeh political shikaayat thi. Hazrat Umar se shikaayat hui yahan tak ke un ko shaheed kar diya. Hazrat Abu Bakr chounkay bohat kam umar khaleefa rahe, bohat kam muddat tak, is liye wahan kuch pesh nahi aaya.</w:t>
      </w:r>
    </w:p>
    <w:p>
      <w:pPr>
        <w:jc w:val="right"/>
      </w:pPr>
      <w:r>
        <w:t>یہ شکایت تھی، یہ political شکایت تھی۔ حضرت عمر سے شکایت ہوئی یہاں تک کہ ان کو شہید کر دیا۔ حضرت ابوبکر چونکہ بہت کم عمر خلیفہ رہے، بہت کم مدت تک، اس لیے وہاں کچھ پیش نہیں آیا۔</w:t>
      </w:r>
    </w:p>
    <w:p>
      <w:r>
        <w:rPr>
          <w:b/>
        </w:rPr>
        <w:t xml:space="preserve">[19:51] </w:t>
      </w:r>
      <w:r>
        <w:t>agar un ki muddat farz karen das saal hoti to zaroor wahan paida hota kuch na kuch to maamla. kyun? logon ko yeh jo Islam ne bataya tha woh logon ko achi tarah se samajh mein nahi aaya tha shayad.</w:t>
      </w:r>
    </w:p>
    <w:p>
      <w:pPr>
        <w:jc w:val="right"/>
      </w:pPr>
      <w:r>
        <w:t>اگر ان کی مدت فرض کریں دس سال ہوتی تو ضرور وہاں پیدا ہوتا کچھ نہ کچھ تو معاملہ۔ کیوں؟ لوگوں کو یہ جو اسلام نے بتایا تھا وہ لوگوں کو اچھی طریقے سے سمجھ میں نہیں آیا تھا شاید۔</w:t>
      </w:r>
    </w:p>
    <w:p>
      <w:r>
        <w:rPr>
          <w:b/>
        </w:rPr>
        <w:t xml:space="preserve">[20:07] </w:t>
      </w:r>
      <w:r>
        <w:t>kyun ke is par hamaray jo mas'aleen thay, us ne baat ko aur aagay nahi barhaya. ke political shikaayat ko excuse nahi banana hai.</w:t>
      </w:r>
    </w:p>
    <w:p>
      <w:pPr>
        <w:jc w:val="right"/>
      </w:pPr>
      <w:r>
        <w:t>کیوں کہ اس پر ہمارے جو مسئلین تھے، اس نے بات کو اور آگے نہیں بڑھایا۔ کہ political شکایت کو excuse نہیں بنانا ہے۔</w:t>
      </w:r>
    </w:p>
    <w:p>
      <w:r>
        <w:rPr>
          <w:b/>
        </w:rPr>
        <w:t xml:space="preserve">[20:18] </w:t>
      </w:r>
      <w:r>
        <w:t>hakimraan se shikaayat ko wajah banana nahi hai us ke khilaaf tehreek chalane ke liye. kuch nahi. agar hakimraan se aap ko shikaayat hai to us ko naseehat kar sakte hain aap.</w:t>
      </w:r>
    </w:p>
    <w:p>
      <w:pPr>
        <w:jc w:val="right"/>
      </w:pPr>
      <w:r>
        <w:t>حکمران سے شکایت کو وجہ بنانی نہیں ہے اس کے خلاف تحریک چلانے کے لیے۔ کچھ نہیں۔ اگر حکمران سے آپ کو شکایت ہے تو اس کو نصیحت کر سکتے ہیں آپ۔</w:t>
      </w:r>
    </w:p>
    <w:p>
      <w:r>
        <w:rPr>
          <w:b/>
        </w:rPr>
        <w:t xml:space="preserve">[20:32] </w:t>
      </w:r>
      <w:r>
        <w:t>bas. is ke baad jo kar sakte hain aap woh dua aur kuch bhi nahi.</w:t>
      </w:r>
    </w:p>
    <w:p>
      <w:pPr>
        <w:jc w:val="right"/>
      </w:pPr>
      <w:r>
        <w:t>بس۔ اس کے بعد جو کر سکتے ہیں آپ وہ دعا اور کچھ بھی نہیں۔</w:t>
      </w:r>
    </w:p>
    <w:p>
      <w:r>
        <w:rPr>
          <w:b/>
        </w:rPr>
        <w:t xml:space="preserve">[20:38] </w:t>
      </w:r>
      <w:r>
        <w:t>yeh bhi aap nahi kar sakte ke akhbaron mein mazameen chhapayen. jalsay taqreeren karen. us ke khilaaf bharkayen logon ko.</w:t>
      </w:r>
    </w:p>
    <w:p>
      <w:pPr>
        <w:jc w:val="right"/>
      </w:pPr>
      <w:r>
        <w:t>یہ بھی آپ نہیں کر سکتے کہ اخباروں میں مضامین چھاپیں۔ جلسے تقریریں کریں۔ اس کے خلاف بھڑکائیں لوگوں کو۔</w:t>
      </w:r>
    </w:p>
    <w:p>
      <w:r>
        <w:rPr>
          <w:b/>
        </w:rPr>
        <w:t xml:space="preserve">[20:47] </w:t>
      </w:r>
      <w:r>
        <w:t>yeh bhi haraam hai.</w:t>
      </w:r>
    </w:p>
    <w:p>
      <w:pPr>
        <w:jc w:val="right"/>
      </w:pPr>
      <w:r>
        <w:t>یہ بھی حرام ہے۔</w:t>
      </w:r>
    </w:p>
    <w:p>
      <w:r>
        <w:rPr>
          <w:b/>
        </w:rPr>
        <w:t xml:space="preserve">[20:53] </w:t>
      </w:r>
      <w:r>
        <w:t>yani shikaayat ko dil mein paalen yeh bhi jaiz nahi. shikaayat ke liye logon ko jalsay nikalein woh bhi jaiz nahi</w:t>
      </w:r>
    </w:p>
    <w:p>
      <w:pPr>
        <w:jc w:val="right"/>
      </w:pPr>
      <w:r>
        <w:t>یعنی شکایت کو دل میں پالیں یہ بھی جائز نہیں۔ شکایت کے لیے لوگوں کو جلسے نکالیں وہ بھی جائز نہیں</w:t>
      </w:r>
    </w:p>
    <w:p>
      <w:r>
        <w:rPr>
          <w:b/>
        </w:rPr>
        <w:t xml:space="preserve">[21:00] </w:t>
      </w:r>
      <w:r>
        <w:t>. shikaayat ko le kar ke jaloos karen woh bhi jaiz nahi. aur shikaayat ko le kar ke aap baghi tehreek chalayen woh bhi jaiz nahi. bilkul jaiz hi nahi yeh sab.</w:t>
      </w:r>
    </w:p>
    <w:p>
      <w:pPr>
        <w:jc w:val="right"/>
      </w:pPr>
      <w:r>
        <w:t>۔ شکایت کو لے کر کے جلوس کریں وہ بھی جائز نہیں۔ اور شکایت کو لے کر کے آپ باغیہ تحریک چلائیں وہ بھی جائز نہیں۔ بالکل جائز ہی نہیں یہ سب۔</w:t>
      </w:r>
    </w:p>
    <w:p>
      <w:r>
        <w:rPr>
          <w:b/>
        </w:rPr>
        <w:t xml:space="preserve">[21:12] </w:t>
      </w:r>
      <w:r>
        <w:t>lekin Hazrat Usman ke zamanay mein yeh shuru hua aur Hazrat Hussain ke zamanay mein continue raha. is ke baad phir chal pada yeh.</w:t>
      </w:r>
    </w:p>
    <w:p>
      <w:pPr>
        <w:jc w:val="right"/>
      </w:pPr>
      <w:r>
        <w:t>لیکن حضرت عثمان کے زمانے میں یہ شروع ہوا اور حضرت حسین کے زمانے میں continue رہا۔ اس کے بعد پھر چل پڑا یہ۔</w:t>
      </w:r>
    </w:p>
    <w:p>
      <w:r>
        <w:rPr>
          <w:b/>
        </w:rPr>
        <w:t xml:space="preserve">[21:23] </w:t>
      </w:r>
      <w:r>
        <w:t>is ke baad chal pada.</w:t>
      </w:r>
    </w:p>
    <w:p>
      <w:pPr>
        <w:jc w:val="right"/>
      </w:pPr>
      <w:r>
        <w:t>اس کے بعد چل پڑا۔</w:t>
      </w:r>
    </w:p>
    <w:p>
      <w:r>
        <w:rPr>
          <w:b/>
        </w:rPr>
        <w:t xml:space="preserve">[21:26] </w:t>
      </w:r>
      <w:r>
        <w:t>aap jantay hain ke is ke baad Bani Hashim, Bani Umayyah mein jang hui. phir Bani Umayyah aur Bani Abbas mein larai hui. phir chalti rahi.</w:t>
      </w:r>
    </w:p>
    <w:p>
      <w:pPr>
        <w:jc w:val="right"/>
      </w:pPr>
      <w:r>
        <w:t>آپ جانتے ہیں کہ اس کے بعد بنو ہاشم، بنو امیہ میں جنگ ہوئی۔ پھر بنو امیہ اور بنو عباس میں لڑائی ہوئی۔ پھر چلتی رہی۔</w:t>
      </w:r>
    </w:p>
    <w:p>
      <w:r>
        <w:rPr>
          <w:b/>
        </w:rPr>
        <w:t xml:space="preserve">[21:34] </w:t>
      </w:r>
      <w:r>
        <w:t>yeh sab political laraiyan theen. yeh sab derailment ke waqiyat thay.</w:t>
      </w:r>
    </w:p>
    <w:p>
      <w:pPr>
        <w:jc w:val="right"/>
      </w:pPr>
      <w:r>
        <w:t>یہ سب political لڑائیاں تھیں۔ یہ سب derailment کے واقعات تھے۔</w:t>
      </w:r>
    </w:p>
    <w:p>
      <w:r>
        <w:rPr>
          <w:b/>
        </w:rPr>
        <w:t xml:space="preserve">[21:43] </w:t>
      </w:r>
      <w:r>
        <w:t>to aik derailment yeh tha. doosra derailment jo tha woh fuqaha ke zamanay mein hua.</w:t>
      </w:r>
    </w:p>
    <w:p>
      <w:pPr>
        <w:jc w:val="right"/>
      </w:pPr>
      <w:r>
        <w:t>تو ایک derailment یہ تھا۔ دوسرا derailment جو تھا وہ فقہاء کے زمانے میں ہوا۔</w:t>
      </w:r>
    </w:p>
    <w:p>
      <w:r>
        <w:rPr>
          <w:b/>
        </w:rPr>
        <w:t xml:space="preserve">[21:51] </w:t>
      </w:r>
      <w:r>
        <w:t>maaf kijiye ke main fuqaha ka jo kar nama bataya jata hai main us ko derailment samajhta hoon. kyun? fuqaha ne sari Islam ko form par mabni kar diya.</w:t>
      </w:r>
    </w:p>
    <w:p>
      <w:pPr>
        <w:jc w:val="right"/>
      </w:pPr>
      <w:r>
        <w:t>معاف کیجیے کہ میں فقہاء کا جو کارنامہ بتایا جاتا ہے میں اس کو derailment سمجھتا ہوں۔ کیوں؟ فقہاء نے ساری اسلام کو فارم پر مبنی کر دیا۔</w:t>
      </w:r>
    </w:p>
    <w:p>
      <w:r>
        <w:rPr>
          <w:b/>
        </w:rPr>
        <w:t xml:space="preserve">[22:02] </w:t>
      </w:r>
      <w:r>
        <w:t>form. form ki bahs hai. fiqh ki jitni kitaben hain sirf mabni par form hain. mabni pe split nahi hai.</w:t>
      </w:r>
    </w:p>
    <w:p>
      <w:pPr>
        <w:jc w:val="right"/>
      </w:pPr>
      <w:r>
        <w:t>فارم۔ فارم کی بحث ہے۔ فقہ کی جتنی کتابیں ہیں صرف مبنی پر فارم ہیں۔ مبنی پہ split نہیں ہے۔</w:t>
      </w:r>
    </w:p>
    <w:p>
      <w:r>
        <w:rPr>
          <w:b/>
        </w:rPr>
        <w:t xml:space="preserve">[22:14] </w:t>
      </w:r>
      <w:r>
        <w:t>yani khushu, khashiyat, khauf-e-Khuda, mohabbat-e-Khuda, dawat, yeh sab fiqh ka mozuat hi nahi. yani Allah se mohabbat karo, Allah ka zikr karo,</w:t>
      </w:r>
    </w:p>
    <w:p>
      <w:pPr>
        <w:jc w:val="right"/>
      </w:pPr>
      <w:r>
        <w:t>یعنی خشوع، خشیت، خوفِ خدا، محبتِ خدا، دعوت، یہ سب فقہ کا موضوعات ہی نہیں۔ یعنی اللہ سے محبت کرو، اللہ کا ذکر کرو،</w:t>
      </w:r>
    </w:p>
    <w:p>
      <w:r>
        <w:rPr>
          <w:b/>
        </w:rPr>
        <w:t xml:space="preserve">[22:28] </w:t>
      </w:r>
      <w:r>
        <w:t>Allah se daro, Allah ki jannat ke mushtaq bano, dawat ka kaam karo, yeh sab jo mozuat hain yeh fiqh ke mozuat hi nahin.</w:t>
      </w:r>
    </w:p>
    <w:p>
      <w:pPr>
        <w:jc w:val="right"/>
      </w:pPr>
      <w:r>
        <w:t>اللہ سے ڈرو، اللہ کی جنت کے مشتاق بنو، دعوت کا کام کرو، یہ سب جو موضوعات ہیں یہ فقہ کے موضوعات ہی نہیں۔</w:t>
      </w:r>
    </w:p>
    <w:p>
      <w:r>
        <w:rPr>
          <w:b/>
        </w:rPr>
        <w:t xml:space="preserve">[22:39] </w:t>
      </w:r>
      <w:r>
        <w:t>Wahan to sirf form ki bahasein hoti hain. so that was also a kind of derailment . ke poori tareekh mein ise form kaha gaya.</w:t>
      </w:r>
    </w:p>
    <w:p>
      <w:pPr>
        <w:jc w:val="right"/>
      </w:pPr>
      <w:r>
        <w:t>وہاں تو صرف فارم کی بحثیں ہوتی ہیں۔ so that was also a kind of derailment ۔ کہ پوری تاریخ میں اسے فارم کہا گیا۔</w:t>
      </w:r>
    </w:p>
    <w:p>
      <w:r>
        <w:rPr>
          <w:b/>
        </w:rPr>
        <w:t xml:space="preserve">[22:49] </w:t>
      </w:r>
      <w:r>
        <w:t>Aaj bhi dekho musalman jo hain sara zor kahan dete hain? identity par, shanakht par, pehchan par. Woh kya hai? Formi to hai woh.</w:t>
      </w:r>
    </w:p>
    <w:p>
      <w:pPr>
        <w:jc w:val="right"/>
      </w:pPr>
      <w:r>
        <w:t>آج بھی دیکھیں مسلمان جو ہیں سارا زور کہاں دیتے ہیں؟ identity پر، شناخت پر، پہچان پر۔ وہ کیا ہے؟ فارمی تو ہے وہ۔</w:t>
      </w:r>
    </w:p>
    <w:p>
      <w:r>
        <w:rPr>
          <w:b/>
        </w:rPr>
        <w:t xml:space="preserve">[22:58] </w:t>
      </w:r>
      <w:r>
        <w:t>Aisa kapra, aisa topi, aisi waza qata, yeh form hai. Aur isi ko Islam ka yaani model samajh liya gaya, model.</w:t>
      </w:r>
    </w:p>
    <w:p>
      <w:pPr>
        <w:jc w:val="right"/>
      </w:pPr>
      <w:r>
        <w:t>ایسا کپڑا، ایسا ٹوپی، ایسی وضع قطع، یہ فارم ہے۔ اور اسی کو اسلام کا یعنی ماڈل سمجھ لیا گیا، ماڈل۔</w:t>
      </w:r>
    </w:p>
    <w:p>
      <w:r>
        <w:rPr>
          <w:b/>
        </w:rPr>
        <w:t xml:space="preserve">[23:12] </w:t>
      </w:r>
      <w:r>
        <w:t>To wahi isi ka ek continuation hai yeh.</w:t>
      </w:r>
    </w:p>
    <w:p>
      <w:pPr>
        <w:jc w:val="right"/>
      </w:pPr>
      <w:r>
        <w:t>تو وہی اسی کا ایک continuation ہے یہ۔</w:t>
      </w:r>
    </w:p>
    <w:p>
      <w:r>
        <w:rPr>
          <w:b/>
        </w:rPr>
        <w:t xml:space="preserve">[23:17] </w:t>
      </w:r>
      <w:r>
        <w:t>To poori tareekh is tarah se derail ho kar chalne lagi.</w:t>
      </w:r>
    </w:p>
    <w:p>
      <w:pPr>
        <w:jc w:val="right"/>
      </w:pPr>
      <w:r>
        <w:t>تو پوری تاریخ اس طرح سے derail ہو کر چلنے لگی۔</w:t>
      </w:r>
    </w:p>
    <w:p>
      <w:r>
        <w:rPr>
          <w:b/>
        </w:rPr>
        <w:t xml:space="preserve">[23:24] </w:t>
      </w:r>
      <w:r>
        <w:t>Yahan tak ke dekhiye woh</w:t>
      </w:r>
    </w:p>
    <w:p>
      <w:pPr>
        <w:jc w:val="right"/>
      </w:pPr>
      <w:r>
        <w:t>یہاں تک کہ دیکھیے وہ</w:t>
      </w:r>
    </w:p>
    <w:p>
      <w:r>
        <w:rPr>
          <w:b/>
        </w:rPr>
        <w:t xml:space="preserve">[23:28] </w:t>
      </w:r>
      <w:r>
        <w:t>Zamana aaya jis ko hum kehte hain colonialism. colonialism ka zamana aaya. Yaani maghribi taqatein jadeed hathiyaron se musallah ho kar, jadeed taleem, jadeed ilm se musallah ho kar, jadeed technology se musallah ho kar niklein.</w:t>
      </w:r>
    </w:p>
    <w:p>
      <w:pPr>
        <w:jc w:val="right"/>
      </w:pPr>
      <w:r>
        <w:t>زمانہ آیا جس کو ہم کہتے ہیں colonialism۔ colonialism کا زمانہ آیا۔ یعنی مغربی طاقتیں جدید ہتھیاروں سے مسلح ہو کر، جدید تعلیم، جدید علم سے مسلح ہو کر، جدید ٹیکنالوجی سے مسلح ہو کر نکلیں۔</w:t>
      </w:r>
    </w:p>
    <w:p>
      <w:r>
        <w:rPr>
          <w:b/>
        </w:rPr>
        <w:t xml:space="preserve">[23:51] </w:t>
      </w:r>
      <w:r>
        <w:t>Aur poori Muslim dunya ko unhon ne apna sitra qaim kar diya. dabdaba qaim kar diya.</w:t>
      </w:r>
    </w:p>
    <w:p>
      <w:pPr>
        <w:jc w:val="right"/>
      </w:pPr>
      <w:r>
        <w:t>اور پوری مسلم دنیا کو انہوں نے اپنا سترہ قائم کر دیا۔ دبدبہ قائم کر دیا۔</w:t>
      </w:r>
    </w:p>
    <w:p>
      <w:r>
        <w:rPr>
          <w:b/>
        </w:rPr>
        <w:t xml:space="preserve">[23:59] </w:t>
      </w:r>
      <w:r>
        <w:t>dominate karne lage har jagah woh. Mesia, Africa sab. Unhi logon ne Spain mein Muslim saltanat ko khatam kiya. Unhi logon ne Turki mein Usmani khilafat ko khatam kiya.</w:t>
      </w:r>
    </w:p>
    <w:p>
      <w:pPr>
        <w:jc w:val="right"/>
      </w:pPr>
      <w:r>
        <w:t>dominate کرنے لگے ہر جگہ وہ۔ میشیا، افریقہ سب۔ انہی لوگوں نے اسپین میں مسلم سلطنت کو ختم کیا۔ انہی لوگوں نے ترکی میں عثمانی خلافت کو ختم کیا۔</w:t>
      </w:r>
    </w:p>
    <w:p>
      <w:r>
        <w:rPr>
          <w:b/>
        </w:rPr>
        <w:t xml:space="preserve">[24:13] </w:t>
      </w:r>
      <w:r>
        <w:t>Unhon ne India mein Mughal rule ko khatam kiya. Yeh sab hua. Africa mein aisa hi hua. To us waqt kya hua?</w:t>
      </w:r>
    </w:p>
    <w:p>
      <w:pPr>
        <w:jc w:val="right"/>
      </w:pPr>
      <w:r>
        <w:t>انہوں نے انڈیا میں مغل rule کو ختم کیا۔ یہ سب ہوا۔ افریقہ میں ایسا ہی ہوا۔ تو اس وقت کیا ہوا؟</w:t>
      </w:r>
    </w:p>
    <w:p>
      <w:r>
        <w:rPr>
          <w:b/>
        </w:rPr>
        <w:t xml:space="preserve">[24:25] </w:t>
      </w:r>
      <w:r>
        <w:t>Aur ek super derailment hua.</w:t>
      </w:r>
    </w:p>
    <w:p>
      <w:pPr>
        <w:jc w:val="right"/>
      </w:pPr>
      <w:r>
        <w:t>اور ایک super derailment ہوا۔</w:t>
      </w:r>
    </w:p>
    <w:p>
      <w:r>
        <w:rPr>
          <w:b/>
        </w:rPr>
        <w:t xml:space="preserve">[24:27] </w:t>
      </w:r>
      <w:r>
        <w:t>Ke sab log ladne ke liye khare ho gaye. Sab log jo hain ladne ke liye khare ho gaye. Us waqt kisi samajh mein yeh nahin aaya ke dawat dena chahiye.</w:t>
      </w:r>
    </w:p>
    <w:p>
      <w:pPr>
        <w:jc w:val="right"/>
      </w:pPr>
      <w:r>
        <w:t>کہ سب لوگ لڑنے کے لیے کھڑے ہو گئے۔ سب لوگ جو ہیں لڑنے کے لیے کھڑے ہو گئے۔ اس وقت کسی سمجھ میں یہ نہیں آیا کہ دعوت دینا چاہیے۔</w:t>
      </w:r>
    </w:p>
    <w:p>
      <w:r>
        <w:rPr>
          <w:b/>
        </w:rPr>
        <w:t xml:space="preserve">[24:39] </w:t>
      </w:r>
      <w:r>
        <w:t>Is se pehle tareekh mein ek misaal qaim ho chuki thi. Ke terveen sadi hijri, terveen sadi eesvi mein Tatari jo hain Abbasi khilafat par toot padein.</w:t>
      </w:r>
    </w:p>
    <w:p>
      <w:pPr>
        <w:jc w:val="right"/>
      </w:pPr>
      <w:r>
        <w:t>اس سے پہلے تاریخ میں ایک مثال قائم ہو چکی تھی۔ کہ تیرویں صدی ہجری، تیرویں صدی عیسوی میں تاتاری جو ہیں عباسی خلافت پر ٹوٹ پڑے۔</w:t>
      </w:r>
    </w:p>
    <w:p>
      <w:r>
        <w:rPr>
          <w:b/>
        </w:rPr>
        <w:t xml:space="preserve">[24:52] </w:t>
      </w:r>
      <w:r>
        <w:t>Aur is ko unhon ne khatam kar diya.</w:t>
      </w:r>
    </w:p>
    <w:p>
      <w:pPr>
        <w:jc w:val="right"/>
      </w:pPr>
      <w:r>
        <w:t>اور اس کو انہوں نے ختم کر دیا۔</w:t>
      </w:r>
    </w:p>
    <w:p>
      <w:r>
        <w:rPr>
          <w:b/>
        </w:rPr>
        <w:t xml:space="preserve">[24:55] </w:t>
      </w:r>
      <w:r>
        <w:t>To kaise masla hal hua tha? Jihad se nahin, talwar se nahin, jang se nahin. Dawat ke zariye se.</w:t>
      </w:r>
    </w:p>
    <w:p>
      <w:pPr>
        <w:jc w:val="right"/>
      </w:pPr>
      <w:r>
        <w:t>تو کیسے مسئلہ حل ہوا تھا؟ جہاد سے نہیں، تلوار سے نہیں، جنگ سے نہیں۔ دعوت کے ذریعے سے۔</w:t>
      </w:r>
    </w:p>
    <w:p>
      <w:r>
        <w:rPr>
          <w:b/>
        </w:rPr>
        <w:t xml:space="preserve">[25:05] </w:t>
      </w:r>
      <w:r>
        <w:t>Ya Allah taala ne ek misaal qaim ki thi. Ke agar yeh masla paida ho jaye. Ke qaumein tumhari hukumaton ko khatam kar dein. Qaumein uthein aur tumhare political dabdabe ko khatam kar dein.</w:t>
      </w:r>
    </w:p>
    <w:p>
      <w:pPr>
        <w:jc w:val="right"/>
      </w:pPr>
      <w:r>
        <w:t>یا اللہ تعالیٰ نے ایک مثال قائم کی تھی۔ کہ اگر یہ مسئلہ پیدا ہو جائے۔ کہ قومیں تمہاری حکومتوں کو ختم کر دیں۔ قومیں اٹھیں اور تمہارے political دبدبے کو ختم کر دیں۔</w:t>
      </w:r>
    </w:p>
    <w:p>
      <w:r>
        <w:rPr>
          <w:b/>
        </w:rPr>
        <w:t xml:space="preserve">[25:19] </w:t>
      </w:r>
      <w:r>
        <w:t>Qaumein uthein aur tumhare political sitre ko khatam kar dein to kya karna chahiye? Dawat.</w:t>
      </w:r>
    </w:p>
    <w:p>
      <w:pPr>
        <w:jc w:val="right"/>
      </w:pPr>
      <w:r>
        <w:t>قومیں اٹھیں اور تمہارے political سترہ کو ختم کر دیں تو کیا کرنا چاہیے؟ دعوت۔</w:t>
      </w:r>
    </w:p>
    <w:p>
      <w:r>
        <w:rPr>
          <w:b/>
        </w:rPr>
        <w:t xml:space="preserve">[25:27] </w:t>
      </w:r>
      <w:r>
        <w:t>To jis cheez ne Tatari masle ko khatam kiya woh kya tha? Islam ki dawati taqat.</w:t>
      </w:r>
    </w:p>
    <w:p>
      <w:pPr>
        <w:jc w:val="right"/>
      </w:pPr>
      <w:r>
        <w:t>تو جس چیز نے تاتاری مسئلے کو ختم کیا وہ کیا تھا؟ اسلام کی دعوتی طاقت۔</w:t>
      </w:r>
    </w:p>
    <w:p>
      <w:r>
        <w:rPr>
          <w:b/>
        </w:rPr>
        <w:t xml:space="preserve">[25:37] </w:t>
      </w:r>
      <w:r>
        <w:t>Islam ki nazariyati taqat. Isi liye ek orientalist ne is ka zikr karte hue, Tatariyon ka zikr karte hue likha hai.</w:t>
      </w:r>
    </w:p>
    <w:p>
      <w:pPr>
        <w:jc w:val="right"/>
      </w:pPr>
      <w:r>
        <w:t>اسلام کی نظریاتی طاقت۔ اسی لیے ایک orientalist نے اس کا ذکر کرتے ہوئے، تاتاریوں کا ذکر کرتے ہوئے لکھا ہے۔</w:t>
      </w:r>
    </w:p>
    <w:p>
      <w:r>
        <w:rPr>
          <w:b/>
        </w:rPr>
        <w:t xml:space="preserve">[25:48] </w:t>
      </w:r>
      <w:r>
        <w:t>Ke</w:t>
      </w:r>
    </w:p>
    <w:p>
      <w:pPr>
        <w:jc w:val="right"/>
      </w:pPr>
      <w:r>
        <w:t>کہ</w:t>
      </w:r>
    </w:p>
    <w:p>
      <w:r>
        <w:rPr>
          <w:b/>
        </w:rPr>
        <w:t xml:space="preserve">[25:52] </w:t>
      </w:r>
      <w:r>
        <w:t>the religion of muslims conquered where their arms had failed.</w:t>
      </w:r>
    </w:p>
    <w:p>
      <w:pPr>
        <w:jc w:val="right"/>
      </w:pPr>
      <w:r>
        <w:t>the religion of muslims conquered where their arms had failed.</w:t>
      </w:r>
    </w:p>
    <w:p>
      <w:r>
        <w:rPr>
          <w:b/>
        </w:rPr>
        <w:t xml:space="preserve">[25:59] </w:t>
      </w:r>
      <w:r>
        <w:t>the religion of Muslims have conquered where their arms had failed. Yaani talwar ke maidan mein musalman shikast kha gaye. Lekin un ke mazhab ki taqat ne unhein jeet liya.</w:t>
      </w:r>
    </w:p>
    <w:p>
      <w:pPr>
        <w:jc w:val="right"/>
      </w:pPr>
      <w:r>
        <w:t>the religion of muslims have conquered where their arms had failed. یعنی تلوار کے میدان میں مسلمان شکست کھا گئے۔ لیکن ان کے مذہب کی طاقت نے انہیں جیت لیا۔</w:t>
      </w:r>
    </w:p>
    <w:p>
      <w:r>
        <w:rPr>
          <w:b/>
        </w:rPr>
        <w:t xml:space="preserve">[26:13] </w:t>
      </w:r>
      <w:r>
        <w:t>Woh Islam mein dakhil ho gaye.</w:t>
      </w:r>
    </w:p>
    <w:p>
      <w:pPr>
        <w:jc w:val="right"/>
      </w:pPr>
      <w:r>
        <w:t>وہ اسلام میں داخل ہو گئے۔</w:t>
      </w:r>
    </w:p>
    <w:p>
      <w:r>
        <w:rPr>
          <w:b/>
        </w:rPr>
        <w:t xml:space="preserve">[26:20] </w:t>
      </w:r>
      <w:r>
        <w:t>Kaisi ajeeb baat hai yeh. Kaisi ajeeb misaal is tareekh mein qaim hui thi.</w:t>
      </w:r>
    </w:p>
    <w:p>
      <w:pPr>
        <w:jc w:val="right"/>
      </w:pPr>
      <w:r>
        <w:t>کیسی عجیب بات ہے یہ۔ کیسی عجیب مثال اس تاریخ میں قائم ہوئی تھی۔</w:t>
      </w:r>
    </w:p>
    <w:p>
      <w:r>
        <w:rPr>
          <w:b/>
        </w:rPr>
        <w:t xml:space="preserve">[26:30] </w:t>
      </w:r>
      <w:r>
        <w:t>haaye aafat-e-tataar ke afsaane se paasbaan mil gaye kaaba ko sanam khaane se. lekin is ka sabak kis ne liya?</w:t>
      </w:r>
    </w:p>
    <w:p>
      <w:pPr>
        <w:jc w:val="right"/>
      </w:pPr>
      <w:r>
        <w:t>ہائے آفتِ تاتار کے افسانے سے پاسباں مل گئے کعبہ کو صنم خانے سے۔ لیکن اس کا سبق کس نے لیا؟</w:t>
      </w:r>
    </w:p>
    <w:p>
      <w:r>
        <w:rPr>
          <w:b/>
        </w:rPr>
        <w:t xml:space="preserve">[26:39] </w:t>
      </w:r>
      <w:r>
        <w:t>sabak to kisi ne liya nahin. ke agar yeh super masla paida ho jaaye. ke tumhaari hukoomaten tod daalen woh log.</w:t>
      </w:r>
    </w:p>
    <w:p>
      <w:pPr>
        <w:jc w:val="right"/>
      </w:pPr>
      <w:r>
        <w:t>سبق تو کسی نے لیا نہیں۔ کہ اگر یہ super مسئلہ پیدا ہو جائے۔ کہ تمہاری حکومتیں توڑ ڈالیں وہ لوگ۔</w:t>
      </w:r>
    </w:p>
    <w:p>
      <w:r>
        <w:rPr>
          <w:b/>
        </w:rPr>
        <w:t xml:space="preserve">[26:47] </w:t>
      </w:r>
      <w:r>
        <w:t>tumhaara political dab-daba khatm kar den woh log. tumhaari hukoomaton ko khatm kar den woh log. tab bhi kya karna chahiye? ladaai nahin.</w:t>
      </w:r>
    </w:p>
    <w:p>
      <w:pPr>
        <w:jc w:val="right"/>
      </w:pPr>
      <w:r>
        <w:t>تمہارا political دبدبہ ختم کر دیں وہ لوگ۔ تمہاری حکومتوں کو ختم کر دیں وہ لوگ۔ تب بھی کیا کرنا چاہیے؟ لڑائی نہیں۔</w:t>
      </w:r>
    </w:p>
    <w:p>
      <w:r>
        <w:rPr>
          <w:b/>
        </w:rPr>
        <w:t xml:space="preserve">[26:58] </w:t>
      </w:r>
      <w:r>
        <w:t>islaam ki nazariyaati taaqat. isi ko hum dawat kehte hain.</w:t>
      </w:r>
    </w:p>
    <w:p>
      <w:pPr>
        <w:jc w:val="right"/>
      </w:pPr>
      <w:r>
        <w:t>اسلام کی نظریاتی طاقت۔ اسی کو ہم دعوت کہتے ہیں۔</w:t>
      </w:r>
    </w:p>
    <w:p>
      <w:r>
        <w:rPr>
          <w:b/>
        </w:rPr>
        <w:t xml:space="preserve">[27:04] </w:t>
      </w:r>
      <w:r>
        <w:t>to yeh saabit nahin hai ke musalmanon ne is waqt jo dawati kaam kiya woh kisi shaoori faisle ke tehat tha.</w:t>
      </w:r>
    </w:p>
    <w:p>
      <w:pPr>
        <w:jc w:val="right"/>
      </w:pPr>
      <w:r>
        <w:t>تو یہ ثابت نہیں ہے کہ مسلمانوں نے اس وقت جو دعوتی کام کیا وہ کسی شعوری فیصلے کے تحت تھا۔</w:t>
      </w:r>
    </w:p>
    <w:p>
      <w:r>
        <w:rPr>
          <w:b/>
        </w:rPr>
        <w:t xml:space="preserve">[27:13] </w:t>
      </w:r>
      <w:r>
        <w:t>haqeeqatan woh hua under compulsion. yaani haalat ho gayi, yeh ho gayi thi ke</w:t>
      </w:r>
    </w:p>
    <w:p>
      <w:pPr>
        <w:jc w:val="right"/>
      </w:pPr>
      <w:r>
        <w:t>حقیقتاً وہ ہوا under compulsion۔ یعنی حالت ہو گئی، یہ ہو گئی تھی کہ</w:t>
      </w:r>
    </w:p>
    <w:p>
      <w:r>
        <w:rPr>
          <w:b/>
        </w:rPr>
        <w:t xml:space="preserve">[27:22] </w:t>
      </w:r>
      <w:r>
        <w:t>taareekhon mein likha hai. ke tataariyon ke zamaane mein musalmanon mein yeh maqoolah mashhoor tha. ke إذا قيل لك أن التتار انهزموا فلا تصدق ۔</w:t>
      </w:r>
    </w:p>
    <w:p>
      <w:pPr>
        <w:jc w:val="right"/>
      </w:pPr>
      <w:r>
        <w:t>تاریخوں میں لکھا ہے۔ کہ تاتاریوں کے زمانے میں مسلمانوں میں یہ مقولہ مشہور تھا۔ کہ إذا قيل لك أن التتار انهزموا فلا تصدق ۔</w:t>
      </w:r>
    </w:p>
    <w:p>
      <w:r>
        <w:rPr>
          <w:b/>
        </w:rPr>
        <w:t xml:space="preserve">[27:33] </w:t>
      </w:r>
      <w:r>
        <w:t>agar yeh kaha jaaye ke tataari shikast kha gaye to maanna mat.</w:t>
      </w:r>
    </w:p>
    <w:p>
      <w:pPr>
        <w:jc w:val="right"/>
      </w:pPr>
      <w:r>
        <w:t>اگر یہ کہا جائے کہ تاتاری شکست کھا گئے تو ماننا مت۔</w:t>
      </w:r>
    </w:p>
    <w:p>
      <w:r>
        <w:rPr>
          <w:b/>
        </w:rPr>
        <w:t xml:space="preserve">[27:38] </w:t>
      </w:r>
      <w:r>
        <w:t>itna un par dab-daba tha. itna dab-daba tha. to compulsion create hua. iztiraari haalaat paida ho gaye.</w:t>
      </w:r>
    </w:p>
    <w:p>
      <w:pPr>
        <w:jc w:val="right"/>
      </w:pPr>
      <w:r>
        <w:t>اتنا ان پر دبدبہ تھا۔ اتنا دبدبہ تھا۔ تو compulsion create ہوا۔ اضطراری حالات پیدا ہو گئے۔</w:t>
      </w:r>
    </w:p>
    <w:p>
      <w:r>
        <w:rPr>
          <w:b/>
        </w:rPr>
        <w:t xml:space="preserve">[27:50] </w:t>
      </w:r>
      <w:r>
        <w:t>ke ab to kuch aur to ho nahin sakta hai. to under compulsion wahaan dawati amal shuru ho gaya. aur is ka ek karishma nikla</w:t>
      </w:r>
    </w:p>
    <w:p>
      <w:pPr>
        <w:jc w:val="right"/>
      </w:pPr>
      <w:r>
        <w:t>کہ اب تو کچھ اور تو ہو نہیں سکتا ہے۔ تو under compulsion وہاں دعوتی عمل شروع ہو گیا۔ اور اس کا ایک کرشمہ نکلا</w:t>
      </w:r>
    </w:p>
    <w:p>
      <w:r>
        <w:rPr>
          <w:b/>
        </w:rPr>
        <w:t xml:space="preserve">[28:01] </w:t>
      </w:r>
      <w:r>
        <w:t>ke tataariyon ki majority jo hai islaam mein daakhil ho gayi. aur woh phir islaam ke paasbaan ban gaye.</w:t>
      </w:r>
    </w:p>
    <w:p>
      <w:pPr>
        <w:jc w:val="right"/>
      </w:pPr>
      <w:r>
        <w:t>۔ کہ تاتاریوں کی majority جو ہے اسلام میں داخل ہو گئی۔ اور وہ پھر اسلام کے پاسباں بن گئے۔</w:t>
      </w:r>
    </w:p>
    <w:p>
      <w:r>
        <w:rPr>
          <w:b/>
        </w:rPr>
        <w:t xml:space="preserve">[28:13] </w:t>
      </w:r>
      <w:r>
        <w:t>ek moarrikh ne likha hai ke tataariyon ne, tataari jab nikle the apne kohistaani ilaaiqe se.</w:t>
      </w:r>
    </w:p>
    <w:p>
      <w:pPr>
        <w:jc w:val="right"/>
      </w:pPr>
      <w:r>
        <w:t>ایک مورخ نے لکھا ہے کہ تاتاریوں نے، تاتاری جب نکلے تھے اپنے کوہستانی علاقے سے۔</w:t>
      </w:r>
    </w:p>
    <w:p>
      <w:r>
        <w:rPr>
          <w:b/>
        </w:rPr>
        <w:t xml:space="preserve">[28:24] </w:t>
      </w:r>
      <w:r>
        <w:t>to samarqand se halab tak unhon ne saari masjidon ko utha diya tha.</w:t>
      </w:r>
    </w:p>
    <w:p>
      <w:pPr>
        <w:jc w:val="right"/>
      </w:pPr>
      <w:r>
        <w:t>تو سمرقند سے حلب تک انہوں نے ساری مسجدوں کو اٹھا دیا تھا۔</w:t>
      </w:r>
    </w:p>
    <w:p>
      <w:r>
        <w:rPr>
          <w:b/>
        </w:rPr>
        <w:t xml:space="preserve">[28:30] </w:t>
      </w:r>
      <w:r>
        <w:t>jo masjid raaste mein padi un ke. baarah hazaar ki tadaad mein the woh log. aur bohat hi yaani wahshi qabaail the kehna chahiye un ko.</w:t>
      </w:r>
    </w:p>
    <w:p>
      <w:pPr>
        <w:jc w:val="right"/>
      </w:pPr>
      <w:r>
        <w:t>جو مسجد راستے میں پڑی ان کے۔ بارہ ہزار کی تعداد میں تھے وہ لوگ۔ اور بہت ہی یعنی وحشی قبائل تھے کہنا چاہیے ان کو۔</w:t>
      </w:r>
    </w:p>
    <w:p>
      <w:r>
        <w:rPr>
          <w:b/>
        </w:rPr>
        <w:t xml:space="preserve">[28:43] </w:t>
      </w:r>
      <w:r>
        <w:t>to samarqand se le kar halab tak unhon ne masjidon ko utha diya. lekin baat ko wahee, inhee tataariyon ka haal yeh hua.</w:t>
      </w:r>
    </w:p>
    <w:p>
      <w:pPr>
        <w:jc w:val="right"/>
      </w:pPr>
      <w:r>
        <w:t>تو سمرقند سے لے کر حلب تک انہوں نے مسجدوں کو اٹھا دیا۔ لیکن بات کو وہی، انہی تاتاریوں کا حال یہ ہوا۔</w:t>
      </w:r>
    </w:p>
    <w:p>
      <w:r>
        <w:rPr>
          <w:b/>
        </w:rPr>
        <w:t xml:space="preserve">[28:53] </w:t>
      </w:r>
      <w:r>
        <w:t>ke unhon ne islaam qubool kiya. aur phir inhee tataariyon ne masjidon ko dobaara taameer kiya. aur is mein sajda kiya Allah taala ke saamne. yeh taaqat thi kis ki?</w:t>
      </w:r>
    </w:p>
    <w:p>
      <w:pPr>
        <w:jc w:val="right"/>
      </w:pPr>
      <w:r>
        <w:t>کہ انہوں نے اسلام قبول کیا۔ اور پھر انہی تاتاریوں نے مسجدوں کو دوبارہ تعمیر کیا۔ اور اس میں سجدہ کیا اللہ تعالیٰ کے سامنے۔ یہ طاقت تھی کس کی؟</w:t>
      </w:r>
    </w:p>
    <w:p>
      <w:r>
        <w:rPr>
          <w:b/>
        </w:rPr>
        <w:t xml:space="preserve">[29:04] </w:t>
      </w:r>
      <w:r>
        <w:t>dawat ki taaqat thi.</w:t>
      </w:r>
    </w:p>
    <w:p>
      <w:pPr>
        <w:jc w:val="right"/>
      </w:pPr>
      <w:r>
        <w:t>دعوت کی طاقت تھی۔</w:t>
      </w:r>
    </w:p>
    <w:p>
      <w:r>
        <w:rPr>
          <w:b/>
        </w:rPr>
        <w:t xml:space="preserve">[29:07] </w:t>
      </w:r>
      <w:r>
        <w:t>lekin jo derailment hua to phir hota hee raha woh. phir wahee form ki bahsen, phir wahee jang-o-jidaal, wahee political takraao.</w:t>
      </w:r>
    </w:p>
    <w:p>
      <w:pPr>
        <w:jc w:val="right"/>
      </w:pPr>
      <w:r>
        <w:t>لیکن جو derailment ہوا تو پھر ہوتا ہی رہا وہ۔ پھر وہی فارم کی بحثیں، پھر وہی جنگ و جدال، وہی political ٹکراؤ۔</w:t>
      </w:r>
    </w:p>
    <w:p>
      <w:r>
        <w:rPr>
          <w:b/>
        </w:rPr>
        <w:t xml:space="preserve">[29:17] </w:t>
      </w:r>
      <w:r>
        <w:t>woh sab chalta raha. yeh poora daur jo tha colonial period ka, poora daur jehad ke naam par ladaai ka daur ban gaya.</w:t>
      </w:r>
    </w:p>
    <w:p>
      <w:pPr>
        <w:jc w:val="right"/>
      </w:pPr>
      <w:r>
        <w:t>وہ سب چلتا رہا۔ یہ پورا دور جو تھا colonial period کا، پورا دور جہاد کے نام پر لڑائی کا دور بن گیا۔</w:t>
      </w:r>
    </w:p>
    <w:p>
      <w:r>
        <w:rPr>
          <w:b/>
        </w:rPr>
        <w:t xml:space="preserve">[29:27] </w:t>
      </w:r>
      <w:r>
        <w:t>yeh bhi derailment tha.</w:t>
      </w:r>
    </w:p>
    <w:p>
      <w:pPr>
        <w:jc w:val="right"/>
      </w:pPr>
      <w:r>
        <w:t>یہ بھی derailment تھا۔</w:t>
      </w:r>
    </w:p>
    <w:p>
      <w:r>
        <w:rPr>
          <w:b/>
        </w:rPr>
        <w:t xml:space="preserve">[29:31] </w:t>
      </w:r>
      <w:r>
        <w:t>ab jo hai waqt aa gaya hai, main samajhta hoon ke saath saath Allah taala ek aur process chala rahe the, process. isi ke saath saath. woh tha mawaaqe ka paida karna.</w:t>
      </w:r>
    </w:p>
    <w:p>
      <w:pPr>
        <w:jc w:val="right"/>
      </w:pPr>
      <w:r>
        <w:t>اب جو ہے وقت آ گیا ہے، میں سمجھتا ہوں کہ ساتھ ساتھ اللہ تعالیٰ ایک اور process چلا رہے تھے، process۔ اسی کے ساتھ ساتھ۔ وہ تھا مواقع کا پیدا کرنا۔</w:t>
      </w:r>
    </w:p>
    <w:p>
      <w:r>
        <w:rPr>
          <w:b/>
        </w:rPr>
        <w:t xml:space="preserve">[29:42] </w:t>
      </w:r>
      <w:r>
        <w:t>opportunity ka paida karna. saath saath.</w:t>
      </w:r>
    </w:p>
    <w:p>
      <w:pPr>
        <w:jc w:val="right"/>
      </w:pPr>
      <w:r>
        <w:t>Opportunity کا پیدا کرنا۔ ساتھ ساتھ۔</w:t>
      </w:r>
    </w:p>
    <w:p>
      <w:r>
        <w:rPr>
          <w:b/>
        </w:rPr>
        <w:t xml:space="preserve">[29:46] </w:t>
      </w:r>
      <w:r>
        <w:t>yaani isi daur ke tehat yeh hua. ke modern communication aaya. printing press aaya. interaction barha.</w:t>
      </w:r>
    </w:p>
    <w:p>
      <w:pPr>
        <w:jc w:val="right"/>
      </w:pPr>
      <w:r>
        <w:t>یعنی اسی دور کے تحت یہ ہوا۔ کہ modern communication آیا۔ پرنٹنگ پریس آیا۔ interaction بڑھا۔</w:t>
      </w:r>
    </w:p>
    <w:p>
      <w:r>
        <w:rPr>
          <w:b/>
        </w:rPr>
        <w:t xml:space="preserve">[29:57] </w:t>
      </w:r>
      <w:r>
        <w:t>freedom, religious freedom aaya. tolerance aaya. mazaaheb ka mutaala aaya. yeh saari cheezen aayeen.</w:t>
      </w:r>
    </w:p>
    <w:p>
      <w:pPr>
        <w:jc w:val="right"/>
      </w:pPr>
      <w:r>
        <w:t>freedom، religious freedom آیا۔ tolerance آیا۔ مذاہب کا مطالعہ آیا۔ یہ ساری چیزیں آئیں۔</w:t>
      </w:r>
    </w:p>
    <w:p>
      <w:r>
        <w:rPr>
          <w:b/>
        </w:rPr>
        <w:t xml:space="preserve">[30:07] </w:t>
      </w:r>
      <w:r>
        <w:t>aur bohat ajeeb-o-ghareeb ek cheez yeh hui ke ek naya, ek naya discipline qaaim hua. jo kehte hain comparative study of religion.</w:t>
      </w:r>
    </w:p>
    <w:p>
      <w:pPr>
        <w:jc w:val="right"/>
      </w:pPr>
      <w:r>
        <w:t>اور بہت عجیب و غریب ایک چیز یہ ہوئی کہ ایک نیا، ایک نیا discipline قائم ہوا۔ جو کہتے ہیں comparative study of religion۔</w:t>
      </w:r>
    </w:p>
    <w:p>
      <w:r>
        <w:rPr>
          <w:b/>
        </w:rPr>
        <w:t xml:space="preserve">[30:18] </w:t>
      </w:r>
      <w:r>
        <w:t>mazahib ka taqabli mutalea. ilmi andaz mein. yeh kabhi aisa nahi tha. is se pehle kabhi yaani samjha jata tha ke mazahib ko hum examine kar sakte hain.</w:t>
      </w:r>
    </w:p>
    <w:p>
      <w:pPr>
        <w:jc w:val="right"/>
      </w:pPr>
      <w:r>
        <w:t>مذاہب کا تقابلی مطالعہ۔ علمی انداز میں۔ یہ کبھی ایسا نہیں تھا۔ اس سے پہلے کبھی یعنی سمجھا جاتا تھا کہ مذاہب کو ہم examine کر سکتے ہیں۔</w:t>
      </w:r>
    </w:p>
    <w:p>
      <w:r>
        <w:rPr>
          <w:b/>
        </w:rPr>
        <w:t xml:space="preserve">[30:31] </w:t>
      </w:r>
      <w:r>
        <w:t>unki hum chhan been kar sakte hain.</w:t>
      </w:r>
    </w:p>
    <w:p>
      <w:pPr>
        <w:jc w:val="right"/>
      </w:pPr>
      <w:r>
        <w:t>ان کی ہم چھان بین کر سکتے ہیں۔</w:t>
      </w:r>
    </w:p>
    <w:p>
      <w:r>
        <w:rPr>
          <w:b/>
        </w:rPr>
        <w:t xml:space="preserve">[30:33] </w:t>
      </w:r>
      <w:r>
        <w:t>mazahib ka matlab tha ke bas mano is ko. bas itna hi. lekin science ke baad aik naya zauq paida hua.</w:t>
      </w:r>
    </w:p>
    <w:p>
      <w:pPr>
        <w:jc w:val="right"/>
      </w:pPr>
      <w:r>
        <w:t>مذہب کا مطلب تھا کہ بس مانو اس کو۔ بس اتنا ہی۔ لیکن سائنس کے بعد ایک نیا ذوق پیدا ہوا۔</w:t>
      </w:r>
    </w:p>
    <w:p>
      <w:r>
        <w:rPr>
          <w:b/>
        </w:rPr>
        <w:t xml:space="preserve">[30:44] </w:t>
      </w:r>
      <w:r>
        <w:t>ke jis tarah se unhon ne har cheez ko examine kiya. pani ko examine kiya, mitti ko examine kiya. har cheez ko. pathar ko examine kiya, lohe ko examine kiya.</w:t>
      </w:r>
    </w:p>
    <w:p>
      <w:pPr>
        <w:jc w:val="right"/>
      </w:pPr>
      <w:r>
        <w:t>کہ جس طرح سے انہوں نے ہر چیز کو examine کیا۔ پانی کو examine کیا، مٹی کو examine کیا۔ ہر چیز کو۔ پتھر کو examine کیا، لوہے کو examine کیا۔</w:t>
      </w:r>
    </w:p>
    <w:p>
      <w:r>
        <w:rPr>
          <w:b/>
        </w:rPr>
        <w:t xml:space="preserve">[30:55] </w:t>
      </w:r>
      <w:r>
        <w:t>to woh zauq itna barha ke unhon ne mazahib ko bhi examine karna shuru kar diya. aur is ke baad kya sabit hua?</w:t>
      </w:r>
    </w:p>
    <w:p>
      <w:pPr>
        <w:jc w:val="right"/>
      </w:pPr>
      <w:r>
        <w:t>تو وہ ذوق اتنا بڑھا کہ انہوں نے مذاہب کو بھی examine کرنا شروع کر دیا۔ اور اس کے بعد کیا ثابت ہوا؟</w:t>
      </w:r>
    </w:p>
    <w:p>
      <w:r>
        <w:rPr>
          <w:b/>
        </w:rPr>
        <w:t xml:space="preserve">[31:03] </w:t>
      </w:r>
      <w:r>
        <w:t>yeh sabit hua ke other than Islam koi religion mehfooz religion nahi hai. yeh kaisi ajeeb o ghareeb cheez sabit hui isi douran.</w:t>
      </w:r>
    </w:p>
    <w:p>
      <w:pPr>
        <w:jc w:val="right"/>
      </w:pPr>
      <w:r>
        <w:t>یہ ثابت ہوا کہ other than اسلام کوئی religion محفوظ religion نہیں ہے۔ یہ کیسی عجیب و غریب چیز ثابت ہوئی اسی دوران۔</w:t>
      </w:r>
    </w:p>
    <w:p>
      <w:r>
        <w:rPr>
          <w:b/>
        </w:rPr>
        <w:t xml:space="preserve">[31:15] </w:t>
      </w:r>
      <w:r>
        <w:t>jabke musalman jang o jadal mein masroof thay jihad ke naam par. kaisi ajeeb baat hai. yaani aik taraf larai bhadai ho rahi thi jo ke derailment tha.</w:t>
      </w:r>
    </w:p>
    <w:p>
      <w:pPr>
        <w:jc w:val="right"/>
      </w:pPr>
      <w:r>
        <w:t>جبکہ مسلمان جنگ و جدال میں مصروف تھے جہاد کے نام پر۔ کیسی عجیب بات ہے۔ یعنی ایک طرف لڑائی بھڑائی ہو رہی تھی جو کہ derailment تھا۔</w:t>
      </w:r>
    </w:p>
    <w:p>
      <w:r>
        <w:rPr>
          <w:b/>
        </w:rPr>
        <w:t xml:space="preserve">[31:28] </w:t>
      </w:r>
      <w:r>
        <w:t>saath saath Allah taala unhi qomon ke zariye naye halaat paida kar rahe thay mawaqe ke. aap dekhiye abhi Shibli ke zamanay tak yeh haal tha ke un ko kitabon ko parhne ke liye jana parta tha kahan</w:t>
      </w:r>
    </w:p>
    <w:p>
      <w:pPr>
        <w:jc w:val="right"/>
      </w:pPr>
      <w:r>
        <w:t>ساتھ ساتھ اللہ تعالیٰ انہی قوموں کے ذریعے نئے حالات پیدا کر رہے تھے مواقع کے۔ آپ دیکھیے ابھی شبلی کے زمانے تک یہ حال تھا کہ ان کو کتابوں کو پڑھنے کے لیے جانا پڑتا تھا کہاں</w:t>
      </w:r>
    </w:p>
    <w:p>
      <w:r>
        <w:rPr>
          <w:b/>
        </w:rPr>
        <w:t xml:space="preserve">[31:46] </w:t>
      </w:r>
      <w:r>
        <w:t>? Turki aur Sham aur mukhtalif jaghon par. is mein likha hai unhon ne safha nama hai rooh mubassir Sham.</w:t>
      </w:r>
    </w:p>
    <w:p>
      <w:pPr>
        <w:jc w:val="right"/>
      </w:pPr>
      <w:r>
        <w:t>؟ ترکی اور شام اور مختلف جگہوں پر۔ اس میں لکھا ہے انہوں نے صفحہ نامہ ہے روح مبصر شام ۔</w:t>
      </w:r>
    </w:p>
    <w:p>
      <w:r>
        <w:rPr>
          <w:b/>
        </w:rPr>
        <w:t xml:space="preserve">[31:56] </w:t>
      </w:r>
      <w:r>
        <w:t>kyun ke woh makhtoota tha, manuscript tha us zamanay mein. mislan Al-Bidayah wa Al-Nihayah jo thi us mein manuscript thi. lekin yahi qomein, yahi maghribi qomein jis se musalman lar rahe thay.</w:t>
      </w:r>
    </w:p>
    <w:p>
      <w:pPr>
        <w:jc w:val="right"/>
      </w:pPr>
      <w:r>
        <w:t>کیونکہ وہ مخطوطہ تھا، manuscript تھا اس زمانے میں۔ مثلاً البدایہ والنہایہ جو تھی اس میں manuscript تھی۔ لیکن یہی قومیں، یہی مغربی قومیں جس سے مسلمان لڑ رہے تھے۔</w:t>
      </w:r>
    </w:p>
    <w:p>
      <w:r>
        <w:rPr>
          <w:b/>
        </w:rPr>
        <w:t xml:space="preserve">[32:09] </w:t>
      </w:r>
      <w:r>
        <w:t>unhi ke zariye Allah taala ne kya kiya?</w:t>
      </w:r>
    </w:p>
    <w:p>
      <w:pPr>
        <w:jc w:val="right"/>
      </w:pPr>
      <w:r>
        <w:t>انہی کے ذریعے اللہ تعالیٰ نے کیا کیا؟</w:t>
      </w:r>
    </w:p>
    <w:p>
      <w:r>
        <w:rPr>
          <w:b/>
        </w:rPr>
        <w:t xml:space="preserve">[32:14] </w:t>
      </w:r>
      <w:r>
        <w:t>ke aik nai technology paida ki jis ko hum kehte hain printing technology. printing press wajood mein aa gaya.</w:t>
      </w:r>
    </w:p>
    <w:p>
      <w:pPr>
        <w:jc w:val="right"/>
      </w:pPr>
      <w:r>
        <w:t>کہ ایک نئی ٹیکنالوجی پیدا کی جس کو ہم کہتے ہیں پرنٹنگ ٹیکنالوجی۔ پرنٹنگ پریس وجود میں آ گیا۔</w:t>
      </w:r>
    </w:p>
    <w:p>
      <w:r>
        <w:rPr>
          <w:b/>
        </w:rPr>
        <w:t xml:space="preserve">[32:20] </w:t>
      </w:r>
      <w:r>
        <w:t>woh sari kitabein jo pehle sirf makhtoota ki shakal mein theen. aaj chhap chhap kar aa gaein. libraryon mein.</w:t>
      </w:r>
    </w:p>
    <w:p>
      <w:pPr>
        <w:jc w:val="right"/>
      </w:pPr>
      <w:r>
        <w:t>وہ ساری کتابیں جو پہلے صرف مخطوطہ کی شکل میں تھیں۔ آج چھپ چھپ کر آ گئیں۔ لائبریریوں میں۔</w:t>
      </w:r>
    </w:p>
    <w:p>
      <w:r>
        <w:rPr>
          <w:b/>
        </w:rPr>
        <w:t xml:space="preserve">[32:30] </w:t>
      </w:r>
      <w:r>
        <w:t>yaani Shibli's ke zamanay tak. yeh is se pehle jitne log thay chahe Ghazali hon, chahe Ibn Taymiyyah hon, chahe Ibn Qayyim hon ya Shah Waliullah hon.</w:t>
      </w:r>
    </w:p>
    <w:p>
      <w:pPr>
        <w:jc w:val="right"/>
      </w:pPr>
      <w:r>
        <w:t>یعنی شبلیز کے زمانے تک۔ یہ اس سے پہلے جتنے لوگ تھے چاہے غزالی ہوں، چاہے ابن تیمیہ ہوں، چاہے ابن قیم ہوں یا شاہ باللہ ہوں۔</w:t>
      </w:r>
    </w:p>
    <w:p>
      <w:r>
        <w:rPr>
          <w:b/>
        </w:rPr>
        <w:t xml:space="preserve">[32:41] </w:t>
      </w:r>
      <w:r>
        <w:t>un sab ko makhtoota ko parhna parta tha.</w:t>
      </w:r>
    </w:p>
    <w:p>
      <w:pPr>
        <w:jc w:val="right"/>
      </w:pPr>
      <w:r>
        <w:t>ان سب کو مخطوطہ کو پڑھنا پڑتا تھا۔</w:t>
      </w:r>
    </w:p>
    <w:p>
      <w:r>
        <w:rPr>
          <w:b/>
        </w:rPr>
        <w:t xml:space="preserve">[32:46] </w:t>
      </w:r>
      <w:r>
        <w:t>manuscript ko hath ke likha hua. Shibli tak yeh haal tha. is ke baad chhapne lageen cheezein. aur mustashriqeen ne is ko edit kar ke chhapha.</w:t>
      </w:r>
    </w:p>
    <w:p>
      <w:pPr>
        <w:jc w:val="right"/>
      </w:pPr>
      <w:r>
        <w:t>manuscript کو ہاتھ کے لکھا ہوا۔ شبلی تک یہ حال تھا۔ اس کے بعد چھپنے لگیں چیزیں۔ اور مستشرقین نے اس کو edit کر کے چھاپا۔</w:t>
      </w:r>
    </w:p>
    <w:p>
      <w:r>
        <w:rPr>
          <w:b/>
        </w:rPr>
        <w:t xml:space="preserve">[32:58] </w:t>
      </w:r>
      <w:r>
        <w:t>jis Al-Bidayah wa Al-Nihayah ko parhne ke liye Shibli ko jana parta tha, parha tha Istanbul. woh aaj mere mere kamray mein maujood hai. sari jildein hain is ki.</w:t>
      </w:r>
    </w:p>
    <w:p>
      <w:pPr>
        <w:jc w:val="right"/>
      </w:pPr>
      <w:r>
        <w:t>جس البدایہ والنہایہ کو پڑھنے کے لیے شبلی کو جانا پڑتا تھا، پڑھا تھا استنبول۔ وہ آج میرے میرے کمرے میں موجود ہے۔ ساری جلدیں ہیں اس کی۔</w:t>
      </w:r>
    </w:p>
    <w:p>
      <w:r>
        <w:rPr>
          <w:b/>
        </w:rPr>
        <w:t xml:space="preserve">[33:09] </w:t>
      </w:r>
      <w:r>
        <w:t>aur is se barh kar yeh ke jab yeh computer aaya, internet aaya. to sari kitabein aaj internet par maujood hain. aap button dabaiye aur sari kitabein aap ke samnay aa jayengi.</w:t>
      </w:r>
    </w:p>
    <w:p>
      <w:pPr>
        <w:jc w:val="right"/>
      </w:pPr>
      <w:r>
        <w:t>اور اس سے بڑھ کر یہ کہ جب یہ کمپیوٹر آیا، انٹرنیٹ آیا۔ تو ساری کتابیں آج انٹرنیٹ پر موجود ہیں۔ آپ بٹن دبائیے اور ساری کتابیں آپ کے سامنے آ جائیں گی۔</w:t>
      </w:r>
    </w:p>
    <w:p>
      <w:r>
        <w:rPr>
          <w:b/>
        </w:rPr>
        <w:t xml:space="preserve">[33:21] </w:t>
      </w:r>
      <w:r>
        <w:t>yaani tafsir ki kitabein, hadith ki kitabein, tareekh ki kitabein. sab computer mein maujood hain. aap ke kamray mein aik computer ke andar.</w:t>
      </w:r>
    </w:p>
    <w:p>
      <w:pPr>
        <w:jc w:val="right"/>
      </w:pPr>
      <w:r>
        <w:t>یعنی تفسیر کی کتابیں، حدیث کی کتابیں، تاریخ کی کتابیں۔ سب کمپیوٹر میں موجود ہیں۔ آپ کے کمرے میں ایک کمپیوٹر کے اندر۔</w:t>
      </w:r>
    </w:p>
    <w:p>
      <w:r>
        <w:rPr>
          <w:b/>
        </w:rPr>
        <w:t xml:space="preserve">[33:31] </w:t>
      </w:r>
      <w:r>
        <w:t>download kijiye aur aur parhte rahiye, parhte rahiye, parhte rahiye.</w:t>
      </w:r>
    </w:p>
    <w:p>
      <w:pPr>
        <w:jc w:val="right"/>
      </w:pPr>
      <w:r>
        <w:t>ڈاؤن لوڈ کیجیے اور اور پڑھتے رہیے، پڑھتے رہیے، پڑھتے رہیے۔</w:t>
      </w:r>
    </w:p>
    <w:p>
      <w:r>
        <w:rPr>
          <w:b/>
        </w:rPr>
        <w:t xml:space="preserve">[33:36] </w:t>
      </w:r>
      <w:r>
        <w:t>yeh sab unhi logon ke zariye se hua jin se aap lar rahe thay. jin ko musalman dushman bana kar lar rahe thay unhi ke zariye yeh sab hua. unhi ne religious freedom ka zamanay paida kiya.</w:t>
      </w:r>
    </w:p>
    <w:p>
      <w:pPr>
        <w:jc w:val="right"/>
      </w:pPr>
      <w:r>
        <w:t>یہ سب انہی لوگوں کے ذریعے سے ہوا جن سے آپ لڑ رہے تھے۔ جن کو مسلمان دشمن بنا کر لڑ رہے تھے انہی کے ذریعے یہ سب ہوا۔ انہی نے religious freedom کا زمانہ پیدا کیا۔</w:t>
      </w:r>
    </w:p>
    <w:p>
      <w:r>
        <w:rPr>
          <w:b/>
        </w:rPr>
        <w:t xml:space="preserve">[33:51] </w:t>
      </w:r>
      <w:r>
        <w:t>unhon ne interaction barhaya. unhon ne cheezein chhapaein. unhon ne yeh computer internet ka wajood diya.</w:t>
      </w:r>
    </w:p>
    <w:p>
      <w:pPr>
        <w:jc w:val="right"/>
      </w:pPr>
      <w:r>
        <w:t>انہوں نے interaction بڑھایا۔ انہوں نے چیزیں چھپوائیں۔ انہوں نے یہ کمپیوٹر انٹرنیٹ کا وجود دیا۔</w:t>
      </w:r>
    </w:p>
    <w:p>
      <w:r>
        <w:rPr>
          <w:b/>
        </w:rPr>
        <w:t xml:space="preserve">[34:00] </w:t>
      </w:r>
      <w:r>
        <w:t>to is mani mein kya hua hai? ke political larai ke douran hi mawaqe dawat paida ho rahe thay. dawah opportunities.</w:t>
      </w:r>
    </w:p>
    <w:p>
      <w:pPr>
        <w:jc w:val="right"/>
      </w:pPr>
      <w:r>
        <w:t>تو اس معنی میں کیا ہوا ہے؟ کہ political لڑائی کے دوران ہی مواقع دعوت پیدا ہو رہے تھے۔ دعویٰ opportunities۔</w:t>
      </w:r>
    </w:p>
    <w:p>
      <w:r>
        <w:rPr>
          <w:b/>
        </w:rPr>
        <w:t xml:space="preserve">[34:10] </w:t>
      </w:r>
      <w:r>
        <w:t>yeh sab ho chuka beesveen sadi mein. ab yahan par hadith ke mutabiq uthna hai aik giroh ko. yaani Ikhwan al-Rasul ko. is juncture par.</w:t>
      </w:r>
    </w:p>
    <w:p>
      <w:pPr>
        <w:jc w:val="right"/>
      </w:pPr>
      <w:r>
        <w:t>یہ سب ہو چکا بیسویں صدی میں۔ اب یہاں پر حدیث کے مطابق اٹھنا ہے ایک گروہ کو۔ یعنی اخوان رسول کو۔ اس juncture پر۔</w:t>
      </w:r>
    </w:p>
    <w:p>
      <w:r>
        <w:rPr>
          <w:b/>
        </w:rPr>
        <w:t xml:space="preserve">[34:22] </w:t>
      </w:r>
      <w:r>
        <w:t>dekhiye Ashab al-Rasul hon ya Ikhwan al-Rasul hon. woh kya hain?</w:t>
      </w:r>
    </w:p>
    <w:p>
      <w:pPr>
        <w:jc w:val="right"/>
      </w:pPr>
      <w:r>
        <w:t>دیکھیے اصحاب رسول ہوں یا اخوان رسول ہوں۔ وہ کیا ہیں؟</w:t>
      </w:r>
    </w:p>
    <w:p>
      <w:r>
        <w:rPr>
          <w:b/>
        </w:rPr>
        <w:t xml:space="preserve">[34:27] </w:t>
      </w:r>
      <w:r>
        <w:t>apne se pehle ke halaat ke zariye se hasil shuda opportunities ko avail karna. isi ka naam hai ashaab-e-rasool. ashaab-e-rasool se pehle ek ek daur shuru hua Hazrat Hajra se, Hazrat Ismail se.</w:t>
      </w:r>
    </w:p>
    <w:p>
      <w:pPr>
        <w:jc w:val="right"/>
      </w:pPr>
      <w:r>
        <w:t>اپنے سے پہلے کے حالات کے ذریعے سے حاصل شدہ opportunities کو avail کرنا۔ اسی کا نام ہے اصحاب رسول۔ اصحاب رسول سے پہلے ایک ایک دور شروع ہوا حضرت ہاجرہ سے، حضرت اسماعیل سے۔</w:t>
      </w:r>
    </w:p>
    <w:p>
      <w:r>
        <w:rPr>
          <w:b/>
        </w:rPr>
        <w:t xml:space="preserve">[34:43] </w:t>
      </w:r>
      <w:r>
        <w:t>is ke andar ek process chala. halaat paida hue. mawaqe paida hue.</w:t>
      </w:r>
    </w:p>
    <w:p>
      <w:pPr>
        <w:jc w:val="right"/>
      </w:pPr>
      <w:r>
        <w:t>اس کے اندر ایک process چلا۔ حالات پیدا ہوئے۔ مواقع پیدا ہوئے۔</w:t>
      </w:r>
    </w:p>
    <w:p>
      <w:r>
        <w:rPr>
          <w:b/>
        </w:rPr>
        <w:t xml:space="preserve">[34:50] </w:t>
      </w:r>
      <w:r>
        <w:t>inhi mawaqe ko janna, un ki planning kar ke un ko avail karna. sabr ke sath, tahammul ke sath, danishmandi ke sath. to jinho ne kiya isi ka naam hai ashaab-e-rasool.</w:t>
      </w:r>
    </w:p>
    <w:p>
      <w:pPr>
        <w:jc w:val="right"/>
      </w:pPr>
      <w:r>
        <w:t>انہی مواقع کو جاننا، ان کی planning کر کے ان کو avail کرنا۔ صبر کے ساتھ، تحمل کے ساتھ، دانشمندی کے ساتھ۔ تو جنہوں نے کیا اسی کا نام ہے اصحاب رسول۔</w:t>
      </w:r>
    </w:p>
    <w:p>
      <w:r>
        <w:rPr>
          <w:b/>
        </w:rPr>
        <w:t xml:space="preserve">[35:03] </w:t>
      </w:r>
      <w:r>
        <w:t>ab dobara is ke baad ek naya process shuru hua. islami inqilab ke baad. to agarche musalman lad bhi rahe the. lekin woh process jari tha.</w:t>
      </w:r>
    </w:p>
    <w:p>
      <w:pPr>
        <w:jc w:val="right"/>
      </w:pPr>
      <w:r>
        <w:t>اب دوبارہ اس کے بعد ایک نیا process شروع ہوا۔ اسلامی انقلاب کے بعد۔ تو اگرچہ مسلمان لڑ بھی رہے تھے۔ لیکن وہ process جاری تھا۔</w:t>
      </w:r>
    </w:p>
    <w:p>
      <w:r>
        <w:rPr>
          <w:b/>
        </w:rPr>
        <w:t xml:space="preserve">[35:14] </w:t>
      </w:r>
      <w:r>
        <w:t>woh process jari tha andar andar.</w:t>
      </w:r>
    </w:p>
    <w:p>
      <w:pPr>
        <w:jc w:val="right"/>
      </w:pPr>
      <w:r>
        <w:t>وہ process جاری تھا اندر اندر۔</w:t>
      </w:r>
    </w:p>
    <w:p>
      <w:r>
        <w:rPr>
          <w:b/>
        </w:rPr>
        <w:t xml:space="preserve">[35:18] </w:t>
      </w:r>
      <w:r>
        <w:t>isi process ke nateejay mein taqreeban ek hazar saal mein yeh sab cheezein wajood mein aayin. jin ko ek lafz mein aap keh sakte hain naye mawaqe dawat.</w:t>
      </w:r>
    </w:p>
    <w:p>
      <w:pPr>
        <w:jc w:val="right"/>
      </w:pPr>
      <w:r>
        <w:t>اسی process کے نتیجے میں تقریباً ایک ہزار سال میں یہ سب چیزیں وجود میں آئیں۔ جن کو ایک لفظ میں آپ کہہ سکتے ہیں نئے مواقع دعوت۔</w:t>
      </w:r>
    </w:p>
    <w:p>
      <w:r>
        <w:rPr>
          <w:b/>
        </w:rPr>
        <w:t xml:space="preserve">[35:30] </w:t>
      </w:r>
      <w:r>
        <w:t>yani dawat ki nai opportunities.</w:t>
      </w:r>
    </w:p>
    <w:p>
      <w:pPr>
        <w:jc w:val="right"/>
      </w:pPr>
      <w:r>
        <w:t>یعنی دعوت کی نئی opportunities۔</w:t>
      </w:r>
    </w:p>
    <w:p>
      <w:r>
        <w:rPr>
          <w:b/>
        </w:rPr>
        <w:t xml:space="preserve">[35:35] </w:t>
      </w:r>
      <w:r>
        <w:t>dawat ki nai opportunities. yani aaj kya hai? pichhle kisi bhi zamane mein yeh mumkin nahi tha ke aap yahan baithe hue bolen.</w:t>
      </w:r>
    </w:p>
    <w:p>
      <w:pPr>
        <w:jc w:val="right"/>
      </w:pPr>
      <w:r>
        <w:t>دعوت کی نئی opportunities۔ یعنی آج کیا ہے؟ پچھلے کسی بھی زمانے میں یہ ممکن نہیں تھا کہ آپ یہاں بیٹھے ہوئے بولیں۔</w:t>
      </w:r>
    </w:p>
    <w:p>
      <w:r>
        <w:rPr>
          <w:b/>
        </w:rPr>
        <w:t xml:space="preserve">[35:46] </w:t>
      </w:r>
      <w:r>
        <w:t>shayad dunya aap ki awaz sune.</w:t>
      </w:r>
    </w:p>
    <w:p>
      <w:pPr>
        <w:jc w:val="right"/>
      </w:pPr>
      <w:r>
        <w:t>شاید دنیا آپ کی آواز سنے۔</w:t>
      </w:r>
    </w:p>
    <w:p>
      <w:r>
        <w:rPr>
          <w:b/>
        </w:rPr>
        <w:t xml:space="preserve">[35:51] </w:t>
      </w:r>
      <w:r>
        <w:t>kabhi nahi mumkin tha. aaj aisi da'wati planning aap kar sakte hain. ke aap ek kamre mein baith kar bolen.</w:t>
      </w:r>
    </w:p>
    <w:p>
      <w:pPr>
        <w:jc w:val="right"/>
      </w:pPr>
      <w:r>
        <w:t>کبھی نہیں ممکن تھا۔ آج ایسی دعوتی planning آپ کر سکتے ہیں۔ کہ آپ ایک کمرے میں بیٹھ کر بولیں۔</w:t>
      </w:r>
    </w:p>
    <w:p>
      <w:r>
        <w:rPr>
          <w:b/>
        </w:rPr>
        <w:t xml:space="preserve">[36:02] </w:t>
      </w:r>
      <w:r>
        <w:t>aur sari dunya mein sunai de woh. computer ke zariye se. kaisi ajeeb baat hai yeh. to isi douran jab ke be faida ek ladai jihad karna ho rahi thi.</w:t>
      </w:r>
    </w:p>
    <w:p>
      <w:pPr>
        <w:jc w:val="right"/>
      </w:pPr>
      <w:r>
        <w:t>اور ساری دنیا میں سنائی دے وہ۔ کمپیوٹر کے ذریعے سے۔ کیسی عجیب بات ہے یہ۔ تو اسی دوران جب کہ بے فائدہ ایک لڑائی جہاد کرنا ہو رہی تھی۔</w:t>
      </w:r>
    </w:p>
    <w:p>
      <w:r>
        <w:rPr>
          <w:b/>
        </w:rPr>
        <w:t xml:space="preserve">[36:14] </w:t>
      </w:r>
      <w:r>
        <w:t>isi douran ek naye mawaqe ka sailab Allah taala paida kar rahe the.</w:t>
      </w:r>
    </w:p>
    <w:p>
      <w:pPr>
        <w:jc w:val="right"/>
      </w:pPr>
      <w:r>
        <w:t>اسی دوران ایک نئے مواقع کا سیلاب اللہ تعالیٰ پیدا کر رہے تھے۔</w:t>
      </w:r>
    </w:p>
    <w:p>
      <w:r>
        <w:rPr>
          <w:b/>
        </w:rPr>
        <w:t xml:space="preserve">[36:20] </w:t>
      </w:r>
      <w:r>
        <w:t>to jis tarah ashaab-e-rasool ne aur apne zamane ke mawaqe ko dawat ke liye istemal kiya. aur phir woh ashaab-e-rasool kahe gaye. isi tarah se ikhwan-e-rasool ko yeh karna hai.</w:t>
      </w:r>
    </w:p>
    <w:p>
      <w:pPr>
        <w:jc w:val="right"/>
      </w:pPr>
      <w:r>
        <w:t>تو جس طرح اصحاب رسول نے اور اپنے زمانے کے مواقع کو دعوت کے لیے استعمال کیا۔ اور پھر وہ اصحاب رسول کہے گئے۔ اسی طرح سے اخوان رسول کو یہ کرنا ہے۔</w:t>
      </w:r>
    </w:p>
    <w:p>
      <w:r>
        <w:rPr>
          <w:b/>
        </w:rPr>
        <w:t xml:space="preserve">[36:31] </w:t>
      </w:r>
      <w:r>
        <w:t>ke is ke baad hazar saal ke douran jo mawaqe paida hue hain dawat ko. un ko samajhna aur un ko avail karna. un ke mansoobe bana kar ke.</w:t>
      </w:r>
    </w:p>
    <w:p>
      <w:pPr>
        <w:jc w:val="right"/>
      </w:pPr>
      <w:r>
        <w:t>کہ اس کے بعد ہزار سال کے دوران جو مواقع پیدا ہوئے ہیں دعوت کو۔ ان کو سمجھنا اور ان کو avail کرنا۔ ان کے منصوبے بنا کر کے۔</w:t>
      </w:r>
    </w:p>
    <w:p>
      <w:r>
        <w:rPr>
          <w:b/>
        </w:rPr>
        <w:t xml:space="preserve">[36:42] </w:t>
      </w:r>
      <w:r>
        <w:t>yani printing press ke zariye se jo mawaqe paida hue.</w:t>
      </w:r>
    </w:p>
    <w:p>
      <w:pPr>
        <w:jc w:val="right"/>
      </w:pPr>
      <w:r>
        <w:t>یعنی پرنٹنگ پریس کے ذریعے سے جو مواقع پیدا ہوئے۔</w:t>
      </w:r>
    </w:p>
    <w:p>
      <w:r>
        <w:rPr>
          <w:b/>
        </w:rPr>
        <w:t xml:space="preserve">[36:47] </w:t>
      </w:r>
      <w:r>
        <w:t>freedom ab yani religious mazhabi azadi ke tehat jo paida hue mawaqe. communication ke zariye paida hue. safaron ke zariye se. misaal ke taur par Kashmir ko lijie.</w:t>
      </w:r>
    </w:p>
    <w:p>
      <w:pPr>
        <w:jc w:val="right"/>
      </w:pPr>
      <w:r>
        <w:t>freedom اب یعنی religious مذہبی آزادی کے تحت جو پیدا ہوئے مواقع۔ communication کے ذریعے پیدا ہوئے۔ سفروں کے ذریعے سے۔ مثال کے طور پر کشمیر کو لیجیے۔</w:t>
      </w:r>
    </w:p>
    <w:p>
      <w:r>
        <w:rPr>
          <w:b/>
        </w:rPr>
        <w:t xml:space="preserve">[37:00] </w:t>
      </w:r>
      <w:r>
        <w:t>Kashmir ke musalman saath baras se lad rahe hain. to main ne ek Kashmiri se poocha ke aap kyun lad rahe hain bhai? da'wati kaam kijiye. unho ne kaha da'wati kaam kahan karen?</w:t>
      </w:r>
    </w:p>
    <w:p>
      <w:pPr>
        <w:jc w:val="right"/>
      </w:pPr>
      <w:r>
        <w:t>کشمیر کے مسلمان ساٹھ برس سے لڑ رہے ہیں۔ تو میں نے ایک کشمیری سے پوچھا کہ آپ کیوں لڑ رہے ہیں بھئی؟ دعوتی کام کیجیے۔ انہوں نے کہا دعوتی کام کہاں کریں؟</w:t>
      </w:r>
    </w:p>
    <w:p>
      <w:r>
        <w:rPr>
          <w:b/>
        </w:rPr>
        <w:t xml:space="preserve">[37:10] </w:t>
      </w:r>
      <w:r>
        <w:t>wahan to musalman hi musalman hain. to main ne kaha yeh kaise ajeeb o ghareeb log hain aap.</w:t>
      </w:r>
    </w:p>
    <w:p>
      <w:pPr>
        <w:jc w:val="right"/>
      </w:pPr>
      <w:r>
        <w:t>وہاں تو مسلمان ہی مسلمان ہیں۔ تو میں نے کہا یہ کیسے عجیب و غریب لوگ ہیں آپ۔</w:t>
      </w:r>
    </w:p>
    <w:p>
      <w:r>
        <w:rPr>
          <w:b/>
        </w:rPr>
        <w:t xml:space="preserve">[37:16] </w:t>
      </w:r>
      <w:r>
        <w:t>Kashmir mein musalmanon ke siwa ek bohat bara tabqa hai. jaise army, India ki army jo hai. woh mad'u hai aap ki.</w:t>
      </w:r>
    </w:p>
    <w:p>
      <w:pPr>
        <w:jc w:val="right"/>
      </w:pPr>
      <w:r>
        <w:t>کشمیر میں مسلمانوں کے سوا ایک بہت بڑا طبقہ ہے۔ جیسے آرمی، انڈیا کی آرمی جو ہے۔ وہ مدعو ہے آپ کی۔</w:t>
      </w:r>
    </w:p>
    <w:p>
      <w:r>
        <w:rPr>
          <w:b/>
        </w:rPr>
        <w:t xml:space="preserve">[37:26] </w:t>
      </w:r>
      <w:r>
        <w:t>un ko dawat pohanchaiye. siyah bahut zyada wahan aate hain. woh mad'u hain. un ko dawat pohanchaiye. wahan mandir jo hai us mein Hindu jaate hain barabar.</w:t>
      </w:r>
    </w:p>
    <w:p>
      <w:pPr>
        <w:jc w:val="right"/>
      </w:pPr>
      <w:r>
        <w:t>ان کو دعوت پہنچائیے۔ سیاح بہت زیادہ وہاں آتے ہیں۔ وہ مدعو ہیں۔ ان کو دعوت پہنچائیے۔ وہاں مندر جو ہے اس میں ہندو جاتے ہیں برابر۔</w:t>
      </w:r>
    </w:p>
    <w:p>
      <w:r>
        <w:rPr>
          <w:b/>
        </w:rPr>
        <w:t xml:space="preserve">[37:37] </w:t>
      </w:r>
      <w:r>
        <w:t>yatra ke liye. woh mad'u hain. un ko dawat pohanchaiye. to Kashmir mad'u se bhara hua hai. lekin log da'wa blind ho gaye hain.</w:t>
      </w:r>
    </w:p>
    <w:p>
      <w:pPr>
        <w:jc w:val="right"/>
      </w:pPr>
      <w:r>
        <w:t>یاترا کے لیے۔ وہ مدعو ہیں۔ ان کو دعوت پہنچائیے۔ تو کشمیر مدعو سے بھرا ہوا ہے۔ لیکن لوگ دعویٰ blind ہو گئے ہیں۔</w:t>
      </w:r>
    </w:p>
    <w:p>
      <w:r>
        <w:rPr>
          <w:b/>
        </w:rPr>
        <w:t xml:space="preserve">[37:47] </w:t>
      </w:r>
      <w:r>
        <w:t>ladna bhidna aata hai in ko bas. to ikhwan-e-rasool ka role yeh hoga. ke is andhepan ko khatam karna.</w:t>
      </w:r>
    </w:p>
    <w:p>
      <w:pPr>
        <w:jc w:val="right"/>
      </w:pPr>
      <w:r>
        <w:t>لڑنا بھڑنا آتا ہے ان کو بس۔ تو اخوان رسول کا role یہ ہوگا۔ کہ اس اندھیپن کو ختم کرنا۔</w:t>
      </w:r>
    </w:p>
    <w:p>
      <w:r>
        <w:rPr>
          <w:b/>
        </w:rPr>
        <w:t xml:space="preserve">[37:56] </w:t>
      </w:r>
      <w:r>
        <w:t>mawaqe ko daryaft karna. un ki planning karna dawat ke liye. aur is zamane mein misaal ke taur par ek twenty-first century mein.</w:t>
      </w:r>
    </w:p>
    <w:p>
      <w:pPr>
        <w:jc w:val="right"/>
      </w:pPr>
      <w:r>
        <w:t>مواقع کو دریافت کرنا۔ ان کی planning کرنا دعوت کے لیے۔ اور اس زمانے میں مثال کے طور پر ایک twenty-first century میں۔</w:t>
      </w:r>
    </w:p>
    <w:p>
      <w:r>
        <w:rPr>
          <w:b/>
        </w:rPr>
        <w:t xml:space="preserve">[38:07] </w:t>
      </w:r>
      <w:r>
        <w:t>sare alam ko. Allah ke is mein plan of God jo Allah ka hai. us se ba-khabar karna.</w:t>
      </w:r>
    </w:p>
    <w:p>
      <w:pPr>
        <w:jc w:val="right"/>
      </w:pPr>
      <w:r>
        <w:t>سارے عالم کو۔ اللہ کے اس میں plan of God جو اللہ کا ہے۔ اس سے باخبر کرنا۔</w:t>
      </w:r>
    </w:p>
    <w:p>
      <w:r>
        <w:rPr>
          <w:b/>
        </w:rPr>
        <w:t xml:space="preserve">[38:17] </w:t>
      </w:r>
      <w:r>
        <w:t>ab dekhiye ek hadith mein aata hai ke aakhri zamane mein idkhal-e-kalma hoga. yani har har ghar mein, har chote bade ghar mein Allah kalma dakhil ho jayega.</w:t>
      </w:r>
    </w:p>
    <w:p>
      <w:pPr>
        <w:jc w:val="right"/>
      </w:pPr>
      <w:r>
        <w:t>اب دیکھیے ایک حدیث میں آتا ہے کہ آخری زمانے میں ادخال کلمہ ہوگا۔ یعنی ہر ہر گھر میں، ہر چھوٹے بڑے گھر میں اللہ کلمہ داخل ہو جائے گا۔</w:t>
      </w:r>
    </w:p>
    <w:p>
      <w:r>
        <w:rPr>
          <w:b/>
        </w:rPr>
        <w:t xml:space="preserve">[38:29] </w:t>
      </w:r>
      <w:r>
        <w:t>to kaisay hoga? dekhiye is dunya mein koi baat miracle ke zariye nahi hoti hai. ke khud hi khud yeh rang pohnch jaye.</w:t>
      </w:r>
    </w:p>
    <w:p>
      <w:pPr>
        <w:jc w:val="right"/>
      </w:pPr>
      <w:r>
        <w:t>تو کیسے ہوگا؟ دیکھیے اس دنیا میں کوئی بات miracle کے ذریعے نہیں ہوتی ہے۔ کہ خود ہی خود یہ رنگ پہنچ جائے۔</w:t>
      </w:r>
    </w:p>
    <w:p>
      <w:r>
        <w:rPr>
          <w:b/>
        </w:rPr>
        <w:t xml:space="preserve">[38:40] </w:t>
      </w:r>
      <w:r>
        <w:t>nahi asbab ke zariye hogi. yeh dar-ul-imtihaan hai.</w:t>
      </w:r>
    </w:p>
    <w:p>
      <w:pPr>
        <w:jc w:val="right"/>
      </w:pPr>
      <w:r>
        <w:t>نہیں اسباب کے ذریعے ہوگی۔ یہ دارالامتحان ہے۔</w:t>
      </w:r>
    </w:p>
    <w:p>
      <w:r>
        <w:rPr>
          <w:b/>
        </w:rPr>
        <w:t xml:space="preserve">[38:45] </w:t>
      </w:r>
      <w:r>
        <w:t>jis mani mein ke is is mein implicit hai yeh baat ke aisay mawaqe paida honge.</w:t>
      </w:r>
    </w:p>
    <w:p>
      <w:pPr>
        <w:jc w:val="right"/>
      </w:pPr>
      <w:r>
        <w:t>جس معنی میں کہ اس اس میں implicit ہے یہ بات کہ ایسے مواقع پیدا ہوں گے۔</w:t>
      </w:r>
    </w:p>
    <w:p>
      <w:r>
        <w:rPr>
          <w:b/>
        </w:rPr>
        <w:t xml:space="preserve">[38:55] </w:t>
      </w:r>
      <w:r>
        <w:t>yeh jo hai ke Allah taala har ghar mein, har ghar mein, har ghar mein apna kalma daakhil kar dega. is mein yeh baat muttamin hai, implicit hai ke aisay asbab paida honge, aisay mawaqe</w:t>
      </w:r>
    </w:p>
    <w:p>
      <w:pPr>
        <w:jc w:val="right"/>
      </w:pPr>
      <w:r>
        <w:t>یہ جو ہے کہ اللہ تعالیٰ ہر گھر میں، ہر گھر میں، ہر گھر میں اپنا کلمہ داخل کر دے گا۔ اس میں یہ بات متضمن ہے، implicit ہے کہ ایسے اسباب پیدا ہوں گے، ایسے مواقع</w:t>
      </w:r>
    </w:p>
    <w:p>
      <w:r>
        <w:rPr>
          <w:b/>
        </w:rPr>
        <w:t xml:space="preserve">[39:07] </w:t>
      </w:r>
      <w:r>
        <w:t>paida honge. ke yeh to hai computer wajood mein agaya. communication wajood mein agaya. interaction wajood mein agaya. globalization jo kehte hain woh wajood mein agaya.</w:t>
      </w:r>
    </w:p>
    <w:p>
      <w:pPr>
        <w:jc w:val="right"/>
      </w:pPr>
      <w:r>
        <w:t>پیدا ہوں گے۔ کہ یہ تو ہے کمپیوٹر وجود میں آگیا۔ communication وجود میں آگیا۔ interaction وجود میں آگیا۔ globalization جو کہتے ہیں وہ وجود میں آگیا۔</w:t>
      </w:r>
    </w:p>
    <w:p>
      <w:r>
        <w:rPr>
          <w:b/>
        </w:rPr>
        <w:t xml:space="preserve">[39:18] </w:t>
      </w:r>
      <w:r>
        <w:t>yeh to hai. to is ko daryaft karna. yani ab jo lad rahe hain musalman woh to ek fe'l haram hai.</w:t>
      </w:r>
    </w:p>
    <w:p>
      <w:pPr>
        <w:jc w:val="right"/>
      </w:pPr>
      <w:r>
        <w:t>یہ تو ہے۔ تو اس کو دریافت کرنا۔ یعنی اب جو لڑ رہے ہیں مسلمان وہ تو ایک فعل حرام ہے۔</w:t>
      </w:r>
    </w:p>
    <w:p>
      <w:r>
        <w:rPr>
          <w:b/>
        </w:rPr>
        <w:t xml:space="preserve">[39:28] </w:t>
      </w:r>
      <w:r>
        <w:t>yani jab Allah taala ne mawaqe paida kiye idkhaal-e-kalma ke to ladte kyun ho?</w:t>
      </w:r>
    </w:p>
    <w:p>
      <w:pPr>
        <w:jc w:val="right"/>
      </w:pPr>
      <w:r>
        <w:t>یعنی جب اللہ تعالیٰ نے مواقع پیدا کیے ادخال کلمہ کے تو لڑتے کیوں ہو؟</w:t>
      </w:r>
    </w:p>
    <w:p>
      <w:r>
        <w:rPr>
          <w:b/>
        </w:rPr>
        <w:t xml:space="preserve">[39:34] </w:t>
      </w:r>
      <w:r>
        <w:t>aur kaisi ajeeb baat hai ke itna bara sawab lena ka zamana. kabhi bhi tareekh mein aisa mumkin nahi hua tha. ke har ghar mein Allah ka kalma daakhil kar diya jaye.</w:t>
      </w:r>
    </w:p>
    <w:p>
      <w:pPr>
        <w:jc w:val="right"/>
      </w:pPr>
      <w:r>
        <w:t>اور کیسی عجیب بات ہے کہ اتنا بڑا ثواب لینا کا زمانہ۔ کبھی بھی تاریخ میں ایسا ممکن نہیں ہوا تھا۔ کہ ہر گھر میں اللہ کا کلمہ داخل کر دیا جائے۔</w:t>
      </w:r>
    </w:p>
    <w:p>
      <w:r>
        <w:rPr>
          <w:b/>
        </w:rPr>
        <w:t xml:space="preserve">[39:46] </w:t>
      </w:r>
      <w:r>
        <w:t>Adam se le kar baad ke zamane tak. kabhi mumkin hi nahi hua tha. kyun? asbab maujood nahi the. communication nahi tha. hatta ke yeh pata nahi tha ke kaun log kahan rehte hain, kaun log kahan rehte hain.</w:t>
      </w:r>
    </w:p>
    <w:p>
      <w:pPr>
        <w:jc w:val="right"/>
      </w:pPr>
      <w:r>
        <w:t>آدم سے لے کر بعد کے زمانے تک۔ کبھی ممکن ہی نہیں ہوا تھا۔ کیوں؟ اسباب موجود نہیں تھے۔ communication نہیں تھا۔ حتیٰ کہ یہ پتہ نہیں تھا کہ کون لوگ کہاں رہتے ہیں، کون لوگ کہاں رہتے ہیں۔</w:t>
      </w:r>
    </w:p>
    <w:p>
      <w:r>
        <w:rPr>
          <w:b/>
        </w:rPr>
        <w:t xml:space="preserve">[40:01] </w:t>
      </w:r>
      <w:r>
        <w:t>America kahan hai, Australia kahan hai, is ka yeh pata nahi tha.</w:t>
      </w:r>
    </w:p>
    <w:p>
      <w:pPr>
        <w:jc w:val="right"/>
      </w:pPr>
      <w:r>
        <w:t>امریکہ کہاں ہے، آسٹریلیا کہاں ہے، اس کا یہ پتہ نہیں تھا۔</w:t>
      </w:r>
    </w:p>
    <w:p>
      <w:r>
        <w:rPr>
          <w:b/>
        </w:rPr>
        <w:t xml:space="preserve">[40:05] </w:t>
      </w:r>
      <w:r>
        <w:t>aaj sab kuch maloom hai. har jagah aap ki reach mein hai. aap ka telephone, aap ka computer, aap ka internet, aap ki chhapi hui kitaben.</w:t>
      </w:r>
    </w:p>
    <w:p>
      <w:pPr>
        <w:jc w:val="right"/>
      </w:pPr>
      <w:r>
        <w:t>آج سب کچھ معلوم ہے۔ ہر جگہ آپ کی reach میں ہے۔ آپ کا ٹیلی فون، آپ کا کمپیوٹر، آپ کا انٹرنیٹ، آپ کی چھپی ہوئی کتابیں۔</w:t>
      </w:r>
    </w:p>
    <w:p>
      <w:r>
        <w:rPr>
          <w:b/>
        </w:rPr>
        <w:t xml:space="preserve">[40:15] </w:t>
      </w:r>
      <w:r>
        <w:t>har jagah pohnch sakti hain. to yeh mawaqe jo aaye is ko daryaft karna parega aap ko. kyunke woh chalayenge, mawaqe chalayenge nahi.</w:t>
      </w:r>
    </w:p>
    <w:p>
      <w:pPr>
        <w:jc w:val="right"/>
      </w:pPr>
      <w:r>
        <w:t>ہر جگہ پہنچ سکتی ہیں۔ تو یہ مواقع جو آئے اس کو دریافت کرنا پڑے گا آپ کو۔ کیونکہ وہ چلائیں گے، مواقع چلائیں گے نہیں۔</w:t>
      </w:r>
    </w:p>
    <w:p>
      <w:r>
        <w:rPr>
          <w:b/>
        </w:rPr>
        <w:t xml:space="preserve">[40:25] </w:t>
      </w:r>
      <w:r>
        <w:t>ashab-e-rasool ke zamane mein jo mawaqe the, woh chala kar nahi bolte the woh. woh chala kar nahi bolte the.</w:t>
      </w:r>
    </w:p>
    <w:p>
      <w:pPr>
        <w:jc w:val="right"/>
      </w:pPr>
      <w:r>
        <w:t>اصحاب رسول کے زمانے میں جو مواقع تھے، وہ چلا کر نہیں بولتے تھے وہ۔ وہ چلا کر نہیں بولتے تھے۔</w:t>
      </w:r>
    </w:p>
    <w:p>
      <w:r>
        <w:rPr>
          <w:b/>
        </w:rPr>
        <w:t xml:space="preserve">[40:33] </w:t>
      </w:r>
      <w:r>
        <w:t>ashab-e-rasool ne is ko daryaft kiya. daryaft kar ke avail kiya. avail karne ke liye kya karna parega? sabr, tahammul, bardasht.</w:t>
      </w:r>
    </w:p>
    <w:p>
      <w:pPr>
        <w:jc w:val="right"/>
      </w:pPr>
      <w:r>
        <w:t>اصحاب رسول نے اس کو دریافت کیا۔ دریافت کر کے avail کیا۔ avail کرنے کے لیے کیا کرنا پڑے گا؟ صبر، تحمل، برداشت۔</w:t>
      </w:r>
    </w:p>
    <w:p>
      <w:r>
        <w:rPr>
          <w:b/>
        </w:rPr>
        <w:t xml:space="preserve">[40:42] </w:t>
      </w:r>
      <w:r>
        <w:t>umeed hai aap ladte phirenge, wahan bhi ladne bhadne ke asbab the. ashab-e-rasool ke liye bhi ladne bhadne ke asbab the.</w:t>
      </w:r>
    </w:p>
    <w:p>
      <w:pPr>
        <w:jc w:val="right"/>
      </w:pPr>
      <w:r>
        <w:t>امید ہے آپ لڑے پھریں گے، وہاں بھی لڑنے بھڑنے کے اسباب تھے۔ اصحاب رسول کے لیے بھی لڑنے بھڑنے کے اسباب تھے۔</w:t>
      </w:r>
    </w:p>
    <w:p>
      <w:r>
        <w:rPr>
          <w:b/>
        </w:rPr>
        <w:t xml:space="preserve">[40:51] </w:t>
      </w:r>
      <w:r>
        <w:t>lekin unhon ne sabr aur tahammul kiya ezaon par. wa la nasbiranna 'ala ma a'zaytumuna yeh un ka usool tha.</w:t>
      </w:r>
    </w:p>
    <w:p>
      <w:pPr>
        <w:jc w:val="right"/>
      </w:pPr>
      <w:r>
        <w:t>لیکن انہوں نے صبر اور تحمل کیا ایذاؤں پر۔ وَلَنَصْبِرَنَّ عَلَى مَا أَعْزَتُمُونَ یہ ان کا اصول تھا۔</w:t>
      </w:r>
    </w:p>
    <w:p>
      <w:r>
        <w:rPr>
          <w:b/>
        </w:rPr>
        <w:t xml:space="preserve">[41:02] </w:t>
      </w:r>
      <w:r>
        <w:t>ke is ezaon par sabr karo. taake dawat ke mawaqe ko hum avail kar saken. kyunke dunya mein to hamesha jhagde rahenge, takrao rahega.</w:t>
      </w:r>
    </w:p>
    <w:p>
      <w:pPr>
        <w:jc w:val="right"/>
      </w:pPr>
      <w:r>
        <w:t>کہ اس ایذاؤں پر صبر کرو۔ تاکہ دعوت کے مواقع کو ہم avail کر سکیں۔ کیونکہ دنیا میں تو ہمیشہ جھگڑے رہیں گے، ٹکراؤ رہے گا۔</w:t>
      </w:r>
    </w:p>
    <w:p>
      <w:r>
        <w:rPr>
          <w:b/>
        </w:rPr>
        <w:t xml:space="preserve">[41:15] </w:t>
      </w:r>
      <w:r>
        <w:t>musibaten ayengi. woh to rahega, rahega. woh to kabhi khatm nahi ho sakta hai. to agar aap yeh sochein ke mujhe in problem ko khatm karna hai.</w:t>
      </w:r>
    </w:p>
    <w:p>
      <w:pPr>
        <w:jc w:val="right"/>
      </w:pPr>
      <w:r>
        <w:t>مصیبتیں آئیں گی۔ وہ تو رہے گا، رہے گا۔ وہ تو کبھی ختم نہیں ہو سکتا ہے۔ تو اگر آپ یہ سوچیں کہ مجھے ان problem کو ختم کرنا ہے۔</w:t>
      </w:r>
    </w:p>
    <w:p>
      <w:r>
        <w:rPr>
          <w:b/>
        </w:rPr>
        <w:t xml:space="preserve">[41:25] </w:t>
      </w:r>
      <w:r>
        <w:t>is musibat ko door karna hai. is zulm ko khatm karna hai. is sazish ko todna hai. to is mein phanse rahiye.</w:t>
      </w:r>
    </w:p>
    <w:p>
      <w:pPr>
        <w:jc w:val="right"/>
      </w:pPr>
      <w:r>
        <w:t>اس مصیبت کو دور کرنا ہے۔ اس ظلم کو ختم کرنا ہے۔ اس سازش کو توڑنا ہے۔ تو اس میں پھنسے رہیے۔</w:t>
      </w:r>
    </w:p>
    <w:p>
      <w:r>
        <w:rPr>
          <w:b/>
        </w:rPr>
        <w:t xml:space="preserve">[41:33] </w:t>
      </w:r>
      <w:r>
        <w:t>to is mein sabr karna parta hai. Rasool Allah ko jo surah utri shuru zamane mein ya ayyuhal muddassir qum fa'anzir rabbaka fakabbir wa siyyabaka fat'ahir war-ruzqa faj'ur wa la tamnun tastakthir wa li rabbika fas'abir aap ghor kijiye ke hukum diya dawat ka.</w:t>
      </w:r>
    </w:p>
    <w:p>
      <w:pPr>
        <w:jc w:val="right"/>
      </w:pPr>
      <w:r>
        <w:t>تو اس میں صبر کرنا پڑتا ہے۔ رسول اللہ کو جو سورہ اتری شروع زمانے میں يَا أَيُّهَا الْمُدَّسِّرُ قُمْ فَانْذِرْ رَبَّكَ فَكَبِّرْ وَسِّابَكَ فَتَّهِرْ وَالْرُّزَقَ فَاجُرْ وَلَا تَمْنُنْ تَسْتَكْفِرْ وَلِرَبَّكَ فَاذْبِرْ آپ غور کیجیے کہ حکم دیا دعوت کا۔</w:t>
      </w:r>
    </w:p>
    <w:p>
      <w:r>
        <w:rPr>
          <w:b/>
        </w:rPr>
        <w:t xml:space="preserve">[41:56] </w:t>
      </w:r>
      <w:r>
        <w:t>to is mein farmaya ke wa li rabbika fas'abir sabr karo. yani is waqt mahol mein, fitrat ke qanoon ke tehat, samajhi halaat ke tehat tum ko jo saamna pesh aa raha hai sazishon ka, zulm ka, musibaton ka is par sabr karo.</w:t>
      </w:r>
    </w:p>
    <w:p>
      <w:pPr>
        <w:jc w:val="right"/>
      </w:pPr>
      <w:r>
        <w:t>تو اس میں فرمایا کہ وَلِرَبَّكَ فَاذْبِرْ صبر کرو۔ یعنی اس وقت ماحول میں، فطرت کے قانون کے تحت، سماجی حالات کے تحت تم کو جو سامنا پیش آ رہا ہے سازشوں کا، ظلم کا، مصیبتوں کا اس پر صبر کرو۔</w:t>
      </w:r>
    </w:p>
    <w:p>
      <w:r>
        <w:rPr>
          <w:b/>
        </w:rPr>
        <w:t xml:space="preserve">[42:16] </w:t>
      </w:r>
      <w:r>
        <w:t>warna distract ho jaoge. sabr ka matlab hai apne ko distraction se bachana. jab aap distraction se bachayenge tabhi to da'wati kaam karenge.</w:t>
      </w:r>
    </w:p>
    <w:p>
      <w:pPr>
        <w:jc w:val="right"/>
      </w:pPr>
      <w:r>
        <w:t>ورنہ distract ہو جاؤ گے۔ صبر کا مطلب ہے اپنے کو distraction سے بچانا۔ جب آپ distraction سے بچائیں گے تبھی تو دعوتی کام کریں گے۔</w:t>
      </w:r>
    </w:p>
    <w:p>
      <w:r>
        <w:rPr>
          <w:b/>
        </w:rPr>
        <w:t xml:space="preserve">[42:30] </w:t>
      </w:r>
      <w:r>
        <w:t>fas'abir kama sabara 'awlu allahi min rusuli to jo halaat hote hain us mein aap takrane lage hain to aap distract ho gaye.</w:t>
      </w:r>
    </w:p>
    <w:p>
      <w:pPr>
        <w:jc w:val="right"/>
      </w:pPr>
      <w:r>
        <w:t>فَاذْبِرْ كَمَا صَبَرَ أَوْلُ اللَّهِ مَنْ رُسُلَ تو جو حالات ہوتے ہیں اس میں آپ ٹکرانے لگے ہیں تو آپ distract ہو گئے۔</w:t>
      </w:r>
    </w:p>
    <w:p>
      <w:r>
        <w:rPr>
          <w:b/>
        </w:rPr>
        <w:t xml:space="preserve">[42:40] </w:t>
      </w:r>
      <w:r>
        <w:t>to distraction se apne ko bachao taake jo dawat ke mawaqe hain us ko avail kar sako</w:t>
      </w:r>
    </w:p>
    <w:p>
      <w:pPr>
        <w:jc w:val="right"/>
      </w:pPr>
      <w:r>
        <w:t>تو distraction سے اپنے کو بچاؤ تاکہ جو دعوت کے مواقع ہیں اس کو avail کر سکو</w:t>
      </w:r>
    </w:p>
    <w:p>
      <w:r>
        <w:rPr>
          <w:b/>
        </w:rPr>
        <w:t xml:space="preserve">[42:45] </w:t>
      </w:r>
      <w:r>
        <w:t>. yeh hai ikhwan-e-rasool ka kaam. ashab-e-rasool ne bhi yahi kiya tha. apne zamane ke halaat se distract nahi hue woh.</w:t>
      </w:r>
    </w:p>
    <w:p>
      <w:pPr>
        <w:jc w:val="right"/>
      </w:pPr>
      <w:r>
        <w:t>۔ یہ ہے اخوان رسول کا کام۔ اصحاب رسول نے بھی یہی کیا تھا۔ اپنے زمانے کے حالات سے distract نہیں ہوئے وہ۔</w:t>
      </w:r>
    </w:p>
    <w:p>
      <w:r>
        <w:rPr>
          <w:b/>
        </w:rPr>
        <w:t xml:space="preserve">[42:57] </w:t>
      </w:r>
      <w:r>
        <w:t>sabr o tahammul ke sath in ko ignore karte rahe, avoid karte rahe. tab in ko yeh mila yeh saadat ke mawaqe dawat ko avail karen woh.</w:t>
      </w:r>
    </w:p>
    <w:p>
      <w:pPr>
        <w:jc w:val="right"/>
      </w:pPr>
      <w:r>
        <w:t>صبر و تحمل کے ساتھ ان کو ignore کرتے رہے، avoid کرتے رہے۔ تب ان کو یہ ملا یہ سعادت کہ مواقع دعوت کو avail کریں وہ۔</w:t>
      </w:r>
    </w:p>
    <w:p>
      <w:r>
        <w:rPr>
          <w:b/>
        </w:rPr>
        <w:t xml:space="preserve">[43:09] </w:t>
      </w:r>
      <w:r>
        <w:t>masjid rasool Allah sal Allah alaihi wasallam ne kaba mein sankaron buton ki presence ko bardasht kiya.</w:t>
      </w:r>
    </w:p>
    <w:p>
      <w:pPr>
        <w:jc w:val="right"/>
      </w:pPr>
      <w:r>
        <w:t>مسجد رسول اللہ صلی اللہ علیہ وسلم نے کعبہ میں سینکڑوں بتوں کی presence کو برداشت کیا۔</w:t>
      </w:r>
    </w:p>
    <w:p>
      <w:r>
        <w:rPr>
          <w:b/>
        </w:rPr>
        <w:t xml:space="preserve">[43:15] </w:t>
      </w:r>
      <w:r>
        <w:t>tab moqa mila ke wahan jo log ate the jo ek assembly hoti thi us ko bator audience istemal karen. to aaj ki dunya mein jo mawaqe paida hue hain woh hazaron guna zyada hain pehle zamane ke muqable mein.</w:t>
      </w:r>
    </w:p>
    <w:p>
      <w:pPr>
        <w:jc w:val="right"/>
      </w:pPr>
      <w:r>
        <w:t>تب موقع ملا کہ وہاں جو لوگ آتے تھے جو ایک assembly ہوتی تھی اس کو بطور audience استعمال کریں۔ تو آج کی دنیا میں جو مواقع پیدا ہوئے ہیں وہ ہزاروں گنا زیادہ ہیں پہلے زمانے کے مقابلے میں۔</w:t>
      </w:r>
    </w:p>
    <w:p>
      <w:r>
        <w:rPr>
          <w:b/>
        </w:rPr>
        <w:t xml:space="preserve">[43:29] </w:t>
      </w:r>
      <w:r>
        <w:t>bohat hi zyada hain.</w:t>
      </w:r>
    </w:p>
    <w:p>
      <w:pPr>
        <w:jc w:val="right"/>
      </w:pPr>
      <w:r>
        <w:t>بہت ہی زیادہ ہیں۔</w:t>
      </w:r>
    </w:p>
    <w:p>
      <w:r>
        <w:rPr>
          <w:b/>
        </w:rPr>
        <w:t xml:space="preserve">[43:35] </w:t>
      </w:r>
      <w:r>
        <w:t>abhi jo kitab chhap chhap kar ati hai quran majeed ka nuskha mere samne chhap kar aya abhi itna umda chhaapa hua, saaf suthra. maine is ko dekha to maine kaha ke agar yeh sahaba ke zamane mein koi le ke ata hai is ko to samajhte hain ke yeh to milla e aala ka nuskha hai yeh.</w:t>
      </w:r>
    </w:p>
    <w:p>
      <w:pPr>
        <w:jc w:val="right"/>
      </w:pPr>
      <w:r>
        <w:t>ابھی جو کتاب چھپ چھپ کر آتی ہے قرآن مجید کا نسخہ میرے سامنے چھپ کر آیا ابھی اتنا عمدہ چھپا ہوا، صاف ستھرا۔ میں نے اس کو دیکھا تو میں نے کہا کہ اگر یہ صحابہ کے زمانے میں کوئی لے کے آتا ہے اس کو تو سمجھتے ہیں کہ یہ تو ملائے اعلیٰ کا نسخہ ہے یہ۔</w:t>
      </w:r>
    </w:p>
    <w:p>
      <w:r>
        <w:rPr>
          <w:b/>
        </w:rPr>
        <w:t xml:space="preserve">[43:52] </w:t>
      </w:r>
      <w:r>
        <w:t>is ko milla e aala ka nuskha samajhte hain. itna khoobsurat chhaapa hua quran.</w:t>
      </w:r>
    </w:p>
    <w:p>
      <w:pPr>
        <w:jc w:val="right"/>
      </w:pPr>
      <w:r>
        <w:t>اس کو ملائے اعلیٰ کا نسخہ سمجھتے ہیں۔ اتنا خوبصورت چھپا ہوا قرآن۔</w:t>
      </w:r>
    </w:p>
    <w:p>
      <w:r>
        <w:rPr>
          <w:b/>
        </w:rPr>
        <w:t xml:space="preserve">[43:59] </w:t>
      </w:r>
      <w:r>
        <w:t>to aaj jo mawaqe hain woh mawaqe chuki log dawat blind ho gaye hain in ko dikhai nahi dete. ladte phirte rehte hain. to ikhwan rasool pehli qurbani yeh denge.</w:t>
      </w:r>
    </w:p>
    <w:p>
      <w:pPr>
        <w:jc w:val="right"/>
      </w:pPr>
      <w:r>
        <w:t>تو آج جو مواقع ہیں وہ مواقع چونکہ لوگ دعویٰ blind ہو گئے ہیں ان کو دکھائی نہیں دیتے۔ لڑتے پھرتے رہتے ہیں۔ تو اخوان رسول پہلی قربانی یہ دیں گے۔</w:t>
      </w:r>
    </w:p>
    <w:p>
      <w:r>
        <w:rPr>
          <w:b/>
        </w:rPr>
        <w:t xml:space="preserve">[44:11] </w:t>
      </w:r>
      <w:r>
        <w:t>ke musibaton ko sahenge. zulm ko nazar andaz karenge. har har nagawar baton par sabr karenge.</w:t>
      </w:r>
    </w:p>
    <w:p>
      <w:pPr>
        <w:jc w:val="right"/>
      </w:pPr>
      <w:r>
        <w:t>کہ مصیبتوں کو سہیں گے۔ ظلم کو نظر انداز کریں گے۔ ہر ہر ناخوشگوار باتوں پر صبر کریں گے۔</w:t>
      </w:r>
    </w:p>
    <w:p>
      <w:r>
        <w:rPr>
          <w:b/>
        </w:rPr>
        <w:t xml:space="preserve">[44:22] </w:t>
      </w:r>
      <w:r>
        <w:t>yani matlab is ko sabr karne ke mani mein is se distract nahi honge.</w:t>
      </w:r>
    </w:p>
    <w:p>
      <w:pPr>
        <w:jc w:val="right"/>
      </w:pPr>
      <w:r>
        <w:t>یعنی مطلب اس کو صبر کرنے کے معنی میں اس سے distract نہیں ہوں گے۔</w:t>
      </w:r>
    </w:p>
    <w:p>
      <w:r>
        <w:rPr>
          <w:b/>
        </w:rPr>
        <w:t xml:space="preserve">[44:26] </w:t>
      </w:r>
      <w:r>
        <w:t>idhar bhagenge nahi idhar. tab woh samjhenge mawaqe ko. tab woh is qabil honge ke dawat ke liye is ko planning karen. dawat ko pahunchayen.</w:t>
      </w:r>
    </w:p>
    <w:p>
      <w:pPr>
        <w:jc w:val="right"/>
      </w:pPr>
      <w:r>
        <w:t>ادھر بھاگیں گے نہیں ادھر۔ تب وہ سمجھیں گے مواقع کو۔ تب وہ اس قابل ہوں گے کہ دعوت کے لیے اس کو planning کریں۔ دعوت کو پہنچائیں۔</w:t>
      </w:r>
    </w:p>
    <w:p>
      <w:r>
        <w:rPr>
          <w:b/>
        </w:rPr>
        <w:t xml:space="preserve">[44:36] </w:t>
      </w:r>
      <w:r>
        <w:t>yeh qurbani jo denge wohi ikhwan rasool qarar payenge. ikhwan rasool koi free ka title nahi hai. yeh qurbaniyon ke zariye hasil kiya hua title hai.</w:t>
      </w:r>
    </w:p>
    <w:p>
      <w:pPr>
        <w:jc w:val="right"/>
      </w:pPr>
      <w:r>
        <w:t>یہ قربانی جو دیں گے وہی اخوان رسول قرار پائیں گے۔ اخوان رسول کوئی free کا ٹائٹل نہیں ہے۔ یہ قربانیوں کے ذریعے حاصل کیا ہوا ٹائٹل ہے۔</w:t>
      </w:r>
    </w:p>
    <w:p>
      <w:r>
        <w:rPr>
          <w:b/>
        </w:rPr>
        <w:t xml:space="preserve">[44:46] </w:t>
      </w:r>
      <w:r>
        <w:t>aur sab se zyada qurbani kya hai? ke musibaton se distract na hote hue</w:t>
      </w:r>
    </w:p>
    <w:p>
      <w:pPr>
        <w:jc w:val="right"/>
      </w:pPr>
      <w:r>
        <w:t>اور سب سے زیادہ قربانی کیا ہے؟ کہ مصیبتوں سے distract نہ ہوتے ہوئے</w:t>
      </w:r>
    </w:p>
    <w:p>
      <w:r>
        <w:rPr>
          <w:b/>
        </w:rPr>
        <w:t xml:space="preserve">[44:55] </w:t>
      </w:r>
      <w:r>
        <w:t>apne ko lagaye rakhna dawati kaam par. wa la tarkanu ila allazeena zalamoo fa taqoo nar rukoo na karna.</w:t>
      </w:r>
    </w:p>
    <w:p>
      <w:pPr>
        <w:jc w:val="right"/>
      </w:pPr>
      <w:r>
        <w:t>اپنے کو لگائے رکھنا دعوتی کام پر۔ وَلَا تَرْكَنُوا إِلَى الَّذِينَ ظَلَمُوا فَتَقُوا مَنْ نَارٍ رکوع نہ کرنا۔</w:t>
      </w:r>
    </w:p>
    <w:p>
      <w:r>
        <w:rPr>
          <w:b/>
        </w:rPr>
        <w:t xml:space="preserve">[45:05] </w:t>
      </w:r>
      <w:r>
        <w:t>rukkoo na karna sab se bari qurbani hai.</w:t>
      </w:r>
    </w:p>
    <w:p>
      <w:pPr>
        <w:jc w:val="right"/>
      </w:pPr>
      <w:r>
        <w:t>رکوع نہ کرنا سب سے بڑی قربانی ہے۔</w:t>
      </w:r>
    </w:p>
    <w:p>
      <w:r>
        <w:rPr>
          <w:b/>
        </w:rPr>
        <w:t xml:space="preserve">[45:11] </w:t>
      </w:r>
      <w:r>
        <w:t>to na to ashab rasool ka lafz koi purasrar lafz hai. aur na ikhwan rasool ka lafz koi myster</w:t>
      </w:r>
    </w:p>
    <w:p>
      <w:pPr>
        <w:jc w:val="right"/>
      </w:pPr>
      <w:r>
        <w:t>تو نہ تو اصحاب رسول کا لفظ کوئی پراسرار لفظ ہے۔ اور نہ اخوان رسول کا لفظ کوئی myster</w:t>
      </w:r>
    </w:p>
    <w:p>
      <w:r>
        <w:rPr>
          <w:b/>
        </w:rPr>
        <w:t xml:space="preserve">[45:19] </w:t>
      </w:r>
      <w:r>
        <w:t>ious lafz hai. dono ek maloom waqiat hain. yani daur riwayat mein ya yun kar li jiye ke saatveen sadi eesvi mein jo mawaqe the un mawaqe ko daryaft kar ke un ko jin logon ne ek team ke roop mein dawat ke liye kaam kiya woh ashab rasool qarar paye.</w:t>
      </w:r>
    </w:p>
    <w:p>
      <w:pPr>
        <w:jc w:val="right"/>
      </w:pPr>
      <w:r>
        <w:t>ious لفظ ہے۔ دونوں ایک معلوم واقعات ہیں۔ یعنی دور روایت میں یا یوں کر لیجیے کہ ساتویں صدی عیسوی میں جو مواقع تھے ان مواقع کو دریافت کر کے ان کو جن لوگوں نے ایک ٹیم کے روپ میں دعوت کے لیے کام کیا وہ اصحاب رسول قرار پائے۔</w:t>
      </w:r>
    </w:p>
    <w:p>
      <w:r>
        <w:rPr>
          <w:b/>
        </w:rPr>
        <w:t xml:space="preserve">[45:43] </w:t>
      </w:r>
      <w:r>
        <w:t>dobara beesveen sadi mein aur ikkeesveen sadi mein jo mawaqe paida hue hain is se bhi barh kar mawaqe paida hue hain.</w:t>
      </w:r>
    </w:p>
    <w:p>
      <w:pPr>
        <w:jc w:val="right"/>
      </w:pPr>
      <w:r>
        <w:t>دوبارہ بیسویں صدی میں اور اکیسویں صدی میں جو مواقع پیدا ہوئے ہیں اس سے بھی بڑھ کر مواقع پیدا ہوئے ہیں۔</w:t>
      </w:r>
    </w:p>
    <w:p>
      <w:r>
        <w:rPr>
          <w:b/>
        </w:rPr>
        <w:t xml:space="preserve">[45:52] </w:t>
      </w:r>
      <w:r>
        <w:t>in ko jo log daryaft karenge aur har qism ki namuwafeq baton ko bardasht karte hue matlab is taraf distract na hote hue jo is ki planning karenge dawat ki woh ikhwan rasool qarar payenge.</w:t>
      </w:r>
    </w:p>
    <w:p>
      <w:pPr>
        <w:jc w:val="right"/>
      </w:pPr>
      <w:r>
        <w:t>ان کو جو لوگ دریافت کریں گے اور ہر قسم کی ناموافق باتوں کو برداشت کرتے ہوئے مطلب اس طرف distract نہ ہوتے ہوئے جو اس کی planning کریں گے دعوت کی وہ اخوان رسول قرار پائیں گے۔</w:t>
      </w:r>
    </w:p>
    <w:p>
      <w:r>
        <w:rPr>
          <w:b/>
        </w:rPr>
        <w:t xml:space="preserve">[46:11] </w:t>
      </w:r>
      <w:r>
        <w:t>to yeh aakhri jo group hai woh yahi hai. anbiya ke zamane mein individual level pe kaam hota raha.</w:t>
      </w:r>
    </w:p>
    <w:p>
      <w:pPr>
        <w:jc w:val="right"/>
      </w:pPr>
      <w:r>
        <w:t>تو یہ آخری جو گروپ ہے وہ یہی ہے۔ انبیاء کے زمانے میں individual level پہ کام ہوتا رہا۔</w:t>
      </w:r>
    </w:p>
    <w:p>
      <w:r>
        <w:rPr>
          <w:b/>
        </w:rPr>
        <w:t xml:space="preserve">[46:22] </w:t>
      </w:r>
      <w:r>
        <w:t>ashab rasool ke zamane mein team level pe kaam hua. ab ab aakhri daur mein ab tareekh ka aakhri daur mein hum hain. ab end of history hai yeh.</w:t>
      </w:r>
    </w:p>
    <w:p>
      <w:pPr>
        <w:jc w:val="right"/>
      </w:pPr>
      <w:r>
        <w:t>اصحاب رسول کے زمانے میں ٹیم level پہ کام ہوا۔ اب اب آخری دور میں اب تاریخ کا آخری دور میں ہم ہیں۔ اب end of history ہے یہ۔</w:t>
      </w:r>
    </w:p>
    <w:p>
      <w:r>
        <w:rPr>
          <w:b/>
        </w:rPr>
        <w:t xml:space="preserve">[46:33] </w:t>
      </w:r>
      <w:r>
        <w:t>to ikhwan rasool jo hain woh team ke level par dawat ka kaam karenge.</w:t>
      </w:r>
    </w:p>
    <w:p>
      <w:pPr>
        <w:jc w:val="right"/>
      </w:pPr>
      <w:r>
        <w:t>تو اخوان رسول جو ہیں وہ ٹیم کے level پر دعوت کا کام کریں گے۔</w:t>
      </w:r>
    </w:p>
    <w:p>
      <w:r>
        <w:rPr>
          <w:b/>
        </w:rPr>
        <w:t xml:space="preserve">[46:39] </w:t>
      </w:r>
      <w:r>
        <w:t>dawat ka kaam kya hai?</w:t>
      </w:r>
    </w:p>
    <w:p>
      <w:pPr>
        <w:jc w:val="right"/>
      </w:pPr>
      <w:r>
        <w:t>دعوت کا کام کیا ہے؟</w:t>
      </w:r>
    </w:p>
    <w:p>
      <w:r>
        <w:rPr>
          <w:b/>
        </w:rPr>
        <w:t xml:space="preserve">[46:41] </w:t>
      </w:r>
      <w:r>
        <w:t>printing, literature ke zariye se, internet ke zariye se. aaj kal to itne tareeqe khule hue hain. pehle misal ke tor par pehle zamane mein book seller kahan hua karte the?</w:t>
      </w:r>
    </w:p>
    <w:p>
      <w:pPr>
        <w:jc w:val="right"/>
      </w:pPr>
      <w:r>
        <w:t>پرنٹنگ، literature کے ذریعے سے، انٹرنیٹ کے ذریعے سے۔ آج کل تو اتنے طریقے کھلے ہوئے ہیں۔ پہلے مثال کے طور پر پہلے زمانے میں بک سیلر کہاں ہوا کرتے تھے؟</w:t>
      </w:r>
    </w:p>
    <w:p>
      <w:r>
        <w:rPr>
          <w:b/>
        </w:rPr>
        <w:t xml:space="preserve">[46:52] </w:t>
      </w:r>
      <w:r>
        <w:t>ab beshumar book seller har jagah hain. pehle zamane mein book seller ka phenomena wajood nahi rakhta tha. kyun? kitaben nahi thi. kitaben nahi thi to book seller bhi nahi the.</w:t>
      </w:r>
    </w:p>
    <w:p>
      <w:pPr>
        <w:jc w:val="right"/>
      </w:pPr>
      <w:r>
        <w:t>اب بے شمار بک سیلر ہر جگہ ہیں۔ پہلے زمانے میں بک سیلر کا phenomena وجود نہیں رکھتا تھا۔ کیوں؟ کتابیں نہیں تھیں۔ کتابیں نہیں تھیں تو بک سیلر بھی نہیں تھے۔</w:t>
      </w:r>
    </w:p>
    <w:p>
      <w:r>
        <w:rPr>
          <w:b/>
        </w:rPr>
        <w:t xml:space="preserve">[47:03] </w:t>
      </w:r>
      <w:r>
        <w:t>aap book seller ko contact kijiye us se kahin kamai kitni rakho. shauq se rakhenge woh kyun? commission milta hai un ko.</w:t>
      </w:r>
    </w:p>
    <w:p>
      <w:pPr>
        <w:jc w:val="right"/>
      </w:pPr>
      <w:r>
        <w:t>آپ بک سیلر کو contact کیجیے اس سے کہیں کمائی کتنی رکھو۔ شوق سے رکھیں گے وہ کیوں؟ کمیشن ملتا ہے ان کو۔</w:t>
      </w:r>
    </w:p>
    <w:p>
      <w:r>
        <w:rPr>
          <w:b/>
        </w:rPr>
        <w:t xml:space="preserve">[47:10] </w:t>
      </w:r>
      <w:r>
        <w:t>ijtemaat hote hain bare bare conference, jalsay, seminar wahan aap book stall rakhiye. ke pehle aisa kabhi nahi hota tha. yani seminar ka phenomena pehle is ka wajood hi nahi tha koi.</w:t>
      </w:r>
    </w:p>
    <w:p>
      <w:pPr>
        <w:jc w:val="right"/>
      </w:pPr>
      <w:r>
        <w:t>اجتماعات ہوتے ہیں بڑے بڑے conference، جلسے، سیمینار وہاں آپ book stall رکھیے۔ کہ پہلے ایسا کبھی نہیں ہوتا تھا۔ یعنی سیمینار کا phenomena پہلے اس کا وجود ہی نہیں تھا کوئی۔</w:t>
      </w:r>
    </w:p>
    <w:p>
      <w:r>
        <w:rPr>
          <w:b/>
        </w:rPr>
        <w:t xml:space="preserve">[47:22] </w:t>
      </w:r>
      <w:r>
        <w:t>ab to rozana subah shaam ho rahe hain. wahan book stall rakhiye. wahan log len ge. yani khareedne ka shoq logon ko hai. khareed kar parhna chahte hain log.</w:t>
      </w:r>
    </w:p>
    <w:p>
      <w:pPr>
        <w:jc w:val="right"/>
      </w:pPr>
      <w:r>
        <w:t>اب تو روزانہ صبح شام ہو رہے ہیں۔ وہاں book stall رکھیے۔ وہاں لوگ لیں گے۔ یعنی خریدنے کا ذوق لوگوں کو ہے۔ خرید کر پڑھنا چاہتے ہیں لوگ۔</w:t>
      </w:r>
    </w:p>
    <w:p>
      <w:r>
        <w:rPr>
          <w:b/>
        </w:rPr>
        <w:t xml:space="preserve">[47:31] </w:t>
      </w:r>
      <w:r>
        <w:t>wahan aap jaiye. library pehle library kahan hoti thi? pehle badshah ke maal mein library hoti</w:t>
      </w:r>
    </w:p>
    <w:p>
      <w:pPr>
        <w:jc w:val="right"/>
      </w:pPr>
      <w:r>
        <w:t>وہاں آپ جائیے۔ لائبریری پہلے لائبریری کہاں ہوتی تھی؟ پہلے بادشاہ کے مال میں لائبریری ہوتی</w:t>
      </w:r>
    </w:p>
    <w:p>
      <w:r>
        <w:rPr>
          <w:b/>
        </w:rPr>
        <w:t xml:space="preserve">[47:38] </w:t>
      </w:r>
      <w:r>
        <w:t>thi. ab to beshumar libraries har school mein, har college mein, har university mein, har madrasay mein, har masjid mein library. wahan aap kitabein pohnchaiye. un se kahiye ke is ko rakho apne haan.</w:t>
      </w:r>
    </w:p>
    <w:p>
      <w:pPr>
        <w:jc w:val="right"/>
      </w:pPr>
      <w:r>
        <w:t>تھی۔ اب تو بے شمار لائبریریاں ہر اسکول میں، ہر کالج میں، ہر یونیورسٹی میں، ہر مدرسے میں، ہر مسجد میں لائبریری۔ وہاں آپ کتابیں پہنچائیے۔ ان سے کہیے کہ اس کو رکھو اپنے ہاں۔</w:t>
      </w:r>
    </w:p>
    <w:p>
      <w:r>
        <w:rPr>
          <w:b/>
        </w:rPr>
        <w:t xml:space="preserve">[47:51] </w:t>
      </w:r>
      <w:r>
        <w:t>ab safar nahi hota tha pehle. pehle safar kahan hota tha? ab safar hota hai rozana. million billion log idhar se udhar udhar udhar jaate rehte hain.</w:t>
      </w:r>
    </w:p>
    <w:p>
      <w:pPr>
        <w:jc w:val="right"/>
      </w:pPr>
      <w:r>
        <w:t>اب سفر نہیں ہوتا تھا پہلے۔ پہلے سفر کہاں ہوتا تھا؟ اب سفر ہوتا ہے روزانہ۔ ملین بلین لوگ ادھر سے ادھر ادھر ادھر جاتے رہتے ہیں۔</w:t>
      </w:r>
    </w:p>
    <w:p>
      <w:r>
        <w:rPr>
          <w:b/>
        </w:rPr>
        <w:t xml:space="preserve">[48:00] </w:t>
      </w:r>
      <w:r>
        <w:t>ab safar ke douran aap ko mulaqat hoti hai. yani</w:t>
      </w:r>
    </w:p>
    <w:p>
      <w:pPr>
        <w:jc w:val="right"/>
      </w:pPr>
      <w:r>
        <w:t>اب سفر کے دوران آپ کو ملاقات ہوتی ہے۔ یعنی</w:t>
      </w:r>
    </w:p>
    <w:p>
      <w:r>
        <w:rPr>
          <w:b/>
        </w:rPr>
        <w:t xml:space="preserve">[48:05] </w:t>
      </w:r>
      <w:r>
        <w:t>is mein buson mein, hawai jahazon mein mukhtalif tareeqay se jo safar karte hain aap un ko aap literature dijiye islam ka literature.</w:t>
      </w:r>
    </w:p>
    <w:p>
      <w:pPr>
        <w:jc w:val="right"/>
      </w:pPr>
      <w:r>
        <w:t>اس میں بسوں میں، ہوائی جہازوں میں مختلف طریقے سے جو سفر کرتے ہیں آپ ان کو آپ literature دیجیے اسلام کا literature۔</w:t>
      </w:r>
    </w:p>
    <w:p>
      <w:r>
        <w:rPr>
          <w:b/>
        </w:rPr>
        <w:t xml:space="preserve">[48:15] </w:t>
      </w:r>
      <w:r>
        <w:t>is se baatein kijiye.</w:t>
      </w:r>
    </w:p>
    <w:p>
      <w:pPr>
        <w:jc w:val="right"/>
      </w:pPr>
      <w:r>
        <w:t>اس سے باتیں کیجیے۔</w:t>
      </w:r>
    </w:p>
    <w:p>
      <w:r>
        <w:rPr>
          <w:b/>
        </w:rPr>
        <w:t xml:space="preserve">[48:21] </w:t>
      </w:r>
      <w:r>
        <w:t>to aaj mumkin ho gaya hai ke har ghar mein har insaan tak dawat ko pohanchaya jaye. lekin log be khabar hain.</w:t>
      </w:r>
    </w:p>
    <w:p>
      <w:pPr>
        <w:jc w:val="right"/>
      </w:pPr>
      <w:r>
        <w:t>تو آج ممکن ہو گیا ہے کہ ہر گھر میں ہر انسان تک دعوت کو پہنچایا جائے۔ لیکن لوگ بے خبر ہیں۔</w:t>
      </w:r>
    </w:p>
    <w:p>
      <w:r>
        <w:rPr>
          <w:b/>
        </w:rPr>
        <w:t xml:space="preserve">[48:30] </w:t>
      </w:r>
      <w:r>
        <w:t>log dawa blind ban chuke hain. dawa blind.</w:t>
      </w:r>
    </w:p>
    <w:p>
      <w:pPr>
        <w:jc w:val="right"/>
      </w:pPr>
      <w:r>
        <w:t>لوگ دعویٰ blind بن چکے ہیں۔ دعویٰ blind۔</w:t>
      </w:r>
    </w:p>
    <w:p>
      <w:r>
        <w:rPr>
          <w:b/>
        </w:rPr>
        <w:t xml:space="preserve">[48:37] </w:t>
      </w:r>
      <w:r>
        <w:t>unhein pata hi nahi ke dawat ke mawaqe jo hain bator explosion ke hain. yani yeh mawaqe dawat ka explosion hai.</w:t>
      </w:r>
    </w:p>
    <w:p>
      <w:pPr>
        <w:jc w:val="right"/>
      </w:pPr>
      <w:r>
        <w:t>انہیں پتہ ہی نہیں کہ دعوت کے مواقع جو ہیں بطور explosion کے ہیں۔ یعنی یہ مواقع دعوت کا explosion ہے۔</w:t>
      </w:r>
    </w:p>
    <w:p>
      <w:r>
        <w:rPr>
          <w:b/>
        </w:rPr>
        <w:t xml:space="preserve">[48:48] </w:t>
      </w:r>
      <w:r>
        <w:t>jo kabhi nahi tha is se pehle. kabhi bhi nahi tha, kabhi bhi nahi tha, kabhi bhi nahi tha. lekin hum be khabar hain is se. ladne phadne wale ke liye. madu se nafrat karte hain, madu se ladte hain.</w:t>
      </w:r>
    </w:p>
    <w:p>
      <w:pPr>
        <w:jc w:val="right"/>
      </w:pPr>
      <w:r>
        <w:t>جو کبھی نہیں تھا اس سے پہلے۔ کبھی بھی نہیں تھا، کبھی بھی نہیں تھا، کبھی بھی نہیں تھا۔ لیکن ہم بے خبر ہیں اس سے۔ لڑنے پھڑنے والے کے لیے۔ مدعو سے نفرت کرتے ہیں، مدعو سے لڑتے ہیں۔</w:t>
      </w:r>
    </w:p>
    <w:p>
      <w:r>
        <w:rPr>
          <w:b/>
        </w:rPr>
        <w:t xml:space="preserve">[49:00] </w:t>
      </w:r>
      <w:r>
        <w:t>yahan tak ke suicide bab bhi nahi karte hain.</w:t>
      </w:r>
    </w:p>
    <w:p>
      <w:pPr>
        <w:jc w:val="right"/>
      </w:pPr>
      <w:r>
        <w:t>یہاں تک کہ suicide باب بھی نہیں کرتے ہیں۔</w:t>
      </w:r>
    </w:p>
    <w:p>
      <w:r>
        <w:rPr>
          <w:b/>
        </w:rPr>
        <w:t xml:space="preserve">[49:03] </w:t>
      </w:r>
      <w:r>
        <w:t>to ikhwan e rasool ka kaam pehla kya hai? mawaqe ko discover karna. mawaqe ko daryaft karna.</w:t>
      </w:r>
    </w:p>
    <w:p>
      <w:pPr>
        <w:jc w:val="right"/>
      </w:pPr>
      <w:r>
        <w:t>تو اخوان رسول کا کام پہلا کیا ہے؟ مواقع کو discover کرنا۔ مواقع کو دریافت کرنا۔</w:t>
      </w:r>
    </w:p>
    <w:p>
      <w:r>
        <w:rPr>
          <w:b/>
        </w:rPr>
        <w:t xml:space="preserve">[49:14] </w:t>
      </w:r>
      <w:r>
        <w:t>phir doosra kaam kya hai? sari dunyavi shikayaton ko sabr karna. dunyavi nuqsanat, dunyavi shikayatein.</w:t>
      </w:r>
    </w:p>
    <w:p>
      <w:pPr>
        <w:jc w:val="right"/>
      </w:pPr>
      <w:r>
        <w:t>پھر دوسرا کام کیا ہے؟ ساری دنیاوی شکایتوں کو صبر کرنا۔ دنیاوی نقصانات، دنیاوی شکایتیں۔</w:t>
      </w:r>
    </w:p>
    <w:p>
      <w:r>
        <w:rPr>
          <w:b/>
        </w:rPr>
        <w:t xml:space="preserve">[49:23] </w:t>
      </w:r>
      <w:r>
        <w:t>har cheez pe sabr karna, sabr karna, sabr karna. kyun</w:t>
      </w:r>
    </w:p>
    <w:p>
      <w:pPr>
        <w:jc w:val="right"/>
      </w:pPr>
      <w:r>
        <w:t>ہر چیز پہ صبر کرنا، صبر کرنا، صبر کرنا۔ کیوں</w:t>
      </w:r>
    </w:p>
    <w:p>
      <w:r>
        <w:rPr>
          <w:b/>
        </w:rPr>
        <w:t xml:space="preserve">[49:27] </w:t>
      </w:r>
      <w:r>
        <w:t>? sabr ka matlab hai apne ko distraction se bachana. jab tak aap distraction se bachayen ge nahi is waqt aap kar nahi sakte dawat ka kaam.</w:t>
      </w:r>
    </w:p>
    <w:p>
      <w:pPr>
        <w:jc w:val="right"/>
      </w:pPr>
      <w:r>
        <w:t>؟ صبر کا مطلب ہے اپنے کو distraction سے بچانا۔ جب تک آپ distraction سے بچائیں گے نہیں اس وقت آپ کر نہیں سکتے دعوت کا کام۔</w:t>
      </w:r>
    </w:p>
    <w:p>
      <w:r>
        <w:rPr>
          <w:b/>
        </w:rPr>
        <w:t xml:space="preserve">[49:40] </w:t>
      </w:r>
      <w:r>
        <w:t>is ke baad aaj ke aaj ke jo imkanat hain. aaj ke opportunities hain un ko planning ke zariye se mansooba band andaaz mein istemal karna dawat ke liye.</w:t>
      </w:r>
    </w:p>
    <w:p>
      <w:pPr>
        <w:jc w:val="right"/>
      </w:pPr>
      <w:r>
        <w:t>اس کے بعد آج کے آج کے جو امکانات ہیں۔ آج کے opportunities ہیں ان کو planning کے ذریعے سے منصوبہ بند انداز میں استعمال کرنا دعوت کے لیے۔</w:t>
      </w:r>
    </w:p>
    <w:p>
      <w:r>
        <w:rPr>
          <w:b/>
        </w:rPr>
        <w:t xml:space="preserve">[49:52] </w:t>
      </w:r>
      <w:r>
        <w:t>aur is ke liye zaroori hai ke aap insaan ke khair khwah banen.</w:t>
      </w:r>
    </w:p>
    <w:p>
      <w:pPr>
        <w:jc w:val="right"/>
      </w:pPr>
      <w:r>
        <w:t>اور اس کے لیے ضروری ہے کہ آپ انسان کے خیر خواہ بنیں۔</w:t>
      </w:r>
    </w:p>
    <w:p>
      <w:r>
        <w:rPr>
          <w:b/>
        </w:rPr>
        <w:t xml:space="preserve">[49:56] </w:t>
      </w:r>
      <w:r>
        <w:t>aaj kal ke musalmanon ka haal kya hai? nafrat karte hain. sab se nafrat. yahoodi se nafrat. hindu se nafrat. america se nafrat.</w:t>
      </w:r>
    </w:p>
    <w:p>
      <w:pPr>
        <w:jc w:val="right"/>
      </w:pPr>
      <w:r>
        <w:t>آج کل کے مسلمانوں کا حال کیا ہے؟ نفرت کرتے ہیں۔ سب سے نفرت۔ یہودی سے نفرت۔ ہندو سے نفرت۔ امریکہ سے نفرت۔</w:t>
      </w:r>
    </w:p>
    <w:p>
      <w:r>
        <w:rPr>
          <w:b/>
        </w:rPr>
        <w:t xml:space="preserve">[50:05] </w:t>
      </w:r>
      <w:r>
        <w:t>angrez se nafrat. jis se dekhen us se nafrat. to ikhwan e rasool woh log banen ge jo nafrat ko kharch kar ke apne dil se nikal dein.</w:t>
      </w:r>
    </w:p>
    <w:p>
      <w:pPr>
        <w:jc w:val="right"/>
      </w:pPr>
      <w:r>
        <w:t>انگریز سے نفرت۔ جس سے دیکھیں اس سے نفرت۔ تو اخوان رسول وہ لوگ بنیں گے جو نفرت کو خرچ کر کے اپنے دل سے نکال دیں۔</w:t>
      </w:r>
    </w:p>
    <w:p>
      <w:r>
        <w:rPr>
          <w:b/>
        </w:rPr>
        <w:t xml:space="preserve">[50:18] </w:t>
      </w:r>
      <w:r>
        <w:t>yeh Hazrat Umar (R.A) ne kaha tha ke ashaab e rasool ke baray mein. jo chahta hai ke is ka hissa bane is group ka to woh shart poora kare.</w:t>
      </w:r>
    </w:p>
    <w:p>
      <w:pPr>
        <w:jc w:val="right"/>
      </w:pPr>
      <w:r>
        <w:t>یہ حضرت عمر رضی اللہ عنہ نے کہا تھا کہ اصحاب رسول کے بارے میں۔ كَمَنْ سَرَّهُ أَنْ يَكُونُ مِثْلَ هٰذِهِ الْأُمَّةِ فَلْيُؤْتِ شَرْطَ اللَّهِ فِيهَا جو چاہتا ہے کہ اس کا حصہ بنے اس گروپ کا تو وہ شرط پورا کرے۔</w:t>
      </w:r>
    </w:p>
    <w:p>
      <w:r>
        <w:rPr>
          <w:b/>
        </w:rPr>
        <w:t xml:space="preserve">[50:35] </w:t>
      </w:r>
      <w:r>
        <w:t>Condition. to condition kya hai? yahi to condition hai. Condition koi purasrar cheez nahi hai. koi myster</w:t>
      </w:r>
    </w:p>
    <w:p>
      <w:pPr>
        <w:jc w:val="right"/>
      </w:pPr>
      <w:r>
        <w:t>Condition۔ تو condition کیا ہے؟ یہی تو condition ہے۔ Condition کوئی پراسرار چیز نہیں ہے۔ کوئی myster</w:t>
      </w:r>
    </w:p>
    <w:p>
      <w:r>
        <w:rPr>
          <w:b/>
        </w:rPr>
        <w:t xml:space="preserve">[50:43] </w:t>
      </w:r>
      <w:r>
        <w:t>ious nahi hai. yeh condition hai ek ke nafrat ko phir nikalo andar se. taake khair khwahi paida ho. madu friendly behavior paida ho.</w:t>
      </w:r>
    </w:p>
    <w:p>
      <w:pPr>
        <w:jc w:val="right"/>
      </w:pPr>
      <w:r>
        <w:t>ious نہیں ہے۔ یہ condition ہے ایک کہ نفرت کو پھر نکالو اندر سے۔ تاکہ خیر خواہی پیدا ہو۔ مدعو friendly behavior پیدا ہو۔</w:t>
      </w:r>
    </w:p>
    <w:p>
      <w:r>
        <w:rPr>
          <w:b/>
        </w:rPr>
        <w:t xml:space="preserve">[50:52] </w:t>
      </w:r>
      <w:r>
        <w:t>yahi yahi shartein hain. shartein koi koi mysterious nahi hain.</w:t>
      </w:r>
    </w:p>
    <w:p>
      <w:pPr>
        <w:jc w:val="right"/>
      </w:pPr>
      <w:r>
        <w:t>یہی یہی شرطیں ہیں۔ شرطیں کوئی کوئی mysterious نہیں ہیں۔</w:t>
      </w:r>
    </w:p>
    <w:p>
      <w:r>
        <w:rPr>
          <w:b/>
        </w:rPr>
        <w:t xml:space="preserve">[51:02] </w:t>
      </w:r>
      <w:r>
        <w:t>madعو se nafrat ko haram samajh kar nikaal do apne andar se. shikayaton ko haram samajh kar chhod do. ladaai jhagde ko haram samajh kar is se door ho jao.</w:t>
      </w:r>
    </w:p>
    <w:p>
      <w:pPr>
        <w:jc w:val="right"/>
      </w:pPr>
      <w:r>
        <w:t>مدعو سے نفرت کو حرام سمجھ کر نکال دو اپنے اندر سے۔ شکایتوں کو حرام سمجھ کر چھوڑ دو۔ لڑائی جھگڑے کو حرام سمجھ کر اس سے دور ہو جاؤ۔</w:t>
      </w:r>
    </w:p>
    <w:p>
      <w:r>
        <w:rPr>
          <w:b/>
        </w:rPr>
        <w:t xml:space="preserve">[51:16] </w:t>
      </w:r>
      <w:r>
        <w:t>tab ja kar mumkin ho ga yaani woh zehan banega woh prepared mind banega jo mawaqe ko daryaft karega. jab aap daryaft karenge tab aap planning karenge.</w:t>
      </w:r>
    </w:p>
    <w:p>
      <w:pPr>
        <w:jc w:val="right"/>
      </w:pPr>
      <w:r>
        <w:t>تب جا کر ممکن ہو گا یعنی وہ ذہن بنے گا وہ prepared mind بنے گا جو مواقع کو دریافت کرے۔ جب آپ دریافت کریں گے تب آپ planning کریں گے۔</w:t>
      </w:r>
    </w:p>
    <w:p>
      <w:r>
        <w:rPr>
          <w:b/>
        </w:rPr>
        <w:t xml:space="preserve">[51:25] </w:t>
      </w:r>
      <w:r>
        <w:t>jab planning karenge tab sab logon tak dawat pahunchegi.</w:t>
      </w:r>
    </w:p>
    <w:p>
      <w:pPr>
        <w:jc w:val="right"/>
      </w:pPr>
      <w:r>
        <w:t>جب planning کریں گے تب سب لوگوں تک دعوت پہنچے گی۔</w:t>
      </w:r>
    </w:p>
    <w:p>
      <w:r>
        <w:rPr>
          <w:b/>
        </w:rPr>
        <w:t xml:space="preserve">[51:32] </w:t>
      </w:r>
      <w:r>
        <w:t>to yeh hai yaani hamare ilaqe mein jahan mein yahan ka mahrana up ka to mujhe ek qissa yaad aata hai.</w:t>
      </w:r>
    </w:p>
    <w:p>
      <w:pPr>
        <w:jc w:val="right"/>
      </w:pPr>
      <w:r>
        <w:t>تو یہ ہے یعنی ہمارے علاقے میں جہاں میں یہاں کا مہرانہ یو پی کا تو مجھے ایک قصہ یاد آتا ہے۔</w:t>
      </w:r>
    </w:p>
    <w:p>
      <w:r>
        <w:rPr>
          <w:b/>
        </w:rPr>
        <w:t xml:space="preserve">[51:41] </w:t>
      </w:r>
      <w:r>
        <w:t>yeh british daur ki baat hai. jab itna paisa nahi hua karta tab to bahut paisa logon ke paas. to ek saahab the jo padhe likhe to nahi the koi zyada aise urdu jaante the kuch.</w:t>
      </w:r>
    </w:p>
    <w:p>
      <w:pPr>
        <w:jc w:val="right"/>
      </w:pPr>
      <w:r>
        <w:t>یہ برٹش دور کی بات ہے۔ جب اتنا پیسہ نہیں ہوا کرتا تب تو بہت پیسہ لوگوں کے پاس۔ تو ایک صاحب تھے جو پڑھے لکھے تو نہیں تھے کوئی زیادہ ایسے اردو جانتے تھے کچھ۔</w:t>
      </w:r>
    </w:p>
    <w:p>
      <w:r>
        <w:rPr>
          <w:b/>
        </w:rPr>
        <w:t xml:space="preserve">[51:55] </w:t>
      </w:r>
      <w:r>
        <w:t>lekin taqreer karne ke baadshah the woh. khoob mote taaze the woh taqreer karte the.</w:t>
      </w:r>
    </w:p>
    <w:p>
      <w:pPr>
        <w:jc w:val="right"/>
      </w:pPr>
      <w:r>
        <w:t>لیکن تقریر کرنے کے بادشاہ تھے وہ۔ خوب موٹے تازے تھے وہ تقریر کرتے تھے۔</w:t>
      </w:r>
    </w:p>
    <w:p>
      <w:r>
        <w:rPr>
          <w:b/>
        </w:rPr>
        <w:t xml:space="preserve">[52:03] </w:t>
      </w:r>
      <w:r>
        <w:t>to woh theka lete the masjidon ka. ke mujhe theka do. pachaas feesad raqam meri, pachaas feesad raqam tumhari. ab jaate the woh bastiyon mein aur taqreer karte the.</w:t>
      </w:r>
    </w:p>
    <w:p>
      <w:pPr>
        <w:jc w:val="right"/>
      </w:pPr>
      <w:r>
        <w:t>تو وہ ٹھیکہ لیتے تھے مسجدوں کا۔ کہ مجھے ٹھیکہ دو۔ پچاس فیصد رقم میری، پچاس فیصد رقم تمہاری۔ اب جاتے تھے وہ بستیوں میں اور تقریر کرتے تھے۔</w:t>
      </w:r>
    </w:p>
    <w:p>
      <w:r>
        <w:rPr>
          <w:b/>
        </w:rPr>
        <w:t xml:space="preserve">[52:15] </w:t>
      </w:r>
      <w:r>
        <w:t>to sunate the hadeesein ke masjid ki banai mein itni fazeelat hai. masjid banao aur jannat mein jao. masjid banao aur jannat mein jao.</w:t>
      </w:r>
    </w:p>
    <w:p>
      <w:pPr>
        <w:jc w:val="right"/>
      </w:pPr>
      <w:r>
        <w:t>تو سناتے تھے حدیثیں کہ مسجد کی بنائی میں اتنی فضیلت ہے۔ مسجد بناؤ اور جنت میں جاؤ۔ مسجد بناؤ اور جنت میں جاؤ۔</w:t>
      </w:r>
    </w:p>
    <w:p>
      <w:r>
        <w:rPr>
          <w:b/>
        </w:rPr>
        <w:t xml:space="preserve">[52:25] </w:t>
      </w:r>
      <w:r>
        <w:t>to kehte the woh kood jhama jam jannat mein. masjid banwa kar ke jannat mein</w:t>
      </w:r>
    </w:p>
    <w:p>
      <w:pPr>
        <w:jc w:val="right"/>
      </w:pPr>
      <w:r>
        <w:t>تو کہتے تھے وہ کود جھما جم جنت میں۔ مسجد بنوا کر کے جنت میں</w:t>
      </w:r>
    </w:p>
    <w:p>
      <w:r>
        <w:rPr>
          <w:b/>
        </w:rPr>
        <w:t xml:space="preserve">[52:32] </w:t>
      </w:r>
      <w:r>
        <w:t>jao. to kehte the kood jhama jam jannat mein. to log itne josh mein aa jaate the ke apni jeeb ke paise nikaal ke de dete the. to woh to ek shayari thi, ek khatabat thi.</w:t>
      </w:r>
    </w:p>
    <w:p>
      <w:pPr>
        <w:jc w:val="right"/>
      </w:pPr>
      <w:r>
        <w:t>جاؤ۔ تو کہتے تھے کود جھما جم جنت میں۔ تو لوگ اتنے جوش میں آ جاتے تھے کہ اپنی جیب کے پیسے نکال کے دے دیتے تھے۔ تو وہ تو ایک شاعری تھی، ایک خطابت تھی۔</w:t>
      </w:r>
    </w:p>
    <w:p>
      <w:r>
        <w:rPr>
          <w:b/>
        </w:rPr>
        <w:t xml:space="preserve">[52:42] </w:t>
      </w:r>
      <w:r>
        <w:t>aaj mein sachhi baat yeh hai ke yeh hai kood jhama jam jannat mein.</w:t>
      </w:r>
    </w:p>
    <w:p>
      <w:pPr>
        <w:jc w:val="right"/>
      </w:pPr>
      <w:r>
        <w:t>آج میں سچی بات یہ ہے کہ یہ ہے کود جھما جم جنت میں۔</w:t>
      </w:r>
    </w:p>
    <w:p>
      <w:r>
        <w:rPr>
          <w:b/>
        </w:rPr>
        <w:t xml:space="preserve">[52:48] </w:t>
      </w:r>
      <w:r>
        <w:t>kood jhama jam jannat mein yeh hai ke nafraton ko nikalo. shikayaton ko mitao. jang o jadal ko khatm karo. madعو ko madعو samjho.</w:t>
      </w:r>
    </w:p>
    <w:p>
      <w:pPr>
        <w:jc w:val="right"/>
      </w:pPr>
      <w:r>
        <w:t>کود جھما جم جنت میں یہ ہے کہ نفرتوں کو نکالو۔ شکایتوں کو مٹاؤ۔ جنگ و جدل کو ختم کرو۔ مدعو کو مدعو سمجھو۔</w:t>
      </w:r>
    </w:p>
    <w:p>
      <w:r>
        <w:rPr>
          <w:b/>
        </w:rPr>
        <w:t xml:space="preserve">[52:58] </w:t>
      </w:r>
      <w:r>
        <w:t>madعو ko dushman mat samjho. aur phir jo mawaqe paida hue hain un ko discover karo. un ko avail karo, un ko istemaal karo.</w:t>
      </w:r>
    </w:p>
    <w:p>
      <w:pPr>
        <w:jc w:val="right"/>
      </w:pPr>
      <w:r>
        <w:t>مدعو کو دشمن مت سمجھو۔ اور پھر جو مواقع پیدا ہوئے ہیں ان کو discover کرو۔ ان کو avail کرو، ان کو استعمال کرو۔</w:t>
      </w:r>
    </w:p>
    <w:p>
      <w:r>
        <w:rPr>
          <w:b/>
        </w:rPr>
        <w:t xml:space="preserve">[53:09] </w:t>
      </w:r>
      <w:r>
        <w:t>saari modern technology, modern opportunities ko avail karo dawat ke liye. yeh hai kood jhama jam jannat mein.</w:t>
      </w:r>
    </w:p>
    <w:p>
      <w:pPr>
        <w:jc w:val="right"/>
      </w:pPr>
      <w:r>
        <w:t>ساری modern ٹیکنالوجی، modern opportunities کو avail کرو دعوت کے لیے۔ یہ ہے کود جھما جم جنت میں۔</w:t>
      </w:r>
    </w:p>
    <w:p>
      <w:r>
        <w:rPr>
          <w:b/>
        </w:rPr>
        <w:t xml:space="preserve">[53:19] </w:t>
      </w:r>
      <w:r>
        <w:t>dekhiye ab aakhri waqt aa gaya hai. ab bhi jis ne jannat ka ka yaani ticket haasil nahi kiya to ab to qayamat aane wali hai.</w:t>
      </w:r>
    </w:p>
    <w:p>
      <w:pPr>
        <w:jc w:val="right"/>
      </w:pPr>
      <w:r>
        <w:t>دیکھیے اب آخری وقت آگیا ہے۔ اب بھی جس نے جنت کا کا یعنی ٹکٹ حاصل نہیں کیا تو اب تو قیامت آنے والی ہے۔</w:t>
      </w:r>
    </w:p>
    <w:p>
      <w:r>
        <w:rPr>
          <w:b/>
        </w:rPr>
        <w:t xml:space="preserve">[53:29] </w:t>
      </w:r>
      <w:r>
        <w:t>qayamat mein thode ticket taqseem hoga yeh aakhri mauqa hai jab ke Allah taala ki taraf se jannat ka ticket logon ko diya ja sakta hai.</w:t>
      </w:r>
    </w:p>
    <w:p>
      <w:pPr>
        <w:jc w:val="right"/>
      </w:pPr>
      <w:r>
        <w:t>قیامت میں تھوڑے ٹکٹ تقسیم ہوگا۔ یہ آخری موقع ہے جب کہ اللہ تعالیٰ کی طرف سے جنت کا ٹکٹ لوگوں کو دیا جا سکتا ہے۔</w:t>
      </w:r>
    </w:p>
    <w:p>
      <w:r>
        <w:rPr>
          <w:b/>
        </w:rPr>
        <w:t xml:space="preserve">[53:38] </w:t>
      </w:r>
      <w:r>
        <w:t>woh hai daawti kaam karna.</w:t>
      </w:r>
    </w:p>
    <w:p>
      <w:pPr>
        <w:jc w:val="right"/>
      </w:pPr>
      <w:r>
        <w:t>وہ ہے دعوتی کام کرنا۔</w:t>
      </w:r>
    </w:p>
    <w:p>
      <w:r>
        <w:rPr>
          <w:b/>
        </w:rPr>
        <w:t xml:space="preserve">[53:43] </w:t>
      </w:r>
      <w:r>
        <w:t>to ikhwaan rasool jo hai woh koi saada baat nahi hai. woh ek maloom tareekhi waqea hai. koi mystery nahi hai, koi israariyet is ke andar nahi hai.</w:t>
      </w:r>
    </w:p>
    <w:p>
      <w:pPr>
        <w:jc w:val="right"/>
      </w:pPr>
      <w:r>
        <w:t>تو اخوان رسول جو ہے وہ کوئی سادہ بات نہیں ہے۔ وہ ایک معلوم تاریخی واقعہ ہے۔ کوئی mystery نہیں ہے، کوئی پراسراریت اس کے اندر نہیں ہے۔</w:t>
      </w:r>
    </w:p>
    <w:p>
      <w:r>
        <w:rPr>
          <w:b/>
        </w:rPr>
        <w:t xml:space="preserve">[53:57] </w:t>
      </w:r>
      <w:r>
        <w:t>koi makhfi baat is ke andar nahi hai.</w:t>
      </w:r>
    </w:p>
    <w:p>
      <w:pPr>
        <w:jc w:val="right"/>
      </w:pPr>
      <w:r>
        <w:t>کوئی مخفی بات اس کے اندر نہیں ہے۔</w:t>
      </w:r>
    </w:p>
    <w:p>
      <w:r>
        <w:rPr>
          <w:b/>
        </w:rPr>
        <w:t xml:space="preserve">[54:03] </w:t>
      </w:r>
      <w:r>
        <w:t>to dekhiye wahi yahan bhi dohraya jayega. ke fard jo hai is se kaam ka aaghaz hoga. fard ideology dega.</w:t>
      </w:r>
    </w:p>
    <w:p>
      <w:pPr>
        <w:jc w:val="right"/>
      </w:pPr>
      <w:r>
        <w:t>تو دیکھیے وہی یہاں بھی دہرایا جائے گا۔ کہ فرد جو ہے اس سے کام کا آغاز ہوگا۔ فرد ideology دے گا۔</w:t>
      </w:r>
    </w:p>
    <w:p>
      <w:r>
        <w:rPr>
          <w:b/>
        </w:rPr>
        <w:t xml:space="preserve">[54:13] </w:t>
      </w:r>
      <w:r>
        <w:t>fard aap ko ideology dega. fard aap ko shaoor dega. yahan se aaghaz hoga. phir team banegi. mein samajhta hoon ke hamara mission jo hai CPS ka mission is mein yeh ho chuka hai.</w:t>
      </w:r>
    </w:p>
    <w:p>
      <w:pPr>
        <w:jc w:val="right"/>
      </w:pPr>
      <w:r>
        <w:t>فرد آپ کو ideology دے گا۔ فرد آپ کو شعور دے گا۔ یہاں سے آغاز ہوگا۔ پھر ٹیم بنے گی۔ میں سمجھتا ہوں کہ ہمارا mission جو ہے سی پی ایس کا mission اس میں یہ ہو چکا ہے۔</w:t>
      </w:r>
    </w:p>
    <w:p>
      <w:r>
        <w:rPr>
          <w:b/>
        </w:rPr>
        <w:t xml:space="preserve">[54:28] </w:t>
      </w:r>
      <w:r>
        <w:t>fard ke zariye se ek dawat ki ideology paida hui. fard zariye se ek literature paida hua. fard zariye se dawat ka tasawwur paida hua.</w:t>
      </w:r>
    </w:p>
    <w:p>
      <w:pPr>
        <w:jc w:val="right"/>
      </w:pPr>
      <w:r>
        <w:t>فرد کے ذریعے سے ایک دعوت کی ideology پیدا ہوئی۔ فرد ذریعے سے ایک literature پیدا ہوا۔ فرد ذریعے سے دعوت کا تصور پیدا ہوا۔</w:t>
      </w:r>
    </w:p>
    <w:p>
      <w:r>
        <w:rPr>
          <w:b/>
        </w:rPr>
        <w:t xml:space="preserve">[54:37] </w:t>
      </w:r>
      <w:r>
        <w:t>aur dheere dheere ek team bhi ban gayi. aaj Khuda ke fazl se CPS mein ek mazboot team maujood hai. to fard se juda hua hai team number one.</w:t>
      </w:r>
    </w:p>
    <w:p>
      <w:pPr>
        <w:jc w:val="right"/>
      </w:pPr>
      <w:r>
        <w:t>اور دھیرے دھیرے ایک ٹیم بھی بن گئی۔ آج خدا کے فضل سے سی پی ایس میں ایک مضبوط ٹیم موجود ہے۔ تو فرد سے جڑا ہوا ہے ٹیم نمبر ون۔</w:t>
      </w:r>
    </w:p>
    <w:p>
      <w:r>
        <w:rPr>
          <w:b/>
        </w:rPr>
        <w:t xml:space="preserve">[54:49] </w:t>
      </w:r>
      <w:r>
        <w:t>isi se juda hua hai number number t</w:t>
      </w:r>
    </w:p>
    <w:p>
      <w:pPr>
        <w:jc w:val="right"/>
      </w:pPr>
      <w:r>
        <w:t>اسی سے جڑا ہوا ہے نمبر نمبر ٹ</w:t>
      </w:r>
    </w:p>
    <w:p>
      <w:r>
        <w:rPr>
          <w:b/>
        </w:rPr>
        <w:t xml:space="preserve">[54:52] </w:t>
      </w:r>
      <w:r>
        <w:t>wo. team one fard ke zamane mein paida ho jati hai. phir team two is ke saath saath paida hona shuru ho jati hai. to mein samajhta hoon ke fard ka kaam bhi ho chuka aur team one bhi wajood mein aa chuki.</w:t>
      </w:r>
    </w:p>
    <w:p>
      <w:pPr>
        <w:jc w:val="right"/>
      </w:pPr>
      <w:r>
        <w:t>و۔ ٹیم ون فرد کے زمانے میں پیدا ہو جاتی ہے۔ پھر ٹیم ٹو اس کے ساتھ ساتھ پیدا ہونا شروع ہو جاتی ہے۔ تو میں سمجھتا ہوں کہ فرد کا کام بھی ہو چکا اور ٹیم ون بھی وجود میں آ چکی۔</w:t>
      </w:r>
    </w:p>
    <w:p>
      <w:r>
        <w:rPr>
          <w:b/>
        </w:rPr>
        <w:t xml:space="preserve">[55:07] </w:t>
      </w:r>
      <w:r>
        <w:t>ab team three ka zamanah hai. to mein aksar mera haal aisa hai ke mein meri paidaish hai unnees sau chobis mein.</w:t>
      </w:r>
    </w:p>
    <w:p>
      <w:pPr>
        <w:jc w:val="right"/>
      </w:pPr>
      <w:r>
        <w:t>اب ٹیم تھری کا زمانہ ہے۔ تو میں اکثر میرا حال ایسا ہے کہ میں میری پیدائش ہے انیس سو چوبیس میں۔</w:t>
      </w:r>
    </w:p>
    <w:p>
      <w:r>
        <w:rPr>
          <w:b/>
        </w:rPr>
        <w:t xml:space="preserve">[55:16] </w:t>
      </w:r>
      <w:r>
        <w:t>itni lambi umar. meri age group ke sab log barh chuke.</w:t>
      </w:r>
    </w:p>
    <w:p>
      <w:pPr>
        <w:jc w:val="right"/>
      </w:pPr>
      <w:r>
        <w:t>اتنی لمبی عمر۔ میری age گروپ کے سب لوگ بڑھ چکے۔</w:t>
      </w:r>
    </w:p>
    <w:p>
      <w:r>
        <w:rPr>
          <w:b/>
        </w:rPr>
        <w:t xml:space="preserve">[55:21] </w:t>
      </w:r>
      <w:r>
        <w:t>to mein aksar sochta hoon ke my role is over yani fard ka role ho chuka. ab jo team hai us ka role hai.</w:t>
      </w:r>
    </w:p>
    <w:p>
      <w:pPr>
        <w:jc w:val="right"/>
      </w:pPr>
      <w:r>
        <w:t>تو میں اکثر سوچتا ہوں کہ my role is over یعنی فرد کا رول ہو چکا۔ اب جو ٹیم ہے اس کا رول ہے۔</w:t>
      </w:r>
    </w:p>
    <w:p>
      <w:r>
        <w:rPr>
          <w:b/>
        </w:rPr>
        <w:t xml:space="preserve">[55:31] </w:t>
      </w:r>
      <w:r>
        <w:t>so my role is over ab team ko anjam dena hai, is kaam ko aage barhana hai. aur aap ke isi kaam ke zariye se ek aur group paida hoga jo team two hoga.</w:t>
      </w:r>
    </w:p>
    <w:p>
      <w:pPr>
        <w:jc w:val="right"/>
      </w:pPr>
      <w:r>
        <w:t>so my role is over اب ٹیم کو انجام دینا ہے، اس کام کو آگے بڑھانا ہے۔ اور آپ کے اسی کام کے ذریعے سے ایک اور گروپ پیدا ہوگا جو ٹیم ٹو ہوگا۔</w:t>
      </w:r>
    </w:p>
    <w:p>
      <w:r>
        <w:rPr>
          <w:b/>
        </w:rPr>
        <w:t xml:space="preserve">[55:43] </w:t>
      </w:r>
      <w:r>
        <w:t>bas is ke baad khatm, is ke baad qayamat. to aap ap log apni zimmedariyon ko samjhiye.</w:t>
      </w:r>
    </w:p>
    <w:p>
      <w:pPr>
        <w:jc w:val="right"/>
      </w:pPr>
      <w:r>
        <w:t>بس اس کے بعد ختم، اس کے بعد قیامت۔ تو آپ اپ لوگ اپنی ذمہ داریوں کو سمجھیے۔</w:t>
      </w:r>
    </w:p>
    <w:p>
      <w:r>
        <w:rPr>
          <w:b/>
        </w:rPr>
        <w:t xml:space="preserve">[55:53] </w:t>
      </w:r>
      <w:r>
        <w:t>aap ko halaat ne mawaqe de diye. is ke baad fard ki koshishon ne aap ko literature de diya. ab sab raaste khule hue hain.</w:t>
      </w:r>
    </w:p>
    <w:p>
      <w:pPr>
        <w:jc w:val="right"/>
      </w:pPr>
      <w:r>
        <w:t>آپ کو حالات نے مواقع دے دیا۔ اس کے بعد فرد کی کوششوں نے آپ کو literature دے دیا۔ اب سب راستے کھلے ہوئے ہیں۔</w:t>
      </w:r>
    </w:p>
    <w:p>
      <w:r>
        <w:rPr>
          <w:b/>
        </w:rPr>
        <w:t xml:space="preserve">[56:05] </w:t>
      </w:r>
      <w:r>
        <w:t>aap dawat ki mansoobah bandi kijiye. aur ab yani team first to wajood mein aa chuki hai.</w:t>
      </w:r>
    </w:p>
    <w:p>
      <w:pPr>
        <w:jc w:val="right"/>
      </w:pPr>
      <w:r>
        <w:t>آپ دعوت کی منصوبہ بندی کیجیے۔ اور اب یعنی ٹیم first تو وجود میں آ چکی ہے۔</w:t>
      </w:r>
    </w:p>
    <w:p>
      <w:r>
        <w:rPr>
          <w:b/>
        </w:rPr>
        <w:t xml:space="preserve">[56:17] </w:t>
      </w:r>
      <w:r>
        <w:t>aur doosri team jo hai isi saath saath bhi wajood mein aa rahi hai. aur yani teen ke ke mujmal kaam se sara yani takmeel tak pohnchega sara mamla.</w:t>
      </w:r>
    </w:p>
    <w:p>
      <w:pPr>
        <w:jc w:val="right"/>
      </w:pPr>
      <w:r>
        <w:t>اور دوسری ٹیم جو ہے اسی ساتھ ساتھ بھی وجود میں آ رہی ہے۔ اور یعنی تین کے کے مجموعی کام سے سارا یعنی تکمیل تک پہنچے گا سارا معاملہ۔</w:t>
      </w:r>
    </w:p>
    <w:p>
      <w:r>
        <w:rPr>
          <w:b/>
        </w:rPr>
        <w:t xml:space="preserve">[56:30] </w:t>
      </w:r>
      <w:r>
        <w:t>to apne ko samjhiye, halaat ko samjhiye. apne shaoor ko bedar kijiye.</w:t>
      </w:r>
    </w:p>
    <w:p>
      <w:pPr>
        <w:jc w:val="right"/>
      </w:pPr>
      <w:r>
        <w:t>تو اپنے کو سمجھیے، حالات کو سمجھیے۔ اپنے شعور کو بیدار کیجیے۔</w:t>
      </w:r>
    </w:p>
    <w:p>
      <w:r>
        <w:rPr>
          <w:b/>
        </w:rPr>
        <w:t xml:space="preserve">[56:40] </w:t>
      </w:r>
      <w:r>
        <w:t>shubhat se bahar aajaiye. ta'assubat se bahar aajaiye. confusion se bahar aajaiye. yaqeen ke saath jeena seekhiye, yaqeen ke saath.</w:t>
      </w:r>
    </w:p>
    <w:p>
      <w:pPr>
        <w:jc w:val="right"/>
      </w:pPr>
      <w:r>
        <w:t>شبہات سے باہر آجائیے۔ تعصبات سے باہر آجائیے۔ confusion سے باہر آجائیے۔ یقین کے ساتھ جینا سیکھیے، یقین کے ساتھ۔</w:t>
      </w:r>
    </w:p>
    <w:p>
      <w:r>
        <w:rPr>
          <w:b/>
        </w:rPr>
        <w:t xml:space="preserve">[56:53] </w:t>
      </w:r>
      <w:r>
        <w:t>ikhwan-e-rasool koi koi koi aasmani cheez nahi hai.</w:t>
      </w:r>
    </w:p>
    <w:p>
      <w:pPr>
        <w:jc w:val="right"/>
      </w:pPr>
      <w:r>
        <w:t>اخوان رسول کوئی کوئی کوئی آسمانی چیز نہیں ہے۔</w:t>
      </w:r>
    </w:p>
    <w:p>
      <w:r>
        <w:rPr>
          <w:b/>
        </w:rPr>
        <w:t xml:space="preserve">[56:58] </w:t>
      </w:r>
      <w:r>
        <w:t>yahi insan jo hai wahi ikhwan-e-rasool qarar paayenge. wahi insan hi the jo ashaab-e-rasool qarar paaye. apne zamanah ke halaat mein dawat ka kaam kar ke.</w:t>
      </w:r>
    </w:p>
    <w:p>
      <w:pPr>
        <w:jc w:val="right"/>
      </w:pPr>
      <w:r>
        <w:t>یہی انسان جو ہے وہی اخوان رسول قرار پائیں گے۔ وہی انسان ہی تھے جو اصحاب رسول قرار پائے۔ اپنے زمانے کے حالات میں دعوت کا کام کر کے۔</w:t>
      </w:r>
    </w:p>
    <w:p>
      <w:r>
        <w:rPr>
          <w:b/>
        </w:rPr>
        <w:t xml:space="preserve">[57:09] </w:t>
      </w:r>
      <w:r>
        <w:t>ab aaj ka zamanah mein jo halaat hain is ko istemal kar ke jo log da'wati kaam karenge wahi ikhwan-e-rasool qarar paayenge. to yeh koi mysterious baat nahi hai, koi purasrar baat nahi hai.</w:t>
      </w:r>
    </w:p>
    <w:p>
      <w:pPr>
        <w:jc w:val="right"/>
      </w:pPr>
      <w:r>
        <w:t>اب آج کا زمانہ میں جو حالات ہیں اس کو استعمال کر کے جو لوگ دعوتی کام کریں گے وہی اخوان رسول قرار پائیں گے۔ تو یہ کوئی mysterious بات نہیں ہے، کوئی پراسرار بات نہیں ہے۔</w:t>
      </w:r>
    </w:p>
    <w:p>
      <w:r>
        <w:rPr>
          <w:b/>
        </w:rPr>
        <w:t xml:space="preserve">[57:22] </w:t>
      </w:r>
      <w:r>
        <w:t>har cheez maloom hai, har cheez samajh aati hai.</w:t>
      </w:r>
    </w:p>
    <w:p>
      <w:pPr>
        <w:jc w:val="right"/>
      </w:pPr>
      <w:r>
        <w:t>ہر چیز معلوم ہے، ہر چیز سمجھ آتی ہے۔</w:t>
      </w:r>
    </w:p>
    <w:p>
      <w:r>
        <w:rPr>
          <w:b/>
        </w:rPr>
        <w:t xml:space="preserve">[57:28] </w:t>
      </w:r>
      <w:r>
        <w:t>to kisi shakk mein na rahiye, kisi shubhay mein na rahiye, kisi confusion mein na rahiye. agar koi shakk ka aata hai to shaitan ki taraf se hoga, us ko padhiye ke Allahumma a'udhu bika min hamazi-sh-shayateen. us ko nikaliye apne andar se shakk ko.</w:t>
      </w:r>
    </w:p>
    <w:p>
      <w:pPr>
        <w:jc w:val="right"/>
      </w:pPr>
      <w:r>
        <w:t>تو کسی شک میں نہ رہیے، کسی شبہے میں نہ رہیے، کسی confusion میں نہ رہیے۔ اگر کوئی شک کا آتا ہے تو شیطان کی طرف سے ہوگا، اس کو پڑھیے کہ اللَّهَ مَنْ يَعُوذُ بِكَ مِنْ حَمَدَ عَذِلِ الشَّيْطِينِ اس کو نکالیے اپنے اندر سے شک کو۔</w:t>
      </w:r>
    </w:p>
    <w:p>
      <w:r>
        <w:rPr>
          <w:b/>
        </w:rPr>
        <w:t xml:space="preserve">[57:44] </w:t>
      </w:r>
      <w:r>
        <w:t>aur sargaram ho jaiye is kaam mein. kyun ke ab dobara mauqa nahi aane wala hai. jis tarah ashaab-e-rasool dobara paida nahi hue is tarah ikhwan-e-rasool bhi dobara paida nahi honge.</w:t>
      </w:r>
    </w:p>
    <w:p>
      <w:pPr>
        <w:jc w:val="right"/>
      </w:pPr>
      <w:r>
        <w:t>اور سرگرم ہو جائیے اس کام میں۔ کیوں کہ اب دوبارہ موقع نہیں آنے والا ہے۔ جس طرح اصحاب رسول دوبارہ پیدا نہیں ہوئے اس طرح اخوان رسول بھی دوبارہ پیدا نہیں ہوں گے۔</w:t>
      </w:r>
    </w:p>
    <w:p>
      <w:r>
        <w:rPr>
          <w:b/>
        </w:rPr>
        <w:t xml:space="preserve">[57:57] </w:t>
      </w:r>
      <w:r>
        <w:t>ek hi baar woh mauqa bhi aaya tha, ek hi baar yeh mauqa bhi aaya hai.</w:t>
      </w:r>
    </w:p>
    <w:p>
      <w:pPr>
        <w:jc w:val="right"/>
      </w:pPr>
      <w:r>
        <w:t>ایک ہی بار وہ موقع بھی آیا تھا، ایک ہی بار یہ موقع بھی آیا ہے۔</w:t>
      </w:r>
    </w:p>
    <w:p>
      <w:r>
        <w:rPr>
          <w:b/>
        </w:rPr>
        <w:t xml:space="preserve">[58:06] </w:t>
      </w:r>
      <w:r>
        <w:t>to khoob soch kar ke faisle kijiye. khoob soch kar faisle kijiye. khaas taur par shakk ko bilkul nikal dijiye apne andar se.</w:t>
      </w:r>
    </w:p>
    <w:p>
      <w:pPr>
        <w:jc w:val="right"/>
      </w:pPr>
      <w:r>
        <w:t>تو خوب سوچ کر کے فیصلے کیجیے۔ خوب سوچ کر فیصلے کیجیے۔ خاص طور پر شک کو بالکل نکال دیئے اپنے اندر سے۔</w:t>
      </w:r>
    </w:p>
    <w:p>
      <w:r>
        <w:rPr>
          <w:b/>
        </w:rPr>
        <w:t xml:space="preserve">[58:16] </w:t>
      </w:r>
      <w:r>
        <w:t>koi shaqi ke zariye se shaitan dakhil hota hai aadmi ke andar. shakk jo hai entry point hai insaan ke andar dakhle ke liye. shaitan shakk dalta hai, shakk.</w:t>
      </w:r>
    </w:p>
    <w:p>
      <w:pPr>
        <w:jc w:val="right"/>
      </w:pPr>
      <w:r>
        <w:t>کوئی شکی کے ذریعے سے شیطان داخل ہوتا ہے آدمی کے اندر۔ شک جو ہے entry point ہے انسان کے اندر داخلے کے لیے۔ شیطان شک ڈالتا ہے، شک۔</w:t>
      </w:r>
    </w:p>
    <w:p>
      <w:r>
        <w:rPr>
          <w:b/>
        </w:rPr>
        <w:t xml:space="preserve">[58:28] </w:t>
      </w:r>
      <w:r>
        <w:t>shakk insaan ke liye insaan ke andar entry point hai. yani dakhle ka darwaza hai. to shakk ko kuchliye, shakk ko khatm kijiye.</w:t>
      </w:r>
    </w:p>
    <w:p>
      <w:pPr>
        <w:jc w:val="right"/>
      </w:pPr>
      <w:r>
        <w:t>شک انسان کے لیے انسان کے اندر entry point ہے۔ یعنی داخلے کا دروازہ ہے۔ تو شک کو کچلیئے، شک کو ختم کیجیے۔</w:t>
      </w:r>
    </w:p>
    <w:p>
      <w:r>
        <w:rPr>
          <w:b/>
        </w:rPr>
        <w:t xml:space="preserve">[58:42] </w:t>
      </w:r>
      <w:r>
        <w:t>mein tajruba dekh ke jab bhi koi aisi cheez aati hai to mein padhta hoon Allahumma a'udhu bika min hamazi-sh-shayateen. woh aisa bhagta hai ke jaise ke uska wajood hi nahi tha.</w:t>
      </w:r>
    </w:p>
    <w:p>
      <w:pPr>
        <w:jc w:val="right"/>
      </w:pPr>
      <w:r>
        <w:t>میں تجربہ دیکھ کے جب بھی کوئی ایسی چیز آتی ہے تو میں پڑھتا ہوں اللَّهَ مَنْ يَعُوذُ بِكَ مِنْ حَمَدَ عَذِلِ الشَّيْطِينِ وہ ایسا بھاگتا ہے کہ جیسے کہ اس کا وجود ہی نہیں تھا۔</w:t>
      </w:r>
    </w:p>
    <w:p>
      <w:r>
        <w:rPr>
          <w:b/>
        </w:rPr>
        <w:t xml:space="preserve">[58:56] </w:t>
      </w:r>
      <w:r>
        <w:t>to Allah taala ne aap ko yani shaitan to chhod diya hai yahan. saath saath Allah taala ne aap ko yeh taqat bhi di hai ke Allah ke zariye se aap shaitan ko bhaga saken.</w:t>
      </w:r>
    </w:p>
    <w:p>
      <w:pPr>
        <w:jc w:val="right"/>
      </w:pPr>
      <w:r>
        <w:t>تو اللہ تعالیٰ نے آپ کو یعنی شیطان تو چھوڑ دیا ہے یہاں۔ ساتھ ساتھ اللہ تعالیٰ نے آپ کو یہ طاقت بھی دی ہے کہ اللہ کے ذریعے سے آپ شیطان کو بھگا سکیں۔</w:t>
      </w:r>
    </w:p>
    <w:p>
      <w:r>
        <w:rPr>
          <w:b/>
        </w:rPr>
        <w:t xml:space="preserve">[59:06] </w:t>
      </w:r>
      <w:r>
        <w:t>Allah ko yaad kar ke. jaise hi aap Allah ko yaad karte hain Allah ki taraf se farishte aa jaate hain, farishte. us ko bhagane ke liye.</w:t>
      </w:r>
    </w:p>
    <w:p>
      <w:pPr>
        <w:jc w:val="right"/>
      </w:pPr>
      <w:r>
        <w:t>اللہ کو یاد کر کے۔ جیسے ہی آپ اللہ کو یاد کرتے ہیں اللہ کی طرف سے فرشتے آ جاتے ہیں، فرشتے۔ اس کو بھگانے کے لیے۔</w:t>
      </w:r>
    </w:p>
    <w:p>
      <w:r>
        <w:rPr>
          <w:b/>
        </w:rPr>
        <w:t xml:space="preserve">[59:16] </w:t>
      </w:r>
      <w:r>
        <w:t>to shaitan ko azaad kiya gaya hai taake aap ka</w:t>
      </w:r>
    </w:p>
    <w:p>
      <w:pPr>
        <w:jc w:val="right"/>
      </w:pPr>
      <w:r>
        <w:t>تو شیطان کو آزاد کیا گیا ہے تاکہ آپ کا</w:t>
      </w:r>
    </w:p>
    <w:p>
      <w:r>
        <w:rPr>
          <w:b/>
        </w:rPr>
        <w:t xml:space="preserve">[59:19] </w:t>
      </w:r>
      <w:r>
        <w:t>imtehan le. yeh saath saath Allah ne yeh yeh bhi wada kiya hai ke agar tum hamari madad chahoge to hum apni madad foran bhej denge. jo shaitan ko bhaga degi.</w:t>
      </w:r>
    </w:p>
    <w:p>
      <w:pPr>
        <w:jc w:val="right"/>
      </w:pPr>
      <w:r>
        <w:t>امتحان لے۔ یہ ساتھ ساتھ اللہ نے یہ یہ بھی وعدہ کیا ہے کہ اگر تم ہماری مدد چاہو گے تو ہم اپنی مدد فوراً بھیج دیں گے۔ جو شیطان کو بھگا دے گی۔</w:t>
      </w:r>
    </w:p>
    <w:p>
      <w:r>
        <w:rPr>
          <w:b/>
        </w:rPr>
        <w:t xml:space="preserve">[59:30] </w:t>
      </w:r>
      <w:r>
        <w:t>shaitan tumhare par asar nahi daal sake ga.</w:t>
      </w:r>
    </w:p>
    <w:p>
      <w:pPr>
        <w:jc w:val="right"/>
      </w:pPr>
      <w:r>
        <w:t>شیطان تمہارے پر اثر نہیں ڈال سکے گا۔</w:t>
      </w:r>
    </w:p>
    <w:p>
      <w:r>
        <w:rPr>
          <w:b/>
        </w:rPr>
        <w:t xml:space="preserve">[59:36] </w:t>
      </w:r>
      <w:r>
        <w:t>to khoob is ko sochiye, khoob soch samajh kar faisle ki jiye. aur main dua karta hoon ke Allah taala is aakhri moqa ko hamare liye muqaddar kar de.</w:t>
      </w:r>
    </w:p>
    <w:p>
      <w:pPr>
        <w:jc w:val="right"/>
      </w:pPr>
      <w:r>
        <w:t>تو خوب اس کو سوچیے، خوب سوچ سمجھ کر فیصلے کیجیے۔ اور میں دعا کرتا ہوں کہ اللہ تعالیٰ اس آخری موقع کو ہمارے لیے مقدر کر دے۔</w:t>
      </w:r>
    </w:p>
    <w:p>
      <w:r>
        <w:rPr>
          <w:b/>
        </w:rPr>
        <w:t xml:space="preserve">[59:48] </w:t>
      </w:r>
      <w:r>
        <w:t>kyun ke koi aur moqa nahi aane wala hai. ab aage jo hai maut hai, qayamat hai, hashr o nashr hai. bas yahi hai aur kuch nahi hai.</w:t>
      </w:r>
    </w:p>
    <w:p>
      <w:pPr>
        <w:jc w:val="right"/>
      </w:pPr>
      <w:r>
        <w:t>کیوں کہ کوئی اور موقع نہیں آنے والا ہے۔ اب آگے جو ہے موت ہے، قیامت ہے، حشر و نشر ہے۔ بس یہی ہے اور کچھ نہیں ہے۔</w:t>
      </w:r>
    </w:p>
    <w:p>
      <w:r>
        <w:rPr>
          <w:b/>
        </w:rPr>
        <w:t xml:space="preserve">[59:59] </w:t>
      </w:r>
      <w:r>
        <w:t>to is aakhri moqa ke zamane mein hamein paida kiya Allah taala ne</w:t>
      </w:r>
    </w:p>
    <w:p>
      <w:pPr>
        <w:jc w:val="right"/>
      </w:pPr>
      <w:r>
        <w:t>تو اس آخری موقع کے زمانے میں ہمیں پیدا کیا اللہ تعالیٰ نے</w:t>
      </w:r>
    </w:p>
    <w:p>
      <w:r>
        <w:rPr>
          <w:b/>
        </w:rPr>
        <w:t xml:space="preserve">[1:00:03] </w:t>
      </w:r>
      <w:r>
        <w:t>. to hamein tofeeq de Allah taala ke hum is ko avail kar sakein aur Allah ki rehmaton ke haqdar banein. Allah ki jannat mein hamein dakhla mile.</w:t>
      </w:r>
    </w:p>
    <w:p>
      <w:pPr>
        <w:jc w:val="right"/>
      </w:pPr>
      <w:r>
        <w:t>۔ تو ہمیں توفیق دے اللہ تعالیٰ کہ ہم اس کو avail کر سکیں اور اللہ کی رحمتوں کے حقدار بنیں۔ اللہ کی جنت میں ہمیں داخلہ ملے۔</w:t>
      </w:r>
    </w:p>
    <w:p>
      <w:r>
        <w:rPr>
          <w:b/>
        </w:rPr>
        <w:t xml:space="preserve">[1:00:12] </w:t>
      </w:r>
      <w:r>
        <w:t>main yeh dua karta hoon apne liye aur aap ke liye. aqool qooli haaza wastaghfirullaha li walakum ajmaeen Allahumma inni as al al jannata wa naوذu bika min an nar</w:t>
      </w:r>
    </w:p>
    <w:p>
      <w:pPr>
        <w:jc w:val="right"/>
      </w:pPr>
      <w:r>
        <w:t>میں یہ دعا کرتا ہوں اپنے لیے اور آپ کے لیے۔ أقول قولي هذا واستغفرالله لي ولكم اجمعين اللہم إني أسر الجنة ونعوذ بك من النار</w:t>
      </w:r>
    </w:p>
    <w:p>
      <w:r>
        <w:rPr>
          <w:b/>
        </w:rPr>
        <w:t xml:space="preserve">[1:00:30] </w:t>
      </w:r>
      <w:r>
        <w:t>Allah taala mujh ko aur aap ko afiyat mein rakhay. bohat zamana aa raha hai, bohat hi kharab zamana. mujh ko aur aap ko afiyat mein rakhay. aur afiyat ki dua karte rahiye.</w:t>
      </w:r>
    </w:p>
    <w:p>
      <w:pPr>
        <w:jc w:val="right"/>
      </w:pPr>
      <w:r>
        <w:t>اللہ تعالیٰ مجھ کو اور آپ کو عافیت میں رکھے۔ بہت زمانہ آ رہا ہے، بہت ہی خراب زمانہ۔ مجھ کو اور آپ کو عافیت میں رکھے۔ اور عافیت کی دعا کرتے رہیے۔</w:t>
      </w:r>
    </w:p>
    <w:p>
      <w:r>
        <w:rPr>
          <w:b/>
        </w:rPr>
        <w:t xml:space="preserve">[1:00:43] </w:t>
      </w:r>
      <w:r>
        <w:t>aur Allah ki zimmedariyon ko sambhaliye. zaroor Allah taala ki madad aap ko hasil hogi. aqool qooli haaza wastaghfirullaha li walakum ajmaeen</w:t>
      </w:r>
    </w:p>
    <w:p>
      <w:pPr>
        <w:jc w:val="right"/>
      </w:pPr>
      <w:r>
        <w:t>اور اللہ کی ذمہ داریوں کو سنبھالیے۔ ضرور اللہ تعالیٰ کی مدد آپ کو حاصل ہوگی۔ أقول قولي هذا واستغفرالله لي ولكم اجمعين</w:t>
      </w:r>
    </w:p>
    <w:p>
      <w:r>
        <w:rPr>
          <w:b/>
        </w:rPr>
        <w:t xml:space="preserve">[1:01:05] </w:t>
      </w:r>
      <w:r>
        <w:t>dekhiye yeh process jo hai woh continue rehta hai. yaani fard jab aata hai to sath sath team banna shuru ho jati hai, first team.</w:t>
      </w:r>
    </w:p>
    <w:p>
      <w:pPr>
        <w:jc w:val="right"/>
      </w:pPr>
      <w:r>
        <w:t>دیکھیے یہ process جو ہے وہ continue رہتا ہے۔ یعنی فرد جب آتا ہے تو ساتھ ساتھ ٹیم بننا شروع ہو جاتی ہے، first ٹیم۔</w:t>
      </w:r>
    </w:p>
    <w:p>
      <w:r>
        <w:rPr>
          <w:b/>
        </w:rPr>
        <w:t xml:space="preserve">[1:01:15] </w:t>
      </w:r>
      <w:r>
        <w:t>phir first team gyarween se continue banna lagti hai. rasool Allah ke zamane mein ashaab banna lage the. ashaab ke zamane mein tabeen banna lage the. kyun ke log marte hain, jeete hain.</w:t>
      </w:r>
    </w:p>
    <w:p>
      <w:pPr>
        <w:jc w:val="right"/>
      </w:pPr>
      <w:r>
        <w:t>پھر first ٹیم گیارہویں سے continue بننے لگتی ہے۔ رسول اللہ کے زمانے میں اصحاب بننے لگے تھے۔ اصحاب کے زمانے میں تابعین بننے لگے تھے۔ کیوں کہ لوگ مرتے ہیں، جیتے ہیں۔</w:t>
      </w:r>
    </w:p>
    <w:p>
      <w:r>
        <w:rPr>
          <w:b/>
        </w:rPr>
        <w:t xml:space="preserve">[1:01:25] </w:t>
      </w:r>
      <w:r>
        <w:t>har aadmi hamesha to paida nahi, hamesha to rehta nahi. umrein mukhtasar hain, to</w:t>
      </w:r>
    </w:p>
    <w:p>
      <w:pPr>
        <w:jc w:val="right"/>
      </w:pPr>
      <w:r>
        <w:t>ہر آدمی ہمیشہ تو پیدا نہیں، ہمیشہ تو رہتا نہیں۔ عمرے مختصر ہیں۔ تو</w:t>
      </w:r>
    </w:p>
    <w:p>
      <w:r>
        <w:rPr>
          <w:b/>
        </w:rPr>
        <w:t xml:space="preserve">[1:01:31] </w:t>
      </w:r>
      <w:r>
        <w:t>main jo dekh raha hoon, main yeh pata hoon ke fard ka kaam to main samajhta hoon ke ho gaya. yaani fard ne ideology di.</w:t>
      </w:r>
    </w:p>
    <w:p>
      <w:pPr>
        <w:jc w:val="right"/>
      </w:pPr>
      <w:r>
        <w:t>میں جو دیکھ رہا ہوں، میں یہ پاتا ہوں کہ فرد کا کام تو میں سمجھتا ہوں کہ ہو گیا۔ یعنی فرد نے ideology دی۔</w:t>
      </w:r>
    </w:p>
    <w:p>
      <w:r>
        <w:rPr>
          <w:b/>
        </w:rPr>
        <w:t xml:space="preserve">[1:01:42] </w:t>
      </w:r>
      <w:r>
        <w:t>fard ne discover kiya moqaon ko. fard ne deen ajmi ko deen maaroof banaya. yeh sab ho chuka.</w:t>
      </w:r>
    </w:p>
    <w:p>
      <w:pPr>
        <w:jc w:val="right"/>
      </w:pPr>
      <w:r>
        <w:t>فرد نے discover کیا مواقع کو۔ فرد نے دین عجمی کو دین معروف بنایا۔ یہ سب ہو چکا۔</w:t>
      </w:r>
    </w:p>
    <w:p>
      <w:r>
        <w:rPr>
          <w:b/>
        </w:rPr>
        <w:t xml:space="preserve">[1:01:53] </w:t>
      </w:r>
      <w:r>
        <w:t>moqa, adwaat sab khul gaye. ab isi douran team bhi ban gayi, Allah ke fazal se.</w:t>
      </w:r>
    </w:p>
    <w:p>
      <w:pPr>
        <w:jc w:val="right"/>
      </w:pPr>
      <w:r>
        <w:t>مواقع، ادوات سب کھل گئے۔ اب اسی دوران ٹیم بھی بن گئی، اللہ کے فضل سے۔</w:t>
      </w:r>
    </w:p>
    <w:p>
      <w:r>
        <w:rPr>
          <w:b/>
        </w:rPr>
        <w:t xml:space="preserve">[1:02:00] </w:t>
      </w:r>
      <w:r>
        <w:t>ab phir team yaani abhi main aaj ka batata hoon aap ko ke main apne kamre mein baitha tha. dekhta tha ke log daud rahe hain.</w:t>
      </w:r>
    </w:p>
    <w:p>
      <w:pPr>
        <w:jc w:val="right"/>
      </w:pPr>
      <w:r>
        <w:t>اب پھر ٹیم یعنی ابھی میں آج کا بتاتا ہوں آپ کو کہ میں اپنے کمرے میں بیٹھا تھا۔ دیکھتا تھا کہ لوگ دوڑ رہے ہیں۔</w:t>
      </w:r>
    </w:p>
    <w:p>
      <w:r>
        <w:rPr>
          <w:b/>
        </w:rPr>
        <w:t xml:space="preserve">[1:02:10] </w:t>
      </w:r>
      <w:r>
        <w:t>yahan aane ke liye. ke porter sambhalne ke liye. yeh karne, woh karne ke liye. to main sochta ke ke Allah taala ne farishton ko mutharrik kar diya. main kursi par baitha hua hoon aur sab kaam ho raha hai.</w:t>
      </w:r>
    </w:p>
    <w:p>
      <w:pPr>
        <w:jc w:val="right"/>
      </w:pPr>
      <w:r>
        <w:t>یہاں آنے کے لیے۔ کہ پوٹر سنبھالنے کے لیے۔ یہ کرنے، وہ کرنے کے لیے۔ تو میں سوچتا کہ کہ اللہ تعالیٰ نے فرشتوں کو متحرک کر دیا۔ میں کرسی پر بیٹھا ہوا ہوں اور سب کام ہو رہا ہے۔</w:t>
      </w:r>
    </w:p>
    <w:p>
      <w:r>
        <w:rPr>
          <w:b/>
        </w:rPr>
        <w:t xml:space="preserve">[1:02:24] </w:t>
      </w:r>
      <w:r>
        <w:t>to yahi to hai.</w:t>
      </w:r>
    </w:p>
    <w:p>
      <w:pPr>
        <w:jc w:val="right"/>
      </w:pPr>
      <w:r>
        <w:t>تو یہی تو ہے۔</w:t>
      </w:r>
    </w:p>
    <w:p>
      <w:r>
        <w:rPr>
          <w:b/>
        </w:rPr>
        <w:t xml:space="preserve">[1:02:27] </w:t>
      </w:r>
      <w:r>
        <w:t>to fard ka jo kaam tha woh ho chuka. sab se pehla kaam tha dekhiye jo deen ajmi ho chuka tha us ko discover karna. dawat jo bilkul maadoom ho chuki thi us ko daryaft karna.</w:t>
      </w:r>
    </w:p>
    <w:p>
      <w:pPr>
        <w:jc w:val="right"/>
      </w:pPr>
      <w:r>
        <w:t>تو فرد کا جو کام تھا وہ ہو چکا۔ سب سے پہلا کام تھا دیکھیے جو دین عجمی ہو چکا تھا اس کو discover کرنا۔ دعوت جو بالکل معدوم ہو چکی تھی اس کو دریافت کرنا۔</w:t>
      </w:r>
    </w:p>
    <w:p>
      <w:r>
        <w:rPr>
          <w:b/>
        </w:rPr>
        <w:t xml:space="preserve">[1:02:40] </w:t>
      </w:r>
      <w:r>
        <w:t>doosri baat yeh thi ke jo log masghool ho gaye the laraiyon mein aur moqa dawat bhool chuke the. dawat blind ho chuke the. un moqaon ko daryaft karna.</w:t>
      </w:r>
    </w:p>
    <w:p>
      <w:pPr>
        <w:jc w:val="right"/>
      </w:pPr>
      <w:r>
        <w:t>دوسری بات یہ تھی کہ جو لوگ مشغول ہو گئے تھے لڑائیوں میں اور مواقع دعوت بھول چکے تھے۔ دعوت blind ہو چکے تھے۔ ان مواقع کو دریافت کرنا۔</w:t>
      </w:r>
    </w:p>
    <w:p>
      <w:r>
        <w:rPr>
          <w:b/>
        </w:rPr>
        <w:t xml:space="preserve">[1:02:49] </w:t>
      </w:r>
      <w:r>
        <w:t>aur phir un ki tanzeem. to yeh sab ho chuka, tanzeem bhi ho chuki.</w:t>
      </w:r>
    </w:p>
    <w:p>
      <w:pPr>
        <w:jc w:val="right"/>
      </w:pPr>
      <w:r>
        <w:t>اور پھر ان کی تنظیم۔ تو یہ سب ہو چکا، تنظیم بھی ہو چکی۔</w:t>
      </w:r>
    </w:p>
    <w:p>
      <w:r>
        <w:rPr>
          <w:b/>
        </w:rPr>
        <w:t xml:space="preserve">[1:02:54] </w:t>
      </w:r>
      <w:r>
        <w:t>ab Allah ke fazal se aalami satah par dawat ka kaam ho raha hai. to team first jo hai woh to already mutharrik hai.</w:t>
      </w:r>
    </w:p>
    <w:p>
      <w:pPr>
        <w:jc w:val="right"/>
      </w:pPr>
      <w:r>
        <w:t>اب اللہ کے فضل سے عالمی سطح پر دعوت کا کام ہو رہا ہے۔ تو ٹیم first جو ہے وہ تو already متحرک ہے۔</w:t>
      </w:r>
    </w:p>
    <w:p>
      <w:r>
        <w:rPr>
          <w:b/>
        </w:rPr>
        <w:t xml:space="preserve">[1:03:04] </w:t>
      </w:r>
      <w:r>
        <w:t>sath sath doosri team bhi ban rahi hai. sath sath. jo newcomers hain woh woh team two hain, woh newcomers.</w:t>
      </w:r>
    </w:p>
    <w:p>
      <w:pPr>
        <w:jc w:val="right"/>
      </w:pPr>
      <w:r>
        <w:t>ساتھ ساتھ دوسری ٹیم بھی بن رہی ہے۔ ساتھ ساتھ۔ جو newcomers ہیں وہ وہ ٹیم ٹو ہیں، وہ newcomers۔</w:t>
      </w:r>
    </w:p>
    <w:p>
      <w:r>
        <w:rPr>
          <w:b/>
        </w:rPr>
        <w:t xml:space="preserve">[1:03:14] </w:t>
      </w:r>
      <w:r>
        <w:t>to main samajhta hoon ke yeh aik process hai jis mein aap sirf aap ko aur apne shaoor ko zinda rakhna hai bas.</w:t>
      </w:r>
    </w:p>
    <w:p>
      <w:pPr>
        <w:jc w:val="right"/>
      </w:pPr>
      <w:r>
        <w:t>تو میں سمجھتا ہوں کہ یہ ایک process ہے جس میں آپ صرف آپ کو اور اپنے شعور کو زندہ رکھنا ہے بس۔</w:t>
      </w:r>
    </w:p>
    <w:p>
      <w:r>
        <w:rPr>
          <w:b/>
        </w:rPr>
        <w:t xml:space="preserve">[1:03:22] </w:t>
      </w:r>
      <w:r>
        <w:t>process to already shuru ho chuka hai. team ban chuki hai aur newcomers bhi aa rahe hain barabar. to team two hi ban rahi hai.</w:t>
      </w:r>
    </w:p>
    <w:p>
      <w:pPr>
        <w:jc w:val="right"/>
      </w:pPr>
      <w:r>
        <w:t>process تو already شروع ہو چکا ہے۔ ٹیم بن چکی ہے اور newcomers بھی آ رہے ہیں برابر۔ تو ٹیم ٹو ہی بن رہی ہے۔</w:t>
      </w:r>
    </w:p>
    <w:p>
      <w:r>
        <w:rPr>
          <w:b/>
        </w:rPr>
        <w:t xml:space="preserve">[1:03:33] </w:t>
      </w:r>
      <w:r>
        <w:t>is wajah se mujhe to is mein koi bhi shakk nahi ke woh kaam jo matloob tha woh kaam Allah ki madad se anjaam pa raha hai.</w:t>
      </w:r>
    </w:p>
    <w:p>
      <w:pPr>
        <w:jc w:val="right"/>
      </w:pPr>
      <w:r>
        <w:t>اس وجہ سے مجھے تو اس میں کوئی بھی شک نہیں کہ وہ کام جو مطلوب تھا وہ کام اللہ کی مدد سے انجام پا رہا ہے۔</w:t>
      </w:r>
    </w:p>
    <w:p>
      <w:r>
        <w:rPr>
          <w:b/>
        </w:rPr>
        <w:t xml:space="preserve">[1:03:43] </w:t>
      </w:r>
      <w:r>
        <w:t>aik baat mein yahan aur arz kar doon. woh dekhiye insaan jo hai basically idealist hai.</w:t>
      </w:r>
    </w:p>
    <w:p>
      <w:pPr>
        <w:jc w:val="right"/>
      </w:pPr>
      <w:r>
        <w:t>ایک بات میں یہاں اور عرض کر دوں۔ وہ دیکھیے انسان جو ہے basically idealist ہے۔</w:t>
      </w:r>
    </w:p>
    <w:p>
      <w:r>
        <w:rPr>
          <w:b/>
        </w:rPr>
        <w:t xml:space="preserve">[1:03:54] </w:t>
      </w:r>
      <w:r>
        <w:t>har aadmi idealist hai.</w:t>
      </w:r>
    </w:p>
    <w:p>
      <w:pPr>
        <w:jc w:val="right"/>
      </w:pPr>
      <w:r>
        <w:t>ہر آدمی idealist ہے۔</w:t>
      </w:r>
    </w:p>
    <w:p>
      <w:r>
        <w:rPr>
          <w:b/>
        </w:rPr>
        <w:t xml:space="preserve">[1:03:57] </w:t>
      </w:r>
      <w:r>
        <w:t>aadmi ideal بیوی chahta hai. ideal business chahta hai. ideal job chahta hai. ideal system chahta hai. ideal samajh chahta hai.</w:t>
      </w:r>
    </w:p>
    <w:p>
      <w:pPr>
        <w:jc w:val="right"/>
      </w:pPr>
      <w:r>
        <w:t>آدمی ideal بیوی چاہتا ہے۔ ideal business چاہتا ہے۔ ideal جاب چاہتا ہے۔ ideal system چاہتا ہے۔ ideal سماج چاہتا ہے۔</w:t>
      </w:r>
    </w:p>
    <w:p>
      <w:r>
        <w:rPr>
          <w:b/>
        </w:rPr>
        <w:t xml:space="preserve">[1:04:06] </w:t>
      </w:r>
      <w:r>
        <w:t>ideal hukoomat chahta hai. lekin milti nahin. isi liye har aadmi jo hai hamesha shikayat mein jeeta hai. kyun ke jaisay jaisa chahta tha woh mila nahin is ko.</w:t>
      </w:r>
    </w:p>
    <w:p>
      <w:pPr>
        <w:jc w:val="right"/>
      </w:pPr>
      <w:r>
        <w:t>ideal حکومت چاہتا ہے۔ لیکن ملتی نہیں۔ اسی لیے ہر آدمی جو ہے ہمیشہ شکایت میں جیتا ہے۔ کیوں کہ جیسے جیسا چاہتا تھا وہ ملا نہیں اس کو۔</w:t>
      </w:r>
    </w:p>
    <w:p>
      <w:r>
        <w:rPr>
          <w:b/>
        </w:rPr>
        <w:t xml:space="preserve">[1:04:17] </w:t>
      </w:r>
      <w:r>
        <w:t>na ideal بیوی mili, na ideal family mili, na ideal business mila, na ideal job mila, na ideal system mila, na ideal hukoomat mili.</w:t>
      </w:r>
    </w:p>
    <w:p>
      <w:pPr>
        <w:jc w:val="right"/>
      </w:pPr>
      <w:r>
        <w:t>نہ ideal بیوی ملی، نہ ideal family ملی، نہ ideal business ملا، نہ ideal جاب ملا، نہ ideal system ملا، نہ ideal حکومت ملی۔</w:t>
      </w:r>
    </w:p>
    <w:p>
      <w:r>
        <w:rPr>
          <w:b/>
        </w:rPr>
        <w:t xml:space="preserve">[1:04:27] </w:t>
      </w:r>
      <w:r>
        <w:t>wohi zehn insaan ke haan bhi kaam karta hai. to log bhool jatay hain ke ideal cannot be achieved. dekhiye ashaab-e-rasool jo hain woh koi ideal nahin thay woh.</w:t>
      </w:r>
    </w:p>
    <w:p>
      <w:pPr>
        <w:jc w:val="right"/>
      </w:pPr>
      <w:r>
        <w:t>وہی ذہن انسان کے ہاں بھی کام کرتا ہے۔ تو لوگ بھول جاتے ہیں کہ ideal cannot be achieved۔ دیکھیے اصحاب رسول جو ہیں وہ کوئی ideal نہیں تھے وہ۔</w:t>
      </w:r>
    </w:p>
    <w:p>
      <w:r>
        <w:rPr>
          <w:b/>
        </w:rPr>
        <w:t xml:space="preserve">[1:04:39] </w:t>
      </w:r>
      <w:r>
        <w:t>koi yeh samajhta ho to bohat bari bhool mein mubtala hai woh. insaan hamaray jaisay insaan thay woh. hamaray jaisay insaan thay woh.</w:t>
      </w:r>
    </w:p>
    <w:p>
      <w:pPr>
        <w:jc w:val="right"/>
      </w:pPr>
      <w:r>
        <w:t>کوئی یہ سمجھتا ہو تو بہت بڑی بھول میں مبتلا ہے وہ۔ انسان ہمارے جیسے انسان تھے وہ۔ ہمارے جیسے انسان تھے وہ۔</w:t>
      </w:r>
    </w:p>
    <w:p>
      <w:r>
        <w:rPr>
          <w:b/>
        </w:rPr>
        <w:t xml:space="preserve">[1:04:52] </w:t>
      </w:r>
      <w:r>
        <w:t>masjid aisi tarah yaani woh bhi yaani ideal nahin thay, ikhwaan-e-rasool bhi ideal nahin hon gay. yaani is lihaaz se ke aap ke mind mein aik ideal basa hua, aisay afraad, aisi team to woh kabhi hua nahin.</w:t>
      </w:r>
    </w:p>
    <w:p>
      <w:pPr>
        <w:jc w:val="right"/>
      </w:pPr>
      <w:r>
        <w:t>مسجد ایسی طرح یعنی وہ بھی یعنی ideal نہیں تھے، اخوان رسول بھی ideal نہیں ہوں گے۔ یعنی اس لحاظ سے کہ آپ کے mind میں ایک ideal بسا ہوا، ایسے افراد، ایسی ٹیم تو وہ کبھی ہوا نہیں۔</w:t>
      </w:r>
    </w:p>
    <w:p>
      <w:r>
        <w:rPr>
          <w:b/>
        </w:rPr>
        <w:t xml:space="preserve">[1:05:09] </w:t>
      </w:r>
      <w:r>
        <w:t>na aaj ho sakta kyun ke yeh daar-ul-imtihaan hai, yahan par ideal cannot be achieved ka usool qaim hai. to aap practical baniye, practical.</w:t>
      </w:r>
    </w:p>
    <w:p>
      <w:pPr>
        <w:jc w:val="right"/>
      </w:pPr>
      <w:r>
        <w:t>نہ آج ہو سکتا کیوں کہ یہ دارالامتحان ہے، یہاں پر ideal cannot be achieved کا اصول قائم ہے۔ تو آپ practical بنیے، practical۔</w:t>
      </w:r>
    </w:p>
    <w:p>
      <w:r>
        <w:rPr>
          <w:b/>
        </w:rPr>
        <w:t xml:space="preserve">[1:05:18] </w:t>
      </w:r>
      <w:r>
        <w:t>aap practical ban kar ke cheezon ko dekhiye.</w:t>
      </w:r>
    </w:p>
    <w:p>
      <w:pPr>
        <w:jc w:val="right"/>
      </w:pPr>
      <w:r>
        <w:t>آپ practical بن کر کے چیزوں کو دیکھیے۔</w:t>
      </w:r>
    </w:p>
    <w:p>
      <w:r>
        <w:rPr>
          <w:b/>
        </w:rPr>
        <w:t xml:space="preserve">[1:05:21] </w:t>
      </w:r>
      <w:r>
        <w:t>tab aap ke, tab ko, tab aap ko koi shubah nahin rahay ga. shubah kyun hota hai? log ideal ban kar dekhtay hain. to ideal to wahan bhi nahin tha.</w:t>
      </w:r>
    </w:p>
    <w:p>
      <w:pPr>
        <w:jc w:val="right"/>
      </w:pPr>
      <w:r>
        <w:t>تب آپ کے، تب کو، تب آپ کو کوئی شبہ نہیں رہے گا۔ شبہ کیوں ہوتا ہے؟ لوگ ideal بن کر دیکھتے ہیں۔ تو ideal تو وہاں بھی نہیں تھا۔</w:t>
      </w:r>
    </w:p>
    <w:p>
      <w:r>
        <w:rPr>
          <w:b/>
        </w:rPr>
        <w:t xml:space="preserve">[1:05:31] </w:t>
      </w:r>
      <w:r>
        <w:t>na ho sakta hai kabhi. kabhi bhi yaad rakhiye ke koi ideal maashra tha na kabhi dunya mein, na ho sakta hai. kabhi aisa nahin ho sakta na ho.</w:t>
      </w:r>
    </w:p>
    <w:p>
      <w:pPr>
        <w:jc w:val="right"/>
      </w:pPr>
      <w:r>
        <w:t>نہ ہو سکتا ہے کبھی۔ کبھی بھی یاد رکھیے کہ کوئی ideal معاشرہ تھا نہ کبھی دنیا میں، نہ ہو سکتا ہے۔ کبھی ایسا نہیں ہو سکتا نہ ہو۔</w:t>
      </w:r>
    </w:p>
    <w:p>
      <w:r>
        <w:rPr>
          <w:b/>
        </w:rPr>
        <w:t xml:space="preserve">[1:05:43] </w:t>
      </w:r>
      <w:r>
        <w:t>to</w:t>
      </w:r>
    </w:p>
    <w:p>
      <w:pPr>
        <w:jc w:val="right"/>
      </w:pPr>
      <w:r>
        <w:t>تو</w:t>
      </w:r>
    </w:p>
    <w:p>
      <w:r>
        <w:rPr>
          <w:b/>
        </w:rPr>
        <w:t xml:space="preserve">[1:05:46] </w:t>
      </w:r>
      <w:r>
        <w:t>agar aap is is is insaan ki is kamzori ko jaan lein ke hamesha cheezon ko ideal se napta hai woh. jabkay ideal mumkin nahin hai. yaani ideal ke artistic se napta hai woh apnay mizaj ki bina par.</w:t>
      </w:r>
    </w:p>
    <w:p>
      <w:pPr>
        <w:jc w:val="right"/>
      </w:pPr>
      <w:r>
        <w:t>اگر آپ اس اس اس انسان کی اس کمزوری کو جان لیں کہ ہمیشہ چیزوں کو ideal سے ناپتا ہے وہ۔ جبکہ ideal ممکن نہیں ہے۔ یعنی ideal کے artistic سے ناپتا ہے وہ اپنے مزاج کی بنا پر۔</w:t>
      </w:r>
    </w:p>
    <w:p>
      <w:r>
        <w:rPr>
          <w:b/>
        </w:rPr>
        <w:t xml:space="preserve">[1:06:00] </w:t>
      </w:r>
      <w:r>
        <w:t>isi liye talaaq hoti hai, isi liye jhagray hotay hain, isi liye larai hoti hai. agar ya ideal ke artistic na napain log aur yeh maan lein ke ideal cannot be achieved to koi jhagray nahin, koi fasaad nahin, koi talaaq nahin.</w:t>
      </w:r>
    </w:p>
    <w:p>
      <w:pPr>
        <w:jc w:val="right"/>
      </w:pPr>
      <w:r>
        <w:t>اسی لیے طلاق ہوتی ہے، اسی لیے جھگڑے ہوتے ہیں، اسی لیے لڑائی ہوتی ہے۔ اگر یا ideal کے artistic نہ ناپیں لوگ اور یہ مان لیں کہ ideal cannot be achieved تو کوئی جھگڑے نہیں، کوئی فساد نہیں، کوئی طلاق نہیں۔</w:t>
      </w:r>
    </w:p>
    <w:p>
      <w:r>
        <w:rPr>
          <w:b/>
        </w:rPr>
        <w:t xml:space="preserve">[1:06:12] </w:t>
      </w:r>
      <w:r>
        <w:t>to wohi mizaj yahan kaam karta hai. log samajhtay hain ke ashaab-e-rasool to koi hamaray upaar thay aur yeh to aisay hi hain.</w:t>
      </w:r>
    </w:p>
    <w:p>
      <w:pPr>
        <w:jc w:val="right"/>
      </w:pPr>
      <w:r>
        <w:t>تو وہی مزاج یہاں کام کرتا ہے۔ لوگ سمجھتے ہیں کہ اصحاب رسول تو کوئی ہمارے اپاڑ تھے اور یہ تو ایسے ہی ہیں۔</w:t>
      </w:r>
    </w:p>
    <w:p>
      <w:r>
        <w:rPr>
          <w:b/>
        </w:rPr>
        <w:t xml:space="preserve">[1:06:21] </w:t>
      </w:r>
      <w:r>
        <w:t>na woh hamaray upaar thay, na ikhwaan-e-rasool hamaray upaar hon gay. koi hamaray upaar nahin thay. aisay insaan jaisay yeh hain, aisay insaan woh bhi thay.</w:t>
      </w:r>
    </w:p>
    <w:p>
      <w:pPr>
        <w:jc w:val="right"/>
      </w:pPr>
      <w:r>
        <w:t>نہ وہ ہمارے اپاڑ تھے، نہ اخوان رسول ہمارے اپاڑ ہوں گے۔ کوئی ہمارے اپاڑ نہیں تھے۔ ایسے انسان جیسے یہ ہیں، ایسے انسان وہ بھی تھے۔</w:t>
      </w:r>
    </w:p>
    <w:p>
      <w:r>
        <w:rPr>
          <w:b/>
        </w:rPr>
        <w:t xml:space="preserve">[1:06:31] </w:t>
      </w:r>
      <w:r>
        <w:t>is raaz ko agar aap jaan lein aap to aap ke andar yaani na mayoosi aaye gi, na koi shakk aaye ga, kuch bhi nahin hoga.</w:t>
      </w:r>
    </w:p>
    <w:p>
      <w:pPr>
        <w:jc w:val="right"/>
      </w:pPr>
      <w:r>
        <w:t>اس راز کو اگر آپ جان لیں آپ تو آپ کے اندر یعنی نہ مایوسی آئے گی، نہ کوئی شک آئے گا، کچھ بھی نہیں ہوگا۔</w:t>
      </w:r>
    </w:p>
    <w:p>
      <w:r>
        <w:rPr>
          <w:b/>
        </w:rPr>
        <w:t xml:space="preserve">[1:06:41] </w:t>
      </w:r>
      <w:r>
        <w:t>maulana, aik baar hi aap ne kaha tha ke agar koi cheez jis se group bikhar sakta hai to woh suspicion aur disagreement hai.</w:t>
      </w:r>
    </w:p>
    <w:p>
      <w:pPr>
        <w:jc w:val="right"/>
      </w:pPr>
      <w:r>
        <w:t>مولانا، ایک بار ہی آپ نے کہا تھا کہ اگر کوئی چیز جس سے گروپ بکھر سکتا ہے تو وہ suspicion اور disagreement ہے۔</w:t>
      </w:r>
    </w:p>
    <w:p>
      <w:r>
        <w:rPr>
          <w:b/>
        </w:rPr>
        <w:t xml:space="preserve">[1:06:52] </w:t>
      </w:r>
      <w:r>
        <w:t>to lekin ab ab to hum jaisay aap bata chukay hain, hum sab jaan chukay hain ke evils of disagreement kiya hain. lekin tab bhi yeh possibility hai ke hum disagreement aur suspicion mein par jayen.</w:t>
      </w:r>
    </w:p>
    <w:p>
      <w:pPr>
        <w:jc w:val="right"/>
      </w:pPr>
      <w:r>
        <w:t>تو لیکن اب اب تو ہم جیسے آپ بتا چکے ہیں، ہم سب جان چکے ہیں کہ evils of disagreement کیا ہیں۔ لیکن تب بھی یہ possibility ہے کہ ہم disagreement اور suspicion میں پڑ جائیں۔</w:t>
      </w:r>
    </w:p>
    <w:p>
      <w:r>
        <w:rPr>
          <w:b/>
        </w:rPr>
        <w:t xml:space="preserve">[1:07:05] </w:t>
      </w:r>
      <w:r>
        <w:t>aa to hamein kiya karna chahiye aa jis se Satan aa hamaray group mein differences create karne mein kaamyaab na ho sakay?</w:t>
      </w:r>
    </w:p>
    <w:p>
      <w:pPr>
        <w:jc w:val="right"/>
      </w:pPr>
      <w:r>
        <w:t>آ تو ہمیں کیا کرنا چاہیے آ جس سے Satan آ ہمارے گروپ میں differences create کرنے میں کامیاب نہ ہو سکے؟</w:t>
      </w:r>
    </w:p>
    <w:p>
      <w:r>
        <w:rPr>
          <w:b/>
        </w:rPr>
        <w:t xml:space="preserve">[1:07:15] </w:t>
      </w:r>
      <w:r>
        <w:t>yehin sab se alert rahi rehna hai. hadees mein yeh baat aayi hai ke rasool Allah ne farmaya ke kis cheez se mujhe khatra nahin hai.</w:t>
      </w:r>
    </w:p>
    <w:p>
      <w:pPr>
        <w:jc w:val="right"/>
      </w:pPr>
      <w:r>
        <w:t>یہیں سب سے alert رہی رہنا ہے۔ حدیث میں یہ بات آئی ہے کہ رسول اللہ نے فرمایا کہ کس چیز سے مجھے خطرہ نہیں ہے۔</w:t>
      </w:r>
    </w:p>
    <w:p>
      <w:r>
        <w:rPr>
          <w:b/>
        </w:rPr>
        <w:t xml:space="preserve">[1:07:25] </w:t>
      </w:r>
      <w:r>
        <w:t>khatra kiya hai? aapas mein ikhtilafat se khatra hai. yeh hadees hai baqaida. kyun khatra hai?</w:t>
      </w:r>
    </w:p>
    <w:p>
      <w:pPr>
        <w:jc w:val="right"/>
      </w:pPr>
      <w:r>
        <w:t>خطرہ کیا ہے؟ آپس میں اختلافات سے خطرہ ہے۔ یہ حدیث ہے باقاعدہ۔ کیوں خطرہ ہے؟</w:t>
      </w:r>
    </w:p>
    <w:p>
      <w:r>
        <w:rPr>
          <w:b/>
        </w:rPr>
        <w:t xml:space="preserve">[1:07:35] </w:t>
      </w:r>
      <w:r>
        <w:t>log jo hain ikhtilaf ko ya difference ko samajh letay hain ke yeh to mitana chahiye. difference ko mitanay ki cheez samajh letay hain. aam tor par yeh insaanon ka mizaj yeh hai.</w:t>
      </w:r>
    </w:p>
    <w:p>
      <w:pPr>
        <w:jc w:val="right"/>
      </w:pPr>
      <w:r>
        <w:t>لوگ جو ہیں اختلاف کو یا difference کو سمجھ لیتے ہیں کہ یہ تو مٹانا چاہیے۔ Difference کو مٹانے کی چیز سمجھ لیتے ہیں۔ عام طور پر یہ انسانوں کا مزاج یہ ہے۔</w:t>
      </w:r>
    </w:p>
    <w:p>
      <w:r>
        <w:rPr>
          <w:b/>
        </w:rPr>
        <w:t xml:space="preserve">[1:07:47] </w:t>
      </w:r>
      <w:r>
        <w:t>musalmanon mein bhi hai aur secular logon mein bhi hai. ke difference ko evil samajhtay hain, evil, burai. chahtay hain ke is ko mitayo. jitni bhi musalmanon ki conference honi hai, ittehad conference hoti hai.</w:t>
      </w:r>
    </w:p>
    <w:p>
      <w:pPr>
        <w:jc w:val="right"/>
      </w:pPr>
      <w:r>
        <w:t>مسلمانوں میں بھی ہے اور سیکولر لوگوں میں بھی ہے۔ کہ difference کو evil سمجھتے ہیں، evil، برائی۔ چاہتے ہیں کہ اس کو مٹاؤ۔ جتنی بھی مسلمانوں کی کانفرنس ہونی ہے، اتحاد کانفرنس ہوتی ہے۔</w:t>
      </w:r>
    </w:p>
    <w:p>
      <w:r>
        <w:rPr>
          <w:b/>
        </w:rPr>
        <w:t xml:space="preserve">[1:08:02] </w:t>
      </w:r>
      <w:r>
        <w:t>mein poori zindagi dekhta raha hoon ke logon ki musalmanon ki ittehad conference</w:t>
      </w:r>
    </w:p>
    <w:p>
      <w:pPr>
        <w:jc w:val="right"/>
      </w:pPr>
      <w:r>
        <w:t>میں پوری زندگی دیکھتا رہا ہوں کہ لوگوں کی مسلمانوں کی اتحاد کانفرنس</w:t>
      </w:r>
    </w:p>
    <w:p>
      <w:r>
        <w:rPr>
          <w:b/>
        </w:rPr>
        <w:t xml:space="preserve">[1:08:05] </w:t>
      </w:r>
      <w:r>
        <w:t>to is mein kya kehte hain? ikhtilaf ko bhulao, ikhtilaf ko mitao. yaani ikhtilaf ko mita kar ke ittehad qaim karne ke program banate hain log.</w:t>
      </w:r>
    </w:p>
    <w:p>
      <w:pPr>
        <w:jc w:val="right"/>
      </w:pPr>
      <w:r>
        <w:t>۔ تو اس میں کیا کہتے ہیں؟ اختلاف کو بھلاؤ، اختلاف کو مٹاؤ۔ یعنی اختلاف کو مٹا کر کے اتحاد قائم کرنے کے پروگرام بناتے ہیں لوگ۔</w:t>
      </w:r>
    </w:p>
    <w:p>
      <w:r>
        <w:rPr>
          <w:b/>
        </w:rPr>
        <w:t xml:space="preserve">[1:08:14] </w:t>
      </w:r>
      <w:r>
        <w:t>woh mumkin hi nahin. to is cheez ko log bhool jaate hain ke ikhtilaf ko humein manage karna hai. ikhtilaf ko mitana nahin hai.</w:t>
      </w:r>
    </w:p>
    <w:p>
      <w:pPr>
        <w:jc w:val="right"/>
      </w:pPr>
      <w:r>
        <w:t>وہ ممکن ہی نہیں۔ تو اس چیز کو لوگ بھول جاتے ہیں کہ اختلاف کو ہمیں manage کرنا ہے۔ اختلاف کو مٹانا نہیں ہے۔</w:t>
      </w:r>
    </w:p>
    <w:p>
      <w:r>
        <w:rPr>
          <w:b/>
        </w:rPr>
        <w:t xml:space="preserve">[1:08:26] </w:t>
      </w:r>
      <w:r>
        <w:t>yaani you have to learn the art of difference management and not art of eliminating the differences to differences ko mitana yeh koi yeh koi kaam nahin hai, namumkin hai.</w:t>
      </w:r>
    </w:p>
    <w:p>
      <w:pPr>
        <w:jc w:val="right"/>
      </w:pPr>
      <w:r>
        <w:t>یعنی you have to learn the art of difference management and not art of eliminating the differences تو differences کو مٹانا یہ کوئی یہ کوئی کام نہیں ہے، ناممکن ہے۔</w:t>
      </w:r>
    </w:p>
    <w:p>
      <w:r>
        <w:rPr>
          <w:b/>
        </w:rPr>
        <w:t xml:space="preserve">[1:08:44] </w:t>
      </w:r>
      <w:r>
        <w:t>doosri baat yeh hai ke difference jo hai, mein isi se darta hoon apni team ke liye. ab mujhe aap dekhte hain ke mein boorha ho chuka hoon, mujhe nahin maloom ke mein kab tak dunya mein hoon.</w:t>
      </w:r>
    </w:p>
    <w:p>
      <w:pPr>
        <w:jc w:val="right"/>
      </w:pPr>
      <w:r>
        <w:t>دوسری بات یہ ہے کہ difference جو ہے، میں اسی سے ڈرتا ہوں اپنی ٹیم کے لیے۔ اب مجھے آپ دیکھتے ہیں کہ میں بوڑھا ہو چکا ہوں، مجھے نہیں معلوم کہ میں کب تک دنیا میں ہوں۔</w:t>
      </w:r>
    </w:p>
    <w:p>
      <w:r>
        <w:rPr>
          <w:b/>
        </w:rPr>
        <w:t xml:space="preserve">[1:08:56] </w:t>
      </w:r>
      <w:r>
        <w:t>is liye mein ne kaha ke my role is over to apne baad jis se mein darta hoon, woh sirf aik hi cheez se ke aap logon mein ikhtilafat paida hon, differences paida hon aur kuch bhi nahin.</w:t>
      </w:r>
    </w:p>
    <w:p>
      <w:pPr>
        <w:jc w:val="right"/>
      </w:pPr>
      <w:r>
        <w:t>اس لیے میں نے کہا کہ my role is over تو اپنے بعد جس سے میں ڈرتا ہوں، وہ صرف ایک ہی چیز سے کہ آپ لوگوں میں اختلافات پیدا ہوں، differences پیدا ہوں اور کچھ بھی نہیں۔</w:t>
      </w:r>
    </w:p>
    <w:p>
      <w:r>
        <w:rPr>
          <w:b/>
        </w:rPr>
        <w:t xml:space="preserve">[1:09:05] </w:t>
      </w:r>
      <w:r>
        <w:t>kyon ke sab kuch ho chuka hai.</w:t>
      </w:r>
    </w:p>
    <w:p>
      <w:pPr>
        <w:jc w:val="right"/>
      </w:pPr>
      <w:r>
        <w:t>کیوں کہ سب کچھ ہو چکا ہے۔</w:t>
      </w:r>
    </w:p>
    <w:p>
      <w:r>
        <w:rPr>
          <w:b/>
        </w:rPr>
        <w:t xml:space="preserve">[1:09:08] </w:t>
      </w:r>
      <w:r>
        <w:t>sab kuch ho chuka hai. to difference jo hai, yeh Allah taala ka paida kiya hua hai. insaan ka paida kiya hua nahin hai.</w:t>
      </w:r>
    </w:p>
    <w:p>
      <w:pPr>
        <w:jc w:val="right"/>
      </w:pPr>
      <w:r>
        <w:t>سب کچھ ہو چکا ہے۔ تو difference جو ہے، یہ اللہ تعالیٰ کا پیدا کیا ہوا ہے۔ انسان کا پیدا کیا ہوا نہیں ہے۔</w:t>
      </w:r>
    </w:p>
    <w:p>
      <w:r>
        <w:rPr>
          <w:b/>
        </w:rPr>
        <w:t xml:space="preserve">[1:09:19] </w:t>
      </w:r>
      <w:r>
        <w:t>kyon? Allah taala ka jo nizam hai, woh difference based hai. difference se kis liye hai? difference se challenge, intellectual challenge aate hain.</w:t>
      </w:r>
    </w:p>
    <w:p>
      <w:pPr>
        <w:jc w:val="right"/>
      </w:pPr>
      <w:r>
        <w:t>کیوں؟ اللہ تعالیٰ کا جو نظام ہے، وہ difference based ہے۔ Difference سے کس لیے ہے؟ Difference سے challenge، intellectual challenge آتے ہیں۔</w:t>
      </w:r>
    </w:p>
    <w:p>
      <w:r>
        <w:rPr>
          <w:b/>
        </w:rPr>
        <w:t xml:space="preserve">[1:09:29] </w:t>
      </w:r>
      <w:r>
        <w:t>is se intellectual discussion hote hain. is se aadmi ka mind activate hota hai. is se yaani jis ko kehte hain intellectual awakening aati hai.</w:t>
      </w:r>
    </w:p>
    <w:p>
      <w:pPr>
        <w:jc w:val="right"/>
      </w:pPr>
      <w:r>
        <w:t>اس سے intellectual discussion ہوتے ہیں۔ اس سے آدمی کا mind activate ہوتا ہے۔ اس سے یعنی جس کو کہتے ہیں intellectual awakening آتی ہے۔</w:t>
      </w:r>
    </w:p>
    <w:p>
      <w:r>
        <w:rPr>
          <w:b/>
        </w:rPr>
        <w:t xml:space="preserve">[1:09:39] </w:t>
      </w:r>
      <w:r>
        <w:t>phir naye naye ideas samajh aate hain. naye naye khayalat emerge karte hain. aur intellectual development hota rehta hai barabar.</w:t>
      </w:r>
    </w:p>
    <w:p>
      <w:pPr>
        <w:jc w:val="right"/>
      </w:pPr>
      <w:r>
        <w:t>پھر نئے نئے ideas سمجھ آتے ہیں۔ نئے نئے خیالات emerge کرتے ہیں۔ اور intellectual development ہوتا رہتا ہے برابر۔</w:t>
      </w:r>
    </w:p>
    <w:p>
      <w:r>
        <w:rPr>
          <w:b/>
        </w:rPr>
        <w:t xml:space="preserve">[1:09:47] </w:t>
      </w:r>
      <w:r>
        <w:t>to difference to aik nemat hai. ikhtilaf ummat rehmat ka matlab yahi hai. kuch log is is hadees ko tazeef karte hain. mein samajhta hoon ke bilkul sahi hadees hai.</w:t>
      </w:r>
    </w:p>
    <w:p>
      <w:pPr>
        <w:jc w:val="right"/>
      </w:pPr>
      <w:r>
        <w:t>تو difference تو ایک نعمت ہے۔ اختلاف امت رحمہ کا مطلب یہی ہے۔ کچھ لوگ اس اس حدیث کو تضعیف کرتے ہیں۔ میں سمجھتا ہوں کہ بالکل صحیح حدیث ہے۔</w:t>
      </w:r>
    </w:p>
    <w:p>
      <w:r>
        <w:rPr>
          <w:b/>
        </w:rPr>
        <w:t xml:space="preserve">[1:09:58] </w:t>
      </w:r>
      <w:r>
        <w:t>rehmat ke maani yeh hain ke agar tum ikhtilaf ko bardasht karoge, ikhtilaf ko manage karna seekhoge, to ikhtilaf rehmat ban jayenge tumhare.</w:t>
      </w:r>
    </w:p>
    <w:p>
      <w:pPr>
        <w:jc w:val="right"/>
      </w:pPr>
      <w:r>
        <w:t>رحمت کے معنی یہ ہیں کہ اگر تم اختلاف کو برداشت کرو گے، اختلاف کو manage کرنا سیکھو گے، تو اختلاف رحمت بن جائیں گے تمہارے۔</w:t>
      </w:r>
    </w:p>
    <w:p>
      <w:r>
        <w:rPr>
          <w:b/>
        </w:rPr>
        <w:t xml:space="preserve">[1:10:09] </w:t>
      </w:r>
      <w:r>
        <w:t>is is hadees ka matlab yeh nahin ke ikhtilaf apne aap mein koi koi phool hai. yeh matlab nahin hai.</w:t>
      </w:r>
    </w:p>
    <w:p>
      <w:pPr>
        <w:jc w:val="right"/>
      </w:pPr>
      <w:r>
        <w:t>اس اس حدیث کا مطلب یہ نہیں کہ اختلاف اپنے آپ میں کوئی کوئی پھول ہے۔ یہ مطلب نہیں ہے۔</w:t>
      </w:r>
    </w:p>
    <w:p>
      <w:r>
        <w:rPr>
          <w:b/>
        </w:rPr>
        <w:t xml:space="preserve">[1:10:16] </w:t>
      </w:r>
      <w:r>
        <w:t>ikhtilaf ko zariye agar banaoge tum discussion ka, apne yaani is ka exchange ka, to hota yeh hai ke dekhiye, pehle zamanay mein do pathar takrate the to aag nikalti thi.</w:t>
      </w:r>
    </w:p>
    <w:p>
      <w:pPr>
        <w:jc w:val="right"/>
      </w:pPr>
      <w:r>
        <w:t>اختلاف کو ذریعہ اگر بناؤ گے تم discussion کا، اپنے یعنی اس کا exchange کا، تو ہوتا یہ ہے کہ دیکھیے، پہلے زمانے میں دو پتھر ٹکراتے تھے تو آگ نکلتی تھی۔</w:t>
      </w:r>
    </w:p>
    <w:p>
      <w:r>
        <w:rPr>
          <w:b/>
        </w:rPr>
        <w:t xml:space="preserve">[1:10:36] </w:t>
      </w:r>
      <w:r>
        <w:t>sparking hoti thi. to is tarah do mind jab takrate hain to kuch naye khayalat emerge</w:t>
      </w:r>
    </w:p>
    <w:p>
      <w:pPr>
        <w:jc w:val="right"/>
      </w:pPr>
      <w:r>
        <w:t>اسپارکنگ ہوتی تھی۔ تو اس طرح دو mind جب ٹکراتے ہیں تو کچھ نئے خیالات emerge</w:t>
      </w:r>
    </w:p>
    <w:p>
      <w:r>
        <w:rPr>
          <w:b/>
        </w:rPr>
        <w:t xml:space="preserve">[1:10:43] </w:t>
      </w:r>
      <w:r>
        <w:t>karte hain. intellectual development hota rehta hai barabar. to difference agar na ho to taraqqi na ho. difference na ho to intellectual development na ho.</w:t>
      </w:r>
    </w:p>
    <w:p>
      <w:pPr>
        <w:jc w:val="right"/>
      </w:pPr>
      <w:r>
        <w:t>کرتے ہیں۔ Intellectual development ہوتا رہتا ہے برابر۔ تو difference اگر نہ ہو تو ترقی نہ ہو۔ Difference نہ ہو تو intellectual development نہ ہو۔</w:t>
      </w:r>
    </w:p>
    <w:p>
      <w:r>
        <w:rPr>
          <w:b/>
        </w:rPr>
        <w:t xml:space="preserve">[1:10:52] </w:t>
      </w:r>
      <w:r>
        <w:t>difference na ho to nayi nayi soch na paida ho logon ke andar. to mein aap logon ko naseehat karta hoon ke aap log is mein bohat ziyada, bohat ziyada alert rahen.</w:t>
      </w:r>
    </w:p>
    <w:p>
      <w:pPr>
        <w:jc w:val="right"/>
      </w:pPr>
      <w:r>
        <w:t>Difference نہ ہو تو نئی نئی سوچ نہ پیدا ہو لوگوں کے اندر۔ تو میں آپ لوگوں کو نصیحت کرتا ہوں کہ آپ لوگ اس میں بہت زیادہ، بہت زیادہ alert رہیں۔</w:t>
      </w:r>
    </w:p>
    <w:p>
      <w:r>
        <w:rPr>
          <w:b/>
        </w:rPr>
        <w:t xml:space="preserve">[1:11:02] </w:t>
      </w:r>
      <w:r>
        <w:t>ke difference ko aggravate na karen aap. difference ko barha charha kar na dekhen.</w:t>
      </w:r>
    </w:p>
    <w:p>
      <w:pPr>
        <w:jc w:val="right"/>
      </w:pPr>
      <w:r>
        <w:t>کہ difference کو aggravate نہ کریں آپ۔ Difference کو بڑھا چڑھا کر نہ دیکھیں۔</w:t>
      </w:r>
    </w:p>
    <w:p>
      <w:r>
        <w:rPr>
          <w:b/>
        </w:rPr>
        <w:t xml:space="preserve">[1:11:07] </w:t>
      </w:r>
      <w:r>
        <w:t>difference ko mamooli cheez samajh kar ke us ko bhula den, us ko ignore karen, us ko nazar andaaz karen. ke aage jo kaam humein karna hai, yaani ikhwan-e-rasool ka jo mission hai,</w:t>
      </w:r>
    </w:p>
    <w:p>
      <w:pPr>
        <w:jc w:val="right"/>
      </w:pPr>
      <w:r>
        <w:t>Difference کو معمولی چیز سمجھ کر کے اس کو بھلا دیں، اس کو ignore کریں، اس کو نظر انداز کریں۔ کہ آگے جو کام ہمیں کرنا ہے، یعنی اخوان رسول کا جو mission ہے،</w:t>
      </w:r>
    </w:p>
    <w:p>
      <w:r>
        <w:rPr>
          <w:b/>
        </w:rPr>
        <w:t xml:space="preserve">[1:11:21] </w:t>
      </w:r>
      <w:r>
        <w:t>uski takmeel jo hogi, sab se ziyada jo masla hai, yeh wohi masla hai. ke aap ko difference management ke art ko seekhna hoga.</w:t>
      </w:r>
    </w:p>
    <w:p>
      <w:pPr>
        <w:jc w:val="right"/>
      </w:pPr>
      <w:r>
        <w:t>اس کی تکمیل جو ہوگی، سب سے زیادہ جو مسئلہ ہے، یہ وہی مسئلہ ہے۔ کہ آپ کو difference management کے art کو سیکھنا ہوگا۔</w:t>
      </w:r>
    </w:p>
    <w:p>
      <w:r>
        <w:rPr>
          <w:b/>
        </w:rPr>
        <w:t xml:space="preserve">[1:11:31] </w:t>
      </w:r>
      <w:r>
        <w:t>ke ikhtilaf aaye to us ko manage karen. bajaye is ke ke qazi log ladne lagen, fatwa dene lagen.</w:t>
      </w:r>
    </w:p>
    <w:p>
      <w:pPr>
        <w:jc w:val="right"/>
      </w:pPr>
      <w:r>
        <w:t>کہ اختلاف آئے تو اس کو manage کریں۔ بجائے اس کے کہ قاضی لوگ لڑنے لگیں، فتویٰ دینے لگیں۔</w:t>
      </w:r>
    </w:p>
    <w:p>
      <w:r>
        <w:rPr>
          <w:b/>
        </w:rPr>
        <w:t xml:space="preserve">[1:11:37] </w:t>
      </w:r>
      <w:r>
        <w:t>ke yeh deen se hat gaya, yeh munafiq ho gaya, yeh fasiq ho gaya. yeh sab kuch nahin. difference ko banaiye, part of discussion.</w:t>
      </w:r>
    </w:p>
    <w:p>
      <w:pPr>
        <w:jc w:val="right"/>
      </w:pPr>
      <w:r>
        <w:t>کہ یہ دین سے ہٹ گیا، یہ منافق ہو گیا، یہ فاسق ہو گیا۔ یہ سب کچھ نہیں۔ Difference کو بنائیے، part of discussion۔</w:t>
      </w:r>
    </w:p>
    <w:p>
      <w:r>
        <w:rPr>
          <w:b/>
        </w:rPr>
        <w:t xml:space="preserve">[1:11:47] </w:t>
      </w:r>
      <w:r>
        <w:t>difference ko le kar baat cheet kijiye.</w:t>
      </w:r>
    </w:p>
    <w:p>
      <w:pPr>
        <w:jc w:val="right"/>
      </w:pPr>
      <w:r>
        <w:t>Difference کو لے کر بات چیت کیجیے۔</w:t>
      </w:r>
    </w:p>
    <w:p>
      <w:r>
        <w:rPr>
          <w:b/>
        </w:rPr>
        <w:t xml:space="preserve">[1:11:52] </w:t>
      </w:r>
      <w:r>
        <w:t>yeh kabhi na chahiye ke aisi society bane, aisa group bane, jis mein koi difference na ho, koi ikhtilaf na ho. sab aik hi rang mein sochein.</w:t>
      </w:r>
    </w:p>
    <w:p>
      <w:pPr>
        <w:jc w:val="right"/>
      </w:pPr>
      <w:r>
        <w:t>یہ کبھی نہ چاہیے کہ ایسی سوسائٹی بنے، ایسا گروپ بنے، جس میں کوئی difference نہ ہو، کوئی اختلاف نہ ہو۔ سب ایک ہی رنگ میں سوچیں۔</w:t>
      </w:r>
    </w:p>
    <w:p>
      <w:r>
        <w:rPr>
          <w:b/>
        </w:rPr>
        <w:t xml:space="preserve">[1:12:03] </w:t>
      </w:r>
      <w:r>
        <w:t>to aap ko jahan shaitan bhagaye ga, wo difference ke bhagaye ga. ikhtilafat ko le kar bhagaye ga. jis tarah risale mein likha tha ek mazmoon ke ikhtilaf, yeh mazmoon tha ke ittehad naam hai ikhtilaf ke bawajood muttahid hone ka.</w:t>
      </w:r>
    </w:p>
    <w:p>
      <w:pPr>
        <w:jc w:val="right"/>
      </w:pPr>
      <w:r>
        <w:t>تو آپ کو جہاں شیطان بھاگائے گا، وہ difference کے بھاگائے گا۔ اختلافات کو لے کر بھاگائے گا۔ جس طرح رسالے میں لکھا تھا ایک مضمون کہ اختلاف، یہ مضمون تھا کہ اتحاد نام ہے اختلاف کے باوجود متحد ہونے کا۔</w:t>
      </w:r>
    </w:p>
    <w:p>
      <w:r>
        <w:rPr>
          <w:b/>
        </w:rPr>
        <w:t xml:space="preserve">[1:12:25] </w:t>
      </w:r>
      <w:r>
        <w:t>ittehad naam hai ikhtilaf ke bawajood muttahid hone ka, hone ka. na ke ikhtilaf ko mita kar muttahid hone ka.</w:t>
      </w:r>
    </w:p>
    <w:p>
      <w:pPr>
        <w:jc w:val="right"/>
      </w:pPr>
      <w:r>
        <w:t>اتحاد نام ہے اختلاف کے باوجود متحد ہونے کا، ہونے کا۔ نہ کہ اختلاف کو مٹا کر متحد ہونے کا۔</w:t>
      </w:r>
    </w:p>
    <w:p>
      <w:r>
        <w:rPr>
          <w:b/>
        </w:rPr>
        <w:t xml:space="preserve">[1:12:38] </w:t>
      </w:r>
      <w:r>
        <w:t>yani ittehad naam hai ikhtilaf ke bawajood muttahid hone ka. na ke ikhtilaf ko mita kar muttahid hone ka.</w:t>
      </w:r>
    </w:p>
    <w:p>
      <w:pPr>
        <w:jc w:val="right"/>
      </w:pPr>
      <w:r>
        <w:t>یعنی اتحاد نام ہے اختلاف کے باوجود متحد ہونے کا۔ نہ کہ اختلاف کو مٹا کر متحد ہونے کا۔</w:t>
      </w:r>
    </w:p>
    <w:p>
      <w:r>
        <w:rPr>
          <w:b/>
        </w:rPr>
        <w:t xml:space="preserve">[1:12:47] </w:t>
      </w:r>
      <w:r>
        <w:t>yeh aap hamesha sochte rahiye, hamesha is ko mind mein rakhiye. aur kabhi bhi ikhtilaf ko, difference ko mat badhaiye charhaiye.</w:t>
      </w:r>
    </w:p>
    <w:p>
      <w:pPr>
        <w:jc w:val="right"/>
      </w:pPr>
      <w:r>
        <w:t>یہ آپ ہمیشہ سوچتے رہیے، ہمیشہ اس کو mind میں رکھیے۔ اور کبھی بھی اختلاف کو، difference کو مت بڑھائی چڑھائیے۔</w:t>
      </w:r>
    </w:p>
    <w:p>
      <w:r>
        <w:rPr>
          <w:b/>
        </w:rPr>
        <w:t xml:space="preserve">[1:12:58] </w:t>
      </w:r>
      <w:r>
        <w:t>is ko ya to bhula dijiye, nazar andaaz kar dijiye. is ko excuse bana kar ke kabhi bhi ek doosre se takrao ka mahol na paida kijiye.</w:t>
      </w:r>
    </w:p>
    <w:p>
      <w:pPr>
        <w:jc w:val="right"/>
      </w:pPr>
      <w:r>
        <w:t>اس کو یا تو بھلا دیجیے، نظر انداز کر دیجیے۔ اس کو excuse بنا کر کے کبھی بھی ایک دوسرے سے ٹکراؤ کا ماحول نہ پیدا کیجیے۔</w:t>
      </w:r>
    </w:p>
    <w:p>
      <w:r>
        <w:rPr>
          <w:b/>
        </w:rPr>
        <w:t xml:space="preserve">[1:13:12] </w:t>
      </w:r>
      <w:r>
        <w:t>achha Maulana, agar hum aap ko benchmark bana lein to is se to cheezein saari theek ho jayengi. and there would be no disagreement to aap ka kya opinion hai is mein?</w:t>
      </w:r>
    </w:p>
    <w:p>
      <w:pPr>
        <w:jc w:val="right"/>
      </w:pPr>
      <w:r>
        <w:t>اچھا مولانا، اگر ہم آپ کو benchmark بنا لیں تو اس سے تو چیزیں ساری ٹھیک ہو جائیں گی۔ and there would be no disagreement تو آپ کا کیا opinion ہے اس میں؟</w:t>
      </w:r>
    </w:p>
    <w:p>
      <w:r>
        <w:rPr>
          <w:b/>
        </w:rPr>
        <w:t xml:space="preserve">[1:13:26] </w:t>
      </w:r>
      <w:r>
        <w:t>to kya bhai, main to apne ko sab se kam samajhta hoon, waqeatan. wo kehte hain ke yani agar aap mere dil ka haal janiye to main apne aap ko team ke har fard se kam samajhta hoon.</w:t>
      </w:r>
    </w:p>
    <w:p>
      <w:pPr>
        <w:jc w:val="right"/>
      </w:pPr>
      <w:r>
        <w:t>تو کیا بھئی، میں تو اپنے کو سب سے کم سمجھتا ہوں، واقعتا۔ وہ کہتے ہیں کہ یعنی اگر آپ میرے دل کا حال جانیں تو میں اپنے آپ کو ٹیم کے ہر فرد سے کم سمجھتا ہوں۔</w:t>
      </w:r>
    </w:p>
    <w:p>
      <w:r>
        <w:rPr>
          <w:b/>
        </w:rPr>
        <w:t xml:space="preserve">[1:13:42] </w:t>
      </w:r>
      <w:r>
        <w:t>yani haqeeqatan hi kam samajhta hoon, aisa nahi ke banawati taur par.</w:t>
      </w:r>
    </w:p>
    <w:p>
      <w:pPr>
        <w:jc w:val="right"/>
      </w:pPr>
      <w:r>
        <w:t>یعنی حقیقتاً ہی کم سمجھتا ہوں، ایسا نہیں کہ بناوٹی طور پر۔</w:t>
      </w:r>
    </w:p>
    <w:p>
      <w:r>
        <w:rPr>
          <w:b/>
        </w:rPr>
        <w:t xml:space="preserve">[1:13:53] </w:t>
      </w:r>
      <w:r>
        <w:t>doosri baat main yeh kahoon ga ke jo tasawwur aap ko negativity ki taraf le jaye, us ko shaitan ka kaam samjhiye.</w:t>
      </w:r>
    </w:p>
    <w:p>
      <w:pPr>
        <w:jc w:val="right"/>
      </w:pPr>
      <w:r>
        <w:t>دوسری بات میں یہ کہوں گا کہ جو تصور آپ کو negativity کی طرف لے جائے، اس کو شیطان کا کام سمجھئے۔</w:t>
      </w:r>
    </w:p>
    <w:p>
      <w:r>
        <w:rPr>
          <w:b/>
        </w:rPr>
        <w:t xml:space="preserve">[1:14:03] </w:t>
      </w:r>
      <w:r>
        <w:t>aur jo positivity ki taraf le jaye, us ko farishte ka kaam samjhiye.</w:t>
      </w:r>
    </w:p>
    <w:p>
      <w:pPr>
        <w:jc w:val="right"/>
      </w:pPr>
      <w:r>
        <w:t>اور جو positivity کی طرف لے جائے، اس کو فرشتے کا کام سمجھئے۔</w:t>
      </w:r>
    </w:p>
    <w:p>
      <w:r>
        <w:rPr>
          <w:b/>
        </w:rPr>
        <w:t xml:space="preserve">[1:14:07] </w:t>
      </w:r>
      <w:r>
        <w:t>koi bhi cheez, jaise misaal ke taur par ek sahab ko Quran ke bare mein bataya gaya, kuch Quran wo le gaye logon ko dene ke liye, phir kya band kar diya unhone?</w:t>
      </w:r>
    </w:p>
    <w:p>
      <w:pPr>
        <w:jc w:val="right"/>
      </w:pPr>
      <w:r>
        <w:t>کوئی بھی چیز، جیسے مثال کے طور پر ایک صاحب کو قرآن کے بارے میں بتایا گیا، کچھ قرآن وہ لے گئے لوگوں کو دینے کے لیے، پھر کیا بند کر دیا انہوں نے؟</w:t>
      </w:r>
    </w:p>
    <w:p>
      <w:r>
        <w:rPr>
          <w:b/>
        </w:rPr>
        <w:t xml:space="preserve">[1:14:24] </w:t>
      </w:r>
      <w:r>
        <w:t>unhone kaha Quran dene se kya faida? kya wo un ko parhta hai ke nahi parhta hai?</w:t>
      </w:r>
    </w:p>
    <w:p>
      <w:pPr>
        <w:jc w:val="right"/>
      </w:pPr>
      <w:r>
        <w:t>انہوں نے کہا قرآن دینے سے کیا فائدہ؟ کیا وہ ان کو پڑھتا ہے کہ نہیں پڑھتا ہے؟</w:t>
      </w:r>
    </w:p>
    <w:p>
      <w:r>
        <w:rPr>
          <w:b/>
        </w:rPr>
        <w:t xml:space="preserve">[1:14:29] </w:t>
      </w:r>
      <w:r>
        <w:t>to ab dekhiye, yahan par unhone ek do pehlu the. ek yeh ke Quran us ke ghar mein rahe ga to wo parhe ga, koi parhe ga, kabhi nahi, koi to parhe ga.</w:t>
      </w:r>
    </w:p>
    <w:p>
      <w:pPr>
        <w:jc w:val="right"/>
      </w:pPr>
      <w:r>
        <w:t>تو اب دیکھیے، یہاں پر انہوں نے ایک دو پہلو تھے۔ ایک یہ کہ قرآن اس کے گھر میں رہے گا تو وہ پڑھے گا، کوئی پڑھے گا، کبھی نہیں، کوئی تو پڑھے گا۔</w:t>
      </w:r>
    </w:p>
    <w:p>
      <w:r>
        <w:rPr>
          <w:b/>
        </w:rPr>
        <w:t xml:space="preserve">[1:14:38] </w:t>
      </w:r>
      <w:r>
        <w:t>ek pehlu yeh sochne ka tha.</w:t>
      </w:r>
    </w:p>
    <w:p>
      <w:pPr>
        <w:jc w:val="right"/>
      </w:pPr>
      <w:r>
        <w:t>ایک پہلو یہ سوچنے کا تھا۔</w:t>
      </w:r>
    </w:p>
    <w:p>
      <w:r>
        <w:rPr>
          <w:b/>
        </w:rPr>
        <w:t xml:space="preserve">[1:14:40] </w:t>
      </w:r>
      <w:r>
        <w:t>yeh soch liya unhone ke kaun parhta hai is zamane mein Quran? aaj kal to log paise ke peeche daud rahe hain. to kisi bhi cheez mein hamesha do pehlu rehte hain.</w:t>
      </w:r>
    </w:p>
    <w:p>
      <w:pPr>
        <w:jc w:val="right"/>
      </w:pPr>
      <w:r>
        <w:t>یہ سوچ لیا انہوں نے کہ کون پڑھتا ہے اس زمانے میں قرآن؟ آج کل تو لوگ پیسے کے پیچھے دوڑ رہے ہیں۔ تو کسی بھی چیز میں ہمیشہ دو پہلو رہتے ہیں۔</w:t>
      </w:r>
    </w:p>
    <w:p>
      <w:r>
        <w:rPr>
          <w:b/>
        </w:rPr>
        <w:t xml:space="preserve">[1:14:51] </w:t>
      </w:r>
      <w:r>
        <w:t>London ka jo Yusuf Islam, jo Islam qabool kiya unhone, un ke bhai gaye Qahira, Quran ka ek tarjuma wahan se le kar aaye, apne bhai ko de diya.</w:t>
      </w:r>
    </w:p>
    <w:p>
      <w:pPr>
        <w:jc w:val="right"/>
      </w:pPr>
      <w:r>
        <w:t>لندن کا جو یوسف اسلام، جو اسلام قبول کیا انہوں نے، ان کے بھائی گئے قاہرہ، قرآن کا ایک ترجمہ وہاں سے لے کر آئے، اپنے بھائی کو دے دیا۔</w:t>
      </w:r>
    </w:p>
    <w:p>
      <w:r>
        <w:rPr>
          <w:b/>
        </w:rPr>
        <w:t xml:space="preserve">[1:15:01] </w:t>
      </w:r>
      <w:r>
        <w:t>bhai ne nahi parha. yani khud unhone nahi parha, un ke bhai bhi nahi parhe. phir Yusuf Islam jo the, wo hospitalize ho gaye to hospital mein koi kaam nahi, to wahi tarjuma parhne lage.</w:t>
      </w:r>
    </w:p>
    <w:p>
      <w:pPr>
        <w:jc w:val="right"/>
      </w:pPr>
      <w:r>
        <w:t>بھائی نے نہیں پڑھا۔ یعنی خود انہوں نے نہیں پڑھا، ان کے بھائی بھی نہیں پڑھا۔ پھر یوسف اسلام جو تھے، وہ hospitalize ہو گئے تو ہاسپٹل میں کوئی کام نہیں، تو وہی ترجمہ پڑھنے لگے۔</w:t>
      </w:r>
    </w:p>
    <w:p>
      <w:r>
        <w:rPr>
          <w:b/>
        </w:rPr>
        <w:t xml:space="preserve">[1:15:14] </w:t>
      </w:r>
      <w:r>
        <w:t>is se wo mutasir ho gaye, wo Islam qabool kar liya unhone. to kab koi diya hua aap ka, yani asar kar jaye ga, wo kuch pata nahi hai.</w:t>
      </w:r>
    </w:p>
    <w:p>
      <w:pPr>
        <w:jc w:val="right"/>
      </w:pPr>
      <w:r>
        <w:t>اس سے وہ متاثر ہو گئے، وہ اسلام قبول کر لیا انہوں نے۔ تو کب کوئی دیا ہوا آپ کا، یعنی اثر کر جائے گا، وہ کچھ پتہ نہیں ہے۔</w:t>
      </w:r>
    </w:p>
    <w:p>
      <w:r>
        <w:rPr>
          <w:b/>
        </w:rPr>
        <w:t xml:space="preserve">[1:15:24] </w:t>
      </w:r>
      <w:r>
        <w:t>to har cheez ka, har cheez ka ek negative point hota hai, ek positive, ek ek plus point hota hai, ek minus point hota hai. ek negative point hota hai, ek positive point hota hai.</w:t>
      </w:r>
    </w:p>
    <w:p>
      <w:pPr>
        <w:jc w:val="right"/>
      </w:pPr>
      <w:r>
        <w:t>تو ہر چیز کا، ہر چیز کا ایک negative point ہوتا ہے، ایک positive، ایک ایک plus point ہوتا ہے، ایک minus point ہوتا ہے۔ ایک negative point ہوتا ہے، ایک positive point ہوتا ہے۔</w:t>
      </w:r>
    </w:p>
    <w:p>
      <w:r>
        <w:rPr>
          <w:b/>
        </w:rPr>
        <w:t xml:space="preserve">[1:15:35] </w:t>
      </w:r>
      <w:r>
        <w:t>to aap mujh ko, aap yeh na samjhein ke main koi aap se alag hoon. ho sakta hai ke aap se bhi kam darja mera ho.</w:t>
      </w:r>
    </w:p>
    <w:p>
      <w:pPr>
        <w:jc w:val="right"/>
      </w:pPr>
      <w:r>
        <w:t>تو آپ مجھ کو، آپ یہ نہ سمجھیں کہ میں کوئی آپ سے الگ ہوں۔ ہو سکتا ہے کہ آپ سے بھی کم درجہ میرا ہو۔</w:t>
      </w:r>
    </w:p>
    <w:p>
      <w:r>
        <w:rPr>
          <w:b/>
        </w:rPr>
        <w:t xml:space="preserve">[1:15:46] </w:t>
      </w:r>
      <w:r>
        <w:t>is tarah ki soch mat paida kijiye.</w:t>
      </w:r>
    </w:p>
    <w:p>
      <w:pPr>
        <w:jc w:val="right"/>
      </w:pPr>
      <w:r>
        <w:t>اس طرح کی سوچ مت پیدا کیجیے۔</w:t>
      </w:r>
    </w:p>
    <w:p>
      <w:r>
        <w:rPr>
          <w:b/>
        </w:rPr>
        <w:t xml:space="preserve">[1:15:49] </w:t>
      </w:r>
      <w:r>
        <w:t>aur main ek baat yeh arz karoon ga ke main, main tajruba apna arz karoon ga ke ek hadees hai ke al momin al qawi khair wa ahabb indallah min al momin al zaeef wa likullin khair ke qawi momin ke muqable mein qawi momin Allah taala ko zyada mehboob hai aur zaeef momin ke muqable mein zyada mehboob hai.</w:t>
      </w:r>
    </w:p>
    <w:p>
      <w:pPr>
        <w:jc w:val="right"/>
      </w:pPr>
      <w:r>
        <w:t>اور میں ایک بات یہ عرض کروں گا کہ میں، میں تجربہ اپنا عرض کروں گا کہ ایک حدیث ہے کہ المؤمن القوی خیر واحب عند اللہ من المؤمن الضعیف ولكل خیر کہ قوی مومن کے مقابلے میں قوی مومن اللہ تعالی کو زیادہ محبوب ہے اور ضعیف مومن کے مقابلے میں زیادہ محبوب ہے۔</w:t>
      </w:r>
    </w:p>
    <w:p>
      <w:r>
        <w:rPr>
          <w:b/>
        </w:rPr>
        <w:t xml:space="preserve">[1:16:13] </w:t>
      </w:r>
      <w:r>
        <w:t>lekin har ek ke liye khair hai. is par maine ghor kiya</w:t>
      </w:r>
    </w:p>
    <w:p>
      <w:pPr>
        <w:jc w:val="right"/>
      </w:pPr>
      <w:r>
        <w:t>لیکن ہر ایک کے لیے خیر ہے۔ اس پر میں نے غور کیا</w:t>
      </w:r>
    </w:p>
    <w:p>
      <w:r>
        <w:rPr>
          <w:b/>
        </w:rPr>
        <w:t xml:space="preserve">[1:16:19] </w:t>
      </w:r>
      <w:r>
        <w:t>to maine samjha ke zaeef momin zyada khair mein is ke sath hai. kyun? qawi momin ko apne bharose pe chalna hai.</w:t>
      </w:r>
    </w:p>
    <w:p>
      <w:pPr>
        <w:jc w:val="right"/>
      </w:pPr>
      <w:r>
        <w:t>تو میں نے سمجھا کہ ضعیف مومن زیادہ خیر میں اس کے ساتھ ہے۔ کیوں؟ قوی مومن کو اپنے بھروسے پہ چلنا ہے۔</w:t>
      </w:r>
    </w:p>
    <w:p>
      <w:r>
        <w:rPr>
          <w:b/>
        </w:rPr>
        <w:t xml:space="preserve">[1:16:29] </w:t>
      </w:r>
      <w:r>
        <w:t>to dua ke jazbat is ke andar nahi paida honge.</w:t>
      </w:r>
    </w:p>
    <w:p>
      <w:pPr>
        <w:jc w:val="right"/>
      </w:pPr>
      <w:r>
        <w:t>تو دعا کے جذبات اس کے اندر نہیں پیدا ہوں گے۔</w:t>
      </w:r>
    </w:p>
    <w:p>
      <w:r>
        <w:rPr>
          <w:b/>
        </w:rPr>
        <w:t xml:space="preserve">[1:16:32] </w:t>
      </w:r>
      <w:r>
        <w:t>mein kahoon ke mere andar hath paon mazboot hain, mera dimagh khoob chalta hai, mere a'sab bohat taqatwar hain, asbab zaraye mere paas hain.</w:t>
      </w:r>
    </w:p>
    <w:p>
      <w:pPr>
        <w:jc w:val="right"/>
      </w:pPr>
      <w:r>
        <w:t>میں کہوں کہ میرے اندر ہاتھ پاؤں مضبوط ہیں، میرا دماغ خوب چلتا ہے، میرے اعصاب بہت طاقتور ہیں، اسباب ذرائع میرے پاس ہیں۔</w:t>
      </w:r>
    </w:p>
    <w:p>
      <w:r>
        <w:rPr>
          <w:b/>
        </w:rPr>
        <w:t xml:space="preserve">[1:16:42] </w:t>
      </w:r>
      <w:r>
        <w:t>to dua ka jazba mere andar nahi paida hoga. akele mein par jaunga, khud hi kar paunga to kar paunga, nahi to nahi to mein nakaam hoon.</w:t>
      </w:r>
    </w:p>
    <w:p>
      <w:pPr>
        <w:jc w:val="right"/>
      </w:pPr>
      <w:r>
        <w:t>تو دعا کا جذبہ میرے اندر نہیں پیدا ہوگا۔ اکیلے میں پڑ جاؤں گا، خود ہی کر پاؤں تو کر پاؤں، نہیں تو نہیں تو میں ناکام ہوں۔</w:t>
      </w:r>
    </w:p>
    <w:p>
      <w:r>
        <w:rPr>
          <w:b/>
        </w:rPr>
        <w:t xml:space="preserve">[1:16:51] </w:t>
      </w:r>
      <w:r>
        <w:t>lekin banda za'eef jo hoga, samjhe ke ke mein to ek za'eef aadmi hoon, mere paas asbab bhi nahi hain, mere paas koi taqat bhi nahi hai.</w:t>
      </w:r>
    </w:p>
    <w:p>
      <w:pPr>
        <w:jc w:val="right"/>
      </w:pPr>
      <w:r>
        <w:t>لیکن بندہ ضعیف جو ہوگا، سمجھے کہ کہ میں تو ایک ضعیف آدمی ہوں، میرے پاس اسباب بھی نہیں ہیں، میرے پاس کوئی طاقت بھی نہیں ہے۔</w:t>
      </w:r>
    </w:p>
    <w:p>
      <w:r>
        <w:rPr>
          <w:b/>
        </w:rPr>
        <w:t xml:space="preserve">[1:17:01] </w:t>
      </w:r>
      <w:r>
        <w:t>to ilhaq ke sath woh dua karega to Khuda us ko, ke sath us ko mil jayega. banda za'eef ko Khuda mil jata hai, banda qavi ko Khuda nahi milta.</w:t>
      </w:r>
    </w:p>
    <w:p>
      <w:pPr>
        <w:jc w:val="right"/>
      </w:pPr>
      <w:r>
        <w:t>تو الحاق کے ساتھ وہ دعا کرے گا تو خدا اس کو، کے ساتھ اس کو مل جائے گا۔ بندہ ضعیف کو خدا مل جاتا ہے، بندہ قوی کو خدا نہیں ملتا۔</w:t>
      </w:r>
    </w:p>
    <w:p>
      <w:r>
        <w:rPr>
          <w:b/>
        </w:rPr>
        <w:t xml:space="preserve">[1:17:13] </w:t>
      </w:r>
      <w:r>
        <w:t>to jo aadmi mehsoos kare ke mere andar kami hai, to woh Khuda ko apne sath lene ki koshish kare, apne zu'af ka hawala de kar ke, aur Allah se duain mange.</w:t>
      </w:r>
    </w:p>
    <w:p>
      <w:pPr>
        <w:jc w:val="right"/>
      </w:pPr>
      <w:r>
        <w:t>تو جو آدمی محسوس کرے کہ میرے اندر کمی ہے، تو وہ خدا کو اپنے ساتھ لینے کی کوشش کرے، اپنے ضعف کا حوالہ دے کر کے، اور اللہ سے دعائیں مانگے۔</w:t>
      </w:r>
    </w:p>
    <w:p>
      <w:r>
        <w:rPr>
          <w:b/>
        </w:rPr>
        <w:t xml:space="preserve">[1:17:25] </w:t>
      </w:r>
      <w:r>
        <w:t>to qavi momin ke muqable mein woh zyada kaam kar payega kyunke us ko Allah ki madad milegi, farishton ki madad milegi, dua ki waja se.</w:t>
      </w:r>
    </w:p>
    <w:p>
      <w:pPr>
        <w:jc w:val="right"/>
      </w:pPr>
      <w:r>
        <w:t>تو قوی مومن کے مقابلے میں وہ زیادہ کام کر پائے گا کیونکہ اس کو اللہ کی مدد ملے گی، فرشتوں کی مدد ملے گی، دعا کی وجہ سے۔</w:t>
      </w:r>
    </w:p>
    <w:p>
      <w:r>
        <w:rPr>
          <w:b/>
        </w:rPr>
        <w:t xml:space="preserve">[1:17:34] </w:t>
      </w:r>
      <w:r>
        <w:t>to jahan mehsoos ho apne andar kami, to foran us kami ka izhar is tarah se kijiye ke duain kijiye: "Khudaya meri kami ko door karna, khwah Nasir mera Nasir ban ja, mera madadgar ban ja." to Khuda ki madad se aap bazoher qavi insaan se zyada kaam karne ki position mein ho jayenge.</w:t>
      </w:r>
    </w:p>
    <w:p>
      <w:pPr>
        <w:jc w:val="right"/>
      </w:pPr>
      <w:r>
        <w:t>تو جہاں محسوس ہو اپنے اندر کمی، تو فوراً اس کمی کا اظہار اس طرح سے کیجیے کہ دعائیں کیجیے: "خدائے میری کمی کو دور کرنا، خواہ ناصر میرا ناصر بن جا، میرا مددگار بن جا۔" تو خدا کی مدد سے آپ بظاہر قوی انسان سے زیادہ کام کرنے کی پوزیشن میں ہو جائیں گے۔</w:t>
      </w:r>
    </w:p>
    <w:p>
      <w:r>
        <w:rPr>
          <w:b/>
        </w:rPr>
        <w:t xml:space="preserve">[1:18:00] </w:t>
      </w:r>
      <w:r>
        <w:t>misal ke taur par mein apna arz karoon, ek bohat hi tajruba aap arz karoon ke jab hum ne aur risala nikala angrezi mein to kya mashhoor kar diya logon ne ke angrezi jante hain nahi aur angrezi risale nikal rahe hain.</w:t>
      </w:r>
    </w:p>
    <w:p>
      <w:pPr>
        <w:jc w:val="right"/>
      </w:pPr>
      <w:r>
        <w:t>مثلاً میں اپنا عرض کروں، ایک بہت ہی تجربہ آپ عرض کروں کہ جب ہم نے اور رسالہ نکالا انگریزی میں تو کیا مشہور کر دیا لوگوں نے کہ انگریزی جانتے ہیں نہیں اور انگریزی رسالے نکال رہے ہیں۔</w:t>
      </w:r>
    </w:p>
    <w:p>
      <w:r>
        <w:rPr>
          <w:b/>
        </w:rPr>
        <w:t xml:space="preserve">[1:18:22] </w:t>
      </w:r>
      <w:r>
        <w:t>dekho in ka haal, aam taur par yahan se Arab tak mashhoor kar diya ke angrezi yani us ko us school mein to parha nahi, university mein parha nahi, inhone madrase ke molvi hain, yeh madrase se molvi wali taleem hasil ki hai aur angrezi risale nikal rahe hain.</w:t>
      </w:r>
    </w:p>
    <w:p>
      <w:pPr>
        <w:jc w:val="right"/>
      </w:pPr>
      <w:r>
        <w:t>دیکھو ان کا حال، عام طور پر یہاں سے عرب تک مشہور کر دیا کہ انگریزی یعنی اس کو اسکول میں تو پڑھا نہیں، یونیورسٹی میں پڑھا نہیں، انہوں نے مدرسے کے مولوی ہیں، یہ مدرسے سے مولوی والی تعلیم حاصل کی ہے اور انگریزی رسالے نکال رہے ہیں۔</w:t>
      </w:r>
    </w:p>
    <w:p>
      <w:r>
        <w:rPr>
          <w:b/>
        </w:rPr>
        <w:t xml:space="preserve">[1:18:37] </w:t>
      </w:r>
      <w:r>
        <w:t>har taraf yeh mashhoor kiya hua. phir jab mein ne chaha ke Quran majeed tarjuma karoon, mazak udate the log: "tarjuma karein,</w:t>
      </w:r>
    </w:p>
    <w:p>
      <w:pPr>
        <w:jc w:val="right"/>
      </w:pPr>
      <w:r>
        <w:t>ہر طرف یہ مشہور کیا ہوا۔ پھر جب میں نے چاہا کہ قرآن مجید ترجمہ کروں، مذاق اڑاتے تھے لوگ: "ترجمہ کریں،</w:t>
      </w:r>
    </w:p>
    <w:p>
      <w:r>
        <w:rPr>
          <w:b/>
        </w:rPr>
        <w:t xml:space="preserve">[1:18:46] </w:t>
      </w:r>
      <w:r>
        <w:t>arey ja ke school mein dakhla lijiye, university mein English se M.A. kijiye, tab baat kijiye tarjume ki." lekin mein dua karta tha, dua karta tha, dua karta tha.</w:t>
      </w:r>
    </w:p>
    <w:p>
      <w:pPr>
        <w:jc w:val="right"/>
      </w:pPr>
      <w:r>
        <w:t>ارے جا کے اسکول میں داخلہ لیجیے، یونیورسٹی میں انگلش سے ایم اے کیجیے، تب بات کیجیے ترجمے کی۔" لیکن میں دعا کرتا تھا، دعا کرتا تھا، دعا کرتا تھا۔</w:t>
      </w:r>
    </w:p>
    <w:p>
      <w:r>
        <w:rPr>
          <w:b/>
        </w:rPr>
        <w:t xml:space="preserve">[1:18:56] </w:t>
      </w:r>
      <w:r>
        <w:t>to Allah taala ne ek poori team ko is mein mera sath kar diya. yani mein is mein chupa hua hai, meri beti ka naam hai, lekin poori team is mein shamil ho gayi.</w:t>
      </w:r>
    </w:p>
    <w:p>
      <w:pPr>
        <w:jc w:val="right"/>
      </w:pPr>
      <w:r>
        <w:t>تو اللہ تعالی نے ایک پوری ٹیم کو اس میں میرا ساتھ کر دیا۔ یعنی میں اس میں چھپا ہوا ہے، میری بیٹی کا نام ہے، لیکن پوری ٹیم اس میں شامل ہو گئی۔</w:t>
      </w:r>
    </w:p>
    <w:p>
      <w:r>
        <w:rPr>
          <w:b/>
        </w:rPr>
        <w:t xml:space="preserve">[1:19:07] </w:t>
      </w:r>
      <w:r>
        <w:t>sab ne is mein madad ki.</w:t>
      </w:r>
    </w:p>
    <w:p>
      <w:pPr>
        <w:jc w:val="right"/>
      </w:pPr>
      <w:r>
        <w:t>سب نے اس میں مدد کیا۔</w:t>
      </w:r>
    </w:p>
    <w:p>
      <w:r>
        <w:rPr>
          <w:b/>
        </w:rPr>
        <w:t xml:space="preserve">[1:19:09] </w:t>
      </w:r>
      <w:r>
        <w:t>kai baras tak yeh kaam hota raha aur aaj Khuda phir se wahi tarjuma jo hai, sab se behtar tarjuma mana jata hai. Angrezi ke pachas tarjume hain Angrezi zuban ke, lekin jo logon ne taqabul kar ke dekha hai,</w:t>
      </w:r>
    </w:p>
    <w:p>
      <w:pPr>
        <w:jc w:val="right"/>
      </w:pPr>
      <w:r>
        <w:t>کئی برس تک یہ کام ہوتا رہا اور آج خدا پھر سے وہی ترجمہ جو ہے، سب سے بہتر ترجمہ مانا جاتا ہے۔ انگریزی کے پچاس ترجمے ہیں انگریزی زبان کے، لیکن جو لوگوں نے تقابل کر کے دیکھا ہے،</w:t>
      </w:r>
    </w:p>
    <w:p>
      <w:r>
        <w:rPr>
          <w:b/>
        </w:rPr>
        <w:t xml:space="preserve">[1:19:23] </w:t>
      </w:r>
      <w:r>
        <w:t>compare kar ke, woh kehte hain ke is se behtar koi tarjuma nahi. to yeh kaise Allah ki madad se hua? to mein aap ko naseehat karunga</w:t>
      </w:r>
    </w:p>
    <w:p>
      <w:pPr>
        <w:jc w:val="right"/>
      </w:pPr>
      <w:r>
        <w:t>کمپیئر کر کے، وہ کہتے ہیں کہ اس سے بہتر کوئی ترجمہ نہیں۔ تو یہ کیسے اللہ کی مدد سے ہوا؟ تو میں آپ کو نصیحت کروں گا</w:t>
      </w:r>
    </w:p>
    <w:p>
      <w:r>
        <w:rPr>
          <w:b/>
        </w:rPr>
        <w:t xml:space="preserve">[1:19:31] </w:t>
      </w:r>
      <w:r>
        <w:t>ke jahan aap apna zu'af mehsoos karein, wahan foran Khuda se dua kijiye aur Khuda aap ko madad ke liye farishta bhej dega.</w:t>
      </w:r>
    </w:p>
    <w:p>
      <w:pPr>
        <w:jc w:val="right"/>
      </w:pPr>
      <w:r>
        <w:t>کہ جہاں آپ اپنا ضعف محسوس کریں، وہاں فوراً خدا سے دعا کیجیے اور خدا آپ کو مدد کے لیے فرشتہ بھیج دے گا۔</w:t>
      </w:r>
    </w:p>
    <w:p>
      <w:r>
        <w:rPr>
          <w:b/>
        </w:rPr>
        <w:t xml:space="preserve">[1:19:41] </w:t>
      </w:r>
      <w:r>
        <w:t>woh</w:t>
      </w:r>
    </w:p>
    <w:p>
      <w:pPr>
        <w:jc w:val="right"/>
      </w:pPr>
      <w:r>
        <w:t>وہ</w:t>
      </w:r>
    </w:p>
    <w:p>
      <w:r>
        <w:rPr>
          <w:b/>
        </w:rPr>
        <w:t xml:space="preserve">[1:19:50] </w:t>
      </w:r>
      <w:r>
        <w:t>har zu'af jo hai, woh dua ke jazbat ubharta hai, har ehsas zu'af aur dua se bari koi taqat nahi hai.</w:t>
      </w:r>
    </w:p>
    <w:p>
      <w:pPr>
        <w:jc w:val="right"/>
      </w:pPr>
      <w:r>
        <w:t>ہر ضعف جو ہے، وہ دعا کے جذبات ابھارتا ہے، ہر احساس ضعف اور دعا سے بڑی کوئی طاقت نہیں ہے۔</w:t>
      </w:r>
    </w:p>
    <w:p>
      <w:r>
        <w:rPr>
          <w:b/>
        </w:rPr>
        <w:t xml:space="preserve">[1:20:02] </w:t>
      </w:r>
      <w:r>
        <w:t>ya</w:t>
      </w:r>
    </w:p>
    <w:p>
      <w:pPr>
        <w:jc w:val="right"/>
      </w:pPr>
      <w:r>
        <w:t>یا</w:t>
      </w:r>
    </w:p>
    <w:p>
      <w:r>
        <w:rPr>
          <w:b/>
        </w:rPr>
        <w:t xml:space="preserve">[1:20:07] </w:t>
      </w:r>
      <w:r>
        <w:t>Maulana, is mission mein women ka kya role hai? is ke bare mein bhi aap bataiye.</w:t>
      </w:r>
    </w:p>
    <w:p>
      <w:pPr>
        <w:jc w:val="right"/>
      </w:pPr>
      <w:r>
        <w:t>مولانا، اس مشن میں وومن کا کیا رول ہے؟ اس کے بارے میں بھی آپ بتائیے۔</w:t>
      </w:r>
    </w:p>
    <w:p>
      <w:r>
        <w:rPr>
          <w:b/>
        </w:rPr>
        <w:t xml:space="preserve">[1:20:17] </w:t>
      </w:r>
      <w:r>
        <w:t>mein samajhta hoon ke aurat ka role jo hai, pehle bhi bohat zabardast raha hai, aaj to bohat zyada ho gaya hai. lekin is hesiyat se hamari kitabon mein likha nahi gaya.</w:t>
      </w:r>
    </w:p>
    <w:p>
      <w:pPr>
        <w:jc w:val="right"/>
      </w:pPr>
      <w:r>
        <w:t>میں سمجھتا ہوں کہ عورت کا رول جو ہے، پہلے بھی بہت زبردست رہا ہے، آج تو بہت زیادہ ہو گیا ہے۔ لیکن اس حیثیت سے ہماری کتابوں میں لکھا نہیں گیا۔</w:t>
      </w:r>
    </w:p>
    <w:p>
      <w:r>
        <w:rPr>
          <w:b/>
        </w:rPr>
        <w:t xml:space="preserve">[1:20:29] </w:t>
      </w:r>
      <w:r>
        <w:t>misal ke taur par dekhiye, Hazrat Khadija ko lijiye, aap bohat bara role hai Hazrat Khadija ka. yani Rasool Allah Sal Allahu Alaihi Wasallam ate hain Ghar e Hira se to kitabon mein likha hua hai ke aap ghabraye hue the.</w:t>
      </w:r>
    </w:p>
    <w:p>
      <w:pPr>
        <w:jc w:val="right"/>
      </w:pPr>
      <w:r>
        <w:t>مثال کے طور پر دیکھیے، حضرت خدیجہ کو لیجیے، آپ بہت بڑا رول ہے حضرت خدیجہ کا۔ یعنی رسول اللہ صلی اللہ علیہ وسلم آتے ہیں غار حرا سے تو کتابوں میں لکھا ہوا ہے کہ آپ گھبرائے ہوئے تھے۔</w:t>
      </w:r>
    </w:p>
    <w:p>
      <w:r>
        <w:rPr>
          <w:b/>
        </w:rPr>
        <w:t xml:space="preserve">[1:20:43] </w:t>
      </w:r>
      <w:r>
        <w:t>zanbiloon zanbiloon aap ne farmaya ke mujhe udao, mujhe udao.</w:t>
      </w:r>
    </w:p>
    <w:p>
      <w:pPr>
        <w:jc w:val="right"/>
      </w:pPr>
      <w:r>
        <w:t>زنبلون زنبلون آپ نے فرمایا کہ مجھے اڑاؤ، مجھے اڑاؤ۔</w:t>
      </w:r>
    </w:p>
    <w:p>
      <w:r>
        <w:rPr>
          <w:b/>
        </w:rPr>
        <w:t xml:space="preserve">[1:20:48] </w:t>
      </w:r>
      <w:r>
        <w:t>is waqt Hazrat Khadija ke hawass bilkul baja the, unhone taskeen dilai aap ko aur kaha ke chaliye hum chalte hain Warqa ke sath, Warqa bin Naufal ke sath.</w:t>
      </w:r>
    </w:p>
    <w:p>
      <w:pPr>
        <w:jc w:val="right"/>
      </w:pPr>
      <w:r>
        <w:t>اس وقت حضرت خدیجہ کے حواس بالکل بجا تھے، انہوں نے تسکین دلائی آپ کو اور کہا کہ چلیے ہم چلتے ہیں ورقہ کے ساتھ، ورقہ بن نوخل کے ساتھ۔</w:t>
      </w:r>
    </w:p>
    <w:p>
      <w:r>
        <w:rPr>
          <w:b/>
        </w:rPr>
        <w:t xml:space="preserve">[1:20:59] </w:t>
      </w:r>
      <w:r>
        <w:t>to woh un ko le gayeen, Warqa se kaha ke bataiye un ko apna haal Ghar e Hira wala. to to unhone suna to Warqa bin Naufal, jo Isai aalim the aur 90 saal ke ho chuke the,</w:t>
      </w:r>
    </w:p>
    <w:p>
      <w:pPr>
        <w:jc w:val="right"/>
      </w:pPr>
      <w:r>
        <w:t>تو وہ ان کو لے گئیں، ورقہ سے کہا کہ بتائیے ان کو اپنا حال غار حرا والا۔ تو تو انہوں نے سنا تو ورقہ بن نوخل، جو عیسائی عالم تھے اور 90 سال کے ہو چکے تھے،</w:t>
      </w:r>
    </w:p>
    <w:p>
      <w:r>
        <w:rPr>
          <w:b/>
        </w:rPr>
        <w:t xml:space="preserve">[1:21:11] </w:t>
      </w:r>
      <w:r>
        <w:t>unhon ne kaha ke agar yeh yeh sahi bata rahe hain, yeh jo kaha unhon ne ke un par wahi namoos aaya tha, yaani wahi farishta aaya tha jo Musa aur Isa par aaya tha.</w:t>
      </w:r>
    </w:p>
    <w:p>
      <w:pPr>
        <w:jc w:val="right"/>
      </w:pPr>
      <w:r>
        <w:t>انہوں نے کہا کہ اگر یہ یہ صحیح بتا رہے ہیں، یہ جو کہا انہوں نے کہ ان پر وہی ناموس آیا تھا، یعنی وہی فرشتہ آیا تھا جو موسیٰ اور عیسیٰ پر آیا تھا۔</w:t>
      </w:r>
    </w:p>
    <w:p>
      <w:r>
        <w:rPr>
          <w:b/>
        </w:rPr>
        <w:t xml:space="preserve">[1:21:22] </w:t>
      </w:r>
      <w:r>
        <w:t>to us ne yahan tak kaha ke main agar zinda raha to main aap ko sath doon ga, lekin un ki umar hoti 90 saal ho chuki thi, jaldi mar gaye. woh kaha jata hai ke wahi pehle sahabi hain. yaani bohat se ulama ka yeh khayal hai ke Warqa bin Naufal jo hai, wahi pehle iman laane wale the.</w:t>
      </w:r>
    </w:p>
    <w:p>
      <w:pPr>
        <w:jc w:val="right"/>
      </w:pPr>
      <w:r>
        <w:t>تو اس نے یہاں تک کہا کہ میں اگر زندہ رہا تو میں آپ کو ساتھ دوں گا، لیکن ان کی عمر ہوتی 90 سال ہو چکی تھی، جلدی مر گئے۔ وہ کہا جاتا ہے کہ وہی پہلے صحابی ہیں۔ یعنی بہت سے علماء کا یہ خیال ہے کہ ورقہ بن نوخل جو ہے، وہی پہلے ایمان لانے والے تھے۔</w:t>
      </w:r>
    </w:p>
    <w:p>
      <w:r>
        <w:rPr>
          <w:b/>
        </w:rPr>
        <w:t xml:space="preserve">[1:21:37] </w:t>
      </w:r>
      <w:r>
        <w:t>to yeh itna bara role kiya Hazrat Khadija ne.</w:t>
      </w:r>
    </w:p>
    <w:p>
      <w:pPr>
        <w:jc w:val="right"/>
      </w:pPr>
      <w:r>
        <w:t>تو یہ اتنا بڑا رول کیا حضرت خدیجہ نے۔</w:t>
      </w:r>
    </w:p>
    <w:p>
      <w:r>
        <w:rPr>
          <w:b/>
        </w:rPr>
        <w:t xml:space="preserve">[1:21:41] </w:t>
      </w:r>
      <w:r>
        <w:t>Aisha ka role itna zabardast tha ke Rasool Allah ke liye woh exchange partner thi. woh Bukhari mein hai ke Hazrat Aisha kehti hain ke jab Rasool Allah uthte the subah subah ko fajar se pehle to fan kanat mustahiqqa fa hadithni jab main jaagti hoti to mujh se baat karte the, yaani mujh se exchange karte the.</w:t>
      </w:r>
    </w:p>
    <w:p>
      <w:pPr>
        <w:jc w:val="right"/>
      </w:pPr>
      <w:r>
        <w:t>عائشہ کا رول اتنا زبردست تھا کہ رسول اللہ کے لیے وہ ایکسچینج پارٹنر تھی۔ وہ بخاری میں ہے کہ حضرت عائشہ کہتی ہیں کہ جب رسول اللہ اٹھتے تھے صبح صبح کو فجر سے پہلے تو فان کنت مستحقۃ فحدثنی جب میں جاگتی ہوتی تو مجھ سے بات کرتے تھے، یعنی مجھ سے ایکسچینج کرتے تھے۔</w:t>
      </w:r>
    </w:p>
    <w:p>
      <w:r>
        <w:rPr>
          <w:b/>
        </w:rPr>
        <w:t xml:space="preserve">[1:22:05] </w:t>
      </w:r>
      <w:r>
        <w:t>to exchange partner ka role kitab kiya unhon ne.</w:t>
      </w:r>
    </w:p>
    <w:p>
      <w:pPr>
        <w:jc w:val="right"/>
      </w:pPr>
      <w:r>
        <w:t>تو ایکسچینج پارٹنر کا رول کتاب کیا انہوں نے۔</w:t>
      </w:r>
    </w:p>
    <w:p>
      <w:r>
        <w:rPr>
          <w:b/>
        </w:rPr>
        <w:t xml:space="preserve">[1:22:09] </w:t>
      </w:r>
      <w:r>
        <w:t>yeh sab hamesha hua. Hajra ka role is zamane mein dekhiye, ladies first ka usool hai. Auratein kahin bhi agar dakhil ho jayen, koi rokta nahi un ko.</w:t>
      </w:r>
    </w:p>
    <w:p>
      <w:pPr>
        <w:jc w:val="right"/>
      </w:pPr>
      <w:r>
        <w:t>یہ سب ہمیشہ ہوا۔ ہاجرہ کا رول اس زمانے میں دیکھیے، لیڈیز فرسٹ کا اصول ہے۔ عورتیں کہیں بھی اگر داخل ہو جائیں، کوئی روکتا نہیں ان کو۔</w:t>
      </w:r>
    </w:p>
    <w:p>
      <w:r>
        <w:rPr>
          <w:b/>
        </w:rPr>
        <w:t xml:space="preserve">[1:22:20] </w:t>
      </w:r>
      <w:r>
        <w:t>hum aap jayen ge to hum ko roka jayega, auraton ko koi rokta nahi. to auraton ko logon ne band kar rakha hai, gharon mein un ko kaam ka mauqa nahi dete.</w:t>
      </w:r>
    </w:p>
    <w:p>
      <w:pPr>
        <w:jc w:val="right"/>
      </w:pPr>
      <w:r>
        <w:t>ہم آپ جائیں گے تو ہم کو روکا جائے گا، عورتوں کو کوئی روکتا نہیں۔ تو عورتوں کو لوگوں نے بند کر رکھا ہے، گھروں میں ان کو کام کا موقع نہیں دیتے۔</w:t>
      </w:r>
    </w:p>
    <w:p>
      <w:r>
        <w:rPr>
          <w:b/>
        </w:rPr>
        <w:t xml:space="preserve">[1:22:30] </w:t>
      </w:r>
      <w:r>
        <w:t>hamari team mein dekhiye, auratein jahan ghus jati hain, jahan hum log jatay hain, hum log nahi kaam kar paate. Auratein ghus jati hain wahan pe.</w:t>
      </w:r>
    </w:p>
    <w:p>
      <w:pPr>
        <w:jc w:val="right"/>
      </w:pPr>
      <w:r>
        <w:t>ہماری ٹیم میں دیکھیے، عورتیں جہاں گھس جاتی ہیں، جہاں ہم لوگ جاتے ہیں، ہم لوگ نہیں کام کر پاتے۔ عورتیں گھس جاتی ہیں وہاں پہ۔</w:t>
      </w:r>
    </w:p>
    <w:p>
      <w:r>
        <w:rPr>
          <w:b/>
        </w:rPr>
        <w:t xml:space="preserve">[1:22:39] </w:t>
      </w:r>
      <w:r>
        <w:t>sirf yeh hai ke logon ne ek masla bana rakha jo main sahi nahi samajhta ke burqa, yaani burqa to is ne samajhta hai ke Islam mein hai.</w:t>
      </w:r>
    </w:p>
    <w:p>
      <w:pPr>
        <w:jc w:val="right"/>
      </w:pPr>
      <w:r>
        <w:t>صرف یہ ہے کہ لوگوں نے ایک مسئلہ بنا رکھا جو میں صحیح نہیں سمجھتا کہ برقعہ، یعنی برقعہ تو اس میں نے سمجھتا ہے کہ اسلام میں ہے۔</w:t>
      </w:r>
    </w:p>
    <w:p>
      <w:r>
        <w:rPr>
          <w:b/>
        </w:rPr>
        <w:t xml:space="preserve">[1:22:52] </w:t>
      </w:r>
      <w:r>
        <w:t>Sahaba ki khawateen, woh Sahaba ki khawateen burqa nahi pehenti thin, koi saboot is ka nahi hai.</w:t>
      </w:r>
    </w:p>
    <w:p>
      <w:pPr>
        <w:jc w:val="right"/>
      </w:pPr>
      <w:r>
        <w:t>صحابہ کی خواتین، وہ صحابہ کی خواتین برقعہ نہیں پہنتی تھیں، کوئی ثبوت اس کا نہیں ہے۔</w:t>
      </w:r>
    </w:p>
    <w:p>
      <w:r>
        <w:rPr>
          <w:b/>
        </w:rPr>
        <w:t xml:space="preserve">[1:23:00] </w:t>
      </w:r>
      <w:r>
        <w:t>yaani un ke chehre khule hote the, hath khula hota tha. aur phir khanqah mein to baqayda yeh masla hai ke wajh aur kafeel aur qadmain yeh jo hain,</w:t>
      </w:r>
    </w:p>
    <w:p>
      <w:pPr>
        <w:jc w:val="right"/>
      </w:pPr>
      <w:r>
        <w:t>یعنی ان کے چہرے کھلے ہوتے تھے، ہاتھ کھلا ہوتا تھا۔ اور پھر خانقاہ میں تو باقاعدہ یہ مسئلہ ہے کہ وجھ اور کفیل اور قدمین یہ جو ہیں،</w:t>
      </w:r>
    </w:p>
    <w:p>
      <w:r>
        <w:rPr>
          <w:b/>
        </w:rPr>
        <w:t xml:space="preserve">[1:23:14] </w:t>
      </w:r>
      <w:r>
        <w:t>satr se kharij hain. yaani un ka kholna jaiz hai. is bare mein sab kaam shariyat hota hai.</w:t>
      </w:r>
    </w:p>
    <w:p>
      <w:pPr>
        <w:jc w:val="right"/>
      </w:pPr>
      <w:r>
        <w:t>سطر سے خارج ہیں۔ یعنی ان کا کھولنا جائز ہے۔ اس بارے میں سب کام شریعت ہوتا ہے۔</w:t>
      </w:r>
    </w:p>
    <w:p>
      <w:r>
        <w:rPr>
          <w:b/>
        </w:rPr>
        <w:t xml:space="preserve">[1:23:21] </w:t>
      </w:r>
      <w:r>
        <w:t>to main samajhta hoon ke asal cheez hai ke ke auraton ko aap yeh samjhayein ke sadgi ke sath raho aur hawa mat karo, fashion mat karo, khamoshi ke sath apne kaam mein lage raho.</w:t>
      </w:r>
    </w:p>
    <w:p>
      <w:pPr>
        <w:jc w:val="right"/>
      </w:pPr>
      <w:r>
        <w:t>تو میں سمجھتا ہوں کہ اصل چیز ہے کہ کہ عورتوں کو آپ یہ سمجھائیں کہ سادگی کے ساتھ رہو اور ہوہا مت کرو، فاشر مت کرو، خاموشی کے ساتھ اپنے کام میں لگے رہو۔</w:t>
      </w:r>
    </w:p>
    <w:p>
      <w:r>
        <w:rPr>
          <w:b/>
        </w:rPr>
        <w:t xml:space="preserve">[1:23:34] </w:t>
      </w:r>
      <w:r>
        <w:t>to zabardast kaam kar sakti hain khawateen kyunke yeh zamana aisa hai ke ladies first mana jata hai. Auraton ko sab se pehle mauqa diya jata hai. to is ko hum istemal</w:t>
      </w:r>
    </w:p>
    <w:p>
      <w:pPr>
        <w:jc w:val="right"/>
      </w:pPr>
      <w:r>
        <w:t>تو زبردست کام کر سکتی ہیں خواتین کیونکہ یہ زمانہ ایسا ہے کہ لیڈیز فرسٹ مانا جاتا ہے۔ عورتوں کو سب سے پہلے موقع دیا جاتا ہے۔ تو اس کو ہم استعمال</w:t>
      </w:r>
    </w:p>
    <w:p>
      <w:r>
        <w:rPr>
          <w:b/>
        </w:rPr>
        <w:t xml:space="preserve">[1:23:44] </w:t>
      </w:r>
      <w:r>
        <w:t>karein. to pehle zamane mein auraton ne kaam kiya, yaani Hajra ne kiya, Khadija ne kiya, Aisha ne kiya. lekin is zamane mein mauqe itne zyada nahi the.</w:t>
      </w:r>
    </w:p>
    <w:p>
      <w:pPr>
        <w:jc w:val="right"/>
      </w:pPr>
      <w:r>
        <w:t>کریں۔ تو پہلے زمانے میں عورتوں نے کام کیا، یعنی ہاجرہ نے کیا، خدیجہ نے کیا، عائشہ نے کیا۔ لیکن اس زمانے میں مواقع اتنے زیادہ نہیں تھے۔</w:t>
      </w:r>
    </w:p>
    <w:p>
      <w:r>
        <w:rPr>
          <w:b/>
        </w:rPr>
        <w:t xml:space="preserve">[1:23:53] </w:t>
      </w:r>
      <w:r>
        <w:t>ab mauqe barh rahe hain. to main samajhta hoon ke hum ko chahiye ke hum khawateen ko istemal karein, da'wati kaam mein un ko yeh sikhayein ke sadgi ke sath raho, hawa mat karo, fashion mat karo, aur baqayda saat kapra pehno.</w:t>
      </w:r>
    </w:p>
    <w:p>
      <w:pPr>
        <w:jc w:val="right"/>
      </w:pPr>
      <w:r>
        <w:t>اب مواقع بڑھ رہے ہیں۔ تو میں سمجھتا ہوں کہ ہم کو چاہیے کہ ہم خواتین کو استعمال کریں، دعوتی کام میں ان کو یہ سکھائیں کہ سادگی کے ساتھ رہو، ہوا مت کرو، فیشن مت کرو، اور باقاعدہ سات کپڑا پہنو۔</w:t>
      </w:r>
    </w:p>
    <w:p>
      <w:r>
        <w:rPr>
          <w:b/>
        </w:rPr>
        <w:t xml:space="preserve">[1:24:13] </w:t>
      </w:r>
      <w:r>
        <w:t>to main to bohat zyada is ko zor deta hoon ke khawateen ko da'wat ke liye istemal kiya jaye. hum ne khud tajurba kiya bar bar ke jahan hum jatay hain, hum log to hum hum log hichkichate hain ke kaise wahan ghusein, aur hamari khawateen ghus jati hain wahan pe ja ke un ko pahuncha deti hain.</w:t>
      </w:r>
    </w:p>
    <w:p>
      <w:pPr>
        <w:jc w:val="right"/>
      </w:pPr>
      <w:r>
        <w:t>تو میں تو بہت زیادہ اس کو زور دیتا ہوں کہ خواتین کو دعوت کے لیے استعمال کیا جائے۔ ہم نے خود تجربہ کیا بار بار کہ جہاں ہم جاتے ہیں، ہم لوگ تو ہم ہم لوگ ہچکچاتے ہیں کہ کیسے وہاں گھسیں، اور ہماری خواتین گھس جاتی ہیں وہاں پہ جا کے ان کو پہنچا دیتی ہیں۔</w:t>
      </w:r>
    </w:p>
    <w:p>
      <w:r>
        <w:rPr>
          <w:b/>
        </w:rPr>
        <w:t xml:space="preserve">[1:24:30] </w:t>
      </w:r>
      <w:r>
        <w:t>letter se</w:t>
      </w:r>
    </w:p>
    <w:p>
      <w:pPr>
        <w:jc w:val="right"/>
      </w:pPr>
      <w:r>
        <w:t>لیٹر سے</w:t>
      </w:r>
    </w:p>
    <w:p>
      <w:r>
        <w:rPr>
          <w:b/>
        </w:rPr>
        <w:t xml:space="preserve">[1:24:34] </w:t>
      </w:r>
      <w:r>
        <w:t>koi un ko rokta nahi.</w:t>
      </w:r>
    </w:p>
    <w:p>
      <w:pPr>
        <w:jc w:val="right"/>
      </w:pPr>
      <w:r>
        <w:t>کوئی ان کو روکتا نہیں۔</w:t>
      </w:r>
    </w:p>
    <w:p>
      <w:r>
        <w:rPr>
          <w:b/>
        </w:rPr>
        <w:t xml:space="preserve">[1:24:38] </w:t>
      </w:r>
      <w:r>
        <w:t>Maulana, yeh history mein dekha gaya hai ke jitni bhi movements hoti hain, woh eventually shakhsiat parast ho jati hain.</w:t>
      </w:r>
    </w:p>
    <w:p>
      <w:pPr>
        <w:jc w:val="right"/>
      </w:pPr>
      <w:r>
        <w:t>مولانا، یہ ہسٹری میں دیکھا گیا ہے کہ جتنی بھی موومنٹس ہوتی ہیں، وہ ایونچولی شخصیت پرست ہو جاتی ہیں۔</w:t>
      </w:r>
    </w:p>
    <w:p>
      <w:r>
        <w:rPr>
          <w:b/>
        </w:rPr>
        <w:t xml:space="preserve">[1:24:48] </w:t>
      </w:r>
      <w:r>
        <w:t>lekin CPS movement mein aisa nahi hoga kyunke yahan pe aap ne jo hamein bataya hai, sikhaya hai ke God is supreme in this mission.</w:t>
      </w:r>
    </w:p>
    <w:p>
      <w:pPr>
        <w:jc w:val="right"/>
      </w:pPr>
      <w:r>
        <w:t>لیکن سی پی ایس موومنٹ میں ایسا نہیں ہوگا کیونکہ یہاں پہ آپ نے جو ہمیں بتایا ہے، سکھایا ہے کہ گاڈ از سپریم ان دس مشن۔</w:t>
      </w:r>
    </w:p>
    <w:p>
      <w:r>
        <w:rPr>
          <w:b/>
        </w:rPr>
        <w:t xml:space="preserve">[1:24:57] </w:t>
      </w:r>
      <w:r>
        <w:t>to Maulana, is ke bare mein bataiye. yeh baat sahi hai. aap ghor kijiye, taqabul karke doosri teh</w:t>
      </w:r>
    </w:p>
    <w:p>
      <w:pPr>
        <w:jc w:val="right"/>
      </w:pPr>
      <w:r>
        <w:t>تو مولانا، اس کے بارے میں بتائیے۔ یہ بات صحیح ہے۔ آپ غور کیجیے، تقابل کر کے دوسری تح</w:t>
      </w:r>
    </w:p>
    <w:p>
      <w:r>
        <w:rPr>
          <w:b/>
        </w:rPr>
        <w:t xml:space="preserve">[1:25:06] </w:t>
      </w:r>
      <w:r>
        <w:t>reekon se, kisi bhi tehreek mein Khuda ki azmat itna bayan nahi kiya gaya jitna ke is tehreek mein hoti hai. yaani hum to subah sham bas Khuda ki azmat hi ka charcha karte hain.</w:t>
      </w:r>
    </w:p>
    <w:p>
      <w:pPr>
        <w:jc w:val="right"/>
      </w:pPr>
      <w:r>
        <w:t>ریکوں سے، کسی بھی تحریک میں خدا کی عظمت اتنا بیان نہیں کی گئی جتنا کہ اس تحریک میں ہوتی ہے۔ یعنی ہم تو صبح شام بس خدا کی عظمت ہی کا چرچہ کرتے ہیں۔</w:t>
      </w:r>
    </w:p>
    <w:p>
      <w:r>
        <w:rPr>
          <w:b/>
        </w:rPr>
        <w:t xml:space="preserve">[1:25:17] </w:t>
      </w:r>
      <w:r>
        <w:t>kitabein aap dekhiye, Khuda ki azmat ki kitabein kahan likhi gayin is mission mein jo maujood hain. to hamare mission ka har aadmi jo hai, Khuda ki azmat mein jeeta hai.</w:t>
      </w:r>
    </w:p>
    <w:p>
      <w:pPr>
        <w:jc w:val="right"/>
      </w:pPr>
      <w:r>
        <w:t>کتابیں آپ دیکھیے، خدا کی عظمت کی کتابیں کہاں لکھی گئیں اس مشن میں جو موجود ہیں۔ تو ہمارے مشن کا ہر آدمی جو ہے، خدا کی عظمت میں جیتا ہے۔</w:t>
      </w:r>
    </w:p>
    <w:p>
      <w:r>
        <w:rPr>
          <w:b/>
        </w:rPr>
        <w:t xml:space="preserve">[1:25:27] </w:t>
      </w:r>
      <w:r>
        <w:t>jis ko bhi dekhiye,</w:t>
      </w:r>
    </w:p>
    <w:p>
      <w:pPr>
        <w:jc w:val="right"/>
      </w:pPr>
      <w:r>
        <w:t>جس کو بھی دیکھیے،</w:t>
      </w:r>
    </w:p>
    <w:p>
      <w:r>
        <w:rPr>
          <w:b/>
        </w:rPr>
        <w:t xml:space="preserve">[1:25:29] </w:t>
      </w:r>
      <w:r>
        <w:t>insaan ki azmat mein nahi jeeta hai. hamare hamare jitne saathi hain. kyunke is is fikr ko uthani hui hai azmat khudaawandi par.</w:t>
      </w:r>
    </w:p>
    <w:p>
      <w:pPr>
        <w:jc w:val="right"/>
      </w:pPr>
      <w:r>
        <w:t>انسان کی عظمت میں نہیں جیتا ہے۔ ہمارے ہمارے جتنے ساتھی ہیں۔ کیونکہ اس اس فکر کو اٹھانی ہوئی ہے عظمت خداوندی پر۔</w:t>
      </w:r>
    </w:p>
    <w:p>
      <w:r>
        <w:rPr>
          <w:b/>
        </w:rPr>
        <w:t xml:space="preserve">[1:25:39] </w:t>
      </w:r>
      <w:r>
        <w:t>to main samajhta hoon ke yaani yeh yeh jo yeh pehle yeh andaaz mein nahi tha, yaani literature mein nahi hua karta tha. pehle literature kahan pe yeh hota tha?</w:t>
      </w:r>
    </w:p>
    <w:p>
      <w:pPr>
        <w:jc w:val="right"/>
      </w:pPr>
      <w:r>
        <w:t>تو میں سمجھتا ہوں کہ یعنی یہ یہ جو یہ پہلے یہ انداز میں نہیں تھا، یعنی لٹریچر میں نہیں ہوا کرتا تھا۔ پہلے لٹریچر کہاں پہ یہ ہوتا تھا؟</w:t>
      </w:r>
    </w:p>
    <w:p>
      <w:r>
        <w:rPr>
          <w:b/>
        </w:rPr>
        <w:t xml:space="preserve">[1:25:49] </w:t>
      </w:r>
      <w:r>
        <w:t>bohat aasani se log jo hain, yaani afraad ko bana lete thay azeem.</w:t>
      </w:r>
    </w:p>
    <w:p>
      <w:pPr>
        <w:jc w:val="right"/>
      </w:pPr>
      <w:r>
        <w:t>بہت آسانی سے لوگ جو ہیں، یعنی افراد کو بنا لیتے تھے عظیم۔</w:t>
      </w:r>
    </w:p>
    <w:p>
      <w:r>
        <w:rPr>
          <w:b/>
        </w:rPr>
        <w:t xml:space="preserve">[1:25:57] </w:t>
      </w:r>
      <w:r>
        <w:t>literature jo hai, jo subah shaam jaata hai logon ke paas, us mein Khuda ki azmat hai. to subah shaam uski zehniyat tashkeel karta hai, woh Allah ki azmat par tashkeel karta hai.</w:t>
      </w:r>
    </w:p>
    <w:p>
      <w:pPr>
        <w:jc w:val="right"/>
      </w:pPr>
      <w:r>
        <w:t>لٹریچر جو ہے، جو صبح شام جاتا ہے لوگوں کے پاس، اس میں خدا کی عظمت ہے۔ تو صبح شام اس کی ذہنیت تشکیل کرتا ہے، وہ اللہ کی عظمت پر تشکیل کرتا ہے۔</w:t>
      </w:r>
    </w:p>
    <w:p>
      <w:r>
        <w:rPr>
          <w:b/>
        </w:rPr>
        <w:t xml:space="preserve">[1:26:06] </w:t>
      </w:r>
      <w:r>
        <w:t>woh to is mission mein to main samajhta hoon ke yeh anokha maamla hai ke is mein sab kuch azmat Khudaawandi par mabni hai. yeh sahi keh rahi hain woh.</w:t>
      </w:r>
    </w:p>
    <w:p>
      <w:pPr>
        <w:jc w:val="right"/>
      </w:pPr>
      <w:r>
        <w:t>وہ تو اس مشن میں تو میں سمجھتا ہوں کہ یہ انوکھا معاملہ ہے کہ اس میں سب کچھ عظمت خداوندی پر مبنی ہے۔ یہ صحیح کہہ رہی ہیں وہ۔</w:t>
      </w:r>
    </w:p>
    <w:p>
      <w:r>
        <w:rPr>
          <w:b/>
        </w:rPr>
        <w:t xml:space="preserve">[1:26:18] </w:t>
      </w:r>
      <w:r>
        <w:t>to is par hamein is qism ka khatra ko sochna nahi chahiye.</w:t>
      </w:r>
    </w:p>
    <w:p>
      <w:pPr>
        <w:jc w:val="right"/>
      </w:pPr>
      <w:r>
        <w:t>تو اس پر ہمیں اس قسم کا خطرہ کو سوچنا نہیں چاہیے۔</w:t>
      </w:r>
    </w:p>
    <w:p>
      <w:r>
        <w:rPr>
          <w:b/>
        </w:rPr>
        <w:t xml:space="preserve">[1:26:23] </w:t>
      </w:r>
      <w:r>
        <w:t>maulana, vbeliu cps members yahi inka conviction hai ke ah jitni bhi cheezein hoti hain, ah mission mein woh sab ah Khuda ki blessing se hi ho rahi hain.</w:t>
      </w:r>
    </w:p>
    <w:p>
      <w:pPr>
        <w:jc w:val="right"/>
      </w:pPr>
      <w:r>
        <w:t>مولانا، وی بیلیو سی پی ایس ممبرز یہی ان کا کنوکشن ہے کہ اہ جتنی بھی چیزیں ہوتی ہیں، اہ مشن میں وہ سب اہ خدا کی بلیسنگ سے ہی ہو رہی ہیں۔</w:t>
      </w:r>
    </w:p>
    <w:p>
      <w:r>
        <w:rPr>
          <w:b/>
        </w:rPr>
        <w:t xml:space="preserve">[1:26:37] </w:t>
      </w:r>
      <w:r>
        <w:t>ah koi hamare efforts ya human efforts se nahi ho rahi hain.</w:t>
      </w:r>
    </w:p>
    <w:p>
      <w:pPr>
        <w:jc w:val="right"/>
      </w:pPr>
      <w:r>
        <w:t>اہ کوئی ہمارے ایفرٹس یا ہیومن ایفرٹس سے نہیں ہو رہی ہیں۔</w:t>
      </w:r>
    </w:p>
    <w:p>
      <w:r>
        <w:rPr>
          <w:b/>
        </w:rPr>
        <w:t xml:space="preserve">[1:26:42] </w:t>
      </w:r>
      <w:r>
        <w:t>ab aap ko main ek tajruba arz karoon apna ke main ek bohat se logon ke haan parha hai kitabon mein ke unhon ne likha, kitabon mein likha hua maujood hai ke Allah taala har subah jab poochega ke kya kya tum ne to yeh kitaab mein pesh kar doonga.</w:t>
      </w:r>
    </w:p>
    <w:p>
      <w:pPr>
        <w:jc w:val="right"/>
      </w:pPr>
      <w:r>
        <w:t>اب آپ کو میں ایک تجربہ عرض کروں اپنا کہ میں ایک بہت سے لوگوں کے ہاں پڑھا ہے کتابوں میں کہ انہوں نے لکھا، کتابوں میں لکھا ہوا موجود ہے کہ اللہ تعالی ہر صبح جب پوچھے گا کہ کیا کیا تم نے تو یہ کتاب میں پیش کر دوں گا۔</w:t>
      </w:r>
    </w:p>
    <w:p>
      <w:r>
        <w:rPr>
          <w:b/>
        </w:rPr>
        <w:t xml:space="preserve">[1:26:58] </w:t>
      </w:r>
      <w:r>
        <w:t>baqaida likha hua kitabon mein, main naam nahi loonga kisi ka, bulb musannif bhi nahi kitabon mein hai ke Allah taala ke haan mein kitaab pesh kar doonga.</w:t>
      </w:r>
    </w:p>
    <w:p>
      <w:pPr>
        <w:jc w:val="right"/>
      </w:pPr>
      <w:r>
        <w:t>باقاعدہ لکھا ہوا کتابوں میں، میں نام نہیں لوں گا کسی کا، بلب مصنف بھی نہیں کتابوں میں ہے کہ اللہ تعالی کے ہاں میں کتاب پیش کروں گا۔</w:t>
      </w:r>
    </w:p>
    <w:p>
      <w:r>
        <w:rPr>
          <w:b/>
        </w:rPr>
        <w:t xml:space="preserve">[1:27:08] </w:t>
      </w:r>
      <w:r>
        <w:t>ab mera kya haal hai?</w:t>
      </w:r>
    </w:p>
    <w:p>
      <w:pPr>
        <w:jc w:val="right"/>
      </w:pPr>
      <w:r>
        <w:t>اب میرا کیا حال ہے؟</w:t>
      </w:r>
    </w:p>
    <w:p>
      <w:r>
        <w:rPr>
          <w:b/>
        </w:rPr>
        <w:t xml:space="preserve">[1:27:10] </w:t>
      </w:r>
      <w:r>
        <w:t>abhi dekhiye, angrezi ki tazkirul Quran jo angrezi mein chhapi hai, bohat hi khoobsurat. main samajhta hoon ke abhi tak koi tafseer itni khoobsurat chhapi nahi hai.</w:t>
      </w:r>
    </w:p>
    <w:p>
      <w:pPr>
        <w:jc w:val="right"/>
      </w:pPr>
      <w:r>
        <w:t>ابھی دیکھیے، انگریزی کی تذکر القرآن جو انگریزی میں چھپی ہے، بہت ہی خوبصورت۔ میں سمجھتا ہوں کہ ابھی تک کوئی تفسیر اتنی خوبصورت چھپی نہیں ہے۔</w:t>
      </w:r>
    </w:p>
    <w:p>
      <w:r>
        <w:rPr>
          <w:b/>
        </w:rPr>
        <w:t xml:space="preserve">[1:27:22] </w:t>
      </w:r>
      <w:r>
        <w:t>woh mere saamne aayi to main bilkul aise rone laga ke kis ki likhi hui hai? kisi aur ki likhi hui hai, meri nahi. yaani maine is mein kyun?</w:t>
      </w:r>
    </w:p>
    <w:p>
      <w:pPr>
        <w:jc w:val="right"/>
      </w:pPr>
      <w:r>
        <w:t>وہ میرے سامنے آئی تو میں بالکل ایسے رونے لگا کہ کس کی لکھی ہوئی ہے؟ کسی اور کی لکھی ہوئی ہے، میری نہیں۔ یعنی میں نے اس میں کیوں؟</w:t>
      </w:r>
    </w:p>
    <w:p>
      <w:r>
        <w:rPr>
          <w:b/>
        </w:rPr>
        <w:t xml:space="preserve">[1:27:31] </w:t>
      </w:r>
      <w:r>
        <w:t>yeh maine likha hai, yeh to Khuda ne likh kar chhaap kar ke mere paas bhej diya.</w:t>
      </w:r>
    </w:p>
    <w:p>
      <w:pPr>
        <w:jc w:val="right"/>
      </w:pPr>
      <w:r>
        <w:t>یہ میں نے لکھا ہے، یہ تو خدا نے لکھ کر چھاپ کر کے میرے پاس بھیج دیا۔</w:t>
      </w:r>
    </w:p>
    <w:p>
      <w:r>
        <w:rPr>
          <w:b/>
        </w:rPr>
        <w:t xml:space="preserve">[1:27:38] </w:t>
      </w:r>
      <w:r>
        <w:t>to ab main aise chhota tha is ko. aap yaqeen kijiye ke main aap ko ehsaas batata hoon. leader georges mein ek waqea aap ne parha tha, jab Arab mein petrol aaya to ek bedu jo saara mein rehta tha, to wahan tel ke kuwein nikal aaye.</w:t>
      </w:r>
    </w:p>
    <w:p>
      <w:pPr>
        <w:jc w:val="right"/>
      </w:pPr>
      <w:r>
        <w:t>تو اب میں ایسے چھوتا تھا اس کو۔ آپ یقین کیجیے کہ میں آپ کو احساس بتاتا ہوں۔ لیڈر جارجس میں ایک واقعہ آپ نے پڑھا تھا، جب عرب میں پٹرول آیا تو ایک بدو جو سارہ میں رہتا تھا، تو وہاں تیل کے کنویں نکل آئے۔</w:t>
      </w:r>
    </w:p>
    <w:p>
      <w:r>
        <w:rPr>
          <w:b/>
        </w:rPr>
        <w:t xml:space="preserve">[1:27:54] </w:t>
      </w:r>
      <w:r>
        <w:t>uski zameen par, zameen thi gala, wahan bhed bakri paalta tha, woh oont waghera. to wahan par pet tel nikal</w:t>
      </w:r>
    </w:p>
    <w:p>
      <w:pPr>
        <w:jc w:val="right"/>
      </w:pPr>
      <w:r>
        <w:t>اس کی زمین پر، زمین تھی گلا، وہاں بھیڑ بکری پالتا تھا، وہ اونٹ وغیرہ۔ تو وہاں پر پیٹ تیل نکل</w:t>
      </w:r>
    </w:p>
    <w:p>
      <w:r>
        <w:rPr>
          <w:b/>
        </w:rPr>
        <w:t xml:space="preserve">[1:28:03] </w:t>
      </w:r>
      <w:r>
        <w:t>aaya. government ne bohat zyada daam de kar khareeda us se. to achaanak woh ameer ho gaya. to us ke ek dost ne kya kiya ke us se kaha ke main tum ko Switzerland mein ghar banwata hoon.</w:t>
      </w:r>
    </w:p>
    <w:p>
      <w:pPr>
        <w:jc w:val="right"/>
      </w:pPr>
      <w:r>
        <w:t>آیا۔ گورنمنٹ نے بہت زیادہ دام دے کر خریدا اس سے۔ تو اچانک وہ امیر ہو گیا۔ تو اس کے ایک دوست نے کیا کیا کہ اس سے کہا کہ میں تم کو سویٹزرلینڈ میں گھر بنواتا ہوں۔</w:t>
      </w:r>
    </w:p>
    <w:p>
      <w:r>
        <w:rPr>
          <w:b/>
        </w:rPr>
        <w:t xml:space="preserve">[1:28:15] </w:t>
      </w:r>
      <w:r>
        <w:t>taajir tha, aata jaata tha. to Switzerland mein us ne us ke liye ghar khareeda aur phir us ko wahan se le gaya, us Arab bedu ko.</w:t>
      </w:r>
    </w:p>
    <w:p>
      <w:pPr>
        <w:jc w:val="right"/>
      </w:pPr>
      <w:r>
        <w:t>تاجر تھا، آتا جاتا تھا۔ تو سویٹزرلینڈ میں اس نے اس کے لیے گھر خریدا اور پھر اس کو وہاں سے لے گیا، اس عرب بدو کو۔</w:t>
      </w:r>
    </w:p>
    <w:p>
      <w:r>
        <w:rPr>
          <w:b/>
        </w:rPr>
        <w:t xml:space="preserve">[1:28:24] </w:t>
      </w:r>
      <w:r>
        <w:t>to jab us ghar mein daakhil hua to us mein tha ke us ki deewarein chhoota tha. woh kaha, "yeh mera ghar hai."</w:t>
      </w:r>
    </w:p>
    <w:p>
      <w:pPr>
        <w:jc w:val="right"/>
      </w:pPr>
      <w:r>
        <w:t>تو جب اس گھر میں داخل ہوا تو اس میں تھا کہ اس کی دیواریں چھوتا تھا۔ وہ کہا، "یہ میرا گھر ہے۔"</w:t>
      </w:r>
    </w:p>
    <w:p>
      <w:r>
        <w:rPr>
          <w:b/>
        </w:rPr>
        <w:t xml:space="preserve">[1:28:30] </w:t>
      </w:r>
      <w:r>
        <w:t>ek tent mein rehta tha, mamooli qism ke khayme mein. ab dekhta hai ke shandaar ghar wahan par hai, har qism ke saaz o saamaan se aaraasta, jadeed tareen jo saamaan hai, woh us ke andar aaraasta hai.</w:t>
      </w:r>
    </w:p>
    <w:p>
      <w:pPr>
        <w:jc w:val="right"/>
      </w:pPr>
      <w:r>
        <w:t>ایک ٹینٹ میں رہتا تھا، معمولی قسم کے خیمے میں۔ اب دیکھتا ہے کہ شاندار گھر وہاں پر ہے، ہر قسم کے ساز و سامان سے آراستہ، جدید ترین جو سامان ہے، وہ اس کے اندر آراستہ ہے۔</w:t>
      </w:r>
    </w:p>
    <w:p>
      <w:r>
        <w:rPr>
          <w:b/>
        </w:rPr>
        <w:t xml:space="preserve">[1:28:42] </w:t>
      </w:r>
      <w:r>
        <w:t>Switzerland ki fiza mein to chho chho ke dekhta tha. to yaqeen kijiye ke machharon ko dekho to kya hoga? yeh mera, meri das crore Quran hai. mujhe yaqeen nahi aata ke yeh wahi kitaab jo hai, jo jis par mera naam likha hua hai, ya Allah taala ne sab kuch kar ke woh bhej diya hai.</w:t>
      </w:r>
    </w:p>
    <w:p>
      <w:pPr>
        <w:jc w:val="right"/>
      </w:pPr>
      <w:r>
        <w:t>سویٹزرلینڈ کی فضا میں تو چھو چھو کے دیکھتا تھا۔ تو یقین کیجیے کہ مچھروں کو دیکھو تو کیا ہوگا؟ یہ میرا، میری دس کروڑ قرآن ہے۔ مجھے یقین نہیں آتا کہ یہ وہی کتاب جو ہے، جو جس پر میرا نام لکھا ہوا ہے، یا اللہ تعالی نے سب کچھ کر کے وہ بھیج دیا ہے۔</w:t>
      </w:r>
    </w:p>
    <w:p>
      <w:r>
        <w:rPr>
          <w:b/>
        </w:rPr>
        <w:t xml:space="preserve">[1:29:01] </w:t>
      </w:r>
      <w:r>
        <w:t>to yeh yeh jo hamare mission mein hai, masailon ki baghair chuk hai ke shakhs parasti inshallah yahan nahi aane wali. mere sab saathi jaante hain ke main kitna zyada is qism ke ehsaas mein jeeta hoon.</w:t>
      </w:r>
    </w:p>
    <w:p>
      <w:pPr>
        <w:jc w:val="right"/>
      </w:pPr>
      <w:r>
        <w:t>تو یہ یہ جو ہمارے مشن میں ہے، مسئلوں کی بغیر چک ہے کہ شخص پرستی انشاءاللہ یہاں نہیں آنے والی۔ میرے سب ساتھی جانتے ہیں کہ میں کتنا زیادہ اس قسم کے احساس میں جیتا ہوں۔</w:t>
      </w:r>
    </w:p>
    <w:p>
      <w:r>
        <w:rPr>
          <w:b/>
        </w:rPr>
        <w:t xml:space="preserve">[1:29:22] </w:t>
      </w:r>
      <w:r>
        <w:t>aur aaj main, aaj hi maine apne ek saathi se kaha, "main jigar mein rehta hoon." to us woh ghar park se mila hua hai. park ke saamne railing hai, aisi railing hai.</w:t>
      </w:r>
    </w:p>
    <w:p>
      <w:pPr>
        <w:jc w:val="right"/>
      </w:pPr>
      <w:r>
        <w:t>اور آج میں، آج ہی میں نے اپنے ایک ساتھی سے کہا، "میں جگر میں رہتا ہوں۔" تو اس وہ گھر پارک سے ملا ہوا ہے۔ پارک کے سامنے ریلنگ ہے، ایسی ریلنگ ہے۔</w:t>
      </w:r>
    </w:p>
    <w:p>
      <w:r>
        <w:rPr>
          <w:b/>
        </w:rPr>
        <w:t xml:space="preserve">[1:29:34] </w:t>
      </w:r>
      <w:r>
        <w:t>to wahan main baithta hoon to park dikhai deta hai. to aaj hi maine apne kuch saathi se kaha ke jab main baithta hoon to baithte baithte ajeeb qism ke ehsaasaat paida hote hain.</w:t>
      </w:r>
    </w:p>
    <w:p>
      <w:pPr>
        <w:jc w:val="right"/>
      </w:pPr>
      <w:r>
        <w:t>تو وہاں میں بیٹھتا ہوں تو پارک دکھائی دیتا ہے۔ تو آج ہی میں نے اپنے کچھ ساتھی سے کہا کہ جب میں بیٹھتا ہوں تو بیٹھتے بیٹھتے عجیب قسم کے احساسات پیدا ہوتے ہیں۔</w:t>
      </w:r>
    </w:p>
    <w:p>
      <w:r>
        <w:rPr>
          <w:b/>
        </w:rPr>
        <w:t xml:space="preserve">[1:29:43] </w:t>
      </w:r>
      <w:r>
        <w:t>kabhi</w:t>
      </w:r>
    </w:p>
    <w:p>
      <w:pPr>
        <w:jc w:val="right"/>
      </w:pPr>
      <w:r>
        <w:t>کبھی</w:t>
      </w:r>
    </w:p>
    <w:p>
      <w:r>
        <w:rPr>
          <w:b/>
        </w:rPr>
        <w:t xml:space="preserve">[1:29:44] </w:t>
      </w:r>
      <w:r>
        <w:t>to mein ne kaha, "ek din aisa laga mujhe ke jaise ke mein ek idhar park hai, jo ke jannat ki gulmis hai, jannat ki jhalak ek hai.</w:t>
      </w:r>
    </w:p>
    <w:p>
      <w:pPr>
        <w:jc w:val="right"/>
      </w:pPr>
      <w:r>
        <w:t>تو میں نے کہا، "ایک دن ایسا لگا مجھے کہ جیسے کہ میں ایک ادھر پارک ہے، جو کہ جنت کی گلمس ہے، جنت کی جھلک ایک ہے۔</w:t>
      </w:r>
    </w:p>
    <w:p>
      <w:r>
        <w:rPr>
          <w:b/>
        </w:rPr>
        <w:t xml:space="preserve">[1:29:53] </w:t>
      </w:r>
      <w:r>
        <w:t>idhar yeh railing hai, woh gate hai. to mein gate par khara hua hoon aur dekh raha hoon jannat ko.</w:t>
      </w:r>
    </w:p>
    <w:p>
      <w:pPr>
        <w:jc w:val="right"/>
      </w:pPr>
      <w:r>
        <w:t>ادھر یہ ریلنگ ہے، وہ گیٹ ہے۔ تو میں گیٹ پر کھڑا ہوا ہوں اور دیکھ رہا ہوں جنت کو۔</w:t>
      </w:r>
    </w:p>
    <w:p>
      <w:r>
        <w:rPr>
          <w:b/>
        </w:rPr>
        <w:t xml:space="preserve">[1:30:04] </w:t>
      </w:r>
      <w:r>
        <w:t>reling gate par khara hua jannat dekh raha hoon. aur phir khuda se apne sathiyon ko le kar, meri team bhi mere sath hai.</w:t>
      </w:r>
    </w:p>
    <w:p>
      <w:pPr>
        <w:jc w:val="right"/>
      </w:pPr>
      <w:r>
        <w:t>ریلنگ گیٹ پر کھڑا ہوا جنت دیکھ رہا ہوں۔ اور پھر خدا سے اپنے ساتھیوں کو لے کر، میری ٹیم بھی میرے ساتھ ہے۔</w:t>
      </w:r>
    </w:p>
    <w:p>
      <w:r>
        <w:rPr>
          <w:b/>
        </w:rPr>
        <w:t xml:space="preserve">[1:30:10] </w:t>
      </w:r>
      <w:r>
        <w:t>apni team ko le kar ke wahan par mein khara hua hoon gate par. aur phir khuda se kehta hoon, "khudaya, mein gate hi par khara rahunga." kaha, "hamesha?" kaha, "gate khule gi nahi yahan pe mere liye, mere sathiyon ke liye." kaha, "yahin khara rehne dein ge aap is ko?</w:t>
      </w:r>
    </w:p>
    <w:p>
      <w:pPr>
        <w:jc w:val="right"/>
      </w:pPr>
      <w:r>
        <w:t>اپنی ٹیم کو لے کر کے وہاں پر میں کھڑا ہوا ہوں گیٹ پر۔ اور پھر خدا سے کہتا ہوں، "خدایا، میں گیٹ ہی پر کھڑا رہوں گا۔" کہا، "ہمیشہ؟" کہا، "گیٹ کھلے گی نہیں یہاں پہ میرے لیے، میرے ساتھیوں کے لیے۔" کہا، "یہیں کھڑا رہنے دیں گے آپ اس کو؟</w:t>
      </w:r>
    </w:p>
    <w:p>
      <w:r>
        <w:rPr>
          <w:b/>
        </w:rPr>
        <w:t xml:space="preserve">[1:30:27] </w:t>
      </w:r>
      <w:r>
        <w:t>kab tak mein khara intezar karoon tere liye?</w:t>
      </w:r>
    </w:p>
    <w:p>
      <w:pPr>
        <w:jc w:val="right"/>
      </w:pPr>
      <w:r>
        <w:t>کب تک میں کھڑا انتظار کروں تیرے لیے؟</w:t>
      </w:r>
    </w:p>
    <w:p>
      <w:r>
        <w:rPr>
          <w:b/>
        </w:rPr>
        <w:t xml:space="preserve">[1:30:31] </w:t>
      </w:r>
      <w:r>
        <w:t>" to us waqt jo hai, aaj se bohat pehle jab mein ne kaha tha, jab mein ek mutallashi ke roop mein meri zuban se nikla tha ke "khawand, tu kab aye ga?</w:t>
      </w:r>
    </w:p>
    <w:p>
      <w:pPr>
        <w:jc w:val="right"/>
      </w:pPr>
      <w:r>
        <w:t>" تو اس وقت جو ہے، آج سے بہت پہلے جب میں نے کہا تھا، جب میں ایک متلاشی کے روپ میں میری زبان سے نکلا تھا کہ "خداوند، تو کب آئے گا؟</w:t>
      </w:r>
    </w:p>
    <w:p>
      <w:r>
        <w:rPr>
          <w:b/>
        </w:rPr>
        <w:t xml:space="preserve">[1:30:41] </w:t>
      </w:r>
      <w:r>
        <w:t>mein kab tak tere har jagah intezar karoon?" ghazab mein yeh jumla meri zuban se nikla tha.</w:t>
      </w:r>
    </w:p>
    <w:p>
      <w:pPr>
        <w:jc w:val="right"/>
      </w:pPr>
      <w:r>
        <w:t>میں کب تک تیرے ہر جگہ انتظار کروں؟" غضب میں یہ جملہ میری زبان سے نکلا تھا۔</w:t>
      </w:r>
    </w:p>
    <w:p>
      <w:r>
        <w:rPr>
          <w:b/>
        </w:rPr>
        <w:t xml:space="preserve">[1:30:52] </w:t>
      </w:r>
      <w:r>
        <w:t>yeh baat hai azadi hind se pehle ki baat hai, yeh event 47 se pehle ki baat hai.</w:t>
      </w:r>
    </w:p>
    <w:p>
      <w:pPr>
        <w:jc w:val="right"/>
      </w:pPr>
      <w:r>
        <w:t>یہ بات ہے آزادی ہند سے پہلے کی بات ہے، یہ ایونٹ 47 سے پہلے کی بات ہے۔</w:t>
      </w:r>
    </w:p>
    <w:p>
      <w:r>
        <w:rPr>
          <w:b/>
        </w:rPr>
        <w:t xml:space="preserve">[1:31:00] </w:t>
      </w:r>
      <w:r>
        <w:t>to ek ek peir tha papite ka, jahan masjid ke isi neeche khara hua tha. mein ro raha tha, keh raha tha, "khawand, tu kab aye ga?</w:t>
      </w:r>
    </w:p>
    <w:p>
      <w:pPr>
        <w:jc w:val="right"/>
      </w:pPr>
      <w:r>
        <w:t>تو ایک ایک پیڑ تھا پپیتے کا، جہاں مسجد کے اسی نیچے کھڑا ہوا تھا۔ میں رو رہا تھا، کہہ رہا تھا، "خداوند، تو کب آئے گا؟</w:t>
      </w:r>
    </w:p>
    <w:p>
      <w:r>
        <w:rPr>
          <w:b/>
        </w:rPr>
        <w:t xml:space="preserve">[1:31:09] </w:t>
      </w:r>
      <w:r>
        <w:t>mein kab tak tera ane ka intezar karoon?" wahi yahan kaifiyat meri hui ke "khawand, mein tere jannat gate par khara hua hoon, apne sathiyon ko le kar. gate to kab khule ga?</w:t>
      </w:r>
    </w:p>
    <w:p>
      <w:pPr>
        <w:jc w:val="right"/>
      </w:pPr>
      <w:r>
        <w:t>میں کب تک تیرا آنے کا انتظار کروں؟" وہی یہاں کیفیت میری ہوئی کہ "خداوند، میں تیرے جنت گیٹ پر کھڑا ہوا ہوں، اپنے ساتھیوں کو لے کر۔ گیٹ تو کب کھلے گا؟</w:t>
      </w:r>
    </w:p>
    <w:p>
      <w:r>
        <w:rPr>
          <w:b/>
        </w:rPr>
        <w:t xml:space="preserve">[1:31:21] </w:t>
      </w:r>
      <w:r>
        <w:t>mein aur mere sathiyon intezar kar rahe hain."</w:t>
      </w:r>
    </w:p>
    <w:p>
      <w:pPr>
        <w:jc w:val="right"/>
      </w:pPr>
      <w:r>
        <w:t>میں اور میرے ساتھی انتظار کر رہے ہیں۔"</w:t>
      </w:r>
    </w:p>
    <w:p>
      <w:r>
        <w:rPr>
          <w:b/>
        </w:rPr>
        <w:t xml:space="preserve">[1:31:25] </w:t>
      </w:r>
      <w:r>
        <w:t>phir jis insan ki yeh halat ho, kya us ke mission mein khuda ka judge kabhi ghat sakta hai? us ke mission ke log khudai mein jiyein ge.</w:t>
      </w:r>
    </w:p>
    <w:p>
      <w:pPr>
        <w:jc w:val="right"/>
      </w:pPr>
      <w:r>
        <w:t>پھر جس انسان کی یہ حالت ہو، کیا اس کے مشن میں خدا کا جج کبھی گھٹ سکتا ہے؟ اس کے مشن کے لوگ خدائی میں جیئیں گے۔</w:t>
      </w:r>
    </w:p>
    <w:p>
      <w:r>
        <w:rPr>
          <w:b/>
        </w:rPr>
        <w:t xml:space="preserve">[1:31:39] </w:t>
      </w:r>
      <w:r>
        <w:t>aaj hi apna ek tajurba mein ne bataya apne ek sath ko ke meri yeh halat hoti hai.</w:t>
      </w:r>
    </w:p>
    <w:p>
      <w:pPr>
        <w:jc w:val="right"/>
      </w:pPr>
      <w:r>
        <w:t>آج ہی اپنا ایک تجربہ میں نے بتایا اپنے ایک ساتھی کو کہ میری یہ حالت ہوتی ہے۔</w:t>
      </w:r>
    </w:p>
    <w:p>
      <w:r>
        <w:rPr>
          <w:b/>
        </w:rPr>
        <w:t xml:space="preserve">[1:31:47] </w:t>
      </w:r>
      <w:r>
        <w:t>aap logon mein kisi ne agar dekha ho to aap ne to dekha غالباً woh ke jo railing hai, woh gaya ek gate ki manind wahan par. is ke idhar park hai.</w:t>
      </w:r>
    </w:p>
    <w:p>
      <w:pPr>
        <w:jc w:val="right"/>
      </w:pPr>
      <w:r>
        <w:t>آپ لوگوں میں کسی نے اگر دیکھا ہو تو آپ نے تو دیکھا غالباً وہ کہ جو ریلنگ ہے، وہ گیا ایک گیٹ کی مانند وہاں پر۔ اس کے ادھر پارک ہے۔</w:t>
      </w:r>
    </w:p>
    <w:p>
      <w:r>
        <w:rPr>
          <w:b/>
        </w:rPr>
        <w:t xml:space="preserve">[1:31:58] </w:t>
      </w:r>
      <w:r>
        <w:t>to aisa laga ke mein gate par apne sathiyon ke liye khara hua hoon, meri team mere sath hai. idhar idhar jannat hai, lekin beech mein gate hail hai. ab mein keh raha hoon, "khudaya, mein aur mere sath kab tak khare rahin ge?</w:t>
      </w:r>
    </w:p>
    <w:p>
      <w:pPr>
        <w:jc w:val="right"/>
      </w:pPr>
      <w:r>
        <w:t>تو ایسا لگا کہ میں گیٹ پر اپنے ساتھیوں کے لیے کھڑا ہوا ہوں، میری ٹیم میرے ساتھ ہے۔ ادھر ادھر جنت ہے، لیکن بیچ میں گیٹ حائل ہے۔ اب میں کہہ رہا ہوں، "خدایا، میں اور میرے ساتھی کب تک کھڑے رہیں گے؟</w:t>
      </w:r>
    </w:p>
    <w:p>
      <w:r>
        <w:rPr>
          <w:b/>
        </w:rPr>
        <w:t xml:space="preserve">[1:32:11] </w:t>
      </w:r>
      <w:r>
        <w:t>kya tu gate nahi khole ga?</w:t>
      </w:r>
    </w:p>
    <w:p>
      <w:pPr>
        <w:jc w:val="right"/>
      </w:pPr>
      <w:r>
        <w:t>کیا تو گیٹ نہیں کھولے گا؟</w:t>
      </w:r>
    </w:p>
    <w:p>
      <w:r>
        <w:rPr>
          <w:b/>
        </w:rPr>
        <w:t xml:space="preserve">[1:32:14] </w:t>
      </w:r>
      <w:r>
        <w:t>jannat gate pe pohanch kar bhi ab mein jannat se maron rahoon ga?" to yeh jo yeh jo</w:t>
      </w:r>
    </w:p>
    <w:p>
      <w:pPr>
        <w:jc w:val="right"/>
      </w:pPr>
      <w:r>
        <w:t>جنت گیٹ پہ پہنچ کر بھی اب میں جنت سے مروں رہوں گا؟" تو یہ جو یہ جو</w:t>
      </w:r>
    </w:p>
    <w:p>
      <w:r>
        <w:rPr>
          <w:b/>
        </w:rPr>
        <w:t xml:space="preserve">[1:32:25] </w:t>
      </w:r>
      <w:r>
        <w:t>hum mission mein yeh jo rooh hai, yeh inshallah check hai aur woh cheez yahan aney wali nahi hai.</w:t>
      </w:r>
    </w:p>
    <w:p>
      <w:pPr>
        <w:jc w:val="right"/>
      </w:pPr>
      <w:r>
        <w:t>ہم مشن میں یہ جو روح ہے، یہ انشاءاللہ چیک ہے اور وہ چیز یہاں آنے والی نہیں ہے۔</w:t>
      </w:r>
    </w:p>
    <w:p>
      <w:r>
        <w:rPr>
          <w:b/>
        </w:rPr>
        <w:t xml:space="preserve">[1:32:34] </w:t>
      </w:r>
      <w:r>
        <w:t>maulana, ek bar aap ne kaha tha ke jo khuda ka tareeqa hai, woh hai slow and study wala tareeqa. a</w:t>
      </w:r>
    </w:p>
    <w:p>
      <w:pPr>
        <w:jc w:val="right"/>
      </w:pPr>
      <w:r>
        <w:t>مولانا، ایک بار آپ نے کہا تھا کہ جو خدا کا طریقہ ہے، وہ ہے سلو اینڈ سٹڈی والا طریقہ۔ ا</w:t>
      </w:r>
    </w:p>
    <w:p>
      <w:r>
        <w:rPr>
          <w:b/>
        </w:rPr>
        <w:t xml:space="preserve">[1:32:42] </w:t>
      </w:r>
      <w:r>
        <w:t>h jaldbazi, hastiness wala jo tareeqa hai, is se ah to jo mission hai, woh derail ho sakta hai. it can be devastated. to aap ka kya advice hai with respect to the pace of the mission?</w:t>
      </w:r>
    </w:p>
    <w:p>
      <w:pPr>
        <w:jc w:val="right"/>
      </w:pPr>
      <w:r>
        <w:t>ہ جلد بازی، ہسٹینس والا جو طریقہ ہے، اس سے اہ تو جو مشن ہے، وہ ڈیریل ہو سکتا ہے۔ اٹ کین بی ڈیواسٹیٹڈ۔ تو آپ کا کیا ایڈوائس ہے ود ریسپیکٹ ٹو دا پیس آف دا مشن؟</w:t>
      </w:r>
    </w:p>
    <w:p>
      <w:r>
        <w:rPr>
          <w:b/>
        </w:rPr>
        <w:t xml:space="preserve">[1:32:55] </w:t>
      </w:r>
      <w:r>
        <w:t>kya pace honi chahiye mission mein? is ke baray mein bhi hamein bataiye. dekho, yeh fitri baat hai.</w:t>
      </w:r>
    </w:p>
    <w:p>
      <w:pPr>
        <w:jc w:val="right"/>
      </w:pPr>
      <w:r>
        <w:t>کیا پیس ہونی چاہیے مشن میں؟ اس کے بارے میں بھی ہمیں بتائیے۔ دیکھو، یہ فطری بات ہے۔</w:t>
      </w:r>
    </w:p>
    <w:p>
      <w:r>
        <w:rPr>
          <w:b/>
        </w:rPr>
        <w:t xml:space="preserve">[1:33:04] </w:t>
      </w:r>
      <w:r>
        <w:t>rasool Allah ke jo qaraar rehte the, woh to fitri baat hai, woh to rahe ga. lallaka bakh nafsaka allahu kullun mamnun yeh to rahe ga, yeh fitri b</w:t>
      </w:r>
    </w:p>
    <w:p>
      <w:pPr>
        <w:jc w:val="right"/>
      </w:pPr>
      <w:r>
        <w:t>رسول اللہ کے جو قرار رہتے تھے، وہ تو فطری بات ہے، وہ تو رہے گا۔ لَلَّكَ بَاخٌ نَفْسَكَ اللَّهُ كُلٌّ مَمْنِينٌ یہ تو رہے گا، یہ فطری ب</w:t>
      </w:r>
    </w:p>
    <w:p>
      <w:r>
        <w:rPr>
          <w:b/>
        </w:rPr>
        <w:t xml:space="preserve">[1:33:15] </w:t>
      </w:r>
      <w:r>
        <w:t>aat hai. woh is se to sawab mein izafa hoga. to hamein yani bilashuba chahna chahiye ke dawat sare alam mein phail jaye,</w:t>
      </w:r>
    </w:p>
    <w:p>
      <w:pPr>
        <w:jc w:val="right"/>
      </w:pPr>
      <w:r>
        <w:t>ات ہے۔ وہ اس سے تو ثواب میں اضافہ ہوگا۔ تو ہمیں یعنی بلاشبہ چاہنا چاہیے کہ دعوت سارے عالم میں پھیل جائے،</w:t>
      </w:r>
    </w:p>
    <w:p>
      <w:r>
        <w:rPr>
          <w:b/>
        </w:rPr>
        <w:t xml:space="preserve">[1:33:28] </w:t>
      </w:r>
      <w:r>
        <w:t>lekin study progressive hoga. to yeh yeh ek fitri baat hai ke is is par koi check nahi hai, is par koi check nahi hai.</w:t>
      </w:r>
    </w:p>
    <w:p>
      <w:pPr>
        <w:jc w:val="right"/>
      </w:pPr>
      <w:r>
        <w:t>لیکن اسٹڈی پروگریسی ہوگا۔ تو یہ یہ ایک فطری بات ہے کہ اس اس پر کوئی چیک نہیں ہے، اس پر کوئی چیک نہیں ہے۔</w:t>
      </w:r>
    </w:p>
    <w:p>
      <w:r>
        <w:rPr>
          <w:b/>
        </w:rPr>
        <w:t xml:space="preserve">[1:33:40] </w:t>
      </w:r>
      <w:r>
        <w:t>aap aap ke andar jazba ubhre ubhre ga. haan</w:t>
      </w:r>
    </w:p>
    <w:p>
      <w:pPr>
        <w:jc w:val="right"/>
      </w:pPr>
      <w:r>
        <w:t>آپ آپ کے اندر جذبہ ابھرے ابھرے گا۔ ہاں</w:t>
      </w:r>
    </w:p>
    <w:p>
      <w:r>
        <w:rPr>
          <w:b/>
        </w:rPr>
        <w:t xml:space="preserve">[1:33:44] </w:t>
      </w:r>
      <w:r>
        <w:t xml:space="preserve"> sirf yeh hai ke agar woh koi is se burai paida hone wali ho to us burai se bachna chahiye aadmi ko.</w:t>
      </w:r>
    </w:p>
    <w:p>
      <w:pPr>
        <w:jc w:val="right"/>
      </w:pPr>
      <w:r>
        <w:t>، صرف یہ ہے کہ اگر وہ کوئی اس سے برائی پیدا ہونے والی ہو تو اس برائی سے بچنا چاہیے آدمی کو۔</w:t>
      </w:r>
    </w:p>
    <w:p>
      <w:r>
        <w:rPr>
          <w:b/>
        </w:rPr>
        <w:t xml:space="preserve">[1:33:50] </w:t>
      </w:r>
      <w:r>
        <w:t>Misaalan, misalan yeh ke koi aadmi kaam hi chhod de, koi khudkushi kar le, koi galat qism ki baat ho jaye to woh nahi hona chahiye.</w:t>
      </w:r>
    </w:p>
    <w:p>
      <w:pPr>
        <w:jc w:val="right"/>
      </w:pPr>
      <w:r>
        <w:t>مثلاً، مثلاً یہ کہ کوئی آدمی کام ہی چھوڑ دے، کوئی خودکشی کر لے، کوئی غلط قسم کی بات ہو جائے تو وہ نہیں ہونا چاہیے۔</w:t>
      </w:r>
    </w:p>
    <w:p>
      <w:r>
        <w:rPr>
          <w:b/>
        </w:rPr>
        <w:t xml:space="preserve">[1:33:59] </w:t>
      </w:r>
      <w:r>
        <w:t>Lekin khud ishtiyaq, khud jazba, khud passion jo hai, woh toh rahega. Isi se aadmi activate hota hai, is se activate hota hai.</w:t>
      </w:r>
    </w:p>
    <w:p>
      <w:pPr>
        <w:jc w:val="right"/>
      </w:pPr>
      <w:r>
        <w:t>لیکن خود اشتیاق، خود جذبہ، خود پیشن جو ہے، وہ تو رہے گا۔ اسی سے آدمی ایکٹیویٹ ہوتا ہے، اس سے ایکٹیویٹ ہوتا ہے۔</w:t>
      </w:r>
    </w:p>
    <w:p>
      <w:r>
        <w:rPr>
          <w:b/>
        </w:rPr>
        <w:t xml:space="preserve">[1:34:10] </w:t>
      </w:r>
      <w:r>
        <w:t>Aur ya lan narjika as-sawaba minni wali tamam mein Allah koshish mere bas mein hai, nateeja Allah taala ke haath mein hai.</w:t>
      </w:r>
    </w:p>
    <w:p>
      <w:pPr>
        <w:jc w:val="right"/>
      </w:pPr>
      <w:r>
        <w:t>اور یا لَنْ نَرْجِكَ السَّوَابِ مِنِّي والی تمام میں اللہ کوشش میرے بس میں ہے، نتیجہ اللہ تعالی کے ہاتھ میں ہے۔</w:t>
      </w:r>
    </w:p>
    <w:p>
      <w:r>
        <w:rPr>
          <w:b/>
        </w:rPr>
        <w:t xml:space="preserve">[1:34:19] </w:t>
      </w:r>
      <w:r>
        <w:t>Maulana, actually isi ka ek aur extended part hai, ah jo mere khayal se aap shayad woh bhi poochna chah rahe honge ke kyunke dheere dheere karna padta hai kaam, to ek feeling of guilt aati hai, sense of guilt ke we are not doing enough aur waqt kam hai aur zyada karna hai aur main kyun nahi kar pa raha zyada.</w:t>
      </w:r>
    </w:p>
    <w:p>
      <w:pPr>
        <w:jc w:val="right"/>
      </w:pPr>
      <w:r>
        <w:t>مولانا، ایکچولی اسی کا ایک اور ایکسٹینڈڈ پارٹ ہے، اہ جو میرے خیال سے آپ شاید وہ بھی پوچھنا چاہ رہے ہوں کہ کیونکہ دھیرے دھیرے کرنا پڑتا ہے کام، تو ایک فیلنگ آف گلٹ آتی ہے، سینس آف گلٹ کہ وی آر ناٹ ڈوئنگ انف اور وقت کم ہے اور زیادہ کرنا ہے اور میں کیوں نہیں کر پا رہا زیادہ۔</w:t>
      </w:r>
    </w:p>
    <w:p>
      <w:r>
        <w:rPr>
          <w:b/>
        </w:rPr>
        <w:t xml:space="preserve">[1:34:40] </w:t>
      </w:r>
      <w:r>
        <w:t>To woh guilt jo hai, Maulana, woh aur frustration laati hai aur is se woh aur insaan demotivate hota hai. To is se kaise</w:t>
      </w:r>
    </w:p>
    <w:p>
      <w:pPr>
        <w:jc w:val="right"/>
      </w:pPr>
      <w:r>
        <w:t>تو وہ گلٹ جو ہے، مولانا، وہ اور فرسٹریشن لاتی ہے اور اس سے وہ اور انسان ڈی موریلائز ہوتا ہے۔ تو اس سے کیسے</w:t>
      </w:r>
    </w:p>
    <w:p>
      <w:r>
        <w:rPr>
          <w:b/>
        </w:rPr>
        <w:t xml:space="preserve">[1:34:48] </w:t>
      </w:r>
      <w:r>
        <w:t>bachenge? Nahi, dil bhar nahi hota. Guilt apne aap mein ek sawab ki cheez hai, yani kami ka ehsaas. Saare sahaba mein kami ka ehsaas tha jo main chahta chahiye, woh kar nahi paye.</w:t>
      </w:r>
    </w:p>
    <w:p>
      <w:pPr>
        <w:jc w:val="right"/>
      </w:pPr>
      <w:r>
        <w:t>بچیں گے؟ نہیں، دل بھر نہیں ہوتا۔ گلٹ اپنے آپ میں ایک ثواب کی چیز ہے، یعنی کمی کا احساس۔ سارے صحابہ میں کمی کا احساس تھا جو میں چاہتا چاہیے، وہ کر نہیں پائے۔</w:t>
      </w:r>
    </w:p>
    <w:p>
      <w:r>
        <w:rPr>
          <w:b/>
        </w:rPr>
        <w:t xml:space="preserve">[1:35:00] </w:t>
      </w:r>
      <w:r>
        <w:t>Yahan tak ke ek martaba ka waqia likha hai ke ek martaba ek sahabi the, Hanzala, unko ehsaas hua ke main to munafiq ho gaya.</w:t>
      </w:r>
    </w:p>
    <w:p>
      <w:pPr>
        <w:jc w:val="right"/>
      </w:pPr>
      <w:r>
        <w:t>یہاں تک کہ ایک مرتبہ کا واقعہ لکھا ہے کہ ایک مرتبہ ایک صحابی تھے، حنزلہ، ان کو احساس ہوا کہ میں تو منافق ہو گیا۔</w:t>
      </w:r>
    </w:p>
    <w:p>
      <w:r>
        <w:rPr>
          <w:b/>
        </w:rPr>
        <w:t xml:space="preserve">[1:35:11] </w:t>
      </w:r>
      <w:r>
        <w:t>To woh Rasool Allah ke paas ja rahe the ke jab aap ke paas baithta hoon to bohat zyada jannat jahannum ka yaad aati hai.</w:t>
      </w:r>
    </w:p>
    <w:p>
      <w:pPr>
        <w:jc w:val="right"/>
      </w:pPr>
      <w:r>
        <w:t>تو وہ رسول اللہ کے پاس جا رہے تھے کہ جب آپ کے پاس بیٹھتا ہوں تو بہت زیادہ جنت جہنم کا یاد آتی ہے۔</w:t>
      </w:r>
    </w:p>
    <w:p>
      <w:r>
        <w:rPr>
          <w:b/>
        </w:rPr>
        <w:t xml:space="preserve">[1:35:20] </w:t>
      </w:r>
      <w:r>
        <w:t>Door chale aata hoon kheti baadi mein to woh jazba kam ho jata hai. To Hazrat Ibrahim woh mil gaye, Hazrat Umar mil gaye. Kahan ja rahe hain?</w:t>
      </w:r>
    </w:p>
    <w:p>
      <w:pPr>
        <w:jc w:val="right"/>
      </w:pPr>
      <w:r>
        <w:t>دور چلے آتا ہوں کھیتی باڑی میں تو وہ جذبہ کم ہو جاتا ہے۔ تو حضرت ابراہیم وہ مل گئے، حضرت عمر مل گئے۔ کہاں جا رہے ہیں؟</w:t>
      </w:r>
    </w:p>
    <w:p>
      <w:r>
        <w:rPr>
          <w:b/>
        </w:rPr>
        <w:t xml:space="preserve">[1:35:28] </w:t>
      </w:r>
      <w:r>
        <w:t>Unhone kaha yeh kahin se kehte hain ke munafiq Hanzala. To unhone kaha yeh hai ke munafiq Umar, main bhi munafiq hoon. To dono pahunche Rasool Allah ke paas.</w:t>
      </w:r>
    </w:p>
    <w:p>
      <w:pPr>
        <w:jc w:val="right"/>
      </w:pPr>
      <w:r>
        <w:t>انہوں نے کہا یہ کہیں سے کہتے ہیں کہ منافق حنزلہ۔ تو انہوں نے کہا یہ ہے کہ منافق عمر، میں بھی منافق ہوں۔ تو دونوں پہنچے رسول اللہ کے پاس۔</w:t>
      </w:r>
    </w:p>
    <w:p>
      <w:r>
        <w:rPr>
          <w:b/>
        </w:rPr>
        <w:t xml:space="preserve">[1:35:41] </w:t>
      </w:r>
      <w:r>
        <w:t>To dekhen, yeh ehsaas apne aap mein bohat badi nemat hai. Kami ka ehsaas koi yeh samjhe ke main to khoob kar raha hoon, mera to mamla bohat acha chal raha hai.</w:t>
      </w:r>
    </w:p>
    <w:p>
      <w:pPr>
        <w:jc w:val="right"/>
      </w:pPr>
      <w:r>
        <w:t>تو دیکھیں، یہ احساس اپنے آپ میں بہت بڑی نعمت ہے۔ کمی کا احساس کوئی یہ سمجھے کہ میں تو خوب کر رہا ہوں، میرا تو معاملہ بہت اچھا چل رہا ہے۔</w:t>
      </w:r>
    </w:p>
    <w:p>
      <w:r>
        <w:rPr>
          <w:b/>
        </w:rPr>
        <w:t xml:space="preserve">[1:35:52] </w:t>
      </w:r>
      <w:r>
        <w:t>To is se to naz paida hoga, fakhr paida hoga. To kami ka ehsaas jo hai, usko guilt na kahiye. Guilt ek negative naam hai.</w:t>
      </w:r>
    </w:p>
    <w:p>
      <w:pPr>
        <w:jc w:val="right"/>
      </w:pPr>
      <w:r>
        <w:t>تو اس سے تو ناز پیدا ہوگا، فخر پیدا ہوگا۔ تو کمی کا احساس جو ہے، اس کو گلٹ نہ کہیے۔ گلٹ ایک نیگیٹیو نام ہے۔</w:t>
      </w:r>
    </w:p>
    <w:p>
      <w:r>
        <w:rPr>
          <w:b/>
        </w:rPr>
        <w:t xml:space="preserve">[1:36:01] </w:t>
      </w:r>
      <w:r>
        <w:t>Kami ka ehsaas bohat achi cheez hai. Guilt ka lafz to ek negative lafz hai.</w:t>
      </w:r>
    </w:p>
    <w:p>
      <w:pPr>
        <w:jc w:val="right"/>
      </w:pPr>
      <w:r>
        <w:t>کمی کا احساس بہت اچھی چیز ہے۔ گلٹ کا لفظ تو ایک نیگیٹیو لفظ ہے۔</w:t>
      </w:r>
    </w:p>
    <w:p>
      <w:r>
        <w:rPr>
          <w:b/>
        </w:rPr>
        <w:t xml:space="preserve">[1:36:09] </w:t>
      </w:r>
      <w:r>
        <w:t>Main samajhta hoon ke ehsaas kami ke jitna main kar sakta tha, woh nahi kar pa raha hoon. Is kami ka ehsaas bohat achi alamat hai, zaroor aana chahiye kyunke is se modesty aati hai.</w:t>
      </w:r>
    </w:p>
    <w:p>
      <w:pPr>
        <w:jc w:val="right"/>
      </w:pPr>
      <w:r>
        <w:t>میں سمجھتا ہوں کہ احساس کمی کہ جتنا میں کر سکتا تھا، وہ نہیں کر پا رہا ہوں۔ اس کمی کا احساس بہت اچھی علامت ہے، ضرور آنا چاہیے کیونکہ اس سے ماڈیسٹی آتی ہے۔</w:t>
      </w:r>
    </w:p>
    <w:p>
      <w:r>
        <w:rPr>
          <w:b/>
        </w:rPr>
        <w:t xml:space="preserve">[1:36:22] </w:t>
      </w:r>
      <w:r>
        <w:t>Is se aadmi ke andar fakhr o naz ke jazbaat nahi paida ho paate, Allah se juda rehta hai aadmi.</w:t>
      </w:r>
    </w:p>
    <w:p>
      <w:pPr>
        <w:jc w:val="right"/>
      </w:pPr>
      <w:r>
        <w:t>اس سے آدمی کے اندر فخر و ناز کے جذبات نہیں پیدا ہو پاتے، اللہ سے جڑا رہتا ہے آدمی۔</w:t>
      </w:r>
    </w:p>
    <w:p>
      <w:r>
        <w:rPr>
          <w:b/>
        </w:rPr>
        <w:t xml:space="preserve">[1:36:33] </w:t>
      </w:r>
      <w:r>
        <w:t>Maulana, kya is baat ko is tareeqe se samjha ja sakta hai ke yeh slow aur yeh fast, yeh dono contexts ko do tareeqon se samjha jaye ke jo kaam hum karte hain, daee, woh kaam fast karne ki koshish karna?</w:t>
      </w:r>
    </w:p>
    <w:p>
      <w:pPr>
        <w:jc w:val="right"/>
      </w:pPr>
      <w:r>
        <w:t>مولانا، کیا اس بات کو اس طریقے سے سمجھا جا سکتا ہے کہ یہ سلو اور یہ فاسٹ، یہ دونوں کانٹیکٹس کو دو طریقوں سے سمجھا جائے کہ جو کام ہم کرتے ہیں، داعی، وہ کام فاسٹ کرنے کی کوشش کرنا؟</w:t>
      </w:r>
    </w:p>
    <w:p>
      <w:r>
        <w:rPr>
          <w:b/>
        </w:rPr>
        <w:t xml:space="preserve">[1:36:53] </w:t>
      </w:r>
      <w:r>
        <w:t>Jaise kisi ne mujhe phone kiya ke unhein ek Quran ki copy chahiye, woh</w:t>
      </w:r>
    </w:p>
    <w:p>
      <w:pPr>
        <w:jc w:val="right"/>
      </w:pPr>
      <w:r>
        <w:t>جیسے کسی نے مجھے فون کیا کہ انہیں ایک قرآن کی کاپی چاہیے، وہ</w:t>
      </w:r>
    </w:p>
    <w:p>
      <w:r>
        <w:rPr>
          <w:b/>
        </w:rPr>
        <w:t xml:space="preserve">[1:36:59] </w:t>
      </w:r>
      <w:r>
        <w:t>kahenge kal tak la dijiye, lekin mujhe bohat jaldi rehti hai ke agle aadhe ghante mein main unko pahuncha doon. Lekin shayad woh der lagayenge padhne, uske liye mujhe sabr karna hai, lekin mera wala kaam mujhe karne mein bohat jaldi karna hai.</w:t>
      </w:r>
    </w:p>
    <w:p>
      <w:pPr>
        <w:jc w:val="right"/>
      </w:pPr>
      <w:r>
        <w:t>کہیں گے کل تک لا دیجیے، لیکن مجھے بہت جلدی رہتی ہے کہ اگلے آدھے گھنٹے میں میں ان کو پہنچا دوں۔ لیکن شاید وہ دیر لگائیں گے پڑھنے، اس کے لیے مجھے صبر کرنا ہے، لیکن میرا والا کام مجھے کرنے میں بہت جلدی کرنا ہے۔</w:t>
      </w:r>
    </w:p>
    <w:p>
      <w:r>
        <w:rPr>
          <w:b/>
        </w:rPr>
        <w:t xml:space="preserve">[1:37:15] </w:t>
      </w:r>
      <w:r>
        <w:t>To kya is ko is tareeqe se bhi liya ja sakta hai? To "I will do it" jo hai, yeh saada baat nahi hai.</w:t>
      </w:r>
    </w:p>
    <w:p>
      <w:pPr>
        <w:jc w:val="right"/>
      </w:pPr>
      <w:r>
        <w:t>تو کیا اس کو اس طریقے سے بھی لیا جا سکتا ہے؟ تو "آئی ویل ڈو اٹ" جو ہے، یہ سادہ بات نہیں ہے۔</w:t>
      </w:r>
    </w:p>
    <w:p>
      <w:r>
        <w:rPr>
          <w:b/>
        </w:rPr>
        <w:t xml:space="preserve">[1:37:23] </w:t>
      </w:r>
      <w:r>
        <w:t>"I will do it" saada baat nahi hai kyunke jab aap "I will do it" ki spirit se bhar jayein aur kaam karna shuru karein to zaroor saathi milte hain.</w:t>
      </w:r>
    </w:p>
    <w:p>
      <w:pPr>
        <w:jc w:val="right"/>
      </w:pPr>
      <w:r>
        <w:t>"آئی ویل ڈو اٹ" سادہ بات نہیں ہے کیونکہ جب آپ "آئی ویل ڈو اٹ" کی سپرٹ سے بھر جائیں اور کام کرنا شروع کریں تو ضرور ساتھی ملتے ہیں۔</w:t>
      </w:r>
    </w:p>
    <w:p>
      <w:r>
        <w:rPr>
          <w:b/>
        </w:rPr>
        <w:t xml:space="preserve">[1:37:33] </w:t>
      </w:r>
      <w:r>
        <w:t>Insaan saathi nahi to farishte saath dene lagte hain. To saada baat nahi hai. Yeh jo yeh jo conviction hai, yeh jo irada hai, ek full force aap ko saathi muhiya kar deta hai.</w:t>
      </w:r>
    </w:p>
    <w:p>
      <w:pPr>
        <w:jc w:val="right"/>
      </w:pPr>
      <w:r>
        <w:t>انسان ساتھی نہیں تو فرشتے ساتھ دینے لگتے ہیں۔ تو سادہ بات نہیں ہے۔ یہ جو یہ جو کنوکشن ہے، یہ جو ارادہ ہے، ایک فل فور آپ کو ساتھی مہیا کر دیتا ہے۔</w:t>
      </w:r>
    </w:p>
    <w:p>
      <w:r>
        <w:rPr>
          <w:b/>
        </w:rPr>
        <w:t xml:space="preserve">[1:37:49] </w:t>
      </w:r>
      <w:r>
        <w:t>Innallaha qawlu abdallahi subhanahu wa taqwa ke jab azeem azm kar leta hai aadmi to farishte utarte hain us ke paas.</w:t>
      </w:r>
    </w:p>
    <w:p>
      <w:pPr>
        <w:jc w:val="right"/>
      </w:pPr>
      <w:r>
        <w:t>إِنَّ اللَّهِ قَوْلُ عَبْدُ اللَّهِ سُبْحَانَهُ وَ تَقَوَّا کہ جب عظیم عزم کر لیتا ہے آدمی تو فرشتے اترتے ہیں اس کے پاس۔</w:t>
      </w:r>
    </w:p>
    <w:p>
      <w:r>
        <w:rPr>
          <w:b/>
        </w:rPr>
        <w:t xml:space="preserve">[1:38:00] </w:t>
      </w:r>
      <w:r>
        <w:t>Yeh to bilkul ek tajrube ki baat hai. Kabhi bhi aadmi akela rehta nahi. Main ja ke samajhta hoon ke "I will do it" ki spirit ka matlab yeh nahi hai ke bas main akela pad jata hoon, akele mujhe karna hai, na</w:t>
      </w:r>
    </w:p>
    <w:p>
      <w:pPr>
        <w:jc w:val="right"/>
      </w:pPr>
      <w:r>
        <w:t>یہ تو بالکل ایک تجربے کی بات ہے۔ کبھی بھی آدمی اکیلا رہتا نہیں۔ میں جا کے سمجھتا ہوں کہ "آئی ویل ڈو اٹ" کی سپرٹ کا مطلب یہ نہیں ہے کہ بس میں اکیلا پڑ جاتا ہوں، اکیلے مجھے کرنا ہے، نہ</w:t>
      </w:r>
    </w:p>
    <w:p>
      <w:r>
        <w:rPr>
          <w:b/>
        </w:rPr>
        <w:t xml:space="preserve">[1:38:15] </w:t>
      </w:r>
      <w:r>
        <w:t>ke aage na peeche. Aisa hota nahi. Khud Quran se sabit hai innallaha qawlu abdallahi subhanahu wa taqwa yani jin logon ne kaha ke Allah mera Rab hai, phir jam gaye us ke upar to upar farishte utarte hain lagataar.</w:t>
      </w:r>
    </w:p>
    <w:p>
      <w:pPr>
        <w:jc w:val="right"/>
      </w:pPr>
      <w:r>
        <w:t>کہ آگے نہ پیچھے۔ ایسا ہوتا نہیں۔ خود قرآن سے ثابت ہے إِنَّ اللَّهِ قَوْلُ عَبْدُ اللَّهِ سُبْحَانَهُ وَ تَقَوَّا یعنی جن لوگوں نے کہا کہ اللہ میرا رب ہے، پھر جم گئے اس کے اوپر تو اوپر فرشتے اترتے ہیں لگاتار۔</w:t>
      </w:r>
    </w:p>
    <w:p>
      <w:r>
        <w:rPr>
          <w:b/>
        </w:rPr>
        <w:t xml:space="preserve">[1:38:33] </w:t>
      </w:r>
      <w:r>
        <w:t>yeh to matlab hai ke akela nahi chhodte ho aur kaha nahi rehta. mein to yahi samajhta hoon. mein ne ek irada kiya, shuru mein woh akela tha, kaise kaam hoga?</w:t>
      </w:r>
    </w:p>
    <w:p>
      <w:pPr>
        <w:jc w:val="right"/>
      </w:pPr>
      <w:r>
        <w:t>یہ تو مطلب ہے کہ اکیلا نہیں چھوڑتے ہو اور کہا نہیں رہتا۔ میں تو یہی سمجھتا ہوں۔ میں نے ایک ارادہ کیا، شروع میں وہ اکیلا تھا، کیسے کام ہوگا؟</w:t>
      </w:r>
    </w:p>
    <w:p>
      <w:r>
        <w:rPr>
          <w:b/>
        </w:rPr>
        <w:t xml:space="preserve">[1:38:45] </w:t>
      </w:r>
      <w:r>
        <w:t>lekin dua karte gaye, shuru kar diya kaam to achaanak koi madad aa jati hai kisi ki. woh kya hota hai? wahi to hota hai ke Allah taala ne kisi ke dil mein daal diya.</w:t>
      </w:r>
    </w:p>
    <w:p>
      <w:pPr>
        <w:jc w:val="right"/>
      </w:pPr>
      <w:r>
        <w:t>لیکن دعا کرتے گئے، شروع کر دیا کام تو اچانک کوئی مدد آ جاتی ہے کسی کی۔ وہ کیا ہوتا ہے؟ وہی تو ہوتا ہے کہ اللہ تعالی نے کسی کے دل میں ڈال دیا۔</w:t>
      </w:r>
    </w:p>
    <w:p>
      <w:r>
        <w:rPr>
          <w:b/>
        </w:rPr>
        <w:t xml:space="preserve">[1:38:55] </w:t>
      </w:r>
      <w:r>
        <w:t>kya in logon farishte hi insaan ke roop mein aa jate hon? hum bas har shakhs ko yeh tajurba hai</w:t>
      </w:r>
    </w:p>
    <w:p>
      <w:pPr>
        <w:jc w:val="right"/>
      </w:pPr>
      <w:r>
        <w:t>کیا ان لوگوں فرشتے ہی انسان کے روپ میں آ جاتے ہوں؟ ہم بس ہر شخص کو یہ تجربہ ہے</w:t>
      </w:r>
    </w:p>
    <w:p>
      <w:r>
        <w:rPr>
          <w:b/>
        </w:rPr>
        <w:t xml:space="preserve">[1:39:01] </w:t>
      </w:r>
      <w:r>
        <w:t>ke kisi na kisi se ek madad aa jati hai. har shakhs ko tajurba hai to woh woh jo madad aati hai, ya to Allah taala kisi ke dil mein daal dete hon.</w:t>
      </w:r>
    </w:p>
    <w:p>
      <w:pPr>
        <w:jc w:val="right"/>
      </w:pPr>
      <w:r>
        <w:t>کہ کسی نہ کسی سے ایک مدد آ جاتی ہے۔ ہر شخص کو تجربہ ہے تو وہ وہ جو مدد آتی ہے، یا تو اللہ تعالی کسی کے دل میں ڈال دیتے ہوں۔</w:t>
      </w:r>
    </w:p>
    <w:p>
      <w:r>
        <w:rPr>
          <w:b/>
        </w:rPr>
        <w:t xml:space="preserve">[1:39:13] </w:t>
      </w:r>
      <w:r>
        <w:t>jaise ke mein aap ko ek tajurba batata hoon apna. ek martaba mein wahan America gaya, hamare saath Dr. Farjda thi, mein tha bas.</w:t>
      </w:r>
    </w:p>
    <w:p>
      <w:pPr>
        <w:jc w:val="right"/>
      </w:pPr>
      <w:r>
        <w:t>جیسے کہ میں آپ کو ایک تجربہ بتاتا ہوں اپنا۔ ایک مرتبہ میں وہاں امریکہ گیا، ہمارے ساتھ ڈاکٹر فرجدا تھی، میں تھا بس۔</w:t>
      </w:r>
    </w:p>
    <w:p>
      <w:r>
        <w:rPr>
          <w:b/>
        </w:rPr>
        <w:t xml:space="preserve">[1:39:23] </w:t>
      </w:r>
      <w:r>
        <w:t>to hum log kai packet kitabein le gaye the wahan par.</w:t>
      </w:r>
    </w:p>
    <w:p>
      <w:pPr>
        <w:jc w:val="right"/>
      </w:pPr>
      <w:r>
        <w:t>تو ہم لوگ کئی پیکٹ کتابیں لے گئے تھے وہاں پر۔</w:t>
      </w:r>
    </w:p>
    <w:p>
      <w:r>
        <w:rPr>
          <w:b/>
        </w:rPr>
        <w:t xml:space="preserve">[1:39:29] </w:t>
      </w:r>
      <w:r>
        <w:t>to wahan par yeh tay tha ke Fariddudin sahib aayenge, wahan par woh doosre shehar mein the. woh hum hote hain doosre shehar mein to wahan se woh aayenge airport par aur kitabein le lenge.</w:t>
      </w:r>
    </w:p>
    <w:p>
      <w:pPr>
        <w:jc w:val="right"/>
      </w:pPr>
      <w:r>
        <w:t>تو وہاں پر یہ طے تھا کہ فرید الدین صاحب آئیں گے، وہاں پر وہ دوسرے شہر میں تھے۔ وہ ہم ہوتے ہیں دوسرے شہر میں تو وہاں سے وہ آئیں گے ایئرپورٹ پر اور کتابیں لے لیں گے۔</w:t>
      </w:r>
    </w:p>
    <w:p>
      <w:r>
        <w:rPr>
          <w:b/>
        </w:rPr>
        <w:t xml:space="preserve">[1:39:40] </w:t>
      </w:r>
      <w:r>
        <w:t>woh phir woh is ko istemal karenge. kisi wajah se woh aa nahi paye. airport mein hum intezar kar rahe hain, intezar kar rahe hain, woh aaye nahi.</w:t>
      </w:r>
    </w:p>
    <w:p>
      <w:pPr>
        <w:jc w:val="right"/>
      </w:pPr>
      <w:r>
        <w:t>وہ پھر وہ اس کو استعمال کریں گے۔ کسی وجہ سے وہ آ نہیں پائے۔ ایئرپورٹ میں ہم انتظار کر رہے ہیں، انتظار کر رہے ہیں، وہ آئے نہیں۔</w:t>
      </w:r>
    </w:p>
    <w:p>
      <w:r>
        <w:rPr>
          <w:b/>
        </w:rPr>
        <w:t xml:space="preserve">[1:39:48] </w:t>
      </w:r>
      <w:r>
        <w:t>phir majboora jo hai, woh is ko ek ek woh bhi ek der mein ek sahib aaye the hamare paas receive karne ke liye conference ki taraf se.</w:t>
      </w:r>
    </w:p>
    <w:p>
      <w:pPr>
        <w:jc w:val="right"/>
      </w:pPr>
      <w:r>
        <w:t>پھر مجبورا جو ہے، وہ اس کو ایک ایک وہ بھی ایک دیر میں ایک صاحب آئے تھے ہمارے پاس ریسیو کرنے کے لیے کانفرنس کی طرف سے۔</w:t>
      </w:r>
    </w:p>
    <w:p>
      <w:r>
        <w:rPr>
          <w:b/>
        </w:rPr>
        <w:t xml:space="preserve">[1:39:57] </w:t>
      </w:r>
      <w:r>
        <w:t>to un ki gaadi mein bhara woh packet sab aur gaye. aur wahan par jo hotel mein intezam tha wahan theherne ka, wahan sab dump kar diya. woh saare bundle jo the, kai bundle the, woh sab wahan dump kar diya.</w:t>
      </w:r>
    </w:p>
    <w:p>
      <w:pPr>
        <w:jc w:val="right"/>
      </w:pPr>
      <w:r>
        <w:t>تو ان کی گاڑی میں بھرا وہ پیکٹ سب اور گئے۔ اور وہاں پر جو ہوٹل میں انتظام تھا وہاں ٹھہرنے کا، وہاں سب ڈمپ کر دیا۔ وہ سارے بنڈل جو تھے، کئی بنڈل تھے، وہ سب وہاں ڈمپ کر دیا۔</w:t>
      </w:r>
    </w:p>
    <w:p>
      <w:r>
        <w:rPr>
          <w:b/>
        </w:rPr>
        <w:t xml:space="preserve">[1:40:09] </w:t>
      </w:r>
      <w:r>
        <w:t>Aqeeluddin ke saath mulaqat nahi hui. ab keh raha hai kya karein hum is ko?</w:t>
      </w:r>
    </w:p>
    <w:p>
      <w:pPr>
        <w:jc w:val="right"/>
      </w:pPr>
      <w:r>
        <w:t>عقیل الدین کے ساتھ ملاقات نہیں ہوئی۔ اب کہہ رہا ہے کیا کریں ہم اس کو؟</w:t>
      </w:r>
    </w:p>
    <w:p>
      <w:r>
        <w:rPr>
          <w:b/>
        </w:rPr>
        <w:t xml:space="preserve">[1:40:13] </w:t>
      </w:r>
      <w:r>
        <w:t>to wahan ke ek sahib aaye jo pehli baar mujh se mulaqat hui, un se woh doctor the, wahan par family ke saath rehte the.</w:t>
      </w:r>
    </w:p>
    <w:p>
      <w:pPr>
        <w:jc w:val="right"/>
      </w:pPr>
      <w:r>
        <w:t>تو وہاں کے ایک صاحب آئے جو پہلی بار مجھ سے ملاقات ہوئی، ان سے وہ ڈاکٹر تھے، وہاں پر فیملی کے ساتھ رہتے تھے۔</w:t>
      </w:r>
    </w:p>
    <w:p>
      <w:r>
        <w:rPr>
          <w:b/>
        </w:rPr>
        <w:t xml:space="preserve">[1:40:20] </w:t>
      </w:r>
      <w:r>
        <w:t>use hotel milne aaye to mein ne zikr kar diya. to ab Allah ne un ke dil mein daal diya. un se na koi mulaqat, na kuch. yahan hamare mission ke fard bhi nahi the woh ke mein is ko karunga.</w:t>
      </w:r>
    </w:p>
    <w:p>
      <w:pPr>
        <w:jc w:val="right"/>
      </w:pPr>
      <w:r>
        <w:t>اسے ہوٹل ملنے آئے تو میں نے ذکر کر دیا۔ تو اب اللہ نے ان کے دل میں ڈال دیا۔ ان سے نہ کوئی ملاقات، نہ کچھ۔ یہاں ہمارے مشن کے فرد بھی نہیں تھے وہ کہ میں اس کو کروں گا۔</w:t>
      </w:r>
    </w:p>
    <w:p>
      <w:r>
        <w:rPr>
          <w:b/>
        </w:rPr>
        <w:t xml:space="preserve">[1:40:32] </w:t>
      </w:r>
      <w:r>
        <w:t>woh sara bundle utha le gaye aur apni family ko laga diya wahan par. jo seminar tha, wahan par ek mele ke type mein bahut sare stall lage hue the, mukhtalif qism ke stall.</w:t>
      </w:r>
    </w:p>
    <w:p>
      <w:pPr>
        <w:jc w:val="right"/>
      </w:pPr>
      <w:r>
        <w:t>وہ سارا بنڈل اٹھا لے گئے اور اپنی فیملی کو لگا دیا وہاں پر۔ جو سیمینار تھا، وہاں پر ایک میلے کے ٹائپ میں بہت سارے اسٹال لگے ہوئے تھے، مختلف قسم کے اسٹال۔</w:t>
      </w:r>
    </w:p>
    <w:p>
      <w:r>
        <w:rPr>
          <w:b/>
        </w:rPr>
        <w:t xml:space="preserve">[1:40:45] </w:t>
      </w:r>
      <w:r>
        <w:t>to unhon ne stall laga diya aur woh un ki family lagi is ko bechne. do din mein saari kitabein bech daali unhon ne aur humein dollar ke saath paisa de ke.</w:t>
      </w:r>
    </w:p>
    <w:p>
      <w:pPr>
        <w:jc w:val="right"/>
      </w:pPr>
      <w:r>
        <w:t>تو انہوں نے اسٹال لگا دیا اور وہ ان کی فیملی لگی اس کو بیچنے۔ دو دن میں ساری کتابیں بیچ ڈالی انہوں نے اور ہمیں ڈالر کے ساتھ پیسہ دے کے۔</w:t>
      </w:r>
    </w:p>
    <w:p>
      <w:r>
        <w:rPr>
          <w:b/>
        </w:rPr>
        <w:t xml:space="preserve">[1:40:55] </w:t>
      </w:r>
      <w:r>
        <w:t>to ab un ke dil mein daala Allah taala ne. to koi shair bahut sahi kisi ka hai ke mein akela hi chala tha ja rahi hai manzil magar log milte hi rahe aur karwan banta raha tha.</w:t>
      </w:r>
    </w:p>
    <w:p>
      <w:pPr>
        <w:jc w:val="right"/>
      </w:pPr>
      <w:r>
        <w:t>تو اب ان کے دل میں ڈالا اللہ تعالی نے۔ تو کوئی شعر بہت صحیح کسی کا ہے کہ میں اکیلا ہی چلا تھا جا رہی ہے منزل مگر لوگ ملتے ہی رہے اور کارواں بنتا رہا تھا۔</w:t>
      </w:r>
    </w:p>
    <w:p>
      <w:r>
        <w:rPr>
          <w:b/>
        </w:rPr>
        <w:t xml:space="preserve">[1:41:09] </w:t>
      </w:r>
      <w:r>
        <w:t>to is mission mein, yani daawati mission mein, to aap yeh yaqini hai bilkul ke aadmi agar "I will do" speed ke saath aage badhta hai to is akela nahi rehta.</w:t>
      </w:r>
    </w:p>
    <w:p>
      <w:pPr>
        <w:jc w:val="right"/>
      </w:pPr>
      <w:r>
        <w:t>تو اس مشن میں، یعنی دعوتی مشن میں، تو آپ یہ یقینی ہے بالکل کہ آدمی اگر "آئی ویل ڈو" اسپیڈ کے ساتھ آگے بڑھتا ہے تو اس اکیلا نہیں رہتا۔</w:t>
      </w:r>
    </w:p>
    <w:p>
      <w:r>
        <w:rPr>
          <w:b/>
        </w:rPr>
        <w:t xml:space="preserve">[1:41:22] </w:t>
      </w:r>
      <w:r>
        <w:t>woh ya to Allah taala kisi insaan ke dil mein daal denge, woh aap badqara ban jayega. nahi to farishte aa jayenge jaisa ke Quran majeed mein hai. to is liye is mein koi yani pareshani ki baat nahi.</w:t>
      </w:r>
    </w:p>
    <w:p>
      <w:pPr>
        <w:jc w:val="right"/>
      </w:pPr>
      <w:r>
        <w:t>وہ یا تو اللہ تعالی کسی انسان کے دل میں ڈال دیں گے، وہ آپ بدقرا بن جائے گا۔ نہیں تو فرشتے آ جائیں گے جیسا کہ قرآن مجید میں ہے۔ تو اس لیے اس میں کوئی یعنی پریشانی کی بات نہیں۔</w:t>
      </w:r>
    </w:p>
    <w:p>
      <w:r>
        <w:rPr>
          <w:b/>
        </w:rPr>
        <w:t xml:space="preserve">[1:41:38] </w:t>
      </w:r>
      <w:r>
        <w:t>ikhwan rasool ka jab muamla hai to do baatein alag alag hain. You have to differentiate between the two yeh nahi ke hum yeh daawa kar rahe hain ke hum ikhwan rasool hain, yeh baat nahi hai.</w:t>
      </w:r>
    </w:p>
    <w:p>
      <w:pPr>
        <w:jc w:val="right"/>
      </w:pPr>
      <w:r>
        <w:t>اخوان رسول کا جب معاملہ ہے تو دو باتیں الگ الگ ہیں۔ You have to differentiate between the two یہ نہیں کہ ہم یہ دعویٰ کر رہے ہیں کہ ہم اخوان رسول ہیں، یہ بات نہیں ہے۔</w:t>
      </w:r>
    </w:p>
    <w:p>
      <w:r>
        <w:rPr>
          <w:b/>
        </w:rPr>
        <w:t xml:space="preserve">[1:41:52] </w:t>
      </w:r>
      <w:r>
        <w:t>yahan par principle of differentiation ko aap apnaie. You have to differentiate between the two hum kabhi bhi nahi kaha hum ne ke hum log, hamari team yahi ikhwan rasool hai, hum aise kabhi nahi kehte.</w:t>
      </w:r>
    </w:p>
    <w:p>
      <w:pPr>
        <w:jc w:val="right"/>
      </w:pPr>
      <w:r>
        <w:t>یہاں پر پرنسپل آف ڈیفرنشیشن کو آپ اپنائیے۔ You have to differentiate between the two ہم کبھی بھی نہیں کہا ہم نے کہ ہم لوگ، ہماری ٹیم یہی اخوان رسول ہے، ہم ایسے کبھی نہیں کہتے۔</w:t>
      </w:r>
    </w:p>
    <w:p>
      <w:r>
        <w:rPr>
          <w:b/>
        </w:rPr>
        <w:t xml:space="preserve">[1:42:05] </w:t>
      </w:r>
      <w:r>
        <w:t>hum kya kehte hain ke hadith mein ek rule ka zikr hai, daur e aakhir mein anjam payega.</w:t>
      </w:r>
    </w:p>
    <w:p>
      <w:pPr>
        <w:jc w:val="right"/>
      </w:pPr>
      <w:r>
        <w:t>ہم کیا کہتے ہیں کہ حدیث میں ایک رول کا ذکر ہے، دور آخر میں انجام پائے گا۔</w:t>
      </w:r>
    </w:p>
    <w:p>
      <w:r>
        <w:rPr>
          <w:b/>
        </w:rPr>
        <w:t xml:space="preserve">[1:42:12] </w:t>
      </w:r>
      <w:r>
        <w:t>to wahi hum apply karte hain Hazrat Umar ke qaul ko. to man sarra</w:t>
      </w:r>
    </w:p>
    <w:p>
      <w:pPr>
        <w:jc w:val="right"/>
      </w:pPr>
      <w:r>
        <w:t>تو وہی ہم اپلائی کرتے ہیں حضرت عمر کے قول کو۔ تو من سرہ</w:t>
      </w:r>
    </w:p>
    <w:p>
      <w:r>
        <w:rPr>
          <w:b/>
        </w:rPr>
        <w:t xml:space="preserve">[1:42:19] </w:t>
      </w:r>
      <w:r>
        <w:t>to daudo, daryaft karo ke woh rule kya hai, daryaft karo, daryaft karne ki koshish karo. to hamein Allah taala, yeh Allah taala faisla farmayenge ke kaun ikhwan rasool tha.</w:t>
      </w:r>
    </w:p>
    <w:p>
      <w:pPr>
        <w:jc w:val="right"/>
      </w:pPr>
      <w:r>
        <w:t>تو دوڑو، دریافت کرو کہ وہ رول کیا ہے، دریافت کرو، دریافت کرنے کی کوشش کرو۔ تو ہمیں اللہ تعالی، یہ اللہ تعالی فیصلہ فرمائیں گے کہ کون اخوان رسول تھا۔</w:t>
      </w:r>
    </w:p>
    <w:p>
      <w:r>
        <w:rPr>
          <w:b/>
        </w:rPr>
        <w:t xml:space="preserve">[1:42:33] </w:t>
      </w:r>
      <w:r>
        <w:t>hum nahi padh sakte,</w:t>
      </w:r>
    </w:p>
    <w:p>
      <w:pPr>
        <w:jc w:val="right"/>
      </w:pPr>
      <w:r>
        <w:t>ہم نہیں پڑھ سکتے،</w:t>
      </w:r>
    </w:p>
    <w:p>
      <w:r>
        <w:rPr>
          <w:b/>
        </w:rPr>
        <w:t xml:space="preserve">[1:42:35] </w:t>
      </w:r>
      <w:r>
        <w:t>hamein to hadith ki peshangoi ke mutabiq apne zamane mein is mawaqe ko daryaft karna hai aur is kaam ko anjam dena hai, Allah se umeed karte hue ke woh Allah taala qabool farmayega.</w:t>
      </w:r>
    </w:p>
    <w:p>
      <w:pPr>
        <w:jc w:val="right"/>
      </w:pPr>
      <w:r>
        <w:t>ہمیں تو حدیث کی پیشنگوئی کے مطابق اپنے زمانے میں اس مواقع کو دریافت کرنا ہے اور اس کام کو انجام دینا ہے، اللہ سے امید کرتے ہوئے کہ وہ اللہ تعالی قبول فرمائے گا۔</w:t>
      </w:r>
    </w:p>
    <w:p>
      <w:r>
        <w:rPr>
          <w:b/>
        </w:rPr>
        <w:t xml:space="preserve">[1:42:50] </w:t>
      </w:r>
      <w:r>
        <w:t>baqi yeh elaan aakhirat mein hoga ke yeh ikhwan-e-rasool, yeh log thay. dunya mein nahi elaan ho sakta hai. to aik hai, dekhiye, ikhwan-e-rasool ka ka dawaydaar banna.</w:t>
      </w:r>
    </w:p>
    <w:p>
      <w:pPr>
        <w:jc w:val="right"/>
      </w:pPr>
      <w:r>
        <w:t>باقی یہ اعلان آخرت میں ہوگا کہ یہ اخوان رسول، یہ لوگ تھے۔ دنیا میں نہیں اعلان ہو سکتا ہے۔ تو ایک ہے، دیکھیے، اخوان رسول کا کا دعویٰ دار بننا۔</w:t>
      </w:r>
    </w:p>
    <w:p>
      <w:r>
        <w:rPr>
          <w:b/>
        </w:rPr>
        <w:t xml:space="preserve">[1:43:03] </w:t>
      </w:r>
      <w:r>
        <w:t>aik hai woh role karna jo Allah taala ka ikhwan-e-rasool ka role qarar pa sakta hai. dono farq hain. to You have to differentiate between the two to mein samajhta hoon ke is mein koi harj nahi hai.</w:t>
      </w:r>
    </w:p>
    <w:p>
      <w:pPr>
        <w:jc w:val="right"/>
      </w:pPr>
      <w:r>
        <w:t>ایک ہے وہ رول کرنا جو اللہ تعالی کا اخوان رسول کا رول قرار پا سکتا ہے۔ دونوں فرق ہیں۔ تو You have to differentiate between the two تو میں سمجھتا ہوں کہ اس میں کوئی حرج نہیں ہے۔</w:t>
      </w:r>
    </w:p>
    <w:p>
      <w:r>
        <w:rPr>
          <w:b/>
        </w:rPr>
        <w:t xml:space="preserve">[1:43:18] </w:t>
      </w:r>
      <w:r>
        <w:t>agar hum yeh kahein ke woh daur aa chuka hai, woh zamana aa chuka hai, jab woh mawaqe aa chuke hain, in ko daryaft kar ke, in ko istemal kar ke, koi shakhs woh role kar sakta hai jis ko hadith mein ikhwan-e-rasool ka role kaha gaya hai.</w:t>
      </w:r>
    </w:p>
    <w:p>
      <w:pPr>
        <w:jc w:val="right"/>
      </w:pPr>
      <w:r>
        <w:t>اگر ہم یہ کہیں کہ وہ دور آ چکا ہے، وہ زمانہ آ چکا ہے، جب وہ مواقع آ چکے ہیں، ان کو دریافت کر کے، ان کو استعمال کر کے، کوئی شخص وہ رول کر سکتا ہے جس کو حدیث میں اخوان رسول کا رول کہا گیا ہے۔</w:t>
      </w:r>
    </w:p>
    <w:p>
      <w:r>
        <w:rPr>
          <w:b/>
        </w:rPr>
        <w:t xml:space="preserve">[1:43:30] </w:t>
      </w:r>
      <w:r>
        <w:t>yeh koi harj nahi, hum yeh keh sakte hain. hum dawa hum nahi karte, dawa hum yeh bhi nahi karte ke hamari namaz qabool ho gayi. kya koi dawa kar sakta hai ke mera haj haj mabroor tha?</w:t>
      </w:r>
    </w:p>
    <w:p>
      <w:pPr>
        <w:jc w:val="right"/>
      </w:pPr>
      <w:r>
        <w:t>یہ کوئی حرج نہیں، ہم یہ کہہ سکتے ہیں۔ ہم دعویٰ ہم نہیں کرتے، دعویٰ ہم یہ بھی نہیں کرتے کہ ہماری نماز قبول ہو گئی۔ کیا کوئی دعویٰ کر سکتا ہے کہ میرا حج حج مبرور تھا؟</w:t>
      </w:r>
    </w:p>
    <w:p>
      <w:r>
        <w:rPr>
          <w:b/>
        </w:rPr>
        <w:t xml:space="preserve">[1:43:41] </w:t>
      </w:r>
      <w:r>
        <w:t>koi dawa kar sakta hai? to dawa ki zaban to kisi muamle mein sahi nahi.</w:t>
      </w:r>
    </w:p>
    <w:p>
      <w:pPr>
        <w:jc w:val="right"/>
      </w:pPr>
      <w:r>
        <w:t>کوئی دعویٰ کر سکتا ہے؟ تو دعویٰ کی زبان تو کسی معاملے میں صحیح نہیں۔</w:t>
      </w:r>
    </w:p>
    <w:p>
      <w:r>
        <w:rPr>
          <w:b/>
        </w:rPr>
        <w:t xml:space="preserve">[1:43:47] </w:t>
      </w:r>
      <w:r>
        <w:t>aap haj karte hain to yeh nahi kehte ke aap kahenge wapas aa kar ke dekho, mera haj haj mabroor tha. jis tarah dawa aap kisi aur cheezon mein nahi kar sakte, woh yahan bhi nahi kar sakte.</w:t>
      </w:r>
    </w:p>
    <w:p>
      <w:pPr>
        <w:jc w:val="right"/>
      </w:pPr>
      <w:r>
        <w:t>آپ حج کرتے ہیں تو یہ نہیں کہتے کہ آپ کہیں گے واپس آ کر کہ دیکھو، میرا حج حج مبرور تھا۔ جس طرح دعویٰ آپ کسی اور چیزوں میں نہیں کر سکتے، وہ یہاں بھی نہیں کر سکتے۔</w:t>
      </w:r>
    </w:p>
    <w:p>
      <w:r>
        <w:rPr>
          <w:b/>
        </w:rPr>
        <w:t xml:space="preserve">[1:43:56] </w:t>
      </w:r>
      <w:r>
        <w:t>aap baqi aik yeh sahi baat hai ke idkhal-e-kalma ka aik role hai. is ko humein Allah taala ko matloob hai ke idkhal-e-kalma ho to hum mawaqe ko talash kar ke is ki koshish karenge.</w:t>
      </w:r>
    </w:p>
    <w:p>
      <w:pPr>
        <w:jc w:val="right"/>
      </w:pPr>
      <w:r>
        <w:t>آپ باقی ایک یہ صحیح بات ہے کہ ادخال کلمہ کا ایک رول ہے۔ اس کو ہمیں اللہ تعالی کو مطلوب ہے کہ ادخال کلمہ ہو تو ہم مواقع کو تلاش کر کے اس کی کوشش کریں گے۔</w:t>
      </w:r>
    </w:p>
    <w:p>
      <w:r>
        <w:rPr>
          <w:b/>
        </w:rPr>
        <w:t xml:space="preserve">[1:44:11] </w:t>
      </w:r>
      <w:r>
        <w:t>aakhirat mein Allah taala elaan farmayenge kis ko ke yeh yeh tha woh role jis ne ke ikhwan-e-rasool ko,</w:t>
      </w:r>
    </w:p>
    <w:p>
      <w:pPr>
        <w:jc w:val="right"/>
      </w:pPr>
      <w:r>
        <w:t>آخرت میں اللہ تعالی اعلان فرمائیں گے کس کو کہ یہ یہ تھا وہ رول جس نے کہ اخوان رسول کو،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