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Help Feb 9, 2020—Maulana Wahiduddin Khan</w:t>
      </w:r>
    </w:p>
    <w:p>
      <w:r>
        <w:t>https://www.youtube.com/watch?v=WScXmduh1AQ</w:t>
      </w:r>
    </w:p>
    <w:p>
      <w:r>
        <w:rPr>
          <w:b/>
        </w:rPr>
        <w:t xml:space="preserve">[00:13] </w:t>
      </w:r>
      <w:r>
        <w:t>Bismillah Rehman ur Rahim. Aaj jo hai ek sawal aaya hai ke sahib ka, wo itna zyada important hai wo sawal ke aaj mein ne isi ko title baandh diya.</w:t>
      </w:r>
    </w:p>
    <w:p>
      <w:pPr>
        <w:jc w:val="right"/>
      </w:pPr>
      <w:r>
        <w:t>بسم اللہ الرحمن الرحیم۔ آج جو ہے ایک سوال آیا ہے کہ صاحب کا، وہ اتنا زیادہ امپورٹنٹ ہے وہ سوال کہ آج میں نے اسی کو ٹائٹل باندھ دیا۔</w:t>
      </w:r>
    </w:p>
    <w:p>
      <w:r>
        <w:rPr>
          <w:b/>
        </w:rPr>
        <w:t xml:space="preserve">[00:26] </w:t>
      </w:r>
      <w:r>
        <w:t>To wo sawal itna important hai ke poori tareekh ko cover karaya hai wo sawal. To agarche bazahir wo ek personal question tha, lekin mujh ko itna important laga wo ke aaj mein ne isi ko title baandh diya.</w:t>
      </w:r>
    </w:p>
    <w:p>
      <w:pPr>
        <w:jc w:val="right"/>
      </w:pPr>
      <w:r>
        <w:t>تو وہ سوال اتنا امپورٹنٹ ہے کہ پوری تاریخ کو کور کرایا ہے وہ سوال۔ تو اگرچہ بظاہر وہ ایک پرسنل کوئسچن تھا، لیکن مجھ کو اتنا امپورٹنٹ لگا وہ کہ آج میں نے اسی کو ٹائٹل باندھ دیا۔</w:t>
      </w:r>
    </w:p>
    <w:p>
      <w:r>
        <w:rPr>
          <w:b/>
        </w:rPr>
        <w:t xml:space="preserve">[00:47] </w:t>
      </w:r>
      <w:r>
        <w:t>To Mr. Rajat pehle is ko padhenge, phir mein inshallah kuch arz karunga.</w:t>
      </w:r>
    </w:p>
    <w:p>
      <w:pPr>
        <w:jc w:val="right"/>
      </w:pPr>
      <w:r>
        <w:t>تو مسٹر رجت پہلے اس کو پڑھیں گے، پھر میں انشاءاللہ کچھ عرض کروں گا۔</w:t>
      </w:r>
    </w:p>
    <w:p>
      <w:r>
        <w:rPr>
          <w:b/>
        </w:rPr>
        <w:t xml:space="preserve">[00:54] </w:t>
      </w:r>
      <w:r>
        <w:t>Ah, so this question has come for Maulana's attention. The question was sent by Mr. Allen Mounce, and he has written: "I was told to help others, and I did so till date.</w:t>
      </w:r>
    </w:p>
    <w:p>
      <w:pPr>
        <w:jc w:val="right"/>
      </w:pPr>
      <w:r>
        <w:t>اہ، سو دس کوئسچن ہیز کم فار مولانا اٹینشن۔ دی کوئسچن واز سینڈ بائے مسٹر ایلن مونس، اینڈ ہی ہیز رٹن: "آئی واز ٹولڈ ٹو ہیلپ ادر، اینڈ آئی ڈیڈ سو ٹل ڈیٹ۔</w:t>
      </w:r>
    </w:p>
    <w:p>
      <w:r>
        <w:rPr>
          <w:b/>
        </w:rPr>
        <w:t xml:space="preserve">[01:10] </w:t>
      </w:r>
      <w:r>
        <w:t>I used to help anyone without thinking about my financial condition, under the impression that something good will happen with me.</w:t>
      </w:r>
    </w:p>
    <w:p>
      <w:pPr>
        <w:jc w:val="right"/>
      </w:pPr>
      <w:r>
        <w:t>آئی یوز ٹو ہیلپ اینی ون وداؤٹ تھنکنگ اباؤٹ مائی فائنینشل کنڈیشن، انڈر دی امپریشن دیٹ سمتھنگ گڈ ویل ہیپن ود می۔</w:t>
      </w:r>
    </w:p>
    <w:p>
      <w:r>
        <w:rPr>
          <w:b/>
        </w:rPr>
        <w:t xml:space="preserve">[01:20] </w:t>
      </w:r>
      <w:r>
        <w:t>But instead of it, I lost everything, and today I am in the age of bankruptcy." The reason I write this mail is that I wanted to understand what mistakes have I done.</w:t>
      </w:r>
    </w:p>
    <w:p>
      <w:pPr>
        <w:jc w:val="right"/>
      </w:pPr>
      <w:r>
        <w:t>بٹ انسٹیڈ اف اٹ، آئی لاسٹ ایوری تھنگ، اینڈ ٹوڈے آئی ایم ان دی ایج اف بینکرپسی۔" دا ریزن آئی رائٹ دس میل از دیٹ آئی وانٹڈ ٹو انڈرسٹینڈ واٹ مسٹیکس ہیو آئی ڈن۔</w:t>
      </w:r>
    </w:p>
    <w:p>
      <w:r>
        <w:rPr>
          <w:b/>
        </w:rPr>
        <w:t xml:space="preserve">[01:35] </w:t>
      </w:r>
      <w:r>
        <w:t>I need strength to face this situation. Maulana, please g</w:t>
      </w:r>
    </w:p>
    <w:p>
      <w:pPr>
        <w:jc w:val="right"/>
      </w:pPr>
      <w:r>
        <w:t>آئی نیڈ سٹرینتھ ٹو فیس دس سچویشن۔ مولانا، پلیز گ</w:t>
      </w:r>
    </w:p>
    <w:p>
      <w:r>
        <w:rPr>
          <w:b/>
        </w:rPr>
        <w:t xml:space="preserve">[01:39] </w:t>
      </w:r>
      <w:r>
        <w:t>guide me. Haan, aap is ko Urdu mein kahiye, Hindi mein, Hindi mein kahiye. To sawal, ah, is tarah hai ke unhon ne likha hai ke "Mere ko hamesha yeh kaha gaya tha ke mein doosron ki madad karoon, aur till date mein sab ki madad karta hoon bana kisi hesitation ke.</w:t>
      </w:r>
    </w:p>
    <w:p>
      <w:pPr>
        <w:jc w:val="right"/>
      </w:pPr>
      <w:r>
        <w:t>ائیڈ می۔ ہاں، آپ اس کو اردو میں کہیے، ہندی میں، ہندی میں کہیے۔ تو سوال، اہ، اس طرح ہے کہ انہوں نے لکھا ہے کہ "میرے کو ہمیشہ یہ کہا گیا تھا کہ میں دوسروں کی مدد کروں، اور ٹل ڈیٹ میں سب کی مدد کرتا ہوں بنا کسی ہیزیٹیشن کے۔</w:t>
      </w:r>
    </w:p>
    <w:p>
      <w:r>
        <w:rPr>
          <w:b/>
        </w:rPr>
        <w:t xml:space="preserve">[01:58] </w:t>
      </w:r>
      <w:r>
        <w:t>Yahan tak ke, ah, meri</w:t>
      </w:r>
    </w:p>
    <w:p>
      <w:pPr>
        <w:jc w:val="right"/>
      </w:pPr>
      <w:r>
        <w:t>یہاں تک کہ، اہ، میری یہ حالت ہو گئی ہے کہ میں بینکرپسی کی سٹیٹ پہ پہنچ چکا ہوں۔ اور میرا ریزن یہ ہے آپ کو میل لکھنے کا کہ میں جاننا چاہتا ہوں کہ میری غلطی کیا ہے،</w:t>
      </w:r>
    </w:p>
    <w:p>
      <w:r>
        <w:rPr>
          <w:b/>
        </w:rPr>
        <w:t xml:space="preserve">[02:12] </w:t>
      </w:r>
      <w:r>
        <w:t>aur main chahta hoon ke aap mujhe guide karen.</w:t>
      </w:r>
    </w:p>
    <w:p>
      <w:pPr>
        <w:jc w:val="right"/>
      </w:pPr>
      <w:r>
        <w:t>اور میں چاہتا ہوں کہ آپ مجھے گائیڈ کریں۔"</w:t>
      </w:r>
    </w:p>
    <w:p>
      <w:r>
        <w:rPr>
          <w:b/>
        </w:rPr>
        <w:t xml:space="preserve">[02:18] </w:t>
      </w:r>
      <w:r>
        <w:t>dekhiye, yeh meri discovery hai, aur main aap se arz karta hoon ke poori history mein ek obsession, saare log ek ek obsession mein mubtala rahe,</w:t>
      </w:r>
    </w:p>
    <w:p>
      <w:pPr>
        <w:jc w:val="right"/>
      </w:pPr>
      <w:r>
        <w:t>دیکھیے، یہ میری ڈسکوری ہے، اور میں آپ سے عرض کرتا ہوں کہ پوری ہسٹری میں ایک آپسیشن، سارے لوگ ایک ایک آپسیشن میں مبتلا رہے،</w:t>
      </w:r>
    </w:p>
    <w:p>
      <w:r>
        <w:rPr>
          <w:b/>
        </w:rPr>
        <w:t xml:space="preserve">[02:33] </w:t>
      </w:r>
      <w:r>
        <w:t>woh ke "help other, help other".</w:t>
      </w:r>
    </w:p>
    <w:p>
      <w:pPr>
        <w:jc w:val="right"/>
      </w:pPr>
      <w:r>
        <w:t>وہ کہ "ہیلپ ادر، ہیلپ ادر"۔</w:t>
      </w:r>
    </w:p>
    <w:p>
      <w:r>
        <w:rPr>
          <w:b/>
        </w:rPr>
        <w:t xml:space="preserve">[02:40] </w:t>
      </w:r>
      <w:r>
        <w:t>sab se bari, sab se bari, yaani achhai science samajhte hain ke logon ko madad ki jaye, madad ki jaye, madad ki jaye.</w:t>
      </w:r>
    </w:p>
    <w:p>
      <w:pPr>
        <w:jc w:val="right"/>
      </w:pPr>
      <w:r>
        <w:t>سب سے بڑی، سب سے بڑی، یعنی اچھائی سائنس سمجھتے ہیں کہ لوگوں کو مدد کی جائے، مدد کی جائے، مدد کی جائے۔</w:t>
      </w:r>
    </w:p>
    <w:p>
      <w:r>
        <w:rPr>
          <w:b/>
        </w:rPr>
        <w:t xml:space="preserve">[02:56] </w:t>
      </w:r>
      <w:r>
        <w:t>main samajhta hoon ke yeh madad jis ko kehte hain log, yeh dushman hai, dushman hai, dushman hai.</w:t>
      </w:r>
    </w:p>
    <w:p>
      <w:pPr>
        <w:jc w:val="right"/>
      </w:pPr>
      <w:r>
        <w:t>میں سمجھتا ہوں کہ یہ مدد جس کو کہتے ہیں لوگ، یہ دشمن ہے، دشمن ہے، دشمن ہے۔</w:t>
      </w:r>
    </w:p>
    <w:p>
      <w:r>
        <w:rPr>
          <w:b/>
        </w:rPr>
        <w:t xml:space="preserve">[03:04] </w:t>
      </w:r>
      <w:r>
        <w:t>iski misaal yeh dekh li jiye aap. dekhiye, insaan paida hota hai do cheezon ko le kar: ek aql,</w:t>
      </w:r>
    </w:p>
    <w:p>
      <w:pPr>
        <w:jc w:val="right"/>
      </w:pPr>
      <w:r>
        <w:t>اس کی مثال یہ دیکھ لیجئے آپ۔ دیکھیے، انسان پیدا ہوتا ہے دو چیزوں کو لے کر: ایک عقل،</w:t>
      </w:r>
    </w:p>
    <w:p>
      <w:r>
        <w:rPr>
          <w:b/>
        </w:rPr>
        <w:t xml:space="preserve">[03:18] </w:t>
      </w:r>
      <w:r>
        <w:t>ya ek hi samajh lijiye, aql ke sath paida hota hai. aql, aql itni bari cheez hai, itni bari cheez hai ke woh sirf, woh sirf, woh is ke barabar koi cheez agar ho sakti hai to Khuda ki aql hai.</w:t>
      </w:r>
    </w:p>
    <w:p>
      <w:pPr>
        <w:jc w:val="right"/>
      </w:pPr>
      <w:r>
        <w:t>یا ایک ہی سمجھ لیجئے، عقل کے ساتھ پیدا ہوتا ہے۔ عقل، عقل اتنی بڑی چیز ہے، اتنی بڑی چیز ہے کہ وہ صرف، وہ صرف، وہ اس کے برابر کوئی چیز اگر ہو سکتی ہے تو خدا کی عقل ہے۔</w:t>
      </w:r>
    </w:p>
    <w:p>
      <w:r>
        <w:rPr>
          <w:b/>
        </w:rPr>
        <w:t xml:space="preserve">[03:39] </w:t>
      </w:r>
      <w:r>
        <w:t>to tareekh mein sab se bari khair, sab se bari khoobi log samajhte rahe ke doosron ki madad karo.</w:t>
      </w:r>
    </w:p>
    <w:p>
      <w:pPr>
        <w:jc w:val="right"/>
      </w:pPr>
      <w:r>
        <w:t>تو تاریخ میں سب سے بڑی خیر، سب سے بڑی خوبی لوگ سمجھتے رہے کہ دوسروں کی مدد کرو۔</w:t>
      </w:r>
    </w:p>
    <w:p>
      <w:r>
        <w:rPr>
          <w:b/>
        </w:rPr>
        <w:t xml:space="preserve">[03:51] </w:t>
      </w:r>
      <w:r>
        <w:t>lekin yeh mere nazdeek, main bohat lambe tajrube ke baad yeh arz kar raha hoon ke doosron ki madad karna, doosron ke sath dushmani karna hai, is ki wajah yeh hai ke aadmi ke andar Allah Rab ul Alameen ne potential rakhe hain, potential bohat hi zyada,</w:t>
      </w:r>
    </w:p>
    <w:p>
      <w:pPr>
        <w:jc w:val="right"/>
      </w:pPr>
      <w:r>
        <w:t>لیکن یہ میرے نزدیک، میں بہت لمبے تجربے کے بعد یہ عرض کر رہا ہوں کہ دوسروں کی مدد کرنا، دوسروں کے ساتھ دشمنی کرنا ہے، اس کی وجہ یہ ہے کہ آدمی کے اندر اللہ رب العالمین نے پوٹینشل رکھے ہیں، پوٹینشل بہت ہی زیادہ،</w:t>
      </w:r>
    </w:p>
    <w:p>
      <w:r>
        <w:rPr>
          <w:b/>
        </w:rPr>
        <w:t xml:space="preserve">[04:15] </w:t>
      </w:r>
      <w:r>
        <w:t>unlimited, unlimited potential.</w:t>
      </w:r>
    </w:p>
    <w:p>
      <w:pPr>
        <w:jc w:val="right"/>
      </w:pPr>
      <w:r>
        <w:t>ان لمیٹڈ، ان لمیٹڈ پوٹینشل۔</w:t>
      </w:r>
    </w:p>
    <w:p>
      <w:r>
        <w:rPr>
          <w:b/>
        </w:rPr>
        <w:t xml:space="preserve">[04:22] </w:t>
      </w:r>
      <w:r>
        <w:t>to agar aap kisi ki khoob baat karen, koi bachcha aap ka hai, khoob us ko sab cheez den, to kya hoga jante hain?</w:t>
      </w:r>
    </w:p>
    <w:p>
      <w:pPr>
        <w:jc w:val="right"/>
      </w:pPr>
      <w:r>
        <w:t>تو اگر آپ کسی کی خوب بات کریں، کوئی بچہ آپ کا ہے، خوب اس کو سب چیز دیں، تو کیا ہوگا جانتے ہیں؟</w:t>
      </w:r>
    </w:p>
    <w:p>
      <w:r>
        <w:rPr>
          <w:b/>
        </w:rPr>
        <w:t xml:space="preserve">[04:34] </w:t>
      </w:r>
      <w:r>
        <w:t>uski nazar, nigah hat jayegi apne potential se.</w:t>
      </w:r>
    </w:p>
    <w:p>
      <w:pPr>
        <w:jc w:val="right"/>
      </w:pPr>
      <w:r>
        <w:t>اس کی نظر، نگاہ ہٹ جائے گی اپنے پوٹینشل سے۔</w:t>
      </w:r>
    </w:p>
    <w:p>
      <w:r>
        <w:rPr>
          <w:b/>
        </w:rPr>
        <w:t xml:space="preserve">[04:41] </w:t>
      </w:r>
      <w:r>
        <w:t>woh, yaani jo</w:t>
      </w:r>
    </w:p>
    <w:p>
      <w:pPr>
        <w:jc w:val="right"/>
      </w:pPr>
      <w:r>
        <w:t>وہ، یعنی جو</w:t>
      </w:r>
    </w:p>
    <w:p>
      <w:r>
        <w:rPr>
          <w:b/>
        </w:rPr>
        <w:t xml:space="preserve">[04:47] </w:t>
      </w:r>
      <w:r>
        <w:t>apne potential ko avail karo, apne potential ko active, active banao, is se hat jayegi, aur us ki nazar chali jayegi helper.</w:t>
      </w:r>
    </w:p>
    <w:p>
      <w:pPr>
        <w:jc w:val="right"/>
      </w:pPr>
      <w:r>
        <w:t>اپنے پوٹینشل کو اویل کرو، اپنے پوٹینشل کو ایکٹیو، ایکٹیو بناؤ، اس سے ہٹ جائے گی، اور اس کی نظر چلی جائے گی ہیلپر۔</w:t>
      </w:r>
    </w:p>
    <w:p>
      <w:r>
        <w:rPr>
          <w:b/>
        </w:rPr>
        <w:t xml:space="preserve">[05:04] </w:t>
      </w:r>
      <w:r>
        <w:t>usi help ko istemal karega woh. isi liye jitne bachche, jin bachchon ko khoob paisa diya jata hai, un ke maa baap sab se zyada nikamme nikamme bante hain.</w:t>
      </w:r>
    </w:p>
    <w:p>
      <w:pPr>
        <w:jc w:val="right"/>
      </w:pPr>
      <w:r>
        <w:t>اس ہیلپ کو استعمال کرے گا وہ۔ اسی لیے جتنے بچے، جن بچوں کو خوب پیسہ دیا جاتا ہے، ان کے ماں باپ سب سے زیادہ نکم نکل بنتے ہیں۔</w:t>
      </w:r>
    </w:p>
    <w:p>
      <w:r>
        <w:rPr>
          <w:b/>
        </w:rPr>
        <w:t xml:space="preserve">[05:14] </w:t>
      </w:r>
      <w:r>
        <w:t>woh bachche jo baap, baap, baap apne bachchon ko khoob zyada paisa dete hain, nikamme bante hain. jin ladkiyon ko khoob jahalat diya jata hai, chhip jahalat diya jata hai, woh ladkiyan bilkul bekar sabit hoti hain.</w:t>
      </w:r>
    </w:p>
    <w:p>
      <w:pPr>
        <w:jc w:val="right"/>
      </w:pPr>
      <w:r>
        <w:t>وہ بچے جو باپ، باپ، باپ اپنے بچوں کو خوب زیادہ پیسہ دیتے ہیں، نکمے بنتے ہیں۔ جن لڑکیوں کو خوب جہالت دیا جاتا ہے، چھپ جہالت دیا جاتا ہے، وہ لڑکیاں بالکل بیکار ثابت ہوتی ہیں۔</w:t>
      </w:r>
    </w:p>
    <w:p>
      <w:r>
        <w:rPr>
          <w:b/>
        </w:rPr>
        <w:t xml:space="preserve">[05:31] </w:t>
      </w:r>
      <w:r>
        <w:t>yeh main apne tajrube se keh raha hoon. sab se bari help hai, is ko main kahunga ke compression.</w:t>
      </w:r>
    </w:p>
    <w:p>
      <w:pPr>
        <w:jc w:val="right"/>
      </w:pPr>
      <w:r>
        <w:t>یہ میں اپنے تجربے سے کہہ رہا ہوں۔ سب سے بڑی ہیلپ ہے، اس کو میں کہوں گا کہ کمپرشن۔</w:t>
      </w:r>
    </w:p>
    <w:p>
      <w:r>
        <w:rPr>
          <w:b/>
        </w:rPr>
        <w:t xml:space="preserve">[05:42] </w:t>
      </w:r>
      <w:r>
        <w:t>Allah taala jab kisi se koi bara kaam lena chahte hain to compression create karte hain, compression create karte hain.</w:t>
      </w:r>
    </w:p>
    <w:p>
      <w:pPr>
        <w:jc w:val="right"/>
      </w:pPr>
      <w:r>
        <w:t>اللہ تعالی جب کسی سے کوئی بڑا کام لینا چاہتے ہیں تو کمپرشن کریٹ کرتے ہیں، کمپرشن کریٹ کرتے ہیں۔</w:t>
      </w:r>
    </w:p>
    <w:p>
      <w:r>
        <w:rPr>
          <w:b/>
        </w:rPr>
        <w:t xml:space="preserve">[05:51] </w:t>
      </w:r>
      <w:r>
        <w:t>Allah ki sab se bari blessing jo hai, yaad rakhiye, compression hai.</w:t>
      </w:r>
    </w:p>
    <w:p>
      <w:pPr>
        <w:jc w:val="right"/>
      </w:pPr>
      <w:r>
        <w:t>اللہ کی سب سے بڑی بلیسنگ جو ہے، یاد رکھیے، کمپرشن ہے۔</w:t>
      </w:r>
    </w:p>
    <w:p>
      <w:r>
        <w:rPr>
          <w:b/>
        </w:rPr>
        <w:t xml:space="preserve">[05:59] </w:t>
      </w:r>
      <w:r>
        <w:t>lekin log maa baap pastay wale hote hain, woh bachche ko kisi museebat mein dekhne nahi chahte, to khoob paisa dete hain.</w:t>
      </w:r>
    </w:p>
    <w:p>
      <w:pPr>
        <w:jc w:val="right"/>
      </w:pPr>
      <w:r>
        <w:t>لیکن لوگ ماں باپ پستے والے ہوتے ہیں، وہ بچے کو کسی مصیبت میں دیکھنے نہیں چاہتے، تو خوب پیسہ دیتے ہیں۔</w:t>
      </w:r>
    </w:p>
    <w:p>
      <w:r>
        <w:rPr>
          <w:b/>
        </w:rPr>
        <w:t xml:space="preserve">[06:08] </w:t>
      </w:r>
      <w:r>
        <w:t>bachcha museebat sahaye, yahi is ki madad hai. aye maa baapon, apne bachchon ko dushman mat bano, dushman mat bano, un ko sahne do, mushkilat ko sahne do, dabao ki halat padne do taake un ke potential jaagen,</w:t>
      </w:r>
    </w:p>
    <w:p>
      <w:pPr>
        <w:jc w:val="right"/>
      </w:pPr>
      <w:r>
        <w:t>بچہ مصیبت سہائے، یہی اس کی مدد ہے۔ اے ماں باپوں، اپنے بچوں کو دشمن مت بنو، دشمن مت بنو، ان کو سہانے دو، مشکلات کو سہانے دو، دباؤ کی حالت پڑنے دو تاکہ ان کے پوٹینشل جاگیں،</w:t>
      </w:r>
    </w:p>
    <w:p>
      <w:r>
        <w:rPr>
          <w:b/>
        </w:rPr>
        <w:t xml:space="preserve">[06:32] </w:t>
      </w:r>
      <w:r>
        <w:t>un ke potential jaagen. jitne maa baap paise wale hote hain, woh sab laad pyar mein yeh karte hain ke bachchon ke potential ko jaagne nahi dete, bas woh un ka har kaam free banta rahe, yeh koshish karte hain.</w:t>
      </w:r>
    </w:p>
    <w:p>
      <w:pPr>
        <w:jc w:val="right"/>
      </w:pPr>
      <w:r>
        <w:t>ان کے پوٹینشل جاگیں۔ جتنے ماں باپ پیسے والے ہوتے ہیں، وہ سب لاٹ پیار میں یہ کرتے ہیں کہ بچوں کے پوٹینشل کو جاگنے نہیں دیتے، بس وہ ان کا ہر کام فری بنتا رہے، یہ کوشش کرتے ہیں۔</w:t>
      </w:r>
    </w:p>
    <w:p>
      <w:r>
        <w:rPr>
          <w:b/>
        </w:rPr>
        <w:t xml:space="preserve">[06:54] </w:t>
      </w:r>
      <w:r>
        <w:t>main aap ko poori history mein bohat misalein de sakta hoon ke Allah taala ka tareeqa yeh hai ke compression create karna hai, aaram dena nahi hai.</w:t>
      </w:r>
    </w:p>
    <w:p>
      <w:pPr>
        <w:jc w:val="right"/>
      </w:pPr>
      <w:r>
        <w:t>میں آپ کو پوری ہسٹری میں بہت مثالیں دے سکتا ہوں کہ اللہ تعالی کا طریقہ یہ ہے کہ کمپرشن کریٹ کرنا ہے، آرام دینا نہیں ہے۔</w:t>
      </w:r>
    </w:p>
    <w:p>
      <w:r>
        <w:rPr>
          <w:b/>
        </w:rPr>
        <w:t xml:space="preserve">[07:07] </w:t>
      </w:r>
      <w:r>
        <w:t>misalan dekhiye, Allah taala ne jab insaan ko paida kiya</w:t>
      </w:r>
    </w:p>
    <w:p>
      <w:pPr>
        <w:jc w:val="right"/>
      </w:pPr>
      <w:r>
        <w:t>مثلاً دیکھیے، اللہ تعالی نے جب انسان کو پیدا کیا</w:t>
      </w:r>
    </w:p>
    <w:p>
      <w:r>
        <w:rPr>
          <w:b/>
        </w:rPr>
        <w:t xml:space="preserve">[07:15] </w:t>
      </w:r>
      <w:r>
        <w:t>to sab se pehle Bible mein hai ke Allah ne Eden mein ek bagh lagaya. yeh Bible mein hai, aur woh sahi mere nazdeek hai.</w:t>
      </w:r>
    </w:p>
    <w:p>
      <w:pPr>
        <w:jc w:val="right"/>
      </w:pPr>
      <w:r>
        <w:t>تو سب سے پہلے بائبل میں ہے کہ اللہ نے عدن میں ایک باغ لگایا۔ یہ بائبل میں ہے، اور وہ صحیح میرے نزدیک ہے۔</w:t>
      </w:r>
    </w:p>
    <w:p>
      <w:r>
        <w:rPr>
          <w:b/>
        </w:rPr>
        <w:t xml:space="preserve">[07:28] </w:t>
      </w:r>
      <w:r>
        <w:t>adan best area tha is zameen ka, best area tha. wahan par bagh, yani wahan par is ki bohat hi fertile zameen, zar khez,</w:t>
      </w:r>
    </w:p>
    <w:p>
      <w:pPr>
        <w:jc w:val="right"/>
      </w:pPr>
      <w:r>
        <w:t>عدن بیسٹ ایریا تھا اس زمین کا، بیسٹ ایریا تھا۔ وہاں پر باغ، یعنی وہاں پر اس کی بہت ہی فرٹائل زمین، زرخیز،</w:t>
      </w:r>
    </w:p>
    <w:p>
      <w:r>
        <w:rPr>
          <w:b/>
        </w:rPr>
        <w:t xml:space="preserve">[07:45] </w:t>
      </w:r>
      <w:r>
        <w:t>har cheez bohat achi, bohat achi. to wahan pe basaya.</w:t>
      </w:r>
    </w:p>
    <w:p>
      <w:pPr>
        <w:jc w:val="right"/>
      </w:pPr>
      <w:r>
        <w:t>ہر چیز بہت اچھی، بہت اچھی۔ تو وہاں پہ بسایا۔</w:t>
      </w:r>
    </w:p>
    <w:p>
      <w:r>
        <w:rPr>
          <w:b/>
        </w:rPr>
        <w:t xml:space="preserve">[07:57] </w:t>
      </w:r>
      <w:r>
        <w:t>to wahan ke log kya hue? yahan ke log larne bari mein lag gaye. tribal sister, sister bhai avalu hua</w:t>
      </w:r>
    </w:p>
    <w:p>
      <w:pPr>
        <w:jc w:val="right"/>
      </w:pPr>
      <w:r>
        <w:t>تو وہاں کے لوگ کیا ہوئے؟ یہاں کے لوگ لڑنے بڑی میں لگ گئے۔ ٹرائبل سسٹر، سسٹر بھائی ایوالو ہوا</w:t>
      </w:r>
    </w:p>
    <w:p>
      <w:r>
        <w:rPr>
          <w:b/>
        </w:rPr>
        <w:t xml:space="preserve">[08:14] </w:t>
      </w:r>
      <w:r>
        <w:t>to sab se zyada larne birban ilaaqa ban gaya, jis ko kehte hain aaj, aaj kal ke zamane mein, is ko kehte hain woh</w:t>
      </w:r>
    </w:p>
    <w:p>
      <w:pPr>
        <w:jc w:val="right"/>
      </w:pPr>
      <w:r>
        <w:t>تو سب سے زیادہ لڑنے بربن علاقہ بن گیا، جس کو کہتے ہیں آج، آج کل کے زمانے میں، اس کو کہتے ہیں وہ</w:t>
      </w:r>
    </w:p>
    <w:p>
      <w:r>
        <w:rPr>
          <w:b/>
        </w:rPr>
        <w:t xml:space="preserve">[08:29] </w:t>
      </w:r>
      <w:r>
        <w:t>yeh jo area hai, djalat afraad ke darmiyan, meso potta bhi hai, sab se zyada nikamba ilaaqa ban gaya mosam pathan mein ka.</w:t>
      </w:r>
    </w:p>
    <w:p>
      <w:pPr>
        <w:jc w:val="right"/>
      </w:pPr>
      <w:r>
        <w:t>یہ جو ایریا ہے، دجلہ افراد کے درمیان، میسو پٹہ بھی ہے، سب سے زیادہ نکمبا علاقہ بن گیا موسم پٹھان میں کا۔</w:t>
      </w:r>
    </w:p>
    <w:p>
      <w:r>
        <w:rPr>
          <w:b/>
        </w:rPr>
        <w:t xml:space="preserve">[08:43] </w:t>
      </w:r>
      <w:r>
        <w:t>to aap jante hain kya hua? Allah taala ne wahan par kya kiya? wahan par pani ka toofan aaya, aur wahan par Hazrat Nuh alaihissalam ne ek kashti banai, bohat bari kashti Allah ki rehnumai mein.</w:t>
      </w:r>
    </w:p>
    <w:p>
      <w:pPr>
        <w:jc w:val="right"/>
      </w:pPr>
      <w:r>
        <w:t>تو آپ جانتے ہیں کیا ہوا؟ اللہ تعالی نے وہاں پر کیا کیا؟ وہاں پر پانی کا طوفان آیا، اور وہاں پر حضرت نوح علیہ السلام نے ایک کشتی بنائی، بہت بڑی کشتی اللہ کی رہنمائی میں۔</w:t>
      </w:r>
    </w:p>
    <w:p>
      <w:r>
        <w:rPr>
          <w:b/>
        </w:rPr>
        <w:t xml:space="preserve">[09:05] </w:t>
      </w:r>
      <w:r>
        <w:t>is kashti mein to un logon ko batha diya, bohat bari kashti thi woh, aur Allah ne is kashti ko kaha ke chala dal do samandar mojon mein dal do.</w:t>
      </w:r>
    </w:p>
    <w:p>
      <w:pPr>
        <w:jc w:val="right"/>
      </w:pPr>
      <w:r>
        <w:t>اس کشتی میں تو ان لوگوں کو بٹھا دیا، بہت بڑی کشتی تھی وہ، اور اللہ نے اس کشتی کو کہا کہ چلا ڈال دو سمندر موجوں میں ڈال دو۔</w:t>
      </w:r>
    </w:p>
    <w:p>
      <w:r>
        <w:rPr>
          <w:b/>
        </w:rPr>
        <w:t xml:space="preserve">[09:20] </w:t>
      </w:r>
      <w:r>
        <w:t>to meso pathanviya ka ilaaqa jo tha, wahan par toofan aaya, aur kashti ko is mein dal diya gaya. ab kashti mojon ki tarah chalne lagi.</w:t>
      </w:r>
    </w:p>
    <w:p>
      <w:pPr>
        <w:jc w:val="right"/>
      </w:pPr>
      <w:r>
        <w:t>تو میسو پٹھانویہ کا علاقہ جو تھا، وہاں پر طوفان آیا، اور کشتی کو اس میں ڈال دیا گیا۔ اب کشتی موجوں کی طرح چلنے لگی۔</w:t>
      </w:r>
    </w:p>
    <w:p>
      <w:r>
        <w:rPr>
          <w:b/>
        </w:rPr>
        <w:t xml:space="preserve">[09:32] </w:t>
      </w:r>
      <w:r>
        <w:t>wo kashti chalte chalte kahan ruki? moajza turki jo hai, turki ki sarhad par, jahan jo quran mein joodi kaha gaya hai, joodi.</w:t>
      </w:r>
    </w:p>
    <w:p>
      <w:pPr>
        <w:jc w:val="right"/>
      </w:pPr>
      <w:r>
        <w:t>وہ کشتی چلتے چلتے کہاں رکی؟ معجزہ ترکی جو ہے، ترکی کی سرحد پر، جہاں جو قرآن میں جودی کہا گیا ہے، جودی۔</w:t>
      </w:r>
    </w:p>
    <w:p>
      <w:r>
        <w:rPr>
          <w:b/>
        </w:rPr>
        <w:t xml:space="preserve">[09:44] </w:t>
      </w:r>
      <w:r>
        <w:t>aur jante hain yeh, yeh jo hai jagah thi, thanda ilaaqa tha, woh, woh, woh tha gurbara ka, jahan se woh bheje gaye the.</w:t>
      </w:r>
    </w:p>
    <w:p>
      <w:pPr>
        <w:jc w:val="right"/>
      </w:pPr>
      <w:r>
        <w:t>اور جانتے ہیں یہ، یہ جو ہے جگہ تھی، ٹھنڈا علاقہ تھا، وہ، وہ، وہ تھا گربرا کا، جہاں سے وہ بھیجے گئے تھے۔</w:t>
      </w:r>
    </w:p>
    <w:p>
      <w:r>
        <w:rPr>
          <w:b/>
        </w:rPr>
        <w:t xml:space="preserve">[09:57] </w:t>
      </w:r>
      <w:r>
        <w:t>to gurb maraqbe se nikal kar thande ilaaqe mein dala gaya in ko, kyunke gurb maraqbe ki wajah se in ko dry bharai bohat barh gayi thi.</w:t>
      </w:r>
    </w:p>
    <w:p>
      <w:pPr>
        <w:jc w:val="right"/>
      </w:pPr>
      <w:r>
        <w:t>تو گرب مراقبے سے نکال کر ٹھنڈے علاقے میں ڈالا گیا ان کو، کیونکہ گرب مراقبے کی وجہ سے ان کو ڈرائی بھرائی بہت بڑھ گئی تھی۔</w:t>
      </w:r>
    </w:p>
    <w:p>
      <w:r>
        <w:rPr>
          <w:b/>
        </w:rPr>
        <w:t xml:space="preserve">[10:10] </w:t>
      </w:r>
      <w:r>
        <w:t>in ki woh, woh dust bani wahan, woh dust jo hai, woh larne wale, bhejane wale duston par gayi.</w:t>
      </w:r>
    </w:p>
    <w:p>
      <w:pPr>
        <w:jc w:val="right"/>
      </w:pPr>
      <w:r>
        <w:t>ان کی وہ، وہ ڈسٹ بنی وہاں، وہ ڈسٹ جو ہے، وہ لڑنے والے، بھیجنے والے ڈسٹوں پر گئی۔</w:t>
      </w:r>
    </w:p>
    <w:p>
      <w:r>
        <w:rPr>
          <w:b/>
        </w:rPr>
        <w:t xml:space="preserve">[10:25] </w:t>
      </w:r>
      <w:r>
        <w:t>is ki wajah se jo wisdom hai, wisdom woh wahan develop nahi hui. mosam pathanviya ke ilaaqe mein wisdom develop nahi hui.</w:t>
      </w:r>
    </w:p>
    <w:p>
      <w:pPr>
        <w:jc w:val="right"/>
      </w:pPr>
      <w:r>
        <w:t>اس کی وجہ سے جو وزڈم ہے، وزڈم وہ وہاں ڈیولپ نہیں ہوئی۔ موسم پٹھانویہ کے علاقے میں وزڈم ڈیولپ نہیں ہوئی۔</w:t>
      </w:r>
    </w:p>
    <w:p>
      <w:r>
        <w:rPr>
          <w:b/>
        </w:rPr>
        <w:t xml:space="preserve">[10:36] </w:t>
      </w:r>
      <w:r>
        <w:t>Allah taala ko wisdom ko develop karna tha,</w:t>
      </w:r>
    </w:p>
    <w:p>
      <w:pPr>
        <w:jc w:val="right"/>
      </w:pPr>
      <w:r>
        <w:t>اللہ تعالی کو وزڈم کو ڈیولپ کرنا تھا،</w:t>
      </w:r>
    </w:p>
    <w:p>
      <w:r>
        <w:rPr>
          <w:b/>
        </w:rPr>
        <w:t xml:space="preserve">[10:42] </w:t>
      </w:r>
      <w:r>
        <w:t>to in logon ko bhej diya yahan thande ilaaqe mein, yani turki ka ilaaqa, yeh part hai europe ka, is ilaaqe mein dal diye gaye thande ilaaqe mein.</w:t>
      </w:r>
    </w:p>
    <w:p>
      <w:pPr>
        <w:jc w:val="right"/>
      </w:pPr>
      <w:r>
        <w:t>تو ان لوگوں کو بھیج دیا یہاں ٹھنڈے علاقے میں، یعنی ترکی کا علاقہ، یہ پارٹ ہے یورپ کا، اس علاقے میں ڈال دیے گئے ٹھنڈے علاقے میں۔</w:t>
      </w:r>
    </w:p>
    <w:p>
      <w:r>
        <w:rPr>
          <w:b/>
        </w:rPr>
        <w:t xml:space="preserve">[11:00] </w:t>
      </w:r>
      <w:r>
        <w:t>to aap jante hain ke yahi woh ilaaqa hai jahan logon ne technology ko discover kiya, kyunke woh nahi hota tha yahan wisdom ki development nahi hota tha.</w:t>
      </w:r>
    </w:p>
    <w:p>
      <w:pPr>
        <w:jc w:val="right"/>
      </w:pPr>
      <w:r>
        <w:t>تو آپ جانتے ہیں کہ یہی وہ علاقہ ہے جہاں لوگوں نے ٹیکنالوجی کو ڈسکور کیا، کیونکہ وہ نہیں ہوتا تھا یہاں وزڈم کی ڈیولپمنٹ نہیں ہوتا تھا۔</w:t>
      </w:r>
    </w:p>
    <w:p>
      <w:r>
        <w:rPr>
          <w:b/>
        </w:rPr>
        <w:t xml:space="preserve">[11:16] </w:t>
      </w:r>
      <w:r>
        <w:t>is ki ek misaal mein deta hoon ke wisdom ka development ke liye zaroori hai ke aapas mein khoob discussion ho, discussion aql ko khola jaye.</w:t>
      </w:r>
    </w:p>
    <w:p>
      <w:pPr>
        <w:jc w:val="right"/>
      </w:pPr>
      <w:r>
        <w:t>اس کی ایک مثال میں دیتا ہوں کہ وزڈم کا ڈیولپمنٹ کے لیے ضروری ہے کہ آپس میں خوب ڈسکشن ہو، ڈسکشن عقل کو کھولا جائے۔</w:t>
      </w:r>
    </w:p>
    <w:p>
      <w:r>
        <w:rPr>
          <w:b/>
        </w:rPr>
        <w:t xml:space="preserve">[11:31] </w:t>
      </w:r>
      <w:r>
        <w:t>to is ilaaqe mein logon ne ek kiya, difference ko negative maani mein le liya. jo muslim area ka tha, aap jante hain ke wahan is qadar ikhtilafat, ikhtilafat</w:t>
      </w:r>
    </w:p>
    <w:p>
      <w:pPr>
        <w:jc w:val="right"/>
      </w:pPr>
      <w:r>
        <w:t>تو اس علاقے میں لوگوں نے ایک کیا، ڈفرنس کو نیگیٹو معنی میں لے لیا۔ جو مسلم ایریا کا تھا، آپ جانتے ہیں کہ وہاں اس قدر اختلافات، اختلافات</w:t>
      </w:r>
    </w:p>
    <w:p>
      <w:r>
        <w:rPr>
          <w:b/>
        </w:rPr>
        <w:t xml:space="preserve">[11:51] </w:t>
      </w:r>
      <w:r>
        <w:t>aaj bhi wahan ikhtilafat bhare hue hain. to muslim area mein ikhtilaf bohat bare hue, zehni ikhtilaf aur phir sensory ikhtilaf isi mein phanse rahe log.</w:t>
      </w:r>
    </w:p>
    <w:p>
      <w:pPr>
        <w:jc w:val="right"/>
      </w:pPr>
      <w:r>
        <w:t>آج بھی وہاں اختلافات بھرے ہوئے ہیں۔ تو مسلم ایریا میں اختلاف بہت بڑے ہوئے، ذہنی اختلاف اور پھر سینسری اختلاف اسی میں پھنسے رہے لوگ۔</w:t>
      </w:r>
    </w:p>
    <w:p>
      <w:r>
        <w:rPr>
          <w:b/>
        </w:rPr>
        <w:t xml:space="preserve">[12:07] </w:t>
      </w:r>
      <w:r>
        <w:t>to in ko utha ke thande ilaaqe mein dal diya gaya. to thande ilaaqe mein in ki woh garam mizaj jo tha, woh khatam hua.</w:t>
      </w:r>
    </w:p>
    <w:p>
      <w:pPr>
        <w:jc w:val="right"/>
      </w:pPr>
      <w:r>
        <w:t>تو ان کو اٹھا کے ٹھنڈے علاقے میں ڈال دیا گیا۔ تو ٹھنڈے علاقے میں ان کی وہ گرم مزاج جو تھا، وہ ختم ہوا۔</w:t>
      </w:r>
    </w:p>
    <w:p>
      <w:r>
        <w:rPr>
          <w:b/>
        </w:rPr>
        <w:t xml:space="preserve">[12:20] </w:t>
      </w:r>
      <w:r>
        <w:t>garam mizaj, yani western mulkon mein. tab aap jante hain ke yeh jo ilaaqa tha west ka, isi ne technology ko daryaft kiya.</w:t>
      </w:r>
    </w:p>
    <w:p>
      <w:pPr>
        <w:jc w:val="right"/>
      </w:pPr>
      <w:r>
        <w:t>گرم مزاج، یعنی ویسٹرن ملکوں میں۔ تب آپ جانتے ہیں کہ یہ جو علاقہ تھا ویسٹ کا، اسی نے ٹیکنالوجی کو دریافت کیا۔</w:t>
      </w:r>
    </w:p>
    <w:p>
      <w:r>
        <w:rPr>
          <w:b/>
        </w:rPr>
        <w:t xml:space="preserve">[12:39] </w:t>
      </w:r>
      <w:r>
        <w:t>jo musalman base the iran mein aur arab mein, woh daryaft hi nahi kar sake. woh Allah taala ko manzoor tha ke pehle Khuda ne ghoda diya, manzoor tha ke insan ki hawaajat daryaft kare.</w:t>
      </w:r>
    </w:p>
    <w:p>
      <w:pPr>
        <w:jc w:val="right"/>
      </w:pPr>
      <w:r>
        <w:t>جو مسلمان بسے تھے ایران میں اور عرب میں، وہ دریافت ہی نہیں کر سکے۔ وہ اللہ تعالی کو منظور تھا کہ پہلے خدا نے گھوڑا دیا، منظور تھا کہ انسان کار حوائجات دریافت کرے۔</w:t>
      </w:r>
    </w:p>
    <w:p>
      <w:r>
        <w:rPr>
          <w:b/>
        </w:rPr>
        <w:t xml:space="preserve">[12:55] </w:t>
      </w:r>
      <w:r>
        <w:t>jab insan paida hua to us ko jangalon mein ghode mil gaye, un ko trade kar ke woh ghode par sawar kar liya.</w:t>
      </w:r>
    </w:p>
    <w:p>
      <w:pPr>
        <w:jc w:val="right"/>
      </w:pPr>
      <w:r>
        <w:t>جب انسان پیدا ہوا تو اس کو جنگلوں میں گھوڑے مل گئے، ان کو ٹریڈ کر کے وہ گھوڑے پر سوار کر لیا۔</w:t>
      </w:r>
    </w:p>
    <w:p>
      <w:r>
        <w:rPr>
          <w:b/>
        </w:rPr>
        <w:t xml:space="preserve">[13:04] </w:t>
      </w:r>
      <w:r>
        <w:t>to ghoda free free mein mil gaya. ab Allah taala ko manzoor tha ke log apni aql ko istemal kar ke jo hidden technology hai, us ko daryaft karein, hawaajat banayein.</w:t>
      </w:r>
    </w:p>
    <w:p>
      <w:pPr>
        <w:jc w:val="right"/>
      </w:pPr>
      <w:r>
        <w:t>تو گھوڑا فری فری میں مل گیا۔ اب اللہ تعالی کو منظور تھا کہ لوگ اپنی عقل کو استعمال کر کے جو ہڈن ٹیکنالوجی ہے، اس کو دریافت کریں، حوائجات بنائیں۔</w:t>
      </w:r>
    </w:p>
    <w:p>
      <w:r>
        <w:rPr>
          <w:b/>
        </w:rPr>
        <w:t xml:space="preserve">[13:16] </w:t>
      </w:r>
      <w:r>
        <w:t>lekin itne ikhtilafat, ikhtilafat hue ke insan apni aql ka jo wisdom ka jo potential tha, us ko istemal nahi kar saka.</w:t>
      </w:r>
    </w:p>
    <w:p>
      <w:pPr>
        <w:jc w:val="right"/>
      </w:pPr>
      <w:r>
        <w:t>لیکن اتنے اختلافات، اختلافات ہوئے کہ انسان اپنی عقل کا جو وزڈم کا جو پوٹینشل تھا، اس کو استعمال نہیں کر سکے۔</w:t>
      </w:r>
    </w:p>
    <w:p>
      <w:r>
        <w:rPr>
          <w:b/>
        </w:rPr>
        <w:t xml:space="preserve">[13:27] </w:t>
      </w:r>
      <w:r>
        <w:t>larai bharai, larai bharai bohat hi zyada. to yeh jo thande mulk ke log thay, thande mulkon ke log thay jin ko hum west kehte hain, unhon ne ek anokha is tarah daryaft kiya.</w:t>
      </w:r>
    </w:p>
    <w:p>
      <w:pPr>
        <w:jc w:val="right"/>
      </w:pPr>
      <w:r>
        <w:t>لڑائی بھڑائی، لڑائی بھڑائی بہت ہی زیادہ۔ تو یہ جو ٹھنڈے ملک کے لوگ تھے، ٹھنڈے ملکوں کے لوگ تھے جن کو ہم ویسٹ کہتے ہیں، انہوں نے ایک انوکھا اس طرح دریافت کیا۔</w:t>
      </w:r>
    </w:p>
    <w:p>
      <w:r>
        <w:rPr>
          <w:b/>
        </w:rPr>
        <w:t xml:space="preserve">[13:42] </w:t>
      </w:r>
      <w:r>
        <w:t>bohat si cheezen hain, ek hi arz karta hoon, ek anokha usool, yani different difference ko unhon ne decent bana diya.</w:t>
      </w:r>
    </w:p>
    <w:p>
      <w:pPr>
        <w:jc w:val="right"/>
      </w:pPr>
      <w:r>
        <w:t>بہت سی چیزیں ہیں، ایک ہی عرض کرتا ہوں، ایک انوکھا اصول، یعنی ڈفرنٹ ڈفرنس کو انہوں نے ڈیسنٹ بنا دیا۔</w:t>
      </w:r>
    </w:p>
    <w:p>
      <w:r>
        <w:rPr>
          <w:b/>
        </w:rPr>
        <w:t xml:space="preserve">[13:55] </w:t>
      </w:r>
      <w:r>
        <w:t>decent, d.i.d.o.u.b.l.e.s.e.n.t, decent, yani difference ko decent bana diya. aap jante hain ke difference jo hai, woh difference mein dichotomy hoti hai.</w:t>
      </w:r>
    </w:p>
    <w:p>
      <w:pPr>
        <w:jc w:val="right"/>
      </w:pPr>
      <w:r>
        <w:t>ڈیسنٹ، ڈی آئی ڈبل ایس ای این ٹی، ڈیسنٹ، یعنی ڈفرنس کو ڈیسنٹ بنا دیا۔ آپ جانتے ہیں کہ ڈفرنس جو ہے، وہ ڈفرنس میں ڈائیکاٹمی ہوتی ہے۔</w:t>
      </w:r>
    </w:p>
    <w:p>
      <w:r>
        <w:rPr>
          <w:b/>
        </w:rPr>
        <w:t xml:space="preserve">[14:11] </w:t>
      </w:r>
      <w:r>
        <w:t>dichotomy ko usool chalta hai, yani ek mera, ek aap ka hai, aur dono lar rahe hain aapas mein.</w:t>
      </w:r>
    </w:p>
    <w:p>
      <w:pPr>
        <w:jc w:val="right"/>
      </w:pPr>
      <w:r>
        <w:t>ڈائیکاٹمی کو اصول چلتا ہے، یعنی ایک میرا، ایک آپ کا ہے، اور دونوں لڑ رہے ہیں آپس میں۔</w:t>
      </w:r>
    </w:p>
    <w:p>
      <w:r>
        <w:rPr>
          <w:b/>
        </w:rPr>
        <w:t xml:space="preserve">[14:20] </w:t>
      </w:r>
      <w:r>
        <w:t>woh kehte hain yeh sahi hai, woh kehte hain woh sahi hai, yeh dichotomy hai. unhon ne decent nikala, d.i.d.o.u.b.l.e.s.e.n.t.</w:t>
      </w:r>
    </w:p>
    <w:p>
      <w:pPr>
        <w:jc w:val="right"/>
      </w:pPr>
      <w:r>
        <w:t>وہ کہتے ہیں یہ صحیح ہے، وہ کہتے ہیں وہ صحیح ہے، یہ ڈائیکاٹمی ہے۔ انہوں نے ڈیسنٹ نکالا، ڈی آئی ڈبل ایس ای این ٹی۔</w:t>
      </w:r>
    </w:p>
    <w:p>
      <w:r>
        <w:rPr>
          <w:b/>
        </w:rPr>
        <w:t xml:space="preserve">[14:29] </w:t>
      </w:r>
      <w:r>
        <w:t>decent jo hai, ek neutral word hai, yani ek aadmi agar ikhtilaf bol raha hai to us aadmi maaf kar dein, ikhtilaf mein to dono neutral hotey hain,</w:t>
      </w:r>
    </w:p>
    <w:p>
      <w:pPr>
        <w:jc w:val="right"/>
      </w:pPr>
      <w:r>
        <w:t>ڈیسنٹ جو ہے، ایک نیوٹرل ورڈ ہے، یعنی ایک آدمی اگر اختلاف بول رہا ہے تو اس آدمی معاف کر دیں، اختلاف میں تو دونوں نیوٹرل ہوتے ہیں،</w:t>
      </w:r>
    </w:p>
    <w:p>
      <w:r>
        <w:rPr>
          <w:b/>
        </w:rPr>
        <w:t xml:space="preserve">[14:44] </w:t>
      </w:r>
      <w:r>
        <w:t>dono neutral hotey hain. yani neutral rai ka tasawwur tha nahi pehle, bas dichotomy dunya mein thi.</w:t>
      </w:r>
    </w:p>
    <w:p>
      <w:pPr>
        <w:jc w:val="right"/>
      </w:pPr>
      <w:r>
        <w:t>دونوں نیوٹرل ہوتے ہیں۔ یعنی نیوٹرل رائے کا تصور تھا نہیں پہلے، بس ڈائیکاٹمی دنیا میں تھی۔</w:t>
      </w:r>
    </w:p>
    <w:p>
      <w:r>
        <w:rPr>
          <w:b/>
        </w:rPr>
        <w:t xml:space="preserve">[14:56] </w:t>
      </w:r>
      <w:r>
        <w:t>yeh sahi ya woh sahi, yeh sahi ya woh sahi. phir thande zehnon ne yeh ijad kiya, woh garam zehan ke log jo wahan thay, pehle woh is ko daryaft nahi kar sake.</w:t>
      </w:r>
    </w:p>
    <w:p>
      <w:pPr>
        <w:jc w:val="right"/>
      </w:pPr>
      <w:r>
        <w:t>یہ صحیح یا وہ صحیح، یہ صحیح یا وہ صحیح۔ پھر ٹھنڈے ذہنوں نے یہ ایجاد کیا، وہ گرم ذہن کے لوگ جو وہاں تھے، پہلے وہ اس کو دریافت نہیں کر سکے۔</w:t>
      </w:r>
    </w:p>
    <w:p>
      <w:r>
        <w:rPr>
          <w:b/>
        </w:rPr>
        <w:t xml:space="preserve">[15:11] </w:t>
      </w:r>
      <w:r>
        <w:t>woh dichotomy mein jeete rahe, ya to sahi ya galat, ya sahi ya galat. unhon ne daryaft kiya ke yeh bhi sahi, woh bhi sahi, yeh bhi sahi, woh bhi sahi,</w:t>
      </w:r>
    </w:p>
    <w:p>
      <w:pPr>
        <w:jc w:val="right"/>
      </w:pPr>
      <w:r>
        <w:t>وہ ڈائیکاٹمی میں جیتے رہے، یا تو صحیح یا غلط، یا صحیح یا غلط۔ انہوں نے دریافت کیا کہ یہ بھی صحیح، وہ بھی صحیح، یہ بھی صحیح، وہ بھی صحیح،</w:t>
      </w:r>
    </w:p>
    <w:p>
      <w:r>
        <w:rPr>
          <w:b/>
        </w:rPr>
        <w:t xml:space="preserve">[15:27] </w:t>
      </w:r>
      <w:r>
        <w:t>yani is ko kehte hain decent, d.i.d.o.u.b.l.e.s.e.n.t. tab tarqqiyan huien. to Allah taala shock, woh shock treatment karte hain,</w:t>
      </w:r>
    </w:p>
    <w:p>
      <w:pPr>
        <w:jc w:val="right"/>
      </w:pPr>
      <w:r>
        <w:t>یعنی اس کو کہتے ہیں ڈیسنٹ، ڈی آئی ڈبل ایس ای این ٹی۔ تب ترقیاں ہوئیں۔ تو اللہ تعالی شاک، وہ شاک ٹریٹمنٹ کرتے ہیں،</w:t>
      </w:r>
    </w:p>
    <w:p>
      <w:r>
        <w:rPr>
          <w:b/>
        </w:rPr>
        <w:t xml:space="preserve">[15:44] </w:t>
      </w:r>
      <w:r>
        <w:t>jaise Newton ke upar, Hitler ke upar, woh gira saib. to is ko main kehta hoon saib, saib ko kahin kahin bhi keh sakta tha, is ke sar pe koi gira.</w:t>
      </w:r>
    </w:p>
    <w:p>
      <w:pPr>
        <w:jc w:val="right"/>
      </w:pPr>
      <w:r>
        <w:t>جیسے نیوٹن کے اوپر، ہٹلر کے اوپر، وہ گرا سیب۔ تو اس کو میں کہتا ہوں سیب، سیب کو کہیں کہیں بھی کہہ سکتا تھا، اس کے سر پہ کوئی گرا۔</w:t>
      </w:r>
    </w:p>
    <w:p>
      <w:r>
        <w:rPr>
          <w:b/>
        </w:rPr>
        <w:t xml:space="preserve">[16:01] </w:t>
      </w:r>
      <w:r>
        <w:t>aap jante hain, upar se koi cheez gire to chot lagti hai. to yeh Allah ki taraf se sabab tha, mere khayal se ke Newton ke sar pe gira.</w:t>
      </w:r>
    </w:p>
    <w:p>
      <w:pPr>
        <w:jc w:val="right"/>
      </w:pPr>
      <w:r>
        <w:t>آپ جانتے ہیں، اوپر سے کوئی چیز گرے تو چوٹ لگتی ہے۔ تو یہ اللہ کی طرف سے سبب تھا، میرے خیال سے کہ نیوٹن کے سر پہ گرا۔</w:t>
      </w:r>
    </w:p>
    <w:p>
      <w:r>
        <w:rPr>
          <w:b/>
        </w:rPr>
        <w:t xml:space="preserve">[16:12] </w:t>
      </w:r>
      <w:r>
        <w:t>woh that was,</w:t>
      </w:r>
    </w:p>
    <w:p>
      <w:pPr>
        <w:jc w:val="right"/>
      </w:pPr>
      <w:r>
        <w:t>وہ دیٹ واز،</w:t>
      </w:r>
    </w:p>
    <w:p>
      <w:r>
        <w:rPr>
          <w:b/>
        </w:rPr>
        <w:t xml:space="preserve">[16:20] </w:t>
      </w:r>
      <w:r>
        <w:t>to is is ke sochne laga woh ke yeh saib jo hai, neeche kyun gaya, upar kyun chala gaya.</w:t>
      </w:r>
    </w:p>
    <w:p>
      <w:pPr>
        <w:jc w:val="right"/>
      </w:pPr>
      <w:r>
        <w:t>تو اس اس کے سوچنے لگا وہ کہ یہ سیب جو ہے، نیچے کیوں گیا، اوپر کیوں چلا گیا۔</w:t>
      </w:r>
    </w:p>
    <w:p>
      <w:r>
        <w:rPr>
          <w:b/>
        </w:rPr>
        <w:t xml:space="preserve">[16:29] </w:t>
      </w:r>
      <w:r>
        <w:t>do afsar tha jo woh charhaya tha. to sochte sochte us ne gravitation ka process daryaft kiya.</w:t>
      </w:r>
    </w:p>
    <w:p>
      <w:pPr>
        <w:jc w:val="right"/>
      </w:pPr>
      <w:r>
        <w:t>دو افسر تھا جو وہ چڑھایا تھا۔ تو سوچتے سوچتے اس نے گریویٹیشن کا پروسیس دریافت کیا۔</w:t>
      </w:r>
    </w:p>
    <w:p>
      <w:r>
        <w:rPr>
          <w:b/>
        </w:rPr>
        <w:t xml:space="preserve">[16:39] </w:t>
      </w:r>
      <w:r>
        <w:t>to is ko main kehta hoon name, is ko main kehta hoon</w:t>
      </w:r>
    </w:p>
    <w:p>
      <w:pPr>
        <w:jc w:val="right"/>
      </w:pPr>
      <w:r>
        <w:t>تو اس کو میں کہتا ہوں نیم، اس کو میں کہتا ہوں</w:t>
      </w:r>
    </w:p>
    <w:p>
      <w:r>
        <w:rPr>
          <w:b/>
        </w:rPr>
        <w:t xml:space="preserve">[16:49] </w:t>
      </w:r>
      <w:r>
        <w:t>khudai tareeqa, khudai tareeqa ke kal ka person create kar ke aaj aadmi ko sochne ki taraf le jana.</w:t>
      </w:r>
    </w:p>
    <w:p>
      <w:pPr>
        <w:jc w:val="right"/>
      </w:pPr>
      <w:r>
        <w:t>خدائی طریقہ، خدائی طریقہ کہ کل کا پرسن کریٹ کر کے آج آدمی کو سوچنے کی طرف لے جانا۔</w:t>
      </w:r>
    </w:p>
    <w:p>
      <w:r>
        <w:rPr>
          <w:b/>
        </w:rPr>
        <w:t xml:space="preserve">[17:02] </w:t>
      </w:r>
      <w:r>
        <w:t>apple shock, is ko main kehta hoon apple shock. to Allah taala ka tareeqa apple shock raha. poori tareekh mein jitni bhi barqiyen huien, sab apple shock ke zariye huien hain.</w:t>
      </w:r>
    </w:p>
    <w:p>
      <w:pPr>
        <w:jc w:val="right"/>
      </w:pPr>
      <w:r>
        <w:t>ایپل شاک، اس کو میں کہتا ہوں ایپل شاک۔ تو اللہ تعالی کا طریقہ ایپل شاک رہا۔ پوری تاریخ میں جتنی بھی برچیزیں ہوئیں، سب ایپل شاک کے ذریعے ہوئی ہیں۔</w:t>
      </w:r>
    </w:p>
    <w:p>
      <w:r>
        <w:rPr>
          <w:b/>
        </w:rPr>
        <w:t xml:space="preserve">[17:15] </w:t>
      </w:r>
      <w:r>
        <w:t>ab aap apne aap ke paas jo jo bachcha paida hue, aap is ko chahte hain ke phool mein rakhein, to phool mein rakhein to yeh Allah ka tareeqa hi nahi.</w:t>
      </w:r>
    </w:p>
    <w:p>
      <w:pPr>
        <w:jc w:val="right"/>
      </w:pPr>
      <w:r>
        <w:t>اب آپ اپنے آپ کے پاس جو جو بچہ پیدا ہوئے، آپ اس کو چاہتے ہیں کہ پھول میں رکھیں، تو پھول میں رکھیں تو یہ اللہ کا طریقہ ہی نہیں۔</w:t>
      </w:r>
    </w:p>
    <w:p>
      <w:r>
        <w:rPr>
          <w:b/>
        </w:rPr>
        <w:t xml:space="preserve">[17:26] </w:t>
      </w:r>
      <w:r>
        <w:t>un ko shock do, tab woh un ki aqal khule gi. to tamam baap jin ke paas paisa hota hai, woh apne bachon ko chahte hain phool mein rakhna.</w:t>
      </w:r>
    </w:p>
    <w:p>
      <w:pPr>
        <w:jc w:val="right"/>
      </w:pPr>
      <w:r>
        <w:t>ان کو شاک دو، تب وہ ان کی عقل کھلے گی۔ تو تمام باپ جن کے پاس پیسہ ہوتا ہے، وہ اپنے بچوں کو چاہتے ہیں پھول میں رکھنا۔</w:t>
      </w:r>
    </w:p>
    <w:p>
      <w:r>
        <w:rPr>
          <w:b/>
        </w:rPr>
        <w:t xml:space="preserve">[17:40] </w:t>
      </w:r>
      <w:r>
        <w:t>woh apple shock ki woh nahi jante, hikmat, hikmat nahi jante, hikmat nahi jante. to main samajhta hoon ke jis beta beti ko aisa baap mil jaye jo apple shock ke bhi dunk jaane,</w:t>
      </w:r>
    </w:p>
    <w:p>
      <w:pPr>
        <w:jc w:val="right"/>
      </w:pPr>
      <w:r>
        <w:t>وہ ایپل شاک کی وہ نہیں جانتے، حکمت، حکمت نہیں جانتے، حکمت نہیں جانتے۔ تو میں سمجھتا ہوں کہ جس بیٹا بیٹی کو ایسا باپ مل جائے جو ایپل شاک کے بھی ڈنک جانے،</w:t>
      </w:r>
    </w:p>
    <w:p>
      <w:r>
        <w:rPr>
          <w:b/>
        </w:rPr>
        <w:t xml:space="preserve">[17:58] </w:t>
      </w:r>
      <w:r>
        <w:t>apple shock ki wohi aqalmand baap hai, aur usi ke bachche tarqqi karte hain. isi liye ghareeb ke bachche zyada tarqqi karte hain,</w:t>
      </w:r>
    </w:p>
    <w:p>
      <w:pPr>
        <w:jc w:val="right"/>
      </w:pPr>
      <w:r>
        <w:t>ایپل شاک کی وہی عقلمند باپ ہے، اور اسی کے بچے ترقی کرتے ہیں۔ اسی لیے غریب کے بچے زیادہ ترقی کرتے ہیں،</w:t>
      </w:r>
    </w:p>
    <w:p>
      <w:r>
        <w:rPr>
          <w:b/>
        </w:rPr>
        <w:t xml:space="preserve">[18:12] </w:t>
      </w:r>
      <w:r>
        <w:t>ghareeb logon ke bachche, kyun ke jo jin jin baapon ke paas paisa hota hai, woh kabhi jante hi nahi is hikmat ko, apple shock ki hikmat ko.</w:t>
      </w:r>
    </w:p>
    <w:p>
      <w:pPr>
        <w:jc w:val="right"/>
      </w:pPr>
      <w:r>
        <w:t>غریب لوگوں کے بچے، کیونکہ جو جن جن باپوں کے پاس پیسہ ہوتا ہے، وہ کبھی جانتے ہی نہیں اس حکمت کو، ایپل شاک کی حکمت کو۔</w:t>
      </w:r>
    </w:p>
    <w:p>
      <w:r>
        <w:rPr>
          <w:b/>
        </w:rPr>
        <w:t xml:space="preserve">[18:25] </w:t>
      </w:r>
      <w:r>
        <w:t>to Allah taala ne ghareebi paida ki. chunke insaan apple shock ko ikhtiyar nahi kar saka, to Allah taala ne ghareebi paida ki, ghareebi, museebat.</w:t>
      </w:r>
    </w:p>
    <w:p>
      <w:pPr>
        <w:jc w:val="right"/>
      </w:pPr>
      <w:r>
        <w:t>تو اللہ تعالی نے غریبی پیدا کی۔ چونکہ انسان ایپل شاک کو اختیار نہیں کر سکا، تو اللہ تعالی نے غریبی پیدا کی، غریبی، مصیبت۔</w:t>
      </w:r>
    </w:p>
    <w:p>
      <w:r>
        <w:rPr>
          <w:b/>
        </w:rPr>
        <w:t xml:space="preserve">[18:48] </w:t>
      </w:r>
      <w:r>
        <w:t>woh is sahib, woh is ke sabireen alazeen azabuh museebat, museebat shock, apple shock ka matlab hai museebat shock.</w:t>
      </w:r>
    </w:p>
    <w:p>
      <w:pPr>
        <w:jc w:val="right"/>
      </w:pPr>
      <w:r>
        <w:t>وہ اس صاحب، وہ اس کے صابرین الذین عذابۃ مصیبت، مصیبت شاک، ایپل شاک کا مطلب ہے مصیبت شاک۔</w:t>
      </w:r>
    </w:p>
    <w:p>
      <w:r>
        <w:rPr>
          <w:b/>
        </w:rPr>
        <w:t xml:space="preserve">[19:00] </w:t>
      </w:r>
      <w:r>
        <w:t>to allah ta'ala ki rehmat hai, yeh musibat. ek hadith hai, ek hadith hai ke allah ta'ala ne farmaya jibril se ke ek bachcha, ek baba, ek banda dua kar raha tha ke khuda meri musibat door kar de, meri musibat door kar de.</w:t>
      </w:r>
    </w:p>
    <w:p>
      <w:pPr>
        <w:jc w:val="right"/>
      </w:pPr>
      <w:r>
        <w:t>تو اللہ تعالی کی رحمت ہے، یہ مصیبت۔ ایک حدیث ہے، ایک حدیث ہے کہ اللہ تعالی نے فرمایا جبرائیل سے کہ ایک بچہ، ایک بابا، ایک بندہ دعا کر رہا تھا کہ خدا میری مصیبت دور کر دے، میری مصیبت دور کر دے۔</w:t>
      </w:r>
    </w:p>
    <w:p>
      <w:r>
        <w:rPr>
          <w:b/>
        </w:rPr>
        <w:t xml:space="preserve">[19:21] </w:t>
      </w:r>
      <w:r>
        <w:t>to allah ta'ala ne jibril se kaha ke aye jibril, la ta'ajjil khudaya, meri is bande ki musibat door karne mein jaldi mat kar, ladne do us ko musibat mein.</w:t>
      </w:r>
    </w:p>
    <w:p>
      <w:pPr>
        <w:jc w:val="right"/>
      </w:pPr>
      <w:r>
        <w:t>تو اللہ تعالی نے جبرائیل سے کہا کہ اے جبرائیل، لا تعجل خدایا، میری اس بندے کی مصیبت دور کرنے میں جلدی مت کر، لڑنے دو اس کو مصیبت میں۔</w:t>
      </w:r>
    </w:p>
    <w:p>
      <w:r>
        <w:rPr>
          <w:b/>
        </w:rPr>
        <w:t xml:space="preserve">[19:34] </w:t>
      </w:r>
      <w:r>
        <w:t>yeh hai na? ji, yeh hai. ji, yahi hai. fiyani yuhibbu an asmaa'a sawtahu hain.</w:t>
      </w:r>
    </w:p>
    <w:p>
      <w:pPr>
        <w:jc w:val="right"/>
      </w:pPr>
      <w:r>
        <w:t>یہ ہے نا؟ جی، یہ ہے۔ جی، یہی ہے۔ فیانی یحب ان اسماء صوتہ ہیں۔</w:t>
      </w:r>
    </w:p>
    <w:p>
      <w:r>
        <w:rPr>
          <w:b/>
        </w:rPr>
        <w:t xml:space="preserve">[19:43] </w:t>
      </w:r>
      <w:r>
        <w:t>fiyani yuhibbu an asmaa'a sawtahu. kyunke main us ki, us ki awaz ko pasand karta hoon. awaz ka matlab yeh hai ke us ke andar soch aayegi musibat se aur shakk se,</w:t>
      </w:r>
    </w:p>
    <w:p>
      <w:pPr>
        <w:jc w:val="right"/>
      </w:pPr>
      <w:r>
        <w:t>فیانی یحب ان اسماء صوتہ۔ کیونکہ میں اس کی، اس کی آواز کو پسند کرتا ہوں۔ آواز کا مطلب یہ ہے کہ اس کے اندر سوچ آئے گی مصیبت سے اور شاک سے،</w:t>
      </w:r>
    </w:p>
    <w:p>
      <w:r>
        <w:rPr>
          <w:b/>
        </w:rPr>
        <w:t xml:space="preserve">[20:00] </w:t>
      </w:r>
      <w:r>
        <w:t>woh use mahbub. isi tarah kya hongi? isi tarah kya hongi? liqada'i hajat abdi hain.</w:t>
      </w:r>
    </w:p>
    <w:p>
      <w:pPr>
        <w:jc w:val="right"/>
      </w:pPr>
      <w:r>
        <w:t>وہ اسے محبوب۔ اسی طرح کیا ہوں گی؟ اسی طرح کیا ہوں گی؟ لقضائے حاجت عبدی ہیں۔</w:t>
      </w:r>
    </w:p>
    <w:p>
      <w:r>
        <w:rPr>
          <w:b/>
        </w:rPr>
        <w:t xml:space="preserve">[20:10] </w:t>
      </w:r>
      <w:r>
        <w:t>ji, maulana. ya ya jibril, la ta'ajjil liqada'i hajat rabbi. ya jibril, la ta'ajjil liqada'i hajat rabbi.</w:t>
      </w:r>
    </w:p>
    <w:p>
      <w:pPr>
        <w:jc w:val="right"/>
      </w:pPr>
      <w:r>
        <w:t>جی، مولانا۔ یا یا جبرائیل، لا تعجل لقضائے حاجت ربی۔ یا جبرائیل، لا تعجل لقضائے حاجت ربی۔</w:t>
      </w:r>
    </w:p>
    <w:p>
      <w:r>
        <w:rPr>
          <w:b/>
        </w:rPr>
        <w:t xml:space="preserve">[20:23] </w:t>
      </w:r>
      <w:r>
        <w:t>aye jibril, mere bande ki hajat ko poori karne mein jaldi mat kar, musibat rehne de us ko, us ko thokar khane rehne do, us ke sar par pathar padne do,</w:t>
      </w:r>
    </w:p>
    <w:p>
      <w:pPr>
        <w:jc w:val="right"/>
      </w:pPr>
      <w:r>
        <w:t>اے جبرائیل، میرے بندے کی حاجت کو پوری کرنے میں جلدی مت کر، مصیبت رہنے دے اس کو، اس کو ٹھوکر کھانے رہنے دو، اس کے سر پر پتھر پڑنے دو،</w:t>
      </w:r>
    </w:p>
    <w:p>
      <w:r>
        <w:rPr>
          <w:b/>
        </w:rPr>
        <w:t xml:space="preserve">[20:36] </w:t>
      </w:r>
      <w:r>
        <w:t>kyunke us ke upar se jal gaye hain, us ke upar se jayenge, us ke andar, us ke andar jo bar rakhi hai hum ne, allah ne woh sab waqea banenge.</w:t>
      </w:r>
    </w:p>
    <w:p>
      <w:pPr>
        <w:jc w:val="right"/>
      </w:pPr>
      <w:r>
        <w:t>کیونکہ اس کے اوپر سے جل گئے ہیں، اس کے اوپر سے جائیں گے، اس کے اندر، اس کے اندر جو بر رکھی ہے ہم نے، اللہ نے وہ سب واقعہ بنیں گے۔</w:t>
      </w:r>
    </w:p>
    <w:p>
      <w:r>
        <w:rPr>
          <w:b/>
        </w:rPr>
        <w:t xml:space="preserve">[20:54] </w:t>
      </w:r>
      <w:r>
        <w:t>to main samajhta hoon ke dunya mein yeh jo chala usool, help kar, help, help nahi karo, balke us ko thokar khane do, un ko musibat uthane do taake un ke andar jo potential hai, woh jaage.</w:t>
      </w:r>
    </w:p>
    <w:p>
      <w:pPr>
        <w:jc w:val="right"/>
      </w:pPr>
      <w:r>
        <w:t>تو میں سمجھتا ہوں کہ دنیا میں یہ جو چلا اصول، ہیلپ کر، ہیلپ، ہیلپ نہیں کرو، بلکہ اس کو ٹھوکر کھانے دو، ان کو مصیبت اٹھانے دو تاکہ ان کے اندر جو پوٹینشل ہے، وہ جاگے۔</w:t>
      </w:r>
    </w:p>
    <w:p>
      <w:r>
        <w:rPr>
          <w:b/>
        </w:rPr>
        <w:t xml:space="preserve">[21:15] </w:t>
      </w:r>
      <w:r>
        <w:t>log potential ko jaagne nahi dete, potential ko jaagne nahi dete.</w:t>
      </w:r>
    </w:p>
    <w:p>
      <w:pPr>
        <w:jc w:val="right"/>
      </w:pPr>
      <w:r>
        <w:t>لوگ پوٹینشل کو جاگنے نہیں دیتے، پوٹینشل کو جاگنے نہیں دیتے۔</w:t>
      </w:r>
    </w:p>
    <w:p>
      <w:r>
        <w:rPr>
          <w:b/>
        </w:rPr>
        <w:t xml:space="preserve">[21:23] </w:t>
      </w:r>
      <w:r>
        <w:t>yeh itni badi hikmat hai. quran mein ayat likhi hai: "inna ma'al usri yusra".</w:t>
      </w:r>
    </w:p>
    <w:p>
      <w:pPr>
        <w:jc w:val="right"/>
      </w:pPr>
      <w:r>
        <w:t>یہ اتنی بڑی حکمت ہے۔ قرآن میں آیت لکھی ہے: "انا مال عسر یسرا"۔</w:t>
      </w:r>
    </w:p>
    <w:p>
      <w:r>
        <w:rPr>
          <w:b/>
        </w:rPr>
        <w:t xml:space="preserve">[21:33] </w:t>
      </w:r>
      <w:r>
        <w:t>"inna ma'al usri yusra". kya tarjuma is ka hai? beshak, aasani mushkil ke sath aasani hai.</w:t>
      </w:r>
    </w:p>
    <w:p>
      <w:pPr>
        <w:jc w:val="right"/>
      </w:pPr>
      <w:r>
        <w:t>"انا مال عسر یسرا"۔ کیا ترجمہ اس کا ہے؟ بے شک، آسانی مشکل کے ساتھ آسانی ہے۔</w:t>
      </w:r>
    </w:p>
    <w:p>
      <w:r>
        <w:rPr>
          <w:b/>
        </w:rPr>
        <w:t xml:space="preserve">[21:44] </w:t>
      </w:r>
      <w:r>
        <w:t>haan, mushkil ke sath aasani hai. jo mushkil hai, usi ke sath aayegi aasani, yani kamyabi.</w:t>
      </w:r>
    </w:p>
    <w:p>
      <w:pPr>
        <w:jc w:val="right"/>
      </w:pPr>
      <w:r>
        <w:t>ہاں، مشکل کے ساتھ آسانی ہے۔ جو مشکل ہے، اسی کے ساتھ آئے گی آسانی، یعنی کامیابی۔</w:t>
      </w:r>
    </w:p>
    <w:p>
      <w:r>
        <w:rPr>
          <w:b/>
        </w:rPr>
        <w:t xml:space="preserve">[21:55] </w:t>
      </w:r>
      <w:r>
        <w:t>shakk chale gaye ke shakk, shakk se insaan ke raste khulenge, us ki aqal zyada kaam karegi. yeh allah ta'ala ki hikmat hai.</w:t>
      </w:r>
    </w:p>
    <w:p>
      <w:pPr>
        <w:jc w:val="right"/>
      </w:pPr>
      <w:r>
        <w:t>شاک چلے گئے کہ شاک، شاک سے انسان کے راستے کھلیں گے، اس کی عقل زیادہ کام کرے گی۔ یہ اللہ تعالی کی حکمت ہے۔</w:t>
      </w:r>
    </w:p>
    <w:p>
      <w:r>
        <w:rPr>
          <w:b/>
        </w:rPr>
        <w:t xml:space="preserve">[22:09] </w:t>
      </w:r>
      <w:r>
        <w:t>to is ke mani yeh hue ke allah chahta hai ke insaan apni khudadad jo aqal hai, us ko istemal kare.</w:t>
      </w:r>
    </w:p>
    <w:p>
      <w:pPr>
        <w:jc w:val="right"/>
      </w:pPr>
      <w:r>
        <w:t>تو اس کے معنی یہ ہوئے کہ اللہ چاہتا ہے کہ انسان اپنی خداداد جو عقل ہے، اس کو استعمال کرے۔</w:t>
      </w:r>
    </w:p>
    <w:p>
      <w:r>
        <w:rPr>
          <w:b/>
        </w:rPr>
        <w:t xml:space="preserve">[22:21] </w:t>
      </w:r>
      <w:r>
        <w:t>aur aap jab help faraham karte hain logon ko, help to aap un ki khazana aqal ko sla dete hain, aur idhar udhar ki aqal chalata hai.</w:t>
      </w:r>
    </w:p>
    <w:p>
      <w:pPr>
        <w:jc w:val="right"/>
      </w:pPr>
      <w:r>
        <w:t>اور آپ جب ہیلپ فراہم کرتے ہیں لوگوں کو، ہیلپ تو آپ ان کی خزانہ عقل کو سلا دیتے ہیں، اور ادھر ادھر کی عقل چلاتا ہے۔</w:t>
      </w:r>
    </w:p>
    <w:p>
      <w:r>
        <w:rPr>
          <w:b/>
        </w:rPr>
        <w:t xml:space="preserve">[22:34] </w:t>
      </w:r>
      <w:r>
        <w:t>woh, woh, woh aqal jo khudadad aqal hai, woh thodi us ko sla deta hai. woh aadmi ab hum ne bohat us ki study ki hai.</w:t>
      </w:r>
    </w:p>
    <w:p>
      <w:pPr>
        <w:jc w:val="right"/>
      </w:pPr>
      <w:r>
        <w:t>وہ، وہ، وہ عقل جو خداداد عقل ہے، وہ تھوڑی اس کو سلا دیتا ہے۔ وہ آدمی اب ہم نے بہت اس کی اسٹڈی کی ہے۔</w:t>
      </w:r>
    </w:p>
    <w:p>
      <w:r>
        <w:rPr>
          <w:b/>
        </w:rPr>
        <w:t xml:space="preserve">[22:45] </w:t>
      </w:r>
      <w:r>
        <w:t>jin logon ko musibat nahi padi hai, musibat padi hai, unhone taraqqiyan ki hain. khud apne gharon mein ne dekha, hamara family, hamari family bohat badi thi.</w:t>
      </w:r>
    </w:p>
    <w:p>
      <w:pPr>
        <w:jc w:val="right"/>
      </w:pPr>
      <w:r>
        <w:t>جن لوگوں کو مصیبت نہیں پڑی ہے، مصیبت پڑی ہے، انہوں نے ترقیاں کی ہیں۔ خود اپنے گھروں میں نے دیکھا، ہمارا فیملی، ہماری فیملی بہت بڑی تھی۔</w:t>
      </w:r>
    </w:p>
    <w:p>
      <w:r>
        <w:rPr>
          <w:b/>
        </w:rPr>
        <w:t xml:space="preserve">[22:57] </w:t>
      </w:r>
      <w:r>
        <w:t>is mein mere jo barhe bhai the, abdul aziz khan, woh bohat hi khasta halat mein the, aur ghar mein un ko, un ko achhe nahi samajh aata tha.</w:t>
      </w:r>
    </w:p>
    <w:p>
      <w:pPr>
        <w:jc w:val="right"/>
      </w:pPr>
      <w:r>
        <w:t>اس میں میرے جو بڑے بھائی تھے، عبدالعزیز خان، وہ بہت ہی خستہ حالت میں تھے، اور گھر میں ان کو، ان کو اچھے نہیں سمجھ آتا تھا۔</w:t>
      </w:r>
    </w:p>
    <w:p>
      <w:r>
        <w:rPr>
          <w:b/>
        </w:rPr>
        <w:t xml:space="preserve">[23:14] </w:t>
      </w:r>
      <w:r>
        <w:t>yahan tak ke kuch, kuch logon ne un ko manhous karna shuru kar diya tha. is shakhs ke andar jo, jo, jo, jo un ko jo mashaqqatain padi hain, un ko jo musibatein padi hain, un ko jo sakht halaat ka samna karna pada, to hero hero ban gaye.</w:t>
      </w:r>
    </w:p>
    <w:p>
      <w:pPr>
        <w:jc w:val="right"/>
      </w:pPr>
      <w:r>
        <w:t>یہاں تک کہ کچھ، کچھ لوگوں نے ان کو منحوس کرنا شروع کر دیا تھا۔ اس شخص کے اندر جو، جو، جو، جو ان کو جو مشقتیں پڑی ہیں، ان کو جو مصیبتیں پڑی ہیں، ان کو جو سخت حالات کا سامنا کرنا پڑا، تو ہیرو ہیرو بن گئے۔</w:t>
      </w:r>
    </w:p>
    <w:p>
      <w:r>
        <w:rPr>
          <w:b/>
        </w:rPr>
        <w:t xml:space="preserve">[23:33] </w:t>
      </w:r>
      <w:r>
        <w:t>mere barhe bhai the, woh hero ban gaye. poore khandan mein sab se zyada taraqqi unhone ki, poore khandan mein sab se zyada taraqqi unhone ki.</w:t>
      </w:r>
    </w:p>
    <w:p>
      <w:pPr>
        <w:jc w:val="right"/>
      </w:pPr>
      <w:r>
        <w:t>میرے بڑے بھائی تھے، وہ ہیرو بن گئے۔ پورے خاندان میں سب سے زیادہ ترقی انہوں نے کی، پورے خاندان میں سب سے زیادہ ترقی انہوں نے کی۔</w:t>
      </w:r>
    </w:p>
    <w:p>
      <w:r>
        <w:rPr>
          <w:b/>
        </w:rPr>
        <w:t xml:space="preserve">[23:43] </w:t>
      </w:r>
      <w:r>
        <w:t>aur jin logon ko khud aaram dega, lath pair dega, unhone kuch taraqqi nahi kar saki, kuch taraqqi nahi kar saki. to aaj main isi cheez ko chahta hoon ke aap log sochein ke yeh jo help ka tasawwur hai, woh natural nahi hai.</w:t>
      </w:r>
    </w:p>
    <w:p>
      <w:pPr>
        <w:jc w:val="right"/>
      </w:pPr>
      <w:r>
        <w:t>اور جن لوگوں کو خود آرام دے گا، لاٹھ پیر دے گا، انہوں نے کچھ ترقی نہیں کر سکی، کچھ ترقی نہیں کر سکی۔ تو آج میں اسی چیز کو چاہتا ہوں کہ آپ لوگ سوچیں کہ یہ جو ہیلپ کا تصور ہے، وہ نیچرل نہیں ہے۔</w:t>
      </w:r>
    </w:p>
    <w:p>
      <w:r>
        <w:rPr>
          <w:b/>
        </w:rPr>
        <w:t xml:space="preserve">[24:04] </w:t>
      </w:r>
      <w:r>
        <w:t>help ka matlab hai main help karta hoon logon ko ke main ne bohat si kitabein chhapi hain, wisdom par, raaz hayat waghera.</w:t>
      </w:r>
    </w:p>
    <w:p>
      <w:pPr>
        <w:jc w:val="right"/>
      </w:pPr>
      <w:r>
        <w:t>ہیلپ کا مطلب ہے میں ہیلپ کرتا ہوں لوگوں کو کہ میں نے بہت سی کتابیں چھاپی ہیں، وزڈم پر، راز حیات وغیرہ۔</w:t>
      </w:r>
    </w:p>
    <w:p>
      <w:r>
        <w:rPr>
          <w:b/>
        </w:rPr>
        <w:t xml:space="preserve">[24:14] </w:t>
      </w:r>
      <w:r>
        <w:t>abhi english mein, urdu mein, hindi mein, us ko aap padhiye. to mere help ka tasawwur doosra hai.</w:t>
      </w:r>
    </w:p>
    <w:p>
      <w:pPr>
        <w:jc w:val="right"/>
      </w:pPr>
      <w:r>
        <w:t>ابھی انگلش میں، اردو میں، ہندی میں، اس کو آپ پڑھیے۔ تو میرے ہیلپ کا تصور دوسرا ہے۔</w:t>
      </w:r>
    </w:p>
    <w:p>
      <w:r>
        <w:rPr>
          <w:b/>
        </w:rPr>
        <w:t xml:space="preserve">[24:25] </w:t>
      </w:r>
      <w:r>
        <w:t>logon ke help ka tasawwur yeh hai ke paisa banto, kapda banto, kambal banto, yani free mein logon ko cheezein do.</w:t>
      </w:r>
    </w:p>
    <w:p>
      <w:pPr>
        <w:jc w:val="right"/>
      </w:pPr>
      <w:r>
        <w:t>لوگوں کے ہیلپ کا تصور یہ ہے کہ پیسہ بانٹو، کپڑا بانٹو، کمبل بانٹو، یعنی فری میں لوگوں کو چیزیں دو۔</w:t>
      </w:r>
    </w:p>
    <w:p>
      <w:r>
        <w:rPr>
          <w:b/>
        </w:rPr>
        <w:t xml:space="preserve">[24:34] </w:t>
      </w:r>
      <w:r>
        <w:t>jo mother teresa ka jo model hai, log mother teresa ka model ko jantay hain ke free mein logon ko do, free mein do.</w:t>
      </w:r>
    </w:p>
    <w:p>
      <w:pPr>
        <w:jc w:val="right"/>
      </w:pPr>
      <w:r>
        <w:t>جو مدر ٹریسا کا جو ماڈل ہے، لوگ مدر ٹریسا کا ماڈل کو جانتے ہیں کہ فری میں لوگوں کو دو، فری میں دو۔</w:t>
      </w:r>
    </w:p>
    <w:p>
      <w:r>
        <w:rPr>
          <w:b/>
        </w:rPr>
        <w:t xml:space="preserve">[24:48] </w:t>
      </w:r>
      <w:r>
        <w:t>lekin aap jantay hain ke mother teresa ka ka mission bilkul fail hua. mother teresa ke upar us ki saheli thi, qareebi tareen us ki dost,</w:t>
      </w:r>
    </w:p>
    <w:p>
      <w:pPr>
        <w:jc w:val="right"/>
      </w:pPr>
      <w:r>
        <w:t>لیکن آپ جانتے ہیں کہ مدر ٹریسا کا کا مشن بالکل فیل ہوا۔ مدر ٹریسا کے اوپر اس کی سہیلی تھی، قریبی ترین اس کی دوست،</w:t>
      </w:r>
    </w:p>
    <w:p>
      <w:r>
        <w:rPr>
          <w:b/>
        </w:rPr>
        <w:t xml:space="preserve">[25:02] </w:t>
      </w:r>
      <w:r>
        <w:t>us ne kitab likhi hai. is kitab ka, is kitab mein us ne bataya hai ke she died in a agony.</w:t>
      </w:r>
    </w:p>
    <w:p>
      <w:pPr>
        <w:jc w:val="right"/>
      </w:pPr>
      <w:r>
        <w:t>اس نے کتاب لکھی ہے۔ اس کتاب کا، اس کتاب میں اس نے بتایا ہے کہ شی ڈائیڈ ان اے ایگنی۔</w:t>
      </w:r>
    </w:p>
    <w:p>
      <w:r>
        <w:rPr>
          <w:b/>
        </w:rPr>
        <w:t xml:space="preserve">[25:13] </w:t>
      </w:r>
      <w:r>
        <w:t>she died in agony. mother teresa gham mein mari kyunke woh kuch mila nahi.</w:t>
      </w:r>
    </w:p>
    <w:p>
      <w:pPr>
        <w:jc w:val="right"/>
      </w:pPr>
      <w:r>
        <w:t>شی ڈائیڈ ان ایگنی۔ مدر ٹریسا غم میں مری کیونکہ وہ کچھ ملا نہیں۔</w:t>
      </w:r>
    </w:p>
    <w:p>
      <w:r>
        <w:rPr>
          <w:b/>
        </w:rPr>
        <w:t xml:space="preserve">[25:22] </w:t>
      </w:r>
      <w:r>
        <w:t>us ko us ke baad bulk sahib dekhiye, tata ko ke tata ne india ko aik tohfa diya,</w:t>
      </w:r>
    </w:p>
    <w:p>
      <w:pPr>
        <w:jc w:val="right"/>
      </w:pPr>
      <w:r>
        <w:t>اس کو اس کے بعد بلک صاحب دیکھیے، ٹاٹا کو کہ ٹاٹا نے انڈیا کو ایک تحفہ دیا،</w:t>
      </w:r>
    </w:p>
    <w:p>
      <w:r>
        <w:rPr>
          <w:b/>
        </w:rPr>
        <w:t xml:space="preserve">[25:34] </w:t>
      </w:r>
      <w:r>
        <w:t>steel ki industry, hawa jahaz, jo bari bari kitni cheezen hain jo is tata ne is mulk ko di hain.</w:t>
      </w:r>
    </w:p>
    <w:p>
      <w:pPr>
        <w:jc w:val="right"/>
      </w:pPr>
      <w:r>
        <w:t>اسٹیل کی انڈسٹری، ہوا جہاز، جو بڑی بڑی کتنی چیزیں ہیں جو اس ٹاٹا نے اس ملک کو دی ہیں۔</w:t>
      </w:r>
    </w:p>
    <w:p>
      <w:r>
        <w:rPr>
          <w:b/>
        </w:rPr>
        <w:t xml:space="preserve">[25:48] </w:t>
      </w:r>
      <w:r>
        <w:t>to mein samajhta hoon ke aqalmand baap woh hai jo apne apne bete ko sakhtiyon mein chalne de,</w:t>
      </w:r>
    </w:p>
    <w:p>
      <w:pPr>
        <w:jc w:val="right"/>
      </w:pPr>
      <w:r>
        <w:t>تو میں سمجھتا ہوں کہ عقلمند باپ وہ ہے جو اپنے اپنے بیٹے کو سختیوں میں چلنے دے،</w:t>
      </w:r>
    </w:p>
    <w:p>
      <w:r>
        <w:rPr>
          <w:b/>
        </w:rPr>
        <w:t xml:space="preserve">[26:03] </w:t>
      </w:r>
      <w:r>
        <w:t>us ko phir paisa kama kar free mein na de, apne bachon ko himayat karne de.</w:t>
      </w:r>
    </w:p>
    <w:p>
      <w:pPr>
        <w:jc w:val="right"/>
      </w:pPr>
      <w:r>
        <w:t>اس کو پھر پیسہ کما کر فری میں نہ دے، اپنے بچوں کو حمایت کرنے دے۔</w:t>
      </w:r>
    </w:p>
    <w:p>
      <w:r>
        <w:rPr>
          <w:b/>
        </w:rPr>
        <w:t xml:space="preserve">[26:20] </w:t>
      </w:r>
      <w:r>
        <w:t>aap tajurba kar ke dijiye, do family ka aap compare kijiye. jis family ka baap jo hai museebaton mein raha hoga, us ko paisa itna nahi hoga ke bohat ziyada woh nawazay apne bete beti ko.</w:t>
      </w:r>
    </w:p>
    <w:p>
      <w:pPr>
        <w:jc w:val="right"/>
      </w:pPr>
      <w:r>
        <w:t>آپ تجربہ کر کے دیجیے، دو فیملی کا آپ کمپیئر کیجیے۔ جس فیملی کا باپ جو ہے مصیبتوں میں رہا ہوگا، اس کو پیسہ اتنا نہیں ہوگا کہ بہت زیادہ وہ نوازے اپنے بیٹے بیٹی کو۔</w:t>
      </w:r>
    </w:p>
    <w:p>
      <w:r>
        <w:rPr>
          <w:b/>
        </w:rPr>
        <w:t xml:space="preserve">[26:37] </w:t>
      </w:r>
      <w:r>
        <w:t>un ke bachay ziyada tarraqi karenge, aur jinho ne khoob bachon ko diya, un ko makhmal par, makhmal ke bistar par sulaya,</w:t>
      </w:r>
    </w:p>
    <w:p>
      <w:pPr>
        <w:jc w:val="right"/>
      </w:pPr>
      <w:r>
        <w:t>ان کے بچے زیادہ ترقی کریں گے، اور جنہوں نے خوب بچوں کو دیا، ان کو مخمل پر، مخمل کے بستر پر سلایا،</w:t>
      </w:r>
    </w:p>
    <w:p>
      <w:r>
        <w:rPr>
          <w:b/>
        </w:rPr>
        <w:t xml:space="preserve">[26:51] </w:t>
      </w:r>
      <w:r>
        <w:t>un ke bachay koi tarraqi nahi karte.</w:t>
      </w:r>
    </w:p>
    <w:p>
      <w:pPr>
        <w:jc w:val="right"/>
      </w:pPr>
      <w:r>
        <w:t>ان کے بچے کوئی ترقی نہیں کرتے۔</w:t>
      </w:r>
    </w:p>
    <w:p>
      <w:r>
        <w:rPr>
          <w:b/>
        </w:rPr>
        <w:t xml:space="preserve">[26:57] </w:t>
      </w:r>
      <w:r>
        <w:t>yeh hai law of nature.</w:t>
      </w:r>
    </w:p>
    <w:p>
      <w:pPr>
        <w:jc w:val="right"/>
      </w:pPr>
      <w:r>
        <w:t>یہ ہے لاء آف نیچر۔</w:t>
      </w:r>
    </w:p>
    <w:p>
      <w:r>
        <w:rPr>
          <w:b/>
        </w:rPr>
        <w:t xml:space="preserve">[27:01] </w:t>
      </w:r>
      <w:r>
        <w:t>law of nature poori tareekh mein Allah taala ne pressure ke zareeye, dabaao ke zareeye,</w:t>
      </w:r>
    </w:p>
    <w:p>
      <w:pPr>
        <w:jc w:val="right"/>
      </w:pPr>
      <w:r>
        <w:t>لاء آف نیچر پوری تاریخ میں اللہ تعالی نے پریشر کے ذریعے، دباؤ کے ذریعے،</w:t>
      </w:r>
    </w:p>
    <w:p>
      <w:r>
        <w:rPr>
          <w:b/>
        </w:rPr>
        <w:t xml:space="preserve">[27:10] </w:t>
      </w:r>
      <w:r>
        <w:t>maseebat ke zareeye</w:t>
      </w:r>
    </w:p>
    <w:p>
      <w:pPr>
        <w:jc w:val="right"/>
      </w:pPr>
      <w:r>
        <w:t>مصیبت کے ذریعے</w:t>
      </w:r>
    </w:p>
    <w:p>
      <w:r>
        <w:rPr>
          <w:b/>
        </w:rPr>
        <w:t xml:space="preserve">[27:13] </w:t>
      </w:r>
      <w:r>
        <w:t>tarraqi ke darwaze khole hain.</w:t>
      </w:r>
    </w:p>
    <w:p>
      <w:pPr>
        <w:jc w:val="right"/>
      </w:pPr>
      <w:r>
        <w:t>ترقی کے دروازے کھولے ہیں۔</w:t>
      </w:r>
    </w:p>
    <w:p>
      <w:r>
        <w:rPr>
          <w:b/>
        </w:rPr>
        <w:t xml:space="preserve">[27:33] </w:t>
      </w:r>
      <w:r>
        <w:t>mein ne is pe bohat socha ke yahan tafseer ka lafz kyun hai, basharat ka lafz kyun hai, yani khushkhabri ka lafz kyun hai.</w:t>
      </w:r>
    </w:p>
    <w:p>
      <w:pPr>
        <w:jc w:val="right"/>
      </w:pPr>
      <w:r>
        <w:t>میں نے اس پہ بہت سوچا کہ یہاں تفسیر کا لفظ کیوں ہے، بشارت کا لفظ کیوں ہے، یعنی خوشخبری کا لفظ کیوں ہے۔</w:t>
      </w:r>
    </w:p>
    <w:p>
      <w:r>
        <w:rPr>
          <w:b/>
        </w:rPr>
        <w:t xml:space="preserve">[27:46] </w:t>
      </w:r>
      <w:r>
        <w:t>kyunke museebat hi mein tarraqian aati hain.</w:t>
      </w:r>
    </w:p>
    <w:p>
      <w:pPr>
        <w:jc w:val="right"/>
      </w:pPr>
      <w:r>
        <w:t>کیونکہ مصیبت ہی میں ترقیاں آتی ہیں۔</w:t>
      </w:r>
    </w:p>
    <w:p>
      <w:r>
        <w:rPr>
          <w:b/>
        </w:rPr>
        <w:t xml:space="preserve">[27:52] </w:t>
      </w:r>
      <w:r>
        <w:t>sabireen, sabr mein tarraqian hain. tarraqian sari ki sari sabr mein hain, aaram mein nahi hain, aaram mein nahi hain.</w:t>
      </w:r>
    </w:p>
    <w:p>
      <w:pPr>
        <w:jc w:val="right"/>
      </w:pPr>
      <w:r>
        <w:t>صابرین، صبر میں ترقیاں ہیں۔ ترقیاں ساری کی ساری صبر میں ہیں، آرام میں نہیں ہیں، آرام میں نہیں ہیں۔</w:t>
      </w:r>
    </w:p>
    <w:p>
      <w:r>
        <w:rPr>
          <w:b/>
        </w:rPr>
        <w:t xml:space="preserve">[28:10] </w:t>
      </w:r>
      <w:r>
        <w:t>aap dekhiye, aaj jis ko hum kehte hain tehzeeb aur tarraqi yafta dunya, yeh kahan se nikli hai?</w:t>
      </w:r>
    </w:p>
    <w:p>
      <w:pPr>
        <w:jc w:val="right"/>
      </w:pPr>
      <w:r>
        <w:t>آپ دیکھیے، آج جس کو ہم کہتے ہیں تہذیب اور ترقی یافتہ دنیا، یہ کہاں سے نکلی ہے؟</w:t>
      </w:r>
    </w:p>
    <w:p>
      <w:r>
        <w:rPr>
          <w:b/>
        </w:rPr>
        <w:t xml:space="preserve">[28:22] </w:t>
      </w:r>
      <w:r>
        <w:t>muslim musalmanon ne tarraqi ke zamanay mein kafi to un ka takrao hua</w:t>
      </w:r>
    </w:p>
    <w:p>
      <w:pPr>
        <w:jc w:val="right"/>
      </w:pPr>
      <w:r>
        <w:t>مسلم مسلمانوں نے ترقی کے زمانے میں کافی تو ان کا ٹکراؤ ہوا</w:t>
      </w:r>
    </w:p>
    <w:p>
      <w:r>
        <w:rPr>
          <w:b/>
        </w:rPr>
        <w:t xml:space="preserve">[28:30] </w:t>
      </w:r>
      <w:r>
        <w:t>christian se, christian badshahaton jo qaim ho gayi theen us zamanay mein, jis ko kehte hain quraish.</w:t>
      </w:r>
    </w:p>
    <w:p>
      <w:pPr>
        <w:jc w:val="right"/>
      </w:pPr>
      <w:r>
        <w:t>کرسچن سے، کرسچن بادشاہتوں جو قائم ہو گئی تھیں اس زمانے میں، جس کو کہتے ہیں قریش۔</w:t>
      </w:r>
    </w:p>
    <w:p>
      <w:r>
        <w:rPr>
          <w:b/>
        </w:rPr>
        <w:t xml:space="preserve">[28:40] </w:t>
      </w:r>
      <w:r>
        <w:t>quraishites, quraishites, do so saal tak quraishites ki jang jari rahi, yahan tak ke christian ko bohat zabardast nakami hui.</w:t>
      </w:r>
    </w:p>
    <w:p>
      <w:pPr>
        <w:jc w:val="right"/>
      </w:pPr>
      <w:r>
        <w:t>قریشیٹس، قریشیٹس، دو سو سال تک قریشیٹس کی جنگ جاری رہی، یہاں تک کہ کرسچن کو بہت زبردست ناکامی ہوئی۔</w:t>
      </w:r>
    </w:p>
    <w:p>
      <w:r>
        <w:rPr>
          <w:b/>
        </w:rPr>
        <w:t xml:space="preserve">[28:54] </w:t>
      </w:r>
      <w:r>
        <w:t>aik dam humanity debate hui un ko. yehi quraishites, baharon walay log jo the, wahi to modern technology unho ne develop ki,</w:t>
      </w:r>
    </w:p>
    <w:p>
      <w:pPr>
        <w:jc w:val="right"/>
      </w:pPr>
      <w:r>
        <w:t>ایک دم ہیومینیٹی ڈیبیٹ ہوئی ان کو۔ یہی قریشیٹس، بہاروں والے لوگ جو تھے، وہی تو ماڈرن ٹیکنالوجی انہوں نے ڈیولپ کی،</w:t>
      </w:r>
    </w:p>
    <w:p>
      <w:r>
        <w:rPr>
          <w:b/>
        </w:rPr>
        <w:t xml:space="preserve">[29:07] </w:t>
      </w:r>
      <w:r>
        <w:t>yani zameen mein jo jo hidden khazanay the, hawa jahaz, railway, aur tamam dunya bhar ki technology, computer tak, woh kis ne discover ki?</w:t>
      </w:r>
    </w:p>
    <w:p>
      <w:pPr>
        <w:jc w:val="right"/>
      </w:pPr>
      <w:r>
        <w:t>یعنی زمین میں جو جو ہڈن خزانے تھے، ہوا جہاز، ریلوے، اور تمام دنیا بھر کی ٹیکنالوجی، کمپیوٹر تک، وہ کس نے ڈسکور کی؟</w:t>
      </w:r>
    </w:p>
    <w:p>
      <w:r>
        <w:rPr>
          <w:b/>
        </w:rPr>
        <w:t xml:space="preserve">[29:23] </w:t>
      </w:r>
      <w:r>
        <w:t>unho ne, unho ne quraishites ki war mein bohat zabardast debate khai thi, bohat humanitarian debate.</w:t>
      </w:r>
    </w:p>
    <w:p>
      <w:pPr>
        <w:jc w:val="right"/>
      </w:pPr>
      <w:r>
        <w:t>انہوں نے، انہوں نے قریشیٹس کی وار میں بہت زبردست ڈیبیٹ کھائی تھی، بہت ہیومینیٹین ڈیبیٹ۔</w:t>
      </w:r>
    </w:p>
    <w:p>
      <w:r>
        <w:rPr>
          <w:b/>
        </w:rPr>
        <w:t xml:space="preserve">[29:33] </w:t>
      </w:r>
      <w:r>
        <w:t>to jin sahib ne khat likha hai, sawal kiya hai, mein un se kahunga ke aap ab jis soch ko badlie, doosron ko help karna yeh nahi ke aap ko paisa dein, help karna hai ke koi aqal dein.</w:t>
      </w:r>
    </w:p>
    <w:p>
      <w:pPr>
        <w:jc w:val="right"/>
      </w:pPr>
      <w:r>
        <w:t>تو جن صاحب نے خط لکھا ہے، سوال کیا ہے، میں ان سے کہوں گا کہ آپ اب جس سوچ کو بدلیے، دوسروں کو ہیلپ کرنا یہ نہیں کہ آپ کو پیسہ دیں، ہیلپ کرنا ہے کہ کوئی عقل دیں۔</w:t>
      </w:r>
    </w:p>
    <w:p>
      <w:r>
        <w:rPr>
          <w:b/>
        </w:rPr>
        <w:t xml:space="preserve">[29:49] </w:t>
      </w:r>
      <w:r>
        <w:t>doosron ki help yeh nahi hai ke koi paisa dein, un ko, un ko aqal dijiye.</w:t>
      </w:r>
    </w:p>
    <w:p>
      <w:pPr>
        <w:jc w:val="right"/>
      </w:pPr>
      <w:r>
        <w:t>دوسروں کی ہیلپ یہ نہیں ہے کہ کوئی پیسہ دیں، ان کو، ان کو عقل دیجیے۔</w:t>
      </w:r>
    </w:p>
    <w:p>
      <w:r>
        <w:rPr>
          <w:b/>
        </w:rPr>
        <w:t xml:space="preserve">[29:57] </w:t>
      </w:r>
      <w:r>
        <w:t>aap ko agar samajhna, us ko janna ho ke aqal dena kya cheez hai to hamari latest ki koi book, wahi jo english mein chhapi hai, uska title hai "the secret of success".</w:t>
      </w:r>
    </w:p>
    <w:p>
      <w:pPr>
        <w:jc w:val="right"/>
      </w:pPr>
      <w:r>
        <w:t>آپ کو اگر سمجھنا، اس کو جاننا ہو کہ عقل دینا کیا چیز ہے تو ہماری لیٹسٹ کی کوئی بک، وہی جو انگلش میں چھپی ہے، اس کا ٹائٹل ہے "دا سیکرٹ آف سکسیس"۔</w:t>
      </w:r>
    </w:p>
    <w:p>
      <w:r>
        <w:rPr>
          <w:b/>
        </w:rPr>
        <w:t xml:space="preserve">[30:10] </w:t>
      </w:r>
      <w:r>
        <w:t>is ko aap dekhiye, woh moti si kitaab hai, aur woh isi par hai. "The Secret of Success" is mein nahi hai jo kaha jata hai ke nero was born with silver as poor of life.</w:t>
      </w:r>
    </w:p>
    <w:p>
      <w:pPr>
        <w:jc w:val="right"/>
      </w:pPr>
      <w:r>
        <w:t>اس کو آپ دیکھیے، وہ موٹی سی کتاب ہے، اور وہ اسی پر ہے۔ "دا سیکرٹ آف سکسیس" اس میں نہیں ہے جو کہا جاتا ہے کہ نیرو واز بورن ود سلور از اس پور آف لائف۔</w:t>
      </w:r>
    </w:p>
    <w:p>
      <w:r>
        <w:rPr>
          <w:b/>
        </w:rPr>
        <w:t xml:space="preserve">[30:32] </w:t>
      </w:r>
      <w:r>
        <w:t>sone chandi ke mein paida hone wala bachcha khush khushkhabri nahi hai. jo musibaton mein paida ho, jis ko musibatein pareshayein,</w:t>
      </w:r>
    </w:p>
    <w:p>
      <w:pPr>
        <w:jc w:val="right"/>
      </w:pPr>
      <w:r>
        <w:t>سونے چاندی کے میں پیدا ہونے والا بچہ خوش خوشخبری نہیں ہے۔ جو مصیبتوں میں پیدا ہو، جس کو مصیبتیں پریشائیں،</w:t>
      </w:r>
    </w:p>
    <w:p>
      <w:r>
        <w:rPr>
          <w:b/>
        </w:rPr>
        <w:t xml:space="preserve">[30:46] </w:t>
      </w:r>
      <w:r>
        <w:t>woh khush qismat hai. to yeh kitaab aap hamari parhiye "The Secret of Success" ke zindagi mein kamyabi ka raaz kya hai.</w:t>
      </w:r>
    </w:p>
    <w:p>
      <w:pPr>
        <w:jc w:val="right"/>
      </w:pPr>
      <w:r>
        <w:t>وہ خوش قسمت ہے۔ تو یہ کتاب آپ ہماری پڑھیے "دا سیکرٹ آف سکسیس" کہ زندگی میں کامیابی کا راز کیا ہے۔</w:t>
      </w:r>
    </w:p>
    <w:p>
      <w:r>
        <w:rPr>
          <w:b/>
        </w:rPr>
        <w:t xml:space="preserve">[31:03] </w:t>
      </w:r>
      <w:r>
        <w:t>raaz raaz raaz raaz nahi hai, balkeh yeh hai ke log</w:t>
      </w:r>
    </w:p>
    <w:p>
      <w:pPr>
        <w:jc w:val="right"/>
      </w:pPr>
      <w:r>
        <w:t>راز راز راز راز نہیں ہے، بلکہ یہ ہے کہ لوگ</w:t>
      </w:r>
    </w:p>
    <w:p>
      <w:r>
        <w:rPr>
          <w:b/>
        </w:rPr>
        <w:t xml:space="preserve">[31:13] </w:t>
      </w:r>
      <w:r>
        <w:t>realities se samna karein, un ko realities ka tajurba ho, yaani shock, apple shock.</w:t>
      </w:r>
    </w:p>
    <w:p>
      <w:pPr>
        <w:jc w:val="right"/>
      </w:pPr>
      <w:r>
        <w:t>ریلیٹیز سے سامنا کریں، ان کو ریلیٹیز کا تجربہ ہو، یعنی شاک، ایپل شاک۔</w:t>
      </w:r>
    </w:p>
    <w:p>
      <w:r>
        <w:rPr>
          <w:b/>
        </w:rPr>
        <w:t xml:space="preserve">[31:29] </w:t>
      </w:r>
      <w:r>
        <w:t>to yeh is sawal ka jawab tha. yeh hum sab ke liye sabaq, sabaq hai. to is par inshallah agar kisi ko kuch kehna ho to kar sakta hai.</w:t>
      </w:r>
    </w:p>
    <w:p>
      <w:pPr>
        <w:jc w:val="right"/>
      </w:pPr>
      <w:r>
        <w:t>تو یہ اس سوال کا جواب تھا۔ یہ ہم سب کے لیے سبق، سبق ہے۔ تو اس پر انشاءاللہ اگر کسی کو کچھ کہنا ہو تو کر سکتا ہے۔</w:t>
      </w:r>
    </w:p>
    <w:p>
      <w:r>
        <w:rPr>
          <w:b/>
        </w:rPr>
        <w:t xml:space="preserve">[31:43] </w:t>
      </w:r>
      <w:r>
        <w:t>assalam o alaikum wa rehmatullah.</w:t>
      </w:r>
    </w:p>
    <w:p>
      <w:pPr>
        <w:jc w:val="right"/>
      </w:pPr>
      <w:r>
        <w:t>السلام علیکم ورحمۃ اللہ۔</w:t>
      </w:r>
    </w:p>
    <w:p>
      <w:r>
        <w:rPr>
          <w:b/>
        </w:rPr>
        <w:t xml:space="preserve">[31:58] </w:t>
      </w:r>
      <w:r>
        <w:t>maulana, bohat saare messages aa rahe hain, woh keh rahe hain aap ki awaz bilkul clear thi aaj. acha ji, acha. okay, we will start with the question answer session.</w:t>
      </w:r>
    </w:p>
    <w:p>
      <w:pPr>
        <w:jc w:val="right"/>
      </w:pPr>
      <w:r>
        <w:t>مولانا، بہت سارے میسجز آ رہے ہیں، وہ کہہ رہے ہیں آپ کی آواز بالکل کلیئر تھی آج۔ اچھا جی، اچھا۔ اوکے، وی ویل سٹارٹ ود دی کوئسچن انسر سیشن۔</w:t>
      </w:r>
    </w:p>
    <w:p>
      <w:r>
        <w:rPr>
          <w:b/>
        </w:rPr>
        <w:t xml:space="preserve">[32:09] </w:t>
      </w:r>
      <w:r>
        <w:t>i request everyone who is watching this program to also mention their location when they post their comments and questions. maulana, sab se pehle comment parhna chahenge.</w:t>
      </w:r>
    </w:p>
    <w:p>
      <w:pPr>
        <w:jc w:val="right"/>
      </w:pPr>
      <w:r>
        <w:t>آئی ریکویسٹ ایوری ون ہو از واچنگ دس پروگرام ٹو السو مینشن دیر لوکیشن وین دے پوسٹ دیر کمنٹس اینڈ کوئسچنز۔ مولانا، سب سے پہلے کمنٹ پڑھنا چاہیں گے۔</w:t>
      </w:r>
    </w:p>
    <w:p>
      <w:r>
        <w:rPr>
          <w:b/>
        </w:rPr>
        <w:t xml:space="preserve">[32:22] </w:t>
      </w:r>
      <w:r>
        <w:t>yeh comment aaya hai lahore se tariq badar sahab ka, unhone likha hai: "lahore international book fair is in progress.</w:t>
      </w:r>
    </w:p>
    <w:p>
      <w:pPr>
        <w:jc w:val="right"/>
      </w:pPr>
      <w:r>
        <w:t>یہ کمنٹ آیا ہے لاہور سے طارق بدر صاحب کا، انہوں نے لکھا ہے: "لاہور انٹرنیشنل بک فیئر از ان پروگریس۔</w:t>
      </w:r>
    </w:p>
    <w:p>
      <w:r>
        <w:rPr>
          <w:b/>
        </w:rPr>
        <w:t xml:space="preserve">[32:34] </w:t>
      </w:r>
      <w:r>
        <w:t>people are coming from all over the punjab to buy books. most of the old leader, old readers come with their friends and recommend them maulana books.</w:t>
      </w:r>
    </w:p>
    <w:p>
      <w:pPr>
        <w:jc w:val="right"/>
      </w:pPr>
      <w:r>
        <w:t>پیپل آر کمنگ فرام آل اوور دی پنجاب ٹو بائے بکس۔ موسٹ آف دی اولڈ لیڈر، اولڈ ریڈرز کم ود دیر فرینڈز اینڈ ریکمنڈ دیم مولانا بکس۔</w:t>
      </w:r>
    </w:p>
    <w:p>
      <w:r>
        <w:rPr>
          <w:b/>
        </w:rPr>
        <w:t xml:space="preserve">[32:46] </w:t>
      </w:r>
      <w:r>
        <w:t>number of readers are visiting our stall. we are very hopeful that soon our message of peace, marifat and dawah will reach every corner of pakistan."</w:t>
      </w:r>
    </w:p>
    <w:p>
      <w:pPr>
        <w:jc w:val="right"/>
      </w:pPr>
      <w:r>
        <w:t>نمبر آف ریڈرز آر وزٹنگ اور سٹال۔ وی آر ویری ہوپ فل دیٹ سون اور میسج آف پیس، معرفت اینڈ دعویٰ ویل ریچ ایوری کارنر آف پاکستان۔"</w:t>
      </w:r>
    </w:p>
    <w:p>
      <w:r>
        <w:rPr>
          <w:b/>
        </w:rPr>
        <w:t xml:space="preserve">[33:00] </w:t>
      </w:r>
      <w:r>
        <w:t>sajid ahmed khan sahab ne nagpur se likha hai: "mutual discussion is the key for intellectual development. we should think in this secret of success." jazak allah.</w:t>
      </w:r>
    </w:p>
    <w:p>
      <w:pPr>
        <w:jc w:val="right"/>
      </w:pPr>
      <w:r>
        <w:t>ساجد احمد خان صاحب نے ناکپور سے لکھا ہے: "میوچول ڈسکشن از دا کی فار انٹلیکچول ڈیویلپمنٹ۔ وی شوڈ تھنک ان دس سیکرٹ آف سکسیس۔" جزاک اللہ۔</w:t>
      </w:r>
    </w:p>
    <w:p>
      <w:r>
        <w:rPr>
          <w:b/>
        </w:rPr>
        <w:t xml:space="preserve">[33:14] </w:t>
      </w:r>
      <w:r>
        <w:t>Irfan Ahmed Sahab ne likha hai, unhone location nahi likhi hai, un ka comment hai: "Maulana, aaj aap ne phir se zinda kar diya.</w:t>
      </w:r>
    </w:p>
    <w:p>
      <w:pPr>
        <w:jc w:val="right"/>
      </w:pPr>
      <w:r>
        <w:t>عرفان احمد صاحب نے لکھا ہے، انہوں نے لوکیشن نہیں لکھی ہے، ان کا کمنٹ ہے: "مولانا، آج آپ نے پھر سے زندہ کر دیا۔</w:t>
      </w:r>
    </w:p>
    <w:p>
      <w:r>
        <w:rPr>
          <w:b/>
        </w:rPr>
        <w:t xml:space="preserve">[33:24] </w:t>
      </w:r>
      <w:r>
        <w:t>allah aap ka saya hamare upar saalon saal qaim rakhay." kya kar diya? maulana, aaj aap ne phir se zinda kar diya.</w:t>
      </w:r>
    </w:p>
    <w:p>
      <w:pPr>
        <w:jc w:val="right"/>
      </w:pPr>
      <w:r>
        <w:t>اللہ آپ کا سایہ ہمارے اوپر سالوں سال قائم رکھے۔" کیا کر دیا؟ مولانا، آج آپ نے پھر سے زندہ کر دیا۔</w:t>
      </w:r>
    </w:p>
    <w:p>
      <w:r>
        <w:rPr>
          <w:b/>
        </w:rPr>
        <w:t xml:space="preserve">[33:35] </w:t>
      </w:r>
      <w:r>
        <w:t>phir se, acha, phir se zinda kar diya. allah aap ka saya hamare upar saalon saal qaim rakhay. dekhiye, mein aik misaal deta hoon.</w:t>
      </w:r>
    </w:p>
    <w:p>
      <w:pPr>
        <w:jc w:val="right"/>
      </w:pPr>
      <w:r>
        <w:t>پھر سے، اچھا، پھر سے زندہ کر دیا۔ اللہ آپ کا سایہ ہمارے اوپر سالوں سال قائم رکھے۔ دیکھیں، میں ایک مثال دیتا ہوں۔</w:t>
      </w:r>
    </w:p>
    <w:p>
      <w:r>
        <w:rPr>
          <w:b/>
        </w:rPr>
        <w:t xml:space="preserve">[33:45] </w:t>
      </w:r>
      <w:r>
        <w:t>tariq badar sahab jo hain, jinka abhi naam liya gaya hai, woh hamare liye bohat bara asset hain. is area mein yahi hamare bashar ko sab se zyada phaila rahe hain, masha allah.</w:t>
      </w:r>
    </w:p>
    <w:p>
      <w:pPr>
        <w:jc w:val="right"/>
      </w:pPr>
      <w:r>
        <w:t>طارق بدر صاحب جو ہیں، جن کا ابھی نام لیا گیا ہے، وہ ہمارے لیے بہت بڑا ایسٹ ہیں۔ اس ایریا میں یہی ہمارے بشر کو سب سے زیادہ پھیلا رہے ہیں، ماشاءاللہ۔</w:t>
      </w:r>
    </w:p>
    <w:p>
      <w:r>
        <w:rPr>
          <w:b/>
        </w:rPr>
        <w:t xml:space="preserve">[34:03] </w:t>
      </w:r>
      <w:r>
        <w:t>un se meri pehli mulaqat hui thi america mein, california mein. to isi ke sath aik aik aur sahab the jo bohat bolte the, bohat zaheen the,</w:t>
      </w:r>
    </w:p>
    <w:p>
      <w:pPr>
        <w:jc w:val="right"/>
      </w:pPr>
      <w:r>
        <w:t>ان سے میری پہلی ملاقات ہوئی تھی امریکہ میں، کیلیفورنیا میں۔ تو اسی کے ساتھ ایک ایک اور صاحب تھے جو بہت بولتے تھے، بہت ذہین تھے،</w:t>
      </w:r>
    </w:p>
    <w:p>
      <w:r>
        <w:rPr>
          <w:b/>
        </w:rPr>
        <w:t xml:space="preserve">[34:21] </w:t>
      </w:r>
      <w:r>
        <w:t>bataur bahut hi samajhdar the kyunke bolna aata tha un ko. to mein un ke status se fascinated ho gaya, aur yeh log mere paas rahe taqreeban do hafta.</w:t>
      </w:r>
    </w:p>
    <w:p>
      <w:pPr>
        <w:jc w:val="right"/>
      </w:pPr>
      <w:r>
        <w:t>بظاہر بہت ہی سمجھدار تھے کیونکہ بولنا آتا تھا ان کو۔ تو میں ان کے اسٹاس سے فیسینیٹ ہو گیا، اور یہ لوگ میرے پاس رہے تقریباً دو ہفتہ۔</w:t>
      </w:r>
    </w:p>
    <w:p>
      <w:r>
        <w:rPr>
          <w:b/>
        </w:rPr>
        <w:t xml:space="preserve">[34:37] </w:t>
      </w:r>
      <w:r>
        <w:t>to mein unhi logon ko, woh wohi do sahab the jo bohat acha bolte the, unhi ke paas fascinated hua, unhi ko tawajjuh diya maine, unhi par tawajjuh diya.</w:t>
      </w:r>
    </w:p>
    <w:p>
      <w:pPr>
        <w:jc w:val="right"/>
      </w:pPr>
      <w:r>
        <w:t>تو میں انہی لوگوں کو، وہ وہی دو صاحب تھے جو بہت اچھا بولتے تھے، انہی کے پاس فیسینیٹ ہوا، انہی کو توجہ دیا میں نے، انہی پر توجہ دیا۔</w:t>
      </w:r>
    </w:p>
    <w:p>
      <w:r>
        <w:rPr>
          <w:b/>
        </w:rPr>
        <w:t xml:space="preserve">[34:52] </w:t>
      </w:r>
      <w:r>
        <w:t>aur woh, aur yeh jo the jin jo abhi jin ke jis se baat hui hai, tariq badar sahab, un ko mein zyada tawajjuh maaf kijiye nahi diya tha us waqt.</w:t>
      </w:r>
    </w:p>
    <w:p>
      <w:pPr>
        <w:jc w:val="right"/>
      </w:pPr>
      <w:r>
        <w:t>اور وہ، اور یہ جو تھے جن جو ابھی جن کے جس سے بات ہوئی ہے، طارق بدر صاحب، ان کو میں زیادہ توجہ معاف کیجیے نہیں دیا تھا اس وقت۔</w:t>
      </w:r>
    </w:p>
    <w:p>
      <w:r>
        <w:rPr>
          <w:b/>
        </w:rPr>
        <w:t xml:space="preserve">[35:06] </w:t>
      </w:r>
      <w:r>
        <w:t>lekin jab woh un ko kuch ka paish aa gaya un ki family ki taraf se ke woh beech mein chale gaye, beech mein, beech mein chale gaye, woh to us ke baad meri sari tawajjuh tariq badar sahab aa gayi.</w:t>
      </w:r>
    </w:p>
    <w:p>
      <w:pPr>
        <w:jc w:val="right"/>
      </w:pPr>
      <w:r>
        <w:t>لیکن جب وہ ان کو کچھ کا پیش آ گیا ان کی فیملی کی طرف سے کہ وہ بیچ میں چلے گئے، بیچ میں، بیچ میں چلے گئے، وہ تو اس کے بعد میری ساری توجہ طارق بدر صاحب آ گئی۔</w:t>
      </w:r>
    </w:p>
    <w:p>
      <w:r>
        <w:rPr>
          <w:b/>
        </w:rPr>
        <w:t xml:space="preserve">[35:20] </w:t>
      </w:r>
      <w:r>
        <w:t>to tariq badar sahab hamare yaani golden member ban gaye kyunke un se phir baatein huin, un se sab baatein discuss huin.</w:t>
      </w:r>
    </w:p>
    <w:p>
      <w:pPr>
        <w:jc w:val="right"/>
      </w:pPr>
      <w:r>
        <w:t>تو طارق بدر صاحب ہمارے یعنی گولڈن ممبر بن گئے کیونکہ ان سے پھر باتیں ہوئیں، ان سے سب باتیں ڈسکس ہوئیں۔</w:t>
      </w:r>
    </w:p>
    <w:p>
      <w:r>
        <w:rPr>
          <w:b/>
        </w:rPr>
        <w:t xml:space="preserve">[35:30] </w:t>
      </w:r>
      <w:r>
        <w:t>to Tariq Badar sahab hum ko mile hain is tareeqay se ke aap ne aik aik aur insan ko khoya tha, usi gham mein pade hue the aap ke aik kisi insan ko hum ne khoya tha, usi gham mein pade hue the.</w:t>
      </w:r>
    </w:p>
    <w:p>
      <w:pPr>
        <w:jc w:val="right"/>
      </w:pPr>
      <w:r>
        <w:t>تو طارق بدر صاحب ہم کو ملے ہیں اس طریقے سے کہ آپ نے ایک ایک اور انسان کو کھویا تھا، اسی غم میں پڑے ہوئے تھے آپ کہ ایک کسی انسان کو ہم نے کھویا تھا، اسی غم میں پڑے ہوئے تھے۔</w:t>
      </w:r>
    </w:p>
    <w:p>
      <w:r>
        <w:rPr>
          <w:b/>
        </w:rPr>
        <w:t xml:space="preserve">[35:44] </w:t>
      </w:r>
      <w:r>
        <w:t>lekin woh aadmi chala gaya jab hum ko chhod kar ke family ne bulaya tha us ko. to un se sari mulaqatein huin.</w:t>
      </w:r>
    </w:p>
    <w:p>
      <w:pPr>
        <w:jc w:val="right"/>
      </w:pPr>
      <w:r>
        <w:t>لیکن وہ آدمی چلا گیا جب ہم کو چھوڑ کر کے فیملی نے بلایا تھا اس کو۔ تو ان سے ساری ملاقاتیں ہوئیں۔</w:t>
      </w:r>
    </w:p>
    <w:p>
      <w:r>
        <w:rPr>
          <w:b/>
        </w:rPr>
        <w:t xml:space="preserve">[35:55] </w:t>
      </w:r>
      <w:r>
        <w:t>to sahib, yeh hero ban gaye hain hamare visit ke. to yeh ek ajeeb baat hai, ek tragedy comedy nikli hai,</w:t>
      </w:r>
    </w:p>
    <w:p>
      <w:pPr>
        <w:jc w:val="right"/>
      </w:pPr>
      <w:r>
        <w:t>تو صاحب، یہ ہیرو بن گئے ہیں ہمارے وزٹ کے۔ تو یہ ایک عجیب بات ہے، ایک ٹریجیسٹی کامیڈی نکلی ہے،</w:t>
      </w:r>
    </w:p>
    <w:p>
      <w:r>
        <w:rPr>
          <w:b/>
        </w:rPr>
        <w:t xml:space="preserve">[36:10] </w:t>
      </w:r>
      <w:r>
        <w:t>ek tragedy comedy nikli hai. yani ek waqea jis ko hum samajhte thay ke woh aadmi itna zaheen tha, woh chala gaya, lekin us woh na chala jaye, na jata woh.</w:t>
      </w:r>
    </w:p>
    <w:p>
      <w:pPr>
        <w:jc w:val="right"/>
      </w:pPr>
      <w:r>
        <w:t>ایک ٹریجیسٹی کامیڈی نکلی ہے۔ یعنی ایک واقعہ جس کو ہم سمجھتے تھے کہ وہ آدمی اتنا ذہین تھا، وہ چلا گیا، لیکن اس وہ نہ چلا جائے، نہ جاتا وہ۔</w:t>
      </w:r>
    </w:p>
    <w:p>
      <w:r>
        <w:rPr>
          <w:b/>
        </w:rPr>
        <w:t xml:space="preserve">[36:22] </w:t>
      </w:r>
      <w:r>
        <w:t>to hum Tariq Badr se mein itna zyada dilchaspi nahi thi shayad. to mein samajhta hoon ke jab koi cheez khoi jaye to samjhiye ke woh cheez paane ke liye maujood hai.</w:t>
      </w:r>
    </w:p>
    <w:p>
      <w:pPr>
        <w:jc w:val="right"/>
      </w:pPr>
      <w:r>
        <w:t>تو ہم طارق بدر سے میں اتنا زیادہ دلچسپی نہیں تھی شاید۔ تو میں سمجھتا ہوں کہ جب کوئی چیز کھوئی جائے تو سمجھئے کہ وہ چیز پانے کے لیے موجود ہے۔</w:t>
      </w:r>
    </w:p>
    <w:p>
      <w:r>
        <w:rPr>
          <w:b/>
        </w:rPr>
        <w:t xml:space="preserve">[36:34] </w:t>
      </w:r>
      <w:r>
        <w:t>koi mein ne is aadmi ko khoya to Tariq Badr sahib ne mil mil gaye mujhe, jo hamare bohat hi qeemti hain, bohat hi qeemti hain.</w:t>
      </w:r>
    </w:p>
    <w:p>
      <w:pPr>
        <w:jc w:val="right"/>
      </w:pPr>
      <w:r>
        <w:t>کوئی میں نے اس آدمی کو کھویا تو طارق بدر صاحب نے مل مل گئے مجھے، جو ہمارے بہت ہی قیمتی ہیں، بہت ہی قیمتی ہیں۔</w:t>
      </w:r>
    </w:p>
    <w:p>
      <w:r>
        <w:rPr>
          <w:b/>
        </w:rPr>
        <w:t xml:space="preserve">[36:45] </w:t>
      </w:r>
      <w:r>
        <w:t>agar woh hamare sath rehta, woh aadmi to hum Tariq Badr sahib ko shayad pehchante na, kho dete hain un ko. to zindagi ka raaz yeh hai ke jab koi cheez khoi jaye to yaad rakhiye, wahan koi paane ke liye maujood maujood ho,</w:t>
      </w:r>
    </w:p>
    <w:p>
      <w:pPr>
        <w:jc w:val="right"/>
      </w:pPr>
      <w:r>
        <w:t>اگر وہ ہمارے ساتھ رہتا، وہ آدمی تو ہم طارق بدر صاحب کو شاید پہچانتے نہ، کھو دیتے ہیں ان کو۔ تو زندگی کا راز یہ ہے کہ جب کوئی چیز کھوئی جائے تو یاد رکھیے، وہاں کوئی پانے کے لیے موجود موجود ہو،</w:t>
      </w:r>
    </w:p>
    <w:p>
      <w:r>
        <w:rPr>
          <w:b/>
        </w:rPr>
        <w:t xml:space="preserve">[37:01] </w:t>
      </w:r>
      <w:r>
        <w:t>aur paane ke liye maujood hoga. jab bhi aap se koi cheez khoi jaye to sab ek wahi koi cheez paane ke liye maujood hai, us ko daryaft kijiye.</w:t>
      </w:r>
    </w:p>
    <w:p>
      <w:pPr>
        <w:jc w:val="right"/>
      </w:pPr>
      <w:r>
        <w:t>اور پانے کے لیے موجود ہوگا۔ جب بھی آپ سے کوئی چیز کھوئی جائے تو سب ایک وہی کوئی چیز پانے کے لیے موجود ہے، اس کو دریافت کیجئے۔</w:t>
      </w:r>
    </w:p>
    <w:p>
      <w:r>
        <w:rPr>
          <w:b/>
        </w:rPr>
        <w:t xml:space="preserve">[37:18] </w:t>
      </w:r>
      <w:r>
        <w:t>Maulana, agle comments parhte hain. yeh comment bheja hai Mahboob bhai ne Mumbai se, unhone likha hai: "Maulana, aap ki awaz kafi theek hai aur baat mein bohat hi clarity thi.</w:t>
      </w:r>
    </w:p>
    <w:p>
      <w:pPr>
        <w:jc w:val="right"/>
      </w:pPr>
      <w:r>
        <w:t>مولانا، اگلے کمنٹس پڑھتے ہیں۔ یہ کمنٹ بھیجا ہے محبوب بھائی نے ممبئی سے، انہوں نے لکھا ہے: "مولانا، آپ کی آواز کافی ٹھیک ہے اور بات میں بہت ہی کلیرٹی تھی۔</w:t>
      </w:r>
    </w:p>
    <w:p>
      <w:r>
        <w:rPr>
          <w:b/>
        </w:rPr>
        <w:t xml:space="preserve">[37:33] </w:t>
      </w:r>
      <w:r>
        <w:t>Paisa nahi, aql dena yeh baat aap se hi seekhi. Maulana, warna mere gird gird sab log paisa dena hi sikhate hain.</w:t>
      </w:r>
    </w:p>
    <w:p>
      <w:pPr>
        <w:jc w:val="right"/>
      </w:pPr>
      <w:r>
        <w:t>پیسہ نہیں، عقل دینا یہ بات آپ سے ہی سیکھی۔ مولانا، ورنہ میرے ارد گرد سب لوگ پیسہ دینا ہی سکھاتے ہیں۔</w:t>
      </w:r>
    </w:p>
    <w:p>
      <w:r>
        <w:rPr>
          <w:b/>
        </w:rPr>
        <w:t xml:space="preserve">[37:43] </w:t>
      </w:r>
      <w:r>
        <w:t>Jazak Allah." Maulana, Dr. Naghma Siddiqui ne likha hai: "Maulana, you have given us the biggest wisdom of life.</w:t>
      </w:r>
    </w:p>
    <w:p>
      <w:pPr>
        <w:jc w:val="right"/>
      </w:pPr>
      <w:r>
        <w:t>جزاک اللہ۔" مولانا، ڈاکٹر نغمہ صدیقی نے لکھا ہے: "مولانا، یو ہیو گیون اس دا بگسٹ وزڈم آف لائف۔</w:t>
      </w:r>
    </w:p>
    <w:p>
      <w:r>
        <w:rPr>
          <w:b/>
        </w:rPr>
        <w:t xml:space="preserve">[37:53] </w:t>
      </w:r>
      <w:r>
        <w:t>It is that we should take problems given by God as compulsive challenges and strive to develop wisdom through them." Maulana Iqbal Umri ne Chennai se likha hai: "Help nahi, balkeh aql dein, bilkul sahi baat hai.</w:t>
      </w:r>
    </w:p>
    <w:p>
      <w:pPr>
        <w:jc w:val="right"/>
      </w:pPr>
      <w:r>
        <w:t>اٹ از دیٹ وی شوڈ ٹیک پرابلمز گیون بائے گاڈ ایز کمپلسو چیلنجز اینڈ سٹرائیو ٹو ڈیویلپ وزڈم تھرو دیم۔" مولانا اقبال عمری نے چنئی سے لکھا ہے: "ہیلپ نہیں، بلکہ عقل دیں، بالکل صحیح بات ہے۔</w:t>
      </w:r>
    </w:p>
    <w:p>
      <w:r>
        <w:rPr>
          <w:b/>
        </w:rPr>
        <w:t xml:space="preserve">[38:12] </w:t>
      </w:r>
      <w:r>
        <w:t>Magar aap ke ilawa koi nahi janta." Maulana, Jazak Allah. Dr. Saniyas Nain Khan, jo is waqt New Zealand mein hain, unhone likha hai: "We are watching the program live in New Zealand as three of us myself, Kaleem sahib and Haroon Sheikh sahib, are in a long drive from Christchurch to Invercargill.</w:t>
      </w:r>
    </w:p>
    <w:p>
      <w:pPr>
        <w:jc w:val="right"/>
      </w:pPr>
      <w:r>
        <w:t>مگر آپ کے علاوہ کوئی نہیں جانتا۔" مولانا، جزاک اللہ۔ ڈاکٹر سانیاس نین خان، جو اس وقت نیوزی لینڈ میں ہیں، انہوں نے لکھا ہے: "وی آر واچنگ دا پروگرام لائیو ان نیوزی لینڈ ایز تھری آف اس مائی سیلف، کلیم صاحب اینڈ ہارون شیخ صاحب، آر ان ا لانگ ڈرائیو فرام کرائسٹ چرچ ٹو انور کارگل۔</w:t>
      </w:r>
    </w:p>
    <w:p>
      <w:r>
        <w:rPr>
          <w:b/>
        </w:rPr>
        <w:t xml:space="preserve">[38:39] </w:t>
      </w:r>
      <w:r>
        <w:t>Invercargill is the southernmost city of New Zealand. It is not far from Antarctica. On the way, we have stopped at Ashburton, Timaru,</w:t>
      </w:r>
    </w:p>
    <w:p>
      <w:pPr>
        <w:jc w:val="right"/>
      </w:pPr>
      <w:r>
        <w:t>انور کارگل از دا سدرن موسٹ سٹی آف نیوزی لینڈ۔ اٹ از ناٹ فار فرام انٹارکٹکا۔ ان دا وے، وی ہیو سٹاپڈ ایٹ ایش برٹن، تیمارو،</w:t>
      </w:r>
    </w:p>
    <w:p>
      <w:r>
        <w:rPr>
          <w:b/>
        </w:rPr>
        <w:t xml:space="preserve">[38:53] </w:t>
      </w:r>
      <w:r>
        <w:t>Cromwell, Dunedin, Motueka and Invercargill. We have met with like minded people and give them Quran boxes and explain them about the mission.</w:t>
      </w:r>
    </w:p>
    <w:p>
      <w:pPr>
        <w:jc w:val="right"/>
      </w:pPr>
      <w:r>
        <w:t>کمارو، ڈیونیڈن، مٹاؤ اینڈ انور کارگل۔ وی ہیو میٹ ود لائک مائنڈڈ پیپل اینڈ گیو دیم قرآن باکسز اینڈ ایکسپلین دیم اباؤٹ دا مشن۔</w:t>
      </w:r>
    </w:p>
    <w:p>
      <w:r>
        <w:rPr>
          <w:b/>
        </w:rPr>
        <w:t xml:space="preserve">[39:06] </w:t>
      </w:r>
      <w:r>
        <w:t>Please pray that a good team is formed in New Zealand to take the dawah work forward." Mashallah.</w:t>
      </w:r>
    </w:p>
    <w:p>
      <w:pPr>
        <w:jc w:val="right"/>
      </w:pPr>
      <w:r>
        <w:t>پلیز پری دیٹ ا گڈ ٹیم از فارمڈ ان نیوزی لینڈ ٹو ٹیک داوا ورک فارورڈ۔" ماشاءاللہ۔</w:t>
      </w:r>
    </w:p>
    <w:p>
      <w:r>
        <w:rPr>
          <w:b/>
        </w:rPr>
        <w:t xml:space="preserve">[39:19] </w:t>
      </w:r>
      <w:r>
        <w:t>Maulana, agla sawal lete hain. yeh sawal poocha hai Karim Nagar se Zaman Aiza ne.</w:t>
      </w:r>
    </w:p>
    <w:p>
      <w:pPr>
        <w:jc w:val="right"/>
      </w:pPr>
      <w:r>
        <w:t>مولانا، اگلا سوال لیتے ہیں۔ یہ سوال پوچھا ہے کریم نگر سے زماں عائزہ نے۔</w:t>
      </w:r>
    </w:p>
    <w:p>
      <w:r>
        <w:rPr>
          <w:b/>
        </w:rPr>
        <w:t xml:space="preserve">[39:30] </w:t>
      </w:r>
      <w:r>
        <w:t>Unhone aap se poocha hai ke: "I need to know how I can develop marifat wisdom."</w:t>
      </w:r>
    </w:p>
    <w:p>
      <w:pPr>
        <w:jc w:val="right"/>
      </w:pPr>
      <w:r>
        <w:t>انہوں نے آپ سے پوچھا ہے کہ: "آئی نیڈ ٹو نو ہاؤ آئی کین ڈیویلپ معرفت وزڈم۔"</w:t>
      </w:r>
    </w:p>
    <w:p>
      <w:r>
        <w:rPr>
          <w:b/>
        </w:rPr>
        <w:t xml:space="preserve">[39:42] </w:t>
      </w:r>
      <w:r>
        <w:t>Dekhiye, mera jo tajurba hai ke wisdom ya marifat to aap ke andar bhari hui hai, jis tarah se seb mein ras bhara hota hai,</w:t>
      </w:r>
    </w:p>
    <w:p>
      <w:pPr>
        <w:jc w:val="right"/>
      </w:pPr>
      <w:r>
        <w:t>دیکھیے، میرا جو تجربہ ہے کہ وزڈم یا معرفت تو آپ کے اندر بھری ہوئی ہے، جس طرح سے سیب میں رس بھرا ہوتا ہے،</w:t>
      </w:r>
    </w:p>
    <w:p>
      <w:r>
        <w:rPr>
          <w:b/>
        </w:rPr>
        <w:t xml:space="preserve">[39:59] </w:t>
      </w:r>
      <w:r>
        <w:t>seb mein ras bhare bhara hua hota hai. lekin seb ka ras pani ke liye seb ko crush karna parta hai.</w:t>
      </w:r>
    </w:p>
    <w:p>
      <w:pPr>
        <w:jc w:val="right"/>
      </w:pPr>
      <w:r>
        <w:t>سیب میں رس بھرے بھرا ہوا ہوتا ہے۔ لیکن سیب کا رس پانی کے لیے سیب کو کرش کرنا پڑتا ہے۔</w:t>
      </w:r>
    </w:p>
    <w:p>
      <w:r>
        <w:rPr>
          <w:b/>
        </w:rPr>
        <w:t xml:space="preserve">[40:09] </w:t>
      </w:r>
      <w:r>
        <w:t>Crush to aap apne ko crush hone ke dete nahi. Aap aap koi bhi koi dhoondte hain, koi aasani, koi help.</w:t>
      </w:r>
    </w:p>
    <w:p>
      <w:pPr>
        <w:jc w:val="right"/>
      </w:pPr>
      <w:r>
        <w:t>کرش تو آپ اپنے کو کرش ہونے کے دیتے نہیں۔ آپ آپ کوئی بھی کوئی ڈھونڈتے ہیں، کوئی آسانی، کوئی ہیلپ۔</w:t>
      </w:r>
    </w:p>
    <w:p>
      <w:r>
        <w:rPr>
          <w:b/>
        </w:rPr>
        <w:t xml:space="preserve">[40:25] </w:t>
      </w:r>
      <w:r>
        <w:t>Mera dekh, self bari help. Yeh ek aadmi wisdom diya jaye, aur wisdom aati hai</w:t>
      </w:r>
    </w:p>
    <w:p>
      <w:pPr>
        <w:jc w:val="right"/>
      </w:pPr>
      <w:r>
        <w:t>میرا دیکھ، سیلف بڑی ہیلپ۔ یہ ایک آدمی وزڈم دیا جائے، اور وزڈم آتی ہے</w:t>
      </w:r>
    </w:p>
    <w:p>
      <w:r>
        <w:rPr>
          <w:b/>
        </w:rPr>
        <w:t xml:space="preserve">[40:33] </w:t>
      </w:r>
      <w:r>
        <w:t>crush ki technology ke zariye. Yeh bohat achi misaal hai ke Allah Ta'ala ne seb paida kiya. Seb mein ras bhara hua hota hai, bohat hi mufeed ras, faide wala.</w:t>
      </w:r>
    </w:p>
    <w:p>
      <w:pPr>
        <w:jc w:val="right"/>
      </w:pPr>
      <w:r>
        <w:t>کرش کی ٹیکنالوجی کے ذریعے۔ یہ بہت اچھی مثال ہے کہ اللہ تعالی نے سیب پیدا کیا۔ سیب میں رس بھرا ہوا ہوتا ہے، بہت ہی مفید رس، فائدے والا۔</w:t>
      </w:r>
    </w:p>
    <w:p>
      <w:r>
        <w:rPr>
          <w:b/>
        </w:rPr>
        <w:t xml:space="preserve">[40:45] </w:t>
      </w:r>
      <w:r>
        <w:t>lekin seb ka ras paane ke liye aap ko seb ko crush karna parta hai. Aise insaan ki ke andar jo khoobiyan hain, bhari hui hain, us ko crush karne ki zaroorat hai.</w:t>
      </w:r>
    </w:p>
    <w:p>
      <w:pPr>
        <w:jc w:val="right"/>
      </w:pPr>
      <w:r>
        <w:t>لیکن سیب کا رس پانے کے لیے آپ کو سیب کو کرش کرنا پڑتا ہے۔ ایسے انسان کی کے اندر جو خوبیاں ہیں، بھری ہوئی ہیں، اس کو کرش کرنے کی ضرورت ہے۔</w:t>
      </w:r>
    </w:p>
    <w:p>
      <w:r>
        <w:rPr>
          <w:b/>
        </w:rPr>
        <w:t xml:space="preserve">[41:00] </w:t>
      </w:r>
      <w:r>
        <w:t>Sab se barhe is zamane mein jahan jahan to dekha hai maine, bachon ka sabz jis mein un ke maa baap hote hain, maa baap woh crush karne ki technique ko istemal nahi hone dete.</w:t>
      </w:r>
    </w:p>
    <w:p>
      <w:pPr>
        <w:jc w:val="right"/>
      </w:pPr>
      <w:r>
        <w:t>سب سے بڑے اس زمانے میں جہاں جہاں تو دیکھا ہے میں نے، بچوں کا سبز جس میں ان کے ماں باپ ہوتے ہیں، ماں باپ وہ کرش کرنے کی ٹیکنیک کو استعمال نہیں ہونے دیتے۔</w:t>
      </w:r>
    </w:p>
    <w:p>
      <w:r>
        <w:rPr>
          <w:b/>
        </w:rPr>
        <w:t xml:space="preserve">[41:13] </w:t>
      </w:r>
      <w:r>
        <w:t>Yeh bachon ko lath par, lath par, lath par phir ek dam bekar bekar kar dete hain. Jis tarah se sirf jab tak crush na kiya jaye, uska ras nahi nikla.</w:t>
      </w:r>
    </w:p>
    <w:p>
      <w:pPr>
        <w:jc w:val="right"/>
      </w:pPr>
      <w:r>
        <w:t>یہ بچوں کو لاٹھ پر، لاٹھ پر، لاٹھ پر پھر ایک دم بیکار بیکار کر دیتے ہیں۔ جس طرح سے صرف جب تک کرش نہ کیا جائے، اس کا رس نہیں نکلا۔</w:t>
      </w:r>
    </w:p>
    <w:p>
      <w:r>
        <w:rPr>
          <w:b/>
        </w:rPr>
        <w:t xml:space="preserve">[41:27] </w:t>
      </w:r>
      <w:r>
        <w:t>Isi tarah se bachhe jab tak thokar na khayein, kuch museebat na uthayein, tab tak kuch nahi aata un ko. Yeh meri zindagi ka tajurba hai.</w:t>
      </w:r>
    </w:p>
    <w:p>
      <w:pPr>
        <w:jc w:val="right"/>
      </w:pPr>
      <w:r>
        <w:t>اسی طرح سے بچے جب تک ٹھوکر نہ کھائیں، کچھ مصیبت نہ اٹھائیں، تب تک کچھ نہیں آتا ان کو۔ یہ میری زندگی کا تجربہ ہے۔</w:t>
      </w:r>
    </w:p>
    <w:p>
      <w:r>
        <w:rPr>
          <w:b/>
        </w:rPr>
        <w:t xml:space="preserve">[41:43] </w:t>
      </w:r>
      <w:r>
        <w:t>aur jo hadith maine sunai aap ko, woh hadith us ki</w:t>
      </w:r>
    </w:p>
    <w:p>
      <w:pPr>
        <w:jc w:val="right"/>
      </w:pPr>
      <w:r>
        <w:t>اور جو حدیث میں نے سنائی آپ کو، وہ حدیث اس کی</w:t>
      </w:r>
    </w:p>
    <w:p>
      <w:r>
        <w:rPr>
          <w:b/>
        </w:rPr>
        <w:t xml:space="preserve">[41:49] </w:t>
      </w:r>
      <w:r>
        <w:t>deeni aitbaar se us ki tasdeeq hai.</w:t>
      </w:r>
    </w:p>
    <w:p>
      <w:pPr>
        <w:jc w:val="right"/>
      </w:pPr>
      <w:r>
        <w:t>دینی اعتبار سے اس کی تصدیق ہے۔</w:t>
      </w:r>
    </w:p>
    <w:p>
      <w:r>
        <w:rPr>
          <w:b/>
        </w:rPr>
        <w:t xml:space="preserve">[41:56] </w:t>
      </w:r>
      <w:r>
        <w:t>Riyaz Bhatt sahib ne Bangalore se likha hai: "Today lecture was an eye opener for all of us who try to find comfort and satisfaction together.</w:t>
      </w:r>
    </w:p>
    <w:p>
      <w:pPr>
        <w:jc w:val="right"/>
      </w:pPr>
      <w:r>
        <w:t>ریاض بھٹ صاحب نے بینگلور سے لکھا ہے: "ٹوڈے لیکچر واز این آئی اوپنر فار آل آف اس ہو ٹرائی ٹو فائنڈ کمفرٹ اینڈ سیٹسفیکشن ٹوگیدر۔</w:t>
      </w:r>
    </w:p>
    <w:p>
      <w:r>
        <w:rPr>
          <w:b/>
        </w:rPr>
        <w:t xml:space="preserve">[42:07] </w:t>
      </w:r>
      <w:r>
        <w:t>Today I could understand the link between adversity, patience and Allah reward. May Allah guide us to right path for attaining comfort in hereafter." Maulana, agla sawal bheja hai Lucknow se Amanatullah sahib ne.</w:t>
      </w:r>
    </w:p>
    <w:p>
      <w:pPr>
        <w:jc w:val="right"/>
      </w:pPr>
      <w:r>
        <w:t>ٹوڈے آئی کڈ انڈرسٹینڈ دا لنک بٹوین ایڈورسٹی، پیشنس اینڈ اللہ ریوارڈ۔ می اللہ گائیڈ اس ٹو رائٹ پاتھ فار اٹیننگ کمفرٹ ان ہیئر افٹر۔" مولانا، اگلا سوال بھیجا ہے لکھنو سے امانت اللہ صاحب نے۔</w:t>
      </w:r>
    </w:p>
    <w:p>
      <w:r>
        <w:rPr>
          <w:b/>
        </w:rPr>
        <w:t xml:space="preserve">[42:27] </w:t>
      </w:r>
      <w:r>
        <w:t>Unhon ne likha hai: "Maulana sahib, most people make the mistake of over estimating one self and as a result they fall in frustration.</w:t>
      </w:r>
    </w:p>
    <w:p>
      <w:pPr>
        <w:jc w:val="right"/>
      </w:pPr>
      <w:r>
        <w:t>انہوں نے لکھا ہے: "مولانا صاحب، موسٹ پیپل میک دا مسٹیک آف اوور ایسٹیمیٹنگ ون سیلف اینڈ ایز ا رزلٹ دے فال ان فرسٹریشن۔</w:t>
      </w:r>
    </w:p>
    <w:p>
      <w:r>
        <w:rPr>
          <w:b/>
        </w:rPr>
        <w:t xml:space="preserve">[42:41] </w:t>
      </w:r>
      <w:r>
        <w:t>My question is how to find out or judge before accepting any work that whether the work is within one's capacity or beyond one's capacity.</w:t>
      </w:r>
    </w:p>
    <w:p>
      <w:pPr>
        <w:jc w:val="right"/>
      </w:pPr>
      <w:r>
        <w:t>مائی کوئسچن از ہاؤ ٹو فائنڈ آؤٹ اور جج بیفور ایکسیپٹنگ اینی ورک دیٹ ویدر دا ورک از ود ان ونز کپیسٹی اور بیونڈ ونز کپیسٹی۔</w:t>
      </w:r>
    </w:p>
    <w:p>
      <w:r>
        <w:rPr>
          <w:b/>
        </w:rPr>
        <w:t xml:space="preserve">[42:54] </w:t>
      </w:r>
      <w:r>
        <w:t>Please guide us in that."</w:t>
      </w:r>
    </w:p>
    <w:p>
      <w:pPr>
        <w:jc w:val="right"/>
      </w:pPr>
      <w:r>
        <w:t>پلیز گائیڈ اس ان دیٹ۔"</w:t>
      </w:r>
    </w:p>
    <w:p>
      <w:r>
        <w:rPr>
          <w:b/>
        </w:rPr>
        <w:t xml:space="preserve">[43:00] </w:t>
      </w:r>
      <w:r>
        <w:t>main samajhta hoon ke hamare yaani is area mein jo log basta hain, jo musalman, un ki sab se bari, sab se bara disadvantage yeh tha ke un ko Iqbal mil gaya,</w:t>
      </w:r>
    </w:p>
    <w:p>
      <w:pPr>
        <w:jc w:val="right"/>
      </w:pPr>
      <w:r>
        <w:t>میں سمجھتا ہوں کہ ہمارے یعنی اس ایریا میں جو لوگ بستے ہیں، جو مسلمان، ان کی سب سے بڑی، سب سے بڑا ڈس ایڈوانٹیج یہ تھا کہ ان کو اقبال مل گیا،</w:t>
      </w:r>
    </w:p>
    <w:p>
      <w:r>
        <w:rPr>
          <w:b/>
        </w:rPr>
        <w:t xml:space="preserve">[43:13] </w:t>
      </w:r>
      <w:r>
        <w:t>jise khudhi ka falsafa bataya. Yeh nashe ka falsafa tha, khudhi ka. To Iqbal ne apna le liya. Khudhi, khudhi, khudhi, khudhi to ek tawakkun nazariya hai.</w:t>
      </w:r>
    </w:p>
    <w:p>
      <w:pPr>
        <w:jc w:val="right"/>
      </w:pPr>
      <w:r>
        <w:t>جسے خودی کا فلسفہ بتایا۔ یہ نشے کا فلسفہ تھا، خودی کا۔ تو اقبال نے اپنا لے لیا۔ خودی، خودی، خودی، خودی تو ایک تواکن نظریہ ہے۔</w:t>
      </w:r>
    </w:p>
    <w:p>
      <w:r>
        <w:rPr>
          <w:b/>
        </w:rPr>
        <w:t xml:space="preserve">[43:28] </w:t>
      </w:r>
      <w:r>
        <w:t>Khudhi nahi, anti, anti khudhi. Self, anti self se taraqqiyan hoti hain. Isi liye Iqbal ki qaum kuch taraqqi nahi kar saki.</w:t>
      </w:r>
    </w:p>
    <w:p>
      <w:pPr>
        <w:jc w:val="right"/>
      </w:pPr>
      <w:r>
        <w:t>خودی نہیں، اینٹی، اینٹی خودی۔ سیلف، اینٹی سیلف سے ترقیاں ہوتی ہیں۔ اسی لیے اقبال کی قوم کچھ ترقی نہیں کر سکی۔</w:t>
      </w:r>
    </w:p>
    <w:p>
      <w:r>
        <w:rPr>
          <w:b/>
        </w:rPr>
        <w:t xml:space="preserve">[43:43] </w:t>
      </w:r>
      <w:r>
        <w:t>Meri baat mein bohat so'n ko dhakka lage ga, bura bura maloom hoga. Lekin main isi liye kehta hoon ke mujhe koi lady, lady, lady nahi karna hai.</w:t>
      </w:r>
    </w:p>
    <w:p>
      <w:pPr>
        <w:jc w:val="right"/>
      </w:pPr>
      <w:r>
        <w:t>میری بات میں بہت سوں کو دھکا لگے گا، برا برا معلوم ہوگا۔ لیکن میں اس لیے کہتا ہوں کہ مجھے کوئی لیڈی، لیڈی، لیڈی نہیں کرنا ہے۔</w:t>
      </w:r>
    </w:p>
    <w:p>
      <w:r>
        <w:rPr>
          <w:b/>
        </w:rPr>
        <w:t xml:space="preserve">[43:54] </w:t>
      </w:r>
      <w:r>
        <w:t>Mujhe koi ledaery ka shauq nahi hai. Main sachai ko bayan karne ke liye zinda hoon. Sachai musalmanon ko chahiye ke woh Iqbal ko chhoden.</w:t>
      </w:r>
    </w:p>
    <w:p>
      <w:pPr>
        <w:jc w:val="right"/>
      </w:pPr>
      <w:r>
        <w:t>مجھے کوئی لیڈری کا شوق نہیں ہے۔ میں سچائی کو بیان کرنے کے لیے زندہ ہوں۔ سچائی مسلمانوں کو چاہیے کہ وہ اقبال کو چھوڑیں۔</w:t>
      </w:r>
    </w:p>
    <w:p>
      <w:r>
        <w:rPr>
          <w:b/>
        </w:rPr>
        <w:t xml:space="preserve">[44:05] </w:t>
      </w:r>
      <w:r>
        <w:t>Jab tak Iqbal ko shehar mein rahen ge na, shehar mein tab tak taraqqi nahi kar sakte woh. Jab tak Iqbal ko jis masjid dekhiye, jis madrasay pe dekhiye, Iqbal ka ashaar parhe ja rahe hain.</w:t>
      </w:r>
    </w:p>
    <w:p>
      <w:pPr>
        <w:jc w:val="right"/>
      </w:pPr>
      <w:r>
        <w:t>جب تک اقبال کو شہر میں رہیں گے نا، شہر میں تب تک ترقی نہیں کر سکتے وہ۔ جب تک اقبال کو جس مسجد دیکھیے، جس مدرسے پہ دیکھیے، اقبال کا اشعار پڑھے جا رہے ہیں۔</w:t>
      </w:r>
    </w:p>
    <w:p>
      <w:r>
        <w:rPr>
          <w:b/>
        </w:rPr>
        <w:t xml:space="preserve">[44:19] </w:t>
      </w:r>
      <w:r>
        <w:t>Bataiye, koi kaam hai? Iqbal ne to qaum ko yaani meethi, meethay zehar ki meethi goliyan di hain.</w:t>
      </w:r>
    </w:p>
    <w:p>
      <w:pPr>
        <w:jc w:val="right"/>
      </w:pPr>
      <w:r>
        <w:t>بتائیے، کوئی کام ہے؟ اقبال نے تو قوم کو یعنی میٹھی، میٹھے زہر کی میٹھی گولیاں دی ہیں۔</w:t>
      </w:r>
    </w:p>
    <w:p>
      <w:r>
        <w:rPr>
          <w:b/>
        </w:rPr>
        <w:t xml:space="preserve">[44:29] </w:t>
      </w:r>
      <w:r>
        <w:t>Zehar ki meethi goliyan. To main jaanta hoon ke bohat se log ghussa, ghussa ho jayen ge. Lekin main chahta hoon ke yeh baat un ko bata doon marne se pehle, kyun ke hum sab ka saamna hone wala hai hajj, hajj ke maidan mein.</w:t>
      </w:r>
    </w:p>
    <w:p>
      <w:pPr>
        <w:jc w:val="right"/>
      </w:pPr>
      <w:r>
        <w:t>زہر کی میٹھی گولیاں۔ تو میں جانتا ہوں کہ بہت سے لوگ غصہ، غصہ ہو جائیں گے۔ لیکن میں چاہتا ہوں کہ یہ بات ان کو بتا دوں مرنے سے پہلے، کیونکہ ہم سب کا سامنا ہونے والا ہے حج، حج کے میدان میں۔</w:t>
      </w:r>
    </w:p>
    <w:p>
      <w:r>
        <w:rPr>
          <w:b/>
        </w:rPr>
        <w:t xml:space="preserve">[44:49] </w:t>
      </w:r>
      <w:r>
        <w:t>Aur India mein is se doori misguide karne wala koi nahi tha. Misguide karna isi ki ek cheez hai ke qoumiyat ke maamle mein saare musalman baqi bhi hain.</w:t>
      </w:r>
    </w:p>
    <w:p>
      <w:pPr>
        <w:jc w:val="right"/>
      </w:pPr>
      <w:r>
        <w:t>اور انڈیا میں اس سے دوری مس گائیڈ کرنے والا کوئی نہیں تھا۔ مس گائیڈ کرنا اسی کی ایک چیز ہے کہ قومیت کے معاملے میں سارے مسلمان باقی بھی ہیں۔</w:t>
      </w:r>
    </w:p>
    <w:p>
      <w:r>
        <w:rPr>
          <w:b/>
        </w:rPr>
        <w:t xml:space="preserve">[45:05] </w:t>
      </w:r>
      <w:r>
        <w:t>Qoumiyat ka nazariya jo tha, us ke liye unhon ne negative baaten kahi hain. Isi liye zamanay ko pehchan nahi sake.</w:t>
      </w:r>
    </w:p>
    <w:p>
      <w:pPr>
        <w:jc w:val="right"/>
      </w:pPr>
      <w:r>
        <w:t>قومیت کا نظریہ جو تھا، اس کے لیے انہوں نے نیگیٹیو باتیں کہی ہیں۔ اس لیے زمانے کو پہچان نہیں سکے۔</w:t>
      </w:r>
    </w:p>
    <w:p>
      <w:r>
        <w:rPr>
          <w:b/>
        </w:rPr>
        <w:t xml:space="preserve">[45:18] </w:t>
      </w:r>
      <w:r>
        <w:t>Zamanay ko pehchan nahi sake. Aaj duniya mein ek hi qaum aisi hai jo zamanay ko pehchan nahi saki. Choti choti qaumon ne pehchan liya zamanay ko aur taraqqiyan keen.</w:t>
      </w:r>
    </w:p>
    <w:p>
      <w:pPr>
        <w:jc w:val="right"/>
      </w:pPr>
      <w:r>
        <w:t>زمانے کو پہچان نہیں سکے۔ آج دنیا میں ایک ہی قوم ایسی ہے جو زمانے کو پہچان نہیں سکی۔ چھوٹی چھوٹی قوموں نے پہچان لیا زمانے کو اور ترقیاں کیں۔</w:t>
      </w:r>
    </w:p>
    <w:p>
      <w:r>
        <w:rPr>
          <w:b/>
        </w:rPr>
        <w:t xml:space="preserve">[45:32] </w:t>
      </w:r>
      <w:r>
        <w:t>Lekin yeh musalmanon ki ajeeb haalat hai ke aisa shayar unhon ne paida kiya jis shayar ne un ko yaani sirf mis lead kiya.</w:t>
      </w:r>
    </w:p>
    <w:p>
      <w:pPr>
        <w:jc w:val="right"/>
      </w:pPr>
      <w:r>
        <w:t>لیکن یہ مسلمانوں کی عجیب حالت ہے کہ ایسا شاعر انہوں نے پیدا کیا جس شاعر نے ان کو یعنی صرف مس لیڈ کیا۔</w:t>
      </w:r>
    </w:p>
    <w:p>
      <w:r>
        <w:rPr>
          <w:b/>
        </w:rPr>
        <w:t xml:space="preserve">[45:46] </w:t>
      </w:r>
      <w:r>
        <w:t>Main jaanta hoon ke hazaron log mujh se ghussa ho jayen ge, lekin koi ghussa hota rahe. Mujhe to sachi baat karna hai.</w:t>
      </w:r>
    </w:p>
    <w:p>
      <w:pPr>
        <w:jc w:val="right"/>
      </w:pPr>
      <w:r>
        <w:t>میں جانتا ہوں کہ ہزاروں لوگ مجھ سے غصہ ہو جائیں گے، لیکن کوئی غصہ ہوتا رہے۔ مجھے تو سچی بات کرنا ہے۔</w:t>
      </w:r>
    </w:p>
    <w:p>
      <w:r>
        <w:rPr>
          <w:b/>
        </w:rPr>
        <w:t xml:space="preserve">[45:57] </w:t>
      </w:r>
      <w:r>
        <w:t>Sachi baat karni hai mujhe. Main, main, main manta hoon ke self thinking tawakkun hai. Sahi thinking hai, anti self thinking.</w:t>
      </w:r>
    </w:p>
    <w:p>
      <w:pPr>
        <w:jc w:val="right"/>
      </w:pPr>
      <w:r>
        <w:t>سچی بات کرنی ہے مجھے۔ میں، میں، میں مانتا ہوں کہ سیلف تھنکنگ تواکن ہے۔ صحیح تھنکنگ ہے، اینٹی سیلف تھنکنگ۔</w:t>
      </w:r>
    </w:p>
    <w:p>
      <w:r>
        <w:rPr>
          <w:b/>
        </w:rPr>
        <w:t xml:space="preserve">[46:09] </w:t>
      </w:r>
      <w:r>
        <w:t>Aap ke andar anti self thinking develop ho, us se aap taraqqi karen ge. Self thinking se aap kabhi taraqqi nahi kar sakte. Maulana, agla comment parhna chahen ge.</w:t>
      </w:r>
    </w:p>
    <w:p>
      <w:pPr>
        <w:jc w:val="right"/>
      </w:pPr>
      <w:r>
        <w:t>آپ کے اندر اینٹی سیلف تھنکنگ ڈیولپ ہو، اس سے آپ ترقی کریں گے۔ سیلف تھنکنگ سے آپ کبھی ترقی نہیں کر سکتے۔ مولانا، اگلا کمنٹ پڑھنا چاہیں گے۔</w:t>
      </w:r>
    </w:p>
    <w:p>
      <w:r>
        <w:rPr>
          <w:b/>
        </w:rPr>
        <w:t xml:space="preserve">[46:20] </w:t>
      </w:r>
      <w:r>
        <w:t>Yeh bheja hai Maulana Yaqoob Umri ne Delhi se. Unhon ne likha hai: "Maulana, I agree with you hundred percent on the concept of helping other that you explained very well today.</w:t>
      </w:r>
    </w:p>
    <w:p>
      <w:pPr>
        <w:jc w:val="right"/>
      </w:pPr>
      <w:r>
        <w:t>یہ بھیجا ہے مولانا یعقوب عمری نے دلی سے۔ انہوں نے لکھا ہے: "مولانا، آئی ایگری ود یو ہنڈرڈ پرسنٹ ان دا کانسیپٹ آف ہیلپنگ ادر دیٹ یو ایکسپلینڈ ویری ویل ٹوڈے۔</w:t>
      </w:r>
    </w:p>
    <w:p>
      <w:r>
        <w:rPr>
          <w:b/>
        </w:rPr>
        <w:t xml:space="preserve">[46:34] </w:t>
      </w:r>
      <w:r>
        <w:t>Teaching wisdom is real help and giving money is killing their potential. Jazak Allah." Maulana, Maulana, agla comment aur sawal aaya hai Miss Samina ka Delhi se.</w:t>
      </w:r>
    </w:p>
    <w:p>
      <w:pPr>
        <w:jc w:val="right"/>
      </w:pPr>
      <w:r>
        <w:t>ٹیچنگ وزڈم از ریئل ہیلپ اینڈ گیونگ منی از کلنگ دیر پوٹینشل۔ جزاک اللہ۔" مولانا، مولانا، اگلا کمنٹ اور سوال آیا ہے مس سمینہ کا دلی سے۔</w:t>
      </w:r>
    </w:p>
    <w:p>
      <w:r>
        <w:rPr>
          <w:b/>
        </w:rPr>
        <w:t xml:space="preserve">[46:48] </w:t>
      </w:r>
      <w:r>
        <w:t>Unhon ne likha hai: "Maulana, you are a blessing for my family. You are a blessing for my family and me, and I think my brother Khurram for that Allah use her khushi se un ko nawazay." Aise, I also want to thank Farida Apa and Naghma Apa for their support and encouragement to do translation work.</w:t>
      </w:r>
    </w:p>
    <w:p>
      <w:pPr>
        <w:jc w:val="right"/>
      </w:pPr>
      <w:r>
        <w:t>انہوں نے لکھا ہے: "مولانا، یو آر ا بلیسنگ فار مائی فیملی۔ یو آر ا بلیسنگ فار مائی فیملی اینڈ می، اینڈ آئی تھنک مائی برادر خرم فار دیٹ اللہ یوز ہر خوشی سے ان کو نوازے۔" ایسے، آئی السو وانٹ ٹو تھینک فریدہ آپا اینڈ نغمہ آپا فار دیر سپورٹ اینڈ انکریجمنٹ ٹو ڈو ٹرانسلیشن ورک۔</w:t>
      </w:r>
    </w:p>
    <w:p>
      <w:r>
        <w:rPr>
          <w:b/>
        </w:rPr>
        <w:t xml:space="preserve">[47:17] </w:t>
      </w:r>
      <w:r>
        <w:t>i have a question: "last week i saw you giving your blessings to a girl who was apparently going through depression.</w:t>
      </w:r>
    </w:p>
    <w:p>
      <w:pPr>
        <w:jc w:val="right"/>
      </w:pPr>
      <w:r>
        <w:t>آئی ہیو ا کوئسچن: "لاسٹ ویک آئی سو یو گیونگ یور بلیسنگز ٹو ا گرل ہو واز اپیرنٹلی گوئنگ تھرو ڈپریشن۔</w:t>
      </w:r>
    </w:p>
    <w:p>
      <w:r>
        <w:rPr>
          <w:b/>
        </w:rPr>
        <w:t xml:space="preserve">[47:27] </w:t>
      </w:r>
      <w:r>
        <w:t>these days so many people are going through stress and depression and are committing suicides. the reason vary from financial, personal and many more.</w:t>
      </w:r>
    </w:p>
    <w:p>
      <w:pPr>
        <w:jc w:val="right"/>
      </w:pPr>
      <w:r>
        <w:t>دیز ڈیز سو مینی پیپل آر گوئنگ تھرو سٹریس اینڈ ڈپریشن اینڈ آر کمیٹنگ سوئیسائیڈز۔ دا ریزن ویری فرام فائنینشل، پرسنل اینڈ مینی مور۔</w:t>
      </w:r>
    </w:p>
    <w:p>
      <w:r>
        <w:rPr>
          <w:b/>
        </w:rPr>
        <w:t xml:space="preserve">[47:38] </w:t>
      </w:r>
      <w:r>
        <w:t>my daughter marvi's class mate, uh who was in second year, was going through depression and was taking therapy from psychologist.</w:t>
      </w:r>
    </w:p>
    <w:p>
      <w:pPr>
        <w:jc w:val="right"/>
      </w:pPr>
      <w:r>
        <w:t>مائی ڈاٹر مارویز کلاس میٹ، اہ ہو واز ان سیکنڈ ایئر، واز گوئنگ تھرو ڈپریشن اینڈ واز ٹیکنگ تھیراپی فرام سائیکالوجسٹ۔</w:t>
      </w:r>
    </w:p>
    <w:p>
      <w:r>
        <w:rPr>
          <w:b/>
        </w:rPr>
        <w:t xml:space="preserve">[47:50] </w:t>
      </w:r>
      <w:r>
        <w:t>still he ended his life. all the batch mates are in extreme trauma as they were the ones to break open the door and take out his body, not hanging from the fan but from the cupboard.</w:t>
      </w:r>
    </w:p>
    <w:p>
      <w:pPr>
        <w:jc w:val="right"/>
      </w:pPr>
      <w:r>
        <w:t>سٹل ہی اینڈڈ ہز لائف۔ ال دی بیچ میٹس آر ان ایکسٹریم ٹراما ایز دے وار دا ونز ٹو بریک اوپن دا ڈور اینڈ ٹیک آؤٹ ہز باڈی، ناٹ ہینگنگ فرام دا فین بٹ فرام دی کبرڈ۔</w:t>
      </w:r>
    </w:p>
    <w:p>
      <w:r>
        <w:rPr>
          <w:b/>
        </w:rPr>
        <w:t xml:space="preserve">[48:04] </w:t>
      </w:r>
      <w:r>
        <w:t>he was extremely good in studies and he had no financial issues, but the parents were in jharkhand and he was staying alone in a pg.</w:t>
      </w:r>
    </w:p>
    <w:p>
      <w:pPr>
        <w:jc w:val="right"/>
      </w:pPr>
      <w:r>
        <w:t>ہی واز ایکسٹریملی گڈ ان سٹڈیز اینڈ ہیڈ نو فائنینشل ایشوز، بٹ دا پیرنٹس وار ان جھارکن اینڈ ہی واز سٹےنگ الون ان ا پی جی۔</w:t>
      </w:r>
    </w:p>
    <w:p>
      <w:r>
        <w:rPr>
          <w:b/>
        </w:rPr>
        <w:t xml:space="preserve">[48:16] </w:t>
      </w:r>
      <w:r>
        <w:t>my question is as parents and teachers, how can we help these students or people in our contact? because most of the time what they need is simply talking to someone to share their worries, anxieties and fears.</w:t>
      </w:r>
    </w:p>
    <w:p>
      <w:pPr>
        <w:jc w:val="right"/>
      </w:pPr>
      <w:r>
        <w:t>مائی کوئسچن از ایز پیرنٹس اینڈ ٹیچرز، ہاؤ کین وی ہیلپ دیز سٹوڈنٹس اور پیپل ان اور کانٹیکٹ؟ بیکاز موسٹ اف دا ٹائم واٹ دے نیڈ از سمپلی ٹاکنگ ٹو سم ون ٹو شیئر دیر وریز، اینگزائٹیز اینڈ فیئرز۔</w:t>
      </w:r>
    </w:p>
    <w:p>
      <w:r>
        <w:rPr>
          <w:b/>
        </w:rPr>
        <w:t xml:space="preserve">[48:33] </w:t>
      </w:r>
      <w:r>
        <w:t>maulana sahib, please advise." dekhiye, main apna experience aap ko batata hoon. main gaya tha pakistan, kai saal pehle ki baat hai.</w:t>
      </w:r>
    </w:p>
    <w:p>
      <w:pPr>
        <w:jc w:val="right"/>
      </w:pPr>
      <w:r>
        <w:t>مولانا صاحب، پلیز ایڈوائس۔" دیکھیے، میں اپنا ایکسپیرینس آپ کو بتاتا ہوں۔ میں گیا تھا پاکستان، کئی سال پہلے کی بات ہے۔</w:t>
      </w:r>
    </w:p>
    <w:p>
      <w:r>
        <w:rPr>
          <w:b/>
        </w:rPr>
        <w:t xml:space="preserve">[48:47] </w:t>
      </w:r>
      <w:r>
        <w:t>to lahore ke airport par ek naujawan mujhe receive karne ke liye aaya aur kai log thay.</w:t>
      </w:r>
    </w:p>
    <w:p>
      <w:pPr>
        <w:jc w:val="right"/>
      </w:pPr>
      <w:r>
        <w:t>تو لاہور کے ایئرپورٹ پر ایک نوجوان مجھے ریسیو کرنے کے لیے آیا اور کئی لوگ تھے۔</w:t>
      </w:r>
    </w:p>
    <w:p>
      <w:r>
        <w:rPr>
          <w:b/>
        </w:rPr>
        <w:t xml:space="preserve">[48:57] </w:t>
      </w:r>
      <w:r>
        <w:t>to woh naujawan main pehchane pehchanta nahi tha. us ko main us ko arabi nazar se dekha to us ne kaha ke aap us ko pehchanta nahi honge lekin main aap ko janta hoon.</w:t>
      </w:r>
    </w:p>
    <w:p>
      <w:pPr>
        <w:jc w:val="right"/>
      </w:pPr>
      <w:r>
        <w:t>تو وہ نوجوان میں پہچانے پہچانتا نہیں تھا۔ اس کو میں اس کو عربی نظر سے دیکھا تو اس نے کہا کہ آپ اس کو پہچانتا نہیں ہوں گے لیکن میں آپ کو جانتا ہوں۔</w:t>
      </w:r>
    </w:p>
    <w:p>
      <w:r>
        <w:rPr>
          <w:b/>
        </w:rPr>
        <w:t xml:space="preserve">[49:11] </w:t>
      </w:r>
      <w:r>
        <w:t>to phir us ne apni story batai. us ne kaha ke main bohat zabardast depression ka shikar ho chuka tha. depression to yahan par koi hospital hai jo depression ka ilaj karta hai.</w:t>
      </w:r>
    </w:p>
    <w:p>
      <w:pPr>
        <w:jc w:val="right"/>
      </w:pPr>
      <w:r>
        <w:t>تو پھر اس نے اپنی سٹوری بتائی۔ اس نے کہا کہ میں بہت زبردست ڈپریشن کا شکار ہو چکا تھا۔ ڈپریشن تو یہاں پر کوئی ہسپتال ہے جو ڈپریشن کا علاج کرتا ہے۔</w:t>
      </w:r>
    </w:p>
    <w:p>
      <w:r>
        <w:rPr>
          <w:b/>
        </w:rPr>
        <w:t xml:space="preserve">[49:28] </w:t>
      </w:r>
      <w:r>
        <w:t>wahan woh daakhil kar diye gaye. to wahan par under treatment thay woh aur kuch faida nahi ho raha tha. to phir ek aadmi wahan mile un se, un ko meri kitab "raaz-e-hayat" de di.</w:t>
      </w:r>
    </w:p>
    <w:p>
      <w:pPr>
        <w:jc w:val="right"/>
      </w:pPr>
      <w:r>
        <w:t>وہاں وہ داخل کر دیے گئے۔ تو وہاں پر انڈر ٹریٹمنٹ تھے وہ اور کچھ فائدہ نہیں ہو رہا تھا۔ تو پھر ایک آدمی وہاں ملے ان سے، ان کو میری کتاب "راز حیات" دے دی۔</w:t>
      </w:r>
    </w:p>
    <w:p>
      <w:r>
        <w:rPr>
          <w:b/>
        </w:rPr>
        <w:t xml:space="preserve">[49:44] </w:t>
      </w:r>
      <w:r>
        <w:t>"raaz-e-hayat"</w:t>
      </w:r>
    </w:p>
    <w:p>
      <w:pPr>
        <w:jc w:val="right"/>
      </w:pPr>
      <w:r>
        <w:t>"راز حیات"</w:t>
      </w:r>
    </w:p>
    <w:p>
      <w:r>
        <w:rPr>
          <w:b/>
        </w:rPr>
        <w:t xml:space="preserve">[49:49] </w:t>
      </w:r>
      <w:r>
        <w:t>to us ko unhon ne hospital mein parha. us ke baad doctor sahib ne kaha ke aap mujhe chutti de dijiye.</w:t>
      </w:r>
    </w:p>
    <w:p>
      <w:pPr>
        <w:jc w:val="right"/>
      </w:pPr>
      <w:r>
        <w:t>تو اس کو انہوں نے ہسپتال میں پڑھا۔ اس کے بعد ڈاکٹر صاحب نے کہا کہ آپ مجھے چھٹی دے دیے۔</w:t>
      </w:r>
    </w:p>
    <w:p>
      <w:r>
        <w:rPr>
          <w:b/>
        </w:rPr>
        <w:t xml:space="preserve">[49:58] </w:t>
      </w:r>
      <w:r>
        <w:t>unhon ne kaha kyun? unhon ne kaha bhai to acha ho gaya. kaha ke nahi, abhi to aap under treatment hain. kaha ke nahi, main acha ho gaya. is kitab ko parh kar woh bilkul theek ho gaye.</w:t>
      </w:r>
    </w:p>
    <w:p>
      <w:pPr>
        <w:jc w:val="right"/>
      </w:pPr>
      <w:r>
        <w:t>انہوں نے کہا کیوں؟ انہوں نے کہا بھئی تو اچھا ہو گیا۔ کہا کہ نہیں، ابھی تو آپ انڈر ٹریٹمنٹ ہیں۔ کہا نہیں، میں اچھا ہو گیا۔ اس کتاب کو پڑھ کر وہ بالکل ٹھیک ہو گئے۔</w:t>
      </w:r>
    </w:p>
    <w:p>
      <w:r>
        <w:rPr>
          <w:b/>
        </w:rPr>
        <w:t xml:space="preserve">[50:11] </w:t>
      </w:r>
      <w:r>
        <w:t>depression khatam ho gaya aur phir zindagi mein kaabil ho gaya. to logon ko paisa mat dijiye, madad mat kijiye.</w:t>
      </w:r>
    </w:p>
    <w:p>
      <w:pPr>
        <w:jc w:val="right"/>
      </w:pPr>
      <w:r>
        <w:t>ڈپریشن ختم ہو گیا اور پھر زندگی میں کاک پانی قابل ہو گیا۔ تو لوگوں کو پیسہ مت دیجئے، مدد مت کیجئے۔</w:t>
      </w:r>
    </w:p>
    <w:p>
      <w:r>
        <w:rPr>
          <w:b/>
        </w:rPr>
        <w:t xml:space="preserve">[50:24] </w:t>
      </w:r>
      <w:r>
        <w:t>un ko wisdom dijiye. paisa dena un ke apni potential ko kill karna hai aur wisdom dena un ke potential ko jagana hai.</w:t>
      </w:r>
    </w:p>
    <w:p>
      <w:pPr>
        <w:jc w:val="right"/>
      </w:pPr>
      <w:r>
        <w:t>ان کو وزڈم دیجئے۔ وزڈم پیسہ دینا ان کے اپنی پوٹینشل کو کل کرنا ہے اور وزڈم دینا ان کے پوٹینشل کو جگانا ہے۔</w:t>
      </w:r>
    </w:p>
    <w:p>
      <w:r>
        <w:rPr>
          <w:b/>
        </w:rPr>
        <w:t xml:space="preserve">[50:40] </w:t>
      </w:r>
      <w:r>
        <w:t>main phir kahunga ke paisa dena logon ki potential ko kill karna hai</w:t>
      </w:r>
    </w:p>
    <w:p>
      <w:pPr>
        <w:jc w:val="right"/>
      </w:pPr>
      <w:r>
        <w:t>میں پھر کہوں گا کہ پیسہ دینا لوگوں کی پوٹینشل کو کل کرنا ہے</w:t>
      </w:r>
    </w:p>
    <w:p>
      <w:r>
        <w:rPr>
          <w:b/>
        </w:rPr>
        <w:t xml:space="preserve">[50:51] </w:t>
      </w:r>
      <w:r>
        <w:t>aur wisdom dena logon ke wisdom ko potential ko jagana hai. yeh mera tajurba hai aur main bas kehta hoon ke hamare haan jo leader paida hui hai, woh zyada tar aisay log thay jinhon ne is raat ko jaana hi nahi.</w:t>
      </w:r>
    </w:p>
    <w:p>
      <w:pPr>
        <w:jc w:val="right"/>
      </w:pPr>
      <w:r>
        <w:t>اور وزڈم دینا لوگوں کے وزڈم کو پوٹینشل کو جگانا ہے۔ یہ میرا تجربہ ہے اور میں بس کہتا ہوں کہ ہمارے ہاں جو لیڈر پیدا ہوئی ہے، وہ زیادہ تر ایسے لوگ تھے جنہوں نے اس رات کو جانا ہی نہیں۔</w:t>
      </w:r>
    </w:p>
    <w:p>
      <w:r>
        <w:rPr>
          <w:b/>
        </w:rPr>
        <w:t xml:space="preserve">[51:13] </w:t>
      </w:r>
      <w:r>
        <w:t>is raat ko jaana hi nahi. unhon ne potential ko jagana yeh asal raaz hai. yeh jaana nahi hai. potential ko kill ko woh hai misguide karte rahay.</w:t>
      </w:r>
    </w:p>
    <w:p>
      <w:pPr>
        <w:jc w:val="right"/>
      </w:pPr>
      <w:r>
        <w:t>اس رات کو جانا ہی نہیں۔ انہوں نے پوٹینشل کو جگانا یہ اصل راز ہے۔ یہ جانا نہیں ہے۔ پوٹینشل کو کل کو وہ ہے مس گائیڈ کرتے رہے۔</w:t>
      </w:r>
    </w:p>
    <w:p>
      <w:r>
        <w:rPr>
          <w:b/>
        </w:rPr>
        <w:t xml:space="preserve">[51:33] </w:t>
      </w:r>
      <w:r>
        <w:t>to jin logon ko is maslay mein jaanna ho, meri kitab parhein. urdu mein "raaz-e-hayat" hai, english mein woh hai kya naam hai uska?</w:t>
      </w:r>
    </w:p>
    <w:p>
      <w:pPr>
        <w:jc w:val="right"/>
      </w:pPr>
      <w:r>
        <w:t>تو جن لوگوں کو اس مسئلے میں جاننا ہو، میری کتاب پڑھیں۔ اردو میں "راز حیات" ہے، انگلش میں وہ ہے کیا نام ہے اس کا؟</w:t>
      </w:r>
    </w:p>
    <w:p>
      <w:r>
        <w:rPr>
          <w:b/>
        </w:rPr>
        <w:t xml:space="preserve">[51:46] </w:t>
      </w:r>
      <w:r>
        <w:t>"the secret of success". "the secret of success" english mein naam hai "the secret of success" aur urdu mein is ka naam hai "raaz-e-hayat".</w:t>
      </w:r>
    </w:p>
    <w:p>
      <w:pPr>
        <w:jc w:val="right"/>
      </w:pPr>
      <w:r>
        <w:t>"دی سیکرٹ آف سکسیس"۔ "دی سیکرٹ آف سکسیس" انگلش میں نام ہے "دی سیکرٹ آف سکسیس" اور اردو میں اس کا نام ہے "راز حیات"۔</w:t>
      </w:r>
    </w:p>
    <w:p>
      <w:r>
        <w:rPr>
          <w:b/>
        </w:rPr>
        <w:t xml:space="preserve">[52:01] </w:t>
      </w:r>
      <w:r>
        <w:t>maulana kashmir se sheikh ahmed sheikh sahib ne sawal bheja hai. unhon ne likha hai: "in present era we see our young generation is less interested towards books, especially islamic literature.</w:t>
      </w:r>
    </w:p>
    <w:p>
      <w:pPr>
        <w:jc w:val="right"/>
      </w:pPr>
      <w:r>
        <w:t>مولانا کشمیر سے شیراز احمد شیخ صاحب نے سوال بھیجا ہے۔ انہوں نے لکھا ہے: "ان پریزنٹ ایرا وی سی اورینگ جنریشن از لیس انٹرسٹڈ ٹورڈز بکس، اسپیشلی اسلامک لٹریچر۔</w:t>
      </w:r>
    </w:p>
    <w:p>
      <w:r>
        <w:rPr>
          <w:b/>
        </w:rPr>
        <w:t xml:space="preserve">[52:17] </w:t>
      </w:r>
      <w:r>
        <w:t>can we have an advice from you, maulana sahib? that how can we develop interest in our young generation towards islamic literature and holy quran?"</w:t>
      </w:r>
    </w:p>
    <w:p>
      <w:pPr>
        <w:jc w:val="right"/>
      </w:pPr>
      <w:r>
        <w:t>کین وی ہیو این ایڈوائس فرام یو، مولانا صاحب؟ دیٹ ہاؤ کین وی ڈیویلپ انٹرسٹ ان اورینگر جنریشن ٹورڈز اسلامک لٹریچر اینڈ ہولی قرآن؟"</w:t>
      </w:r>
    </w:p>
    <w:p>
      <w:r>
        <w:rPr>
          <w:b/>
        </w:rPr>
        <w:t xml:space="preserve">[52:32] </w:t>
      </w:r>
      <w:r>
        <w:t>dekhiye, yeh zamana jo hai, yeh hai age of reason. age of reason aur hamare log jo hain, woh fatwa ki zuban jante hain, joshe taqeenon ko jante hain,</w:t>
      </w:r>
    </w:p>
    <w:p>
      <w:pPr>
        <w:jc w:val="right"/>
      </w:pPr>
      <w:r>
        <w:t>دیکھیے، یہ زمانہ جو ہے، یہ ہے ایج آف ریزن۔ ایج آف ریزن اور ہمارے لوگ جو ہیں، وہ فتویٰ کی زبان جانتے ہیں، جوشی تقینوں کو جانتے ہیں،</w:t>
      </w:r>
    </w:p>
    <w:p>
      <w:r>
        <w:rPr>
          <w:b/>
        </w:rPr>
        <w:t xml:space="preserve">[52:48] </w:t>
      </w:r>
      <w:r>
        <w:t>fakhr ki zuban jante hain. to sara literature jo tayyar kiya unhon ne, woh rubbish hai. rubbish kyunke reason ki zuban hai hi nahi.</w:t>
      </w:r>
    </w:p>
    <w:p>
      <w:pPr>
        <w:jc w:val="right"/>
      </w:pPr>
      <w:r>
        <w:t>فخر کی زبان جانتے ہیں۔ تو سارا لٹریچر جو تیار کیا انہوں نے، وہ ربش ہے۔ ربش کیونکہ ریزن کی زبان ہے ہی نہیں۔</w:t>
      </w:r>
    </w:p>
    <w:p>
      <w:r>
        <w:rPr>
          <w:b/>
        </w:rPr>
        <w:t xml:space="preserve">[53:00] </w:t>
      </w:r>
      <w:r>
        <w:t>rezn ki zaban mein literature tayyar kiya hi nahi kisi ne. fakhr ki zaban ya kisi qism ki to wo to miss lewt karti hai.</w:t>
      </w:r>
    </w:p>
    <w:p>
      <w:pPr>
        <w:jc w:val="right"/>
      </w:pPr>
      <w:r>
        <w:t>ریزن کی زبان میں لٹریچر تیار کیا ہی نہیں کسی نے۔ فخر کی زبان یا کسی قسم کی تو وہ تو مس لیوٹ کرتی ہے۔</w:t>
      </w:r>
    </w:p>
    <w:p>
      <w:r>
        <w:rPr>
          <w:b/>
        </w:rPr>
        <w:t xml:space="preserve">[53:14] </w:t>
      </w:r>
      <w:r>
        <w:t>main ne tajruba kiya is ka. main is kitab mere sath shuru kiya rezn ki zaban mein. to aaj sari dunya mein hazaron log hain jo in ko Allah ne hidayat di hai.</w:t>
      </w:r>
    </w:p>
    <w:p>
      <w:pPr>
        <w:jc w:val="right"/>
      </w:pPr>
      <w:r>
        <w:t>میں نے تجربہ کیا اس کا۔ میں اس کتاب میرے ساتھ شروع کیا ریزن کی زبان میں۔ تو آج ساری دنیا میں ہزاروں لوگ ہیں جو ان کو اللہ نے ہدایت دی ہے۔</w:t>
      </w:r>
    </w:p>
    <w:p>
      <w:r>
        <w:rPr>
          <w:b/>
        </w:rPr>
        <w:t xml:space="preserve">[53:29] </w:t>
      </w:r>
      <w:r>
        <w:t>aap apne is pas jahan bhi aap hon, dunya ke khatte mein hon, aap survey kijiye. aap dekhiye ke wo kitaben jo likhi gayi thin fakhr ki zaban mein, siyasat ki zaban mein,</w:t>
      </w:r>
    </w:p>
    <w:p>
      <w:pPr>
        <w:jc w:val="right"/>
      </w:pPr>
      <w:r>
        <w:t>آپ اپنے اس پاس جہاں بھی آپ ہوں، دنیا کے خطے میں ہوں، آپ سروے کیجئے۔ آپ دیکھیے کہ وہ کتابیں جو لکھی گئی تھیں فخر کی زبان میں، سیاست کی زبان میں،</w:t>
      </w:r>
    </w:p>
    <w:p>
      <w:r>
        <w:rPr>
          <w:b/>
        </w:rPr>
        <w:t xml:space="preserve">[53:42] </w:t>
      </w:r>
      <w:r>
        <w:t>is se kuch bhi nahi hua. aur jo kitab likhi gayi hai leader ki zaban mein, is se bohat se logon ko zindagi mili hai. aap apne is pas aap survey karen to aap yeh misalen pa pa pa jayen ge.</w:t>
      </w:r>
    </w:p>
    <w:p>
      <w:pPr>
        <w:jc w:val="right"/>
      </w:pPr>
      <w:r>
        <w:t>اس سے کچھ بھی نہیں ہوا۔ اور جو کتاب لکھی گئی ہے لیڈر کی زبان میں، اس سے بہت سے لوگوں کو زندگی ملی ہے۔ آپ اپنے اس پاس آپ سروے کریں تو آپ یہ مثالیں پا پا پا جائیں گے۔</w:t>
      </w:r>
    </w:p>
    <w:p>
      <w:r>
        <w:rPr>
          <w:b/>
        </w:rPr>
        <w:t xml:space="preserve">[54:04] </w:t>
      </w:r>
      <w:r>
        <w:t>maulana, agla comment mumbai se aya hai miss hasna sajid anwar ka. unhon ne likha hai: "maulana voice was so clear and emphatic as if maulana was talking ten years before." miss sahar saleem ne dilli se likha hai: "maulana, today talk gave me answers to so many questions and i got a complete new perspective on help.</w:t>
      </w:r>
    </w:p>
    <w:p>
      <w:pPr>
        <w:jc w:val="right"/>
      </w:pPr>
      <w:r>
        <w:t>مولانا، اگلا کمنٹ ممبئی سے آیا ہے مس حسنہ ساجد انور کا۔ انہوں نے لکھا ہے: "مولانا وائس واز سو کلیئر اینڈ ایمفیٹک ایز اف مولانا واز ٹاکنگ ٹین ایئرز بیفور۔" مس سحر سلیم نے دلی سے لکھا ہے: "مولانا، ٹوڈے ٹاک گیو می انسرز ٹو سو مینی کوئسچنز اینڈ آئی گاٹ ا کمپلیٹ نیو پرسپیکٹو ان ہیلپ۔</w:t>
      </w:r>
    </w:p>
    <w:p>
      <w:r>
        <w:rPr>
          <w:b/>
        </w:rPr>
        <w:t xml:space="preserve">[54:33] </w:t>
      </w:r>
      <w:r>
        <w:t>today i got the reason my father asking me to leave the comfort zone and develop the personality to face struggle with patience.</w:t>
      </w:r>
    </w:p>
    <w:p>
      <w:pPr>
        <w:jc w:val="right"/>
      </w:pPr>
      <w:r>
        <w:t>ٹوڈے آئی گاٹ دا ریزن مائی فادر اسکنگ می ٹو لیو دا کمفرٹ زون اینڈ ڈیویلپ دا پرسنیلٹی ٹو فیس سٹرگل ود پیشنس۔</w:t>
      </w:r>
    </w:p>
    <w:p>
      <w:r>
        <w:rPr>
          <w:b/>
        </w:rPr>
        <w:t xml:space="preserve">[54:44] </w:t>
      </w:r>
      <w:r>
        <w:t>help can be a hindrance for discovering potential. the discovery of potential is a journey which empowers and enables a person to solve problems and make more opportunities for themself and realize their potential.</w:t>
      </w:r>
    </w:p>
    <w:p>
      <w:pPr>
        <w:jc w:val="right"/>
      </w:pPr>
      <w:r>
        <w:t>ہیلپ کین بی ا ہنڈرنس فار ڈسکورنگ پوٹینشل۔ دا ڈسکوری آف پوٹینشل از ا جرنی وچ ایمپاورز اینڈ انیبلز ا پرسن ٹو سالو پرابلمز اینڈ میک مور اپرچونیٹیز فار دیم سیلف اینڈ ریلائز دیر پوٹینشل۔</w:t>
      </w:r>
    </w:p>
    <w:p>
      <w:r>
        <w:rPr>
          <w:b/>
        </w:rPr>
        <w:t xml:space="preserve">[55:01] </w:t>
      </w:r>
      <w:r>
        <w:t>thank you Maulana sahib for helping us."</w:t>
      </w:r>
    </w:p>
    <w:p>
      <w:pPr>
        <w:jc w:val="right"/>
      </w:pPr>
      <w:r>
        <w:t>تھینک یو مولانا صاحب فار ہیلپنگ اس۔"</w:t>
      </w:r>
    </w:p>
    <w:p>
      <w:r>
        <w:rPr>
          <w:b/>
        </w:rPr>
        <w:t xml:space="preserve">[55:06] </w:t>
      </w:r>
      <w:r>
        <w:t>masha Allah. miss karotlin ne srinagar se likha hai, jo class mein maujood hain: "Maulana, i hope the</w:t>
      </w:r>
    </w:p>
    <w:p>
      <w:pPr>
        <w:jc w:val="right"/>
      </w:pPr>
      <w:r>
        <w:t>ماشاءاللہ۔ مس کروتلین نے سری نگر سے لکھا ہے، جو کلاس میں موجود ہیں: "مولانا، آئی ہوپ دی</w:t>
      </w:r>
    </w:p>
    <w:p>
      <w:r>
        <w:rPr>
          <w:b/>
        </w:rPr>
        <w:t xml:space="preserve">[55:13] </w:t>
      </w:r>
      <w:r>
        <w:t>parents who are watching program will go for an introspection</w:t>
      </w:r>
    </w:p>
    <w:p>
      <w:pPr>
        <w:jc w:val="right"/>
      </w:pPr>
      <w:r>
        <w:t>پیرنٹس ہو آر واچنگ پروگرام ول گو فار این انٹروسپیکشن</w:t>
      </w:r>
    </w:p>
    <w:p>
      <w:r>
        <w:rPr>
          <w:b/>
        </w:rPr>
        <w:t xml:space="preserve">[55:18] </w:t>
      </w:r>
      <w:r>
        <w:t>and realize their follies in pampering children and try to help them to discover their wisdom and potential</w:t>
      </w:r>
    </w:p>
    <w:p>
      <w:pPr>
        <w:jc w:val="right"/>
      </w:pPr>
      <w:r>
        <w:t>اینڈ ریلائز دیر فولیز ان پیمپرنگ چلڈرن اینڈ ٹرائی ٹو ہیلپ دیم ٹو ڈسکور دیر وزڈم اینڈ پوٹینشل</w:t>
      </w:r>
    </w:p>
    <w:p>
      <w:r>
        <w:rPr>
          <w:b/>
        </w:rPr>
        <w:t xml:space="preserve">[55:28] </w:t>
      </w:r>
      <w:r>
        <w:t>to develop a strong personality."</w:t>
      </w:r>
    </w:p>
    <w:p>
      <w:pPr>
        <w:jc w:val="right"/>
      </w:pPr>
      <w:r>
        <w:t>ٹو ڈیویلپ ا سٹرونگ پرسنیلٹی۔"</w:t>
      </w:r>
    </w:p>
    <w:p>
      <w:r>
        <w:rPr>
          <w:b/>
        </w:rPr>
        <w:t xml:space="preserve">[55:33] </w:t>
      </w:r>
      <w:r>
        <w:t>maa baap jo hai sirf pampering jante hain bas, aur pampering jo hai wo to zeher hai. zeher.</w:t>
      </w:r>
    </w:p>
    <w:p>
      <w:pPr>
        <w:jc w:val="right"/>
      </w:pPr>
      <w:r>
        <w:t>ماں باپ جو ہے صرف پیمپرنگ جانتے ہیں بس، اور پیمپرنگ جو ہے وہ تو زہر ہے۔ زہر۔</w:t>
      </w:r>
    </w:p>
    <w:p>
      <w:r>
        <w:rPr>
          <w:b/>
        </w:rPr>
        <w:t xml:space="preserve">[55:42] </w:t>
      </w:r>
      <w:r>
        <w:t>mehtab ahmad sahib ne dhampur se likha hai: "maulana sahib, aap ki baat sahi hai. ek maa ko bhi yeh lalach hota hai ke mera beta bara ho kar meri madad karega.</w:t>
      </w:r>
    </w:p>
    <w:p>
      <w:pPr>
        <w:jc w:val="right"/>
      </w:pPr>
      <w:r>
        <w:t>مہتاب احمد صاحب نے دھامپور سے لکھا ہے: "مولانا صاحب، آپ کی بات صحیح ہے۔ ایک ماں کو بھی یہ لالچ ہوتا ہے کہ میرا بیٹا بڑا ہو کر میری مدد کرے گا۔</w:t>
      </w:r>
    </w:p>
    <w:p>
      <w:r>
        <w:rPr>
          <w:b/>
        </w:rPr>
        <w:t xml:space="preserve">[55:55] </w:t>
      </w:r>
      <w:r>
        <w:t>magar ek dai maa se bhi zyada insan ka khair khwah aur madadgar hota hai. aaj dawah work bhi paise ke bina nahi hota.</w:t>
      </w:r>
    </w:p>
    <w:p>
      <w:pPr>
        <w:jc w:val="right"/>
      </w:pPr>
      <w:r>
        <w:t>مگر ایک دائی ماں سے بھی زیادہ انسان کا خیر خواہ اور مددگار ہوتا ہے۔ آج دعویٰ ورک بھی پیسے کے بنا نہیں ہوتا۔</w:t>
      </w:r>
    </w:p>
    <w:p>
      <w:r>
        <w:rPr>
          <w:b/>
        </w:rPr>
        <w:t xml:space="preserve">[56:06] </w:t>
      </w:r>
      <w:r>
        <w:t>jazak allah maulana." maulana, agle do sawal kuch milte julte hain to hum dono ko parhna chahenge.</w:t>
      </w:r>
    </w:p>
    <w:p>
      <w:pPr>
        <w:jc w:val="right"/>
      </w:pPr>
      <w:r>
        <w:t>جزاک اللہ مولانا۔" مولانا، اگلے دو سوال کچھ ملتے جلتے ہیں تو ہم دونوں کو پڑھنا چاہیں گے۔</w:t>
      </w:r>
    </w:p>
    <w:p>
      <w:r>
        <w:rPr>
          <w:b/>
        </w:rPr>
        <w:t xml:space="preserve">[56:17] </w:t>
      </w:r>
      <w:r>
        <w:t>ek sawal yeh sawal aamir mori sahib ne kiya hai goa se. unhon ne likha hai: "as per god's creation plan, there would always be a section of people who will be under privileged and weak.</w:t>
      </w:r>
    </w:p>
    <w:p>
      <w:pPr>
        <w:jc w:val="right"/>
      </w:pPr>
      <w:r>
        <w:t>ایک سوال یہ سوال عامر موری صاحب نے کیا ہے گوا سے۔ انہوں نے لکھا ہے: "ایز پر گاڈز کریشن پلان، دیر وڈ الویز بی ا سیکشن آف پیپل ہو ول بی انڈر پریولجڈ اینڈ ویک۔</w:t>
      </w:r>
    </w:p>
    <w:p>
      <w:r>
        <w:rPr>
          <w:b/>
        </w:rPr>
        <w:t xml:space="preserve">[56:33] </w:t>
      </w:r>
      <w:r>
        <w:t>people who are blessed have been asked to help weaker section of society. the concept of zakat is based on the same concept.</w:t>
      </w:r>
    </w:p>
    <w:p>
      <w:pPr>
        <w:jc w:val="right"/>
      </w:pPr>
      <w:r>
        <w:t>پیپل ہو آر بلیسڈ ہیو بین اسکڈ ٹو ہیلپ ویکر سیکشن آف سوسائٹی۔ دی کانسیپٹ آف زکوۃ از بیسڈ ان دا سیم کانسیپٹ۔</w:t>
      </w:r>
    </w:p>
    <w:p>
      <w:r>
        <w:rPr>
          <w:b/>
        </w:rPr>
        <w:t xml:space="preserve">[56:45] </w:t>
      </w:r>
      <w:r>
        <w:t>allah to his endorse charity in quran at many places. maulana sahib, kindly help us to know the deeper meaning of such quranic injunction." aisa hi ek aur sawal maulana dilli se miss falak areeba ne bheja hai.</w:t>
      </w:r>
    </w:p>
    <w:p>
      <w:pPr>
        <w:jc w:val="right"/>
      </w:pPr>
      <w:r>
        <w:t>اللہ ٹو ہیز انڈورس چیریٹی ان قرآن ایٹ مینی پلیسز۔ مولانا صاحب، کائنڈلی ہیلپ اس ٹو نو دا ڈیپر میننگ آف سچ قرآنک انجنکشن۔" ایسا ہی ایک اور سوال مولانا دلی سے مس فلک عریبہ نے بھیجا ہے۔</w:t>
      </w:r>
    </w:p>
    <w:p>
      <w:r>
        <w:rPr>
          <w:b/>
        </w:rPr>
        <w:t xml:space="preserve">[57:02] </w:t>
      </w:r>
      <w:r>
        <w:t>unhon ne likha hai: "giving people things for free is not real help. sharing wisdom is real help. thank you for explaining this maulana, but most of us give alms to poor in the form of zakat, thinking we are helping the needy.</w:t>
      </w:r>
    </w:p>
    <w:p>
      <w:pPr>
        <w:jc w:val="right"/>
      </w:pPr>
      <w:r>
        <w:t>انہوں نے لکھا ہے: "گیونگ پیپل تھنگز فار فری از ناٹ ریئل ہیلپ۔ شیئرنگ وزڈم از ریئل ہیلپ۔ تھینک یو فار ایکسپلیننگ دس مولانا، بٹ موسٹ آف اس گیو ارمز ٹو پور ان دی فارم آف زکوۃ، تھنکنگ وی آر ہیلپنگ دا نیڈی۔</w:t>
      </w:r>
    </w:p>
    <w:p>
      <w:r>
        <w:rPr>
          <w:b/>
        </w:rPr>
        <w:t xml:space="preserve">[57:19] </w:t>
      </w:r>
      <w:r>
        <w:t>so is there a better way we can use zakat to impart knowledge and wisdom? please guide us." dekhiye, weaker section society ka lafz hi galat hai.</w:t>
      </w:r>
    </w:p>
    <w:p>
      <w:pPr>
        <w:jc w:val="right"/>
      </w:pPr>
      <w:r>
        <w:t>سو از دیر ا بیٹر وے وی کین یوز زکوۃ ٹو امپارٹ نالج اینڈ وزڈم؟ پلیز گائیڈ اس۔" دیکھیے، ویکر سیکشن سوسائٹی کا لفظ ہی غلط ہے۔</w:t>
      </w:r>
    </w:p>
    <w:p>
      <w:r>
        <w:rPr>
          <w:b/>
        </w:rPr>
        <w:t xml:space="preserve">[57:32] </w:t>
      </w:r>
      <w:r>
        <w:t>isi lafz se log</w:t>
      </w:r>
    </w:p>
    <w:p>
      <w:pPr>
        <w:jc w:val="right"/>
      </w:pPr>
      <w:r>
        <w:t>اسی لفظ سے لوگ</w:t>
      </w:r>
    </w:p>
    <w:p>
      <w:r>
        <w:rPr>
          <w:b/>
        </w:rPr>
        <w:t xml:space="preserve">[57:37] </w:t>
      </w:r>
      <w:r>
        <w:t>mis lead hue hain. weaker section society is nothing. jin ko aap weaker kehte hain, wo leader hain.</w:t>
      </w:r>
    </w:p>
    <w:p>
      <w:pPr>
        <w:jc w:val="right"/>
      </w:pPr>
      <w:r>
        <w:t>مس لیڈ ہوئے ہیں۔ ویکر سیکشن سوسائٹی از نتھنگ۔ جن کو آپ ویکر کہتے ہیں، وہ لیڈر ہیں۔</w:t>
      </w:r>
    </w:p>
    <w:p>
      <w:r>
        <w:rPr>
          <w:b/>
        </w:rPr>
        <w:t xml:space="preserve">[57:46] </w:t>
      </w:r>
      <w:r>
        <w:t>leader are ic str. yeh dekhiye, in ke andar incentive incentive hai. aap dekh lijiye, jo jin ko aap weaker kehte the, un ke andar incentive hota hai.</w:t>
      </w:r>
    </w:p>
    <w:p>
      <w:pPr>
        <w:jc w:val="right"/>
      </w:pPr>
      <w:r>
        <w:t>لیڈر آر آئی سی ایس ٹی آر۔ یہ دیکھیں، ان کے اندر انسنٹو انسنٹو ہے۔ آپ دیکھ لیجئے، جو جن کو آپ ویکر کہتے تھے، ان کے اندر انسنٹو ہوتا ہے۔</w:t>
      </w:r>
    </w:p>
    <w:p>
      <w:r>
        <w:rPr>
          <w:b/>
        </w:rPr>
        <w:t xml:space="preserve">[57:58] </w:t>
      </w:r>
      <w:r>
        <w:t>incentive zyada bari dolat hai,</w:t>
      </w:r>
    </w:p>
    <w:p>
      <w:pPr>
        <w:jc w:val="right"/>
      </w:pPr>
      <w:r>
        <w:t>انسنٹو زیادہ بڑی دولت ہے،</w:t>
      </w:r>
    </w:p>
    <w:p>
      <w:r>
        <w:rPr>
          <w:b/>
        </w:rPr>
        <w:t xml:space="preserve">[58:03] </w:t>
      </w:r>
      <w:r>
        <w:t>yani paise se zyada bari dolat hai. incentive.</w:t>
      </w:r>
    </w:p>
    <w:p>
      <w:pPr>
        <w:jc w:val="right"/>
      </w:pPr>
      <w:r>
        <w:t>یعنی پیسے سے زیادہ بڑی دولت ہے۔ انسنٹو۔</w:t>
      </w:r>
    </w:p>
    <w:p>
      <w:r>
        <w:rPr>
          <w:b/>
        </w:rPr>
        <w:t xml:space="preserve">[58:09] </w:t>
      </w:r>
      <w:r>
        <w:t>aur main samajhta hoon ke yahan main ek baat kahunga, ek bohat bari baat kahunga jo shayad log jante nahi, wo yeh hai ke allah taala ne is zamane mein dolat ki bharmar kar di hai.</w:t>
      </w:r>
    </w:p>
    <w:p>
      <w:pPr>
        <w:jc w:val="right"/>
      </w:pPr>
      <w:r>
        <w:t>اور میں سمجھتا ہوں کہ یہاں میں ایک بات کہوں گا، ایک بہت بڑی بات کہوں گا جو شاید لوگ جانتے نہیں، وہ یہ ہے کہ اللہ تعالی نے اس زمانے میں دولت کی بھرمار کر دی ہے۔</w:t>
      </w:r>
    </w:p>
    <w:p>
      <w:r>
        <w:rPr>
          <w:b/>
        </w:rPr>
        <w:t xml:space="preserve">[58:26] </w:t>
      </w:r>
      <w:r>
        <w:t>ab aap har aadmi ke liye moqa hai ke wo paisa kamaye, paisa kamaye,</w:t>
      </w:r>
    </w:p>
    <w:p>
      <w:pPr>
        <w:jc w:val="right"/>
      </w:pPr>
      <w:r>
        <w:t>اب آپ ہر آدمی کے لیے موقع ہے کہ وہ پیسہ کمائے، پیسہ کمائے،</w:t>
      </w:r>
    </w:p>
    <w:p>
      <w:r>
        <w:rPr>
          <w:b/>
        </w:rPr>
        <w:t xml:space="preserve">[58:35] </w:t>
      </w:r>
      <w:r>
        <w:t>har aadmi ke liye moqa hai ke wo paisa kamaye,</w:t>
      </w:r>
    </w:p>
    <w:p>
      <w:pPr>
        <w:jc w:val="right"/>
      </w:pPr>
      <w:r>
        <w:t>ہر آدمی کے لیے موقع ہے کہ وہ پیسہ کمائے،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