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Age of Giving Global Thanks Dec 15. 2019—Maulana Wahiduddin Khan</w:t>
      </w:r>
    </w:p>
    <w:p>
      <w:r>
        <w:t>https://www.youtube.com/watch?v=254Pgn6Ldts</w:t>
      </w:r>
    </w:p>
    <w:p>
      <w:r>
        <w:rPr>
          <w:b/>
        </w:rPr>
        <w:t xml:space="preserve">[00:13] </w:t>
      </w:r>
      <w:r>
        <w:t>bismillah-hir-rahman-nir-rahim,</w:t>
      </w:r>
    </w:p>
    <w:p>
      <w:pPr>
        <w:jc w:val="right"/>
      </w:pPr>
      <w:r>
        <w:t>بسم اللہ الرحمن الرحیم،</w:t>
      </w:r>
    </w:p>
    <w:p>
      <w:r>
        <w:rPr>
          <w:b/>
        </w:rPr>
        <w:t xml:space="preserve">[00:19] </w:t>
      </w:r>
      <w:r>
        <w:t>wa-sallallahu 'ala-n-nabiyyi-l-karim. rab-bish-rah-li sadri, wa yassir li amri, wah-lul-'uqdatam-mil-lisani yafqahu qawli.</w:t>
      </w:r>
    </w:p>
    <w:p>
      <w:pPr>
        <w:jc w:val="right"/>
      </w:pPr>
      <w:r>
        <w:t>وصلی اللہ علی النبی الکریم۔ رب اشرح لی صدری، ویسر لی امری، واحل العقدۃ من لسانی یفقہ قولی۔</w:t>
      </w:r>
    </w:p>
    <w:p>
      <w:r>
        <w:rPr>
          <w:b/>
        </w:rPr>
        <w:t xml:space="preserve">[00:36] </w:t>
      </w:r>
      <w:r>
        <w:t>aaj subah ek</w:t>
      </w:r>
    </w:p>
    <w:p>
      <w:pPr>
        <w:jc w:val="right"/>
      </w:pPr>
      <w:r>
        <w:t>آج صبح ایک</w:t>
      </w:r>
    </w:p>
    <w:p>
      <w:r>
        <w:rPr>
          <w:b/>
        </w:rPr>
        <w:t xml:space="preserve">[00:42] </w:t>
      </w:r>
      <w:r>
        <w:t>waqi'ah guzra</w:t>
      </w:r>
    </w:p>
    <w:p>
      <w:pPr>
        <w:jc w:val="right"/>
      </w:pPr>
      <w:r>
        <w:t>واقعہ گزرا</w:t>
      </w:r>
    </w:p>
    <w:p>
      <w:r>
        <w:rPr>
          <w:b/>
        </w:rPr>
        <w:t xml:space="preserve">[00:46] </w:t>
      </w:r>
      <w:r>
        <w:t>jo mere liye ek</w:t>
      </w:r>
    </w:p>
    <w:p>
      <w:pPr>
        <w:jc w:val="right"/>
      </w:pPr>
      <w:r>
        <w:t>جو میرے لیے ایک</w:t>
      </w:r>
    </w:p>
    <w:p>
      <w:r>
        <w:rPr>
          <w:b/>
        </w:rPr>
        <w:t xml:space="preserve">[00:57] </w:t>
      </w:r>
      <w:r>
        <w:t>mehman ko trigger karne wala ban gaya, aur bahut badi baat samajh mein aayi. dekhiye,</w:t>
      </w:r>
    </w:p>
    <w:p>
      <w:pPr>
        <w:jc w:val="right"/>
      </w:pPr>
      <w:r>
        <w:t>مہمان کو ٹریگر کرنے والا بن گیا، اور بہت بڑی بات سمجھ میں آئی۔ دیکھیے،</w:t>
      </w:r>
    </w:p>
    <w:p>
      <w:r>
        <w:rPr>
          <w:b/>
        </w:rPr>
        <w:t xml:space="preserve">[01:10] </w:t>
      </w:r>
      <w:r>
        <w:t>hadith mein aaya hai ke rasulullah sallallahu 'alayhi wa sallam ne farmaya, masjid ke bare mein</w:t>
      </w:r>
    </w:p>
    <w:p>
      <w:pPr>
        <w:jc w:val="right"/>
      </w:pPr>
      <w:r>
        <w:t>حدیث میں آیا ہے کہ رسول اللہ صلی اللہ علیہ وسلم نے فرمایا، مسجد کے بارے میں</w:t>
      </w:r>
    </w:p>
    <w:p>
      <w:r>
        <w:rPr>
          <w:b/>
        </w:rPr>
        <w:t xml:space="preserve">[01:16] </w:t>
      </w:r>
      <w:r>
        <w:t>. ja'alat li al-ardhu kulluha masjidan wa tahuran. haan, tamam zameen mere liye</w:t>
      </w:r>
    </w:p>
    <w:p>
      <w:pPr>
        <w:jc w:val="right"/>
      </w:pPr>
      <w:r>
        <w:t>۔ جعلت لی الأرض كلها مسجداً وطہٰراً۔ ہاں، تمام زمین میرے لیے</w:t>
      </w:r>
    </w:p>
    <w:p>
      <w:r>
        <w:rPr>
          <w:b/>
        </w:rPr>
        <w:t xml:space="preserve">[01:29] </w:t>
      </w:r>
      <w:r>
        <w:t>paak masjid bana di gayi.</w:t>
      </w:r>
    </w:p>
    <w:p>
      <w:pPr>
        <w:jc w:val="right"/>
      </w:pPr>
      <w:r>
        <w:t>پاک مسجد بنا دی گئی۔</w:t>
      </w:r>
    </w:p>
    <w:p>
      <w:r>
        <w:rPr>
          <w:b/>
        </w:rPr>
        <w:t xml:space="preserve">[01:37] </w:t>
      </w:r>
      <w:r>
        <w:t>to is ko padh kar mujhe laga ke rasulullah sallallahu 'alayhi wa sallam mustaqbil ke lihaz se baat farma rahe hain ummat ko.</w:t>
      </w:r>
    </w:p>
    <w:p>
      <w:pPr>
        <w:jc w:val="right"/>
      </w:pPr>
      <w:r>
        <w:t>تو اس کو پڑھ کر مجھے لگا کہ رسول اللہ صلی اللہ علیہ وسلم مستقبل کے لحاظ سے بات فرما رہے ہیں امت کو۔</w:t>
      </w:r>
    </w:p>
    <w:p>
      <w:r>
        <w:rPr>
          <w:b/>
        </w:rPr>
        <w:t xml:space="preserve">[01:49] </w:t>
      </w:r>
      <w:r>
        <w:t>yeh hadith haal ke a'tebar se nahi hai, mustaqbil ke a'tebar se hai. rasulullah sallallahu 'alayhi wa sallam apni ummat ko khushkhabri de rahe hain ke ek zamana aayega jab ke tumhare liye sari zameen masjid ban jayegi.</w:t>
      </w:r>
    </w:p>
    <w:p>
      <w:pPr>
        <w:jc w:val="right"/>
      </w:pPr>
      <w:r>
        <w:t>یہ حدیث حال کے اعتبار سے نہیں ہے، مستقبل کے اعتبار سے ہے۔ رسول اللہ صلی اللہ علیہ وسلم اپنی امت کو خوشخبری دے رہے ہیں کہ ایک زمانہ آئے گا جب کہ تمہارے لیے ساری زمین مسجد بن جائے گی۔</w:t>
      </w:r>
    </w:p>
    <w:p>
      <w:r>
        <w:rPr>
          <w:b/>
        </w:rPr>
        <w:t xml:space="preserve">[02:11] </w:t>
      </w:r>
      <w:r>
        <w:t>yani is ka ma'na kya hua hai? age of communication ki ishq ki khabar.</w:t>
      </w:r>
    </w:p>
    <w:p>
      <w:pPr>
        <w:jc w:val="right"/>
      </w:pPr>
      <w:r>
        <w:t>یعنی اس کا معنی کیا ہوا ہے؟ ایج آف کمیونیکیشن کی عشق کی خبر۔</w:t>
      </w:r>
    </w:p>
    <w:p>
      <w:r>
        <w:rPr>
          <w:b/>
        </w:rPr>
        <w:t xml:space="preserve">[02:23] </w:t>
      </w:r>
      <w:r>
        <w:t>aaj hum jee rahe hain age of communication mein. is ki khabar rasulullah sallallahu 'alayhi wa sallam ne saatvin sadi mein de di thi.</w:t>
      </w:r>
    </w:p>
    <w:p>
      <w:pPr>
        <w:jc w:val="right"/>
      </w:pPr>
      <w:r>
        <w:t>آج ہم جی رہے ہیں ایج آف کمیونیکیشن میں۔ اس کی خبر رسول اللہ صلی اللہ علیہ وسلم نے ساتویں صدی میں دے دی تھی۔</w:t>
      </w:r>
    </w:p>
    <w:p>
      <w:r>
        <w:rPr>
          <w:b/>
        </w:rPr>
        <w:t xml:space="preserve">[02:38] </w:t>
      </w:r>
      <w:r>
        <w:t>is ka ma'na kya hua hai? aaj hamari planning</w:t>
      </w:r>
    </w:p>
    <w:p>
      <w:pPr>
        <w:jc w:val="right"/>
      </w:pPr>
      <w:r>
        <w:t>اس کا معنی کیا ہوا ہے؟ آج ہماری پلاننگ</w:t>
      </w:r>
    </w:p>
    <w:p>
      <w:r>
        <w:rPr>
          <w:b/>
        </w:rPr>
        <w:t xml:space="preserve">[02:46] </w:t>
      </w:r>
      <w:r>
        <w:t>tamam dunya ko le kar honi chahiye. tamam dunya ki masjiden, tamam dunya ki puri zameen masjid ban gayi.</w:t>
      </w:r>
    </w:p>
    <w:p>
      <w:pPr>
        <w:jc w:val="right"/>
      </w:pPr>
      <w:r>
        <w:t>تمام دنیا کو لے کر ہونی چاہیے۔ تمام دنیا کی مسجدیں، تمام دنیا کی پوری زمین مسجد بن گئی۔</w:t>
      </w:r>
    </w:p>
    <w:p>
      <w:r>
        <w:rPr>
          <w:b/>
        </w:rPr>
        <w:t xml:space="preserve">[02:59] </w:t>
      </w:r>
      <w:r>
        <w:t>to is ka ma'na yeh hai ke global</w:t>
      </w:r>
    </w:p>
    <w:p>
      <w:pPr>
        <w:jc w:val="right"/>
      </w:pPr>
      <w:r>
        <w:t>تو اس کا معنی یہ ہے کہ گلوبل</w:t>
      </w:r>
    </w:p>
    <w:p>
      <w:r>
        <w:rPr>
          <w:b/>
        </w:rPr>
        <w:t xml:space="preserve">[03:05] </w:t>
      </w:r>
      <w:r>
        <w:t>da'wah possible ho gaya.</w:t>
      </w:r>
    </w:p>
    <w:p>
      <w:pPr>
        <w:jc w:val="right"/>
      </w:pPr>
      <w:r>
        <w:t>دعویٰ پاسیبل ہو گیا۔</w:t>
      </w:r>
    </w:p>
    <w:p>
      <w:r>
        <w:rPr>
          <w:b/>
        </w:rPr>
        <w:t xml:space="preserve">[03:13] </w:t>
      </w:r>
      <w:r>
        <w:t>global da'wah possible ho gaya.</w:t>
      </w:r>
    </w:p>
    <w:p>
      <w:pPr>
        <w:jc w:val="right"/>
      </w:pPr>
      <w:r>
        <w:t>گلوبل دعویٰ پاسیبل ہو گیا۔</w:t>
      </w:r>
    </w:p>
    <w:p>
      <w:r>
        <w:rPr>
          <w:b/>
        </w:rPr>
        <w:t xml:space="preserve">[03:20] </w:t>
      </w:r>
      <w:r>
        <w:t>tabligi jama'at ke Hazrat Ji the Maulana Imam Hasan sahib, un se mera bahut qareebi ta'alluq tha.</w:t>
      </w:r>
    </w:p>
    <w:p>
      <w:pPr>
        <w:jc w:val="right"/>
      </w:pPr>
      <w:r>
        <w:t>تبلیغی جماعت کے حضرت جی تھے مولانا امام حسن صاحب، ان سے میرا بہت قریبی تعلق تھا۔</w:t>
      </w:r>
    </w:p>
    <w:p>
      <w:r>
        <w:rPr>
          <w:b/>
        </w:rPr>
        <w:t xml:space="preserve">[03:34] </w:t>
      </w:r>
      <w:r>
        <w:t>itna ta'alluq tha ke ek baar main gaya jab masjid jo hai un ki wahan Nizamuddin mein, to main jaya karta tha aksar.</w:t>
      </w:r>
    </w:p>
    <w:p>
      <w:pPr>
        <w:jc w:val="right"/>
      </w:pPr>
      <w:r>
        <w:t>اتنا تعلق تھا کہ ایک بار میں گیا جب مسجد جو ہے ان کی وہاں نظام الدین میں، تو میں جایا کرتا تھا اکثر۔</w:t>
      </w:r>
    </w:p>
    <w:p>
      <w:r>
        <w:rPr>
          <w:b/>
        </w:rPr>
        <w:t xml:space="preserve">[03:49] </w:t>
      </w:r>
      <w:r>
        <w:t>to ek baar main zara der mein gaya.</w:t>
      </w:r>
    </w:p>
    <w:p>
      <w:pPr>
        <w:jc w:val="right"/>
      </w:pPr>
      <w:r>
        <w:t>تو ایک بار میں ذرا دیر میں گیا۔</w:t>
      </w:r>
    </w:p>
    <w:p>
      <w:r>
        <w:rPr>
          <w:b/>
        </w:rPr>
        <w:t xml:space="preserve">[03:55] </w:t>
      </w:r>
      <w:r>
        <w:t>main to jab main Hazrat Ji ke paas baitha to main ne musafhe ke liye hath badhaya to unhon ne apna hath peeche kar liya.</w:t>
      </w:r>
    </w:p>
    <w:p>
      <w:pPr>
        <w:jc w:val="right"/>
      </w:pPr>
      <w:r>
        <w:t>میں تو جب میں حضرت جی کے پاس بیٹھا تو میں نے مصافحے کے لئے ہاتھ بڑھایا تو انہوں نے اپنا ہاتھ پیچھے کر لیا۔</w:t>
      </w:r>
    </w:p>
    <w:p>
      <w:r>
        <w:rPr>
          <w:b/>
        </w:rPr>
        <w:t xml:space="preserve">[04:10] </w:t>
      </w:r>
      <w:r>
        <w:t>aise kar liya. yani dostana narazgi. kehte hain der mein aaye ho.</w:t>
      </w:r>
    </w:p>
    <w:p>
      <w:pPr>
        <w:jc w:val="right"/>
      </w:pPr>
      <w:r>
        <w:t>ایسے کر لیا۔ یعنی دوستانہ ناراضگی۔ کہتے ہیں دیر میں آئے ہو۔</w:t>
      </w:r>
    </w:p>
    <w:p>
      <w:r>
        <w:rPr>
          <w:b/>
        </w:rPr>
        <w:t xml:space="preserve">[04:22] </w:t>
      </w:r>
      <w:r>
        <w:t>to jante hain kya hua? main ne Maulana Imam Hasan sahib ka hath achha khench ke khencha pakad ke, aur khench kar ke phir un se musafha kiya.</w:t>
      </w:r>
    </w:p>
    <w:p>
      <w:pPr>
        <w:jc w:val="right"/>
      </w:pPr>
      <w:r>
        <w:t>تو جانتے ہیں کیا ہوا؟ میں نے مولانا امام حسن صاحب کا ہاتھ اچھا کھینچ کے کھینچا پکڑ کے، اور کھینچ کر کے پھر ان سے مصافحہ کیا۔</w:t>
      </w:r>
    </w:p>
    <w:p>
      <w:r>
        <w:rPr>
          <w:b/>
        </w:rPr>
        <w:t xml:space="preserve">[04:38] </w:t>
      </w:r>
      <w:r>
        <w:t>to wahan jo log baithe hue the woh bahut ta'ajjub kar rahe the ke yeh kaun aadmi jo hai Hazrat jo Hazrat Ji se is ka itna be-takallufana ta'alluqat hai.</w:t>
      </w:r>
    </w:p>
    <w:p>
      <w:pPr>
        <w:jc w:val="right"/>
      </w:pPr>
      <w:r>
        <w:t>تو وہاں جو لوگ بیٹھے ہوئے تھے وہ بہت تعجب کر رہے تھے کہ یہ کون آدمی جو ہے حضرت جو حضرت جی سے اس کا اتنا بے تکلفانہ تعلقات ہے۔</w:t>
      </w:r>
    </w:p>
    <w:p>
      <w:r>
        <w:rPr>
          <w:b/>
        </w:rPr>
        <w:t xml:space="preserve">[04:53] </w:t>
      </w:r>
      <w:r>
        <w:t>to khair, aaj mujhe rasool Allah salallaho alaihi wasallam ka ek bohat azeem paigham poori ummat ke liye jab trigger hua to rasool Allah salallaho alaihi wasallam ka ek azeem paigham mujhe sunai diya.</w:t>
      </w:r>
    </w:p>
    <w:p>
      <w:pPr>
        <w:jc w:val="right"/>
      </w:pPr>
      <w:r>
        <w:t>تو خیر، آج مجھے رسول اللہ صلی اللہ علیہ وسلم کا ایک بہت عظیم پیغام پوری امت کے لئے جب ٹریگر ہوا تو رسول اللہ صلی اللہ علیہ وسلم کا ایک عظیم پیغام مجھے سنائی دیا۔</w:t>
      </w:r>
    </w:p>
    <w:p>
      <w:r>
        <w:rPr>
          <w:b/>
        </w:rPr>
        <w:t xml:space="preserve">[05:13] </w:t>
      </w:r>
      <w:r>
        <w:t>ke aap farma rahe hain ikkeesveen sadi ke insaan ko, ikkeesveen sadi ki ummat ko</w:t>
      </w:r>
    </w:p>
    <w:p>
      <w:pPr>
        <w:jc w:val="right"/>
      </w:pPr>
      <w:r>
        <w:t>کہ آپ فرما رہے ہیں اکیسویں صدی کے انسان کو، اکیسویں صدی کی امت کو</w:t>
      </w:r>
    </w:p>
    <w:p>
      <w:r>
        <w:rPr>
          <w:b/>
        </w:rPr>
        <w:t xml:space="preserve">[05:27] </w:t>
      </w:r>
      <w:r>
        <w:t>ke dekho ek waqt aane wala hai jab ke poori zameen</w:t>
      </w:r>
    </w:p>
    <w:p>
      <w:pPr>
        <w:jc w:val="right"/>
      </w:pPr>
      <w:r>
        <w:t>کہ دیکھو ایک وقت آنے والا ہے جب کہ پوری زمین</w:t>
      </w:r>
    </w:p>
    <w:p>
      <w:r>
        <w:rPr>
          <w:b/>
        </w:rPr>
        <w:t xml:space="preserve">[05:35] </w:t>
      </w:r>
      <w:r>
        <w:t>tumhare liye</w:t>
      </w:r>
    </w:p>
    <w:p>
      <w:pPr>
        <w:jc w:val="right"/>
      </w:pPr>
      <w:r>
        <w:t>تمہارے لئے</w:t>
      </w:r>
    </w:p>
    <w:p>
      <w:r>
        <w:rPr>
          <w:b/>
        </w:rPr>
        <w:t xml:space="preserve">[05:39] </w:t>
      </w:r>
      <w:r>
        <w:t>masjid bana di jayegi. Isi ki ek shakal hai tablighi jamaat ka masjid war jo nizam chal raha hai.</w:t>
      </w:r>
    </w:p>
    <w:p>
      <w:pPr>
        <w:jc w:val="right"/>
      </w:pPr>
      <w:r>
        <w:t>مسجد بنا دی جائے گی۔ اسی کی ایک شکل ہے تبلیغی جماعت کا مسجد وار جو نظام چل رہا ہے۔</w:t>
      </w:r>
    </w:p>
    <w:p>
      <w:r>
        <w:rPr>
          <w:b/>
        </w:rPr>
        <w:t xml:space="preserve">[05:51] </w:t>
      </w:r>
      <w:r>
        <w:t>hum is ko electronic level par chala rahe hain.</w:t>
      </w:r>
    </w:p>
    <w:p>
      <w:pPr>
        <w:jc w:val="right"/>
      </w:pPr>
      <w:r>
        <w:t>ہم اس کو الیکٹرانک لیول پر چلا رہے ہیں۔</w:t>
      </w:r>
    </w:p>
    <w:p>
      <w:r>
        <w:rPr>
          <w:b/>
        </w:rPr>
        <w:t xml:space="preserve">[06:00] </w:t>
      </w:r>
      <w:r>
        <w:t>yani hamari tehreek jo hai masjid war nahi, ghar war tehreek hai. Har ghar, har kamra, har dil, sari dunya ke tamam insaan sirf masjid ke liye nahi,</w:t>
      </w:r>
    </w:p>
    <w:p>
      <w:pPr>
        <w:jc w:val="right"/>
      </w:pPr>
      <w:r>
        <w:t>یعنی ہماری تحریک جو ہے مسجد وار نہیں، گھر وار تحریک ہے۔ ہر گھر، ہر کمرہ، ہر دل، ساری دنیا کے تمام انسان صرف مسجد کے لئے نہیں،</w:t>
      </w:r>
    </w:p>
    <w:p>
      <w:r>
        <w:rPr>
          <w:b/>
        </w:rPr>
        <w:t xml:space="preserve">[06:17] </w:t>
      </w:r>
      <w:r>
        <w:t>mandir, girja, sare ibadat khano ke liye, sare insano ke liye.</w:t>
      </w:r>
    </w:p>
    <w:p>
      <w:pPr>
        <w:jc w:val="right"/>
      </w:pPr>
      <w:r>
        <w:t>مندر، گرجہ، سارے عبادت خانوں کے لئے، سارے انسانوں کے لئے۔</w:t>
      </w:r>
    </w:p>
    <w:p>
      <w:r>
        <w:rPr>
          <w:b/>
        </w:rPr>
        <w:t xml:space="preserve">[06:29] </w:t>
      </w:r>
      <w:r>
        <w:t>ab aap ghor kijiye ke musalman kitne be khabar hain, kitne be khabar hain ke aaj khud India ki supreme court ne,</w:t>
      </w:r>
    </w:p>
    <w:p>
      <w:pPr>
        <w:jc w:val="right"/>
      </w:pPr>
      <w:r>
        <w:t>اب آپ غور کیجئے کہ مسلمان کتنے بے خبر ہیں، کتنے بے خبر ہیں کہ آج خود انڈیا کی سپریم کورٹ نے،</w:t>
      </w:r>
    </w:p>
    <w:p>
      <w:r>
        <w:rPr>
          <w:b/>
        </w:rPr>
        <w:t xml:space="preserve">[06:44] </w:t>
      </w:r>
      <w:r>
        <w:t>aaj India ki supreme court ne faisla de diya ke</w:t>
      </w:r>
    </w:p>
    <w:p>
      <w:pPr>
        <w:jc w:val="right"/>
      </w:pPr>
      <w:r>
        <w:t>آج انڈیا کی سپریم کورٹ نے فیصلہ دے دیا کہ</w:t>
      </w:r>
    </w:p>
    <w:p>
      <w:r>
        <w:rPr>
          <w:b/>
        </w:rPr>
        <w:t xml:space="preserve">[06:53] </w:t>
      </w:r>
      <w:r>
        <w:t>aaj jo un ke liye muqaddas hai, bohat hi muqaddas hai, yani un ka Mecca hai goya, is mein hum ko paanch acre zameen musalmanon ko de di gayi supreme court ke faisle ke mutabiq.</w:t>
      </w:r>
    </w:p>
    <w:p>
      <w:pPr>
        <w:jc w:val="right"/>
      </w:pPr>
      <w:r>
        <w:t>آج جو ان کے لئے مقدس ہے، بہت ہی مقدس ہے، یعنی ان کا مکہ ہے گویا، اس میں ہم کو پانچ ایکڑ زمین مسلمانوں کو دے دی گئی سپریم کورٹ کے فیصلے کے مطابق۔</w:t>
      </w:r>
    </w:p>
    <w:p>
      <w:r>
        <w:rPr>
          <w:b/>
        </w:rPr>
        <w:t xml:space="preserve">[07:17] </w:t>
      </w:r>
      <w:r>
        <w:t>lekin musalman kya hain? Gham mana rahe hain, gham mana rahe hain, aur is ke khilaf</w:t>
      </w:r>
    </w:p>
    <w:p>
      <w:pPr>
        <w:jc w:val="right"/>
      </w:pPr>
      <w:r>
        <w:t>لیکن مسلمان کیا ہیں؟ غم منا رہے ہیں، غم منا رہے ہیں، اور اس کے خلاف</w:t>
      </w:r>
    </w:p>
    <w:p>
      <w:r>
        <w:rPr>
          <w:b/>
        </w:rPr>
        <w:t xml:space="preserve">[07:32] </w:t>
      </w:r>
      <w:r>
        <w:t>supreme court mein</w:t>
      </w:r>
    </w:p>
    <w:p>
      <w:pPr>
        <w:jc w:val="right"/>
      </w:pPr>
      <w:r>
        <w:t>سپریم کورٹ میں</w:t>
      </w:r>
    </w:p>
    <w:p>
      <w:r>
        <w:rPr>
          <w:b/>
        </w:rPr>
        <w:t xml:space="preserve">[07:37] </w:t>
      </w:r>
      <w:r>
        <w:t>revision ki tehreek le jaane wale hain jo pata nahi manzoor hui hai ya nahi manzoor hui.</w:t>
      </w:r>
    </w:p>
    <w:p>
      <w:pPr>
        <w:jc w:val="right"/>
      </w:pPr>
      <w:r>
        <w:t>ریویژن کی تحریک لے جانے والے ہیں جو پتہ نہیں منظور ہوئی ہے یا نہیں منظور ہوئی۔</w:t>
      </w:r>
    </w:p>
    <w:p>
      <w:r>
        <w:rPr>
          <w:b/>
        </w:rPr>
        <w:t xml:space="preserve">[07:45] </w:t>
      </w:r>
      <w:r>
        <w:t>reject ho gayi. Woh agar reject na hoti to muqadma ladte, karoron rupay kharch karte. Aur rasool Allah salallaho alaihi wasallam ailaan kar chuke hain ke kisi ke diye ke baghair direct Allah ke haath diye ke tehat tum ko sari zameen mil jayegi.</w:t>
      </w:r>
    </w:p>
    <w:p>
      <w:pPr>
        <w:jc w:val="right"/>
      </w:pPr>
      <w:r>
        <w:t>ریجیکٹ ہو گئی۔ وہ اگر ریجیکٹ نہ ہوتی تو مقدمہ لڑتے، کروڑوں روپے خرچ کرتے۔ اور رسول اللہ صلی اللہ علیہ وسلم اعلان کر چکے ہیں کہ کسی کے دیئے کے بغیر ڈائریکٹ اللہ کے ہاتھ دیئے کے تحت تم کو ساری زمین مل جائے گی۔</w:t>
      </w:r>
    </w:p>
    <w:p>
      <w:r>
        <w:rPr>
          <w:b/>
        </w:rPr>
        <w:t xml:space="preserve">[08:06] </w:t>
      </w:r>
      <w:r>
        <w:t>aaj woh din tha ke musalman sari dunya mein Allah ka shukr ada karte.</w:t>
      </w:r>
    </w:p>
    <w:p>
      <w:pPr>
        <w:jc w:val="right"/>
      </w:pPr>
      <w:r>
        <w:t>آج وہ دن تھا کہ مسلمان ساری دنیا میں اللہ کا شکر ادا کرتے۔</w:t>
      </w:r>
    </w:p>
    <w:p>
      <w:r>
        <w:rPr>
          <w:b/>
        </w:rPr>
        <w:t xml:space="preserve">[08:14] </w:t>
      </w:r>
      <w:r>
        <w:t>global shukr, global shukr, aur tamam musalman jo hain negative boli bol rahe hain.</w:t>
      </w:r>
    </w:p>
    <w:p>
      <w:pPr>
        <w:jc w:val="right"/>
      </w:pPr>
      <w:r>
        <w:t>گلوبل شکر، گلوبل شکر، اور تمام مسلمان جو ہیں نیگیٹیو بولی بول رہے ہیں۔</w:t>
      </w:r>
    </w:p>
    <w:p>
      <w:r>
        <w:rPr>
          <w:b/>
        </w:rPr>
        <w:t xml:space="preserve">[08:24] </w:t>
      </w:r>
      <w:r>
        <w:t>kaisi ajeeb baat hai, kaisi ajeeb baat hui hai.</w:t>
      </w:r>
    </w:p>
    <w:p>
      <w:pPr>
        <w:jc w:val="right"/>
      </w:pPr>
      <w:r>
        <w:t>کیسی عجیب بات ہے، کیسی عجیب بات ہوئی ہے۔</w:t>
      </w:r>
    </w:p>
    <w:p>
      <w:r>
        <w:rPr>
          <w:b/>
        </w:rPr>
        <w:t xml:space="preserve">[08:34] </w:t>
      </w:r>
      <w:r>
        <w:t>ab dekhiye karna kya chahiye tha, karna kya chahiye tha.</w:t>
      </w:r>
    </w:p>
    <w:p>
      <w:pPr>
        <w:jc w:val="right"/>
      </w:pPr>
      <w:r>
        <w:t>اب دیکھیے کرنا کیا چاہیے تھا، کرنا کیا چاہیے تھا۔</w:t>
      </w:r>
    </w:p>
    <w:p>
      <w:r>
        <w:rPr>
          <w:b/>
        </w:rPr>
        <w:t xml:space="preserve">[08:44] </w:t>
      </w:r>
      <w:r>
        <w:t>rasool Allah salallaho alaihi wasallam aap jante hain ke aap ne Mecca mein apne mission ka aaghaz kiya. Tauheed ka mission, tauheed ka mission.</w:t>
      </w:r>
    </w:p>
    <w:p>
      <w:pPr>
        <w:jc w:val="right"/>
      </w:pPr>
      <w:r>
        <w:t>رسول اللہ صلی اللہ علیہ وسلم آپ جانتے ہیں کہ آپ نے مکہ میں اپنے مشن کا آغاز کیا۔ توحید کا مشن، توحید کا مشن۔</w:t>
      </w:r>
    </w:p>
    <w:p>
      <w:r>
        <w:rPr>
          <w:b/>
        </w:rPr>
        <w:t xml:space="preserve">[08:58] </w:t>
      </w:r>
      <w:r>
        <w:t>wahan aap ja kar kehte the qulu la ilaha illallah. Ae logon!</w:t>
      </w:r>
    </w:p>
    <w:p>
      <w:pPr>
        <w:jc w:val="right"/>
      </w:pPr>
      <w:r>
        <w:t>وہاں آپ جا کر کہتے تھے قُلُوا لَا إِلَّا تُحْلُونَ۔ اے لوگوں!</w:t>
      </w:r>
    </w:p>
    <w:p>
      <w:r>
        <w:rPr>
          <w:b/>
        </w:rPr>
        <w:t xml:space="preserve">[09:04] </w:t>
      </w:r>
      <w:r>
        <w:t>ek Allah wahid ko mano aur kamyabi tum ko hasil hogi.</w:t>
      </w:r>
    </w:p>
    <w:p>
      <w:pPr>
        <w:jc w:val="right"/>
      </w:pPr>
      <w:r>
        <w:t>ایک اللہ واحد کو مانو اور کامیابی تم کو حاصل ہوگی۔</w:t>
      </w:r>
    </w:p>
    <w:p>
      <w:r>
        <w:rPr>
          <w:b/>
        </w:rPr>
        <w:t xml:space="preserve">[09:15] </w:t>
      </w:r>
      <w:r>
        <w:t>aaj kya hua?</w:t>
      </w:r>
    </w:p>
    <w:p>
      <w:pPr>
        <w:jc w:val="right"/>
      </w:pPr>
      <w:r>
        <w:t>آج کیا ہوا؟</w:t>
      </w:r>
    </w:p>
    <w:p>
      <w:r>
        <w:rPr>
          <w:b/>
        </w:rPr>
        <w:t xml:space="preserve">[09:20] </w:t>
      </w:r>
      <w:r>
        <w:t>is waqt is zamane mein jab aap rasool Allah salallaho alaihi wasallam ne apne masjid chhora to aap jante hain kaba but khana bana diya gaya tha.</w:t>
      </w:r>
    </w:p>
    <w:p>
      <w:pPr>
        <w:jc w:val="right"/>
      </w:pPr>
      <w:r>
        <w:t>اس وقت اس زمانے میں جب آپ رسول اللہ صلی اللہ علیہ وسلم نے اپنے مسجد چھوڑا تو آپ جانتے ہیں کعبہ بت خانہ بنا دیا گیا تھا۔</w:t>
      </w:r>
    </w:p>
    <w:p>
      <w:r>
        <w:rPr>
          <w:b/>
        </w:rPr>
        <w:t xml:space="preserve">[09:30] </w:t>
      </w:r>
      <w:r>
        <w:t>kaba to khada tha, kaba to khada hua tha lekin sare Arab ke musalman, sare Arab ke mushrikeen is waqt aap jante hain ke wahan mushrik log hua karte the.</w:t>
      </w:r>
    </w:p>
    <w:p>
      <w:pPr>
        <w:jc w:val="right"/>
      </w:pPr>
      <w:r>
        <w:t>کعبہ تو کھڑا تھا، کعبہ تو کھڑا ہوا تھا لیکن سارے عرب کے مسلمان، سارے عرب کے مشرکین اس وقت آپ جانتے ہیں کہ وہاں مشرک لوگ ہوا کرتے تھے۔</w:t>
      </w:r>
    </w:p>
    <w:p>
      <w:r>
        <w:rPr>
          <w:b/>
        </w:rPr>
        <w:t xml:space="preserve">[09:48] </w:t>
      </w:r>
      <w:r>
        <w:t>to us waqt sare arab ke mushrikeen wahan aate the apne batoon ko poojne ke liye.</w:t>
      </w:r>
    </w:p>
    <w:p>
      <w:pPr>
        <w:jc w:val="right"/>
      </w:pPr>
      <w:r>
        <w:t>تو اس وقت سارے عرب کے مشرکین وہاں آتے تھے اپنے بتوں کو پوجنے کے لئے۔</w:t>
      </w:r>
    </w:p>
    <w:p>
      <w:r>
        <w:rPr>
          <w:b/>
        </w:rPr>
        <w:t xml:space="preserve">[10:01] </w:t>
      </w:r>
      <w:r>
        <w:t>to rasool allah salallaho alaihe wasallam ne wahan par koi protest nahi kiya aur apna paigham shuru kar diya. peaceful peaceful paigham.</w:t>
      </w:r>
    </w:p>
    <w:p>
      <w:pPr>
        <w:jc w:val="right"/>
      </w:pPr>
      <w:r>
        <w:t>تو رسول اللہ صلی اللہ علیہ وسلم نے وہاں پر کوئی پروٹیسٹ نہیں کیا اور اپنا پیغام شروع کر دیا۔ پیس فل پیس فل پیغام۔</w:t>
      </w:r>
    </w:p>
    <w:p>
      <w:r>
        <w:rPr>
          <w:b/>
        </w:rPr>
        <w:t xml:space="preserve">[10:11] </w:t>
      </w:r>
      <w:r>
        <w:t>eha nas quloo la ilaha illallaho.</w:t>
      </w:r>
    </w:p>
    <w:p>
      <w:pPr>
        <w:jc w:val="right"/>
      </w:pPr>
      <w:r>
        <w:t>ایہا الناس قُلُوا لَا إِلَّا تُحْلُونَ۔</w:t>
      </w:r>
    </w:p>
    <w:p>
      <w:r>
        <w:rPr>
          <w:b/>
        </w:rPr>
        <w:t xml:space="preserve">[10:18] </w:t>
      </w:r>
      <w:r>
        <w:t>aaj aap ko mauqa hai ke khud mulk ki supreme court ke faisle ke tehat wahan aap apni masjid banayein, apna ayzaib center banayein, wahan dawat ka empire banayein, apna empire, ek electronic empire.</w:t>
      </w:r>
    </w:p>
    <w:p>
      <w:pPr>
        <w:jc w:val="right"/>
      </w:pPr>
      <w:r>
        <w:t>آج آپ کو موقع ہے کہ خود ملک کی سپریم کورٹ کے فیصلے کے تحت وہاں آپ اپنی مسجد بنائیں، اپنا ایذائب سنٹر بنائیں، وہاں دعوت کا ایمپائر بنائیں، اپنا ایمپائر، ایک الیکٹرانک ایمپائر۔</w:t>
      </w:r>
    </w:p>
    <w:p>
      <w:r>
        <w:rPr>
          <w:b/>
        </w:rPr>
        <w:t xml:space="preserve">[10:37] </w:t>
      </w:r>
      <w:r>
        <w:t>khud mulk ke supreme court ke, mulk ki adalat e aaliya ke hukum ke tehat</w:t>
      </w:r>
    </w:p>
    <w:p>
      <w:pPr>
        <w:jc w:val="right"/>
      </w:pPr>
      <w:r>
        <w:t>خود ملک کے سپریم کورٹ کے، ملک کی عدالت عالیہ کے حکم کے تحت</w:t>
      </w:r>
    </w:p>
    <w:p>
      <w:r>
        <w:rPr>
          <w:b/>
        </w:rPr>
        <w:t xml:space="preserve">[10:49] </w:t>
      </w:r>
      <w:r>
        <w:t>kaun rokne wala hai aap ko? woh paanch acre zameen jo mili hai, woh aap wahan paanch billion dollar kharch kar ke bhi nahi mil sakti thi aap ko ayzaib mein.</w:t>
      </w:r>
    </w:p>
    <w:p>
      <w:pPr>
        <w:jc w:val="right"/>
      </w:pPr>
      <w:r>
        <w:t>کون روکنے والا ہے آپ کو؟ وہ پانچ ایکڑ زمین جو ملی ہے، وہ آپ وہاں پانچ بلین ڈالر خرچ کر کے بھی نہیں مل سکتی تھی آپ کو ایذائب میں۔</w:t>
      </w:r>
    </w:p>
    <w:p>
      <w:r>
        <w:rPr>
          <w:b/>
        </w:rPr>
        <w:t xml:space="preserve">[11:07] </w:t>
      </w:r>
      <w:r>
        <w:t>lekin aap ko free mein mil gayi hai, free mein.</w:t>
      </w:r>
    </w:p>
    <w:p>
      <w:pPr>
        <w:jc w:val="right"/>
      </w:pPr>
      <w:r>
        <w:t>لیکن آپ کو فری میں مل گئی ہے، فری میں۔</w:t>
      </w:r>
    </w:p>
    <w:p>
      <w:r>
        <w:rPr>
          <w:b/>
        </w:rPr>
        <w:t xml:space="preserve">[11:16] </w:t>
      </w:r>
      <w:r>
        <w:t>lekin</w:t>
      </w:r>
    </w:p>
    <w:p>
      <w:pPr>
        <w:jc w:val="right"/>
      </w:pPr>
      <w:r>
        <w:t>لیکن</w:t>
      </w:r>
    </w:p>
    <w:p>
      <w:r>
        <w:rPr>
          <w:b/>
        </w:rPr>
        <w:t xml:space="preserve">[11:20] </w:t>
      </w:r>
      <w:r>
        <w:t>hadees mein bohat ajeeb o ghareeb ek cheez aayi thi, ab mujhe samajh mein aaya.</w:t>
      </w:r>
    </w:p>
    <w:p>
      <w:pPr>
        <w:jc w:val="right"/>
      </w:pPr>
      <w:r>
        <w:t>حدیث میں بہت عجیب و غریب ایک چیز آئی تھی، اب مجھے سمجھ میں آیا۔</w:t>
      </w:r>
    </w:p>
    <w:p>
      <w:r>
        <w:rPr>
          <w:b/>
        </w:rPr>
        <w:t xml:space="preserve">[11:25] </w:t>
      </w:r>
      <w:r>
        <w:t>tanzu uqool akthar ahl</w:t>
      </w:r>
    </w:p>
    <w:p>
      <w:pPr>
        <w:jc w:val="right"/>
      </w:pPr>
      <w:r>
        <w:t>تنزع عقول اکثر اہل</w:t>
      </w:r>
    </w:p>
    <w:p>
      <w:r>
        <w:rPr>
          <w:b/>
        </w:rPr>
        <w:t xml:space="preserve">[11:30] </w:t>
      </w:r>
      <w:r>
        <w:t>zalik az zamaan. tanzu uqool akthar ahl zalik az zamaan. haan, ke is zamaan ke akthar logon ki aqlein chhin jayengi</w:t>
      </w:r>
    </w:p>
    <w:p>
      <w:pPr>
        <w:jc w:val="right"/>
      </w:pPr>
      <w:r>
        <w:t>ذالک الزمان۔ تنزع عقول اکثر اہل ذالک الزمان۔ ہاں، کہ اس زمانے کے اکثر لوگوں کی عقلیں چھن جائیں گی</w:t>
      </w:r>
    </w:p>
    <w:p>
      <w:r>
        <w:rPr>
          <w:b/>
        </w:rPr>
        <w:t xml:space="preserve">[11:35] </w:t>
      </w:r>
      <w:r>
        <w:t>. yeh kaisi ajeeb hadees hai ke ek aisa zamaan aayega, ek aisa zamaan aayega jab ke logon ki aqlein chhin jayengi.</w:t>
      </w:r>
    </w:p>
    <w:p>
      <w:pPr>
        <w:jc w:val="right"/>
      </w:pPr>
      <w:r>
        <w:t>۔ یہ کیسی عجیب حدیث ہے کہ ایک ایسا زمانہ آئے گا، ایک ایسا زمانہ آئے گا جب کہ لوگوں کی عقلیں چھن جائیں گی۔</w:t>
      </w:r>
    </w:p>
    <w:p>
      <w:r>
        <w:rPr>
          <w:b/>
        </w:rPr>
        <w:t xml:space="preserve">[11:47] </w:t>
      </w:r>
      <w:r>
        <w:t>logon se murad kaun hai? log murad musalman hain, rasool allah salallaho alaihe wasallam ki ummat hai.</w:t>
      </w:r>
    </w:p>
    <w:p>
      <w:pPr>
        <w:jc w:val="right"/>
      </w:pPr>
      <w:r>
        <w:t>لوگوں سے مراد کون ہے؟ لوگ مراد مسلمان ہیں، رسول اللہ صلی اللہ علیہ وسلم کی امت ہے۔</w:t>
      </w:r>
    </w:p>
    <w:p>
      <w:r>
        <w:rPr>
          <w:b/>
        </w:rPr>
        <w:t xml:space="preserve">[11:57] </w:t>
      </w:r>
      <w:r>
        <w:t>kaisi ajeeb baat hai ke mulk ki adalat e aaliya ke faisle ke tehat aap ke liye mumkin ho gaya ke aap mulk ki sab se zyada muqaddas jagah jo samjhi jati thi mulk walon ke nazdeek,</w:t>
      </w:r>
    </w:p>
    <w:p>
      <w:pPr>
        <w:jc w:val="right"/>
      </w:pPr>
      <w:r>
        <w:t>کیسی عجیب بات ہے کہ ملک کی عدالت عالیہ کے فیصلے کے تحت آپ کے لئے ممکن ہوگیا کہ آپ ملک کی سب سے زیادہ مقدس جگہ جو سمجھی جاتی تھی ملک والوں کے نزدیک،</w:t>
      </w:r>
    </w:p>
    <w:p>
      <w:r>
        <w:rPr>
          <w:b/>
        </w:rPr>
        <w:t xml:space="preserve">[12:13] </w:t>
      </w:r>
      <w:r>
        <w:t>wahan aap islami center banayein, wahan aap</w:t>
      </w:r>
    </w:p>
    <w:p>
      <w:pPr>
        <w:jc w:val="right"/>
      </w:pPr>
      <w:r>
        <w:t>وہاں آپ اسلامی سنٹر بنائیں، وہاں آپ</w:t>
      </w:r>
    </w:p>
    <w:p>
      <w:r>
        <w:rPr>
          <w:b/>
        </w:rPr>
        <w:t xml:space="preserve">[12:21] </w:t>
      </w:r>
      <w:r>
        <w:t>kuch bhi karein, communication center banayein aur sare india mein nahi, sare duniya mein aap allah ka paigham pahunchayein.</w:t>
      </w:r>
    </w:p>
    <w:p>
      <w:pPr>
        <w:jc w:val="right"/>
      </w:pPr>
      <w:r>
        <w:t>کچھ بھی کریں، کمیونیکیشن سنٹر بنائیں اور سارے انڈیا میں نہیں، ساری دنیا میں آپ اللہ کا پیغام پہنچائیں۔</w:t>
      </w:r>
    </w:p>
    <w:p>
      <w:r>
        <w:rPr>
          <w:b/>
        </w:rPr>
        <w:t xml:space="preserve">[12:37] </w:t>
      </w:r>
      <w:r>
        <w:t>aur wahan par yeh ailaan karein ke hum is mulk ke bohat zyada ahle ahsan hain. is mulk ki adalat e aaliya ne hum ko mauqa diya ke hum ayzaib mein aisa center banayein jahan sare duniya ko, sare alam ko allah ka toheed ka paigham pahuncha sakein.</w:t>
      </w:r>
    </w:p>
    <w:p>
      <w:pPr>
        <w:jc w:val="right"/>
      </w:pPr>
      <w:r>
        <w:t>اور وہاں پر یہ اعلان کریں کہ ہم اس ملک کے بہت زیادہ آભاری ہیں۔ اس ملک کی عدالت عالیہ نے ہم کو موقع دیا کہ ہم ایذائب میں ایسا سنٹر بنائیں جہاں ساری دنیا کو، سارے عالم کو اللہ کا توحید کا پیغام پہنچا سکیں۔</w:t>
      </w:r>
    </w:p>
    <w:p>
      <w:r>
        <w:rPr>
          <w:b/>
        </w:rPr>
        <w:t xml:space="preserve">[13:04] </w:t>
      </w:r>
      <w:r>
        <w:t>yani kaisi ajeeb o ghareeb cheez hai ke jahan shukr karna chahiye, wahan nashukri, jahan misbat planning karna chahiye, wahan negative taqreerein.</w:t>
      </w:r>
    </w:p>
    <w:p>
      <w:pPr>
        <w:jc w:val="right"/>
      </w:pPr>
      <w:r>
        <w:t>یعنی کیسی عجیب و غریب چیز ہے کہ جہاں شکر کرنا چاہیے، وہاں ناشکری، جہاں مثبت پلاننگ کرنا چاہیے، وہاں نیگیٹیو تقریریں۔</w:t>
      </w:r>
    </w:p>
    <w:p>
      <w:r>
        <w:rPr>
          <w:b/>
        </w:rPr>
        <w:t xml:space="preserve">[13:19] </w:t>
      </w:r>
      <w:r>
        <w:t>kaise ajeeb log hain, kaise ajeeb log hain. to tanzu uqool ka matlab yeh hai ke aqlein ulti baatein bolengi.</w:t>
      </w:r>
    </w:p>
    <w:p>
      <w:pPr>
        <w:jc w:val="right"/>
      </w:pPr>
      <w:r>
        <w:t>کیسے عجیب لوگ ہیں، کیسے عجیب لوگ ہیں۔ تو تنزع عقول کا مطلب یہ ہے کہ عقلیں الٹی باتیں بولیں گی۔</w:t>
      </w:r>
    </w:p>
    <w:p>
      <w:r>
        <w:rPr>
          <w:b/>
        </w:rPr>
        <w:t xml:space="preserve">[13:34] </w:t>
      </w:r>
      <w:r>
        <w:t>bolna chahiye shukr, bolenge nashukri. karni chahiye misbat planning aur karenge negative jalsay.</w:t>
      </w:r>
    </w:p>
    <w:p>
      <w:pPr>
        <w:jc w:val="right"/>
      </w:pPr>
      <w:r>
        <w:t>بولنا چاہیے شکر، بولیں گے ناشکری۔ کرنی چاہیے مثبت پلاننگ اور کریں گے نیگیٹیو جلسے۔</w:t>
      </w:r>
    </w:p>
    <w:p>
      <w:r>
        <w:rPr>
          <w:b/>
        </w:rPr>
        <w:t xml:space="preserve">[13:52] </w:t>
      </w:r>
      <w:r>
        <w:t>ab aap dekhiye, allah taala ne misalein qaim kar di hain har cheez ki. misalein,</w:t>
      </w:r>
    </w:p>
    <w:p>
      <w:pPr>
        <w:jc w:val="right"/>
      </w:pPr>
      <w:r>
        <w:t>اب آپ دیکھیے، اللہ تعالیٰ نے مثالیں قائم کر دی ہیں ہر چیز کی۔ مثالیں،</w:t>
      </w:r>
    </w:p>
    <w:p>
      <w:r>
        <w:rPr>
          <w:b/>
        </w:rPr>
        <w:t xml:space="preserve">[14:06] </w:t>
      </w:r>
      <w:r>
        <w:t>misalein, misalein. yeh dekhiye, ek waqt tha ke christian church ka jo pope hota tha, pope hota hai, woh poori europe ka uncrowned king samjha jata tha.</w:t>
      </w:r>
    </w:p>
    <w:p>
      <w:pPr>
        <w:jc w:val="right"/>
      </w:pPr>
      <w:r>
        <w:t>مثالیں، مثالیں۔ یہ دیکھیے، ایک وقت تھا کہ کرسچن چرچ کا جو پوپ ہوتا تھا، پوپ ہوتا ہے، وہ پوری یورپ کا ان کراؤنڈ کنگ سمجھا جاتا تھا۔</w:t>
      </w:r>
    </w:p>
    <w:p>
      <w:r>
        <w:rPr>
          <w:b/>
        </w:rPr>
        <w:t xml:space="preserve">[14:24] </w:t>
      </w:r>
      <w:r>
        <w:t>catholic church ka jo pope hai, ek waqt tha ke woh poori europe ka uncrowned king bana hua tha.</w:t>
      </w:r>
    </w:p>
    <w:p>
      <w:pPr>
        <w:jc w:val="right"/>
      </w:pPr>
      <w:r>
        <w:t>کیتھولک چرچ کا جو پوپ ہے، ایک وقت تھا کہ وہ پوری یورپ کا ان کراؤنڈ کنگ بنا ہوا تھا۔</w:t>
      </w:r>
    </w:p>
    <w:p>
      <w:r>
        <w:rPr>
          <w:b/>
        </w:rPr>
        <w:t xml:space="preserve">[14:41] </w:t>
      </w:r>
      <w:r>
        <w:t>phir zamaan badla, mussolini ke zamaan mein yeh halaat paida hue ke ab</w:t>
      </w:r>
    </w:p>
    <w:p>
      <w:pPr>
        <w:jc w:val="right"/>
      </w:pPr>
      <w:r>
        <w:t>پھر زمانہ بدلا، مسولینی کے زمانے میں یہ حالات پیدا ہوئے کہ اب</w:t>
      </w:r>
    </w:p>
    <w:p>
      <w:r>
        <w:rPr>
          <w:b/>
        </w:rPr>
        <w:t xml:space="preserve">[14:55] </w:t>
      </w:r>
      <w:r>
        <w:t>christian jo pope hai, uska taaj chhin liya jayega, uske sar par taaj nahi rahega.</w:t>
      </w:r>
    </w:p>
    <w:p>
      <w:pPr>
        <w:jc w:val="right"/>
      </w:pPr>
      <w:r>
        <w:t>کرسچن جو پوپ ہے، اس کا تاج چھن لیا جائے گا، اس کے سر پر تاج نہیں رہے گا۔</w:t>
      </w:r>
    </w:p>
    <w:p>
      <w:r>
        <w:rPr>
          <w:b/>
        </w:rPr>
        <w:t xml:space="preserve">[15:05] </w:t>
      </w:r>
      <w:r>
        <w:t>to allah ta'ala ne yeh christian hazrat masih ki taleemat qarar di hain. hazrat masih ne, hazrat masih tareekh ke sab se zyada misbat sochne wale the.</w:t>
      </w:r>
    </w:p>
    <w:p>
      <w:pPr>
        <w:jc w:val="right"/>
      </w:pPr>
      <w:r>
        <w:t>تو اللہ تعالیٰ نے یہ کرسچن حضرت مسیح کی تعلیمات قرار دی ہیں۔ حضرت مسیح نے، حضرت مسیح تاریخ کے سب سے زیادہ مثبت سوچنے والے تھے۔</w:t>
      </w:r>
    </w:p>
    <w:p>
      <w:r>
        <w:rPr>
          <w:b/>
        </w:rPr>
        <w:t xml:space="preserve">[15:18] </w:t>
      </w:r>
      <w:r>
        <w:t>hazrat masih tareekh ke sab se zyada misbat sochne wale the.</w:t>
      </w:r>
    </w:p>
    <w:p>
      <w:pPr>
        <w:jc w:val="right"/>
      </w:pPr>
      <w:r>
        <w:t>حضرت مسیح تاریخ کے سب سے زیادہ مثبت سوچنے والے تھے۔</w:t>
      </w:r>
    </w:p>
    <w:p>
      <w:r>
        <w:rPr>
          <w:b/>
        </w:rPr>
        <w:t xml:space="preserve">[15:27] </w:t>
      </w:r>
      <w:r>
        <w:t>aap parhiye un ki injeel, unhon ne apne manne walon ke andar jo zehn diya, jo zehn, is ki wajah se unhon ne kya kiya?</w:t>
      </w:r>
    </w:p>
    <w:p>
      <w:pPr>
        <w:jc w:val="right"/>
      </w:pPr>
      <w:r>
        <w:t>آپ پڑھیے ان کی انجیل، انہوں نے اپنے ماننے والوں کے اندر جو ذہن دیا، جو ذہن، اس کی وجہ سے انہوں نے کیا کیا؟</w:t>
      </w:r>
    </w:p>
    <w:p>
      <w:r>
        <w:rPr>
          <w:b/>
        </w:rPr>
        <w:t xml:space="preserve">[15:41] </w:t>
      </w:r>
      <w:r>
        <w:t>is ko accept kar liya. aur accept karne ke nateejay mein kya hua? ke pope ka title mehfooz raha.</w:t>
      </w:r>
    </w:p>
    <w:p>
      <w:pPr>
        <w:jc w:val="right"/>
      </w:pPr>
      <w:r>
        <w:t>اس کو ایکسیپٹ کر لیا۔ اور ایکسیپٹ کرنے کے نتیجے میں کیا ہوا؟ کہ پوپ کا ٹائٹل محفوظ رہا۔</w:t>
      </w:r>
    </w:p>
    <w:p>
      <w:r>
        <w:rPr>
          <w:b/>
        </w:rPr>
        <w:t xml:space="preserve">[15:52] </w:t>
      </w:r>
      <w:r>
        <w:t>kitni bari baat hai yeh.</w:t>
      </w:r>
    </w:p>
    <w:p>
      <w:pPr>
        <w:jc w:val="right"/>
      </w:pPr>
      <w:r>
        <w:t>کتنی بڑی بات ہے یہ۔</w:t>
      </w:r>
    </w:p>
    <w:p>
      <w:r>
        <w:rPr>
          <w:b/>
        </w:rPr>
        <w:t xml:space="preserve">[15:57] </w:t>
      </w:r>
      <w:r>
        <w:t>aaj agarchay christian ke paas woh qadeem zamanay ka iqtidaar nahi hai, lekin aaj bhi un ke paas pope ka title mehfooz hai.</w:t>
      </w:r>
    </w:p>
    <w:p>
      <w:pPr>
        <w:jc w:val="right"/>
      </w:pPr>
      <w:r>
        <w:t>آج اگرچہ کرسچن کے پاس وہ قدیم زمانے کا اقتدار نہیں ہے، لیکن آج بھی ان کے پاس پوپ کا ٹائٹل محفوظ ہے۔</w:t>
      </w:r>
    </w:p>
    <w:p>
      <w:r>
        <w:rPr>
          <w:b/>
        </w:rPr>
        <w:t xml:space="preserve">[16:11] </w:t>
      </w:r>
      <w:r>
        <w:t>title. aap kahin jatay hain, woh pope sahib, to wahan par sara media, charchay, har taraf charchay, pope aaye hain, pope aaye hain, pope aaye hain.</w:t>
      </w:r>
    </w:p>
    <w:p>
      <w:pPr>
        <w:jc w:val="right"/>
      </w:pPr>
      <w:r>
        <w:t>ٹائٹل۔ آپ کہیں جاتے ہیں، وہ پوپ صاحب، تو وہاں پر سارا میڈیا، چرچہ، ہر طرف چرچہ، پوپ آئے ہیں، پوپ آئے ہیں، پوپ آئے ہیں۔</w:t>
      </w:r>
    </w:p>
    <w:p>
      <w:r>
        <w:rPr>
          <w:b/>
        </w:rPr>
        <w:t xml:space="preserve">[16:28] </w:t>
      </w:r>
      <w:r>
        <w:t>to agarchay pope qadeem zamanay ka maujood nahi hai, lekin symbolic sense mein pope maujood hai, aaj bhi.</w:t>
      </w:r>
    </w:p>
    <w:p>
      <w:pPr>
        <w:jc w:val="right"/>
      </w:pPr>
      <w:r>
        <w:t>تو اگرچہ پوپ قدیم زمانے کا موجود نہیں ہے، لیکن سمبالک سینس میں پوپ موجود ہے، آج بھی۔</w:t>
      </w:r>
    </w:p>
    <w:p>
      <w:r>
        <w:rPr>
          <w:b/>
        </w:rPr>
        <w:t xml:space="preserve">[16:40] </w:t>
      </w:r>
      <w:r>
        <w:t>yeh hai aqal,</w:t>
      </w:r>
    </w:p>
    <w:p>
      <w:pPr>
        <w:jc w:val="right"/>
      </w:pPr>
      <w:r>
        <w:t>یہ ہے عقل،</w:t>
      </w:r>
    </w:p>
    <w:p>
      <w:r>
        <w:rPr>
          <w:b/>
        </w:rPr>
        <w:t xml:space="preserve">[16:43] </w:t>
      </w:r>
      <w:r>
        <w:t>yeh hai aqal, isko naam aqal hai.</w:t>
      </w:r>
    </w:p>
    <w:p>
      <w:pPr>
        <w:jc w:val="right"/>
      </w:pPr>
      <w:r>
        <w:t>یہ ہے عقل، اس کو نام عقل ہے۔</w:t>
      </w:r>
    </w:p>
    <w:p>
      <w:r>
        <w:rPr>
          <w:b/>
        </w:rPr>
        <w:t xml:space="preserve">[16:45] </w:t>
      </w:r>
      <w:r>
        <w:t>yeh aqal musalmanon se chhin gayi hai</w:t>
      </w:r>
    </w:p>
    <w:p>
      <w:pPr>
        <w:jc w:val="right"/>
      </w:pPr>
      <w:r>
        <w:t>یہ عقل مسلمانوں سے چھن گئی ہے</w:t>
      </w:r>
    </w:p>
    <w:p>
      <w:r>
        <w:rPr>
          <w:b/>
        </w:rPr>
        <w:t xml:space="preserve">[16:49] </w:t>
      </w:r>
      <w:r>
        <w:t>aur christian ke paas baqi hai, woh bhi</w:t>
      </w:r>
    </w:p>
    <w:p>
      <w:pPr>
        <w:jc w:val="right"/>
      </w:pPr>
      <w:r>
        <w:t>اور کرسچن کے پاس باقی ہے، وہ بھی</w:t>
      </w:r>
    </w:p>
    <w:p>
      <w:r>
        <w:rPr>
          <w:b/>
        </w:rPr>
        <w:t xml:space="preserve">[16:52] </w:t>
      </w:r>
      <w:r>
        <w:t>is liye ke musalman</w:t>
      </w:r>
    </w:p>
    <w:p>
      <w:pPr>
        <w:jc w:val="right"/>
      </w:pPr>
      <w:r>
        <w:t>اس لیے کہ مسلمان</w:t>
      </w:r>
    </w:p>
    <w:p>
      <w:r>
        <w:rPr>
          <w:b/>
        </w:rPr>
        <w:t xml:space="preserve">[16:55] </w:t>
      </w:r>
      <w:r>
        <w:t>samjhein ke kya daur hai, is daur ko samjhein</w:t>
      </w:r>
    </w:p>
    <w:p>
      <w:pPr>
        <w:jc w:val="right"/>
      </w:pPr>
      <w:r>
        <w:t>سمجھیں کہ کیا دور ہے، اس دور کو سمجھیں</w:t>
      </w:r>
    </w:p>
    <w:p>
      <w:r>
        <w:rPr>
          <w:b/>
        </w:rPr>
        <w:t xml:space="preserve">[16:59] </w:t>
      </w:r>
      <w:r>
        <w:t>ke is daur mein</w:t>
      </w:r>
    </w:p>
    <w:p>
      <w:pPr>
        <w:jc w:val="right"/>
      </w:pPr>
      <w:r>
        <w:t>کہ اس دور میں</w:t>
      </w:r>
    </w:p>
    <w:p>
      <w:r>
        <w:rPr>
          <w:b/>
        </w:rPr>
        <w:t xml:space="preserve">[17:02] </w:t>
      </w:r>
      <w:r>
        <w:t>pope ka title</w:t>
      </w:r>
    </w:p>
    <w:p>
      <w:pPr>
        <w:jc w:val="right"/>
      </w:pPr>
      <w:r>
        <w:t>پوپ کا ٹائٹل</w:t>
      </w:r>
    </w:p>
    <w:p>
      <w:r>
        <w:rPr>
          <w:b/>
        </w:rPr>
        <w:t xml:space="preserve">[17:05] </w:t>
      </w:r>
      <w:r>
        <w:t>agar actual taur par maujood maujood na ho, tab bhi symbolic taur par is ko tum mehfooz rakh</w:t>
      </w:r>
    </w:p>
    <w:p>
      <w:pPr>
        <w:jc w:val="right"/>
      </w:pPr>
      <w:r>
        <w:t>اگر ایکچوئل طور پر موجود موجود نہ ہو، تب بھی سمبالک طور پر اس کو تم محفوظ رکھ</w:t>
      </w:r>
    </w:p>
    <w:p>
      <w:r>
        <w:rPr>
          <w:b/>
        </w:rPr>
        <w:t xml:space="preserve">[17:13] </w:t>
      </w:r>
      <w:r>
        <w:t>sakte ho.</w:t>
      </w:r>
    </w:p>
    <w:p>
      <w:pPr>
        <w:jc w:val="right"/>
      </w:pPr>
      <w:r>
        <w:t>سکتے ہو۔</w:t>
      </w:r>
    </w:p>
    <w:p>
      <w:r>
        <w:rPr>
          <w:b/>
        </w:rPr>
        <w:t xml:space="preserve">[17:19] </w:t>
      </w:r>
      <w:r>
        <w:t>yeh yeh yeh log musalmanon ki numainda banay hue hain jo negative boli bolte hain, manfi taqreerein karte hain</w:t>
      </w:r>
    </w:p>
    <w:p>
      <w:pPr>
        <w:jc w:val="right"/>
      </w:pPr>
      <w:r>
        <w:t>یہ یہ یہ لوگ مسلمانوں کی نمائندہ بنے ہوئے ہیں جو نیگیٹیو بولی بولتے ہیں، منفی تقریریں کرتے ہیں</w:t>
      </w:r>
    </w:p>
    <w:p>
      <w:r>
        <w:rPr>
          <w:b/>
        </w:rPr>
        <w:t xml:space="preserve">[17:32] </w:t>
      </w:r>
      <w:r>
        <w:t>aur zulm ki dastanain suntay hain. farzi, farzi, farzi. behrhaal hamara mission jis ko le kar hamaray saathi poori dunya mein active hain,</w:t>
      </w:r>
    </w:p>
    <w:p>
      <w:pPr>
        <w:jc w:val="right"/>
      </w:pPr>
      <w:r>
        <w:t>اور ظلم کی داستانیں سناتے ہیں۔ فرضی، فرضی، فرضی۔ بہرحال ہمارا مشن جس کو لے کر ہمارے ساتھی پوری دنیا میں ایکٹیو ہیں،</w:t>
      </w:r>
    </w:p>
    <w:p>
      <w:r>
        <w:rPr>
          <w:b/>
        </w:rPr>
        <w:t xml:space="preserve">[17:48] </w:t>
      </w:r>
      <w:r>
        <w:t>poori dunya mein.</w:t>
      </w:r>
    </w:p>
    <w:p>
      <w:pPr>
        <w:jc w:val="right"/>
      </w:pPr>
      <w:r>
        <w:t>پوری دنیا میں۔</w:t>
      </w:r>
    </w:p>
    <w:p>
      <w:r>
        <w:rPr>
          <w:b/>
        </w:rPr>
        <w:t xml:space="preserve">[17:53] </w:t>
      </w:r>
      <w:r>
        <w:t>aaj bhi mujhe message mila ke maharashtra mein wahan ke log akhatta hue hain eid denay ke liye paigham.</w:t>
      </w:r>
    </w:p>
    <w:p>
      <w:pPr>
        <w:jc w:val="right"/>
      </w:pPr>
      <w:r>
        <w:t>آج بھی مجھے میسج ملا کہ مہاراشٹر میں وہاں کے لوگ اکٹھا ہوئے ہیں عید دینے کے لیے پیغام۔</w:t>
      </w:r>
    </w:p>
    <w:p>
      <w:r>
        <w:rPr>
          <w:b/>
        </w:rPr>
        <w:t xml:space="preserve">[18:07] </w:t>
      </w:r>
      <w:r>
        <w:t>goya ke hamara mission yeh keh raha hai ke ae musalmanon!</w:t>
      </w:r>
    </w:p>
    <w:p>
      <w:pPr>
        <w:jc w:val="right"/>
      </w:pPr>
      <w:r>
        <w:t>گویا کہ ہمارا مشن یہ کہہ رہا ہے کہ اے مسلمانوں!</w:t>
      </w:r>
    </w:p>
    <w:p>
      <w:r>
        <w:rPr>
          <w:b/>
        </w:rPr>
        <w:t xml:space="preserve">[18:13] </w:t>
      </w:r>
      <w:r>
        <w:t>tum aik masjid ke liye gham mana rahay ho aur tumharay rasool ne to bataya tha ke sari zameen tumhari ho jaye gi, sari zameen tumhari ho jaye gi.</w:t>
      </w:r>
    </w:p>
    <w:p>
      <w:pPr>
        <w:jc w:val="right"/>
      </w:pPr>
      <w:r>
        <w:t>تم ایک مسجد کے لئے غم منا رہے ہو اور تمہارے رسول نے تو بتایا تھا کہ ساری زمین تمہاری ہو جائے گی، ساری زمین تمہاری ہو جائے گی۔</w:t>
      </w:r>
    </w:p>
    <w:p>
      <w:r>
        <w:rPr>
          <w:b/>
        </w:rPr>
        <w:t xml:space="preserve">[18:25] </w:t>
      </w:r>
      <w:r>
        <w:t>yani electronic daur tak puhanchay ga yeh mazhab.</w:t>
      </w:r>
    </w:p>
    <w:p>
      <w:pPr>
        <w:jc w:val="right"/>
      </w:pPr>
      <w:r>
        <w:t>یعنی الیکٹرانک دور تک پہنچے گا یہ مذہب۔</w:t>
      </w:r>
    </w:p>
    <w:p>
      <w:r>
        <w:rPr>
          <w:b/>
        </w:rPr>
        <w:t xml:space="preserve">[18:32] </w:t>
      </w:r>
      <w:r>
        <w:t>yeh rasool allah sallallahu alaihi wasallam ka jo mazhab hai, woh electronic daur tak puhanchay ga. jabkay yeh sab taqseemāt ghalat ho jayen gi.</w:t>
      </w:r>
    </w:p>
    <w:p>
      <w:pPr>
        <w:jc w:val="right"/>
      </w:pPr>
      <w:r>
        <w:t>یہ رسول اللہ صلی اللہ علیہ وسلم کا جو مذہب ہے، وہ الیکٹرانک دور تک پہنچے گا۔ جبکہ یہ سب تقسیمات غلط ہو جائیں گی۔</w:t>
      </w:r>
    </w:p>
    <w:p>
      <w:r>
        <w:rPr>
          <w:b/>
        </w:rPr>
        <w:t xml:space="preserve">[18:43] </w:t>
      </w:r>
      <w:r>
        <w:t>yeh in ka ghar hai, in ka ghar hai, yeh in ka ibadat khana hai, in ka ibadat khana. aik daur aaye ga jis mein sari dunya aik ho jaye gi.</w:t>
      </w:r>
    </w:p>
    <w:p>
      <w:pPr>
        <w:jc w:val="right"/>
      </w:pPr>
      <w:r>
        <w:t>یہ ان کا گھر ہے، ان کا گھر ہے، یہ ان کا عبادت خانہ ہے، ان کا عبادت خانہ۔ ایک دور آئے گا جس میں ساری دنیا ایک ہو جائے گی۔</w:t>
      </w:r>
    </w:p>
    <w:p>
      <w:r>
        <w:rPr>
          <w:b/>
        </w:rPr>
        <w:t xml:space="preserve">[18:58] </w:t>
      </w:r>
      <w:r>
        <w:t>jo kaha jata hai ke global village, yeh rasool allah sallallahu alaihi wasallam ne pehlay bata diya tha.</w:t>
      </w:r>
    </w:p>
    <w:p>
      <w:pPr>
        <w:jc w:val="right"/>
      </w:pPr>
      <w:r>
        <w:t>جو کہا جاتا ہے کہ گلوبل ویلج، یہ رسول اللہ صلی اللہ علیہ وسلم نے پہلے بتا دیا تھا۔</w:t>
      </w:r>
    </w:p>
    <w:p>
      <w:r>
        <w:rPr>
          <w:b/>
        </w:rPr>
        <w:t xml:space="preserve">[19:10] </w:t>
      </w:r>
      <w:r>
        <w:t>jo is</w:t>
      </w:r>
    </w:p>
    <w:p>
      <w:pPr>
        <w:jc w:val="right"/>
      </w:pPr>
      <w:r>
        <w:t>جو اس</w:t>
      </w:r>
    </w:p>
    <w:p>
      <w:r>
        <w:rPr>
          <w:b/>
        </w:rPr>
        <w:t xml:space="preserve">[19:13] </w:t>
      </w:r>
      <w:r>
        <w:t>ke mani hain ke poori zameen global village ban jaye gi, global masjid ban jaye gi. kaisi ajeeb o ghareeb rasool allah sallallahu alaihi wasallam ki yeh paishango'i thi ke poora glob global village ban jaye ga,</w:t>
      </w:r>
    </w:p>
    <w:p>
      <w:pPr>
        <w:jc w:val="right"/>
      </w:pPr>
      <w:r>
        <w:t>کے معنی ہیں کہ پوری زمین گلوبل ویلج بن جائے گی، گلوبل مسجد بن جائے گی۔ کیسی عجیب و غریب رسول اللہ صلی اللہ علیہ وسلم کی یہ پیشنگوئی تھی کہ پورا گلوب گلوبل ویلج بن جائے گا،</w:t>
      </w:r>
    </w:p>
    <w:p>
      <w:r>
        <w:rPr>
          <w:b/>
        </w:rPr>
        <w:t xml:space="preserve">[19:31] </w:t>
      </w:r>
      <w:r>
        <w:t>poora glob global masjid ban jaye ga. to jab aisa zamanay aaye to negative boli boli khatam karo.</w:t>
      </w:r>
    </w:p>
    <w:p>
      <w:pPr>
        <w:jc w:val="right"/>
      </w:pPr>
      <w:r>
        <w:t>پورا گلوب گلوبل مسجد بن جائے گا۔ تو جب ایسا زمانہ آئے تو نیگیٹیو بولی بولی ختم کرو۔</w:t>
      </w:r>
    </w:p>
    <w:p>
      <w:r>
        <w:rPr>
          <w:b/>
        </w:rPr>
        <w:t xml:space="preserve">[19:42] </w:t>
      </w:r>
      <w:r>
        <w:t>jab zamanay aisa aaye to shukr karo, shukr karo, shukr karo. nashukri khatam karo, shikayat khatam karo, violence khatam karo, larai jhagray ko haram samjho.</w:t>
      </w:r>
    </w:p>
    <w:p>
      <w:pPr>
        <w:jc w:val="right"/>
      </w:pPr>
      <w:r>
        <w:t>جب زمانہ ایسا آئے تو شکر کرو، شکر کرو، شکر کرو۔ ناشکری ختم کرو، شکایت ختم کرو، وائلنس ختم کرو، لڑائی جھگڑے کو حرام سمجھو۔</w:t>
      </w:r>
    </w:p>
    <w:p>
      <w:r>
        <w:rPr>
          <w:b/>
        </w:rPr>
        <w:t xml:space="preserve">[20:02] </w:t>
      </w:r>
      <w:r>
        <w:t>woh waqt agay aai hai.</w:t>
      </w:r>
    </w:p>
    <w:p>
      <w:pPr>
        <w:jc w:val="right"/>
      </w:pPr>
      <w:r>
        <w:t>وہ وقت آگے آئی ہے۔</w:t>
      </w:r>
    </w:p>
    <w:p>
      <w:r>
        <w:rPr>
          <w:b/>
        </w:rPr>
        <w:t xml:space="preserve">[20:11] </w:t>
      </w:r>
      <w:r>
        <w:t>to isi ki nishani ke tor par hum quran distribution ki tehreek chala rahay hain. hamaray saathi jo sari dunya mein phailay hue hain, hamaray saathiyon ka jo target hai woh yeh hai ke insanon ki teen zubanein hain,</w:t>
      </w:r>
    </w:p>
    <w:p>
      <w:pPr>
        <w:jc w:val="right"/>
      </w:pPr>
      <w:r>
        <w:t>تو اسی کی علامت کے طور پر ہم قرآن ڈسٹریبیوشن کی تحریک چلا رہے ہیں۔ ہمارے ساتھی جو ساری دنیا میں پھیلے ہوئے ہیں، ہمارے ساتھیوں کا جو ٹارگٹ ہے وہ یہ ہے کہ انسانوں کی تین زبانیں ہیں،</w:t>
      </w:r>
    </w:p>
    <w:p>
      <w:r>
        <w:rPr>
          <w:b/>
        </w:rPr>
        <w:t xml:space="preserve">[20:31] </w:t>
      </w:r>
      <w:r>
        <w:t>har zaban mein quran ka tarjuma.</w:t>
      </w:r>
    </w:p>
    <w:p>
      <w:pPr>
        <w:jc w:val="right"/>
      </w:pPr>
      <w:r>
        <w:t>ہر زبان میں قرآن کا ترجمہ۔</w:t>
      </w:r>
    </w:p>
    <w:p>
      <w:r>
        <w:rPr>
          <w:b/>
        </w:rPr>
        <w:t xml:space="preserve">[20:39] </w:t>
      </w:r>
      <w:r>
        <w:t>kyunke dekhiye, quran ke liye hai ke sare alam ke liye utra hai.</w:t>
      </w:r>
    </w:p>
    <w:p>
      <w:pPr>
        <w:jc w:val="right"/>
      </w:pPr>
      <w:r>
        <w:t>کیونکہ دیکھیے، قرآن کے لئے ہے کہ سارے عالم کے لئے اترا ہے۔</w:t>
      </w:r>
    </w:p>
    <w:p>
      <w:r>
        <w:rPr>
          <w:b/>
        </w:rPr>
        <w:t xml:space="preserve">[20:48] </w:t>
      </w:r>
      <w:r>
        <w:t>likon lilalamin nazira. quran sare alam ke liye utra hai. lekin sawal yeh hai ke quran hai to amalan to woh sirf arabi zaban mein hai.</w:t>
      </w:r>
    </w:p>
    <w:p>
      <w:pPr>
        <w:jc w:val="right"/>
      </w:pPr>
      <w:r>
        <w:t>لیکون للعالمین نذیرا۔ قرآن سارے عالم کے لئے اترا ہے۔ لیکن سوال یہ ہے کہ قرآن ہے تو عملاً تو وہ صرف عربی زبان میں ہے۔</w:t>
      </w:r>
    </w:p>
    <w:p>
      <w:r>
        <w:rPr>
          <w:b/>
        </w:rPr>
        <w:t xml:space="preserve">[20:59] </w:t>
      </w:r>
      <w:r>
        <w:t>to kya arabi zaban mein sab bantenge aap logon ko? to is se quran ka mansab poora ho jayega? hargiz nahi, hargiz nahi, hargiz nahi.</w:t>
      </w:r>
    </w:p>
    <w:p>
      <w:pPr>
        <w:jc w:val="right"/>
      </w:pPr>
      <w:r>
        <w:t>تو کیا عربی زبان میں سب بانٹیں گے آپ لوگوں کو؟ تو اس سے قرآن کا منصب پورا ہو جائے گا؟ ہرگز نہیں، ہرگز نہیں، ہرگز نہیں۔</w:t>
      </w:r>
    </w:p>
    <w:p>
      <w:r>
        <w:rPr>
          <w:b/>
        </w:rPr>
        <w:t xml:space="preserve">[21:13] </w:t>
      </w:r>
      <w:r>
        <w:t>likon lilalamin nazira. mein is cheez implicit hai, implicit hai, implicit hai ke ummat-e-muslima jo hogi, woh har zaban mein quran ke tarjume tayyar karegi aur sari dunya ki qaumon ke paas pahunchayegi.</w:t>
      </w:r>
    </w:p>
    <w:p>
      <w:pPr>
        <w:jc w:val="right"/>
      </w:pPr>
      <w:r>
        <w:t>لیکون للعالمین نذیرا۔ میں اس چیز امپلیسٹ ہے، امپلیسٹ ہے، امپلیسٹ ہے کہ امت مسلمہ جو ہوگی، وہ ہر زبان میں قرآن کے ترجمے تیار کرے گی اور ساری دنیا کی قوموں کے پاس پہنچائے گی۔</w:t>
      </w:r>
    </w:p>
    <w:p>
      <w:r>
        <w:rPr>
          <w:b/>
        </w:rPr>
        <w:t xml:space="preserve">[21:35] </w:t>
      </w:r>
      <w:r>
        <w:t>chahe printed, print,</w:t>
      </w:r>
    </w:p>
    <w:p>
      <w:pPr>
        <w:jc w:val="right"/>
      </w:pPr>
      <w:r>
        <w:t>چاہے پرنٹڈ، پرنٹ،</w:t>
      </w:r>
    </w:p>
    <w:p>
      <w:r>
        <w:rPr>
          <w:b/>
        </w:rPr>
        <w:t xml:space="preserve">[21:41] </w:t>
      </w:r>
      <w:r>
        <w:t>chhupe hue diskon ki shakal mein ya electronic shakal mein.</w:t>
      </w:r>
    </w:p>
    <w:p>
      <w:pPr>
        <w:jc w:val="right"/>
      </w:pPr>
      <w:r>
        <w:t>چھپے ہوئے ڈسکوں کی شکل میں یا الیکٹرانک شکل میں۔</w:t>
      </w:r>
    </w:p>
    <w:p>
      <w:r>
        <w:rPr>
          <w:b/>
        </w:rPr>
        <w:t xml:space="preserve">[21:54] </w:t>
      </w:r>
      <w:r>
        <w:t>to woh waqt jab ummat ke paas aaya tha is liye ke apne rasool ko rediscover karen. yeh daur hai jis mein hamein apne paighambar sallallahu alaihi wasallam ko rediscover karna hai, phir se un ko janna hai, un ki azmat ko.</w:t>
      </w:r>
    </w:p>
    <w:p>
      <w:pPr>
        <w:jc w:val="right"/>
      </w:pPr>
      <w:r>
        <w:t>تو وہ وقت جب امت کے پاس آیا تھا اس لیے کہ اپنے رسول کو ری ڈسکور کریں۔ یہ دور ہے جس میں ہمیں اپنے پیغمبر صلی اللہ علیہ وسلم کو ری ڈسکور کرنا ہے، پھر سے ان کو جاننا ہے، ان کی عظمت کو۔</w:t>
      </w:r>
    </w:p>
    <w:p>
      <w:r>
        <w:rPr>
          <w:b/>
        </w:rPr>
        <w:t xml:space="preserve">[22:13] </w:t>
      </w:r>
      <w:r>
        <w:t>kaisi ajib baat hai ke jo daur aaya tha is liye ke aap rasool Allah sallallahu alaihi wasallam ki azmat ko, aap ke kamalat ko,</w:t>
      </w:r>
    </w:p>
    <w:p>
      <w:pPr>
        <w:jc w:val="right"/>
      </w:pPr>
      <w:r>
        <w:t>کیسی عجیب بات ہے کہ جو دور آیا تھا اس لیے کہ آپ رسول اللہ صلی اللہ علیہ وسلم کی عظمت کو، آپ کے کمالات کو،</w:t>
      </w:r>
    </w:p>
    <w:p>
      <w:r>
        <w:rPr>
          <w:b/>
        </w:rPr>
        <w:t xml:space="preserve">[22:28] </w:t>
      </w:r>
      <w:r>
        <w:t>aap ki almi risalat ko rediscover karen. is zamane mein aap tahaffuz-e-khatm-e-nubuvvat ki tehrik chala rahe hain.</w:t>
      </w:r>
    </w:p>
    <w:p>
      <w:pPr>
        <w:jc w:val="right"/>
      </w:pPr>
      <w:r>
        <w:t>آپ کی عالمی رسالت کو ری ڈسکور کریں۔ اس زمانے میں آپ تحفظ ختم نبوت کی تحریک چلا رہے ہیں۔</w:t>
      </w:r>
    </w:p>
    <w:p>
      <w:r>
        <w:rPr>
          <w:b/>
        </w:rPr>
        <w:t xml:space="preserve">[22:41] </w:t>
      </w:r>
      <w:r>
        <w:t>woh to tahaffuz ho chuka almi satah par.</w:t>
      </w:r>
    </w:p>
    <w:p>
      <w:pPr>
        <w:jc w:val="right"/>
      </w:pPr>
      <w:r>
        <w:t>وہ تو تحفظ ہو چکا عالمی سطح پر۔</w:t>
      </w:r>
    </w:p>
    <w:p>
      <w:r>
        <w:rPr>
          <w:b/>
        </w:rPr>
        <w:t xml:space="preserve">[22:47] </w:t>
      </w:r>
      <w:r>
        <w:t>rasool Allah ka tahaffuz almi satah par ho chuka, ho chuka, ho chuka.</w:t>
      </w:r>
    </w:p>
    <w:p>
      <w:pPr>
        <w:jc w:val="right"/>
      </w:pPr>
      <w:r>
        <w:t>رسول اللہ کا تحفظ عالمی سطح پر ہو چکا، ہو چکا، ہو چکا۔</w:t>
      </w:r>
    </w:p>
    <w:p>
      <w:r>
        <w:rPr>
          <w:b/>
        </w:rPr>
        <w:t xml:space="preserve">[22:53] </w:t>
      </w:r>
      <w:r>
        <w:t>ab to shukr manane mana ho. tahaffuz-e-khatm-e-nubuvvat kya hai? yeh to rasool Allah ki sachchai to yaani gunah samajhne ke ka ek ek alamat hai.</w:t>
      </w:r>
    </w:p>
    <w:p>
      <w:pPr>
        <w:jc w:val="right"/>
      </w:pPr>
      <w:r>
        <w:t>اب تو شکر منانے منع ہو۔ تحفظ ختم نبوت کیا ہے؟ یہ تو رسول اللہ کی سچائی تو یعنی گناہ سمجھنے کے کا ایک ایک علامت ہے۔</w:t>
      </w:r>
    </w:p>
    <w:p>
      <w:r>
        <w:rPr>
          <w:b/>
        </w:rPr>
        <w:t xml:space="preserve">[23:13] </w:t>
      </w:r>
      <w:r>
        <w:t>to Allah ke fazl se hamare saathi</w:t>
      </w:r>
    </w:p>
    <w:p>
      <w:pPr>
        <w:jc w:val="right"/>
      </w:pPr>
      <w:r>
        <w:t>تو اللہ کے فضل سے ہمارے ساتھی</w:t>
      </w:r>
    </w:p>
    <w:p>
      <w:r>
        <w:rPr>
          <w:b/>
        </w:rPr>
        <w:t xml:space="preserve">[23:18] </w:t>
      </w:r>
      <w:r>
        <w:t>sari dunya mein, hamare saathiyon ne is raaz ko samjha ke quran utra hai sare alam ke liye. agarche woh hai arabi zaban mein to sare alam tak kaise pahunchega?</w:t>
      </w:r>
    </w:p>
    <w:p>
      <w:pPr>
        <w:jc w:val="right"/>
      </w:pPr>
      <w:r>
        <w:t>ساری دنیا میں، ہمارے ساتھیوں نے اس راز کو سمجھا کہ قرآن اترا ہے سارے عالم کے لئے۔ اگرچہ وہ ہے عربی زبان میں تو سارے عالم تک کیسے پہنچے گا؟</w:t>
      </w:r>
    </w:p>
    <w:p>
      <w:r>
        <w:rPr>
          <w:b/>
        </w:rPr>
        <w:t xml:space="preserve">[23:33] </w:t>
      </w:r>
      <w:r>
        <w:t>to is ki shakal yeh hai ke un ki apni understandable language mein, un ki apni understandable language mein, un ki apni qabil-e-fehm zaban mein is ko tarjuma karo aur is ko phailao, phailao, phailao.</w:t>
      </w:r>
    </w:p>
    <w:p>
      <w:pPr>
        <w:jc w:val="right"/>
      </w:pPr>
      <w:r>
        <w:t>تو اس کی شکل یہ ہے کہ ان کی اپنی انڈرسٹینڈیبل لینگویج میں، ان کی اپنی انڈرسٹینڈیبل لینگویج میں، ان کی اپنی قابل فہم زبان میں اس کو ترجمہ کرو اور اس کو پھیلاؤ، پھیلاؤ، پھیلاؤ۔</w:t>
      </w:r>
    </w:p>
    <w:p>
      <w:r>
        <w:rPr>
          <w:b/>
        </w:rPr>
        <w:t xml:space="preserve">[23:54] </w:t>
      </w:r>
      <w:r>
        <w:t>taake yeh sab kis liye ho raha hai?</w:t>
      </w:r>
    </w:p>
    <w:p>
      <w:pPr>
        <w:jc w:val="right"/>
      </w:pPr>
      <w:r>
        <w:t>تاکہ یہ سب کس لئے ہو رہا ہے؟</w:t>
      </w:r>
    </w:p>
    <w:p>
      <w:r>
        <w:rPr>
          <w:b/>
        </w:rPr>
        <w:t xml:space="preserve">[24:00] </w:t>
      </w:r>
      <w:r>
        <w:t>taake qayamat ke din koi insan, koi insan, koi insan aisa na ho jo khada ho kar kahe ke hum ko pakad rahe hain aap.</w:t>
      </w:r>
    </w:p>
    <w:p>
      <w:pPr>
        <w:jc w:val="right"/>
      </w:pPr>
      <w:r>
        <w:t>تاکہ قیامت کے دن کوئی انسان، کوئی انسان، کوئی انسان ایسا نہ ہو جو کھڑا ہو کر کہے کہ ہم کو پکڑ رہے ہیں آپ۔</w:t>
      </w:r>
    </w:p>
    <w:p>
      <w:r>
        <w:rPr>
          <w:b/>
        </w:rPr>
        <w:t xml:space="preserve">[24:16] </w:t>
      </w:r>
      <w:r>
        <w:t>hum to jante hi nahi the quran mein kya likha hua hai.</w:t>
      </w:r>
    </w:p>
    <w:p>
      <w:pPr>
        <w:jc w:val="right"/>
      </w:pPr>
      <w:r>
        <w:t>ہم تو جانتے ہی نہیں تھے قرآن میں کیا لکھا ہوا ہے۔</w:t>
      </w:r>
    </w:p>
    <w:p>
      <w:r>
        <w:rPr>
          <w:b/>
        </w:rPr>
        <w:t xml:space="preserve">[24:21] </w:t>
      </w:r>
      <w:r>
        <w:t>hum ko, hum ko jo diya tha, kuch logon ne banta tha, hamare paas laya tha, diya tha. woh to lakeeren thin, woh to hum kuch bhi samjhe nahi.</w:t>
      </w:r>
    </w:p>
    <w:p>
      <w:pPr>
        <w:jc w:val="right"/>
      </w:pPr>
      <w:r>
        <w:t>ہم کو، ہم کو جو دیا تھا، کچھ لوگوں نے بانٹا تھا، ہمارے پاس لایا تھا، دیا تھا۔ وہ تو لکیریں تھیں، وہ تو ہم کچھ بھی سمجھے نہیں۔</w:t>
      </w:r>
    </w:p>
    <w:p>
      <w:r>
        <w:rPr>
          <w:b/>
        </w:rPr>
        <w:t xml:space="preserve">[24:36] </w:t>
      </w:r>
      <w:r>
        <w:t>to quran ka tarjuma har zaban mein bahut hi achhe tarike se, understandable andaaz mein, har zaban mein sari dunya mein pahunchana.</w:t>
      </w:r>
    </w:p>
    <w:p>
      <w:pPr>
        <w:jc w:val="right"/>
      </w:pPr>
      <w:r>
        <w:t>تو قرآن کا ترجمہ ہر زبان میں بہت ہی اچھے طریقے سے، انڈرسٹینڈیبل انداز میں، ہر زبان میں ساری دنیا میں پہنچانا۔</w:t>
      </w:r>
    </w:p>
    <w:p>
      <w:r>
        <w:rPr>
          <w:b/>
        </w:rPr>
        <w:t xml:space="preserve">[24:54] </w:t>
      </w:r>
      <w:r>
        <w:t>to Allah taala ne is ki ek amali misal qaim kar di. amali misal woh yeh ke Christian ne un ka ek old Christian tha, ek old church tha,</w:t>
      </w:r>
    </w:p>
    <w:p>
      <w:pPr>
        <w:jc w:val="right"/>
      </w:pPr>
      <w:r>
        <w:t>تو اللہ تعالیٰ نے اس کی ایک عملی مثال قائم کر دی۔ عملی مثال وہ یہ کہ کرسچن نے ان کا ایک اولڈ کرسچن تھا، ایک اولڈ چرچ تھا،</w:t>
      </w:r>
    </w:p>
    <w:p>
      <w:r>
        <w:rPr>
          <w:b/>
        </w:rPr>
        <w:t xml:space="preserve">[25:14] </w:t>
      </w:r>
      <w:r>
        <w:t>us ko unhone Vatican bana diya. Vatican ka matlab hua ke almi center Christian,</w:t>
      </w:r>
    </w:p>
    <w:p>
      <w:pPr>
        <w:jc w:val="right"/>
      </w:pPr>
      <w:r>
        <w:t>اس کو انہوں نے ویٹیکن بنا دیا۔ ویٹیکن کا مطلب ہوا کہ عالمی سینٹر کرسچن،</w:t>
      </w:r>
    </w:p>
    <w:p>
      <w:r>
        <w:rPr>
          <w:b/>
        </w:rPr>
        <w:t xml:space="preserve">[25:31] </w:t>
      </w:r>
      <w:r>
        <w:t>Christianity ki tasdiq ka.</w:t>
      </w:r>
    </w:p>
    <w:p>
      <w:pPr>
        <w:jc w:val="right"/>
      </w:pPr>
      <w:r>
        <w:t>کرسچینٹی کی توثیق کا۔</w:t>
      </w:r>
    </w:p>
    <w:p>
      <w:r>
        <w:rPr>
          <w:b/>
        </w:rPr>
        <w:t xml:space="preserve">[25:36] </w:t>
      </w:r>
      <w:r>
        <w:t>to jis tarah unhone almi satah par Vatican ko qaim kiya hai, usi tarah musalmanon ko almi satah par, almi satah par</w:t>
      </w:r>
    </w:p>
    <w:p>
      <w:pPr>
        <w:jc w:val="right"/>
      </w:pPr>
      <w:r>
        <w:t>تو جس طرح انہوں نے عالمی سطح پر ویٹیکن کو قائم کیا ہے، اسی طرح مسلمانوں کو عالمی سطح پر، عالمی سطح پر</w:t>
      </w:r>
    </w:p>
    <w:p>
      <w:r>
        <w:rPr>
          <w:b/>
        </w:rPr>
        <w:t xml:space="preserve">[25:53] </w:t>
      </w:r>
      <w:r>
        <w:t>quran center bananay ka waqt aa gaya hai. aalmi satah par yani jo paanch acre zameen jo mili hai ayodhya mein, wahi aalmi center ban sakti hai.</w:t>
      </w:r>
    </w:p>
    <w:p>
      <w:pPr>
        <w:jc w:val="right"/>
      </w:pPr>
      <w:r>
        <w:t>قرآن سینٹر بنانے کا وقت آگیا ہے۔ عالمی سطح پر یعنی جو پانچ ایکڑ زمین جو ملی ہے اے یودھیا میں، وہی عالمی سینٹر بن سکتی ہے۔</w:t>
      </w:r>
    </w:p>
    <w:p>
      <w:r>
        <w:rPr>
          <w:b/>
        </w:rPr>
        <w:t xml:space="preserve">[26:14] </w:t>
      </w:r>
      <w:r>
        <w:t>woh kafi hai is daur mein, woh kafi hai ke aalmi center wahan quran ka banaya jaye. hum ne banaya hai yeh jagah jahan aap sun rahe hain, yeh aalmi center hai lekin yeh aalmi center electronic sense mein hai.</w:t>
      </w:r>
    </w:p>
    <w:p>
      <w:pPr>
        <w:jc w:val="right"/>
      </w:pPr>
      <w:r>
        <w:t>وہ کافی ہے اس دور میں، وہ کافی ہے کہ عالمی سینٹر وہاں قرآن کا بنایا جائے۔ ہم نے بنایا ہے یہ جگہ جہاں آپ سن رہے ہیں، یہ عالمی سینٹر ہے لیکن یہ عالمی سینٹر الیکٹرانک سینس میں ہے۔</w:t>
      </w:r>
    </w:p>
    <w:p>
      <w:r>
        <w:rPr>
          <w:b/>
        </w:rPr>
        <w:t xml:space="preserve">[26:34] </w:t>
      </w:r>
      <w:r>
        <w:t>electronic sense mein hai. aise hi aap har jagah electronic center mein quran ka aalmi center bana sakte hain.</w:t>
      </w:r>
    </w:p>
    <w:p>
      <w:pPr>
        <w:jc w:val="right"/>
      </w:pPr>
      <w:r>
        <w:t>الیکٹرانک سینس میں ہے۔ ایسے ہی آپ ہر جگہ الیکٹرانک سینٹر میں قرآن کا عالمی سینٹر بنا سکتے ہیں۔</w:t>
      </w:r>
    </w:p>
    <w:p>
      <w:r>
        <w:rPr>
          <w:b/>
        </w:rPr>
        <w:t xml:space="preserve">[26:50] </w:t>
      </w:r>
      <w:r>
        <w:t>toh yeh waqt hai shukr ka, shukr ka, shukr ka. shikayati baatein aur zulm ho raha hai, zulm ho raha hai.</w:t>
      </w:r>
    </w:p>
    <w:p>
      <w:pPr>
        <w:jc w:val="right"/>
      </w:pPr>
      <w:r>
        <w:t>تو یہ وقت ہے شکر کا، شکر کا، شکر کا۔ شکایتی باتیں اور ظلم ہو رہا ہے، ظلم ہو رہا ہے۔</w:t>
      </w:r>
    </w:p>
    <w:p>
      <w:r>
        <w:rPr>
          <w:b/>
        </w:rPr>
        <w:t xml:space="preserve">[27:00] </w:t>
      </w:r>
      <w:r>
        <w:t>yeh sab haram hai, haram. jo log shor kar rahe hain ke zulm ho raha hai hamare khilaf, zulm ho raha hai, woh haram boli bol rahe hain.</w:t>
      </w:r>
    </w:p>
    <w:p>
      <w:pPr>
        <w:jc w:val="right"/>
      </w:pPr>
      <w:r>
        <w:t>یہ سب حرام ہے، حرام۔ جو لوگ شور کر رہے ہیں کہ ظلم ہو رہا ہے ہمارے خلاف، ظلم ہو رہا ہے، وہ حرام بولی بول رہے ہیں۔</w:t>
      </w:r>
    </w:p>
    <w:p>
      <w:r>
        <w:rPr>
          <w:b/>
        </w:rPr>
        <w:t xml:space="preserve">[27:09] </w:t>
      </w:r>
      <w:r>
        <w:t>mujhe toh itna bhi shakk nahi. hamare khilaf zulm ho raha hai. jo log bolte hain, woh haram boli bol rahe hain.</w:t>
      </w:r>
    </w:p>
    <w:p>
      <w:pPr>
        <w:jc w:val="right"/>
      </w:pPr>
      <w:r>
        <w:t>مجھے تو اتنا بھی شک نہیں۔ ہمارے خلاف ظلم ہو رہا ہے۔ جو لوگ بولتے ہیں، وہ حرام بولی بول رہے ہیں۔</w:t>
      </w:r>
    </w:p>
    <w:p>
      <w:r>
        <w:rPr>
          <w:b/>
        </w:rPr>
        <w:t xml:space="preserve">[27:21] </w:t>
      </w:r>
      <w:r>
        <w:t>Allah ne apni nematein barsa di hain. Allah ne apni nematein barsa di hain. har taraf barish ho rahi hai, nematon ki barish ho rahi hai.</w:t>
      </w:r>
    </w:p>
    <w:p>
      <w:pPr>
        <w:jc w:val="right"/>
      </w:pPr>
      <w:r>
        <w:t>اللہ نے اپنی نعمتیں برسا دی ہیں۔ اللہ نے اپنی نعمتیں برسا دی ہیں۔ ہر طرف بارش ہو رہی ہے، نعمتوں کی بارش ہو رہی ہے۔</w:t>
      </w:r>
    </w:p>
    <w:p>
      <w:r>
        <w:rPr>
          <w:b/>
        </w:rPr>
        <w:t xml:space="preserve">[27:32] </w:t>
      </w:r>
      <w:r>
        <w:t>Allah ki nematon ki barish ho rahi hai. toh shukr ho, shukr ho, shukr ho.</w:t>
      </w:r>
    </w:p>
    <w:p>
      <w:pPr>
        <w:jc w:val="right"/>
      </w:pPr>
      <w:r>
        <w:t>اللہ کی نعمتوں کی بارش ہو رہی ہے۔ تو شکر ہو، شکر ہو، شکر ہو۔</w:t>
      </w:r>
    </w:p>
    <w:p>
      <w:r>
        <w:rPr>
          <w:b/>
        </w:rPr>
        <w:t xml:space="preserve">[27:42] </w:t>
      </w:r>
      <w:r>
        <w:t>toh musalmanon ko chahiye ke woh manfi boli band karein, negative boli band karein, shikayat ki boli band karein.</w:t>
      </w:r>
    </w:p>
    <w:p>
      <w:pPr>
        <w:jc w:val="right"/>
      </w:pPr>
      <w:r>
        <w:t>تو مسلمانوں کو چاہیے کہ وہ منفی بولی بند کریں، نیگیٹیو بولی بند کریں، شکایت کی بولی بند کریں۔</w:t>
      </w:r>
    </w:p>
    <w:p>
      <w:r>
        <w:rPr>
          <w:b/>
        </w:rPr>
        <w:t xml:space="preserve">[27:55] </w:t>
      </w:r>
      <w:r>
        <w:t>kisi bhi silsile mein direct ya indirect violence ki boli band karein. kisi bhi silsile mein direct ya indirect negative boli band karein.</w:t>
      </w:r>
    </w:p>
    <w:p>
      <w:pPr>
        <w:jc w:val="right"/>
      </w:pPr>
      <w:r>
        <w:t>کسی بھی سلسلے میں ڈائریکٹ یا ان ڈائریکٹ وائلنس کی بولی بند کریں۔ کسی بھی سلسلے میں ڈائریکٹ یا ان ڈائریکٹ نیگیٹیو بولی بند کریں۔</w:t>
      </w:r>
    </w:p>
    <w:p>
      <w:r>
        <w:rPr>
          <w:b/>
        </w:rPr>
        <w:t xml:space="preserve">[28:13] </w:t>
      </w:r>
      <w:r>
        <w:t>aur sirf Allah ke shukr mein masroof ho jayein.</w:t>
      </w:r>
    </w:p>
    <w:p>
      <w:pPr>
        <w:jc w:val="right"/>
      </w:pPr>
      <w:r>
        <w:t>اور صرف اللہ کے شکر میں مصروف ہو جائیں۔</w:t>
      </w:r>
    </w:p>
    <w:p>
      <w:r>
        <w:rPr>
          <w:b/>
        </w:rPr>
        <w:t xml:space="preserve">[28:24] </w:t>
      </w:r>
      <w:r>
        <w:t>itna zyada shukr karna chahiye ke poori zameen shukr ke alfaaz mein goonje, goonjne lage.</w:t>
      </w:r>
    </w:p>
    <w:p>
      <w:pPr>
        <w:jc w:val="right"/>
      </w:pPr>
      <w:r>
        <w:t>اتنا زیادہ شکر کرنا چاہیے کہ پوری زمین شکر کے الفاظ میں گونجے، گونجنے لگے۔</w:t>
      </w:r>
    </w:p>
    <w:p>
      <w:r>
        <w:rPr>
          <w:b/>
        </w:rPr>
        <w:t xml:space="preserve">[28:39] </w:t>
      </w:r>
      <w:r>
        <w:t>poori zameen shukr ke alfaaz se goonjne lage. toh yahi hamara mission hai aur hum Allah ke shukr ke saath is mission ko sari duniya mein chala rahe hain.</w:t>
      </w:r>
    </w:p>
    <w:p>
      <w:pPr>
        <w:jc w:val="right"/>
      </w:pPr>
      <w:r>
        <w:t>پوری زمین شکر کے الفاظ سے گونجنے لگے۔ تو یہی ہمارا مشن ہے اور ہم اللہ کے شکر کے ساتھ اس مشن کو ساری دنیا میں چلا رہے ہیں۔</w:t>
      </w:r>
    </w:p>
    <w:p>
      <w:r>
        <w:rPr>
          <w:b/>
        </w:rPr>
        <w:t xml:space="preserve">[28:58] </w:t>
      </w:r>
      <w:r>
        <w:t>toh meri dua hai ke Allah taala</w:t>
      </w:r>
    </w:p>
    <w:p>
      <w:pPr>
        <w:jc w:val="right"/>
      </w:pPr>
      <w:r>
        <w:t>تو میری دعا ہے کہ اللہ تعالیٰ</w:t>
      </w:r>
    </w:p>
    <w:p>
      <w:r>
        <w:rPr>
          <w:b/>
        </w:rPr>
        <w:t xml:space="preserve">[29:03] </w:t>
      </w:r>
      <w:r>
        <w:t>logon ko jo is mein lage hue hain,</w:t>
      </w:r>
    </w:p>
    <w:p>
      <w:pPr>
        <w:jc w:val="right"/>
      </w:pPr>
      <w:r>
        <w:t>لوگوں کو جو اس میں لگے ہوئے ہیں،</w:t>
      </w:r>
    </w:p>
    <w:p>
      <w:r>
        <w:rPr>
          <w:b/>
        </w:rPr>
        <w:t xml:space="preserve">[29:13] </w:t>
      </w:r>
      <w:r>
        <w:t>un ko madad farmaye.</w:t>
      </w:r>
    </w:p>
    <w:p>
      <w:pPr>
        <w:jc w:val="right"/>
      </w:pPr>
      <w:r>
        <w:t>ان کو مدد فرمائے۔</w:t>
      </w:r>
    </w:p>
    <w:p>
      <w:r>
        <w:rPr>
          <w:b/>
        </w:rPr>
        <w:t xml:space="preserve">[29:19] </w:t>
      </w:r>
      <w:r>
        <w:t>aur Allah ke haan jab woh pahunchein toh farishte un ka istaqbal karein ke yeh woh log hain jinhone quran ko sari duniya mein phaila diya.</w:t>
      </w:r>
    </w:p>
    <w:p>
      <w:pPr>
        <w:jc w:val="right"/>
      </w:pPr>
      <w:r>
        <w:t>اور اللہ کے ہاں جب وہ پہنچیں تو فرشتے ان کا استقبال کریں کہ یہ وہ لوگ ہیں جنہوں نے قرآن کو ساری دنیا میں پھیلا دیا۔</w:t>
      </w:r>
    </w:p>
    <w:p>
      <w:r>
        <w:rPr>
          <w:b/>
        </w:rPr>
        <w:t xml:space="preserve">[29:34] </w:t>
      </w:r>
      <w:r>
        <w:t>assalam o alaikum warahmatullahi.</w:t>
      </w:r>
    </w:p>
    <w:p>
      <w:pPr>
        <w:jc w:val="right"/>
      </w:pPr>
      <w:r>
        <w:t>السلام علیکم ورحمتہ اللہ۔</w:t>
      </w:r>
    </w:p>
    <w:p>
      <w:r>
        <w:rPr>
          <w:b/>
        </w:rPr>
        <w:t xml:space="preserve">[29:52] </w:t>
      </w:r>
      <w:r>
        <w:t>okay, ah, before we get into the ah question answer session, ah, one very important ah and a good update for all of you.</w:t>
      </w:r>
    </w:p>
    <w:p>
      <w:pPr>
        <w:jc w:val="right"/>
      </w:pPr>
      <w:r>
        <w:t>اوکے، آہ، بیفور وی گیٹ انٹو دی آہ کوئسچن انسر سیشن، آہ، ون ویری امپورٹنٹ آہ اینڈ ا گڈ اپڈیٹ فار آل آف یو۔</w:t>
      </w:r>
    </w:p>
    <w:p>
      <w:r>
        <w:rPr>
          <w:b/>
        </w:rPr>
        <w:t xml:space="preserve">[30:01] </w:t>
      </w:r>
      <w:r>
        <w:t>ah, good word has published the twenty seventh ah translation of quran in thai language. this is a very important translation ah ah for cps international, particularly because ah ah this translation has been done in the thai language.</w:t>
      </w:r>
    </w:p>
    <w:p>
      <w:pPr>
        <w:jc w:val="right"/>
      </w:pPr>
      <w:r>
        <w:t>آہ، گڈ ورڈ ہیز پبلش دی ٹونٹی سیونتھ آہ ٹرانسلیشن آف قرآن ان تھائی لینگویج۔ دس از ا ویری امپورٹنٹ ٹرانسلیشن آہ آہ فار سی پی ایس انٹرنیشنل، پرٹیکولرلی بیکاز آہ آہ دس ٹرانسلیشن ہیز بین ڈن ان دا تھائی لینگویج۔</w:t>
      </w:r>
    </w:p>
    <w:p>
      <w:r>
        <w:rPr>
          <w:b/>
        </w:rPr>
        <w:t xml:space="preserve">[30:19] </w:t>
      </w:r>
      <w:r>
        <w:t>and in thailand, ah, people ah only converse in their local language. ah, they don't even converse in ah english or in any other language.</w:t>
      </w:r>
    </w:p>
    <w:p>
      <w:pPr>
        <w:jc w:val="right"/>
      </w:pPr>
      <w:r>
        <w:t>اینڈ ان تھائی لینڈ، آہ، پیپل آہ اونلی کنورز ان دیر لوکل لینگویج۔ آہ، دے ڈونٹ ایون کنورز ان آہ انگلش اور ان اینی ادر لینگویج۔</w:t>
      </w:r>
    </w:p>
    <w:p>
      <w:r>
        <w:rPr>
          <w:b/>
        </w:rPr>
        <w:t xml:space="preserve">[30:28] </w:t>
      </w:r>
      <w:r>
        <w:t>so, doing a translation in the local language was a very important task which has now been ah completed. this translation has been done ah by a very renowned ah professor ah from thailand.</w:t>
      </w:r>
    </w:p>
    <w:p>
      <w:pPr>
        <w:jc w:val="right"/>
      </w:pPr>
      <w:r>
        <w:t>سو، ڈوئنگ ا ٹرانسلیشن ان دی لوکل لینگویج واز ا ویری امپورٹنٹ ٹاسک وچ ہیز ناو بین آہ کمپلیٹڈ۔ دس ٹرانسلیشن ہیز بین ڈن آہ بائے ا ویری ریناؤنڈ آہ پروفیسر آہ فرام تھائی لینڈ۔</w:t>
      </w:r>
    </w:p>
    <w:p>
      <w:r>
        <w:rPr>
          <w:b/>
        </w:rPr>
        <w:t xml:space="preserve">[30:43] </w:t>
      </w:r>
      <w:r>
        <w:t>his name is professor ameen, and ah he has also translated bukhari and ibn kathir. ah, this translation in the thai language has been done directly ah from Maulana Wahiduddin Khan sahib's english translation of quran.</w:t>
      </w:r>
    </w:p>
    <w:p>
      <w:pPr>
        <w:jc w:val="right"/>
      </w:pPr>
      <w:r>
        <w:t>ہز نیم از پروفیسر امین، اینڈ آہ ہی از آل سو ٹرانسلیٹڈ بخاری اینڈ ابن کثیر۔ آہ، دس ٹرانسلیشن ان دا تھائی لینگویج ہیز بین ڈن ڈائریکٹلی آہ فرام مولانا وحید الدین خان صاحبز انگلش ٹرانسلیشن آف قرآن۔</w:t>
      </w:r>
    </w:p>
    <w:p>
      <w:r>
        <w:rPr>
          <w:b/>
        </w:rPr>
        <w:t xml:space="preserve">[30:59] </w:t>
      </w:r>
      <w:r>
        <w:t>this is now available ah for ah free distribution ah among the thai people, and we are very happy to ah share this important update.</w:t>
      </w:r>
    </w:p>
    <w:p>
      <w:pPr>
        <w:jc w:val="right"/>
      </w:pPr>
      <w:r>
        <w:t>دس از ناو اویلیبل آہ فار آہ فری ڈسٹریبیوشن آہ امنگ دا تھائی پیپل، اینڈ وی آر ویری ہیپی ٹو آہ شیئر دس امپورٹنٹ اپڈیٹ۔</w:t>
      </w:r>
    </w:p>
    <w:p>
      <w:r>
        <w:rPr>
          <w:b/>
        </w:rPr>
        <w:t xml:space="preserve">[31:10] </w:t>
      </w:r>
      <w:r>
        <w:t>i will request Maulana Wahiduddin Khan sahib ah to release this twenty seventh translation of the quran in thai language.</w:t>
      </w:r>
    </w:p>
    <w:p>
      <w:pPr>
        <w:jc w:val="right"/>
      </w:pPr>
      <w:r>
        <w:t>آئی ویل ریکویسٹ مولانا وحید الدین خان صاحب آہ ٹو ریلیز دس ٹونٹی سیونتھ ٹرانسلیشن آف دا قرآن ان تھائی لینگویج۔</w:t>
      </w:r>
    </w:p>
    <w:p>
      <w:r>
        <w:rPr>
          <w:b/>
        </w:rPr>
        <w:t xml:space="preserve">[31:31] </w:t>
      </w:r>
      <w:r>
        <w:t>yeh quran ka thai zaban mein printed edition kaisi ajeeb cheez hai, kaisi ajeeb cheez hai yeh ke sari zaban mein aik ke baad aik ke baad aik ke baad quran ka tarjume quran mission se chhap raha hai.</w:t>
      </w:r>
    </w:p>
    <w:p>
      <w:pPr>
        <w:jc w:val="right"/>
      </w:pPr>
      <w:r>
        <w:t>یہ قرآن کا تھائی زبان میں پرنٹڈ ایڈیشن کیسی عجیب چیز ہے، کیسی عجیب چیز ہے یہ کہ ساری زبان میں ایک کے بعد ایک کے بعد ایک کے بعد قرآن کا ترجمے قرآن مشن سے چھپ رہا ہے۔</w:t>
      </w:r>
    </w:p>
    <w:p>
      <w:r>
        <w:rPr>
          <w:b/>
        </w:rPr>
        <w:t xml:space="preserve">[31:59] </w:t>
      </w:r>
      <w:r>
        <w:t>aur allah ke kuch bande</w:t>
      </w:r>
    </w:p>
    <w:p>
      <w:pPr>
        <w:jc w:val="right"/>
      </w:pPr>
      <w:r>
        <w:t>اور اللہ کے کچھ بندے</w:t>
      </w:r>
    </w:p>
    <w:p>
      <w:r>
        <w:rPr>
          <w:b/>
        </w:rPr>
        <w:t xml:space="preserve">[32:03] </w:t>
      </w:r>
      <w:r>
        <w:t>apni taqat, apni energy, apna paisa, apna sab kuch lagaye hue hain. Allah un ki koshishon ko qabool farmaye aur un ko jannat ke mein dakhla ata farmaye.</w:t>
      </w:r>
    </w:p>
    <w:p>
      <w:pPr>
        <w:jc w:val="right"/>
      </w:pPr>
      <w:r>
        <w:t>اپنی طاقت، اپنی انرجی، اپنا پیسہ، اپنا سب کچھ لگائے ہوئے ہیں۔ اللہ ان کی کوششوں کو قبول فرمائے اور ان کو جنت کے میں داخلہ عطا فرمائے۔</w:t>
      </w:r>
    </w:p>
    <w:p>
      <w:r>
        <w:rPr>
          <w:b/>
        </w:rPr>
        <w:t xml:space="preserve">[32:27] </w:t>
      </w:r>
      <w:r>
        <w:t>okay, aah, we will start with the aah questions. i will request all the online viewers to also mention their location aah when they send their questions.</w:t>
      </w:r>
    </w:p>
    <w:p>
      <w:pPr>
        <w:jc w:val="right"/>
      </w:pPr>
      <w:r>
        <w:t>اوکے، آہ، وی ویل سٹارٹ ود دی آہ کوئسچنز۔ آئی ویل ریکویسٹ آل دی آن لائن ویورز ٹو آل سو مینشن دیر لوکیشن آہ وین دے سینڈ دیر کوئسچنز۔</w:t>
      </w:r>
    </w:p>
    <w:p>
      <w:r>
        <w:rPr>
          <w:b/>
        </w:rPr>
        <w:t xml:space="preserve">[32:38] </w:t>
      </w:r>
      <w:r>
        <w:t>maulana, yeh sawal aah lahore se aya hai, syed numan safdar sahab ne bheja hai. unhon ne yeh likha hai ke kya muslims itne gaye guzre hain ke panch ekad zameen nahi khareed sakte?</w:t>
      </w:r>
    </w:p>
    <w:p>
      <w:pPr>
        <w:jc w:val="right"/>
      </w:pPr>
      <w:r>
        <w:t>مولانا، یہ سوال آہ لاہور سے آیا ہے، سید نعمان صفدر صاحب نے بھیجا ہے۔ انہوں نے یہ لکھا ہے کہ کیا مسلمز اتنے گئے گزرے ہیں کہ پانچ ایکڑ زمین نہیں خرید سکتے؟</w:t>
      </w:r>
    </w:p>
    <w:p>
      <w:r>
        <w:rPr>
          <w:b/>
        </w:rPr>
        <w:t xml:space="preserve">[32:52] </w:t>
      </w:r>
      <w:r>
        <w:t>masla zameen ke tukre ka nahi hai, masla masjid ka hai jis ko hinduon ne shaheed kiya. is ke bare mein aap kya kahenge?</w:t>
      </w:r>
    </w:p>
    <w:p>
      <w:pPr>
        <w:jc w:val="right"/>
      </w:pPr>
      <w:r>
        <w:t>مسئلہ زمین کے ٹکڑے کا نہیں ہے، مسئلہ مسجد کا ہے جس کو ہندوؤں نے شہید کی۔ اس کے بارے میں آپ کیا کہیں گے؟</w:t>
      </w:r>
    </w:p>
    <w:p>
      <w:r>
        <w:rPr>
          <w:b/>
        </w:rPr>
        <w:t xml:space="preserve">[33:03] </w:t>
      </w:r>
      <w:r>
        <w:t>yeh bohat ajeeb baat hai ke shukr ke mauqe par aap nashukr kalma bol rahe hain. yeh koi islam nahi hai.</w:t>
      </w:r>
    </w:p>
    <w:p>
      <w:pPr>
        <w:jc w:val="right"/>
      </w:pPr>
      <w:r>
        <w:t>یہ بہت عجیب بات ہے کہ شکر کے موقع پر آپ ناشکر کلمہ بول رہے ہیں۔ یہ کوئی اسلام نہیں ہے۔</w:t>
      </w:r>
    </w:p>
    <w:p>
      <w:r>
        <w:rPr>
          <w:b/>
        </w:rPr>
        <w:t xml:space="preserve">[33:14] </w:t>
      </w:r>
      <w:r>
        <w:t>aap shukr ki baatein kyun nahi bolte? nashukr ke pehlu agar hain, ultay taraf andaz kijiye. shukr ke pehlu ko highlight kijiye.</w:t>
      </w:r>
    </w:p>
    <w:p>
      <w:pPr>
        <w:jc w:val="right"/>
      </w:pPr>
      <w:r>
        <w:t>آپ شکر کی باتیں کیوں نہیں بولتے؟ ناشکر کے پہلو اگر ہیں، الٹے طرف انداز کیجئے۔ شکر کے پہلو کو ہائی لائٹ کیجئے۔</w:t>
      </w:r>
    </w:p>
    <w:p>
      <w:r>
        <w:rPr>
          <w:b/>
        </w:rPr>
        <w:t xml:space="preserve">[33:27] </w:t>
      </w:r>
      <w:r>
        <w:t>yeh sahi quran ki, sahi islam ki is mein nahi hai. aaj, aaj subah mein soch raha tha ke kya ho jaye ke quran ka pehla jo kalma hai,</w:t>
      </w:r>
    </w:p>
    <w:p>
      <w:pPr>
        <w:jc w:val="right"/>
      </w:pPr>
      <w:r>
        <w:t>یہ صحیح قرآن کی، صحیح اسلام کی اس میں نہیں ہے۔ آج، آج صبح میں سوچ رہا تھا کہ کیا ہو جائے کہ قرآن کا پہلا جو کلمہ ہے،</w:t>
      </w:r>
    </w:p>
    <w:p>
      <w:r>
        <w:rPr>
          <w:b/>
        </w:rPr>
        <w:t xml:space="preserve">[33:41] </w:t>
      </w:r>
      <w:r>
        <w:t>alhamdulillah, pehla kalma behrhaal hamd ka matlab shukr hai.</w:t>
      </w:r>
    </w:p>
    <w:p>
      <w:pPr>
        <w:jc w:val="right"/>
      </w:pPr>
      <w:r>
        <w:t>الحمدللہ، پہلا کلمہ بہرحال حمد کا معنی شکر ہے۔</w:t>
      </w:r>
    </w:p>
    <w:p>
      <w:r>
        <w:rPr>
          <w:b/>
        </w:rPr>
        <w:t xml:space="preserve">[33:53] </w:t>
      </w:r>
      <w:r>
        <w:t>shukr hai allah rabbul alameen ka. is matlab ke har cheez mein, har cheez mein, har cheez mein, uthne baithne mein, khane peene mein, har khabar mein aap shukr ka pul nikaliye aur allah rabbul alameen ko yaad kijiye.</w:t>
      </w:r>
    </w:p>
    <w:p>
      <w:pPr>
        <w:jc w:val="right"/>
      </w:pPr>
      <w:r>
        <w:t>شکر ہے اللہ رب العالمین کا۔ اس معنی کہ ہر چیز میں، ہر چیز میں، ہر چیز میں، اٹھنے بیٹھنے میں، کھانے پینے میں، ہر خبر میں آپ شکر کا پل نکالیے اور اللہ رب العالمین کو یاد کیجئے۔</w:t>
      </w:r>
    </w:p>
    <w:p>
      <w:r>
        <w:rPr>
          <w:b/>
        </w:rPr>
        <w:t xml:space="preserve">[34:11] </w:t>
      </w:r>
      <w:r>
        <w:t>yeh andaz mujhe islami andaz nahi nazar aata.</w:t>
      </w:r>
    </w:p>
    <w:p>
      <w:pPr>
        <w:jc w:val="right"/>
      </w:pPr>
      <w:r>
        <w:t>یہ انداز مجھے اسلامی انداز نہیں نظر آتا۔</w:t>
      </w:r>
    </w:p>
    <w:p>
      <w:r>
        <w:rPr>
          <w:b/>
        </w:rPr>
        <w:t xml:space="preserve">[34:20] </w:t>
      </w:r>
      <w:r>
        <w:t>mile par shukr karna ka naam shukr hai, na mile hue par shukr karna yeh islam nahi hai. phir sun lijiye, mile hue par shukr wali training karna yeh islam hai.</w:t>
      </w:r>
    </w:p>
    <w:p>
      <w:pPr>
        <w:jc w:val="right"/>
      </w:pPr>
      <w:r>
        <w:t>ملے پر شکر کرنا کا نام شکر ہے، نہ ملے ہوئے پر شکر کرنا یہ اسلام نہیں ہے۔ پھر سن لیجئے، ملے ہوئے پر شکر والی ٹریننگ کرنا یہ اسلام ہے۔</w:t>
      </w:r>
    </w:p>
    <w:p>
      <w:r>
        <w:rPr>
          <w:b/>
        </w:rPr>
        <w:t xml:space="preserve">[34:36] </w:t>
      </w:r>
      <w:r>
        <w:t>na mile ko nikal kar, dhoond dhoond kar nikalein aap aur us par shukriya ka izhar karein, yeh islam nahi hai.</w:t>
      </w:r>
    </w:p>
    <w:p>
      <w:pPr>
        <w:jc w:val="right"/>
      </w:pPr>
      <w:r>
        <w:t>نہ ملے کو نکال کر، ڈھونڈ ڈھونڈ کر نکالیں آپ اور اس پر شکریہ کا اظہار کریں، یہ اسلام نہیں ہے۔</w:t>
      </w:r>
    </w:p>
    <w:p>
      <w:r>
        <w:rPr>
          <w:b/>
        </w:rPr>
        <w:t xml:space="preserve">[34:49] </w:t>
      </w:r>
      <w:r>
        <w:t>maulana, aik comment aya hai dilli se, maulana farhad umri ne bheja hai. unhon ne likha hai: "maulana, you are right when you said that the hadith of masjid is not only for the prophet, it is for all the muslims.</w:t>
      </w:r>
    </w:p>
    <w:p>
      <w:pPr>
        <w:jc w:val="right"/>
      </w:pPr>
      <w:r>
        <w:t>مولانا، ایک کمنٹ آیا ہے دلی سے، مولانا فرہاد عمری نے بھیجا ہے۔ انہوں نے لکھا ہے: "مولانا، یو آر رائٹ وین یو سیڈ دیٹ دا حدیث آف مسجد از ناٹ اونلی فار دا پرافٹ، اٹ از فار آل دا مسلمز۔</w:t>
      </w:r>
    </w:p>
    <w:p>
      <w:r>
        <w:rPr>
          <w:b/>
        </w:rPr>
        <w:t xml:space="preserve">[35:05] </w:t>
      </w:r>
      <w:r>
        <w:t>there is a hadith in which it clearly mentions the word 'my ummah'. the wording of the hadith is as follows: 'the whole earth has been made for me and for my ummah, a masjid and a means of purification.' this is being reported in musnad ahmad, hadith number aah 22137</w:t>
      </w:r>
    </w:p>
    <w:p>
      <w:pPr>
        <w:jc w:val="right"/>
      </w:pPr>
      <w:r>
        <w:t>دیر از ا حدیث ان وچ اٹ کلیئرلی مینشنز دا ورڈ 'مائی امہ'۔ دا ورڈنگ آف دا حدیث از ایز فالوز: 'دا ہول ارتھ ہیز بین میڈ فار می اینڈ فار مائی امہ، ا مسجد اینڈ ا مینز آف پیوریفیکیشن۔' دس از بین رپورٹڈ ان مسند احمد، حدیث نمبر آہ 22137</w:t>
      </w:r>
    </w:p>
    <w:p>
      <w:r>
        <w:rPr>
          <w:b/>
        </w:rPr>
        <w:t xml:space="preserve">[35:27] </w:t>
      </w:r>
      <w:r>
        <w:t>. so, it is a blessing of god for all the muslims."</w:t>
      </w:r>
    </w:p>
    <w:p>
      <w:pPr>
        <w:jc w:val="right"/>
      </w:pPr>
      <w:r>
        <w:t>۔ سو، اٹ از ا بلیسنگ آف گاڈ فار آل دا مسلمز۔"</w:t>
      </w:r>
    </w:p>
    <w:p>
      <w:r>
        <w:rPr>
          <w:b/>
        </w:rPr>
        <w:t xml:space="preserve">[35:34] </w:t>
      </w:r>
      <w:r>
        <w:t>maulana, agla sawal aah kanpur se hai, usman saeed sahab ne bheja hai. unhon ne likha hai: "maulana, to be able to see opportunity in a crisis situation requires great wisdom.</w:t>
      </w:r>
    </w:p>
    <w:p>
      <w:pPr>
        <w:jc w:val="right"/>
      </w:pPr>
      <w:r>
        <w:t>مولانا، اگلا سوال آہ کانپور سے ہے، عثمان سعید صاحب نے بھیجا ہے۔ انہوں نے لکھا ہے: "مولانا، ٹو بی ایبل ٹو سی اپرچونیٹی ان ا کرائسز سچویشن ریکوائر گریٹ وزڈم۔</w:t>
      </w:r>
    </w:p>
    <w:p>
      <w:r>
        <w:rPr>
          <w:b/>
        </w:rPr>
        <w:t xml:space="preserve">[35:50] </w:t>
      </w:r>
      <w:r>
        <w:t>today, what you shared with all of us was pure wisdom.</w:t>
      </w:r>
    </w:p>
    <w:p>
      <w:pPr>
        <w:jc w:val="right"/>
      </w:pPr>
      <w:r>
        <w:t>ٹوڈے، واٹ یو شیئرڈ ود آل آف اس واز پیور وزڈم۔</w:t>
      </w:r>
    </w:p>
    <w:p>
      <w:r>
        <w:rPr>
          <w:b/>
        </w:rPr>
        <w:t xml:space="preserve">[35:55] </w:t>
      </w:r>
      <w:r>
        <w:t>my question is: how can muslims develop this ability to be able to act with wisdom in crisis like situations</w:t>
      </w:r>
    </w:p>
    <w:p>
      <w:pPr>
        <w:jc w:val="right"/>
      </w:pPr>
      <w:r>
        <w:t>مائی کوئسچن از: ہاؤ کین مسلمز ڈیویلپ دس ایبیلیٹی ٹو بی ایبل ٹو ایکٹ ود وزڈم ان کرائسز لائک سچویشن</w:t>
      </w:r>
    </w:p>
    <w:p>
      <w:r>
        <w:rPr>
          <w:b/>
        </w:rPr>
        <w:t xml:space="preserve">[36:04] </w:t>
      </w:r>
      <w:r>
        <w:t>? we all need your continuous guidance." dekhiye, wisdom jo hai, wisdom allah taala ne sirf insan ko di hai, kisi aur ko nahi.</w:t>
      </w:r>
    </w:p>
    <w:p>
      <w:pPr>
        <w:jc w:val="right"/>
      </w:pPr>
      <w:r>
        <w:t>؟ وی آل نیڈ یور کنٹینیوس گائیڈنس۔" دیکھیے، وزڈم جو ہے، وزڈم اللہ تعالیٰ نے صرف انسان کو دی ہے، کسی اور کو نہیں۔</w:t>
      </w:r>
    </w:p>
    <w:p>
      <w:r>
        <w:rPr>
          <w:b/>
        </w:rPr>
        <w:t xml:space="preserve">[36:18] </w:t>
      </w:r>
      <w:r>
        <w:t>kis liye? planning ko karne, planning ke liye thode ko zyada karna. wisdom is liye di gayi hai insan ko ke woh thode ko zyada kar sake.</w:t>
      </w:r>
    </w:p>
    <w:p>
      <w:pPr>
        <w:jc w:val="right"/>
      </w:pPr>
      <w:r>
        <w:t>کس لئے؟ پلاننگ کو کرنے، پلاننگ کے لیے تھوڑے کو زیادہ کرنا۔ وزڈم اس لیے دی گئی ہے انسان کو کہ وہ تھوڑے کو زیادہ کر سکے۔</w:t>
      </w:r>
    </w:p>
    <w:p>
      <w:r>
        <w:rPr>
          <w:b/>
        </w:rPr>
        <w:t xml:space="preserve">[36:34] </w:t>
      </w:r>
      <w:r>
        <w:t>woh panch ekad ka poori zameen bana de.</w:t>
      </w:r>
    </w:p>
    <w:p>
      <w:pPr>
        <w:jc w:val="right"/>
      </w:pPr>
      <w:r>
        <w:t>وہ پانچ ایکڑ کا پوری زمین بنا دے۔</w:t>
      </w:r>
    </w:p>
    <w:p>
      <w:r>
        <w:rPr>
          <w:b/>
        </w:rPr>
        <w:t xml:space="preserve">[36:39] </w:t>
      </w:r>
      <w:r>
        <w:t>is ka, is ka demonstration christian community ne diya hai ke ise poora europe le liya gaya.</w:t>
      </w:r>
    </w:p>
    <w:p>
      <w:pPr>
        <w:jc w:val="right"/>
      </w:pPr>
      <w:r>
        <w:t>اس کا، اس کا ڈیمانسٹیشن کرسچن کمیونٹی نے دیا ہے کہ اسے پورا یورپ لے لیا گیا۔</w:t>
      </w:r>
    </w:p>
    <w:p>
      <w:r>
        <w:rPr>
          <w:b/>
        </w:rPr>
        <w:t xml:space="preserve">[36:51] </w:t>
      </w:r>
      <w:r>
        <w:t>poore europe ka crowned king bana hua tha, pope. poore europe ka crowned king, us ko chheen liya gaya.</w:t>
      </w:r>
    </w:p>
    <w:p>
      <w:pPr>
        <w:jc w:val="right"/>
      </w:pPr>
      <w:r>
        <w:t>پورے یورپ کا انکراؤنڈ کنگ بنا ہوا تھا، پوپ۔ پورے یورپ کا انکراؤنڈ کنگ، اس کو چھین لیا گیا۔</w:t>
      </w:r>
    </w:p>
    <w:p>
      <w:r>
        <w:rPr>
          <w:b/>
        </w:rPr>
        <w:t xml:space="preserve">[37:01] </w:t>
      </w:r>
      <w:r>
        <w:t>diya gaya kiya? 110 ekad. wahan unhon ne itna zabardast banaya hai. main khud wahan do bar gaya hoon.</w:t>
      </w:r>
    </w:p>
    <w:p>
      <w:pPr>
        <w:jc w:val="right"/>
      </w:pPr>
      <w:r>
        <w:t>دیا گیا کیا؟ 110 ایکڑ۔ وہاں انہوں نے اتنا زبردست بنایا ہے۔ میں خود وہاں دو بار گیا ہوں۔</w:t>
      </w:r>
    </w:p>
    <w:p>
      <w:r>
        <w:rPr>
          <w:b/>
        </w:rPr>
        <w:t xml:space="preserve">[37:12] </w:t>
      </w:r>
      <w:r>
        <w:t>ek namuna hai.</w:t>
      </w:r>
    </w:p>
    <w:p>
      <w:pPr>
        <w:jc w:val="right"/>
      </w:pPr>
      <w:r>
        <w:t>ایک نمونہ ہے۔</w:t>
      </w:r>
    </w:p>
    <w:p>
      <w:r>
        <w:rPr>
          <w:b/>
        </w:rPr>
        <w:t xml:space="preserve">[37:18] </w:t>
      </w:r>
      <w:r>
        <w:t>wahi musalmanon ko karna chahiye. thode ko zyada karna, yahi to hai wisdom.</w:t>
      </w:r>
    </w:p>
    <w:p>
      <w:pPr>
        <w:jc w:val="right"/>
      </w:pPr>
      <w:r>
        <w:t>وہی مسلمانوں کو کرنا چاہیے۔ تھوڑے کو زیادہ کرنا، یہی تو ہے وزڈم۔</w:t>
      </w:r>
    </w:p>
    <w:p>
      <w:r>
        <w:rPr>
          <w:b/>
        </w:rPr>
        <w:t xml:space="preserve">[37:27] </w:t>
      </w:r>
      <w:r>
        <w:t>thode ko thode ki shakal mein dekhna, yeh wisdom nahi hai. thode ko thode ki shakal mein dekhna, yeh wisdom nahi hai. thode ko zyada ki shakal mein dekhna, yeh wisdom hai.</w:t>
      </w:r>
    </w:p>
    <w:p>
      <w:pPr>
        <w:jc w:val="right"/>
      </w:pPr>
      <w:r>
        <w:t>تھوڑے کو تھوڑے کی شکل میں دیکھنا، یہ وزڈم نہیں ہے۔ تھوڑے کو تھوڑے کی شکل میں دیکھنا، یہ وزڈم نہیں ہے۔ تھوڑے کو زیادہ کی شکل میں دیکھنا، یہ وزڈم ہے۔</w:t>
      </w:r>
    </w:p>
    <w:p>
      <w:r>
        <w:rPr>
          <w:b/>
        </w:rPr>
        <w:t xml:space="preserve">[37:42] </w:t>
      </w:r>
      <w:r>
        <w:t>rasool Allah jab makka mein the, bilkul ibtidai zamane mein, to wahan ek martaba makka ke log akha hue aur un se poocha ke kiya maqsad hai aap ka?</w:t>
      </w:r>
    </w:p>
    <w:p>
      <w:pPr>
        <w:jc w:val="right"/>
      </w:pPr>
      <w:r>
        <w:t>رسول اللہ جب مکہ میں تھے، بالکل ابتدائی زمانے میں، تو وہاں ایک مرتبہ مکہ کے لوگ اکٹھا ہوئے اور ان سے پوچھا کہ کیا مقصد ہے آپ کا؟</w:t>
      </w:r>
    </w:p>
    <w:p>
      <w:r>
        <w:rPr>
          <w:b/>
        </w:rPr>
        <w:t xml:space="preserve">[37:56] </w:t>
      </w:r>
      <w:r>
        <w:t>bataiye, kiya chahte hain aap hum se? to aap ne farmaya tha: "kalima wahida tamlikoon bila alam." haan,</w:t>
      </w:r>
    </w:p>
    <w:p>
      <w:pPr>
        <w:jc w:val="right"/>
      </w:pPr>
      <w:r>
        <w:t>بتائیے، کیا چاہتے ہیں آپ ہم سے؟ تو آپ نے فرمایا تھا: "کلمۃ واحد تملکون بلا عالم۔" ہاں،</w:t>
      </w:r>
    </w:p>
    <w:p>
      <w:r>
        <w:rPr>
          <w:b/>
        </w:rPr>
        <w:t xml:space="preserve">[38:17] </w:t>
      </w:r>
      <w:r>
        <w:t>yeh yeh pure arab o ajam ki ke empire ka message hai.</w:t>
      </w:r>
    </w:p>
    <w:p>
      <w:pPr>
        <w:jc w:val="right"/>
      </w:pPr>
      <w:r>
        <w:t>یہ یہ پورے عرب و عجم کی کے ایمپائر کا میسج ہے۔</w:t>
      </w:r>
    </w:p>
    <w:p>
      <w:r>
        <w:rPr>
          <w:b/>
        </w:rPr>
        <w:t xml:space="preserve">[38:28] </w:t>
      </w:r>
      <w:r>
        <w:t>to aap thode mein zyada ko dekhiye, thode mein thode ko mat dekhiye. yeh wisdom hai, yeh islami hikmat hai.</w:t>
      </w:r>
    </w:p>
    <w:p>
      <w:pPr>
        <w:jc w:val="right"/>
      </w:pPr>
      <w:r>
        <w:t>تو آپ تھوڑے میں زیادہ کو دیکھیے، تھوڑے میں تھوڑے کو مت دیکھیے۔ یہ وزڈم ہے، یہ اسلامی حکمت ہے۔</w:t>
      </w:r>
    </w:p>
    <w:p>
      <w:r>
        <w:rPr>
          <w:b/>
        </w:rPr>
        <w:t xml:space="preserve">[38:44] </w:t>
      </w:r>
      <w:r>
        <w:t>gufran shaikh sahib ne mumbai se comment bheja hai, unhon ne likha hai: "i think CPS is the best as far as distributing Quran in different languages to all the people residing on this globe.</w:t>
      </w:r>
    </w:p>
    <w:p>
      <w:pPr>
        <w:jc w:val="right"/>
      </w:pPr>
      <w:r>
        <w:t>گفران شیخ صاحب نے ممبئی سے کمنٹ بھیجا ہے، انہوں نے لکھا ہے: "آئی تھنک سی پی ایس از دا بیسٹ ایز فار ایز ڈسٹریبیوٹنگ قرآن ان ڈفرنٹ لینگویجز ٹو آل دا پیپل ریسیڈنگ آن دس گلوب۔</w:t>
      </w:r>
    </w:p>
    <w:p>
      <w:r>
        <w:rPr>
          <w:b/>
        </w:rPr>
        <w:t xml:space="preserve">[39:00] </w:t>
      </w:r>
      <w:r>
        <w:t>goes truly fulfilling God's command of spreading his word to all the mankind." mashallah.</w:t>
      </w:r>
    </w:p>
    <w:p>
      <w:pPr>
        <w:jc w:val="right"/>
      </w:pPr>
      <w:r>
        <w:t>گوز ٹرولی فلفلنگ گاڈز کمانڈ آف سپریڈنگ ہز ورڈ ٹو آل دا مین کائنڈ۔" ماشاءاللہ۔</w:t>
      </w:r>
    </w:p>
    <w:p>
      <w:r>
        <w:rPr>
          <w:b/>
        </w:rPr>
        <w:t xml:space="preserve">[39:09] </w:t>
      </w:r>
      <w:r>
        <w:t>maulana, agla sawal ah bheja hai miss dania mustafa ne pakistan se. unhon ne aap se poocha hai ke: "maulana sahib, what is the first step in rediscovering Quran?"</w:t>
      </w:r>
    </w:p>
    <w:p>
      <w:pPr>
        <w:jc w:val="right"/>
      </w:pPr>
      <w:r>
        <w:t>مولانا، اگلا سوال آہ بھیجا ہے مس دانیا مصطفیٰ نے پاکستان سے۔ انہوں نے آپ سے پوچھا ہے کہ: "مولانا صاحب، واٹ از دا فرسٹ سٹیپ ان ری ڈسکورنگ قرآن؟"</w:t>
      </w:r>
    </w:p>
    <w:p>
      <w:r>
        <w:rPr>
          <w:b/>
        </w:rPr>
        <w:t xml:space="preserve">[39:26] </w:t>
      </w:r>
      <w:r>
        <w:t>kiya matlab hua? ke ah islam ko re discover karne ke liye pehla qadam kiya hona chahiye logon ka? meri samajh nahi aayi, pehla qadam kiya?</w:t>
      </w:r>
    </w:p>
    <w:p>
      <w:pPr>
        <w:jc w:val="right"/>
      </w:pPr>
      <w:r>
        <w:t>کیا مطلب ہوا؟ کہ آہ اسلام کو ری ڈسکور کرنے کے لیے پہلا قدم کیا ہونا چاہیے لوگوں کا؟ میری سمجھ نہیں آئی، پہلا قدم کیا؟</w:t>
      </w:r>
    </w:p>
    <w:p>
      <w:r>
        <w:rPr>
          <w:b/>
        </w:rPr>
        <w:t xml:space="preserve">[39:38] </w:t>
      </w:r>
      <w:r>
        <w:t>ah, mere re discovery khud hi qadam hai. starting point shayad jaan na chah rahi hai ke kaise, kis cheez ka, kaise islam ko re discover kiya jaye?</w:t>
      </w:r>
    </w:p>
    <w:p>
      <w:pPr>
        <w:jc w:val="right"/>
      </w:pPr>
      <w:r>
        <w:t>آہ، میرے ری ڈسکوری خود ہی قدم ہے۔ سٹارٹنگ پوائنٹ شاید جاننا چاہ رہی ہے کہ کیسے، کس چیز کا، کیسے اسلام کو ری ڈسکور کیا جائے؟</w:t>
      </w:r>
    </w:p>
    <w:p>
      <w:r>
        <w:rPr>
          <w:b/>
        </w:rPr>
        <w:t xml:space="preserve">[39:48] </w:t>
      </w:r>
      <w:r>
        <w:t>bhai, meri samajh nahi aayi. ah, pehla qadam to yahi hai ke re discover ho gaya to pehla qadam ho gaya woh.</w:t>
      </w:r>
    </w:p>
    <w:p>
      <w:pPr>
        <w:jc w:val="right"/>
      </w:pPr>
      <w:r>
        <w:t>بھائی، میری سمجھ نہیں آئی۔ آہ، پہلا قدم تو یہی ہے کہ ری ڈسکور ہو گیا تو پہلا قدم ہو گیا وہ۔</w:t>
      </w:r>
    </w:p>
    <w:p>
      <w:r>
        <w:rPr>
          <w:b/>
        </w:rPr>
        <w:t xml:space="preserve">[39:58] </w:t>
      </w:r>
      <w:r>
        <w:t>maulana, doosra sawal lete hain. ah, yeh sawal gwalior se bhej diya hai. sawal un ka woh ke Quran ko re discover karne ke liye jo koshish ki jaye, us ka pehla qadam.</w:t>
      </w:r>
    </w:p>
    <w:p>
      <w:pPr>
        <w:jc w:val="right"/>
      </w:pPr>
      <w:r>
        <w:t>مولانا، دوسرا سوال لیتے ہیں۔ آہ، یہ سوال گوالیار سے بھیج دیا ہے۔ سوال ان کا وہ کہ قرآن کو ری ڈسکور کرنے کے لیے جو کوشش کی جائے، اس کا پہلا قدم۔</w:t>
      </w:r>
    </w:p>
    <w:p>
      <w:r>
        <w:rPr>
          <w:b/>
        </w:rPr>
        <w:t xml:space="preserve">[40:12] </w:t>
      </w:r>
      <w:r>
        <w:t>hmm, yeh ji ji shayad yahi lag raha hai. maulana, to mere nazdeek dua, dua kijiye aur Allah taala aap par barish barsa dega.</w:t>
      </w:r>
    </w:p>
    <w:p>
      <w:pPr>
        <w:jc w:val="right"/>
      </w:pPr>
      <w:r>
        <w:t>ہمم، یہ جی جی شاید یہی لگ رہا ہے۔ مولانا، تو میرے نزدیک دعا، دعا کیجئے اور اللہ تعالیٰ آپ پر بارش برسا دے گا۔</w:t>
      </w:r>
    </w:p>
    <w:p>
      <w:r>
        <w:rPr>
          <w:b/>
        </w:rPr>
        <w:t xml:space="preserve">[40:23] </w:t>
      </w:r>
      <w:r>
        <w:t>Quran ki barish, aap dua kijiye Allah rab ul alameen se aur woh aap ke upar Quran ki barish barsa dega.</w:t>
      </w:r>
    </w:p>
    <w:p>
      <w:pPr>
        <w:jc w:val="right"/>
      </w:pPr>
      <w:r>
        <w:t>قرآن کی بارش، آپ دعا کیجئے اللہ رب العالمین سے اور وہ آپ کے اوپر قرآن کی بارش برسا دے گا۔</w:t>
      </w:r>
    </w:p>
    <w:p>
      <w:r>
        <w:rPr>
          <w:b/>
        </w:rPr>
        <w:t xml:space="preserve">[40:39] </w:t>
      </w:r>
      <w:r>
        <w:t>maulana, agla sawal dohra dun se javed alam sahib ne bheja hai. unhon ne likha hai: "maulana wahiduddin khan sahib kis firqe ko belong karte hain?</w:t>
      </w:r>
    </w:p>
    <w:p>
      <w:pPr>
        <w:jc w:val="right"/>
      </w:pPr>
      <w:r>
        <w:t>مولانا، اگلا سوال دہرادون سے جاوید عالم صاحب نے بھیجا ہے۔ انہوں نے لکھا ہے: "مولانا وحید الدین خان صاحب کس فرقے کو بیلانگ کرتے ہیں؟</w:t>
      </w:r>
    </w:p>
    <w:p>
      <w:r>
        <w:rPr>
          <w:b/>
        </w:rPr>
        <w:t xml:space="preserve">[40:50] </w:t>
      </w:r>
      <w:r>
        <w:t>agar un ka taaluq kisi firqe se nahi hai to musalmanon ko firqa parasti se toba ki taakeed kyun nahi karte?" yeh ajeeb o ghareeb hai.</w:t>
      </w:r>
    </w:p>
    <w:p>
      <w:pPr>
        <w:jc w:val="right"/>
      </w:pPr>
      <w:r>
        <w:t>اگر ان کا تعلق کسی فرقے سے نہیں ہے تو مسلمانوں کو فرقہ پرستی سے توبہ کی تاکید کیوں نہیں کرتے؟" یہ عجیب و غریب ہے۔</w:t>
      </w:r>
    </w:p>
    <w:p>
      <w:r>
        <w:rPr>
          <w:b/>
        </w:rPr>
        <w:t xml:space="preserve">[41:05] </w:t>
      </w:r>
      <w:r>
        <w:t>main manta hi nahi ke firqa parasti kahin hai. yeh to kuch logon ne islam ko badnaam karne ke liye shor macha rakha hai.</w:t>
      </w:r>
    </w:p>
    <w:p>
      <w:pPr>
        <w:jc w:val="right"/>
      </w:pPr>
      <w:r>
        <w:t>میں مانتا ہی نہیں کہ فرقہ پرستی کہیں ہے۔ یہ تو کچھ لوگوں نے اسلام کو بدنام کرنے کے لیے شور مچا رکھا ہے۔</w:t>
      </w:r>
    </w:p>
    <w:p>
      <w:r>
        <w:rPr>
          <w:b/>
        </w:rPr>
        <w:t xml:space="preserve">[41:15] </w:t>
      </w:r>
      <w:r>
        <w:t>cheunti ke barabar firqa bandi jo aap kehte hain, woh cheunti ke barabar ek masla hai.</w:t>
      </w:r>
    </w:p>
    <w:p>
      <w:pPr>
        <w:jc w:val="right"/>
      </w:pPr>
      <w:r>
        <w:t>چیونٹی کے برابر فرقہ بندی جو آپ کہتے ہیں، وہ چیونٹی کے برابر ایک مسئلہ ہے۔</w:t>
      </w:r>
    </w:p>
    <w:p>
      <w:r>
        <w:rPr>
          <w:b/>
        </w:rPr>
        <w:t xml:space="preserve">[41:25] </w:t>
      </w:r>
      <w:r>
        <w:t>woh koi koi bada masla nahi hai. hum to hamare saathi jo hain, sari duniya mein kaam kar rahe hain.</w:t>
      </w:r>
    </w:p>
    <w:p>
      <w:pPr>
        <w:jc w:val="right"/>
      </w:pPr>
      <w:r>
        <w:t>وہ کوئی کوئی بڑا مسئلہ نہیں ہے۔ ہم تو ہمارے ساتھی جو ہیں، ساری دنیا میں کام کر رہے ہیں۔</w:t>
      </w:r>
    </w:p>
    <w:p>
      <w:r>
        <w:rPr>
          <w:b/>
        </w:rPr>
        <w:t xml:space="preserve">[41:35] </w:t>
      </w:r>
      <w:r>
        <w:t>kahin aaj tak kisi ne report nahi kiya ke yahan firqa bandi masla hai. hamari kisi saathi ne, hamare kisi saathi ne, abhi hamare kuch saathi gaye hain Kigali Africa mein.</w:t>
      </w:r>
    </w:p>
    <w:p>
      <w:pPr>
        <w:jc w:val="right"/>
      </w:pPr>
      <w:r>
        <w:t>کہیں آج تک کسی نے رپورٹ نہیں کیا کہ یہاں فرقہ بندی مسئلہ ہے۔ ہماری کسی ساتھی نے، ہمارے کسی ساتھی نے، ابھی ہمارے کچھ ساتھی گئے ہیں کیگالی افریقہ میں۔</w:t>
      </w:r>
    </w:p>
    <w:p>
      <w:r>
        <w:rPr>
          <w:b/>
        </w:rPr>
        <w:t xml:space="preserve">[41:53] </w:t>
      </w:r>
      <w:r>
        <w:t>yeh aisa nahi hua ke wahan se woh report baje ke are bhai Kigali mein to firqa bandi ka masla hai. yeh jo log jin ke apne mind mein firqa bandi hai, woh unhi ko yeh sab dikhai de deta hai.</w:t>
      </w:r>
    </w:p>
    <w:p>
      <w:pPr>
        <w:jc w:val="right"/>
      </w:pPr>
      <w:r>
        <w:t>یہ ایسا نہیں ہوا کہ وہاں سے وہ رپورٹ بجے کہ ارے بھئی کیگالی میں تو فرقہ بندی کا مسئلہ ہے۔ یہ جو لوگ جن کے اپنے مائنڈ میں فرقہ بندی ہے، وہ انہی کو یہ سب دکھائی دے دیتا ہے۔</w:t>
      </w:r>
    </w:p>
    <w:p>
      <w:r>
        <w:rPr>
          <w:b/>
        </w:rPr>
        <w:t xml:space="preserve">[42:08] </w:t>
      </w:r>
      <w:r>
        <w:t>hamare saathi to kahin bhi nahi kehte ke hamare samne firqa bandi ka masla hai. yeh hai hi nahi, yeh kahin nahi. unhi ke logon ke mind mein hai jo shor karte hain.</w:t>
      </w:r>
    </w:p>
    <w:p>
      <w:pPr>
        <w:jc w:val="right"/>
      </w:pPr>
      <w:r>
        <w:t>ہمارے ساتھی تو کہیں بھی نہیں کہتے کہ ہمارے سامنے فرقہ بندی کا مسئلہ ہے۔ یہ ہے ہی نہیں، یہ کہیں نہیں۔ انہی کے لوگوں کے مائنڈ میں ہے جو شور کرتے ہیں۔</w:t>
      </w:r>
    </w:p>
    <w:p>
      <w:r>
        <w:rPr>
          <w:b/>
        </w:rPr>
        <w:t xml:space="preserve">[42:23] </w:t>
      </w:r>
      <w:r>
        <w:t>mein apna qissa batata hoon aap ko. apna qissa europe ke aik shehar mein mein gaya. europe ka, europe mein teen baray shehar hain.</w:t>
      </w:r>
    </w:p>
    <w:p>
      <w:pPr>
        <w:jc w:val="right"/>
      </w:pPr>
      <w:r>
        <w:t>میں اپنا قصہ بتاتا ہوں آپ کو۔ اپنا قصہ یورپ کے ایک شہر میں میں گیا۔ یورپ کا، یورپ میں تین بڑے شہر ہیں۔</w:t>
      </w:r>
    </w:p>
    <w:p>
      <w:r>
        <w:rPr>
          <w:b/>
        </w:rPr>
        <w:t xml:space="preserve">[42:40] </w:t>
      </w:r>
      <w:r>
        <w:t>england mein, england mein teen baray shehar hain. is mein se aik shehar mein to wahan juma ki namaz mein mein shareek hua.</w:t>
      </w:r>
    </w:p>
    <w:p>
      <w:pPr>
        <w:jc w:val="right"/>
      </w:pPr>
      <w:r>
        <w:t>انگلینڈ میں، انگلینڈ میں تین بڑے شہر ہیں۔ اس میں سے ایک شہر میں تو وہاں جمعہ کی نماز میں میں شریک ہوا۔</w:t>
      </w:r>
    </w:p>
    <w:p>
      <w:r>
        <w:rPr>
          <w:b/>
        </w:rPr>
        <w:t xml:space="preserve">[42:53] </w:t>
      </w:r>
      <w:r>
        <w:t>to aap jantay hain ke kuch log hain hamaray sathiyon mein jo</w:t>
      </w:r>
    </w:p>
    <w:p>
      <w:pPr>
        <w:jc w:val="right"/>
      </w:pPr>
      <w:r>
        <w:t>تو آپ جانتے ہیں کہ کچھ لوگ ہیں ہمارے ساتھیوں میں جو</w:t>
      </w:r>
    </w:p>
    <w:p>
      <w:r>
        <w:rPr>
          <w:b/>
        </w:rPr>
        <w:t xml:space="preserve">[43:05] </w:t>
      </w:r>
      <w:r>
        <w:t>kaam karte hain islam par. kya kehte hain is ko? kaam karte hain na?</w:t>
      </w:r>
    </w:p>
    <w:p>
      <w:pPr>
        <w:jc w:val="right"/>
      </w:pPr>
      <w:r>
        <w:t>کام کرتے ہیں اسلام پر۔ کیا کہتے ہیں اس کو؟ کام کرتے ہیں نا؟</w:t>
      </w:r>
    </w:p>
    <w:p>
      <w:r>
        <w:rPr>
          <w:b/>
        </w:rPr>
        <w:t xml:space="preserve">[43:18] </w:t>
      </w:r>
      <w:r>
        <w:t>rasool allah ka naam aata hai to khara ho jata hoon. durood o salam. durood o salam.</w:t>
      </w:r>
    </w:p>
    <w:p>
      <w:pPr>
        <w:jc w:val="right"/>
      </w:pPr>
      <w:r>
        <w:t>رسول اللہ کا نام آتا ہے تو کھڑا ہو جاتا ہوں۔ درود و سلام۔ درود و سلام۔</w:t>
      </w:r>
    </w:p>
    <w:p>
      <w:r>
        <w:rPr>
          <w:b/>
        </w:rPr>
        <w:t xml:space="preserve">[43:28] </w:t>
      </w:r>
      <w:r>
        <w:t>durood o salam. durood o salam. woh kharay hotay hain. ji to mein hanafi hoon, deobandi maslak mein raha hai.</w:t>
      </w:r>
    </w:p>
    <w:p>
      <w:pPr>
        <w:jc w:val="right"/>
      </w:pPr>
      <w:r>
        <w:t>درود و سلام۔ درود و سلام۔ وہ کھڑے ہوتے ہیں۔ جی تو میں حنفی ہوں، دیوبندی مسلک میں رہا ہے۔</w:t>
      </w:r>
    </w:p>
    <w:p>
      <w:r>
        <w:rPr>
          <w:b/>
        </w:rPr>
        <w:t xml:space="preserve">[43:37] </w:t>
      </w:r>
      <w:r>
        <w:t>mein khara ho gaya to meray andar difference. meray andar difference. aur woh log bohat khush hue, un ka ke hum aap ko, un ka jo bohat bara wahan par trust tha, trust is mein ho raha tha.</w:t>
      </w:r>
    </w:p>
    <w:p>
      <w:pPr>
        <w:jc w:val="right"/>
      </w:pPr>
      <w:r>
        <w:t>میں کھڑا ہو گیا تو میرے اندر ڈفرنس۔ میرے اندر ڈفرنس۔ اور وہ لوگ بہت خوش ہوئے، ان کا کہ ہم آپ کو، ان کا جو بہت بڑا وہاں پر ٹرسٹ تھا، ٹرسٹ اس میں ہو رہا تھا۔</w:t>
      </w:r>
    </w:p>
    <w:p>
      <w:r>
        <w:rPr>
          <w:b/>
        </w:rPr>
        <w:t xml:space="preserve">[43:52] </w:t>
      </w:r>
      <w:r>
        <w:t>woh unhon ne kaha ke hum aap ko apnay trust ka sadar banatay hain. sadar. yeh sab kahani ki baatein hain.</w:t>
      </w:r>
    </w:p>
    <w:p>
      <w:pPr>
        <w:jc w:val="right"/>
      </w:pPr>
      <w:r>
        <w:t>وہ انہوں نے کہا کہ ہم آپ کو اپنے ٹرسٹ کا صدر بناتے ہیں۔ صدر۔ یہ سب کہانی کی باتیں ہیں۔</w:t>
      </w:r>
    </w:p>
    <w:p>
      <w:r>
        <w:rPr>
          <w:b/>
        </w:rPr>
        <w:t xml:space="preserve">[44:03] </w:t>
      </w:r>
      <w:r>
        <w:t>woh jantay thay ke mein hanafi hoon, jantay thay ke mein deobandi fikr aadmi hoon. phir unhon ne kaha ke hum aap ko sadar banatay hain.</w:t>
      </w:r>
    </w:p>
    <w:p>
      <w:pPr>
        <w:jc w:val="right"/>
      </w:pPr>
      <w:r>
        <w:t>وہ جانتے تھے کہ میں حنفی ہوں، جانتے تھے کہ میں دیوبندی فکر آدمی ہوں۔ پھر انہوں نے کہا کہ ہم آپ کو صدر بناتے ہیں۔</w:t>
      </w:r>
    </w:p>
    <w:p>
      <w:r>
        <w:rPr>
          <w:b/>
        </w:rPr>
        <w:t xml:space="preserve">[44:13] </w:t>
      </w:r>
      <w:r>
        <w:t>yeh sab kuch nahi, yeh sab kuch logon ke mind mein hai, haqeeqat mein kuch nahi hai.</w:t>
      </w:r>
    </w:p>
    <w:p>
      <w:pPr>
        <w:jc w:val="right"/>
      </w:pPr>
      <w:r>
        <w:t>یہ سب کچھ نہیں، یہ سب کچھ لوگوں کے مائنڈ میں ہے، حقیقت میں کچھ نہیں ہے۔</w:t>
      </w:r>
    </w:p>
    <w:p>
      <w:r>
        <w:rPr>
          <w:b/>
        </w:rPr>
        <w:t xml:space="preserve">[44:22] </w:t>
      </w:r>
      <w:r>
        <w:t>doctor naghma siddiqui ne dilli se comment bheja hai. unhon ne likha hai: "maulana, you always universalize the message of god and islam.</w:t>
      </w:r>
    </w:p>
    <w:p>
      <w:pPr>
        <w:jc w:val="right"/>
      </w:pPr>
      <w:r>
        <w:t>ڈاکٹر نغمہ صدیقی نے دلی سے کمنٹ بھیجا ہے۔ انہوں نے لکھا ہے: "مولانا، یو آلویز یونیورسلائز دی میسج آف گاڈ اینڈ اسلام۔</w:t>
      </w:r>
    </w:p>
    <w:p>
      <w:r>
        <w:rPr>
          <w:b/>
        </w:rPr>
        <w:t xml:space="preserve">[44:32] </w:t>
      </w:r>
      <w:r>
        <w:t>to explain this, you have prepared quran translation and commentary literature and thousands of lectures. jazak allah.</w:t>
      </w:r>
    </w:p>
    <w:p>
      <w:pPr>
        <w:jc w:val="right"/>
      </w:pPr>
      <w:r>
        <w:t>ٹو ایکسپلین دس، یو ہیو پریپیرڈ قرآن ٹرانسلیشن اینڈ کمنٹری لٹریچر اینڈ تھاؤزنڈز آف لیکچر۔ جزاک اللہ۔</w:t>
      </w:r>
    </w:p>
    <w:p>
      <w:r>
        <w:rPr>
          <w:b/>
        </w:rPr>
        <w:t xml:space="preserve">[44:41] </w:t>
      </w:r>
      <w:r>
        <w:t>you have further given all of us a global dawah mission. we have realized this and will stay on it till our last breath</w:t>
      </w:r>
    </w:p>
    <w:p>
      <w:pPr>
        <w:jc w:val="right"/>
      </w:pPr>
      <w:r>
        <w:t>یو ہیو فردر گیون آل آف اس ا گلوبل دعویٰ مشن۔ وی ہیو ریلائز دس اینڈ ویل سٹے آن اٹ ٹل آ لاسٹ بریتھ</w:t>
      </w:r>
    </w:p>
    <w:p>
      <w:r>
        <w:rPr>
          <w:b/>
        </w:rPr>
        <w:t xml:space="preserve">[44:50] </w:t>
      </w:r>
      <w:r>
        <w:t>. may god accept it from us." mashallah. asad pervez sahib ne boston, usa se likha hai: "maulana, the population of thailand is seventy million people.</w:t>
      </w:r>
    </w:p>
    <w:p>
      <w:pPr>
        <w:jc w:val="right"/>
      </w:pPr>
      <w:r>
        <w:t>۔ می گاڈ ایکسیپٹ اٹ فرام اس۔" ماشاءاللہ۔ اسد پرویز صاحب نے بوسٹن، یو ایس اے سے لکھا ہے: "مولانا، دا پاپولیشن آف تھائی لینڈ از سیونٹی ملین پیپل۔</w:t>
      </w:r>
    </w:p>
    <w:p>
      <w:r>
        <w:rPr>
          <w:b/>
        </w:rPr>
        <w:t xml:space="preserve">[45:04] </w:t>
      </w:r>
      <w:r>
        <w:t>with the efforts of the cps team and everyone involved, the quran is now available to seventy million people in their language.</w:t>
      </w:r>
    </w:p>
    <w:p>
      <w:pPr>
        <w:jc w:val="right"/>
      </w:pPr>
      <w:r>
        <w:t>ود دی ایفرٹس آف دا سی پی ایس ٹیم اینڈ ایوری ون انوالوڈ، دا قرآن از ناؤ اویلیبل ٹو سیونٹی ملین پیپل ان دیر لینگویج۔</w:t>
      </w:r>
    </w:p>
    <w:p>
      <w:r>
        <w:rPr>
          <w:b/>
        </w:rPr>
        <w:t xml:space="preserve">[45:13] </w:t>
      </w:r>
      <w:r>
        <w:t>they can finally read the message of god.</w:t>
      </w:r>
    </w:p>
    <w:p>
      <w:pPr>
        <w:jc w:val="right"/>
      </w:pPr>
      <w:r>
        <w:t>دے کین فائنلی ریڈ دا میسج آف گاڈ۔</w:t>
      </w:r>
    </w:p>
    <w:p>
      <w:r>
        <w:rPr>
          <w:b/>
        </w:rPr>
        <w:t xml:space="preserve">[45:16] </w:t>
      </w:r>
      <w:r>
        <w:t>this is truly a moment that has made my eyes water. may allah help and guide us so we may reach the whole world." inshallah.</w:t>
      </w:r>
    </w:p>
    <w:p>
      <w:pPr>
        <w:jc w:val="right"/>
      </w:pPr>
      <w:r>
        <w:t>دس از ٹرولی ا مومنٹ دیٹ ہیز میڈ مائی آئیز واٹر۔ می اللہ ہیلپ اینڈ گائیڈ اس سو وی می ریچ دا ہول ورلڈ۔" انشاءاللہ۔</w:t>
      </w:r>
    </w:p>
    <w:p>
      <w:r>
        <w:rPr>
          <w:b/>
        </w:rPr>
        <w:t xml:space="preserve">[45:29] </w:t>
      </w:r>
      <w:r>
        <w:t>aamina nasreen, miss aamina nasreen ne bangalore se likha hai: "i totally agree with maulana sahib that the muslim community should take this opportunity to build a mosque and a center to spread the message of islam throughout the world."</w:t>
      </w:r>
    </w:p>
    <w:p>
      <w:pPr>
        <w:jc w:val="right"/>
      </w:pPr>
      <w:r>
        <w:t>آمنہ نسرین، مس آمنہ نسرین نے بینگلور سے لکھا ہے: "آئی ٹوٹلی ایگری ود مولانا صاحب دیٹ دا مسلم کمیونٹی شوڈ ٹیک دس اپرچونیٹی ٹو بلڈ ا مسجد اینڈ ا سینٹر ٹو سپریڈ دی میسج آف اسلام تھرو آؤٹ دا ورلڈ۔"</w:t>
      </w:r>
    </w:p>
    <w:p>
      <w:r>
        <w:rPr>
          <w:b/>
        </w:rPr>
        <w:t xml:space="preserve">[45:50] </w:t>
      </w:r>
      <w:r>
        <w:t>maulana, ab sawal lena chahenge. yeh sawal bheja hai gwalior se miss zubair khan ne.</w:t>
      </w:r>
    </w:p>
    <w:p>
      <w:pPr>
        <w:jc w:val="right"/>
      </w:pPr>
      <w:r>
        <w:t>مولانا، اب سوال لینا چاہیں گے۔ یہ سوال بھیجا ہے گوالیار سے مس زبیر خان نے۔</w:t>
      </w:r>
    </w:p>
    <w:p>
      <w:r>
        <w:rPr>
          <w:b/>
        </w:rPr>
        <w:t xml:space="preserve">[46:01] </w:t>
      </w:r>
      <w:r>
        <w:t>mister zubair khan ne. unhon ne likha hai: "maulana, muslims are living in fear today that they are being targeted in some or the other way.</w:t>
      </w:r>
    </w:p>
    <w:p>
      <w:pPr>
        <w:jc w:val="right"/>
      </w:pPr>
      <w:r>
        <w:t>مسٹر زبیر خان نے۔ انہوں نے لکھا ہے: "مولانا، مسلمز آر لیونگ ان فیئر ٹوڈے دیٹ دے آر بینگ ٹارگٹڈ ان سم اور دی ادر وے۔</w:t>
      </w:r>
    </w:p>
    <w:p>
      <w:r>
        <w:rPr>
          <w:b/>
        </w:rPr>
        <w:t xml:space="preserve">[46:11] </w:t>
      </w:r>
      <w:r>
        <w:t>what is your advice to all those who are so afraid?</w:t>
      </w:r>
    </w:p>
    <w:p>
      <w:pPr>
        <w:jc w:val="right"/>
      </w:pPr>
      <w:r>
        <w:t>واٹ از یور ایڈوائس ٹو آل دوز ہو آر سو افریڈ؟</w:t>
      </w:r>
    </w:p>
    <w:p>
      <w:r>
        <w:rPr>
          <w:b/>
        </w:rPr>
        <w:t xml:space="preserve">[46:16] </w:t>
      </w:r>
      <w:r>
        <w:t>" dekhiye, yeh dar jo hai, dar is ka Islam se koi talluq nahi hai.</w:t>
      </w:r>
    </w:p>
    <w:p>
      <w:pPr>
        <w:jc w:val="right"/>
      </w:pPr>
      <w:r>
        <w:t>" دیکھیے، یہ ڈر جو ہے، ڈر اس کا اسلام سے کوئی تعلق نہیں ہے۔</w:t>
      </w:r>
    </w:p>
    <w:p>
      <w:r>
        <w:rPr>
          <w:b/>
        </w:rPr>
        <w:t xml:space="preserve">[46:23] </w:t>
      </w:r>
      <w:r>
        <w:t>yeh shaitan jaanta hai.</w:t>
      </w:r>
    </w:p>
    <w:p>
      <w:pPr>
        <w:jc w:val="right"/>
      </w:pPr>
      <w:r>
        <w:t>یہ شیطان جانتا ہے۔</w:t>
      </w:r>
    </w:p>
    <w:p>
      <w:r>
        <w:rPr>
          <w:b/>
        </w:rPr>
        <w:t xml:space="preserve">[46:26] </w:t>
      </w:r>
      <w:r>
        <w:t>is ka saboot yeh hai</w:t>
      </w:r>
    </w:p>
    <w:p>
      <w:pPr>
        <w:jc w:val="right"/>
      </w:pPr>
      <w:r>
        <w:t>اس کا ثبوت یہ ہے</w:t>
      </w:r>
    </w:p>
    <w:p>
      <w:r>
        <w:rPr>
          <w:b/>
        </w:rPr>
        <w:t xml:space="preserve">[46:29] </w:t>
      </w:r>
      <w:r>
        <w:t>keh rasool Allah sal Allah aleh wasalam ne jab hijrat kiya tha aur ghar e hira, nahi nahi, ghar</w:t>
      </w:r>
    </w:p>
    <w:p>
      <w:pPr>
        <w:jc w:val="right"/>
      </w:pPr>
      <w:r>
        <w:t>کہ رسول اللہ صلی اللہ علیہ وسلم نے جب ہجرت کیا تھا اور غار حرا، نہیں نہیں، غار</w:t>
      </w:r>
    </w:p>
    <w:p>
      <w:r>
        <w:rPr>
          <w:b/>
        </w:rPr>
        <w:t xml:space="preserve">[46:35] </w:t>
      </w:r>
      <w:r>
        <w:t>e sor mein aap ne</w:t>
      </w:r>
    </w:p>
    <w:p>
      <w:pPr>
        <w:jc w:val="right"/>
      </w:pPr>
      <w:r>
        <w:t>ثور میں آپ نے</w:t>
      </w:r>
    </w:p>
    <w:p>
      <w:r>
        <w:rPr>
          <w:b/>
        </w:rPr>
        <w:t xml:space="preserve">[46:39] </w:t>
      </w:r>
      <w:r>
        <w:t>pehanchay thay to wahan aap ke jo us zamanay mein jo dushman aap ke thay, wo wahan pe</w:t>
      </w:r>
    </w:p>
    <w:p>
      <w:pPr>
        <w:jc w:val="right"/>
      </w:pPr>
      <w:r>
        <w:t>پہنچے تھے تو وہاں آپ کے جو اس زمانے میں جو دشمن آپ کے تھے، وہ وہاں پہ</w:t>
      </w:r>
    </w:p>
    <w:p>
      <w:r>
        <w:rPr>
          <w:b/>
        </w:rPr>
        <w:t xml:space="preserve">[46:45] </w:t>
      </w:r>
      <w:r>
        <w:t>pehanch gaye talwar liye hue.</w:t>
      </w:r>
    </w:p>
    <w:p>
      <w:pPr>
        <w:jc w:val="right"/>
      </w:pPr>
      <w:r>
        <w:t>پہنچ گئے تلوار لیے ہوئے۔</w:t>
      </w:r>
    </w:p>
    <w:p>
      <w:r>
        <w:rPr>
          <w:b/>
        </w:rPr>
        <w:t xml:space="preserve">[46:47] </w:t>
      </w:r>
      <w:r>
        <w:t>to aap ke saathi thay hazrat abubakar r.a. unhon ne kaha ke yeh to yahan bhi aa gaye, yani hum makka chhod kar yahan aaye, pohanchay, woh yahan bhi aa gaye.</w:t>
      </w:r>
    </w:p>
    <w:p>
      <w:pPr>
        <w:jc w:val="right"/>
      </w:pPr>
      <w:r>
        <w:t>تو آپ کے ساتھی تھے حضرت ابوبکر رضی اللہ عنہ۔ انہوں نے کہا کہ یہ تو یہاں بھی آ گئے، یعنی ہم مکہ چھوڑ کر یہاں آئے، پہنچے، وہ یہاں بھی آ گئے۔</w:t>
      </w:r>
    </w:p>
    <w:p>
      <w:r>
        <w:rPr>
          <w:b/>
        </w:rPr>
        <w:t xml:space="preserve">[47:00] </w:t>
      </w:r>
      <w:r>
        <w:t>to sardar ne kaha: "la takhaf, inna allaha ma'ana. mat daro, khauf mat karo, allah hamaray sath hai." yeh hai rasool allah sallallahu alaihi wasallam ka uswa aur yeh hai hamara islam ka taleem.</w:t>
      </w:r>
    </w:p>
    <w:p>
      <w:pPr>
        <w:jc w:val="right"/>
      </w:pPr>
      <w:r>
        <w:t>تو سردار نے کہا: "لا تخف، ان اللہ معنا۔ مت ڈرو، خوف مت کرو، اللہ ہمارے ساتھ ہے۔" یہ ہے رسول اللہ صلی اللہ علیہ وسلم کا اسوہ اور یہ ہے ہمارا اسلام کا تعلیم۔</w:t>
      </w:r>
    </w:p>
    <w:p>
      <w:r>
        <w:rPr>
          <w:b/>
        </w:rPr>
        <w:t xml:space="preserve">[47:21] </w:t>
      </w:r>
      <w:r>
        <w:t>is ko apna apnaiey, is ko aur khauf ko apni dictionary se nikal dijiye. khauf ka lafz, fear ka lafz, apni dictionary se nikal dijiye.</w:t>
      </w:r>
    </w:p>
    <w:p>
      <w:pPr>
        <w:jc w:val="right"/>
      </w:pPr>
      <w:r>
        <w:t>اس کو اپنا اپنائیے، اس کو اور خوف کو اپنی ڈشری سے نکال دیجیے۔ خوف کا لفظ، فیئر کا لفظ، اپنی ڈشری سے نکال دیجیے۔</w:t>
      </w:r>
    </w:p>
    <w:p>
      <w:r>
        <w:rPr>
          <w:b/>
        </w:rPr>
        <w:t xml:space="preserve">[47:40] </w:t>
      </w:r>
      <w:r>
        <w:t>molana, agla comment parhna chahenge. yeh comment bheja hai muhammad ammar sahib ne dilli se. unhon ne likha hai: "verily molana, there are so many reasons to be grateful for.</w:t>
      </w:r>
    </w:p>
    <w:p>
      <w:pPr>
        <w:jc w:val="right"/>
      </w:pPr>
      <w:r>
        <w:t>مولانا، اگلا کمنٹ پڑھنا چاہیں گے۔ یہ کمنٹ بھیجا ہے محمد عمار صاحب نے دلی سے۔ انہوں نے لکھا ہے: "ویریلی مولانا، دیر آر سو مینی ریزنز ٹو بی گریٹ فل فار۔</w:t>
      </w:r>
    </w:p>
    <w:p>
      <w:r>
        <w:rPr>
          <w:b/>
        </w:rPr>
        <w:t xml:space="preserve">[47:55] </w:t>
      </w:r>
      <w:r>
        <w:t>that is why allah has said in the chapter al imran. so which of the favors of your lord would you deny</w:t>
      </w:r>
    </w:p>
    <w:p>
      <w:pPr>
        <w:jc w:val="right"/>
      </w:pPr>
      <w:r>
        <w:t>دیٹ از وائی اللہ ہیز سیڈ ان دا چیپٹر ال عمران۔ سو وچ آف دا فیورز آف یور لارڈ وڈ یو ڈینائی</w:t>
      </w:r>
    </w:p>
    <w:p>
      <w:r>
        <w:rPr>
          <w:b/>
        </w:rPr>
        <w:t xml:space="preserve">[48:03] </w:t>
      </w:r>
      <w:r>
        <w:t>?" molana, agla comment bheja hai aa srinagar se miss sahar saleem ne.</w:t>
      </w:r>
    </w:p>
    <w:p>
      <w:pPr>
        <w:jc w:val="right"/>
      </w:pPr>
      <w:r>
        <w:t>؟" مولانا، اگلا کمنٹ بھیجا ہے آہ سری نگر سے مس سحر سلیم نے۔</w:t>
      </w:r>
    </w:p>
    <w:p>
      <w:r>
        <w:rPr>
          <w:b/>
        </w:rPr>
        <w:t xml:space="preserve">[48:11] </w:t>
      </w:r>
      <w:r>
        <w:t>unhon ne likha hai: "da'wah opportunities are everywhere. one has to just look for them. the emphasis should always be on the transmission of message and not conversion.</w:t>
      </w:r>
    </w:p>
    <w:p>
      <w:pPr>
        <w:jc w:val="right"/>
      </w:pPr>
      <w:r>
        <w:t>انہوں نے لکھا ہے: "دعویٰ اپرچونیٹیز آر ایوری ویر۔ ون ہیز ٹو جسٹ لوک فار دیم۔ دی ایمفیسز شوڈ آلویز بی آن دا ٹرانسمیشن آف میسج اینڈ ناٹ کنورژن۔</w:t>
      </w:r>
    </w:p>
    <w:p>
      <w:r>
        <w:rPr>
          <w:b/>
        </w:rPr>
        <w:t xml:space="preserve">[48:25] </w:t>
      </w:r>
      <w:r>
        <w:t>da'wah has become the universal need in the present world.</w:t>
      </w:r>
    </w:p>
    <w:p>
      <w:pPr>
        <w:jc w:val="right"/>
      </w:pPr>
      <w:r>
        <w:t>دعویٰ ہیز بیکم دا یونیورسل نیڈ ان دا پریزنٹ ورلڈ۔</w:t>
      </w:r>
    </w:p>
    <w:p>
      <w:r>
        <w:rPr>
          <w:b/>
        </w:rPr>
        <w:t xml:space="preserve">[48:30] </w:t>
      </w:r>
      <w:r>
        <w:t>may allah give us courage to present islam to the world. may allah open our hearts and minds to work together for his deen.</w:t>
      </w:r>
    </w:p>
    <w:p>
      <w:pPr>
        <w:jc w:val="right"/>
      </w:pPr>
      <w:r>
        <w:t>می اللہ گیو اس کریج ٹو پریزنٹ اسلام ٹو دا ورلڈ۔ می اللہ اوپن آر ہارٹس اینڈ مائنڈز ٹو ورک ٹوگیدر فار ہز دین۔</w:t>
      </w:r>
    </w:p>
    <w:p>
      <w:r>
        <w:rPr>
          <w:b/>
        </w:rPr>
        <w:t xml:space="preserve">[48:39] </w:t>
      </w:r>
      <w:r>
        <w:t>thank you molana sahib for reminding us again and again the responsibilities we have towards allah and his religion.</w:t>
      </w:r>
    </w:p>
    <w:p>
      <w:pPr>
        <w:jc w:val="right"/>
      </w:pPr>
      <w:r>
        <w:t>تھینک یو مولانا صاحب فار ریمائنڈنگ اس اگین اینڈ اگین دا ریسپانسبیلٹیز وی ہیو ٹورڈز اللہ اینڈ ہز ریلیجن۔</w:t>
      </w:r>
    </w:p>
    <w:p>
      <w:r>
        <w:rPr>
          <w:b/>
        </w:rPr>
        <w:t xml:space="preserve">[48:48] </w:t>
      </w:r>
      <w:r>
        <w:t>jazakumullah." molana, agla sawal aa bheja hai mehtab, mehtab ahmad sahib ne dhampur se.</w:t>
      </w:r>
    </w:p>
    <w:p>
      <w:pPr>
        <w:jc w:val="right"/>
      </w:pPr>
      <w:r>
        <w:t>جزاکم اللہ۔" مولانا، اگلا سوال آہ بھیجا ہے مہتاب، مہتاب احمد صاحب نے دھامپور سے۔</w:t>
      </w:r>
    </w:p>
    <w:p>
      <w:r>
        <w:rPr>
          <w:b/>
        </w:rPr>
        <w:t xml:space="preserve">[48:59] </w:t>
      </w:r>
      <w:r>
        <w:t>unhon ne likha hai: "molana sahib, agar hamare ulama aur leaders ne babri masjid issue ko band kar diya to phir un ki leadership ki dukaan band ho jayegi.</w:t>
      </w:r>
    </w:p>
    <w:p>
      <w:pPr>
        <w:jc w:val="right"/>
      </w:pPr>
      <w:r>
        <w:t>انہوں نے لکھا ہے: "مولانا صاحب، اگر ہمارے علماء اور لیڈرز نے بابری مسجد ایشو کو بند کر دیا تو پھر ان کی لیڈری کی دکان بند ہو جائے گی۔</w:t>
      </w:r>
    </w:p>
    <w:p>
      <w:r>
        <w:rPr>
          <w:b/>
        </w:rPr>
        <w:t xml:space="preserve">[49:10] </w:t>
      </w:r>
      <w:r>
        <w:t>is ke bare mein aap kya kahenge?" hum to shor karte hain allah taala ka ke woh kuch bhi karo, dukaan khuli hui hai, woh bandi nahi hogi.</w:t>
      </w:r>
    </w:p>
    <w:p>
      <w:pPr>
        <w:jc w:val="right"/>
      </w:pPr>
      <w:r>
        <w:t>اس کے بارے میں آپ کیا کہیں گے؟" ہم تو شور کرتے ہیں اللہ تعالیٰ کا کہ وہ کچھ بھی کرو، دکان کھلی ہوئی ہے، وہ بندی نہیں ہوگی۔</w:t>
      </w:r>
    </w:p>
    <w:p>
      <w:r>
        <w:rPr>
          <w:b/>
        </w:rPr>
        <w:t xml:space="preserve">[49:22] </w:t>
      </w:r>
      <w:r>
        <w:t>rasool allah ne khol diya hai is ko. inna fatahna laka fat-han mubeena. rasool allah sallallahu alaihi wasallam khol chuke hain sare darwazon ko.</w:t>
      </w:r>
    </w:p>
    <w:p>
      <w:pPr>
        <w:jc w:val="right"/>
      </w:pPr>
      <w:r>
        <w:t>رسول اللہ نے کھول دیا ہے اس کو۔ انا فتحنا لک فتح مبینہ۔ رسول اللہ صلی اللہ علیہ وسلم کھول چکے ہیں سارے دروازوں کو۔</w:t>
      </w:r>
    </w:p>
    <w:p>
      <w:r>
        <w:rPr>
          <w:b/>
        </w:rPr>
        <w:t xml:space="preserve">[49:35] </w:t>
      </w:r>
      <w:r>
        <w:t>inna fatahna laka fat-han mubeena. to humein to koi na pareshani hai, na koi gham hai, na koi khone ka ehsas hai.</w:t>
      </w:r>
    </w:p>
    <w:p>
      <w:pPr>
        <w:jc w:val="right"/>
      </w:pPr>
      <w:r>
        <w:t>انا فتحنا لک فتح مبینہ۔ تو ہمیں تو کوئی نہ پریشانی ہے، نہ کوئی غم ہے، نہ کوئی کھونے کا احساس ہے۔</w:t>
      </w:r>
    </w:p>
    <w:p>
      <w:r>
        <w:rPr>
          <w:b/>
        </w:rPr>
        <w:t xml:space="preserve">[49:53] </w:t>
      </w:r>
      <w:r>
        <w:t>molana, agla sawal pakistan se muhammad arsalan sahib ne bheja hai. unhon ne aapse poocha hai: "how do you see the difference between spirituality and shariat?" dekhiye,</w:t>
      </w:r>
    </w:p>
    <w:p>
      <w:pPr>
        <w:jc w:val="right"/>
      </w:pPr>
      <w:r>
        <w:t>مولانا، اگلا سوال پاکستان سے محمد ارسلان صاحب نے بھیجا ہے۔ انہوں نے آپ سے پوچھا ہے: "ہاؤ ڈو یو سی دا ڈفرنس بٹوین سپرچویلیٹی اینڈ شریعت؟" دیکھیے،</w:t>
      </w:r>
    </w:p>
    <w:p>
      <w:r>
        <w:rPr>
          <w:b/>
        </w:rPr>
        <w:t xml:space="preserve">[50:07] </w:t>
      </w:r>
      <w:r>
        <w:t>jahan tak mere sath taluq hai, main to koi difference nahi samajhta. baqi jo scholars hain, scholars ke nazdeek farq hai.</w:t>
      </w:r>
    </w:p>
    <w:p>
      <w:pPr>
        <w:jc w:val="right"/>
      </w:pPr>
      <w:r>
        <w:t>جہاں تک میرے ساتھ تعلق ہے، میں تو کوئی ڈفرنس نہیں سمجھتا۔ باقی جو اسکالرز ہیں، اسکالرز کے نزدیک فرق ہے۔</w:t>
      </w:r>
    </w:p>
    <w:p>
      <w:r>
        <w:rPr>
          <w:b/>
        </w:rPr>
        <w:t xml:space="preserve">[50:23] </w:t>
      </w:r>
      <w:r>
        <w:t>spirituality un ka, is ka taluq tasawwuf se hai aur shariat ka taluq fiqh islam se hai.</w:t>
      </w:r>
    </w:p>
    <w:p>
      <w:pPr>
        <w:jc w:val="right"/>
      </w:pPr>
      <w:r>
        <w:t>سپرچویلیٹی ان کا، اس کا تعلق تصوف سے ہے اور شریعت کا تعلق فقہ اسلام سے ہے۔</w:t>
      </w:r>
    </w:p>
    <w:p>
      <w:r>
        <w:rPr>
          <w:b/>
        </w:rPr>
        <w:t xml:space="preserve">[50:36] </w:t>
      </w:r>
      <w:r>
        <w:t>baqi mere nazdeek to wohi fiqh hai, wohi shariat hai, wohi tasawwuf hai, wohi sab.</w:t>
      </w:r>
    </w:p>
    <w:p>
      <w:pPr>
        <w:jc w:val="right"/>
      </w:pPr>
      <w:r>
        <w:t>باقی میرے نزدیک تو وہی فقہ ہے، وہی شریعت ہے، وہی تصوف ہے، وہی سب۔</w:t>
      </w:r>
    </w:p>
    <w:p>
      <w:r>
        <w:rPr>
          <w:b/>
        </w:rPr>
        <w:t xml:space="preserve">[50:48] </w:t>
      </w:r>
      <w:r>
        <w:t>main to universal outlook mere andar hai allah ke fazl se.</w:t>
      </w:r>
    </w:p>
    <w:p>
      <w:pPr>
        <w:jc w:val="right"/>
      </w:pPr>
      <w:r>
        <w:t>میں تو یونیورسل آؤٹ لوک میرے اندر ہے اللہ کے فضل سے۔</w:t>
      </w:r>
    </w:p>
    <w:p>
      <w:r>
        <w:rPr>
          <w:b/>
        </w:rPr>
        <w:t xml:space="preserve">[51:00] </w:t>
      </w:r>
      <w:r>
        <w:t>molana, agla sawal lete hain. yeh sawal bheja hai ahmedabad se faizan sheikh sahib ne. unhon ne likha hai: "molana, muslims for now many many decades are trapped in non serious and emotional issues.</w:t>
      </w:r>
    </w:p>
    <w:p>
      <w:pPr>
        <w:jc w:val="right"/>
      </w:pPr>
      <w:r>
        <w:t>مولانا، اگلا سوال لیتے ہیں۔ یہ سوال بھیجا ہے احمد آباد سے فیضان شیخ صاحب نے۔ انہوں نے لکھا ہے: "مولانا، مسلمز فار ناؤ مینی مینی ڈیکیڈز آر ٹریپڈ ان نان سیریس اینڈ ایموشنل ایشوز۔</w:t>
      </w:r>
    </w:p>
    <w:p>
      <w:r>
        <w:rPr>
          <w:b/>
        </w:rPr>
        <w:t xml:space="preserve">[51:18] </w:t>
      </w:r>
      <w:r>
        <w:t>they have completely derailed from the real task of conveying the message of the quran to mankind.</w:t>
      </w:r>
    </w:p>
    <w:p>
      <w:pPr>
        <w:jc w:val="right"/>
      </w:pPr>
      <w:r>
        <w:t>دے ہیو کمپلیٹلی ڈیریلڈ فرام دا ریئل ٹاسک آف کنوینگ دا میسج آف دا قرآن ٹو مین کائنڈ۔</w:t>
      </w:r>
    </w:p>
    <w:p>
      <w:r>
        <w:rPr>
          <w:b/>
        </w:rPr>
        <w:t xml:space="preserve">[51:25] </w:t>
      </w:r>
      <w:r>
        <w:t>how can we get them to think, plan and work on da'wah front? how can we change today's youth? what is your adv</w:t>
      </w:r>
    </w:p>
    <w:p>
      <w:pPr>
        <w:jc w:val="right"/>
      </w:pPr>
      <w:r>
        <w:t>ہاؤ کین وی گیٹ دیم ٹو تھنک، پلان اینڈ ورک آن دعویٰ فرنٹ؟ ہاؤ کین وی چینج ٹوڈے یوتھ؟ واٹ از یور ایڈ</w:t>
      </w:r>
    </w:p>
    <w:p>
      <w:r>
        <w:rPr>
          <w:b/>
        </w:rPr>
        <w:t xml:space="preserve">[51:34] </w:t>
      </w:r>
      <w:r>
        <w:t>ice?" khoob dua kijiye, khoob dua kijiye. to aap ka jo koshish hai, is koshish mein jaan par jayegi.</w:t>
      </w:r>
    </w:p>
    <w:p>
      <w:pPr>
        <w:jc w:val="right"/>
      </w:pPr>
      <w:r>
        <w:t>وائس؟" خوب دعا کیجیے، خوب دعا کیجیے۔ تو آپ کا جو کوشش ہے، اس کوشش میں جان پڑ جائے گی۔</w:t>
      </w:r>
    </w:p>
    <w:p>
      <w:r>
        <w:rPr>
          <w:b/>
        </w:rPr>
        <w:t xml:space="preserve">[51:47] </w:t>
      </w:r>
      <w:r>
        <w:t>mujhe yaqeen hai ke aap koshish kar rahe honge. jab yeh sawal aap ke mind mein aaye to zaroor aap koshish kar rahe honge. to aap dua kijiye aur phir aap ki koshishon mein jaan par jayegi aur woh aalami satah par phail jayegi.</w:t>
      </w:r>
    </w:p>
    <w:p>
      <w:pPr>
        <w:jc w:val="right"/>
      </w:pPr>
      <w:r>
        <w:t>مجھے یقین ہے کہ آپ کوشش کر رہے ہوں گے۔ جب یہ سوال آپ کے مائنڈ میں آئے تو ضرور آپ کوشش کر رہے ہوں گے۔ تو آپ دعا کیجیے اور پھر آپ کی کوششوں میں جان پڑ جائے گی اور وہ عالمی سطح پر پھیل جائے گا۔</w:t>
      </w:r>
    </w:p>
    <w:p>
      <w:r>
        <w:rPr>
          <w:b/>
        </w:rPr>
        <w:t xml:space="preserve">[52:16] </w:t>
      </w:r>
      <w:r>
        <w:t>molana, agla sawal irshad ali sahib ne bheja hai. unhon ne likha hai: "molana, ek baar muradabad mein ek barelvi shakhs ke janaza ek deobandi aalim ne parh diya tha.</w:t>
      </w:r>
    </w:p>
    <w:p>
      <w:pPr>
        <w:jc w:val="right"/>
      </w:pPr>
      <w:r>
        <w:t>مولانا، اگلا سوال ارشاد علی صاحب نے بھیجا ہے۔ انہوں نے لکھا ہے: "مولانا، ایک بار مراد آباد میں ایک بریلوی شخص کے جنازہ ایک دیوبندی عالم نے پڑھ دیا تھا۔</w:t>
      </w:r>
    </w:p>
    <w:p>
      <w:r>
        <w:rPr>
          <w:b/>
        </w:rPr>
        <w:t xml:space="preserve">[52:31] </w:t>
      </w:r>
      <w:r>
        <w:t>phir wahan ke mufti sahib ne fatwa diya ke jis jis ne bhi janaza parha hai, sab ke nikah toot gaye aur phir sab ke nikah dobara parhaye gaye.</w:t>
      </w:r>
    </w:p>
    <w:p>
      <w:pPr>
        <w:jc w:val="right"/>
      </w:pPr>
      <w:r>
        <w:t>پھر وہاں کے مفتی صاحب نے فتویٰ دیا کہ جس جس نے بھی جنازہ پڑھا ہے، سب کے نکاح ٹوٹ گئے اور پھر سب کے نکاح دوبارہ پڑھائے گئے۔</w:t>
      </w:r>
    </w:p>
    <w:p>
      <w:r>
        <w:rPr>
          <w:b/>
        </w:rPr>
        <w:t xml:space="preserve">[52:42] </w:t>
      </w:r>
      <w:r>
        <w:t>molana, itna zyada musalmanon mein confusion kyun hai?" confusion aap ke mind mein hai. ek waqia ka reference diya aap ne aur sare musalmanon ko generalize kar ke shamil kar liya.</w:t>
      </w:r>
    </w:p>
    <w:p>
      <w:pPr>
        <w:jc w:val="right"/>
      </w:pPr>
      <w:r>
        <w:t>مولانا، اتنا زیادہ مسلمانوں میں کنفیوژن کیوں ہے؟" کنفیوژن آپ کے مائنڈ میں ہے۔ ایک واقعہ کا ریفرنس دیا آپ نے اور سارے مسلمانوں کو جنرلائز کر کے شامل کر لیا۔</w:t>
      </w:r>
    </w:p>
    <w:p>
      <w:r>
        <w:rPr>
          <w:b/>
        </w:rPr>
        <w:t xml:space="preserve">[52:58] </w:t>
      </w:r>
      <w:r>
        <w:t>aap ka generalization jo hai, yeh masla hai. jo hawala to diya aap ne ek waqeye ka aur phir khud generalize kar ke is saare musalmanon ko apply kar diya.</w:t>
      </w:r>
    </w:p>
    <w:p>
      <w:pPr>
        <w:jc w:val="right"/>
      </w:pPr>
      <w:r>
        <w:t>آپ کا جنرلائزیشن جو ہے، یہ مسئلہ ہے۔ جو حوالہ تو دیا آپ نے ایک واقعے کا اور پھر خود جنرلائز کر کے اس سارے مسلمانوں کو اپلائی کر دیا۔</w:t>
      </w:r>
    </w:p>
    <w:p>
      <w:r>
        <w:rPr>
          <w:b/>
        </w:rPr>
        <w:t xml:space="preserve">[53:13] </w:t>
      </w:r>
      <w:r>
        <w:t>apne mind ki islaah kijiye</w:t>
      </w:r>
    </w:p>
    <w:p>
      <w:pPr>
        <w:jc w:val="right"/>
      </w:pPr>
      <w:r>
        <w:t>اپنے مائنڈ کی اصلاح کیجیے</w:t>
      </w:r>
    </w:p>
    <w:p>
      <w:r>
        <w:rPr>
          <w:b/>
        </w:rPr>
        <w:t xml:space="preserve">[53:17] </w:t>
      </w:r>
      <w:r>
        <w:t>ke ek single waqeye ko generalize karte hain. aap</w:t>
      </w:r>
    </w:p>
    <w:p>
      <w:pPr>
        <w:jc w:val="right"/>
      </w:pPr>
      <w:r>
        <w:t>کہ ایک سنگل واقعے کو جنرلائز کرتے ہیں۔ آپ</w:t>
      </w:r>
    </w:p>
    <w:p>
      <w:r>
        <w:rPr>
          <w:b/>
        </w:rPr>
        <w:t xml:space="preserve">[53:23] </w:t>
      </w:r>
      <w:r>
        <w:t>apne mind ki islaah kijiye.</w:t>
      </w:r>
    </w:p>
    <w:p>
      <w:pPr>
        <w:jc w:val="right"/>
      </w:pPr>
      <w:r>
        <w:t>اپنے مائنڈ کی اصلاح کیجیے۔</w:t>
      </w:r>
    </w:p>
    <w:p>
      <w:r>
        <w:rPr>
          <w:b/>
        </w:rPr>
        <w:t xml:space="preserve">[53:29] </w:t>
      </w:r>
      <w:r>
        <w:t>doctor safeena tabassum ne saharanpur se sawal kiya hai. unhon ne likha hai: "maulana sahab, sometimes i really get frustrated when i see muslims that are not at all trying to rediscover islam.</w:t>
      </w:r>
    </w:p>
    <w:p>
      <w:pPr>
        <w:jc w:val="right"/>
      </w:pPr>
      <w:r>
        <w:t>ڈاکٹر سفینہ تبسم نے سہارن پور سے سوال کیا ہے۔ انہوں نے لکھا ہے: "مولانا صاحب، سم ٹائمز آئی ریلی گیٹ فرسٹریٹڈ وین آئی سی مسلمز دیٹ آر ناٹ ایٹ آل ٹرائنگ ٹو ری ڈسکور اسلام۔</w:t>
      </w:r>
    </w:p>
    <w:p>
      <w:r>
        <w:rPr>
          <w:b/>
        </w:rPr>
        <w:t xml:space="preserve">[53:44] </w:t>
      </w:r>
      <w:r>
        <w:t>they are always in denial and they hate those leaders who want them to be peaceful. how to see a ray of ho</w:t>
      </w:r>
    </w:p>
    <w:p>
      <w:pPr>
        <w:jc w:val="right"/>
      </w:pPr>
      <w:r>
        <w:t>دے آر آلویز ان ڈینائل اینڈ دے ہیٹ دو لیڈرز ہو وانٹ دیم ٹو بی پیس فل۔ ہاؤ ٹو سی ا رے آف ہو</w:t>
      </w:r>
    </w:p>
    <w:p>
      <w:r>
        <w:rPr>
          <w:b/>
        </w:rPr>
        <w:t xml:space="preserve">[53:53] </w:t>
      </w:r>
      <w:r>
        <w:t>pe? please guide us." we guide us. abhi main ne kaha ke aap sab log jo is tarah ki boli bolte hain, woh sab ek hi marz ki bimari hai, mubtala hain.</w:t>
      </w:r>
    </w:p>
    <w:p>
      <w:pPr>
        <w:jc w:val="right"/>
      </w:pPr>
      <w:r>
        <w:t>پ؟ پلیز گائیڈ اس۔" وی گائیڈ اس۔ ابھی میں نے کہا کہ آپ سب لوگ جو اس طرح کی بولی بولتے ہیں، وہ سب ایک ہی مرض کی بیماری ہے، مبتلا ہیں۔</w:t>
      </w:r>
    </w:p>
    <w:p>
      <w:r>
        <w:rPr>
          <w:b/>
        </w:rPr>
        <w:t xml:space="preserve">[54:07] </w:t>
      </w:r>
      <w:r>
        <w:t>single waqeye ko generalize karna. jitne log hain, sab yahi kar rahe hain ke single waqeye ko generalize karte hain.</w:t>
      </w:r>
    </w:p>
    <w:p>
      <w:pPr>
        <w:jc w:val="right"/>
      </w:pPr>
      <w:r>
        <w:t>سنگل واقعے کو جنرلائز کرنا۔ جتنے لوگ ہیں، سب یہی کر رہے ہیں کہ سنگل واقعے کو جنرلائز کرتے ہیں۔</w:t>
      </w:r>
    </w:p>
    <w:p>
      <w:r>
        <w:rPr>
          <w:b/>
        </w:rPr>
        <w:t xml:space="preserve">[54:19] </w:t>
      </w:r>
      <w:r>
        <w:t>aap apne is tarah ke apne zehan ki islaah kijiye.</w:t>
      </w:r>
    </w:p>
    <w:p>
      <w:pPr>
        <w:jc w:val="right"/>
      </w:pPr>
      <w:r>
        <w:t>آپ اپنے اس طرح کے اپنے ذہن کی اصلاح کیجیے۔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