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Develop Divine Thought 1 Feb2020 - Maulana Wahiduddin Khan</w:t>
      </w:r>
    </w:p>
    <w:p>
      <w:r>
        <w:t>https://www.youtube.com/watch?v=Y7Q2i2vxcz8</w:t>
      </w:r>
    </w:p>
    <w:p>
      <w:r>
        <w:rPr>
          <w:b/>
        </w:rPr>
        <w:t xml:space="preserve">[00:13] </w:t>
      </w:r>
      <w:r>
        <w:t>1 february 2020. an abi huraira r.a. an al-nabi s.a.w. innahu qala: "la taqoom al-sa'ah hatta la yabqa 'ala wajh al-ard ahadun lillahi fihi hajah." mustadrak al-hakim hadith number 8516.</w:t>
      </w:r>
    </w:p>
    <w:p>
      <w:pPr>
        <w:jc w:val="right"/>
      </w:pPr>
      <w:r>
        <w:t>1 فروری 2020۔ عن ابی ہریرہ رضی اللہ عنہ عن النبی صلی اللہ علیہ وسلم انہو قال: "لا تقوم الساعہ حتیٰ لا یبقٰی علی وجہ الارض احد للہ فیہ حاجہ۔" مستدرک الحاکم حدیث نمبر 8516۔</w:t>
      </w:r>
    </w:p>
    <w:p>
      <w:r>
        <w:rPr>
          <w:b/>
        </w:rPr>
        <w:t xml:space="preserve">[00:33] </w:t>
      </w:r>
      <w:r>
        <w:t>ab huraira r.a. riwayat karte hain: nabi s.a.w. ne kaha: "qayamat qaim nahi hogi yahan tak ke rooye zameen par koi baqi na rahega jis mein allah ke liye hajat ho."</w:t>
      </w:r>
    </w:p>
    <w:p>
      <w:pPr>
        <w:jc w:val="right"/>
      </w:pPr>
      <w:r>
        <w:t>ابوہریرہ رضی اللہ عنہ روایت کرتے ہیں: نبی صلی اللہ علیہ وسلم نے کہا: "قیامت قائم نہیں ہوگی یہاں تک کہ روئے زمین پر کوئی باقی نہ رہے گا جس میں اللہ کے لیے حاجت ہو۔"</w:t>
      </w:r>
    </w:p>
    <w:p>
      <w:r>
        <w:rPr>
          <w:b/>
        </w:rPr>
        <w:t xml:space="preserve">[00:53] </w:t>
      </w:r>
      <w:r>
        <w:t>iska matlab mere khayal se hai ke jo allah ko ke liye matloob ho. to saleem sahab ne jo topic diya hai</w:t>
      </w:r>
    </w:p>
    <w:p>
      <w:pPr>
        <w:jc w:val="right"/>
      </w:pPr>
      <w:r>
        <w:t>اس کا مطلب میرے خیال سے ہے کہ جو اللہ کو کے لیے مطلوب ہو۔ تو سلیم صاحب نے جو ٹاپک دیا ہے</w:t>
      </w:r>
    </w:p>
    <w:p>
      <w:r>
        <w:rPr>
          <w:b/>
        </w:rPr>
        <w:t xml:space="preserve">[01:04] </w:t>
      </w:r>
      <w:r>
        <w:t>is ko le kar agar mein sochta hoon to</w:t>
      </w:r>
    </w:p>
    <w:p>
      <w:pPr>
        <w:jc w:val="right"/>
      </w:pPr>
      <w:r>
        <w:t>اس کو لے کر اگر میں سوچتا ہوں تو</w:t>
      </w:r>
    </w:p>
    <w:p>
      <w:r>
        <w:rPr>
          <w:b/>
        </w:rPr>
        <w:t xml:space="preserve">[01:08] </w:t>
      </w:r>
      <w:r>
        <w:t>riwayat thought develop karnay ka jo basic jo</w:t>
      </w:r>
    </w:p>
    <w:p>
      <w:pPr>
        <w:jc w:val="right"/>
      </w:pPr>
      <w:r>
        <w:t>روایت تھاٹ ڈیولپ کرنے کا جو بیسک جو</w:t>
      </w:r>
    </w:p>
    <w:p>
      <w:r>
        <w:rPr>
          <w:b/>
        </w:rPr>
        <w:t xml:space="preserve">[01:14] </w:t>
      </w:r>
      <w:r>
        <w:t>hona chahiye keh kya mein is list mein aata hoon Allah ki ji jo Allah ke liye matloob</w:t>
      </w:r>
    </w:p>
    <w:p>
      <w:pPr>
        <w:jc w:val="right"/>
      </w:pPr>
      <w:r>
        <w:t>ہونا چاہیے کہ کیا میں اس لسٹ میں آتا ہوں خدا کی جی جو خدا کے لیے مطلوب</w:t>
      </w:r>
    </w:p>
    <w:p>
      <w:r>
        <w:rPr>
          <w:b/>
        </w:rPr>
        <w:t xml:space="preserve">[01:22] </w:t>
      </w:r>
      <w:r>
        <w:t>ho yani dunya mein</w:t>
      </w:r>
    </w:p>
    <w:p>
      <w:pPr>
        <w:jc w:val="right"/>
      </w:pPr>
      <w:r>
        <w:t>ہو یعنی دنیا میں</w:t>
      </w:r>
    </w:p>
    <w:p>
      <w:r>
        <w:rPr>
          <w:b/>
        </w:rPr>
        <w:t xml:space="preserve">[01:28] </w:t>
      </w:r>
      <w:r>
        <w:t>qayamat us waqt aaye gi jab koi aadmi aisa dar hai jo jo Allah ka matloob ho</w:t>
      </w:r>
    </w:p>
    <w:p>
      <w:pPr>
        <w:jc w:val="right"/>
      </w:pPr>
      <w:r>
        <w:t>قیامت اس وقت آئے گی جب کوئی آدمی ایسا ڈر ہے جو جو خدا کا مطلوب ہو</w:t>
      </w:r>
    </w:p>
    <w:p>
      <w:r>
        <w:rPr>
          <w:b/>
        </w:rPr>
        <w:t xml:space="preserve">[01:41] </w:t>
      </w:r>
      <w:r>
        <w:t>to use ko kooda kar insan yeh dunya jo hai kooda kar ke jo insan se bhar raha hai</w:t>
      </w:r>
    </w:p>
    <w:p>
      <w:pPr>
        <w:jc w:val="right"/>
      </w:pPr>
      <w:r>
        <w:t>تو اسے کوڑا کر انسان یہ دنیا جو ہے کوڑے کر کے جو انسان سے بھر رہا ہے</w:t>
      </w:r>
    </w:p>
    <w:p>
      <w:r>
        <w:rPr>
          <w:b/>
        </w:rPr>
        <w:t xml:space="preserve">[01:55] </w:t>
      </w:r>
      <w:r>
        <w:t>to</w:t>
      </w:r>
    </w:p>
    <w:p>
      <w:pPr>
        <w:jc w:val="right"/>
      </w:pPr>
      <w:r>
        <w:t>تو</w:t>
      </w:r>
    </w:p>
    <w:p>
      <w:r>
        <w:rPr>
          <w:b/>
        </w:rPr>
        <w:t xml:space="preserve">[02:02] </w:t>
      </w:r>
      <w:r>
        <w:t>isko le kar socha jaye to har din subah uthte hi</w:t>
      </w:r>
    </w:p>
    <w:p>
      <w:pPr>
        <w:jc w:val="right"/>
      </w:pPr>
      <w:r>
        <w:t>اس کو لے کر سوچا جائے تو ہر دن صبح اٹھتے ہی</w:t>
      </w:r>
    </w:p>
    <w:p>
      <w:r>
        <w:rPr>
          <w:b/>
        </w:rPr>
        <w:t xml:space="preserve">[02:10] </w:t>
      </w:r>
      <w:r>
        <w:t>humein char saat ko sochna chahiye</w:t>
      </w:r>
    </w:p>
    <w:p>
      <w:pPr>
        <w:jc w:val="right"/>
      </w:pPr>
      <w:r>
        <w:t>ہمیں چار سات کو سوچنا چاہیے</w:t>
      </w:r>
    </w:p>
    <w:p>
      <w:r>
        <w:rPr>
          <w:b/>
        </w:rPr>
        <w:t xml:space="preserve">[02:16] </w:t>
      </w:r>
      <w:r>
        <w:t>ke main zameen par jo hoon to kya main khuda ka ek mere jaise insan ki zaroorat hai khuda ki main khuda ka ek matloob insan ban sakta hoon</w:t>
      </w:r>
    </w:p>
    <w:p>
      <w:pPr>
        <w:jc w:val="right"/>
      </w:pPr>
      <w:r>
        <w:t>کہ میں زمین پر جو ہوں تو کیا میں خدا کا ایک میرے جیسے انسان کی ضرورت ہے خدا کی میں خدا کا ایک مطلوب انسان بن سکتا ہوں</w:t>
      </w:r>
    </w:p>
    <w:p>
      <w:r>
        <w:rPr>
          <w:b/>
        </w:rPr>
        <w:t xml:space="preserve">[02:36] </w:t>
      </w:r>
      <w:r>
        <w:t>to isko le kar jab hum sochen to</w:t>
      </w:r>
    </w:p>
    <w:p>
      <w:pPr>
        <w:jc w:val="right"/>
      </w:pPr>
      <w:r>
        <w:t>تو اس کو لے کر جب ہم سوچیں تو</w:t>
      </w:r>
    </w:p>
    <w:p>
      <w:r>
        <w:rPr>
          <w:b/>
        </w:rPr>
        <w:t xml:space="preserve">[02:45] </w:t>
      </w:r>
      <w:r>
        <w:t>ek ayat. meri samajh mein aati hai woh ayat padhiye to uska tarjuma padhiye wa hasuna ulaika rafeeqan</w:t>
      </w:r>
    </w:p>
    <w:p>
      <w:pPr>
        <w:jc w:val="right"/>
      </w:pPr>
      <w:r>
        <w:t>ایک آیت۔ میری سمجھ میں آتی ہے وہ آیت پڑھیے تو اس کا ترجمہ پڑھیے وَحَسَنُ أَوْلَئِكَ رَفِيقًا</w:t>
      </w:r>
    </w:p>
    <w:p>
      <w:r>
        <w:rPr>
          <w:b/>
        </w:rPr>
        <w:t xml:space="preserve">[02:57] </w:t>
      </w:r>
      <w:r>
        <w:t>wa mayyati' Allah wa rasool fa ulaa'ika ma'a allazeena an'ama Allah alaihim min an nabiyyeena wa siddiqeena wa shuhadaa'i wa saaliheena</w:t>
      </w:r>
    </w:p>
    <w:p>
      <w:pPr>
        <w:jc w:val="right"/>
      </w:pPr>
      <w:r>
        <w:t>وَمَيُّتِعِ اللَّهَ وَالرَّسُولَ فَاُوْلَئِكَ مَعَ الَّذِينَ أَنْعَمَ اللَّهُ عَلَيْهِمْ مِنَ النَّبِيِّينَ وَالصِّدِّيقِينَ وَالشُّهَدَاءِ وَالصَّالِحِينَ</w:t>
      </w:r>
    </w:p>
    <w:p>
      <w:r>
        <w:rPr>
          <w:b/>
        </w:rPr>
        <w:t xml:space="preserve">[03:06] </w:t>
      </w:r>
      <w:r>
        <w:t>wa hasuna ulaa'ika rafeeqan</w:t>
      </w:r>
    </w:p>
    <w:p>
      <w:pPr>
        <w:jc w:val="right"/>
      </w:pPr>
      <w:r>
        <w:t>وَحَسَنُ أَوْلَئِكَ رَفِيقًا</w:t>
      </w:r>
    </w:p>
    <w:p>
      <w:r>
        <w:rPr>
          <w:b/>
        </w:rPr>
        <w:t xml:space="preserve">[03:09] </w:t>
      </w:r>
      <w:r>
        <w:t>soorah e nisa chapter number four verse number 69</w:t>
      </w:r>
    </w:p>
    <w:p>
      <w:pPr>
        <w:jc w:val="right"/>
      </w:pPr>
      <w:r>
        <w:t>سورہ النساء چیپٹر نمبر فور ورس نمبر 69</w:t>
      </w:r>
    </w:p>
    <w:p>
      <w:r>
        <w:rPr>
          <w:b/>
        </w:rPr>
        <w:t xml:space="preserve">[03:15] </w:t>
      </w:r>
      <w:r>
        <w:t>aur jo Allah aur rasool ki itaat kare ga wo in logon ke saath ho ga jin par Allah</w:t>
      </w:r>
    </w:p>
    <w:p>
      <w:pPr>
        <w:jc w:val="right"/>
      </w:pPr>
      <w:r>
        <w:t>اور جو اللہ اور رسول کی اطاعت کرے گا وہ ان لوگوں کے ساتھ ہوگا جن پر اللہ</w:t>
      </w:r>
    </w:p>
    <w:p>
      <w:r>
        <w:rPr>
          <w:b/>
        </w:rPr>
        <w:t xml:space="preserve">[03:20] </w:t>
      </w:r>
      <w:r>
        <w:t>ne inaam kiya yani pehghambar aur siddiq aur shaheed aur saalih kaisi achi hai un ki rifaqat</w:t>
      </w:r>
    </w:p>
    <w:p>
      <w:pPr>
        <w:jc w:val="right"/>
      </w:pPr>
      <w:r>
        <w:t>نے انعام کیا یعنی پیغمبر اور صدیق اور شہید اور صالح کیسی اچھی ہے ان کی رفاقت</w:t>
      </w:r>
    </w:p>
    <w:p>
      <w:r>
        <w:rPr>
          <w:b/>
        </w:rPr>
        <w:t xml:space="preserve">[03:33] </w:t>
      </w:r>
      <w:r>
        <w:t>to isko le kar agar socha jaye to main samajhta hoon ke jo</w:t>
      </w:r>
    </w:p>
    <w:p>
      <w:pPr>
        <w:jc w:val="right"/>
      </w:pPr>
      <w:r>
        <w:t>تو اس کو لے کر اگر سوچا جائے تو میں سمجھتا ہوں کہ جو</w:t>
      </w:r>
    </w:p>
    <w:p>
      <w:r>
        <w:rPr>
          <w:b/>
        </w:rPr>
        <w:t xml:space="preserve">[03:43] </w:t>
      </w:r>
      <w:r>
        <w:t>cheez samne aati hai to jannat mein</w:t>
      </w:r>
    </w:p>
    <w:p>
      <w:pPr>
        <w:jc w:val="right"/>
      </w:pPr>
      <w:r>
        <w:t>چیز سامنے آتی ہے تو جنت میں</w:t>
      </w:r>
    </w:p>
    <w:p>
      <w:r>
        <w:rPr>
          <w:b/>
        </w:rPr>
        <w:t xml:space="preserve">[03:49] </w:t>
      </w:r>
      <w:r>
        <w:t>jo log jayenge nabi aur shuhada aur wagera woh allah ke selected honge ba selection honge unka intikhab hoga</w:t>
      </w:r>
    </w:p>
    <w:p>
      <w:pPr>
        <w:jc w:val="right"/>
      </w:pPr>
      <w:r>
        <w:t>جو لوگ جائیں گے نبی اور شہداء اور وغیرہ وہ اللہ کے سلیکٹڈ ہوں گے با سلیکشن ہوں گے ان کا انتخاب ہوگا</w:t>
      </w:r>
    </w:p>
    <w:p>
      <w:r>
        <w:rPr>
          <w:b/>
        </w:rPr>
        <w:t xml:space="preserve">[04:08] </w:t>
      </w:r>
      <w:r>
        <w:t>aur iske baad kuch log hain jo chune jayenge</w:t>
      </w:r>
    </w:p>
    <w:p>
      <w:pPr>
        <w:jc w:val="right"/>
      </w:pPr>
      <w:r>
        <w:t>اور اس کے بعد کچھ لوگ ہیں جو چنے جائیں گے</w:t>
      </w:r>
    </w:p>
    <w:p>
      <w:r>
        <w:rPr>
          <w:b/>
        </w:rPr>
        <w:t xml:space="preserve">[04:18] </w:t>
      </w:r>
      <w:r>
        <w:t>is usool ki bina par keh kon log hain jo is group ko</w:t>
      </w:r>
    </w:p>
    <w:p>
      <w:pPr>
        <w:jc w:val="right"/>
      </w:pPr>
      <w:r>
        <w:t>اس اصول کی بنا پر کہ کون لوگ ہیں جو اس گروپ کو</w:t>
      </w:r>
    </w:p>
    <w:p>
      <w:r>
        <w:rPr>
          <w:b/>
        </w:rPr>
        <w:t xml:space="preserve">[04:25] </w:t>
      </w:r>
      <w:r>
        <w:t>ke saath rehne ke qabil hain</w:t>
      </w:r>
    </w:p>
    <w:p>
      <w:pPr>
        <w:jc w:val="right"/>
      </w:pPr>
      <w:r>
        <w:t>کے ساتھ رہنے کے قابل ہیں</w:t>
      </w:r>
    </w:p>
    <w:p>
      <w:r>
        <w:rPr>
          <w:b/>
        </w:rPr>
        <w:t xml:space="preserve">[04:28] </w:t>
      </w:r>
      <w:r>
        <w:t>yani anbiya shuhada jaisay log</w:t>
      </w:r>
    </w:p>
    <w:p>
      <w:pPr>
        <w:jc w:val="right"/>
      </w:pPr>
      <w:r>
        <w:t>یعنی انبیاء شہداء جیسے لوگ</w:t>
      </w:r>
    </w:p>
    <w:p>
      <w:r>
        <w:rPr>
          <w:b/>
        </w:rPr>
        <w:t xml:space="preserve">[04:32] </w:t>
      </w:r>
      <w:r>
        <w:t>jo wahan honge wahan un ko</w:t>
      </w:r>
    </w:p>
    <w:p>
      <w:pPr>
        <w:jc w:val="right"/>
      </w:pPr>
      <w:r>
        <w:t>جو وہاں ہوں گے وہاں ان کو</w:t>
      </w:r>
    </w:p>
    <w:p>
      <w:r>
        <w:rPr>
          <w:b/>
        </w:rPr>
        <w:t xml:space="preserve">[04:36] </w:t>
      </w:r>
      <w:r>
        <w:t>un ke saathi un ke un ke parosi ban sakte hain parosi</w:t>
      </w:r>
    </w:p>
    <w:p>
      <w:pPr>
        <w:jc w:val="right"/>
      </w:pPr>
      <w:r>
        <w:t>ان کے ساتھی ان کے ان کے پڑوسی بن سکتے ہیں پڑوسی</w:t>
      </w:r>
    </w:p>
    <w:p>
      <w:r>
        <w:rPr>
          <w:b/>
        </w:rPr>
        <w:t xml:space="preserve">[04:43] </w:t>
      </w:r>
      <w:r>
        <w:t>to kyun bane keh do group hue aik to selected log</w:t>
      </w:r>
    </w:p>
    <w:p>
      <w:pPr>
        <w:jc w:val="right"/>
      </w:pPr>
      <w:r>
        <w:t>تو کیوں بنے کہ دو گروپ ہوئے ایک تو سلیکٹڈ لوگ</w:t>
      </w:r>
    </w:p>
    <w:p>
      <w:r>
        <w:rPr>
          <w:b/>
        </w:rPr>
        <w:t xml:space="preserve">[04:49] </w:t>
      </w:r>
      <w:r>
        <w:t>pehghambar aur shuhada jaisay log selected</w:t>
      </w:r>
    </w:p>
    <w:p>
      <w:pPr>
        <w:jc w:val="right"/>
      </w:pPr>
      <w:r>
        <w:t>پیغمبر اور شہداء جیسے لوگ سلیکٹڈ</w:t>
      </w:r>
    </w:p>
    <w:p>
      <w:r>
        <w:rPr>
          <w:b/>
        </w:rPr>
        <w:t xml:space="preserve">[04:54] </w:t>
      </w:r>
      <w:r>
        <w:t>aur doosray yeh jo</w:t>
      </w:r>
    </w:p>
    <w:p>
      <w:pPr>
        <w:jc w:val="right"/>
      </w:pPr>
      <w:r>
        <w:t>اور دوسرے یہ جو</w:t>
      </w:r>
    </w:p>
    <w:p>
      <w:r>
        <w:rPr>
          <w:b/>
        </w:rPr>
        <w:t xml:space="preserve">[04:57] </w:t>
      </w:r>
      <w:r>
        <w:t>jo</w:t>
      </w:r>
    </w:p>
    <w:p>
      <w:pPr>
        <w:jc w:val="right"/>
      </w:pPr>
      <w:r>
        <w:t>جو</w:t>
      </w:r>
    </w:p>
    <w:p>
      <w:r>
        <w:rPr>
          <w:b/>
        </w:rPr>
        <w:t xml:space="preserve">[05:02] </w:t>
      </w:r>
      <w:r>
        <w:t>chune jayenge ke yeh unke mahol mein rehne qabil hain</w:t>
      </w:r>
    </w:p>
    <w:p>
      <w:pPr>
        <w:jc w:val="right"/>
      </w:pPr>
      <w:r>
        <w:t>چنے جائیں گے کہ یہ ان کے ماحول میں رہنے قابل ہیں</w:t>
      </w:r>
    </w:p>
    <w:p>
      <w:r>
        <w:rPr>
          <w:b/>
        </w:rPr>
        <w:t xml:space="preserve">[05:11] </w:t>
      </w:r>
      <w:r>
        <w:t>wahan ke mahol mein allow kiya jayega unko ke tum yahan reh sakte ho to main samajhta hoon ke yeh insan ke liye khud hi ek sochne ki baat hai ke woh kis group mein aata hai</w:t>
      </w:r>
    </w:p>
    <w:p>
      <w:pPr>
        <w:jc w:val="right"/>
      </w:pPr>
      <w:r>
        <w:t>وہاں کے ماحول میں الاؤ کیا جائے گا ان کو کہ تم یہاں رہ سکتے ہو تو میں سمجھتا ہوں کہ یہ انسان کے لیے خود ہی ایک سوچنے کی بات ہے کہ وہ کس گروپ میں آتا ہے</w:t>
      </w:r>
    </w:p>
    <w:p>
      <w:r>
        <w:rPr>
          <w:b/>
        </w:rPr>
        <w:t xml:space="preserve">[05:34] </w:t>
      </w:r>
      <w:r>
        <w:t>misal agar woh</w:t>
      </w:r>
    </w:p>
    <w:p>
      <w:pPr>
        <w:jc w:val="right"/>
      </w:pPr>
      <w:r>
        <w:t>مثلا اگر وہ</w:t>
      </w:r>
    </w:p>
    <w:p>
      <w:r>
        <w:rPr>
          <w:b/>
        </w:rPr>
        <w:t xml:space="preserve">[05:39] </w:t>
      </w:r>
      <w:r>
        <w:t>nabiyon ke group mein shuhada group mein nahi hai to ab sawal yeh hai ke woh kya unka parosi banne qabil hai paros mein rakha hai is qabil hai ke woh unke paros mein rakha jaye</w:t>
      </w:r>
    </w:p>
    <w:p>
      <w:pPr>
        <w:jc w:val="right"/>
      </w:pPr>
      <w:r>
        <w:t>نبیوں کے گروپ میں شہداء گروپ میں نہیں ہے تو اب سوال یہ ہے کہ وہ کیا ان کا پڑوسی بننے قابل ہے پڑوس میں رکھا ہے اس قابل ہے کہ وہ ان کے پڑوس میں رکھا جائے</w:t>
      </w:r>
    </w:p>
    <w:p>
      <w:r>
        <w:rPr>
          <w:b/>
        </w:rPr>
        <w:t xml:space="preserve">[05:54] </w:t>
      </w:r>
      <w:r>
        <w:t>to har aadmi ko khud hi intersection ke janna hai ke main kis group mein</w:t>
      </w:r>
    </w:p>
    <w:p>
      <w:pPr>
        <w:jc w:val="right"/>
      </w:pPr>
      <w:r>
        <w:t>تو ہر آدمی کو خود ہی انٹرن سیکشن کے جاننا ہے کہ میں کس گروپ میں</w:t>
      </w:r>
    </w:p>
    <w:p>
      <w:r>
        <w:rPr>
          <w:b/>
        </w:rPr>
        <w:t xml:space="preserve">[06:05] </w:t>
      </w:r>
      <w:r>
        <w:t>aata hoon</w:t>
      </w:r>
    </w:p>
    <w:p>
      <w:pPr>
        <w:jc w:val="right"/>
      </w:pPr>
      <w:r>
        <w:t>آتا ہوں</w:t>
      </w:r>
    </w:p>
    <w:p>
      <w:r>
        <w:rPr>
          <w:b/>
        </w:rPr>
        <w:t xml:space="preserve">[06:15] </w:t>
      </w:r>
      <w:r>
        <w:t>to aik to yeh keh aap aadmi jab paaye keh mein falan group ke qabil hoon aur wo</w:t>
      </w:r>
    </w:p>
    <w:p>
      <w:pPr>
        <w:jc w:val="right"/>
      </w:pPr>
      <w:r>
        <w:t>تو ایک تو یہ کہ آپ آدمی جب پائے کہ میں فلاں گروپ کے قابل ہوں اور وہ</w:t>
      </w:r>
    </w:p>
    <w:p>
      <w:r>
        <w:rPr>
          <w:b/>
        </w:rPr>
        <w:t xml:space="preserve">[06:23] </w:t>
      </w:r>
      <w:r>
        <w:t>accept kiya jaye</w:t>
      </w:r>
    </w:p>
    <w:p>
      <w:pPr>
        <w:jc w:val="right"/>
      </w:pPr>
      <w:r>
        <w:t>ایکسیپٹ کیا جائے</w:t>
      </w:r>
    </w:p>
    <w:p>
      <w:r>
        <w:rPr>
          <w:b/>
        </w:rPr>
        <w:t xml:space="preserve">[06:27] </w:t>
      </w:r>
      <w:r>
        <w:t>aur doosri baat yeh hai ke agar insaan paaye ke mein to yaani is qabil hoon is qabil</w:t>
      </w:r>
    </w:p>
    <w:p>
      <w:pPr>
        <w:jc w:val="right"/>
      </w:pPr>
      <w:r>
        <w:t>اور دوسری بات یہ ہے کہ اگر انسان پائے کہ میں تو یعنی اس قابل ہوں اس قابل</w:t>
      </w:r>
    </w:p>
    <w:p>
      <w:r>
        <w:rPr>
          <w:b/>
        </w:rPr>
        <w:t xml:space="preserve">[06:33] </w:t>
      </w:r>
      <w:r>
        <w:t>hoon to dua kare woh</w:t>
      </w:r>
    </w:p>
    <w:p>
      <w:pPr>
        <w:jc w:val="right"/>
      </w:pPr>
      <w:r>
        <w:t>ہوں تو دعا کرے وہ</w:t>
      </w:r>
    </w:p>
    <w:p>
      <w:r>
        <w:rPr>
          <w:b/>
        </w:rPr>
        <w:t xml:space="preserve">[06:37] </w:t>
      </w:r>
      <w:r>
        <w:t>dua ke khuda mein apne tu ko tu kisi qabil nahi paata lekin tu apni rehmat se mujhe</w:t>
      </w:r>
    </w:p>
    <w:p>
      <w:pPr>
        <w:jc w:val="right"/>
      </w:pPr>
      <w:r>
        <w:t>دعا کہ خدا میں اپنے تو کو تو کسی قابل نہیں پاتا لیکن تو اپنی رحمت سے مجھے</w:t>
      </w:r>
    </w:p>
    <w:p>
      <w:r>
        <w:rPr>
          <w:b/>
        </w:rPr>
        <w:t xml:space="preserve">[06:46] </w:t>
      </w:r>
      <w:r>
        <w:t>chahe to is group mein dakhil kar de</w:t>
      </w:r>
    </w:p>
    <w:p>
      <w:pPr>
        <w:jc w:val="right"/>
      </w:pPr>
      <w:r>
        <w:t>چاہے تو اس گروپ میں داخل کر دے</w:t>
      </w:r>
    </w:p>
    <w:p>
      <w:r>
        <w:rPr>
          <w:b/>
        </w:rPr>
        <w:t xml:space="preserve">[06:50] </w:t>
      </w:r>
      <w:r>
        <w:t>to yeh teen category mere samne mere samajh mein aati hai</w:t>
      </w:r>
    </w:p>
    <w:p>
      <w:pPr>
        <w:jc w:val="right"/>
      </w:pPr>
      <w:r>
        <w:t>تو یہ تین کیٹگری میرے سامنے میرے سمجھ میں آتی ہے</w:t>
      </w:r>
    </w:p>
    <w:p>
      <w:r>
        <w:rPr>
          <w:b/>
        </w:rPr>
        <w:t xml:space="preserve">[06:55] </w:t>
      </w:r>
      <w:r>
        <w:t>yaani ek to in logon ki category jiska zikr quran mein hai anbiya</w:t>
      </w:r>
    </w:p>
    <w:p>
      <w:pPr>
        <w:jc w:val="right"/>
      </w:pPr>
      <w:r>
        <w:t>یعنی ایک تو ان لوگوں کی کیٹگری جس کا ذکر قرآن میں ہے انبیاء</w:t>
      </w:r>
    </w:p>
    <w:p>
      <w:r>
        <w:rPr>
          <w:b/>
        </w:rPr>
        <w:t xml:space="preserve">[07:00] </w:t>
      </w:r>
      <w:r>
        <w:t>aur shuhada jaise log aur doosre woh jo unke andar woh unka parosi karne ki unka parosi banne ki ahliyat payi jaye agar aadmi paye ke main to parosi qabil bhi nahi hoon to phir iske aap se nahi ke woh dua kare</w:t>
      </w:r>
    </w:p>
    <w:p>
      <w:pPr>
        <w:jc w:val="right"/>
      </w:pPr>
      <w:r>
        <w:t>اور شہداء جیسے لوگ اور دوسرے وہ جو ان کے اندر وہ ان کا پڑوسی کرنے کی ان کا پڑوسی بننے کی اہلیت پائی جائے اگر آدمی پائے کہ میں تو پڑوسی قابل بھی نہیں ہوں تو پھر اس کے آپ سے نہیں کہ وہ دعا کرے</w:t>
      </w:r>
    </w:p>
    <w:p>
      <w:r>
        <w:rPr>
          <w:b/>
        </w:rPr>
        <w:t xml:space="preserve">[07:28] </w:t>
      </w:r>
      <w:r>
        <w:t>dua kare</w:t>
      </w:r>
    </w:p>
    <w:p>
      <w:pPr>
        <w:jc w:val="right"/>
      </w:pPr>
      <w:r>
        <w:t>دعا کرے</w:t>
      </w:r>
    </w:p>
    <w:p>
      <w:r>
        <w:rPr>
          <w:b/>
        </w:rPr>
        <w:t xml:space="preserve">[07:32] </w:t>
      </w:r>
      <w:r>
        <w:t>kyunki quran mein aata hai ke la taqnat yani aadmi ne kisi group mein na na paye tab bhi woh iske liye ek ek hai ek category ke woh Allah se umeed qaim rakhe woh</w:t>
      </w:r>
    </w:p>
    <w:p>
      <w:pPr>
        <w:jc w:val="right"/>
      </w:pPr>
      <w:r>
        <w:t>کیونکہ قرآن میں آتا ہے کہ لا تخنت یعنی آدمی نے کسی گرپ میں نہ نہ پائے تب بھی وہ اس کے لیے ایک ایک ہے ایک کیٹگری کہ وہ اللہ سے امید قائم رکھے وہ</w:t>
      </w:r>
    </w:p>
    <w:p>
      <w:r>
        <w:rPr>
          <w:b/>
        </w:rPr>
        <w:t xml:space="preserve">[07:53] </w:t>
      </w:r>
      <w:r>
        <w:t>is aayat ko padhiye iske tarjume ki padhiye</w:t>
      </w:r>
    </w:p>
    <w:p>
      <w:pPr>
        <w:jc w:val="right"/>
      </w:pPr>
      <w:r>
        <w:t>اس آیت کو پڑھیے اس کے ترجمے کی پڑھیے</w:t>
      </w:r>
    </w:p>
    <w:p>
      <w:r>
        <w:rPr>
          <w:b/>
        </w:rPr>
        <w:t xml:space="preserve">[07:57] </w:t>
      </w:r>
      <w:r>
        <w:t>qul ya ibadi allazina asrafu ala anfusihim la taqnatu min rahmatillah innallaha yaghfiruz zunuba jami'an innahu</w:t>
      </w:r>
    </w:p>
    <w:p>
      <w:pPr>
        <w:jc w:val="right"/>
      </w:pPr>
      <w:r>
        <w:t>قل یا عبادی الذین اسرفوا علی انفسہم لا تقنتو من رحمت اللہ ان اللہ یغفر الذنوب جمیعا انہو</w:t>
      </w:r>
    </w:p>
    <w:p>
      <w:r>
        <w:rPr>
          <w:b/>
        </w:rPr>
        <w:t xml:space="preserve">[08:05] </w:t>
      </w:r>
      <w:r>
        <w:t>al-ghafurur rahim keh a mere bando jinhone apni janon par ziyadati ki hai Allah ki rehmat se</w:t>
      </w:r>
    </w:p>
    <w:p>
      <w:pPr>
        <w:jc w:val="right"/>
      </w:pPr>
      <w:r>
        <w:t>الغفور الرحیم کہہ اے میرے بندو جنہوں نے اپنی جانوں پر زیادتی کی ہے اللہ کی رحمت سے</w:t>
      </w:r>
    </w:p>
    <w:p>
      <w:r>
        <w:rPr>
          <w:b/>
        </w:rPr>
        <w:t xml:space="preserve">[08:14] </w:t>
      </w:r>
      <w:r>
        <w:t>mayus na ho beshak Allah tamam gunahon ko maaf kar deta hai beshak woh bakhsne wala</w:t>
      </w:r>
    </w:p>
    <w:p>
      <w:pPr>
        <w:jc w:val="right"/>
      </w:pPr>
      <w:r>
        <w:t>مایوس نہ ہو بے شک اللہ تمام گناہوں کو معاف کر دیتا ہے بے شک وہ بخشنے والا</w:t>
      </w:r>
    </w:p>
    <w:p>
      <w:r>
        <w:rPr>
          <w:b/>
        </w:rPr>
        <w:t xml:space="preserve">[08:20] </w:t>
      </w:r>
      <w:r>
        <w:t>reham karne wala hai surah zumar</w:t>
      </w:r>
    </w:p>
    <w:p>
      <w:pPr>
        <w:jc w:val="right"/>
      </w:pPr>
      <w:r>
        <w:t>رحم کرنے والا ہے سورہ الزمر</w:t>
      </w:r>
    </w:p>
    <w:p>
      <w:r>
        <w:rPr>
          <w:b/>
        </w:rPr>
        <w:t xml:space="preserve">[08:25] </w:t>
      </w:r>
      <w:r>
        <w:t>to yeh ek category yeh hui</w:t>
      </w:r>
    </w:p>
    <w:p>
      <w:pPr>
        <w:jc w:val="right"/>
      </w:pPr>
      <w:r>
        <w:t>تو یہ ایک کیٹگری یہ ہوئی</w:t>
      </w:r>
    </w:p>
    <w:p>
      <w:r>
        <w:rPr>
          <w:b/>
        </w:rPr>
        <w:t xml:space="preserve">[08:29] </w:t>
      </w:r>
      <w:r>
        <w:t>ke jin ko Allah maaf kar de</w:t>
      </w:r>
    </w:p>
    <w:p>
      <w:pPr>
        <w:jc w:val="right"/>
      </w:pPr>
      <w:r>
        <w:t>کہ جن کو اللہ معاف کر دے</w:t>
      </w:r>
    </w:p>
    <w:p>
      <w:r>
        <w:rPr>
          <w:b/>
        </w:rPr>
        <w:t xml:space="preserve">[08:33] </w:t>
      </w:r>
      <w:r>
        <w:t>to is category ke liye umeed</w:t>
      </w:r>
    </w:p>
    <w:p>
      <w:pPr>
        <w:jc w:val="right"/>
      </w:pPr>
      <w:r>
        <w:t>تو اس کیٹگری کے لیے امید</w:t>
      </w:r>
    </w:p>
    <w:p>
      <w:r>
        <w:rPr>
          <w:b/>
        </w:rPr>
        <w:t xml:space="preserve">[08:38] </w:t>
      </w:r>
      <w:r>
        <w:t>rakhna ho</w:t>
      </w:r>
    </w:p>
    <w:p>
      <w:pPr>
        <w:jc w:val="right"/>
      </w:pPr>
      <w:r>
        <w:t>رکھنا ہو</w:t>
      </w:r>
    </w:p>
    <w:p>
      <w:r>
        <w:rPr>
          <w:b/>
        </w:rPr>
        <w:t xml:space="preserve">[08:39] </w:t>
      </w:r>
      <w:r>
        <w:t>yeh bhi ek ek khana hai</w:t>
      </w:r>
    </w:p>
    <w:p>
      <w:pPr>
        <w:jc w:val="right"/>
      </w:pPr>
      <w:r>
        <w:t>یہ بھی ایک ایک خانہ ہے</w:t>
      </w:r>
    </w:p>
    <w:p>
      <w:r>
        <w:rPr>
          <w:b/>
        </w:rPr>
        <w:t xml:space="preserve">[08:45] </w:t>
      </w:r>
      <w:r>
        <w:t>to yeh mere samne aata hai yeh shayad iska matlab ab aap log kuch is par izafa karen</w:t>
      </w:r>
    </w:p>
    <w:p>
      <w:pPr>
        <w:jc w:val="right"/>
      </w:pPr>
      <w:r>
        <w:t>تو یہ میرے سامنے آتا ہے یہ شاید اس کا مطلب اب آپ لوگ کچھ اس پر اضافہ کریں</w:t>
      </w:r>
    </w:p>
    <w:p>
      <w:r>
        <w:rPr>
          <w:b/>
        </w:rPr>
        <w:t xml:space="preserve">[09:04] </w:t>
      </w:r>
      <w:r>
        <w:t>maulana yeh quran mein jo quran ki aayat</w:t>
      </w:r>
    </w:p>
    <w:p>
      <w:pPr>
        <w:jc w:val="right"/>
      </w:pPr>
      <w:r>
        <w:t>مولانا یہ قرآن میں جو قرآن کی آیت</w:t>
      </w:r>
    </w:p>
    <w:p>
      <w:r>
        <w:rPr>
          <w:b/>
        </w:rPr>
        <w:t xml:space="preserve">[09:09] </w:t>
      </w:r>
      <w:r>
        <w:t>fawla'ika ma'allazina an'amallahu 'alaihim minan nabiyyina was siddiqina wash shuhada'i was salihina yahan par char category batayi gayi hai</w:t>
      </w:r>
    </w:p>
    <w:p>
      <w:pPr>
        <w:jc w:val="right"/>
      </w:pPr>
      <w:r>
        <w:t>فَوْلَئِكَ مَعَ الَّذِينَ أَنْعَمَ اللَّهُ عَلَيْهِمْ مِنَ النَّبِيِّينَ وَالصِّدِّيقِينَ وَالشُّهَدَاءِ وَالصَّالِحِينَ یہاں پر چار کیٹگری بتائی گئی ہے</w:t>
      </w:r>
    </w:p>
    <w:p>
      <w:r>
        <w:rPr>
          <w:b/>
        </w:rPr>
        <w:t xml:space="preserve">[09:18] </w:t>
      </w:r>
      <w:r>
        <w:t>nabi siddiq shuhada aur salih</w:t>
      </w:r>
    </w:p>
    <w:p>
      <w:pPr>
        <w:jc w:val="right"/>
      </w:pPr>
      <w:r>
        <w:t>نبی صدیق شہداء اور صالح</w:t>
      </w:r>
    </w:p>
    <w:p>
      <w:r>
        <w:rPr>
          <w:b/>
        </w:rPr>
        <w:t xml:space="preserve">[09:22] </w:t>
      </w:r>
      <w:r>
        <w:t>to insaan ke liye jab woh jannat mein dakhil hona chahta ho sirf yahi char category hai ya</w:t>
      </w:r>
    </w:p>
    <w:p>
      <w:pPr>
        <w:jc w:val="right"/>
      </w:pPr>
      <w:r>
        <w:t>تو انسان کے لیے جب وہ جنت میں داخل ہونا چاہتا ہو صرف یہی چار کیٹگری ہے یا</w:t>
      </w:r>
    </w:p>
    <w:p>
      <w:r>
        <w:rPr>
          <w:b/>
        </w:rPr>
        <w:t xml:space="preserve">[09:30] </w:t>
      </w:r>
      <w:r>
        <w:t>koi aur cheez bhi hai</w:t>
      </w:r>
    </w:p>
    <w:p>
      <w:pPr>
        <w:jc w:val="right"/>
      </w:pPr>
      <w:r>
        <w:t>کوئی اور چیز بھی ہے</w:t>
      </w:r>
    </w:p>
    <w:p>
      <w:r>
        <w:rPr>
          <w:b/>
        </w:rPr>
        <w:t xml:space="preserve">[09:35] </w:t>
      </w:r>
      <w:r>
        <w:t>nahi aur bhi hai jo</w:t>
      </w:r>
    </w:p>
    <w:p>
      <w:pPr>
        <w:jc w:val="right"/>
      </w:pPr>
      <w:r>
        <w:t>نہیں اور بھی ہے جو</w:t>
      </w:r>
    </w:p>
    <w:p>
      <w:r>
        <w:rPr>
          <w:b/>
        </w:rPr>
        <w:t xml:space="preserve">[09:42] </w:t>
      </w:r>
      <w:r>
        <w:t>is tarike se is mein jagah payein ke dua ki unhone aur dua Allah ne qabool kar li</w:t>
      </w:r>
    </w:p>
    <w:p>
      <w:pPr>
        <w:jc w:val="right"/>
      </w:pPr>
      <w:r>
        <w:t>اس طریقے سے اس میں جگہ پائیں کہ دعا کی انہوں نے اور دعا اللہ نے قبول کر لی</w:t>
      </w:r>
    </w:p>
    <w:p>
      <w:r>
        <w:rPr>
          <w:b/>
        </w:rPr>
        <w:t xml:space="preserve">[09:52] </w:t>
      </w:r>
      <w:r>
        <w:t>yeh to ek badi bahut badi category hai aap ki dua Allah ke haan qabil e qabool qarar paye</w:t>
      </w:r>
    </w:p>
    <w:p>
      <w:pPr>
        <w:jc w:val="right"/>
      </w:pPr>
      <w:r>
        <w:t>یہ تو ایک بڑی بہت بڑی کیٹگری ہے آپ کی دعا اللہ کے ہاں قابل قبول قرار پائے</w:t>
      </w:r>
    </w:p>
    <w:p>
      <w:r>
        <w:rPr>
          <w:b/>
        </w:rPr>
        <w:t xml:space="preserve">[10:02] </w:t>
      </w:r>
      <w:r>
        <w:t>aap sochein Allah ki aayaton par Allah ke achhe bando par aur phir dua karein to agar dua aap ki accepted ho jaye to woh bhi ek category hui</w:t>
      </w:r>
    </w:p>
    <w:p>
      <w:pPr>
        <w:jc w:val="right"/>
      </w:pPr>
      <w:r>
        <w:t>آپ سوچیں اللہ کی آیتوں پر اللہ کے اچھے بندوں پر اور پھر دعا کریں تو اگر دعا آپ کی ایکسیپٹڈ ہو جائے تو وہ بھی ایک کیٹگری ہوئی</w:t>
      </w:r>
    </w:p>
    <w:p>
      <w:r>
        <w:rPr>
          <w:b/>
        </w:rPr>
        <w:t xml:space="preserve">[10:22] </w:t>
      </w:r>
      <w:r>
        <w:t>ah saleem sahab ne shuru mein kaha tha how to develop divine thought to dua karna yeh divine thought ko develop karne ka ek zariya hai haan bilkul bilkul</w:t>
      </w:r>
    </w:p>
    <w:p>
      <w:pPr>
        <w:jc w:val="right"/>
      </w:pPr>
      <w:r>
        <w:t>اہ سلیم صاحب نے شروع میں کہا تھا ہاؤ ٹو ڈیولپ ڈیوائن تھاٹ تو دعا کرنا یہ ڈیوائن تھاٹ کو ڈیولپ کرنے کا ایک ذریعہ ہے ہاں بالکل بالکل</w:t>
      </w:r>
    </w:p>
    <w:p>
      <w:r>
        <w:rPr>
          <w:b/>
        </w:rPr>
        <w:t xml:space="preserve">[10:37] </w:t>
      </w:r>
      <w:r>
        <w:t>Maulana, the second category that you talked about, jo jo char category ke sath rehne wale hon unka kya, how can we understand that category?</w:t>
      </w:r>
    </w:p>
    <w:p>
      <w:pPr>
        <w:jc w:val="right"/>
      </w:pPr>
      <w:r>
        <w:t>مولانا دا سیکنڈ کیٹگری دیٹ یو ٹاکڈ اباؤٹ جو جو چار کیٹگری کے ساتھ رہنے والے ہوں ان کا کیا ہاؤ کین وی انڈرسٹینڈ دیٹ کیٹگری</w:t>
      </w:r>
    </w:p>
    <w:p>
      <w:r>
        <w:rPr>
          <w:b/>
        </w:rPr>
        <w:t xml:space="preserve">[10:56] </w:t>
      </w:r>
      <w:r>
        <w:t>woh to quran mein zikr hai padhiya is aayat ko Allah war rasul allazina an'amallahu 'alaihim minan nabiyyin</w:t>
      </w:r>
    </w:p>
    <w:p>
      <w:pPr>
        <w:jc w:val="right"/>
      </w:pPr>
      <w:r>
        <w:t>وہ تو قرآن میں ذکر ہے پڑھیا اس آیت کو اللہ والرسول الذین انعم اللہ علیہم من النبیین</w:t>
      </w:r>
    </w:p>
    <w:p>
      <w:r>
        <w:rPr>
          <w:b/>
        </w:rPr>
        <w:t xml:space="preserve">[11:06] </w:t>
      </w:r>
      <w:r>
        <w:t>was siddiqina wash shuhada'i was salihina wa hasuna rafiqa</w:t>
      </w:r>
    </w:p>
    <w:p>
      <w:pPr>
        <w:jc w:val="right"/>
      </w:pPr>
      <w:r>
        <w:t>والصدیقین والشہداء والصالحین وحسن رفیقہ</w:t>
      </w:r>
    </w:p>
    <w:p>
      <w:r>
        <w:rPr>
          <w:b/>
        </w:rPr>
        <w:t xml:space="preserve">[11:11] </w:t>
      </w:r>
      <w:r>
        <w:t>jisne Allah aur uske rasool ki itaat ki to woh un logon ke sath hoga jis</w:t>
      </w:r>
    </w:p>
    <w:p>
      <w:pPr>
        <w:jc w:val="right"/>
      </w:pPr>
      <w:r>
        <w:t>جس نے اللہ اور اس کے رسول کی اطاعت کی تو وہ ان لوگوں کے ساتھ ہوگا جس</w:t>
      </w:r>
    </w:p>
    <w:p>
      <w:r>
        <w:rPr>
          <w:b/>
        </w:rPr>
        <w:t xml:space="preserve">[11:15] </w:t>
      </w:r>
      <w:r>
        <w:t>par Allah taala ne inaam Allah ne inaam kiya yaani nabi siddiq shuhada aur salihin kaise achhe hain</w:t>
      </w:r>
    </w:p>
    <w:p>
      <w:pPr>
        <w:jc w:val="right"/>
      </w:pPr>
      <w:r>
        <w:t>پر اللہ تعالی نے انعام اللہ نے انعام کیا یعنی نبی صدیق شہداء اور صالحین کیسے اچھے ہیں</w:t>
      </w:r>
    </w:p>
    <w:p>
      <w:r>
        <w:rPr>
          <w:b/>
        </w:rPr>
        <w:t xml:space="preserve">[11:23] </w:t>
      </w:r>
      <w:r>
        <w:t>yeh log bator rafiq</w:t>
      </w:r>
    </w:p>
    <w:p>
      <w:pPr>
        <w:jc w:val="right"/>
      </w:pPr>
      <w:r>
        <w:t>یہ لوگ بطور رفیق</w:t>
      </w:r>
    </w:p>
    <w:p>
      <w:r>
        <w:rPr>
          <w:b/>
        </w:rPr>
        <w:t xml:space="preserve">[11:27] </w:t>
      </w:r>
      <w:r>
        <w:t>yeh to mention category hai ji aur doosri dua</w:t>
      </w:r>
    </w:p>
    <w:p>
      <w:pPr>
        <w:jc w:val="right"/>
      </w:pPr>
      <w:r>
        <w:t>یہ تو مینشن کیٹگری ہے جی اور دوسری دعا</w:t>
      </w:r>
    </w:p>
    <w:p>
      <w:r>
        <w:rPr>
          <w:b/>
        </w:rPr>
        <w:t xml:space="preserve">[11:33] </w:t>
      </w:r>
      <w:r>
        <w:t>aap ki jaay</w:t>
      </w:r>
    </w:p>
    <w:p>
      <w:pPr>
        <w:jc w:val="right"/>
      </w:pPr>
      <w:r>
        <w:t>آپ کی جائے</w:t>
      </w:r>
    </w:p>
    <w:p>
      <w:r>
        <w:rPr>
          <w:b/>
        </w:rPr>
        <w:t xml:space="preserve">[11:39] </w:t>
      </w:r>
      <w:r>
        <w:t>to mere khayal se yeh char category bani ji</w:t>
      </w:r>
    </w:p>
    <w:p>
      <w:pPr>
        <w:jc w:val="right"/>
      </w:pPr>
      <w:r>
        <w:t>تو میرے خیال سے یہ چار کیٹگری بنی جی</w:t>
      </w:r>
    </w:p>
    <w:p>
      <w:r>
        <w:rPr>
          <w:b/>
        </w:rPr>
        <w:t xml:space="preserve">[11:42] </w:t>
      </w:r>
      <w:r>
        <w:t>to ji Maulana to ah naghma aap ka sawal yeh hai ke is ke sath jo koi aur rahe to kya woh bhi is mein shamil hoga main to samajhta hoon ke zaroor hoga uska wahi hai rasta ke woh dua kare dua kare dua kare yahan tak ke uski dua qabool ho jaye</w:t>
      </w:r>
    </w:p>
    <w:p>
      <w:pPr>
        <w:jc w:val="right"/>
      </w:pPr>
      <w:r>
        <w:t>تو جی مولانا تو اہ نغمہ آپ کا سوال یہ ہے کہ اس کے ساتھ جو کوئی اور رہے تو کیا وہ بھی اس میں شامل ہوگا میں تو سمجھتا ہوں کہ ضرور ہوگا اس کا وہی ہے راستہ کہ وہ دعا کرے دعا کرے دعا کرے یہاں تک کہ اس کی دعا قبول ہو جائے</w:t>
      </w:r>
    </w:p>
    <w:p>
      <w:r>
        <w:rPr>
          <w:b/>
        </w:rPr>
        <w:t xml:space="preserve">[12:02] </w:t>
      </w:r>
      <w:r>
        <w:t>maulana ek hadith aati hai aap bhi is ko dohrate rehte hain hum al jalsah la ashqab hum jaleesuhm</w:t>
      </w:r>
    </w:p>
    <w:p>
      <w:pPr>
        <w:jc w:val="right"/>
      </w:pPr>
      <w:r>
        <w:t>مولانا ایک حدیث آتی ہے آپ بھی اس کو دہراتے رہتے ہیں ہم الجلسہ لا اشقابہم جلیسہم</w:t>
      </w:r>
    </w:p>
    <w:p>
      <w:r>
        <w:rPr>
          <w:b/>
        </w:rPr>
        <w:t xml:space="preserve">[12:13] </w:t>
      </w:r>
      <w:r>
        <w:t>koi aise saathi hain ke un ke saath baithne wale doosre log bhi shaqi nahi banaye jayenge hmm to is ka kya matlab hai</w:t>
      </w:r>
    </w:p>
    <w:p>
      <w:pPr>
        <w:jc w:val="right"/>
      </w:pPr>
      <w:r>
        <w:t>کوئی ایسے ساتھی ہیں کہ ان کے ساتھ بیٹھنے والے دوسرے لوگ بھی شقی نہیں بنائے جائیں گے ہمم تو اس کا کیا مطلب ہے</w:t>
      </w:r>
    </w:p>
    <w:p>
      <w:r>
        <w:rPr>
          <w:b/>
        </w:rPr>
        <w:t xml:space="preserve">[12:27] </w:t>
      </w:r>
      <w:r>
        <w:t>is ka matlab wahi woh</w:t>
      </w:r>
    </w:p>
    <w:p>
      <w:pPr>
        <w:jc w:val="right"/>
      </w:pPr>
      <w:r>
        <w:t>اس کا مطلب وہی وہ</w:t>
      </w:r>
    </w:p>
    <w:p>
      <w:r>
        <w:rPr>
          <w:b/>
        </w:rPr>
        <w:t xml:space="preserve">[12:30] </w:t>
      </w:r>
      <w:r>
        <w:t>wahi usi group usi group mein se ek</w:t>
      </w:r>
    </w:p>
    <w:p>
      <w:pPr>
        <w:jc w:val="right"/>
      </w:pPr>
      <w:r>
        <w:t>وہی اسی گروہ اسی گروہ میں سے ایک</w:t>
      </w:r>
    </w:p>
    <w:p>
      <w:r>
        <w:rPr>
          <w:b/>
        </w:rPr>
        <w:t xml:space="preserve">[12:36] </w:t>
      </w:r>
      <w:r>
        <w:t>ek ek saf woh in logon ko hogi</w:t>
      </w:r>
    </w:p>
    <w:p>
      <w:pPr>
        <w:jc w:val="right"/>
      </w:pPr>
      <w:r>
        <w:t>ایک ایک صف وہ ان لوگوں کو ہوگی</w:t>
      </w:r>
    </w:p>
    <w:p>
      <w:r>
        <w:rPr>
          <w:b/>
        </w:rPr>
        <w:t xml:space="preserve">[12:41] </w:t>
      </w:r>
      <w:r>
        <w:t>jo bataye pichli saf mein honge acha bataye hmm</w:t>
      </w:r>
    </w:p>
    <w:p>
      <w:pPr>
        <w:jc w:val="right"/>
      </w:pPr>
      <w:r>
        <w:t>جو بتائے پچھلی صف میں ہوں گے اچھا بتائے ہمم</w:t>
      </w:r>
    </w:p>
    <w:p>
      <w:r>
        <w:rPr>
          <w:b/>
        </w:rPr>
        <w:t xml:space="preserve">[12:47] </w:t>
      </w:r>
      <w:r>
        <w:t>kyunke honge honge lekin bataye pichli saf mein honge to inhi ke bare mein hai</w:t>
      </w:r>
    </w:p>
    <w:p>
      <w:pPr>
        <w:jc w:val="right"/>
      </w:pPr>
      <w:r>
        <w:t>کیونکہ ہوں گے ہوں گے لیکن بتائے پچھلی صف میں ہوں گے تو انہی کے بارے میں ہے</w:t>
      </w:r>
    </w:p>
    <w:p>
      <w:r>
        <w:rPr>
          <w:b/>
        </w:rPr>
        <w:t xml:space="preserve">[12:54] </w:t>
      </w:r>
      <w:r>
        <w:t>ke ishqaa j</w:t>
      </w:r>
    </w:p>
    <w:p>
      <w:pPr>
        <w:jc w:val="right"/>
      </w:pPr>
      <w:r>
        <w:t>کہ عشقاء ج</w:t>
      </w:r>
    </w:p>
    <w:p>
      <w:r>
        <w:rPr>
          <w:b/>
        </w:rPr>
        <w:t xml:space="preserve">[12:58] </w:t>
      </w:r>
      <w:r>
        <w:t>lus Maulana shayad aap ne jo yeh char categories ka zikr kiya hai is ke sath aap ne</w:t>
      </w:r>
    </w:p>
    <w:p>
      <w:pPr>
        <w:jc w:val="right"/>
      </w:pPr>
      <w:r>
        <w:t>لوس مولانا شاید آپ نے جو یہ چار کیٹگریز کا ذکر کیا ہے اس کے ساتھ آپ نے</w:t>
      </w:r>
    </w:p>
    <w:p>
      <w:r>
        <w:rPr>
          <w:b/>
        </w:rPr>
        <w:t xml:space="preserve">[13:05] </w:t>
      </w:r>
      <w:r>
        <w:t>ek yeh bhi farma diya jo mein samajh paya hoon ke in char categories ke sath jo aur</w:t>
      </w:r>
    </w:p>
    <w:p>
      <w:pPr>
        <w:jc w:val="right"/>
      </w:pPr>
      <w:r>
        <w:t>ایک یہ بھی فرما دیا جو میں سمجھ پایا ہوں کہ ان چار کیٹگریز کے ساتھ جو اور</w:t>
      </w:r>
    </w:p>
    <w:p>
      <w:r>
        <w:rPr>
          <w:b/>
        </w:rPr>
        <w:t xml:space="preserve">[13:12] </w:t>
      </w:r>
      <w:r>
        <w:t>categories in ke rafeeq banenge in ke path pe chalenge shayad woh bhi second category jannat</w:t>
      </w:r>
    </w:p>
    <w:p>
      <w:pPr>
        <w:jc w:val="right"/>
      </w:pPr>
      <w:r>
        <w:t>کیٹگریز ان کے رفیق بنیں گے ان کے پاتھ پہ چلیں گے شاید وہ بھی سیکنڈ کیٹگری جنت</w:t>
      </w:r>
    </w:p>
    <w:p>
      <w:r>
        <w:rPr>
          <w:b/>
        </w:rPr>
        <w:t xml:space="preserve">[13:18] </w:t>
      </w:r>
      <w:r>
        <w:t>ke liye qualification karegi Maulana yeh sawal hai shujaat ali London se hain shujaat ali London se</w:t>
      </w:r>
    </w:p>
    <w:p>
      <w:pPr>
        <w:jc w:val="right"/>
      </w:pPr>
      <w:r>
        <w:t>کے لیے کوالیفیکیشن کرے گی مولانا یہ سوال ہے شجاعت علی لندن سے ہیں شجاعت علی لندن سے</w:t>
      </w:r>
    </w:p>
    <w:p>
      <w:r>
        <w:rPr>
          <w:b/>
        </w:rPr>
        <w:t xml:space="preserve">[13:26] </w:t>
      </w:r>
      <w:r>
        <w:t>sawal kar rahe hain ji woh kon se log hain jinhein Allah pak nahi karega aur insan</w:t>
      </w:r>
    </w:p>
    <w:p>
      <w:pPr>
        <w:jc w:val="right"/>
      </w:pPr>
      <w:r>
        <w:t>سوال کر رہے ہیں جی وہ کون سے لوگ ہیں جنہیں اللہ پاک نہیں کرے گا اور انسان</w:t>
      </w:r>
    </w:p>
    <w:p>
      <w:r>
        <w:rPr>
          <w:b/>
        </w:rPr>
        <w:t xml:space="preserve">[13:32] </w:t>
      </w:r>
      <w:r>
        <w:t>ko pak karne ka matlab kya hai Quran ki ayat hai shayad is ayat ki taraf ishara in</w:t>
      </w:r>
    </w:p>
    <w:p>
      <w:pPr>
        <w:jc w:val="right"/>
      </w:pPr>
      <w:r>
        <w:t>کو پاک کرنے کا مطلب کیا ہے قرآن کی آیت ہے شاید اس آیت کی طرف اشارہ ان</w:t>
      </w:r>
    </w:p>
    <w:p>
      <w:r>
        <w:rPr>
          <w:b/>
        </w:rPr>
        <w:t xml:space="preserve">[13:38] </w:t>
      </w:r>
      <w:r>
        <w:t>ka ah innal lazina yaktumana ma anzala Allahu minal kitabi</w:t>
      </w:r>
    </w:p>
    <w:p>
      <w:pPr>
        <w:jc w:val="right"/>
      </w:pPr>
      <w:r>
        <w:t>کا اہ ان الذین یکتمنا ما انزل اللہ من الکتاب</w:t>
      </w:r>
    </w:p>
    <w:p>
      <w:r>
        <w:rPr>
          <w:b/>
        </w:rPr>
        <w:t xml:space="preserve">[13:43] </w:t>
      </w:r>
      <w:r>
        <w:t>wa yashtaruna bihi thamanan qalilan ulaika ma yaquluna fi butunihim illan nara wala yukallimuhum Allahu yawmal qiyamati wala yuzakkihim</w:t>
      </w:r>
    </w:p>
    <w:p>
      <w:pPr>
        <w:jc w:val="right"/>
      </w:pPr>
      <w:r>
        <w:t>ویشترون بہی ثمنا قلیلا اولائک ما یعقلون فی بطونہم الا النار ولا یکلمہم اللہ یوم القیامت ولا یزکیہم</w:t>
      </w:r>
    </w:p>
    <w:p>
      <w:r>
        <w:rPr>
          <w:b/>
        </w:rPr>
        <w:t xml:space="preserve">[13:54] </w:t>
      </w:r>
      <w:r>
        <w:t>adhabun aleem beshak jin logon ne chupaya in cheezon ko jis ko Allah taala ne kitab mein</w:t>
      </w:r>
    </w:p>
    <w:p>
      <w:pPr>
        <w:jc w:val="right"/>
      </w:pPr>
      <w:r>
        <w:t>عذاب علیم بے شک جن لوگوں نے چھپایا ان چیزوں کو جس کو اللہ تعالی نے کتاب میں</w:t>
      </w:r>
    </w:p>
    <w:p>
      <w:r>
        <w:rPr>
          <w:b/>
        </w:rPr>
        <w:t xml:space="preserve">[14:02] </w:t>
      </w:r>
      <w:r>
        <w:t>nazil kiya aur is ke badle unhone thaman qalil khareeda yeh woh log hain jo apne pait</w:t>
      </w:r>
    </w:p>
    <w:p>
      <w:pPr>
        <w:jc w:val="right"/>
      </w:pPr>
      <w:r>
        <w:t>نازل کیا اور اس کے بدلے انہوں نے ثمن قلیل خریدا یہ وہ لوگ ہیں جو اپنے پیٹ</w:t>
      </w:r>
    </w:p>
    <w:p>
      <w:r>
        <w:rPr>
          <w:b/>
        </w:rPr>
        <w:t xml:space="preserve">[14:10] </w:t>
      </w:r>
      <w:r>
        <w:t>mein sirf aag ko khate hain Allah taala qayamat ke din un se baat nahi karega aur</w:t>
      </w:r>
    </w:p>
    <w:p>
      <w:pPr>
        <w:jc w:val="right"/>
      </w:pPr>
      <w:r>
        <w:t>میں صرف اگ کو کھاتے ہیں اللہ تعالی قیامت کے دن ان سے بات نہیں کرے گا اور</w:t>
      </w:r>
    </w:p>
    <w:p>
      <w:r>
        <w:rPr>
          <w:b/>
        </w:rPr>
        <w:t xml:space="preserve">[14:17] </w:t>
      </w:r>
      <w:r>
        <w:t>un ka tazkiya nahi karega un ke liye sakht azab hai</w:t>
      </w:r>
    </w:p>
    <w:p>
      <w:pPr>
        <w:jc w:val="right"/>
      </w:pPr>
      <w:r>
        <w:t>ان کا تزکیہ نہیں کرے گا ان کے لیے سخت عذاب ہے</w:t>
      </w:r>
    </w:p>
    <w:p>
      <w:r>
        <w:rPr>
          <w:b/>
        </w:rPr>
        <w:t xml:space="preserve">[14:23] </w:t>
      </w:r>
      <w:r>
        <w:t>is ki woh parhiye sharah do jagah ek tadabbur Quran doosri</w:t>
      </w:r>
    </w:p>
    <w:p>
      <w:pPr>
        <w:jc w:val="right"/>
      </w:pPr>
      <w:r>
        <w:t>اس کی وہ پڑھیے شرح دو جگہ ایک تدبر قرآن دوسری</w:t>
      </w:r>
    </w:p>
    <w:p>
      <w:r>
        <w:rPr>
          <w:b/>
        </w:rPr>
        <w:t xml:space="preserve">[14:31] </w:t>
      </w:r>
      <w:r>
        <w:t>ise woh tafheem ul Quran tadabbur Quran</w:t>
      </w:r>
    </w:p>
    <w:p>
      <w:pPr>
        <w:jc w:val="right"/>
      </w:pPr>
      <w:r>
        <w:t>اسے وہ تفہیم القرآن تدبر قرآن</w:t>
      </w:r>
    </w:p>
    <w:p>
      <w:r>
        <w:rPr>
          <w:b/>
        </w:rPr>
        <w:t xml:space="preserve">[14:37] </w:t>
      </w:r>
      <w:r>
        <w:t>yeh ahl e kitab ki taraf ishara hai jis tarah mushrikeen ne apne mushrikana toh humaat ke tehat baaz cheezein</w:t>
      </w:r>
    </w:p>
    <w:p>
      <w:pPr>
        <w:jc w:val="right"/>
      </w:pPr>
      <w:r>
        <w:t>یہ اہل کتاب کی طرف اشارہ ہے جس طرح مشرکین نے اپنے مشرکانہ توہمات کے تحت بعض چیزیں</w:t>
      </w:r>
    </w:p>
    <w:p>
      <w:r>
        <w:rPr>
          <w:b/>
        </w:rPr>
        <w:t xml:space="preserve">[14:44] </w:t>
      </w:r>
      <w:r>
        <w:t>haram thehra li theen aur Islam ki taraf se in ki tehleel ko khilaf taqwa o taharat qarar</w:t>
      </w:r>
    </w:p>
    <w:p>
      <w:pPr>
        <w:jc w:val="right"/>
      </w:pPr>
      <w:r>
        <w:t>حرام ٹھہرا لی تھیں اور اسلام کی طرف سے ان کی تحلیل کو خلاف تقوی و طہارت قرار</w:t>
      </w:r>
    </w:p>
    <w:p>
      <w:r>
        <w:rPr>
          <w:b/>
        </w:rPr>
        <w:t xml:space="preserve">[14:50] </w:t>
      </w:r>
      <w:r>
        <w:t>dety the isi tarah ahl e kitab ne bhi apne ji se haram ko halaal aur halaal ko haram</w:t>
      </w:r>
    </w:p>
    <w:p>
      <w:pPr>
        <w:jc w:val="right"/>
      </w:pPr>
      <w:r>
        <w:t>دیتے تھے اسی طرح اہل کتاب نے بھی اپنے جی سے حرام کو حلال اور حلال کو حرام</w:t>
      </w:r>
    </w:p>
    <w:p>
      <w:r>
        <w:rPr>
          <w:b/>
        </w:rPr>
        <w:t xml:space="preserve">[14:56] </w:t>
      </w:r>
      <w:r>
        <w:t>qarar de de liya tha</w:t>
      </w:r>
    </w:p>
    <w:p>
      <w:pPr>
        <w:jc w:val="right"/>
      </w:pPr>
      <w:r>
        <w:t>قرار دے دے لیا تھا</w:t>
      </w:r>
    </w:p>
    <w:p>
      <w:r>
        <w:rPr>
          <w:b/>
        </w:rPr>
        <w:t xml:space="preserve">[14:59] </w:t>
      </w:r>
      <w:r>
        <w:t>aur jabke islam haram o halaal ke mamle mein is zabte ki taraf logon ko lota raha tha</w:t>
      </w:r>
    </w:p>
    <w:p>
      <w:pPr>
        <w:jc w:val="right"/>
      </w:pPr>
      <w:r>
        <w:t>اور جبکہ اسلام حرام و حلال کے معاملے میں اس ضابطے کی طرف لوگوں کو لوٹا رہا تھا</w:t>
      </w:r>
    </w:p>
    <w:p>
      <w:r>
        <w:rPr>
          <w:b/>
        </w:rPr>
        <w:t xml:space="preserve">[15:05] </w:t>
      </w:r>
      <w:r>
        <w:t>jo tohumat o bidat ke bajaye millat ibrahim ke asasa</w:t>
      </w:r>
    </w:p>
    <w:p>
      <w:pPr>
        <w:jc w:val="right"/>
      </w:pPr>
      <w:r>
        <w:t>جو توہمات و بدعات کے بجائے ملت ابراہیم کے اثاث</w:t>
      </w:r>
    </w:p>
    <w:p>
      <w:r>
        <w:rPr>
          <w:b/>
        </w:rPr>
        <w:t xml:space="preserve">[15:09] </w:t>
      </w:r>
      <w:r>
        <w:t>aur wahi elahi ki rehnumai par mabni tha to yeh log is ki taeed karne ki jagah kitab</w:t>
      </w:r>
    </w:p>
    <w:p>
      <w:pPr>
        <w:jc w:val="right"/>
      </w:pPr>
      <w:r>
        <w:t>اور وحی الہی کی رہنمائی پر مبنی تھا تو یہ لوگ اس کی تائید کرنے کی جگہ کتاب</w:t>
      </w:r>
    </w:p>
    <w:p>
      <w:r>
        <w:rPr>
          <w:b/>
        </w:rPr>
        <w:t xml:space="preserve">[15:15] </w:t>
      </w:r>
      <w:r>
        <w:t>elahi ki baton ko chupate thay</w:t>
      </w:r>
    </w:p>
    <w:p>
      <w:pPr>
        <w:jc w:val="right"/>
      </w:pPr>
      <w:r>
        <w:t>الہی کی باتوں کو چھپاتے تھے</w:t>
      </w:r>
    </w:p>
    <w:p>
      <w:r>
        <w:rPr>
          <w:b/>
        </w:rPr>
        <w:t xml:space="preserve">[15:18] </w:t>
      </w:r>
      <w:r>
        <w:t>is tarah ki ek se zyada cheezon ki taraf quran ne ishara kiya hai maslan yahood oont ke</w:t>
      </w:r>
    </w:p>
    <w:p>
      <w:pPr>
        <w:jc w:val="right"/>
      </w:pPr>
      <w:r>
        <w:t>اس طرح کی ایک سے زیادہ چیزوں کی طرف قرآن نے اشارہ کیا ہے مثلا یہود اونٹ کے</w:t>
      </w:r>
    </w:p>
    <w:p>
      <w:r>
        <w:rPr>
          <w:b/>
        </w:rPr>
        <w:t xml:space="preserve">[15:24] </w:t>
      </w:r>
      <w:r>
        <w:t>mutalliq daway karte thay ke yeh hazrat ibrahim ke waqt se haram hain halanke torat mein is ka</w:t>
      </w:r>
    </w:p>
    <w:p>
      <w:pPr>
        <w:jc w:val="right"/>
      </w:pPr>
      <w:r>
        <w:t>متعلق دعوی کرتے تھے کہ یہ حضرت ابراہیم کے وقت سے حرام ہیں حالانکہ تورات میں اس کا</w:t>
      </w:r>
    </w:p>
    <w:p>
      <w:r>
        <w:rPr>
          <w:b/>
        </w:rPr>
        <w:t xml:space="preserve">[15:30] </w:t>
      </w:r>
      <w:r>
        <w:t>koi saboot nahi tha chunache quran ne is se mutalba kiya ke قل فاتو بالتورات فتلوہا ان کنتم</w:t>
      </w:r>
    </w:p>
    <w:p>
      <w:pPr>
        <w:jc w:val="right"/>
      </w:pPr>
      <w:r>
        <w:t>کوئی ثبوت نہیں تھا چنانچہ قرآن نے اس سے مطالبہ کیا کہ قل فاتو بالتورات فتلوہا ان کنتم</w:t>
      </w:r>
    </w:p>
    <w:p>
      <w:r>
        <w:rPr>
          <w:b/>
        </w:rPr>
        <w:t xml:space="preserve">[15:37] </w:t>
      </w:r>
      <w:r>
        <w:t>sadiqeen ali allah min baad</w:t>
      </w:r>
    </w:p>
    <w:p>
      <w:pPr>
        <w:jc w:val="right"/>
      </w:pPr>
      <w:r>
        <w:t>صادقین علی اللہ من بعد</w:t>
      </w:r>
    </w:p>
    <w:p>
      <w:r>
        <w:rPr>
          <w:b/>
        </w:rPr>
        <w:t xml:space="preserve">[15:45] </w:t>
      </w:r>
      <w:r>
        <w:t>un se kaho ke agar tum apne daway mein sachay ho to torat la kar pesh karo jo</w:t>
      </w:r>
    </w:p>
    <w:p>
      <w:pPr>
        <w:jc w:val="right"/>
      </w:pPr>
      <w:r>
        <w:t>ان سے کہو کہ اگر تم اپنے دعوے میں سچے ہو تو تورات لا کر پیش کرو جو</w:t>
      </w:r>
    </w:p>
    <w:p>
      <w:r>
        <w:rPr>
          <w:b/>
        </w:rPr>
        <w:t xml:space="preserve">[15:50] </w:t>
      </w:r>
      <w:r>
        <w:t>is ke baad bhi khuda par jhoot bandhe to wohi log asal zalim hain</w:t>
      </w:r>
    </w:p>
    <w:p>
      <w:pPr>
        <w:jc w:val="right"/>
      </w:pPr>
      <w:r>
        <w:t>اس کے بعد بھی خدا پر جھوٹ باندھے تو وہی لوگ اصل ظالم ہیں</w:t>
      </w:r>
    </w:p>
    <w:p>
      <w:r>
        <w:rPr>
          <w:b/>
        </w:rPr>
        <w:t xml:space="preserve">[15:54] </w:t>
      </w:r>
      <w:r>
        <w:t>isi tarah baz cheezein yahood par un ki sargashi aur katt hijti ke sabab se ya un ke</w:t>
      </w:r>
    </w:p>
    <w:p>
      <w:pPr>
        <w:jc w:val="right"/>
      </w:pPr>
      <w:r>
        <w:t>اسی طرح بعض چیزیں یہود پر ان کی سرکشی اور کٹ حجتی کے سبب سے یا ان کے</w:t>
      </w:r>
    </w:p>
    <w:p>
      <w:r>
        <w:rPr>
          <w:b/>
        </w:rPr>
        <w:t xml:space="preserve">[16:00] </w:t>
      </w:r>
      <w:r>
        <w:t>sawal dar sawal ki bimari ke باعث haram ho gayi thi lekin is tarah ki hurmaton se mutalliq</w:t>
      </w:r>
    </w:p>
    <w:p>
      <w:pPr>
        <w:jc w:val="right"/>
      </w:pPr>
      <w:r>
        <w:t>سوال در سوال کی بیماری کے باعث حرام ہو گئی تھیں لیکن اس طرح کی حرمتوں سے متعلق</w:t>
      </w:r>
    </w:p>
    <w:p>
      <w:r>
        <w:rPr>
          <w:b/>
        </w:rPr>
        <w:t xml:space="preserve">[16:06] </w:t>
      </w:r>
      <w:r>
        <w:t>un ko yeh agahi de di gayi thi ke jab aakhri nabi mabos honge to woh tumhare</w:t>
      </w:r>
    </w:p>
    <w:p>
      <w:pPr>
        <w:jc w:val="right"/>
      </w:pPr>
      <w:r>
        <w:t>ان کو یہ اگاہی دے دی گئی تھی کہ جب اخری نبی مبعوث ہوں گے تو وہ تمہارے</w:t>
      </w:r>
    </w:p>
    <w:p>
      <w:r>
        <w:rPr>
          <w:b/>
        </w:rPr>
        <w:t xml:space="preserve">[16:11] </w:t>
      </w:r>
      <w:r>
        <w:t>liye tamam pakiza cheezein halaal kar denge aur jo qaidien aur bandishein tum par aaid hain woh</w:t>
      </w:r>
    </w:p>
    <w:p>
      <w:pPr>
        <w:jc w:val="right"/>
      </w:pPr>
      <w:r>
        <w:t>لیے تمام پاکیزہ چیزیں حلال کر دیں گے اور جو قیدیں اور بندشیں تم پر عائد ہیں وہ</w:t>
      </w:r>
    </w:p>
    <w:p>
      <w:r>
        <w:rPr>
          <w:b/>
        </w:rPr>
        <w:t xml:space="preserve">[16:18] </w:t>
      </w:r>
      <w:r>
        <w:t>sab door ho jayengi lekin yahood ne is mamle mein bhi haq poshi aur kufran neamat ki</w:t>
      </w:r>
    </w:p>
    <w:p>
      <w:pPr>
        <w:jc w:val="right"/>
      </w:pPr>
      <w:r>
        <w:t>سب دور ہو جائیں گی لیکن یہود نے اس معاملے میں بھی حق پوشی اور کفران نعمت کی</w:t>
      </w:r>
    </w:p>
    <w:p>
      <w:r>
        <w:rPr>
          <w:b/>
        </w:rPr>
        <w:t xml:space="preserve">[16:24] </w:t>
      </w:r>
      <w:r>
        <w:t>wohi rosh ikhtiyar ki jo ibtida se un ki rosh thi unhon ne in cheezon ki tahleel ko</w:t>
      </w:r>
    </w:p>
    <w:p>
      <w:pPr>
        <w:jc w:val="right"/>
      </w:pPr>
      <w:r>
        <w:t>وہی روش اختیار کی جو ابتداء سے ان کی روش تھی انہوں نے ان چیزوں کی تحلیل کو</w:t>
      </w:r>
    </w:p>
    <w:p>
      <w:r>
        <w:rPr>
          <w:b/>
        </w:rPr>
        <w:t xml:space="preserve">[16:29] </w:t>
      </w:r>
      <w:r>
        <w:t>aakhri</w:t>
      </w:r>
    </w:p>
    <w:p>
      <w:pPr>
        <w:jc w:val="right"/>
      </w:pPr>
      <w:r>
        <w:t>اخری</w:t>
      </w:r>
    </w:p>
    <w:p>
      <w:r>
        <w:rPr>
          <w:b/>
        </w:rPr>
        <w:t xml:space="preserve">[16:30] </w:t>
      </w:r>
      <w:r>
        <w:t>nabi ka ehsan qarar dene ke bajaye is ko deen daari aur taqwa ke khilaf qarar diya aur is ki aad mein Quran Islam aur</w:t>
      </w:r>
    </w:p>
    <w:p>
      <w:pPr>
        <w:jc w:val="right"/>
      </w:pPr>
      <w:r>
        <w:t>نبی کا احسان قرار دینے کے بجائے اس کو دین داری اور تقوی کے خلاف قرار دیا اور اس کی اڑ میں قرآن اسلام اور</w:t>
      </w:r>
    </w:p>
    <w:p>
      <w:r>
        <w:rPr>
          <w:b/>
        </w:rPr>
        <w:t xml:space="preserve">[16:43] </w:t>
      </w:r>
      <w:r>
        <w:t>an Hazrat sallallahu alaihi wasallam ki khoob khoob mukhalifat ki</w:t>
      </w:r>
    </w:p>
    <w:p>
      <w:pPr>
        <w:jc w:val="right"/>
      </w:pPr>
      <w:r>
        <w:t>انحضرت صلی اللہ علیہ وسلم کی خوب خوب مخالفت کی</w:t>
      </w:r>
    </w:p>
    <w:p>
      <w:r>
        <w:rPr>
          <w:b/>
        </w:rPr>
        <w:t xml:space="preserve">[16:48] </w:t>
      </w:r>
      <w:r>
        <w:t>is bab mein baz jaraim nasaira ke bhi bade shadeed hain agarche un ka jurm tahreem se zyada</w:t>
      </w:r>
    </w:p>
    <w:p>
      <w:pPr>
        <w:jc w:val="right"/>
      </w:pPr>
      <w:r>
        <w:t>اس باب میں بعض جرائم نصائرہ کے بھی بڑے شدید ہیں اگرچہ ان کا جرم تحریم سے زیادہ</w:t>
      </w:r>
    </w:p>
    <w:p>
      <w:r>
        <w:rPr>
          <w:b/>
        </w:rPr>
        <w:t xml:space="preserve">[16:53] </w:t>
      </w:r>
      <w:r>
        <w:t>tahleel ki nawiyat ka hai</w:t>
      </w:r>
    </w:p>
    <w:p>
      <w:pPr>
        <w:jc w:val="right"/>
      </w:pPr>
      <w:r>
        <w:t>تحلیل کی نوعیت کا ہے</w:t>
      </w:r>
    </w:p>
    <w:p>
      <w:r>
        <w:rPr>
          <w:b/>
        </w:rPr>
        <w:t xml:space="preserve">[16:56] </w:t>
      </w:r>
      <w:r>
        <w:t>paul ne jo cheez masihiyat ka jo maujooda masihiyat ka bani hai yeh jo suniye ji yeh jo</w:t>
      </w:r>
    </w:p>
    <w:p>
      <w:pPr>
        <w:jc w:val="right"/>
      </w:pPr>
      <w:r>
        <w:t>پال نے جو چیز مسیحیت کا جو موجودہ مسیحیت کا بانی ہے یہ جو سنیے جی یہ جو</w:t>
      </w:r>
    </w:p>
    <w:p>
      <w:r>
        <w:rPr>
          <w:b/>
        </w:rPr>
        <w:t xml:space="preserve">[17:03] </w:t>
      </w:r>
      <w:r>
        <w:t>ayat surat hai shuru mein quran mein</w:t>
      </w:r>
    </w:p>
    <w:p>
      <w:pPr>
        <w:jc w:val="right"/>
      </w:pPr>
      <w:r>
        <w:t>ایت سورت ہے شروع میں قرآن میں</w:t>
      </w:r>
    </w:p>
    <w:p>
      <w:r>
        <w:rPr>
          <w:b/>
        </w:rPr>
        <w:t xml:space="preserve">[17:08] </w:t>
      </w:r>
      <w:r>
        <w:t>shuru ki suratein is mein zyada zikr hai</w:t>
      </w:r>
    </w:p>
    <w:p>
      <w:pPr>
        <w:jc w:val="right"/>
      </w:pPr>
      <w:r>
        <w:t>شروع کی سورتیں اس میں زیادہ ذکر ہے</w:t>
      </w:r>
    </w:p>
    <w:p>
      <w:r>
        <w:rPr>
          <w:b/>
        </w:rPr>
        <w:t xml:space="preserve">[17:13] </w:t>
      </w:r>
      <w:r>
        <w:t>yahood ka to aksar log is ki sharah is tarah karte hain jaise ke woh woh ayat quran</w:t>
      </w:r>
    </w:p>
    <w:p>
      <w:pPr>
        <w:jc w:val="right"/>
      </w:pPr>
      <w:r>
        <w:t>یہود کا تو اکثر لوگ اس کی شرح اس طرح کرتے ہیں جیسے کہ وہ وہ ایت قرآن</w:t>
      </w:r>
    </w:p>
    <w:p>
      <w:r>
        <w:rPr>
          <w:b/>
        </w:rPr>
        <w:t xml:space="preserve">[17:19] </w:t>
      </w:r>
      <w:r>
        <w:t>ke bare mein utri hai</w:t>
      </w:r>
    </w:p>
    <w:p>
      <w:pPr>
        <w:jc w:val="right"/>
      </w:pPr>
      <w:r>
        <w:t>کے بارے میں اتری ہے</w:t>
      </w:r>
    </w:p>
    <w:p>
      <w:r>
        <w:rPr>
          <w:b/>
        </w:rPr>
        <w:t xml:space="preserve">[17:22] </w:t>
      </w:r>
      <w:r>
        <w:t>mein is ko sahi nahi samajhta</w:t>
      </w:r>
    </w:p>
    <w:p>
      <w:pPr>
        <w:jc w:val="right"/>
      </w:pPr>
      <w:r>
        <w:t>میں اس کو صحیح نہیں سمجھتا</w:t>
      </w:r>
    </w:p>
    <w:p>
      <w:r>
        <w:rPr>
          <w:b/>
        </w:rPr>
        <w:t xml:space="preserve">[17:24] </w:t>
      </w:r>
      <w:r>
        <w:t>ke quran ke bare mein</w:t>
      </w:r>
    </w:p>
    <w:p>
      <w:pPr>
        <w:jc w:val="right"/>
      </w:pPr>
      <w:r>
        <w:t>کہ قرآن کے بارے میں</w:t>
      </w:r>
    </w:p>
    <w:p>
      <w:r>
        <w:rPr>
          <w:b/>
        </w:rPr>
        <w:t xml:space="preserve">[17:27] </w:t>
      </w:r>
      <w:r>
        <w:t>yahood o nasara hain yahood o nasara yahood o nasara in ka to case guzar chuka mein samajhta hoon ke woh musalmanon ke liye naseehat hai ke agar tum un ke tareeqay par chaloge to tumhara bhi wohi anjaam hoga jo un ka ho chuka un ka anjaam to ho chuka</w:t>
      </w:r>
    </w:p>
    <w:p>
      <w:pPr>
        <w:jc w:val="right"/>
      </w:pPr>
      <w:r>
        <w:t>یہود و نصاری ہیں یہود و نصاری یہود و نصاری ان کا تو کیس گزر چکا میں سمجھتا ہوں کہ وہ مسلمانوں کے لیے نصیحت ہے کہ اگر تم ان کے طریقے پر چلو گے تو تمہارا بھی وہی انجام ہوگا جو ان کا ہو چکا ان کا انجام تو ہو چکا</w:t>
      </w:r>
    </w:p>
    <w:p>
      <w:r>
        <w:rPr>
          <w:b/>
        </w:rPr>
        <w:t xml:space="preserve">[17:51] </w:t>
      </w:r>
      <w:r>
        <w:t>تو وہ applicable shart ab yani application ki surat shart mein hai woh yahan tak main samajhta hoon</w:t>
      </w:r>
    </w:p>
    <w:p>
      <w:pPr>
        <w:jc w:val="right"/>
      </w:pPr>
      <w:r>
        <w:t>تو وہ ایپلیکیبل شرط اب یعنی ایپلیکیشن کی صورت شرط میں ہے وہ یہاں تک میں سمجھتا ہوں</w:t>
      </w:r>
    </w:p>
    <w:p>
      <w:r>
        <w:rPr>
          <w:b/>
        </w:rPr>
        <w:t xml:space="preserve">[18:03] </w:t>
      </w:r>
      <w:r>
        <w:t>ke yeh jo yahood thay yeh jo christian thay to</w:t>
      </w:r>
    </w:p>
    <w:p>
      <w:pPr>
        <w:jc w:val="right"/>
      </w:pPr>
      <w:r>
        <w:t>کہ یہ جو یہود تھے یہ جو کرسچن تھے تو</w:t>
      </w:r>
    </w:p>
    <w:p>
      <w:r>
        <w:rPr>
          <w:b/>
        </w:rPr>
        <w:t xml:space="preserve">[18:12] </w:t>
      </w:r>
      <w:r>
        <w:t>in ko Allah ne hidayat hidayat di in ko moqa diya to in mein se</w:t>
      </w:r>
    </w:p>
    <w:p>
      <w:pPr>
        <w:jc w:val="right"/>
      </w:pPr>
      <w:r>
        <w:t>ان کو اللہ نے ہدایت ہدایت دی ان کو موقع دیا تو ان میں سے</w:t>
      </w:r>
    </w:p>
    <w:p>
      <w:r>
        <w:rPr>
          <w:b/>
        </w:rPr>
        <w:t xml:space="preserve">[18:21] </w:t>
      </w:r>
      <w:r>
        <w:t>aise log paida hue jo in mein inhiraaf aaya</w:t>
      </w:r>
    </w:p>
    <w:p>
      <w:pPr>
        <w:jc w:val="right"/>
      </w:pPr>
      <w:r>
        <w:t>ایسے لوگ پیدا ہوئے جو ان میں انحراف ایا</w:t>
      </w:r>
    </w:p>
    <w:p>
      <w:r>
        <w:rPr>
          <w:b/>
        </w:rPr>
        <w:t xml:space="preserve">[18:26] </w:t>
      </w:r>
      <w:r>
        <w:t>to is musalmanon ko un ki misaal se yeh bataya gaya ke tum is se bacho tum aise mat bano yeh case mein hai mere khayal se</w:t>
      </w:r>
    </w:p>
    <w:p>
      <w:pPr>
        <w:jc w:val="right"/>
      </w:pPr>
      <w:r>
        <w:t>تو اس مسلمانوں کو ان کی مثال سے یہ بتایا گیا کہ تم اس سے بچو تم ایسے مت بنو یہ کیس میں ہے میرے خیال سے</w:t>
      </w:r>
    </w:p>
    <w:p>
      <w:r>
        <w:rPr>
          <w:b/>
        </w:rPr>
        <w:t xml:space="preserve">[18:42] </w:t>
      </w:r>
      <w:r>
        <w:t>yahan tak mein samajhta hoon</w:t>
      </w:r>
    </w:p>
    <w:p>
      <w:pPr>
        <w:jc w:val="right"/>
      </w:pPr>
      <w:r>
        <w:t>یہاں تک میں سمجھتا ہوں</w:t>
      </w:r>
    </w:p>
    <w:p>
      <w:r>
        <w:rPr>
          <w:b/>
        </w:rPr>
        <w:t xml:space="preserve">[18:44] </w:t>
      </w:r>
      <w:r>
        <w:t>Iqbal Umri sahib ne apna comment is tarah kiya hai Maulana aaj ki baat se mere anjaam ko le kar jo mayoosi thi woh kam hui har waqt dua hi umeed ka bada zariya hai jazak Allah Maulana mashallah mashallah</w:t>
      </w:r>
    </w:p>
    <w:p>
      <w:pPr>
        <w:jc w:val="right"/>
      </w:pPr>
      <w:r>
        <w:t>اقبال عمری صاحب نے اپنا کمنٹ اس طرح کیا ہے مولانا اج کی بات سے میرے انجام کو لے کر جو مایوسی تھی وہ کم ہوئی ہر وقت دعا ہی امید کا بڑا ذریعہ ہے جزاک اللہ مولانا ماشاءاللہ ماشاءاللہ</w:t>
      </w:r>
    </w:p>
    <w:p>
      <w:r>
        <w:rPr>
          <w:b/>
        </w:rPr>
        <w:t xml:space="preserve">[19:08] </w:t>
      </w:r>
      <w:r>
        <w:t>un ka aik sawal aur hai Allah aur us ke Rasool ki it'aat ki mutayyan shakal kya hai</w:t>
      </w:r>
    </w:p>
    <w:p>
      <w:pPr>
        <w:jc w:val="right"/>
      </w:pPr>
      <w:r>
        <w:t>ان کا ایک سوال اور ہے اللہ اور اس کے رسول کی اطاعت کی متعین شکل کیا ہے</w:t>
      </w:r>
    </w:p>
    <w:p>
      <w:r>
        <w:rPr>
          <w:b/>
        </w:rPr>
        <w:t xml:space="preserve">[19:17] </w:t>
      </w:r>
      <w:r>
        <w:t>hidayat it'aat it'aat it'aat ji</w:t>
      </w:r>
    </w:p>
    <w:p>
      <w:pPr>
        <w:jc w:val="right"/>
      </w:pPr>
      <w:r>
        <w:t>ہدایت اطاعت اطاعت اطاعت جی</w:t>
      </w:r>
    </w:p>
    <w:p>
      <w:r>
        <w:rPr>
          <w:b/>
        </w:rPr>
        <w:t xml:space="preserve">[19:21] </w:t>
      </w:r>
      <w:r>
        <w:t>hmm</w:t>
      </w:r>
    </w:p>
    <w:p>
      <w:pPr>
        <w:jc w:val="right"/>
      </w:pPr>
      <w:r>
        <w:t>ہمم</w:t>
      </w:r>
    </w:p>
    <w:p>
      <w:r>
        <w:rPr>
          <w:b/>
        </w:rPr>
        <w:t xml:space="preserve">[19:29] </w:t>
      </w:r>
      <w:r>
        <w:t>bhai mein samajhta hoon ke aik to yeh hai ke</w:t>
      </w:r>
    </w:p>
    <w:p>
      <w:pPr>
        <w:jc w:val="right"/>
      </w:pPr>
      <w:r>
        <w:t>بھائی میں سمجھتا ہوں کہ ایک تو یہ ہے کہ</w:t>
      </w:r>
    </w:p>
    <w:p>
      <w:r>
        <w:rPr>
          <w:b/>
        </w:rPr>
        <w:t xml:space="preserve">[19:40] </w:t>
      </w:r>
      <w:r>
        <w:t>dawat aur akhlaqiyat ka murad jo hain is mein jo kuch bataya gaya tha us ki pairvi karna</w:t>
      </w:r>
    </w:p>
    <w:p>
      <w:pPr>
        <w:jc w:val="right"/>
      </w:pPr>
      <w:r>
        <w:t>دعوت اور اخلاقیات کا مراد جو ہیں اس میں جو کچھ بتایا گیا تھا اس کی پیروی کرنا</w:t>
      </w:r>
    </w:p>
    <w:p>
      <w:r>
        <w:rPr>
          <w:b/>
        </w:rPr>
        <w:t xml:space="preserve">[19:48] </w:t>
      </w:r>
      <w:r>
        <w:t>aur teesra ek chapter hai</w:t>
      </w:r>
    </w:p>
    <w:p>
      <w:pPr>
        <w:jc w:val="right"/>
      </w:pPr>
      <w:r>
        <w:t>اور تیسرا ایک چیپٹر ہے</w:t>
      </w:r>
    </w:p>
    <w:p>
      <w:r>
        <w:rPr>
          <w:b/>
        </w:rPr>
        <w:t xml:space="preserve">[19:52] </w:t>
      </w:r>
      <w:r>
        <w:t>dawat to dawat ka matlab yeh hai ke har zamane mein jo</w:t>
      </w:r>
    </w:p>
    <w:p>
      <w:pPr>
        <w:jc w:val="right"/>
      </w:pPr>
      <w:r>
        <w:t>دعوت تو دعوت کا مطلب یہ ہے کہ ہر زمانے میں جو</w:t>
      </w:r>
    </w:p>
    <w:p>
      <w:r>
        <w:rPr>
          <w:b/>
        </w:rPr>
        <w:t xml:space="preserve">[19:59] </w:t>
      </w:r>
      <w:r>
        <w:t>wo log hon jin ko dawat pahunchana matloob hai to un ko samajhna</w:t>
      </w:r>
    </w:p>
    <w:p>
      <w:pPr>
        <w:jc w:val="right"/>
      </w:pPr>
      <w:r>
        <w:t>وہ لوگ ہوں جن کو دعوت پہنچانا مطلوب ہے تو ان کو سمجھنا</w:t>
      </w:r>
    </w:p>
    <w:p>
      <w:r>
        <w:rPr>
          <w:b/>
        </w:rPr>
        <w:t xml:space="preserve">[20:06] </w:t>
      </w:r>
      <w:r>
        <w:t>un ke halaat ko parhna</w:t>
      </w:r>
    </w:p>
    <w:p>
      <w:pPr>
        <w:jc w:val="right"/>
      </w:pPr>
      <w:r>
        <w:t>ان کے حالات کو پڑھنا</w:t>
      </w:r>
    </w:p>
    <w:p>
      <w:r>
        <w:rPr>
          <w:b/>
        </w:rPr>
        <w:t xml:space="preserve">[20:08] </w:t>
      </w:r>
      <w:r>
        <w:t>un ko samajh kar aise andaaz mein</w:t>
      </w:r>
    </w:p>
    <w:p>
      <w:pPr>
        <w:jc w:val="right"/>
      </w:pPr>
      <w:r>
        <w:t>ان کو سمجھ کر ایسے انداز میں</w:t>
      </w:r>
    </w:p>
    <w:p>
      <w:r>
        <w:rPr>
          <w:b/>
        </w:rPr>
        <w:t xml:space="preserve">[20:12] </w:t>
      </w:r>
      <w:r>
        <w:t>ان کو دعوت دینا جو ان کے mind کو ایڈریس کرنے والا ہو یہ شرط ضروری ہے کیونکہ</w:t>
      </w:r>
    </w:p>
    <w:p>
      <w:pPr>
        <w:jc w:val="right"/>
      </w:pPr>
      <w:r>
        <w:t>ان کو دعوت دینا جو ان کے مائنڈ کو ایڈریس کرنے والا ہو یہ شرط ضروری ہے کیونکہ</w:t>
      </w:r>
    </w:p>
    <w:p>
      <w:r>
        <w:rPr>
          <w:b/>
        </w:rPr>
        <w:t xml:space="preserve">[20:20] </w:t>
      </w:r>
      <w:r>
        <w:t>to jin logon ko yeh tamanna ho ke woh</w:t>
      </w:r>
    </w:p>
    <w:p>
      <w:pPr>
        <w:jc w:val="right"/>
      </w:pPr>
      <w:r>
        <w:t>تو جن لوگوں کو یہ تمنا ہو کہ وہ</w:t>
      </w:r>
    </w:p>
    <w:p>
      <w:r>
        <w:rPr>
          <w:b/>
        </w:rPr>
        <w:t xml:space="preserve">[20:26] </w:t>
      </w:r>
      <w:r>
        <w:t>rasool</w:t>
      </w:r>
    </w:p>
    <w:p>
      <w:pPr>
        <w:jc w:val="right"/>
      </w:pPr>
      <w:r>
        <w:t>رسول</w:t>
      </w:r>
    </w:p>
    <w:p>
      <w:r>
        <w:rPr>
          <w:b/>
        </w:rPr>
        <w:t xml:space="preserve">[20:26] </w:t>
      </w:r>
      <w:r>
        <w:t>Allah ke</w:t>
      </w:r>
    </w:p>
    <w:p>
      <w:pPr>
        <w:jc w:val="right"/>
      </w:pPr>
      <w:r>
        <w:t>اللہ کے</w:t>
      </w:r>
    </w:p>
    <w:p>
      <w:r>
        <w:rPr>
          <w:b/>
        </w:rPr>
        <w:t xml:space="preserve">[20:30] </w:t>
      </w:r>
      <w:r>
        <w:t>ke is is zumray mein shamil kiye jayen to un ko yahi do shartein poori karni hain aik to jo us woh Rasool Allah ka hai us ki pairvi karna aur doosra yeh ke har zamanay ke lehaaz se un ko phir se janna padega ke aaj ke aaj ke</w:t>
      </w:r>
    </w:p>
    <w:p>
      <w:pPr>
        <w:jc w:val="right"/>
      </w:pPr>
      <w:r>
        <w:t>کہ اس اس زمرے میں شامل کیے جائیں تو ان کو یہی دو شرطیں پوری کرنی ہیں ایک تو جو اسوہ رسول اللہ کا ہے اس کی پیروی کرنا اور دوسرا یہ کہ ہر زمانے کے لحاظ سے ان کو پھر سے جاننا پڑے گا کہ اج کے اج کے</w:t>
      </w:r>
    </w:p>
    <w:p>
      <w:r>
        <w:rPr>
          <w:b/>
        </w:rPr>
        <w:t xml:space="preserve">[20:58] </w:t>
      </w:r>
      <w:r>
        <w:t>aaj ke woh kon log hain jo</w:t>
      </w:r>
    </w:p>
    <w:p>
      <w:pPr>
        <w:jc w:val="right"/>
      </w:pPr>
      <w:r>
        <w:t>اج کے وہ کون لوگ ہیں جو</w:t>
      </w:r>
    </w:p>
    <w:p>
      <w:r>
        <w:rPr>
          <w:b/>
        </w:rPr>
        <w:t xml:space="preserve">[21:04] </w:t>
      </w:r>
      <w:r>
        <w:t>jin par dawat pahunchana matloob hai</w:t>
      </w:r>
    </w:p>
    <w:p>
      <w:pPr>
        <w:jc w:val="right"/>
      </w:pPr>
      <w:r>
        <w:t>جن پر دعوت پہنچانا مطلوب ہے</w:t>
      </w:r>
    </w:p>
    <w:p>
      <w:r>
        <w:rPr>
          <w:b/>
        </w:rPr>
        <w:t xml:space="preserve">[21:09] </w:t>
      </w:r>
      <w:r>
        <w:t>yani aaj ke madu madu kaun hai</w:t>
      </w:r>
    </w:p>
    <w:p>
      <w:pPr>
        <w:jc w:val="right"/>
      </w:pPr>
      <w:r>
        <w:t>یعنی اج کے مدعو مدعو کون ہے</w:t>
      </w:r>
    </w:p>
    <w:p>
      <w:r>
        <w:rPr>
          <w:b/>
        </w:rPr>
        <w:t xml:space="preserve">[21:14] </w:t>
      </w:r>
      <w:r>
        <w:t>تو یہ ہمیشہ discoverable رہے گا یہ ہر زمانے میں اپ کو پھر سے جاننا پڑے گا کہ</w:t>
      </w:r>
    </w:p>
    <w:p>
      <w:pPr>
        <w:jc w:val="right"/>
      </w:pPr>
      <w:r>
        <w:t>تو یہ ہمیشہ ڈسکوریبل رہے گا یہ ہر زمانے میں اپ کو پھر سے جاننا پڑے گا کہ</w:t>
      </w:r>
    </w:p>
    <w:p>
      <w:r>
        <w:rPr>
          <w:b/>
        </w:rPr>
        <w:t xml:space="preserve">[21:21] </w:t>
      </w:r>
      <w:r>
        <w:t>aaj ka mauzu kaun hai aur phir yeh bhi janana parega ke aaj ke mauzu ka mamla</w:t>
      </w:r>
    </w:p>
    <w:p>
      <w:pPr>
        <w:jc w:val="right"/>
      </w:pPr>
      <w:r>
        <w:t>اج کا موضوع کون ہے اور پھر یہ بھی جاننا پڑے گا کہ اج کے موضوع کا معاملہ</w:t>
      </w:r>
    </w:p>
    <w:p>
      <w:r>
        <w:rPr>
          <w:b/>
        </w:rPr>
        <w:t xml:space="preserve">[21:28] </w:t>
      </w:r>
      <w:r>
        <w:t>kya hai kya un ka</w:t>
      </w:r>
    </w:p>
    <w:p>
      <w:pPr>
        <w:jc w:val="right"/>
      </w:pPr>
      <w:r>
        <w:t>کیا ہے کیا ان کا</w:t>
      </w:r>
    </w:p>
    <w:p>
      <w:r>
        <w:rPr>
          <w:b/>
        </w:rPr>
        <w:t xml:space="preserve">[21:32] </w:t>
      </w:r>
      <w:r>
        <w:t>case hai taaki aise andaaz mein unko dawat di jaye jo unke mind ko address kare</w:t>
      </w:r>
    </w:p>
    <w:p>
      <w:pPr>
        <w:jc w:val="right"/>
      </w:pPr>
      <w:r>
        <w:t>کیس ہے تاکہ ایسے انداز میں ان کو دعوت دی جائے جو ان کے مائنڈ کو ایڈریس کرے</w:t>
      </w:r>
    </w:p>
    <w:p>
      <w:r>
        <w:rPr>
          <w:b/>
        </w:rPr>
        <w:t xml:space="preserve">[21:42] </w:t>
      </w:r>
      <w:r>
        <w:t>to yeh teen teen baat hui</w:t>
      </w:r>
    </w:p>
    <w:p>
      <w:pPr>
        <w:jc w:val="right"/>
      </w:pPr>
      <w:r>
        <w:t>تو یہ تین تین بات ہوئی</w:t>
      </w:r>
    </w:p>
    <w:p>
      <w:r>
        <w:rPr>
          <w:b/>
        </w:rPr>
        <w:t xml:space="preserve">[21:48] </w:t>
      </w:r>
      <w:r>
        <w:t>aik to Rasool Allah ke uswah dawat mein dawat Rasool Allah ke uswah ibadat mein akhlaqiyat mein yani ikhtiyar karna woh jo hadith aaya hai ke sallu kama raaytumuni usalli</w:t>
      </w:r>
    </w:p>
    <w:p>
      <w:pPr>
        <w:jc w:val="right"/>
      </w:pPr>
      <w:r>
        <w:t>ایک تو رسول اللہ کے اسوہ دعوت میں دعوت رسول اللہ کے اسوہ عبادت میں اخلاقیات میں یعنی اختیار کرنا وہ جو حدیث ایا ہے کہ صلو کما رایت من وصلی</w:t>
      </w:r>
    </w:p>
    <w:p>
      <w:r>
        <w:rPr>
          <w:b/>
        </w:rPr>
        <w:t xml:space="preserve">[22:10] </w:t>
      </w:r>
      <w:r>
        <w:t>yeh woh category hui aur doosra woh hai</w:t>
      </w:r>
    </w:p>
    <w:p>
      <w:pPr>
        <w:jc w:val="right"/>
      </w:pPr>
      <w:r>
        <w:t>یہ وہ کیٹگری ہوئی اور دوسرا وہ ہے</w:t>
      </w:r>
    </w:p>
    <w:p>
      <w:r>
        <w:rPr>
          <w:b/>
        </w:rPr>
        <w:t xml:space="preserve">[22:15] </w:t>
      </w:r>
      <w:r>
        <w:t>jo dawat se mutaliq hai to woh to har zamane mein madu</w:t>
      </w:r>
    </w:p>
    <w:p>
      <w:pPr>
        <w:jc w:val="right"/>
      </w:pPr>
      <w:r>
        <w:t>جو دعوت سے متعلق ہے تو وہ تو ہر زمانے میں مدعو</w:t>
      </w:r>
    </w:p>
    <w:p>
      <w:r>
        <w:rPr>
          <w:b/>
        </w:rPr>
        <w:t xml:space="preserve">[22:23] </w:t>
      </w:r>
      <w:r>
        <w:t>naye naye samne aate hain</w:t>
      </w:r>
    </w:p>
    <w:p>
      <w:pPr>
        <w:jc w:val="right"/>
      </w:pPr>
      <w:r>
        <w:t>نئے نئے سامنے اتے ہیں</w:t>
      </w:r>
    </w:p>
    <w:p>
      <w:r>
        <w:rPr>
          <w:b/>
        </w:rPr>
        <w:t xml:space="preserve">[22:27] </w:t>
      </w:r>
      <w:r>
        <w:t>koi naye koi nahi hotay to aap ko har zamane ke mauzu ka mutalba karna study karni hogi</w:t>
      </w:r>
    </w:p>
    <w:p>
      <w:pPr>
        <w:jc w:val="right"/>
      </w:pPr>
      <w:r>
        <w:t>کوئی نئے کوئی نہیں ہوتے تو اپ کو ہر زمانے کے موضوع کا مطالبہ کرنا اسٹڈی کرنی ہوگی</w:t>
      </w:r>
    </w:p>
    <w:p>
      <w:r>
        <w:rPr>
          <w:b/>
        </w:rPr>
        <w:t xml:space="preserve">[22:36] </w:t>
      </w:r>
      <w:r>
        <w:t>janana hoga ke aaj ka mauzu kya hai aaj ke mauzu ke mind kis baat se address hoga</w:t>
      </w:r>
    </w:p>
    <w:p>
      <w:pPr>
        <w:jc w:val="right"/>
      </w:pPr>
      <w:r>
        <w:t>جاننا ہوگا کہ اج کا موضوع کیا ہے اج کے موضوع کے مائنڈ کس بات سے ایڈریس ہوگا</w:t>
      </w:r>
    </w:p>
    <w:p>
      <w:r>
        <w:rPr>
          <w:b/>
        </w:rPr>
        <w:t xml:space="preserve">[22:42] </w:t>
      </w:r>
      <w:r>
        <w:t>kis baat se to is baat ko janana is andaaz ko ikhtiyar karna yeh hai</w:t>
      </w:r>
    </w:p>
    <w:p>
      <w:pPr>
        <w:jc w:val="right"/>
      </w:pPr>
      <w:r>
        <w:t>کس بات سے تو اس بات کو جاننا اس انداز کو اختیار کرنا یہ ہے</w:t>
      </w:r>
    </w:p>
    <w:p>
      <w:r>
        <w:rPr>
          <w:b/>
        </w:rPr>
        <w:t xml:space="preserve">[22:52] </w:t>
      </w:r>
      <w:r>
        <w:t>farhan raza pakistan se sawal kar rahe hain maulana sahib kya insano ke sath ki gayi ziyadati ziyadatiyon ko allah taala khud se maaf kar sakte hain</w:t>
      </w:r>
    </w:p>
    <w:p>
      <w:pPr>
        <w:jc w:val="right"/>
      </w:pPr>
      <w:r>
        <w:t>فرحان رضا پاکستان سے سوال کر رہے ہیں مولانا صاحب کیا انسانوں کے ساتھ کی گئی زیادتی زیادتیوں کو اللہ تعالی خود سے معاف کر سکتے ہیں</w:t>
      </w:r>
    </w:p>
    <w:p>
      <w:r>
        <w:rPr>
          <w:b/>
        </w:rPr>
        <w:t xml:space="preserve">[23:05] </w:t>
      </w:r>
      <w:r>
        <w:t>ab mein to samajhta hoon ke haan bashart ke insan ne is ke mutabiq duaein ki hon yani rujoo karna aur un ke liye</w:t>
      </w:r>
    </w:p>
    <w:p>
      <w:pPr>
        <w:jc w:val="right"/>
      </w:pPr>
      <w:r>
        <w:t>اب میں تو سمجھتا ہوں کہ ہاں بشرط کہ انسان نے اس کے مطابق دعائیں کی ہوں یعنی رجوع کرنا اور ان کے لیے</w:t>
      </w:r>
    </w:p>
    <w:p>
      <w:r>
        <w:rPr>
          <w:b/>
        </w:rPr>
        <w:t xml:space="preserve">[23:22] </w:t>
      </w:r>
      <w:r>
        <w:t>bohat ziyada duaein karna</w:t>
      </w:r>
    </w:p>
    <w:p>
      <w:pPr>
        <w:jc w:val="right"/>
      </w:pPr>
      <w:r>
        <w:t>بہت زیادہ دعائیں کرنا</w:t>
      </w:r>
    </w:p>
    <w:p>
      <w:r>
        <w:rPr>
          <w:b/>
        </w:rPr>
        <w:t xml:space="preserve">[23:27] </w:t>
      </w:r>
      <w:r>
        <w:t>itni ziyada duaein ke ke woh allah taala qabool kar le to allah ke ikhtiyar mein to sab kuch hai</w:t>
      </w:r>
    </w:p>
    <w:p>
      <w:pPr>
        <w:jc w:val="right"/>
      </w:pPr>
      <w:r>
        <w:t>اتنی زیادہ دعائیں کہ کہ وہ اللہ تعالی قبول کر لے تو اللہ کے اختیار میں تو سب کچھ ہے</w:t>
      </w:r>
    </w:p>
    <w:p>
      <w:r>
        <w:rPr>
          <w:b/>
        </w:rPr>
        <w:t xml:space="preserve">[23:41] </w:t>
      </w:r>
      <w:r>
        <w:t>to mein samajhta hoon ke insan shayad dono category mein yeh baat hai ke insan bohat ziyada duaein kare</w:t>
      </w:r>
    </w:p>
    <w:p>
      <w:pPr>
        <w:jc w:val="right"/>
      </w:pPr>
      <w:r>
        <w:t>تو میں سمجھتا ہوں کہ انسان شاید دونوں کیٹگری میں یہ بات ہے کہ انسان بہت زیادہ دعائیں کرے</w:t>
      </w:r>
    </w:p>
    <w:p>
      <w:r>
        <w:rPr>
          <w:b/>
        </w:rPr>
        <w:t xml:space="preserve">[23:56] </w:t>
      </w:r>
      <w:r>
        <w:t>bohat ziyada yeh yeh sach poochhiye to yeh dua hai jo insan ko is khwab mein hoti hai ke is ke is ki ziyadatiyan insan se mutaliq hain woh maaf kar di jayen</w:t>
      </w:r>
    </w:p>
    <w:p>
      <w:pPr>
        <w:jc w:val="right"/>
      </w:pPr>
      <w:r>
        <w:t>بہت زیادہ یہ یہ سچ پوچھیے تو یہ دعا ہے جو انسان کو اس خواب میں ہوتی ہے کہ اس کے اس کی زیادتیاں انسان سے متعلق ہیں وہ معاف کر دی جائیں</w:t>
      </w:r>
    </w:p>
    <w:p>
      <w:r>
        <w:rPr>
          <w:b/>
        </w:rPr>
        <w:t xml:space="preserve">[24:13] </w:t>
      </w:r>
      <w:r>
        <w:t>ah</w:t>
      </w:r>
    </w:p>
    <w:p>
      <w:pPr>
        <w:jc w:val="right"/>
      </w:pPr>
      <w:r>
        <w:t>اہ</w:t>
      </w:r>
    </w:p>
    <w:p>
      <w:r>
        <w:rPr>
          <w:b/>
        </w:rPr>
        <w:t xml:space="preserve">[24:14] </w:t>
      </w:r>
      <w:r>
        <w:t>sajid anwar sahib ne comment kiya hai maulana it is very thrilling and hopeful to know that through dua also we can hope to get the entry into the paradise when our actions are not worthy enough jazak allah maulana</w:t>
      </w:r>
    </w:p>
    <w:p>
      <w:pPr>
        <w:jc w:val="right"/>
      </w:pPr>
      <w:r>
        <w:t>ساجد انور صاحب نے کمنٹ کیا ہے مولانا اٹ از ویری تھریلنگ اینڈ ہوپ فل ٹو نو دیٹ تھرو دعا السو وی کین ہوپ ٹو گیٹ دا انٹری انٹو دی پیراڈائز وین اور ایکشنز ار ناٹ وردی انف جزاک اللہ مولانا</w:t>
      </w:r>
    </w:p>
    <w:p>
      <w:r>
        <w:rPr>
          <w:b/>
        </w:rPr>
        <w:t xml:space="preserve">[24:36] </w:t>
      </w:r>
      <w:r>
        <w:t>shujaat ali sahib london se sawal kar rahe hain kya kisi ke liye hidayat ki dua karne se hidayat mil sakti hai</w:t>
      </w:r>
    </w:p>
    <w:p>
      <w:pPr>
        <w:jc w:val="right"/>
      </w:pPr>
      <w:r>
        <w:t>شجاعت علی صاحب لندن سے سوال کر رہے ہیں کیا کسی کے لیے ہدایت کی دعا کرنے سے ہدایت مل سکتی ہے</w:t>
      </w:r>
    </w:p>
    <w:p>
      <w:r>
        <w:rPr>
          <w:b/>
        </w:rPr>
        <w:t xml:space="preserve">[24:44] </w:t>
      </w:r>
      <w:r>
        <w:t>nahi bilkul nahi yeh sochi galat hai hidayat to</w:t>
      </w:r>
    </w:p>
    <w:p>
      <w:pPr>
        <w:jc w:val="right"/>
      </w:pPr>
      <w:r>
        <w:t>نہیں بالکل نہیں یہ سوچی غلط ہے ہدایت تو</w:t>
      </w:r>
    </w:p>
    <w:p>
      <w:r>
        <w:rPr>
          <w:b/>
        </w:rPr>
        <w:t xml:space="preserve">[24:53] </w:t>
      </w:r>
      <w:r>
        <w:t>saath asar allah aur bande ke darmiyan ki cheezein hain</w:t>
      </w:r>
    </w:p>
    <w:p>
      <w:pPr>
        <w:jc w:val="right"/>
      </w:pPr>
      <w:r>
        <w:t>ساتھ اثر اللہ اور بندے کے درمیان کی چیزیں ہیں</w:t>
      </w:r>
    </w:p>
    <w:p>
      <w:r>
        <w:rPr>
          <w:b/>
        </w:rPr>
        <w:t xml:space="preserve">[25:00] </w:t>
      </w:r>
      <w:r>
        <w:t>kisi ki dua karne se hidayat mil jaye yeh to koi nahi janta aisi koi baat quran o hadees mein nahi hai</w:t>
      </w:r>
    </w:p>
    <w:p>
      <w:pPr>
        <w:jc w:val="right"/>
      </w:pPr>
      <w:r>
        <w:t>کسی کی دعا کرنے سے ہدایت مل جائے یہ تو کوئی نہیں جانتا ایسی کوئی بات قران و حدیث میں نہیں ہے</w:t>
      </w:r>
    </w:p>
    <w:p>
      <w:r>
        <w:rPr>
          <w:b/>
        </w:rPr>
        <w:t xml:space="preserve">[25:14] </w:t>
      </w:r>
      <w:r>
        <w:t>is insan ko dua karni hogi aur aur is ka is ki dua ki qabooliyat ke taur par is ko hidayat milegi</w:t>
      </w:r>
    </w:p>
    <w:p>
      <w:pPr>
        <w:jc w:val="right"/>
      </w:pPr>
      <w:r>
        <w:t>اس انسان کو دعا کرنی ہوگی اور اور اس کا اس کی دعا کی قبولیت کے طور پر اس کو ہدایت ملے گی</w:t>
      </w:r>
    </w:p>
    <w:p>
      <w:r>
        <w:rPr>
          <w:b/>
        </w:rPr>
        <w:t xml:space="preserve">[25:28] </w:t>
      </w:r>
      <w:r>
        <w:t>doctor aslam khan saharanpur se comment kar rahe hain quran ke mutabiq hum mohabbat aur wisdom se dushman ko bhi dost bana sakte hain aur nafrat ko mohabbat mein tabdeel kar sakte hain daai ka sab se bara hathiyar hi mohabbat hai</w:t>
      </w:r>
    </w:p>
    <w:p>
      <w:pPr>
        <w:jc w:val="right"/>
      </w:pPr>
      <w:r>
        <w:t>ڈاکٹر اسلم خان سارن پور سے کمنٹ کر رہے ہیں قران کے مطابق ہم محبت اور وزڈم سے دشمن کو بھی دوست بنا سکتے ہیں اور نفرت کو محبت میں تبدیل کر سکتے ہیں داعی کا سب سے بڑا ہتھیار ہی محبت ہے</w:t>
      </w:r>
    </w:p>
    <w:p>
      <w:r>
        <w:rPr>
          <w:b/>
        </w:rPr>
        <w:t xml:space="preserve">[25:49] </w:t>
      </w:r>
      <w:r>
        <w:t>baat sahi hai bilkul sahi hai yeh baat bilkul sahi hai</w:t>
      </w:r>
    </w:p>
    <w:p>
      <w:pPr>
        <w:jc w:val="right"/>
      </w:pPr>
      <w:r>
        <w:t>بات صحیح ہے بالکل صحیح ہے یہ بات بالکل صحیح ہے</w:t>
      </w:r>
    </w:p>
    <w:p>
      <w:r>
        <w:rPr>
          <w:b/>
        </w:rPr>
        <w:t xml:space="preserve">[25:53] </w:t>
      </w:r>
      <w:r>
        <w:t>maulana sahib baat samajh mein poori tarah clear nahi hui aap ne maulana farmaya ke yeh jo teen char categories quran mein aayi hain in categories ko jo bhi aadmi follow karega woh bhi jannat ke liye entitle ho jayega kya mein galat hoon</w:t>
      </w:r>
    </w:p>
    <w:p>
      <w:pPr>
        <w:jc w:val="right"/>
      </w:pPr>
      <w:r>
        <w:t>مولانا صاحب بات سمجھ میں پوری طرح کلیئر نہیں ہوئی اپ نے مولانا فرمایا کہ یہ جو تین چار کیٹگریز قران میں ائی ہیں ان کیٹگریز کو جو بھی ادمی فالو کرے گا وہ بھی جنت کے لیے انٹائٹل ہو جائے گا کیا میں غلط ہوں</w:t>
      </w:r>
    </w:p>
    <w:p>
      <w:r>
        <w:rPr>
          <w:b/>
        </w:rPr>
        <w:t xml:space="preserve">[26:15] </w:t>
      </w:r>
      <w:r>
        <w:t>bas char category hai woh to ek ek kar rahe hain woh haan char category ko jo follow karega to woh bhi ek category hogi ya inhi mein se hoga woh haan woh bhi ek hogi ginti to is mein hai nahi aayat mein koi ginti to hai hi nahi woh bhi category hogi</w:t>
      </w:r>
    </w:p>
    <w:p>
      <w:pPr>
        <w:jc w:val="right"/>
      </w:pPr>
      <w:r>
        <w:t>بس چار کیٹگری ہے وہ تو ایک ایک کر رہے ہیں وہ ہاں چار کیٹگری کو جو فالو کرے گا تو وہ بھی ایک کیٹگری ہوگی یا انہی میں سے ہوگا وہ ہاں وہ بھی ایک ہوگی گنتی تو اس میں ہے نہیں ایت میں کوئی گنتی تو ہے ہی نہیں وہ بھی کیٹگری ہوگی</w:t>
      </w:r>
    </w:p>
    <w:p>
      <w:r>
        <w:rPr>
          <w:b/>
        </w:rPr>
        <w:t xml:space="preserve">[26:34] </w:t>
      </w:r>
      <w:r>
        <w:t>habib khan jo pakistan se taluq rakhte hain aur is waqt istanbul mein hain un ka sawal hai jihad bil qalam kis had tak karna chahiye jabke hukoomat waqt ya zalimain aap ki aur aap ki family ki zindagi ke dar pe hon aur agar maa baap mana karen to kya karen</w:t>
      </w:r>
    </w:p>
    <w:p>
      <w:pPr>
        <w:jc w:val="right"/>
      </w:pPr>
      <w:r>
        <w:t>حبیب خان جو پاکستان سے تعلق رکھتے ہیں اور اس وقت استنبول میں ہیں ان کا سوال ہے جہاد بالقلم کس حد تک کرنا چاہیے جبکہ حکومت وقت یا ظالمین اپ کی اور اپ کی فیملی کی زندگی کے در پہ ہوں اور اگر ماں باپ منع کریں تو کیا کریں</w:t>
      </w:r>
    </w:p>
    <w:p>
      <w:r>
        <w:rPr>
          <w:b/>
        </w:rPr>
        <w:t xml:space="preserve">[26:54] </w:t>
      </w:r>
      <w:r>
        <w:t>koi peeche nahi padta yeh farzi baat hai mein woh rehti hoon to mere mere mein to koi koi peeche pada nahi halanke mujh se ziyada ba naqis koi nahi hai</w:t>
      </w:r>
    </w:p>
    <w:p>
      <w:pPr>
        <w:jc w:val="right"/>
      </w:pPr>
      <w:r>
        <w:t>کوئی پیچھے نہیں پڑتا یہ فرضی بات ہے میں وہ رہتی ہوں تو میرے میرے میں تو کوئی کوئی پیچھے پڑھا نہیں حالانکہ مجھ سے زیادہ با ناقص کوئی نہیں ہے</w:t>
      </w:r>
    </w:p>
    <w:p>
      <w:r>
        <w:rPr>
          <w:b/>
        </w:rPr>
        <w:t xml:space="preserve">[27:10] </w:t>
      </w:r>
      <w:r>
        <w:t>peeche dekhen peeche padna koi pad kisi ke peeche kisi ke paas time nahi hai peeche padne ke liye peeche padhwata hai aadmi aadmi peeche padhwata hai ji aisi har har ki baatein kar raha hai ke woh is ko apne liye masla bana samjhe yeh nazariya galat hai bilkul</w:t>
      </w:r>
    </w:p>
    <w:p>
      <w:pPr>
        <w:jc w:val="right"/>
      </w:pPr>
      <w:r>
        <w:t>پیچھے دیکھیں پیچھے پڑھنا کوئی پڑھ کسی کے پیچھے کسی کے پاس ٹائم نہیں ہے پیچھے پڑھنے کے لیے پیچھے پڑھواتا ہے ادمی ادمی پیچھے پڑھواتا ہے جی ایسی ہر ہر کی باتیں کر رہا ہے کہ وہ اس کو اپنے لیے مسئلہ بنا سمجھے یہ نظریہ غلط ہے بالکل</w:t>
      </w:r>
    </w:p>
    <w:p>
      <w:r>
        <w:rPr>
          <w:b/>
        </w:rPr>
        <w:t xml:space="preserve">[27:34] </w:t>
      </w:r>
      <w:r>
        <w:t>maulana yeh naghma apa ka sawal hai ke koi aadmi apne hukoomat ko apne peeche kaise padhwata hai</w:t>
      </w:r>
    </w:p>
    <w:p>
      <w:pPr>
        <w:jc w:val="right"/>
      </w:pPr>
      <w:r>
        <w:t>مولانا یہ نغمہ اپا کا سوال ہے کہ کوئی ادمی اپنے حکومت کو اپنے پیچھے کیسے پڑھواتا ہے</w:t>
      </w:r>
    </w:p>
    <w:p>
      <w:r>
        <w:rPr>
          <w:b/>
        </w:rPr>
        <w:t xml:space="preserve">[27:48] </w:t>
      </w:r>
      <w:r>
        <w:t>dekhen koi jab tak aap kisi ke khilaf</w:t>
      </w:r>
    </w:p>
    <w:p>
      <w:pPr>
        <w:jc w:val="right"/>
      </w:pPr>
      <w:r>
        <w:t>دیکھیں کوئی جب تک اپ کسی کے خلاف</w:t>
      </w:r>
    </w:p>
    <w:p>
      <w:r>
        <w:rPr>
          <w:b/>
        </w:rPr>
        <w:t xml:space="preserve">[27:53] </w:t>
      </w:r>
      <w:r>
        <w:t>koi masla na create karen tab tak woh bhi aap ko</w:t>
      </w:r>
    </w:p>
    <w:p>
      <w:pPr>
        <w:jc w:val="right"/>
      </w:pPr>
      <w:r>
        <w:t>کوئی مسئلہ نہ کریٹ کریں تب تک وہ بھی اپ کو</w:t>
      </w:r>
    </w:p>
    <w:p>
      <w:r>
        <w:rPr>
          <w:b/>
        </w:rPr>
        <w:t xml:space="preserve">[27:59] </w:t>
      </w:r>
      <w:r>
        <w:t>naraz karta hai</w:t>
      </w:r>
    </w:p>
    <w:p>
      <w:pPr>
        <w:jc w:val="right"/>
      </w:pPr>
      <w:r>
        <w:t>ناراض کرتا ہے</w:t>
      </w:r>
    </w:p>
    <w:p>
      <w:r>
        <w:rPr>
          <w:b/>
        </w:rPr>
        <w:t xml:space="preserve">[28:01] </w:t>
      </w:r>
      <w:r>
        <w:t>yeh mamla aise hi hai jaise road road kinare ek bail khada hua hai seengh wala</w:t>
      </w:r>
    </w:p>
    <w:p>
      <w:pPr>
        <w:jc w:val="right"/>
      </w:pPr>
      <w:r>
        <w:t>یہ معاملہ ایسے ہی ہے جیسے روڈ روڈ کنارے ایک بیل کھڑا ہوا ہے سینگ والا</w:t>
      </w:r>
    </w:p>
    <w:p>
      <w:r>
        <w:rPr>
          <w:b/>
        </w:rPr>
        <w:t xml:space="preserve">[28:10] </w:t>
      </w:r>
      <w:r>
        <w:t>to kisi ko maar nahi raha hai woh woh khada hai lekin seengh hai us ke paas</w:t>
      </w:r>
    </w:p>
    <w:p>
      <w:pPr>
        <w:jc w:val="right"/>
      </w:pPr>
      <w:r>
        <w:t>تو کسی کو مار نہیں رہا ہے وہ وہ کھڑا ہے لیکن سینگ ہے اس کے پاس</w:t>
      </w:r>
    </w:p>
    <w:p>
      <w:r>
        <w:rPr>
          <w:b/>
        </w:rPr>
        <w:t xml:space="preserve">[28:16] </w:t>
      </w:r>
      <w:r>
        <w:t>lekin jab aap ek kankar le ke maaren us ko to woh apni seengh sunaye ga yeh mamla</w:t>
      </w:r>
    </w:p>
    <w:p>
      <w:pPr>
        <w:jc w:val="right"/>
      </w:pPr>
      <w:r>
        <w:t>لیکن جب اپ ایک کنکر لے کے ماریں اس کو تو وہ اپنی سینگ سنائے گا یہ معاملہ</w:t>
      </w:r>
    </w:p>
    <w:p>
      <w:r>
        <w:rPr>
          <w:b/>
        </w:rPr>
        <w:t xml:space="preserve">[28:24] </w:t>
      </w:r>
      <w:r>
        <w:t>hukumat ka hai jahan tak mein samajhta hoon koi bhi dunya mein aisa nahi hai koi hukumat</w:t>
      </w:r>
    </w:p>
    <w:p>
      <w:pPr>
        <w:jc w:val="right"/>
      </w:pPr>
      <w:r>
        <w:t>حکومت کا ہے جہاں تک میں سمجھتا ہوں کوئی بھی دنیا میں ایسا نہیں ہے کوئی حکومت</w:t>
      </w:r>
    </w:p>
    <w:p>
      <w:r>
        <w:rPr>
          <w:b/>
        </w:rPr>
        <w:t xml:space="preserve">[28:31] </w:t>
      </w:r>
      <w:r>
        <w:t>koi bhi hukumat hai dunya mein nahi hai jo</w:t>
      </w:r>
    </w:p>
    <w:p>
      <w:pPr>
        <w:jc w:val="right"/>
      </w:pPr>
      <w:r>
        <w:t>کوئی بھی حکومت ہے دنیا میں نہیں ہے جو</w:t>
      </w:r>
    </w:p>
    <w:p>
      <w:r>
        <w:rPr>
          <w:b/>
        </w:rPr>
        <w:t xml:space="preserve">[28:34] </w:t>
      </w:r>
      <w:r>
        <w:t>khawamkhwah aap ko seengh maare</w:t>
      </w:r>
    </w:p>
    <w:p>
      <w:pPr>
        <w:jc w:val="right"/>
      </w:pPr>
      <w:r>
        <w:t>خوامخواہ اپ کو سینگ مارے</w:t>
      </w:r>
    </w:p>
    <w:p>
      <w:r>
        <w:rPr>
          <w:b/>
        </w:rPr>
        <w:t xml:space="preserve">[28:37] </w:t>
      </w:r>
      <w:r>
        <w:t>aap is ke liye problem clear karte hain tab woh seengh chahti hai ab</w:t>
      </w:r>
    </w:p>
    <w:p>
      <w:pPr>
        <w:jc w:val="right"/>
      </w:pPr>
      <w:r>
        <w:t>اپ اس کے لیے پرابلم کلیئر کرتے ہیں تب وہ سینگ چاہتی ہے اب</w:t>
      </w:r>
    </w:p>
    <w:p>
      <w:r>
        <w:rPr>
          <w:b/>
        </w:rPr>
        <w:t xml:space="preserve">[28:44] </w:t>
      </w:r>
      <w:r>
        <w:t>woh na kuch nahi ab hukumat ke liye masla na ban jaye to aap ko chhodegi chhod</w:t>
      </w:r>
    </w:p>
    <w:p>
      <w:pPr>
        <w:jc w:val="right"/>
      </w:pPr>
      <w:r>
        <w:t>وہ نا کچھ نہیں اب حکومت کے لیے مسئلہ نہ بن جائے تو اپ کو چھوڑے گی چھوڑ</w:t>
      </w:r>
    </w:p>
    <w:p>
      <w:r>
        <w:rPr>
          <w:b/>
        </w:rPr>
        <w:t xml:space="preserve">[28:51] </w:t>
      </w:r>
      <w:r>
        <w:t>degi detect karo</w:t>
      </w:r>
    </w:p>
    <w:p>
      <w:pPr>
        <w:jc w:val="right"/>
      </w:pPr>
      <w:r>
        <w:t>دے گی ڈیٹیکٹ کرو</w:t>
      </w:r>
    </w:p>
    <w:p>
      <w:r>
        <w:rPr>
          <w:b/>
        </w:rPr>
        <w:t xml:space="preserve">[28:54] </w:t>
      </w:r>
      <w:r>
        <w:t>mein khud isi ka saboot hoon ke maine itni tanqeed ki hai tanqeed hai lekin government ne</w:t>
      </w:r>
    </w:p>
    <w:p>
      <w:pPr>
        <w:jc w:val="right"/>
      </w:pPr>
      <w:r>
        <w:t>میں خود اسی کا ثبوت ہوں کہ میں نے اتنی تنقید کی ہے تنقید ہے لیکن گورنمنٹ نے</w:t>
      </w:r>
    </w:p>
    <w:p>
      <w:r>
        <w:rPr>
          <w:b/>
        </w:rPr>
        <w:t xml:space="preserve">[29:01] </w:t>
      </w:r>
      <w:r>
        <w:t>mujhe to kuch kiya nahi kyunke</w:t>
      </w:r>
    </w:p>
    <w:p>
      <w:pPr>
        <w:jc w:val="right"/>
      </w:pPr>
      <w:r>
        <w:t>مجھے تو کچھ کیا نہیں کیونکہ</w:t>
      </w:r>
    </w:p>
    <w:p>
      <w:r>
        <w:rPr>
          <w:b/>
        </w:rPr>
        <w:t xml:space="preserve">[29:05] </w:t>
      </w:r>
      <w:r>
        <w:t>wahan kisi kisi government ke liye koi challenge nahi karta challenge nahi karta us ko koi masla nahi</w:t>
      </w:r>
    </w:p>
    <w:p>
      <w:pPr>
        <w:jc w:val="right"/>
      </w:pPr>
      <w:r>
        <w:t>وہاں کسی کسی گورنمنٹ کے لیے کوئی چیلنج نہیں کرتا چیلنج نہیں کرتا اس کو کوئی مسئلہ نہیں</w:t>
      </w:r>
    </w:p>
    <w:p>
      <w:r>
        <w:rPr>
          <w:b/>
        </w:rPr>
        <w:t xml:space="preserve">[29:15] </w:t>
      </w:r>
      <w:r>
        <w:t>create karta kuch bhi nahi</w:t>
      </w:r>
    </w:p>
    <w:p>
      <w:pPr>
        <w:jc w:val="right"/>
      </w:pPr>
      <w:r>
        <w:t>کریٹ کرتا کچھ بھی نہیں</w:t>
      </w:r>
    </w:p>
    <w:p>
      <w:r>
        <w:rPr>
          <w:b/>
        </w:rPr>
        <w:t xml:space="preserve">[29:20] </w:t>
      </w:r>
      <w:r>
        <w:t>to aap ko agar</w:t>
      </w:r>
    </w:p>
    <w:p>
      <w:pPr>
        <w:jc w:val="right"/>
      </w:pPr>
      <w:r>
        <w:t>تو اپ کو اگر</w:t>
      </w:r>
    </w:p>
    <w:p>
      <w:r>
        <w:rPr>
          <w:b/>
        </w:rPr>
        <w:t xml:space="preserve">[29:24] </w:t>
      </w:r>
      <w:r>
        <w:t>masla create karna hi hai to phir bhagten us ko</w:t>
      </w:r>
    </w:p>
    <w:p>
      <w:pPr>
        <w:jc w:val="right"/>
      </w:pPr>
      <w:r>
        <w:t>مسئلہ کریٹ کرنا ہی ہے تو پھر بھگتیں اس کو</w:t>
      </w:r>
    </w:p>
    <w:p>
      <w:r>
        <w:rPr>
          <w:b/>
        </w:rPr>
        <w:t xml:space="preserve">[29:28] </w:t>
      </w:r>
      <w:r>
        <w:t>ya to masla create na kijiye aur bache bache rahiye ya aap ko bachna nahi hai to phir</w:t>
      </w:r>
    </w:p>
    <w:p>
      <w:pPr>
        <w:jc w:val="right"/>
      </w:pPr>
      <w:r>
        <w:t>یا تو مسئلہ کریٹ نہ کیجئے اور بچے بچے رہیے یا اپ کو بچنا نہیں ہے تو پھر</w:t>
      </w:r>
    </w:p>
    <w:p>
      <w:r>
        <w:rPr>
          <w:b/>
        </w:rPr>
        <w:t xml:space="preserve">[29:37] </w:t>
      </w:r>
      <w:r>
        <w:t>us ki masla bhi create us ke mat kijiye</w:t>
      </w:r>
    </w:p>
    <w:p>
      <w:pPr>
        <w:jc w:val="right"/>
      </w:pPr>
      <w:r>
        <w:t>اس کی مسئلہ بھی کریٹ اس کے مت کیجئے</w:t>
      </w:r>
    </w:p>
    <w:p>
      <w:r>
        <w:rPr>
          <w:b/>
        </w:rPr>
        <w:t xml:space="preserve">[29:41] </w:t>
      </w:r>
      <w:r>
        <w:t>to aap agar chahte hain ke hukumat na peeche pade to aap us ki chhodiye mat kyun chhedte</w:t>
      </w:r>
    </w:p>
    <w:p>
      <w:pPr>
        <w:jc w:val="right"/>
      </w:pPr>
      <w:r>
        <w:t>تو اپ اگر چاہتے ہیں کہ حکومت نہ پیچھے پڑے تو اپ اس کی چھڑیے مت کیوں چھڑتے</w:t>
      </w:r>
    </w:p>
    <w:p>
      <w:r>
        <w:rPr>
          <w:b/>
        </w:rPr>
        <w:t xml:space="preserve">[29:48] </w:t>
      </w:r>
      <w:r>
        <w:t>hain aap chhedte hain to us ki prize dijiye aur prize nahi dena aaye aap ko to chhed</w:t>
      </w:r>
    </w:p>
    <w:p>
      <w:pPr>
        <w:jc w:val="right"/>
      </w:pPr>
      <w:r>
        <w:t>ہیں اپ چھیڑتے ہیں تو اس کی پرائز دیجئے اور پرائز نہیں دینا ائے اپ کو تو چھڑی</w:t>
      </w:r>
    </w:p>
    <w:p>
      <w:r>
        <w:rPr>
          <w:b/>
        </w:rPr>
        <w:t xml:space="preserve">[29:56] </w:t>
      </w:r>
      <w:r>
        <w:t>bhi mat</w:t>
      </w:r>
    </w:p>
    <w:p>
      <w:pPr>
        <w:jc w:val="right"/>
      </w:pPr>
      <w:r>
        <w:t>بھی مت</w:t>
      </w:r>
    </w:p>
    <w:p>
      <w:r>
        <w:rPr>
          <w:b/>
        </w:rPr>
        <w:t xml:space="preserve">[29:57] </w:t>
      </w:r>
      <w:r>
        <w:t>ek baar mein chhoti thi</w:t>
      </w:r>
    </w:p>
    <w:p>
      <w:pPr>
        <w:jc w:val="right"/>
      </w:pPr>
      <w:r>
        <w:t>ایک بار میں چھوٹی تھی</w:t>
      </w:r>
    </w:p>
    <w:p>
      <w:r>
        <w:rPr>
          <w:b/>
        </w:rPr>
        <w:t xml:space="preserve">[30:01] </w:t>
      </w:r>
      <w:r>
        <w:t>pata nahi kafi zyada samajhdar nahi thi to ghar ke bahar mein ne dekha ek oont khada hua</w:t>
      </w:r>
    </w:p>
    <w:p>
      <w:pPr>
        <w:jc w:val="right"/>
      </w:pPr>
      <w:r>
        <w:t>پتہ نہیں کافی زیادہ سمجھدار نہیں تھی تو گھر کے باہر میں نے دیکھا ایک اونٹ کھڑا ہوا</w:t>
      </w:r>
    </w:p>
    <w:p>
      <w:r>
        <w:rPr>
          <w:b/>
        </w:rPr>
        <w:t xml:space="preserve">[30:08] </w:t>
      </w:r>
      <w:r>
        <w:t>hai ab mere ko itna samajh mein nahi aaya gayi oont ko chhoone lagi ab us ne bahut</w:t>
      </w:r>
    </w:p>
    <w:p>
      <w:pPr>
        <w:jc w:val="right"/>
      </w:pPr>
      <w:r>
        <w:t>ہے اب میرے کو اتنا سمجھ میں نہیں ایا گئی اونٹ کو چھونے لگی اب اس نے بہت</w:t>
      </w:r>
    </w:p>
    <w:p>
      <w:r>
        <w:rPr>
          <w:b/>
        </w:rPr>
        <w:t xml:space="preserve">[30:15] </w:t>
      </w:r>
      <w:r>
        <w:t>zor se mujhe mara aur mein door ja ke giri</w:t>
      </w:r>
    </w:p>
    <w:p>
      <w:pPr>
        <w:jc w:val="right"/>
      </w:pPr>
      <w:r>
        <w:t>زور سے مجھے مارا اور میں دور جا کے گری</w:t>
      </w:r>
    </w:p>
    <w:p>
      <w:r>
        <w:rPr>
          <w:b/>
        </w:rPr>
        <w:t xml:space="preserve">[30:20] </w:t>
      </w:r>
      <w:r>
        <w:t>to wahi keh rahe hain ke musalman hamesha jo hain opposition ka role play karte hain jab hath</w:t>
      </w:r>
    </w:p>
    <w:p>
      <w:pPr>
        <w:jc w:val="right"/>
      </w:pPr>
      <w:r>
        <w:t>تو وہی کہہ رہے ہیں کہ مسلمان ہمیشہ جو ہیں اپوزیشن کا رول پلے کرتے ہیں جب ہاتھ</w:t>
      </w:r>
    </w:p>
    <w:p>
      <w:r>
        <w:rPr>
          <w:b/>
        </w:rPr>
        <w:t xml:space="preserve">[30:26] </w:t>
      </w:r>
      <w:r>
        <w:t>se nahi kuch kar paate hain to qalam se karte hain halankay islam mein to jo bhi hukumat</w:t>
      </w:r>
    </w:p>
    <w:p>
      <w:pPr>
        <w:jc w:val="right"/>
      </w:pPr>
      <w:r>
        <w:t>سے نہیں کچھ کر پاتے ہیں تو قلم سے کرتے ہیں حالانکہ اسلام میں تو جو بھی حکومت</w:t>
      </w:r>
    </w:p>
    <w:p>
      <w:r>
        <w:rPr>
          <w:b/>
        </w:rPr>
        <w:t xml:space="preserve">[30:32] </w:t>
      </w:r>
      <w:r>
        <w:t>ho us ko us ko humein support karna hai us ko cooperate karna hai yeh to naya zamana</w:t>
      </w:r>
    </w:p>
    <w:p>
      <w:pPr>
        <w:jc w:val="right"/>
      </w:pPr>
      <w:r>
        <w:t>ہو اس کو اس کو ہمیں سپورٹ کرنا ہے اس کو کوپریٹ کرنا ہے یہ تو نیا زمانہ</w:t>
      </w:r>
    </w:p>
    <w:p>
      <w:r>
        <w:rPr>
          <w:b/>
        </w:rPr>
        <w:t xml:space="preserve">[30:38] </w:t>
      </w:r>
      <w:r>
        <w:t>hai democracy mein aik opposition hoti hai to opposition hoti hai jo members hotay</w:t>
      </w:r>
    </w:p>
    <w:p>
      <w:pPr>
        <w:jc w:val="right"/>
      </w:pPr>
      <w:r>
        <w:t>ہے ڈیموکریسی میں ایک اپوزیشن ہوتی ہے تو اپوزیشن ہوتی ہے جو ممبرز ہوتے</w:t>
      </w:r>
    </w:p>
    <w:p>
      <w:r>
        <w:rPr>
          <w:b/>
        </w:rPr>
        <w:t xml:space="preserve">[30:42] </w:t>
      </w:r>
      <w:r>
        <w:t>hain isi mein aik opposition hoti hai government ki policies ke khilaaf woh tanqeed karti hai to saaray logon ka kaam thori hai ke saaray log jo hain opposition ka role play karein to karein ge to phir uss ka jo nateeja bhugtein ge</w:t>
      </w:r>
    </w:p>
    <w:p>
      <w:pPr>
        <w:jc w:val="right"/>
      </w:pPr>
      <w:r>
        <w:t>ہیں اسی میں ایک اپوزیشن ہوتی ہے گورنمنٹ کی پالیسیز کے خلاف وہ تنقید کرتی ہے تو سارے لوگوں کا کام تھوڑی ہے کہ سارے لوگ جو ہیں اپوزیشن کا رول پلے کریں تو کریں گے تو پھر اس کا جو نتیجہ بھگتیں گے</w:t>
      </w:r>
    </w:p>
    <w:p>
      <w:r>
        <w:rPr>
          <w:b/>
        </w:rPr>
        <w:t xml:space="preserve">[30:56] </w:t>
      </w:r>
      <w:r>
        <w:t>acchi achi misaal hai ji Maulana aik hadees hai</w:t>
      </w:r>
    </w:p>
    <w:p>
      <w:pPr>
        <w:jc w:val="right"/>
      </w:pPr>
      <w:r>
        <w:t>اچھی اچھی مثال ہے جی مولانا ایک حدیث ہے</w:t>
      </w:r>
    </w:p>
    <w:p>
      <w:r>
        <w:rPr>
          <w:b/>
        </w:rPr>
        <w:t xml:space="preserve">[31:05] </w:t>
      </w:r>
      <w:r>
        <w:t>In Shuaib Ibn Raziq qaal qadamna ala Rasool Allah Sallallahu Alaihi Wasallam faqaal ayuhal naas lan taf'aloo walan tutiqoo kullama amartum bihi fasaddidoo wa abshirroo Mu'jam al-Sahaba jild aik safha 351 Shuaib bin Raziq kehte hain ke hum Rasool Allah Sallallahu Alaihi Wasallam ke paas aaye to aap ne kaha hai</w:t>
      </w:r>
    </w:p>
    <w:p>
      <w:pPr>
        <w:jc w:val="right"/>
      </w:pPr>
      <w:r>
        <w:t>ان شعیب ابن روزیق قال قدمنا علی رسول اللہ صلی اللہ علیہ وسلم فقال ایہا الناس لن تفعلو ولن تطیقوا کلما امرتم بہ فسددوا وابشرو معجم الصحابہ جلد ایک صفحہ 351 شعیب بن روزیق کہتے ہیں کہ ہم رسول اللہ صلی اللہ علیہ وسلم کے پاس ائے تو اپ نے کہا ہے</w:t>
      </w:r>
    </w:p>
    <w:p>
      <w:r>
        <w:rPr>
          <w:b/>
        </w:rPr>
        <w:t xml:space="preserve">[31:32] </w:t>
      </w:r>
      <w:r>
        <w:t>aay logon tum hargiz nahi kar sakte aur na taqat rakhte ho woh sab kuch karne ka jis</w:t>
      </w:r>
    </w:p>
    <w:p>
      <w:pPr>
        <w:jc w:val="right"/>
      </w:pPr>
      <w:r>
        <w:t>اے لوگوں تم ہرگز نہیں کر سکتے اور نہ طاقت رکھتے ہو وہ سب کچھ کرنے کا جس</w:t>
      </w:r>
    </w:p>
    <w:p>
      <w:r>
        <w:rPr>
          <w:b/>
        </w:rPr>
        <w:t xml:space="preserve">[31:39] </w:t>
      </w:r>
      <w:r>
        <w:t>ka tum ko hukum diya gaya hai is liye tum eitdaal par qaim raho aur hamesha Allah se</w:t>
      </w:r>
    </w:p>
    <w:p>
      <w:pPr>
        <w:jc w:val="right"/>
      </w:pPr>
      <w:r>
        <w:t>کا تم کو حکم دیا گیا ہے اس لیے تم اعتدال پر قائم رہو اور ہمیشہ اللہ سے</w:t>
      </w:r>
    </w:p>
    <w:p>
      <w:r>
        <w:rPr>
          <w:b/>
        </w:rPr>
        <w:t xml:space="preserve">[31:45] </w:t>
      </w:r>
      <w:r>
        <w:t>umeedein rakho Maulana is hadith ko jo hum dekhte hain to is se quran mein jo ayat mashhoor</w:t>
      </w:r>
    </w:p>
    <w:p>
      <w:pPr>
        <w:jc w:val="right"/>
      </w:pPr>
      <w:r>
        <w:t>امیدیں رکھو مولانا اس حدیث کو جو ہم دیکھتے ہیں تو اس سے قران میں جو ایت مشہور</w:t>
      </w:r>
    </w:p>
    <w:p>
      <w:r>
        <w:rPr>
          <w:b/>
        </w:rPr>
        <w:t xml:space="preserve">[31:51] </w:t>
      </w:r>
      <w:r>
        <w:t>hai la yukallifullahu nafsan illa wus'aha ke Allah ta'ala kisi insan ko us ki wus'at ke barabar</w:t>
      </w:r>
    </w:p>
    <w:p>
      <w:pPr>
        <w:jc w:val="right"/>
      </w:pPr>
      <w:r>
        <w:t>ہے لا یکلف اللہ نفسا الا وسعا کہ اللہ تعالی کسی انسان کو اس کی وسعت کے برابر</w:t>
      </w:r>
    </w:p>
    <w:p>
      <w:r>
        <w:rPr>
          <w:b/>
        </w:rPr>
        <w:t xml:space="preserve">[31:57] </w:t>
      </w:r>
      <w:r>
        <w:t>hi mukallaf karta hai is ayat ki is se tashreeh nikalti hai magar hum dekhte hain ke musalmanon</w:t>
      </w:r>
    </w:p>
    <w:p>
      <w:pPr>
        <w:jc w:val="right"/>
      </w:pPr>
      <w:r>
        <w:t>ہی مکلف کرتا ہے اس ایت کی اس سے تشریح نکلتی ہے مگر ہم دیکھتے ہیں کہ مسلمانوں</w:t>
      </w:r>
    </w:p>
    <w:p>
      <w:r>
        <w:rPr>
          <w:b/>
        </w:rPr>
        <w:t xml:space="preserve">[32:03] </w:t>
      </w:r>
      <w:r>
        <w:t>ko jo aksar museebatein aati hain is daur mein is ka reason yeh hai ke Allah ta'ala ki</w:t>
      </w:r>
    </w:p>
    <w:p>
      <w:pPr>
        <w:jc w:val="right"/>
      </w:pPr>
      <w:r>
        <w:t>کو جو اکثر مصیبتیں اتی ہیں اس دور میں اس کا ریزن یہ ہے کہ اللہ تعالی کی</w:t>
      </w:r>
    </w:p>
    <w:p>
      <w:r>
        <w:rPr>
          <w:b/>
        </w:rPr>
        <w:t xml:space="preserve">[32:07] </w:t>
      </w:r>
      <w:r>
        <w:t>taraf se jo yeh rukhsat mili hui hai ke aap ko wus'at nahi woh deeni kaam mat karo</w:t>
      </w:r>
    </w:p>
    <w:p>
      <w:pPr>
        <w:jc w:val="right"/>
      </w:pPr>
      <w:r>
        <w:t>طرف سے جو یہ رخصت ملی ہوئی ہے کہ اپ کو وسعت نہیں وہ دینی کام مت کرو</w:t>
      </w:r>
    </w:p>
    <w:p>
      <w:r>
        <w:rPr>
          <w:b/>
        </w:rPr>
        <w:t xml:space="preserve">[32:12] </w:t>
      </w:r>
      <w:r>
        <w:t>isi kaam mein woh bheer jaate hain is wajah se sari museebatein aati hain un ko</w:t>
      </w:r>
    </w:p>
    <w:p>
      <w:pPr>
        <w:jc w:val="right"/>
      </w:pPr>
      <w:r>
        <w:t>اسی کام میں وہ بھیڑ جاتے ہیں اس وجہ سے ساری مصیبتیں اتی ہیں ان کو</w:t>
      </w:r>
    </w:p>
    <w:p>
      <w:r>
        <w:rPr>
          <w:b/>
        </w:rPr>
        <w:t xml:space="preserve">[32:19] </w:t>
      </w:r>
      <w:r>
        <w:t>misal dekhein government ne koi</w:t>
      </w:r>
    </w:p>
    <w:p>
      <w:pPr>
        <w:jc w:val="right"/>
      </w:pPr>
      <w:r>
        <w:t>مثلا دیکھیں گورنمنٹ نے کوئی</w:t>
      </w:r>
    </w:p>
    <w:p>
      <w:r>
        <w:rPr>
          <w:b/>
        </w:rPr>
        <w:t xml:space="preserve">[32:26] </w:t>
      </w:r>
      <w:r>
        <w:t>agar irada jaari kiya koi la la banaya to aaj kal jo iss jo model hai iss ka</w:t>
      </w:r>
    </w:p>
    <w:p>
      <w:pPr>
        <w:jc w:val="right"/>
      </w:pPr>
      <w:r>
        <w:t>اگر ارادہ جاری کیا کوئی لا لا بنایا تو اج کل جو اس جو ماڈل ہے اس کا</w:t>
      </w:r>
    </w:p>
    <w:p>
      <w:r>
        <w:rPr>
          <w:b/>
        </w:rPr>
        <w:t xml:space="preserve">[32:40] </w:t>
      </w:r>
      <w:r>
        <w:t>wo karne ka ihtijaaj karne ka musalman fallow chale jaate hain</w:t>
      </w:r>
    </w:p>
    <w:p>
      <w:pPr>
        <w:jc w:val="right"/>
      </w:pPr>
      <w:r>
        <w:t>وہ کرنے کا احتجاج کرنے کا مسلمان فالو چلے جاتے ہیں</w:t>
      </w:r>
    </w:p>
    <w:p>
      <w:r>
        <w:rPr>
          <w:b/>
        </w:rPr>
        <w:t xml:space="preserve">[32:50] </w:t>
      </w:r>
      <w:r>
        <w:t>agar aap ehtijaj na karein aap court ho jayein to kuch nahi hoga kyunke woh jaiz tareeqa hai</w:t>
      </w:r>
    </w:p>
    <w:p>
      <w:pPr>
        <w:jc w:val="right"/>
      </w:pPr>
      <w:r>
        <w:t>اگر اپ احتجاج نہ کریں اپ کورٹ ہو جائیں تو کچھ نہیں ہوگا کیونکہ وہ جائز طریقہ ہے</w:t>
      </w:r>
    </w:p>
    <w:p>
      <w:r>
        <w:rPr>
          <w:b/>
        </w:rPr>
        <w:t xml:space="preserve">[33:01] </w:t>
      </w:r>
      <w:r>
        <w:t>muraafa karne ka</w:t>
      </w:r>
    </w:p>
    <w:p>
      <w:pPr>
        <w:jc w:val="right"/>
      </w:pPr>
      <w:r>
        <w:t>مرافع کرنے کا</w:t>
      </w:r>
    </w:p>
    <w:p>
      <w:r>
        <w:rPr>
          <w:b/>
        </w:rPr>
        <w:t xml:space="preserve">[33:03] </w:t>
      </w:r>
      <w:r>
        <w:t>to mein samajhta hoon ke agar aap jayenge ehtijaj ki taraf to zaroor aap ko</w:t>
      </w:r>
    </w:p>
    <w:p>
      <w:pPr>
        <w:jc w:val="right"/>
      </w:pPr>
      <w:r>
        <w:t>تو میں سمجھتا ہوں کہ اگر اپ جائیں گے احتجاج کی طرف تو ضرور اپ کو</w:t>
      </w:r>
    </w:p>
    <w:p>
      <w:r>
        <w:rPr>
          <w:b/>
        </w:rPr>
        <w:t xml:space="preserve">[33:11] </w:t>
      </w:r>
      <w:r>
        <w:t>police ka masla ban jayega woh police aap ko kuch na kuch karegi to police ka</w:t>
      </w:r>
    </w:p>
    <w:p>
      <w:pPr>
        <w:jc w:val="right"/>
      </w:pPr>
      <w:r>
        <w:t>پولیس کا مسئلہ بن جائے گا وہ پولیس اپ کو کچھ نہ کچھ کرے گی تو پولیس کا</w:t>
      </w:r>
    </w:p>
    <w:p>
      <w:r>
        <w:rPr>
          <w:b/>
        </w:rPr>
        <w:t xml:space="preserve">[33:16] </w:t>
      </w:r>
      <w:r>
        <w:t>masla mat banaiye adalat ka masla banaiye</w:t>
      </w:r>
    </w:p>
    <w:p>
      <w:pPr>
        <w:jc w:val="right"/>
      </w:pPr>
      <w:r>
        <w:t>مسئلہ مت بنائیے عدالت کا مسئلہ بنائیے</w:t>
      </w:r>
    </w:p>
    <w:p>
      <w:r>
        <w:rPr>
          <w:b/>
        </w:rPr>
        <w:t xml:space="preserve">[33:20] </w:t>
      </w:r>
      <w:r>
        <w:t>musalman aksar yeh karte hain ke apne mamle ko police ka masla bana dete hain mein samajhta hoon</w:t>
      </w:r>
    </w:p>
    <w:p>
      <w:pPr>
        <w:jc w:val="right"/>
      </w:pPr>
      <w:r>
        <w:t>مسلمان اکثر یہ کرتے ہیں کہ اپنے معاملے کو پولیس کا مسئلہ بنا دیتے ہیں میں سمجھتا ہوں</w:t>
      </w:r>
    </w:p>
    <w:p>
      <w:r>
        <w:rPr>
          <w:b/>
        </w:rPr>
        <w:t xml:space="preserve">[33:27] </w:t>
      </w:r>
      <w:r>
        <w:t>sahi tareeqa hai ke police ka masla kabhi na banaya jaye balkay</w:t>
      </w:r>
    </w:p>
    <w:p>
      <w:pPr>
        <w:jc w:val="right"/>
      </w:pPr>
      <w:r>
        <w:t>صحیح طریقہ ہے کہ پولیس کا مسئلہ کبھی نہ بنایا جائے بلکہ</w:t>
      </w:r>
    </w:p>
    <w:p>
      <w:r>
        <w:rPr>
          <w:b/>
        </w:rPr>
        <w:t xml:space="preserve">[33:33] </w:t>
      </w:r>
      <w:r>
        <w:t>hamesha adalat ka masla</w:t>
      </w:r>
    </w:p>
    <w:p>
      <w:pPr>
        <w:jc w:val="right"/>
      </w:pPr>
      <w:r>
        <w:t>ہمیشہ عدالت کا مسئلہ</w:t>
      </w:r>
    </w:p>
    <w:p>
      <w:r>
        <w:rPr>
          <w:b/>
        </w:rPr>
        <w:t xml:space="preserve">[33:36] </w:t>
      </w:r>
      <w:r>
        <w:t>banaya jaye</w:t>
      </w:r>
    </w:p>
    <w:p>
      <w:pPr>
        <w:jc w:val="right"/>
      </w:pPr>
      <w:r>
        <w:t>بنایا جائے</w:t>
      </w:r>
    </w:p>
    <w:p>
      <w:r>
        <w:rPr>
          <w:b/>
        </w:rPr>
        <w:t xml:space="preserve">[33:39] </w:t>
      </w:r>
      <w:r>
        <w:t>wakeel ke zariye adalat se</w:t>
      </w:r>
    </w:p>
    <w:p>
      <w:pPr>
        <w:jc w:val="right"/>
      </w:pPr>
      <w:r>
        <w:t>وکیل کے ذریعے عدالت سے</w:t>
      </w:r>
    </w:p>
    <w:p>
      <w:r>
        <w:rPr>
          <w:b/>
        </w:rPr>
        <w:t xml:space="preserve">[33:45] </w:t>
      </w:r>
      <w:r>
        <w:t>marafa kehte hain iss ko marafa kiya jaye</w:t>
      </w:r>
    </w:p>
    <w:p>
      <w:pPr>
        <w:jc w:val="right"/>
      </w:pPr>
      <w:r>
        <w:t>مرافع کہتے ہیں اس کو مرافع کیا جائے</w:t>
      </w:r>
    </w:p>
    <w:p>
      <w:r>
        <w:rPr>
          <w:b/>
        </w:rPr>
        <w:t xml:space="preserve">[33:52] </w:t>
      </w:r>
      <w:r>
        <w:t>yeh iss mein yeh soch iss mamle mein yeh hai</w:t>
      </w:r>
    </w:p>
    <w:p>
      <w:pPr>
        <w:jc w:val="right"/>
      </w:pPr>
      <w:r>
        <w:t>یہ اس میں یہ سوچ اس معاملے میں یہی ہے</w:t>
      </w:r>
    </w:p>
    <w:p>
      <w:r>
        <w:rPr>
          <w:b/>
        </w:rPr>
        <w:t xml:space="preserve">[33:56] </w:t>
      </w:r>
      <w:r>
        <w:t>Maulana apne apne lecture mein aik baat batayi ke jab insan ko char categories mein samajh na aaye</w:t>
      </w:r>
    </w:p>
    <w:p>
      <w:pPr>
        <w:jc w:val="right"/>
      </w:pPr>
      <w:r>
        <w:t>مولانا اپنے اپنے لیکچر میں ایک بات بتائی کہ جب انسان کو چار کیٹگریز میں سمجھ نہ ائے</w:t>
      </w:r>
    </w:p>
    <w:p>
      <w:r>
        <w:rPr>
          <w:b/>
        </w:rPr>
        <w:t xml:space="preserve">[34:02] </w:t>
      </w:r>
      <w:r>
        <w:t>ke woh kahan par stand karta hai to woh dua ka aik tareeqa apna sakta hai jahan woh</w:t>
      </w:r>
    </w:p>
    <w:p>
      <w:pPr>
        <w:jc w:val="right"/>
      </w:pPr>
      <w:r>
        <w:t>کہ وہ کہاں پر سٹینڈ کرتا ہے تو وہ دعا کا ایک طریقہ اپنا سکتا ہے جہاں وہ</w:t>
      </w:r>
    </w:p>
    <w:p>
      <w:r>
        <w:rPr>
          <w:b/>
        </w:rPr>
        <w:t xml:space="preserve">[34:08] </w:t>
      </w:r>
      <w:r>
        <w:t>dua kare aur Allah se mangay Maulana aap ki abhi is baat par sochte sochte is mein mujhe</w:t>
      </w:r>
    </w:p>
    <w:p>
      <w:pPr>
        <w:jc w:val="right"/>
      </w:pPr>
      <w:r>
        <w:t>دعا کرے اور اللہ سے مانگے مولانا اپ کی ابھی اس بات پر سوچتے سوچتے اس میں مجھے</w:t>
      </w:r>
    </w:p>
    <w:p>
      <w:r>
        <w:rPr>
          <w:b/>
        </w:rPr>
        <w:t xml:space="preserve">[34:15] </w:t>
      </w:r>
      <w:r>
        <w:t>attachment to god wala concept ah ah click ho gaya Maulana attachment to god ah humein lead karta</w:t>
      </w:r>
    </w:p>
    <w:p>
      <w:pPr>
        <w:jc w:val="right"/>
      </w:pPr>
      <w:r>
        <w:t>اٹیچمنٹ ٹو گاڈ والا کانسیپٹ اہ اہ کلک ہو گیا مولانا اٹیچمنٹ ٹو گاڈ اہ ہمیں لیڈ کرتا</w:t>
      </w:r>
    </w:p>
    <w:p>
      <w:r>
        <w:rPr>
          <w:b/>
        </w:rPr>
        <w:t xml:space="preserve">[34:24] </w:t>
      </w:r>
      <w:r>
        <w:t>hai ke hum god centered mentality pe chalen ya hamein god centered banata hai to Maulana mein ap</w:t>
      </w:r>
    </w:p>
    <w:p>
      <w:pPr>
        <w:jc w:val="right"/>
      </w:pPr>
      <w:r>
        <w:t>ہے کہ ہم گاڈ سینٹرڈ مینٹیلیٹی پہ چلیں یا ہمیں گاڈ سینٹرڈ بناتا ہے تو مولانا میں اپ</w:t>
      </w:r>
    </w:p>
    <w:p>
      <w:r>
        <w:rPr>
          <w:b/>
        </w:rPr>
        <w:t xml:space="preserve">[34:30] </w:t>
      </w:r>
      <w:r>
        <w:t>se yeh sawal karna chahti hoon ke attachment to god aur god centered thinking ko develop karne ka</w:t>
      </w:r>
    </w:p>
    <w:p>
      <w:pPr>
        <w:jc w:val="right"/>
      </w:pPr>
      <w:r>
        <w:t>سے یہ سوال کرنا چاہتی ہوں کہ اٹیچمنٹ ٹو گاڈ اور گاڈ سینٹرڈ تھنکنگ کو ڈیولپ کرنے کا</w:t>
      </w:r>
    </w:p>
    <w:p>
      <w:r>
        <w:rPr>
          <w:b/>
        </w:rPr>
        <w:t xml:space="preserve">[34:36] </w:t>
      </w:r>
      <w:r>
        <w:t>kya tareeqa hai</w:t>
      </w:r>
    </w:p>
    <w:p>
      <w:pPr>
        <w:jc w:val="right"/>
      </w:pPr>
      <w:r>
        <w:t>کیا طریقہ ہے</w:t>
      </w:r>
    </w:p>
    <w:p>
      <w:r>
        <w:rPr>
          <w:b/>
        </w:rPr>
        <w:t xml:space="preserve">[34:39] </w:t>
      </w:r>
      <w:r>
        <w:t>bas Quran ko parh kar isi se dekhiye Quran mein kya bataya gaya Quran mein to har safhay par mile ga aap ko yeh baat to bohat zyada Quran mein hai</w:t>
      </w:r>
    </w:p>
    <w:p>
      <w:pPr>
        <w:jc w:val="right"/>
      </w:pPr>
      <w:r>
        <w:t>بس قران کو پڑھ کر اسی سے دیکھیے قران میں کیا بتایا گیا قران میں تو ہر صفحے پر ملے گا اپ کو یہ بات تو بہت زیادہ قران میں ہے</w:t>
      </w:r>
    </w:p>
    <w:p>
      <w:r>
        <w:rPr>
          <w:b/>
        </w:rPr>
        <w:t xml:space="preserve">[34:59] </w:t>
      </w:r>
      <w:r>
        <w:t>j</w:t>
      </w:r>
    </w:p>
    <w:p>
      <w:pPr>
        <w:jc w:val="right"/>
      </w:pPr>
      <w:r>
        <w:t>ج</w:t>
      </w:r>
    </w:p>
    <w:p>
      <w:r>
        <w:rPr>
          <w:b/>
        </w:rPr>
        <w:t xml:space="preserve">[35:00] </w:t>
      </w:r>
      <w:r>
        <w:t>y sahib bilkul sahi baat hai Maulana yeh baat bohat hi zyada Quran mein hai to aadmi ko zaroor parhna chahiye Quran aur aap ne aik martaba aap shayad mujhe yaad aata hai ke aap ne yeh kaha tha har insaan ko ya har musalman ko kam az kam aik martaba tarjuma parh ke dekhna chahiye ke Khuda uss se kya kehta</w:t>
      </w:r>
    </w:p>
    <w:p>
      <w:pPr>
        <w:jc w:val="right"/>
      </w:pPr>
      <w:r>
        <w:t>ی صاحب بالکل صحیح بات ہے مولانا یہ بات بہت ہی زیادہ قران میں ہے تو ادمی کو ضرور پڑھنا چاہیے قران اور اپ نے ایک مرتبہ اپ شاید مجھے یاد اتا ہے کہ اپ نے یہ کہا تھا ہر انسان کو یا ہر مسلمان کو کم از کم ایک مرتبہ ترجمہ پڑھ کے دیکھنا چاہیے کہ خدا اس سے کیا کہتا</w:t>
      </w:r>
    </w:p>
    <w:p>
      <w:r>
        <w:rPr>
          <w:b/>
        </w:rPr>
        <w:t xml:space="preserve">[35:18] </w:t>
      </w:r>
      <w:r>
        <w:t>hai hmm yeh to wajah hai yani akhirat mein jab farishtay poochein ge to insaan ke paas yeh kehne ke liye to ho ke maine Quran aik kam az kam aik baar to parha tha iss mein yeh paya mein mein ne yeh paya yeh jawab uss ke paas hona chahiye yani ke parhai raho</w:t>
      </w:r>
    </w:p>
    <w:p>
      <w:pPr>
        <w:jc w:val="right"/>
      </w:pPr>
      <w:r>
        <w:t>ہے ہمم یہ تو وجہ ہے یعنی اخرت میں جب فرشتے پوچھیں گے تو انسان کے پاس یہ کہنے کے لیے تو ہو کہ میں نے قران ایک کم از کم ایک بار تو پڑھا تھا اس میں یہ پایا میں میں نے یہ پایا یہ جواب اس کے پاس ہونا چاہیے یعنی کہ پڑھائی رہو</w:t>
      </w:r>
    </w:p>
    <w:p>
      <w:r>
        <w:rPr>
          <w:b/>
        </w:rPr>
        <w:t xml:space="preserve">[35:43] </w:t>
      </w:r>
      <w:r>
        <w:t>doctor hina rasool khan ne ah england se ah comment kiya hai</w:t>
      </w:r>
    </w:p>
    <w:p>
      <w:pPr>
        <w:jc w:val="right"/>
      </w:pPr>
      <w:r>
        <w:t>ڈاکٹر حنا رسول خان نے اہ انگلینڈ سے اہ کمنٹ کیا ہے</w:t>
      </w:r>
    </w:p>
    <w:p>
      <w:r>
        <w:rPr>
          <w:b/>
        </w:rPr>
        <w:t xml:space="preserve">[35:50] </w:t>
      </w:r>
      <w:r>
        <w:t>ah woh shayad is pas manzar mein ke ek aadmi ne yeh kaha tha ke hukoomat jab peechay</w:t>
      </w:r>
    </w:p>
    <w:p>
      <w:pPr>
        <w:jc w:val="right"/>
      </w:pPr>
      <w:r>
        <w:t>اہ وہ شاید اس پس منظر میں کہ ایک ادمی نے یہ کہا تھا کہ حکومت جب پیچھے</w:t>
      </w:r>
    </w:p>
    <w:p>
      <w:r>
        <w:rPr>
          <w:b/>
        </w:rPr>
        <w:t xml:space="preserve">[35:55] </w:t>
      </w:r>
      <w:r>
        <w:t>par jaye to kya karna chahiye to aap ne kaha tha ke hukoomat ko aadmi peechay parwatata hai</w:t>
      </w:r>
    </w:p>
    <w:p>
      <w:pPr>
        <w:jc w:val="right"/>
      </w:pPr>
      <w:r>
        <w:t>پڑ جائے تو کیا کرنا چاہیے تو اپ نے کہا تھا کہ حکومت کو ادمی پیچھے پڑواتا ہے</w:t>
      </w:r>
    </w:p>
    <w:p>
      <w:r>
        <w:rPr>
          <w:b/>
        </w:rPr>
        <w:t xml:space="preserve">[36:00] </w:t>
      </w:r>
      <w:r>
        <w:t>aap wasay kaam mat kijiye ke ke log aap ke peechay par jayen to is pas manzar mein</w:t>
      </w:r>
    </w:p>
    <w:p>
      <w:pPr>
        <w:jc w:val="right"/>
      </w:pPr>
      <w:r>
        <w:t>اپ ویسے کام مت کیجئے کہ کہ لوگ اپ کے پیچھے پڑ جائیں تو اس پس منظر میں</w:t>
      </w:r>
    </w:p>
    <w:p>
      <w:r>
        <w:rPr>
          <w:b/>
        </w:rPr>
        <w:t xml:space="preserve">[36:05] </w:t>
      </w:r>
      <w:r>
        <w:t>unhon ne kaha hai if we want to criticize any action of government we should do it at</w:t>
      </w:r>
    </w:p>
    <w:p>
      <w:pPr>
        <w:jc w:val="right"/>
      </w:pPr>
      <w:r>
        <w:t>انہوں نے کہا ہے اف وی وانٹ ٹو کریٹیسائز اینی ایکشن اف گورنمنٹ وی شوڈ ڈو اٹ ایٹ</w:t>
      </w:r>
    </w:p>
    <w:p>
      <w:r>
        <w:rPr>
          <w:b/>
        </w:rPr>
        <w:t xml:space="preserve">[36:12] </w:t>
      </w:r>
      <w:r>
        <w:t>as positive and constructive criticism in peaceful way aur Allah taala se dua kare taake hukoomat is</w:t>
      </w:r>
    </w:p>
    <w:p>
      <w:pPr>
        <w:jc w:val="right"/>
      </w:pPr>
      <w:r>
        <w:t>ایز پازیٹیو اینڈ کنسٹرکٹو کریٹیسزم ان پیس فل وے اور اللہ تعالی سے دعا کرے تاکہ حکومت اس</w:t>
      </w:r>
    </w:p>
    <w:p>
      <w:r>
        <w:rPr>
          <w:b/>
        </w:rPr>
        <w:t xml:space="preserve">[36:20] </w:t>
      </w:r>
      <w:r>
        <w:t>ko sun kar ghore kare</w:t>
      </w:r>
    </w:p>
    <w:p>
      <w:pPr>
        <w:jc w:val="right"/>
      </w:pPr>
      <w:r>
        <w:t>کو سن کر غور کرے</w:t>
      </w:r>
    </w:p>
    <w:p>
      <w:r>
        <w:rPr>
          <w:b/>
        </w:rPr>
        <w:t xml:space="preserve">[36:26] </w:t>
      </w:r>
      <w:r>
        <w:t>to un ka sochna sahi hai ya nahi</w:t>
      </w:r>
    </w:p>
    <w:p>
      <w:pPr>
        <w:jc w:val="right"/>
      </w:pPr>
      <w:r>
        <w:t>تو ان کا سوچنا صحیح ہے یا نہیں</w:t>
      </w:r>
    </w:p>
    <w:p>
      <w:r>
        <w:rPr>
          <w:b/>
        </w:rPr>
        <w:t xml:space="preserve">[36:28] </w:t>
      </w:r>
      <w:r>
        <w:t>haan sahi hai bilkul sahi hai.</w:t>
      </w:r>
    </w:p>
    <w:p>
      <w:pPr>
        <w:jc w:val="right"/>
      </w:pPr>
      <w:r>
        <w:t>ہاں صحیح ہے بالکل صحیح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