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Existence of God 2 Feb 2020 - Maulana Wahiduddin Khan</w:t>
      </w:r>
    </w:p>
    <w:p>
      <w:r>
        <w:t>https://www.youtube.com/watch?v=aXxkHtbysm4</w:t>
      </w:r>
    </w:p>
    <w:p>
      <w:r>
        <w:rPr>
          <w:b/>
        </w:rPr>
        <w:t xml:space="preserve">[00:13] </w:t>
      </w:r>
      <w:r>
        <w:t>Bismillah hir rehman nir raheem, wa sallallahu ala nabiyyil kareem. Rabbishrah li sadri, wa yassir li amri,</w:t>
      </w:r>
    </w:p>
    <w:p>
      <w:pPr>
        <w:jc w:val="right"/>
      </w:pPr>
      <w:r>
        <w:t>بسم اللہ الرحمن الرحیم، وصلی اللہ علی نبی الکریم۔ رب اشرح لی صدری، ویسر لی امری،</w:t>
      </w:r>
    </w:p>
    <w:p>
      <w:r>
        <w:rPr>
          <w:b/>
        </w:rPr>
        <w:t xml:space="preserve">[00:30] </w:t>
      </w:r>
      <w:r>
        <w:t>wahlul uqdatan min lisani, yafqahu qawli.</w:t>
      </w:r>
    </w:p>
    <w:p>
      <w:pPr>
        <w:jc w:val="right"/>
      </w:pPr>
      <w:r>
        <w:t>واحل العقدۃ من لسانی، یفقہ قولی۔</w:t>
      </w:r>
    </w:p>
    <w:p>
      <w:r>
        <w:rPr>
          <w:b/>
        </w:rPr>
        <w:t xml:space="preserve">[00:40] </w:t>
      </w:r>
      <w:r>
        <w:t>aaj ka topic achaanak mere zehan mein aaya.</w:t>
      </w:r>
    </w:p>
    <w:p>
      <w:pPr>
        <w:jc w:val="right"/>
      </w:pPr>
      <w:r>
        <w:t>آج کا ٹاپک اچانک میرے ذہن میں آیا۔</w:t>
      </w:r>
    </w:p>
    <w:p>
      <w:r>
        <w:rPr>
          <w:b/>
        </w:rPr>
        <w:t xml:space="preserve">[00:48] </w:t>
      </w:r>
      <w:r>
        <w:t>mein khudai masail jo hotay hain un par soch raha tha. Achhaanq mere zehan mein aaya ke</w:t>
      </w:r>
    </w:p>
    <w:p>
      <w:pPr>
        <w:jc w:val="right"/>
      </w:pPr>
      <w:r>
        <w:t>میں خدائی مسائل جو ہوتے ہیں ان پر سوچ رہا تھا۔ اچانک میرے ذہن میں آیا کہ</w:t>
      </w:r>
    </w:p>
    <w:p>
      <w:r>
        <w:rPr>
          <w:b/>
        </w:rPr>
        <w:t xml:space="preserve">[01:03] </w:t>
      </w:r>
      <w:r>
        <w:t>allah rab alameen par sab se zyada yaqeen karne wala woh hota hai jo dai, sachai ka dai hota hai.</w:t>
      </w:r>
    </w:p>
    <w:p>
      <w:pPr>
        <w:jc w:val="right"/>
      </w:pPr>
      <w:r>
        <w:t>اللہ رب العالمین پر سب سے زیادہ یقین کرنے والا وہ ہوتا ہے جو دائی، سچائی کا دائی ہوتا ہے۔</w:t>
      </w:r>
    </w:p>
    <w:p>
      <w:r>
        <w:rPr>
          <w:b/>
        </w:rPr>
        <w:t xml:space="preserve">[01:19] </w:t>
      </w:r>
      <w:r>
        <w:t>sachai ka dai. aisa kyu hota hai? is liye ke jo dai hai</w:t>
      </w:r>
    </w:p>
    <w:p>
      <w:pPr>
        <w:jc w:val="right"/>
      </w:pPr>
      <w:r>
        <w:t>سچائی کا دائی۔ ایسا کیوں ہوتا ہے؟ اس لیے کہ جو دائی ہے</w:t>
      </w:r>
    </w:p>
    <w:p>
      <w:r>
        <w:rPr>
          <w:b/>
        </w:rPr>
        <w:t xml:space="preserve">[01:33] </w:t>
      </w:r>
      <w:r>
        <w:t>woh hamesha</w:t>
      </w:r>
    </w:p>
    <w:p>
      <w:pPr>
        <w:jc w:val="right"/>
      </w:pPr>
      <w:r>
        <w:t>وہ ہمیشہ</w:t>
      </w:r>
    </w:p>
    <w:p>
      <w:r>
        <w:rPr>
          <w:b/>
        </w:rPr>
        <w:t xml:space="preserve">[01:37] </w:t>
      </w:r>
      <w:r>
        <w:t>allah ki rehnumai mein hota hai. allah ko musalsal tor par, dai ko musalsal tor par allah ki taraf se guidance milti hai.</w:t>
      </w:r>
    </w:p>
    <w:p>
      <w:pPr>
        <w:jc w:val="right"/>
      </w:pPr>
      <w:r>
        <w:t>اللہ کی رہنمائی میں ہوتا ہے۔ اللہ کو مسلسل طور پر، دائی کو مسلسل طور پر اللہ کی طرف سے گائیڈنس ملتی ہے۔</w:t>
      </w:r>
    </w:p>
    <w:p>
      <w:r>
        <w:rPr>
          <w:b/>
        </w:rPr>
        <w:t xml:space="preserve">[01:56] </w:t>
      </w:r>
      <w:r>
        <w:t>rasta khola jata hai.</w:t>
      </w:r>
    </w:p>
    <w:p>
      <w:pPr>
        <w:jc w:val="right"/>
      </w:pPr>
      <w:r>
        <w:t>راستہ کھولا جاتا ہے۔</w:t>
      </w:r>
    </w:p>
    <w:p>
      <w:r>
        <w:rPr>
          <w:b/>
        </w:rPr>
        <w:t xml:space="preserve">[02:03] </w:t>
      </w:r>
      <w:r>
        <w:t>yeh cheez is ko yaqeen dilati hai ke koi hai, mujh se bara hai, mujh se zyada taqatwar hai.</w:t>
      </w:r>
    </w:p>
    <w:p>
      <w:pPr>
        <w:jc w:val="right"/>
      </w:pPr>
      <w:r>
        <w:t>یہ چیز اس کو یقین دلاتی ہے کہ کوئی ہے، مجھ سے بڑا ہے، مجھ سے زیادہ طاقتور ہے۔</w:t>
      </w:r>
    </w:p>
    <w:p>
      <w:r>
        <w:rPr>
          <w:b/>
        </w:rPr>
        <w:t xml:space="preserve">[02:13] </w:t>
      </w:r>
      <w:r>
        <w:t>balkeh sari dunya se zyada taqatwar hai. woh mere liye har mushkil mein rasta kholta hai.</w:t>
      </w:r>
    </w:p>
    <w:p>
      <w:pPr>
        <w:jc w:val="right"/>
      </w:pPr>
      <w:r>
        <w:t>بلکہ ساری دنیا سے زیادہ طاقتور ہے۔ وہ میرے لیے ہر مشکل میں راستہ کھولتا ہے۔</w:t>
      </w:r>
    </w:p>
    <w:p>
      <w:r>
        <w:rPr>
          <w:b/>
        </w:rPr>
        <w:t xml:space="preserve">[02:23] </w:t>
      </w:r>
      <w:r>
        <w:t>bashart ke aadmi allah ki jo us ki things hoti hain us ko accept karne ke liye tayar ho jaye.</w:t>
      </w:r>
    </w:p>
    <w:p>
      <w:pPr>
        <w:jc w:val="right"/>
      </w:pPr>
      <w:r>
        <w:t>بشرط کہ آدمی اللہ کی جو اس کی تھنگز ہوتی ہیں اس کو ایکسیپٹ کرنے کے لیے تیار ہو جائے۔</w:t>
      </w:r>
    </w:p>
    <w:p>
      <w:r>
        <w:rPr>
          <w:b/>
        </w:rPr>
        <w:t xml:space="preserve">[02:35] </w:t>
      </w:r>
      <w:r>
        <w:t>misalan dekhiye, hazrat ibrahim paida hue iraq mein.</w:t>
      </w:r>
    </w:p>
    <w:p>
      <w:pPr>
        <w:jc w:val="right"/>
      </w:pPr>
      <w:r>
        <w:t>مثلاً دیکھیے، حضرت ابراہیم پیدا ہوئے عراق میں۔</w:t>
      </w:r>
    </w:p>
    <w:p>
      <w:r>
        <w:rPr>
          <w:b/>
        </w:rPr>
        <w:t xml:space="preserve">[02:47] </w:t>
      </w:r>
      <w:r>
        <w:t>wahan ke log aap ke dushman ban gaye. aur yahan tak hua, yahan tak hua ke waqt ke wasta ki madad se unhon ne hazrat ibrahim ko aag mein daal diya.</w:t>
      </w:r>
    </w:p>
    <w:p>
      <w:pPr>
        <w:jc w:val="right"/>
      </w:pPr>
      <w:r>
        <w:t>وہاں کے لوگ آپ کے دشمن بن گئے۔ اور یہاں تک ہوا، یہاں تک ہوا کہ وقت کے واسطہ کی مدد سے انہوں نے حضرت ابراہیم کو آگ میں ڈال دیا۔</w:t>
      </w:r>
    </w:p>
    <w:p>
      <w:r>
        <w:rPr>
          <w:b/>
        </w:rPr>
        <w:t xml:space="preserve">[03:02] </w:t>
      </w:r>
      <w:r>
        <w:t>ab ghor kijiye ke yeh to intehai</w:t>
      </w:r>
    </w:p>
    <w:p>
      <w:pPr>
        <w:jc w:val="right"/>
      </w:pPr>
      <w:r>
        <w:t>اب غور کیجیے کہ یہ تو انتہائی</w:t>
      </w:r>
    </w:p>
    <w:p>
      <w:r>
        <w:rPr>
          <w:b/>
        </w:rPr>
        <w:t xml:space="preserve">[03:08] </w:t>
      </w:r>
      <w:r>
        <w:t>qism ki</w:t>
      </w:r>
    </w:p>
    <w:p>
      <w:pPr>
        <w:jc w:val="right"/>
      </w:pPr>
      <w:r>
        <w:t>قسم کی</w:t>
      </w:r>
    </w:p>
    <w:p>
      <w:r>
        <w:rPr>
          <w:b/>
        </w:rPr>
        <w:t xml:space="preserve">[03:13] </w:t>
      </w:r>
      <w:r>
        <w:t>mushkil hai. is se aage kya mushkil ho sakti hai ke aadmi aag mein daal diya jaye?</w:t>
      </w:r>
    </w:p>
    <w:p>
      <w:pPr>
        <w:jc w:val="right"/>
      </w:pPr>
      <w:r>
        <w:t>مشکل ہے۔ اس سے آگے کیا مشکل ہو سکتی ہے کہ آدمی آگ میں ڈال دیا جائے؟</w:t>
      </w:r>
    </w:p>
    <w:p>
      <w:r>
        <w:rPr>
          <w:b/>
        </w:rPr>
        <w:t xml:space="preserve">[03:24] </w:t>
      </w:r>
      <w:r>
        <w:t>lekin is aag mein daalne ke baad hazrat ibrahim ke liye ek naya rasta, mustaqbil khula. yeh kaun kholne wala tha?</w:t>
      </w:r>
    </w:p>
    <w:p>
      <w:pPr>
        <w:jc w:val="right"/>
      </w:pPr>
      <w:r>
        <w:t>لیکن اس آگ میں ڈالنے کے بعد حضرت ابراہیم کے لیے ایک نیا راستہ، مستقبل کھولا۔ یہ کون کھولنے والا تھا؟</w:t>
      </w:r>
    </w:p>
    <w:p>
      <w:r>
        <w:rPr>
          <w:b/>
        </w:rPr>
        <w:t xml:space="preserve">[03:35] </w:t>
      </w:r>
      <w:r>
        <w:t>agar khuda par yaqeen na hota to hazrat ibrahim to maweshiyon mein pade hote. allah ne unhein yeh rehnumai di</w:t>
      </w:r>
    </w:p>
    <w:p>
      <w:pPr>
        <w:jc w:val="right"/>
      </w:pPr>
      <w:r>
        <w:t>اگر خدا پر یقین نہ ہوتا تو حضرت ابراہیم تو مویشیوں میں پڑے ہوتے۔ اللہ نے انہیں یہ رہنمائی دی</w:t>
      </w:r>
    </w:p>
    <w:p>
      <w:r>
        <w:rPr>
          <w:b/>
        </w:rPr>
        <w:t xml:space="preserve">[03:49] </w:t>
      </w:r>
      <w:r>
        <w:t>ke is waqeye se tum sabak laga lo.</w:t>
      </w:r>
    </w:p>
    <w:p>
      <w:pPr>
        <w:jc w:val="right"/>
      </w:pPr>
      <w:r>
        <w:t>کہ اس واقعے سے تم سبق لگا لو۔</w:t>
      </w:r>
    </w:p>
    <w:p>
      <w:r>
        <w:rPr>
          <w:b/>
        </w:rPr>
        <w:t xml:space="preserve">[03:59] </w:t>
      </w:r>
      <w:r>
        <w:t>sabak lagao. ek nai nasal banao. yeh nasal jo iraq mein hai woh condition ho chuki hai shirk se.</w:t>
      </w:r>
    </w:p>
    <w:p>
      <w:pPr>
        <w:jc w:val="right"/>
      </w:pPr>
      <w:r>
        <w:t>سبق لگاؤ۔ ایک نئی نسل بناؤ۔ یہ نسل جو عراق میں ہے وہ کنڈیشن ہو چکی ہے شرک سے۔</w:t>
      </w:r>
    </w:p>
    <w:p>
      <w:r>
        <w:rPr>
          <w:b/>
        </w:rPr>
        <w:t xml:space="preserve">[04:13] </w:t>
      </w:r>
      <w:r>
        <w:t>woh sunne wale nahi hain. tum ek nai nasal banao. de condition nasal hai.</w:t>
      </w:r>
    </w:p>
    <w:p>
      <w:pPr>
        <w:jc w:val="right"/>
      </w:pPr>
      <w:r>
        <w:t>وہ سننے والے نہیں ہیں۔ تم ایک نئی نسل بناؤ۔ ڈی کنڈیشن نسل ہے۔</w:t>
      </w:r>
    </w:p>
    <w:p>
      <w:r>
        <w:rPr>
          <w:b/>
        </w:rPr>
        <w:t xml:space="preserve">[04:26] </w:t>
      </w:r>
      <w:r>
        <w:t>free of conditioning nasal hai.</w:t>
      </w:r>
    </w:p>
    <w:p>
      <w:pPr>
        <w:jc w:val="right"/>
      </w:pPr>
      <w:r>
        <w:t>فری آف کنڈیشننگ نسل ہے۔</w:t>
      </w:r>
    </w:p>
    <w:p>
      <w:r>
        <w:rPr>
          <w:b/>
        </w:rPr>
        <w:t xml:space="preserve">[04:33] </w:t>
      </w:r>
      <w:r>
        <w:t>to hazrat ibrahim ne anokha plan banaya. apni biwi ko aur apne chhote bete ko le ja kar arab ke sehra mein basa diya.</w:t>
      </w:r>
    </w:p>
    <w:p>
      <w:pPr>
        <w:jc w:val="right"/>
      </w:pPr>
      <w:r>
        <w:t>تو حضرت ابراہیم نے انوکھا پلان بنایا۔ اپنی بیوی کو اور اپنے چھوٹے بیٹے کو لے جا کر عرب کے صحرا میں بسا دیا۔</w:t>
      </w:r>
    </w:p>
    <w:p>
      <w:r>
        <w:rPr>
          <w:b/>
        </w:rPr>
        <w:t xml:space="preserve">[04:52] </w:t>
      </w:r>
      <w:r>
        <w:t>koi insan kabhi soch nahi sakta. aisi planning kabhi insan ne na socha aur na soch sakta.</w:t>
      </w:r>
    </w:p>
    <w:p>
      <w:pPr>
        <w:jc w:val="right"/>
      </w:pPr>
      <w:r>
        <w:t>کوئی انسان کبھی سوچ نہیں سکتا۔ ایسی پلاننگ کبھی انسان نے نہ سوچا اور نہ سوچ سکتا۔</w:t>
      </w:r>
    </w:p>
    <w:p>
      <w:r>
        <w:rPr>
          <w:b/>
        </w:rPr>
        <w:t xml:space="preserve">[05:02] </w:t>
      </w:r>
      <w:r>
        <w:t>woh yeh ke sehra mein abad kar ke ek nasal paida hogi. woh mukammal tor par de conditioned hogi.</w:t>
      </w:r>
    </w:p>
    <w:p>
      <w:pPr>
        <w:jc w:val="right"/>
      </w:pPr>
      <w:r>
        <w:t>وہ یہ کہ صحرا میں آباد کر کے ایک نسل پیدا ہوگی۔ وہ مکمل طور پر ڈی کنڈیشنڈ ہوگی۔</w:t>
      </w:r>
    </w:p>
    <w:p>
      <w:r>
        <w:rPr>
          <w:b/>
        </w:rPr>
        <w:t xml:space="preserve">[05:15] </w:t>
      </w:r>
      <w:r>
        <w:t>waqt ke mahol ki jo condition hoti hai us conditioning se bilkul pak hogi. aur yahi hua.</w:t>
      </w:r>
    </w:p>
    <w:p>
      <w:pPr>
        <w:jc w:val="right"/>
      </w:pPr>
      <w:r>
        <w:t>وقت کے ماحول کی جو کنڈیشن ہوتی ہے اس کنڈیشننگ سے بالکل پاک ہوگی۔ اور یہی ہوا۔</w:t>
      </w:r>
    </w:p>
    <w:p>
      <w:r>
        <w:rPr>
          <w:b/>
        </w:rPr>
        <w:t xml:space="preserve">[05:29] </w:t>
      </w:r>
      <w:r>
        <w:t>is sehra mein jab basi hazrat hajra</w:t>
      </w:r>
    </w:p>
    <w:p>
      <w:pPr>
        <w:jc w:val="right"/>
      </w:pPr>
      <w:r>
        <w:t>اس صحرا میں جب بسی حضرت ہاجرہ</w:t>
      </w:r>
    </w:p>
    <w:p>
      <w:r>
        <w:rPr>
          <w:b/>
        </w:rPr>
        <w:t xml:space="preserve">[05:37] </w:t>
      </w:r>
      <w:r>
        <w:t>aur wahan un ki nasal chali to is sahrai mahol mein ek nai nasal bani.</w:t>
      </w:r>
    </w:p>
    <w:p>
      <w:pPr>
        <w:jc w:val="right"/>
      </w:pPr>
      <w:r>
        <w:t>اور وہاں ان کی نسل چلی تو اس صحرائی ماحول میں ایک نئی نسل بنی۔</w:t>
      </w:r>
    </w:p>
    <w:p>
      <w:r>
        <w:rPr>
          <w:b/>
        </w:rPr>
        <w:t xml:space="preserve">[05:47] </w:t>
      </w:r>
      <w:r>
        <w:t>jo mukammal tor par pak thi conditioning se.</w:t>
      </w:r>
    </w:p>
    <w:p>
      <w:pPr>
        <w:jc w:val="right"/>
      </w:pPr>
      <w:r>
        <w:t>جو مکمل طور پر پاک تھی کنڈیشننگ سے۔</w:t>
      </w:r>
    </w:p>
    <w:p>
      <w:r>
        <w:rPr>
          <w:b/>
        </w:rPr>
        <w:t xml:space="preserve">[06:02] </w:t>
      </w:r>
      <w:r>
        <w:t>chunanche ek mustashriq ne likha hai ke</w:t>
      </w:r>
    </w:p>
    <w:p>
      <w:pPr>
        <w:jc w:val="right"/>
      </w:pPr>
      <w:r>
        <w:t>چنانچہ ایک مستشرق نے لکھا ہے کہ</w:t>
      </w:r>
    </w:p>
    <w:p>
      <w:r>
        <w:rPr>
          <w:b/>
        </w:rPr>
        <w:t xml:space="preserve">[06:09] </w:t>
      </w:r>
      <w:r>
        <w:t>arab ka sehra nasriya firoze ban gaya. arab ka sehra nasriya firoze ban gaya.</w:t>
      </w:r>
    </w:p>
    <w:p>
      <w:pPr>
        <w:jc w:val="right"/>
      </w:pPr>
      <w:r>
        <w:t>عرب کا صحرا نصریہ فیروز بن گیا۔ عرب کا صحرا نصریہ فیروز بن گیا۔</w:t>
      </w:r>
    </w:p>
    <w:p>
      <w:r>
        <w:rPr>
          <w:b/>
        </w:rPr>
        <w:t xml:space="preserve">[06:22] </w:t>
      </w:r>
      <w:r>
        <w:t>aur phir wahan ek aisi nasal bani jis ne waqeatan tareekh mein sab se bara inqalab paida kiya.</w:t>
      </w:r>
    </w:p>
    <w:p>
      <w:pPr>
        <w:jc w:val="right"/>
      </w:pPr>
      <w:r>
        <w:t>اور پھر وہاں ایک ایسی نسل بنی جس نے واقعتاً تاریخ میں سب سے بڑا انقلاب پیدا کیا۔</w:t>
      </w:r>
    </w:p>
    <w:p>
      <w:r>
        <w:rPr>
          <w:b/>
        </w:rPr>
        <w:t xml:space="preserve">[06:33] </w:t>
      </w:r>
      <w:r>
        <w:t>is ka etiraf kiya hai france ke murekh henry perrin ne.</w:t>
      </w:r>
    </w:p>
    <w:p>
      <w:pPr>
        <w:jc w:val="right"/>
      </w:pPr>
      <w:r>
        <w:t>اس کا اعتراف کیا ہے فرانس کے مورخ ہنری پرین نے۔</w:t>
      </w:r>
    </w:p>
    <w:p>
      <w:r>
        <w:rPr>
          <w:b/>
        </w:rPr>
        <w:t xml:space="preserve">[06:43] </w:t>
      </w:r>
      <w:r>
        <w:t>henry perrin ne.</w:t>
      </w:r>
    </w:p>
    <w:p>
      <w:pPr>
        <w:jc w:val="right"/>
      </w:pPr>
      <w:r>
        <w:t>ہنری پرین نے۔</w:t>
      </w:r>
    </w:p>
    <w:p>
      <w:r>
        <w:rPr>
          <w:b/>
        </w:rPr>
        <w:t xml:space="preserve">[06:52] </w:t>
      </w:r>
      <w:r>
        <w:t>islam change the course of history.</w:t>
      </w:r>
    </w:p>
    <w:p>
      <w:pPr>
        <w:jc w:val="right"/>
      </w:pPr>
      <w:r>
        <w:t>اسلام چینجڈ دا کورس آف ہسٹری۔</w:t>
      </w:r>
    </w:p>
    <w:p>
      <w:r>
        <w:rPr>
          <w:b/>
        </w:rPr>
        <w:t xml:space="preserve">[07:07] </w:t>
      </w:r>
      <w:r>
        <w:t>the traditional order of history or throne.</w:t>
      </w:r>
    </w:p>
    <w:p>
      <w:pPr>
        <w:jc w:val="right"/>
      </w:pPr>
      <w:r>
        <w:t>دا ٹریڈیشنل آرڈر آف ہسٹری اور تھرون۔</w:t>
      </w:r>
    </w:p>
    <w:p>
      <w:r>
        <w:rPr>
          <w:b/>
        </w:rPr>
        <w:t xml:space="preserve">[07:13] </w:t>
      </w:r>
      <w:r>
        <w:t>yeh honge woh log paida hue jinhone jo traditional order of history ko ek dam badal dala.</w:t>
      </w:r>
    </w:p>
    <w:p>
      <w:pPr>
        <w:jc w:val="right"/>
      </w:pPr>
      <w:r>
        <w:t>یہ ہوں گے وہ لوگ پیدا ہوئے جنہوں نے جو ٹریڈیشنل آرڈر آف ہسٹری کو ایک دم بدل ڈالا۔</w:t>
      </w:r>
    </w:p>
    <w:p>
      <w:r>
        <w:rPr>
          <w:b/>
        </w:rPr>
        <w:t xml:space="preserve">[07:24] </w:t>
      </w:r>
      <w:r>
        <w:t>to jab dekhiye ek usool. jab aap qurbani ki aakhri had par pahunch kar Allah ke deen ke liye khare ho jayen.</w:t>
      </w:r>
    </w:p>
    <w:p>
      <w:pPr>
        <w:jc w:val="right"/>
      </w:pPr>
      <w:r>
        <w:t>تو جب دیکھیے ایک اصول۔ جب آپ قربانی کی آخری حد پر پہنچ کر اللہ کے دین کے لیے کھڑے ہو جائیں۔</w:t>
      </w:r>
    </w:p>
    <w:p>
      <w:r>
        <w:rPr>
          <w:b/>
        </w:rPr>
        <w:t xml:space="preserve">[07:38] </w:t>
      </w:r>
      <w:r>
        <w:t>qurbani ki aakhri had par pahunch kar aap Allah ke deen ke liye khare ho jayen. to wahan Allah</w:t>
      </w:r>
    </w:p>
    <w:p>
      <w:pPr>
        <w:jc w:val="right"/>
      </w:pPr>
      <w:r>
        <w:t>قربانی کی آخری حد پر پہنچ کر آپ اللہ کے دین کے لیے کھڑے ہو جائیں۔ تو وہاں اللہ</w:t>
      </w:r>
    </w:p>
    <w:p>
      <w:r>
        <w:rPr>
          <w:b/>
        </w:rPr>
        <w:t xml:space="preserve">[07:49] </w:t>
      </w:r>
      <w:r>
        <w:t>super management ke zariye aap ki madad karta hai.</w:t>
      </w:r>
    </w:p>
    <w:p>
      <w:pPr>
        <w:jc w:val="right"/>
      </w:pPr>
      <w:r>
        <w:t>سپر مینجمنٹ کے ذریعے آپ کی مدد کرتا ہے۔</w:t>
      </w:r>
    </w:p>
    <w:p>
      <w:r>
        <w:rPr>
          <w:b/>
        </w:rPr>
        <w:t xml:space="preserve">[07:57] </w:t>
      </w:r>
      <w:r>
        <w:t>super management. main aap ko misaal deta hoon. ke rasool Allah ke rasool Allah ke jo sahabi the woh yahi inhi ki aulad se the.</w:t>
      </w:r>
    </w:p>
    <w:p>
      <w:pPr>
        <w:jc w:val="right"/>
      </w:pPr>
      <w:r>
        <w:t>سپر مینجمنٹ۔ میں آپ کو مثال دیتا ہوں۔ کہ رسول اللہ کے رسول اللہ کے جو ساتھی تھے وہ یہی انہی کی اولاد سے تھے۔</w:t>
      </w:r>
    </w:p>
    <w:p>
      <w:r>
        <w:rPr>
          <w:b/>
        </w:rPr>
        <w:t xml:space="preserve">[08:09] </w:t>
      </w:r>
      <w:r>
        <w:t>bano ismail ki aulad se the.</w:t>
      </w:r>
    </w:p>
    <w:p>
      <w:pPr>
        <w:jc w:val="right"/>
      </w:pPr>
      <w:r>
        <w:t>بنو اسماعیل کی اولاد سے تھے۔</w:t>
      </w:r>
    </w:p>
    <w:p>
      <w:r>
        <w:rPr>
          <w:b/>
        </w:rPr>
        <w:t xml:space="preserve">[08:14] </w:t>
      </w:r>
      <w:r>
        <w:t>to un ko yeh karna tha ke arab se shirk ka khatma karen.</w:t>
      </w:r>
    </w:p>
    <w:p>
      <w:pPr>
        <w:jc w:val="right"/>
      </w:pPr>
      <w:r>
        <w:t>تو ان کو یہ کرنا تھا کہ عرب سے شرک کا خاتمہ کریں۔</w:t>
      </w:r>
    </w:p>
    <w:p>
      <w:r>
        <w:rPr>
          <w:b/>
        </w:rPr>
        <w:t xml:space="preserve">[08:22] </w:t>
      </w:r>
      <w:r>
        <w:t>ardwane mein shirk ke jo</w:t>
      </w:r>
    </w:p>
    <w:p>
      <w:pPr>
        <w:jc w:val="right"/>
      </w:pPr>
      <w:r>
        <w:t>اردوانے میں شرک کے جو</w:t>
      </w:r>
    </w:p>
    <w:p>
      <w:r>
        <w:rPr>
          <w:b/>
        </w:rPr>
        <w:t xml:space="preserve">[08:31] </w:t>
      </w:r>
      <w:r>
        <w:t>defender bane hue the woh do</w:t>
      </w:r>
    </w:p>
    <w:p>
      <w:pPr>
        <w:jc w:val="right"/>
      </w:pPr>
      <w:r>
        <w:t>ڈیفنڈر بنے ہوئے تھے وہ دو</w:t>
      </w:r>
    </w:p>
    <w:p>
      <w:r>
        <w:rPr>
          <w:b/>
        </w:rPr>
        <w:t xml:space="preserve">[08:37] </w:t>
      </w:r>
      <w:r>
        <w:t>empire the. sasani empire aur bizantini empire. waqt ke do empire is zamane ke shirk culture ke</w:t>
      </w:r>
    </w:p>
    <w:p>
      <w:pPr>
        <w:jc w:val="right"/>
      </w:pPr>
      <w:r>
        <w:t>ایمپائر تھے۔ ساسازی ایمپائر اور بازنطینی ایمپائر۔ وقت کے دو ایمپائر اس زمانے کے شرک کلچر کے</w:t>
      </w:r>
    </w:p>
    <w:p>
      <w:r>
        <w:rPr>
          <w:b/>
        </w:rPr>
        <w:t xml:space="preserve">[08:53] </w:t>
      </w:r>
      <w:r>
        <w:t>helper bane hue the. apne faide ke liye.</w:t>
      </w:r>
    </w:p>
    <w:p>
      <w:pPr>
        <w:jc w:val="right"/>
      </w:pPr>
      <w:r>
        <w:t>ہیلپر بنے ہوئے تھے۔ اپنے فائدے کے لیے۔</w:t>
      </w:r>
    </w:p>
    <w:p>
      <w:r>
        <w:rPr>
          <w:b/>
        </w:rPr>
        <w:t xml:space="preserve">[09:01] </w:t>
      </w:r>
      <w:r>
        <w:t>donon empire itne taqatwar the ke rasool Allah ke sahabi kisi tak tareeqe se unhein zair nahi kar sakte the.</w:t>
      </w:r>
    </w:p>
    <w:p>
      <w:pPr>
        <w:jc w:val="right"/>
      </w:pPr>
      <w:r>
        <w:t>دونوں ایمپائر اتنے طاقتور تھے کہ رسول اللہ کے ساتھی کسی تک طریقے سے انہیں زیر نہیں کر سکتے تھے۔</w:t>
      </w:r>
    </w:p>
    <w:p>
      <w:r>
        <w:rPr>
          <w:b/>
        </w:rPr>
        <w:t xml:space="preserve">[09:12] </w:t>
      </w:r>
      <w:r>
        <w:t>to Allah taala ne ek bohat hi super planning ki. super planning ki. donon ko ek doosre se takra diya.</w:t>
      </w:r>
    </w:p>
    <w:p>
      <w:pPr>
        <w:jc w:val="right"/>
      </w:pPr>
      <w:r>
        <w:t>تو اللہ تعالیٰ نے ایک بہت ہی سپر پلاننگ کی۔ سپر پلاننگ کی۔ دونوں کو ایک دوسرے سے ٹکرا دیا۔</w:t>
      </w:r>
    </w:p>
    <w:p>
      <w:r>
        <w:rPr>
          <w:b/>
        </w:rPr>
        <w:t xml:space="preserve">[09:26] </w:t>
      </w:r>
      <w:r>
        <w:t>yani pehle pehle</w:t>
      </w:r>
    </w:p>
    <w:p>
      <w:pPr>
        <w:jc w:val="right"/>
      </w:pPr>
      <w:r>
        <w:t>یعنی پہلے پہلے</w:t>
      </w:r>
    </w:p>
    <w:p>
      <w:r>
        <w:rPr>
          <w:b/>
        </w:rPr>
        <w:t xml:space="preserve">[09:32] </w:t>
      </w:r>
      <w:r>
        <w:t>bizantini empire se takra diya. sasani empire ko.</w:t>
      </w:r>
    </w:p>
    <w:p>
      <w:pPr>
        <w:jc w:val="right"/>
      </w:pPr>
      <w:r>
        <w:t>بازنطینی ایمپائر سے ٹکرا دیا۔ ساسازی ایمپائر کو۔</w:t>
      </w:r>
    </w:p>
    <w:p>
      <w:r>
        <w:rPr>
          <w:b/>
        </w:rPr>
        <w:t xml:space="preserve">[09:45] </w:t>
      </w:r>
      <w:r>
        <w:t>sasani empire ko unhon ne tod dala bilkul.</w:t>
      </w:r>
    </w:p>
    <w:p>
      <w:pPr>
        <w:jc w:val="right"/>
      </w:pPr>
      <w:r>
        <w:t>ساسازی ایمپائر کو انہوں نے توڑ ڈالا بالکل۔</w:t>
      </w:r>
    </w:p>
    <w:p>
      <w:r>
        <w:rPr>
          <w:b/>
        </w:rPr>
        <w:t xml:space="preserve">[09:54] </w:t>
      </w:r>
      <w:r>
        <w:t>is ke baad aise halaat paida kiye</w:t>
      </w:r>
    </w:p>
    <w:p>
      <w:pPr>
        <w:jc w:val="right"/>
      </w:pPr>
      <w:r>
        <w:t>اس کے بعد ایسے حالات پیدا کیے</w:t>
      </w:r>
    </w:p>
    <w:p>
      <w:r>
        <w:rPr>
          <w:b/>
        </w:rPr>
        <w:t xml:space="preserve">[09:59] </w:t>
      </w:r>
      <w:r>
        <w:t>keh bazantini empire ka jo us zamane mein nawaz tha haraql us ke andar aisi changes aien.</w:t>
      </w:r>
    </w:p>
    <w:p>
      <w:pPr>
        <w:jc w:val="right"/>
      </w:pPr>
      <w:r>
        <w:t>کہ بازنطینی ایمپائر کا جو اس زمانے میں نواز تھا ہراقل اس کے اندر ایسی چینجز آئیں۔</w:t>
      </w:r>
    </w:p>
    <w:p>
      <w:r>
        <w:rPr>
          <w:b/>
        </w:rPr>
        <w:t xml:space="preserve">[10:08] </w:t>
      </w:r>
      <w:r>
        <w:t>us ne aisi planning ki keh us ne sasazi empire ko toba kar diya. to aik aik bar unhon ne in ko tora.</w:t>
      </w:r>
    </w:p>
    <w:p>
      <w:pPr>
        <w:jc w:val="right"/>
      </w:pPr>
      <w:r>
        <w:t>اس نے ایسی پلاننگ کی کہ اس نے ساسازی ایمپائر کو توبہ کر دیا۔ تو ایک ایک بار انہوں نے ان کو توڑا۔</w:t>
      </w:r>
    </w:p>
    <w:p>
      <w:r>
        <w:rPr>
          <w:b/>
        </w:rPr>
        <w:t xml:space="preserve">[10:19] </w:t>
      </w:r>
      <w:r>
        <w:t>dosri bar unhon ne in ko tora. aur is ke baad kya hua? aik mustashriq ne likha hai keh arab log jab dakhil hue</w:t>
      </w:r>
    </w:p>
    <w:p>
      <w:pPr>
        <w:jc w:val="right"/>
      </w:pPr>
      <w:r>
        <w:t>دوسری بار انہوں نے ان کو توڑا۔ اور اس کے بعد کیا ہوا؟ ایک مستشرق نے لکھا ہے کہ عرب لوگ جب داخل ہوئے</w:t>
      </w:r>
    </w:p>
    <w:p>
      <w:r>
        <w:rPr>
          <w:b/>
        </w:rPr>
        <w:t xml:space="preserve">[10:36] </w:t>
      </w:r>
      <w:r>
        <w:t>is dunya mein to is tarah se wo is mein ghuse. yani yeh jo is mein aik taraf sasazi empire thi aur dosri taraf bazantini empire thi.</w:t>
      </w:r>
    </w:p>
    <w:p>
      <w:pPr>
        <w:jc w:val="right"/>
      </w:pPr>
      <w:r>
        <w:t>اس دنیا میں تو اس طرح سے وہ اس میں گھسے۔ یعنی یہ جو اس میں ایک طرف ساسازی ایمپائر تھی اور دوسری طرف بازنطینی ایمپائر تھی۔</w:t>
      </w:r>
    </w:p>
    <w:p>
      <w:r>
        <w:rPr>
          <w:b/>
        </w:rPr>
        <w:t xml:space="preserve">[10:53] </w:t>
      </w:r>
      <w:r>
        <w:t>aur dono ko unhon ne zer kar diya. kyunke dono kamzor ho chuke the. aik par tha unhon ne kamzor kiya un ko. dosre par unhon ne kamzor kiya un ko.</w:t>
      </w:r>
    </w:p>
    <w:p>
      <w:pPr>
        <w:jc w:val="right"/>
      </w:pPr>
      <w:r>
        <w:t>اور دونوں کو انہوں نے زیر کر دیا۔ کیونکہ دونوں کمزور ہو چکے تھے۔ ایک پر تھا انہوں نے کمزور کیا ان کو۔ دوسرے پر انہوں نے کمزور کیا ان کو۔</w:t>
      </w:r>
    </w:p>
    <w:p>
      <w:r>
        <w:rPr>
          <w:b/>
        </w:rPr>
        <w:t xml:space="preserve">[11:05] </w:t>
      </w:r>
      <w:r>
        <w:t>to mustashriq ne likha hai keh arab log jab dakhil hue is mein to is tarah wo ghuste hue chale gaye jaise deebak zada lakri mein pathar ghusta chala jaye.</w:t>
      </w:r>
    </w:p>
    <w:p>
      <w:pPr>
        <w:jc w:val="right"/>
      </w:pPr>
      <w:r>
        <w:t>تو مستشرق نے لکھا ہے کہ عرب لوگ جب داخل ہوئے اس میں تو اس طرح وہ گھستے ہوئے چلے گئے جیسے دیبک زدہ لکڑی میں پتھر گھستا چلا جائے۔</w:t>
      </w:r>
    </w:p>
    <w:p>
      <w:r>
        <w:rPr>
          <w:b/>
        </w:rPr>
        <w:t xml:space="preserve">[11:29] </w:t>
      </w:r>
      <w:r>
        <w:t>to Allah taala super planning ke zariye dawi logon ki madad karta hai.</w:t>
      </w:r>
    </w:p>
    <w:p>
      <w:pPr>
        <w:jc w:val="right"/>
      </w:pPr>
      <w:r>
        <w:t>تو اللہ تعالیٰ سپر پلاننگ کے ذریعے دائی لوگوں کی مدد کرتا ہے۔</w:t>
      </w:r>
    </w:p>
    <w:p>
      <w:r>
        <w:rPr>
          <w:b/>
        </w:rPr>
        <w:t xml:space="preserve">[11:40] </w:t>
      </w:r>
      <w:r>
        <w:t>khud hum log is ka tajurba kar rahe hain. hum ne hamare sathiyon ne aik nishan banaya. Quran ko sari dunya mein pahunchana.</w:t>
      </w:r>
    </w:p>
    <w:p>
      <w:pPr>
        <w:jc w:val="right"/>
      </w:pPr>
      <w:r>
        <w:t>خود ہم لوگ اس کا تجربہ کر رہے ہیں۔ ہم نے ہمارے ساتھیوں نے ایک نشان بنایا۔ قرآن کو ساری دنیا میں پہنچانا۔</w:t>
      </w:r>
    </w:p>
    <w:p>
      <w:r>
        <w:rPr>
          <w:b/>
        </w:rPr>
        <w:t xml:space="preserve">[11:50] </w:t>
      </w:r>
      <w:r>
        <w:t>hamare apne sathiyon. to yeh aik bilkul aik anokhi baat thi. Quran ko har qaum ki qabil fehm zaban, understandable language mein sari dunya mein pahunchana.</w:t>
      </w:r>
    </w:p>
    <w:p>
      <w:pPr>
        <w:jc w:val="right"/>
      </w:pPr>
      <w:r>
        <w:t>ہمارے اپنے ساتھی۔ تو یہ ایک بالکل ایک انوکھی بات تھی۔ قرآن کو ہر قوم کی قابل فہم زبان، انڈرسٹینڈیبل لینگویج میں ساری دنیا میں پہنچانا۔</w:t>
      </w:r>
    </w:p>
    <w:p>
      <w:r>
        <w:rPr>
          <w:b/>
        </w:rPr>
        <w:t xml:space="preserve">[12:08] </w:t>
      </w:r>
      <w:r>
        <w:t>jab yeh socha gaya to yeh aik anokhi baat thi. kyunke yeh kaam to hukumatain bhi nahi kar kar payi theen is zamane mein.</w:t>
      </w:r>
    </w:p>
    <w:p>
      <w:pPr>
        <w:jc w:val="right"/>
      </w:pPr>
      <w:r>
        <w:t>جب یہ سوچا گیا تو یہ ایک انوکھی بات تھی۔ کیونکہ یہ کام تو حکومتیں بھی نہیں کر کر پائی تھیں اس زمانے میں۔</w:t>
      </w:r>
    </w:p>
    <w:p>
      <w:r>
        <w:rPr>
          <w:b/>
        </w:rPr>
        <w:t xml:space="preserve">[12:20] </w:t>
      </w:r>
      <w:r>
        <w:t>lekin aise aise halaat paida kiye. aise halaat paida kiye. aisa manage kar diya halaat ko keh log sari dunya mein pahunch gaye.</w:t>
      </w:r>
    </w:p>
    <w:p>
      <w:pPr>
        <w:jc w:val="right"/>
      </w:pPr>
      <w:r>
        <w:t>لیکن ایسے ایسے حالات پیدا کیے۔ ایسے حالات پیدا کیے۔ ایسا مینج کر دیا حالات کو کہ لوگ ساری دنیا میں پہنچ گئے۔</w:t>
      </w:r>
    </w:p>
    <w:p>
      <w:r>
        <w:rPr>
          <w:b/>
        </w:rPr>
        <w:t xml:space="preserve">[12:33] </w:t>
      </w:r>
      <w:r>
        <w:t>aaj wo pahunche hue hain Australia mein. aaj wo pahunche hue hain New Zealand mein. aur kahan kahan phail chuke hain wo hamare sathiyon.</w:t>
      </w:r>
    </w:p>
    <w:p>
      <w:pPr>
        <w:jc w:val="right"/>
      </w:pPr>
      <w:r>
        <w:t>آج وہ پہنچے ہوئے ہیں آسٹریلیا میں۔ آج وہ پہنچے ہوئے ہیں نیوزی لینڈ میں۔ اور کہاں کہاں پھیل چکے ہیں وہ ہمارے ساتھی۔</w:t>
      </w:r>
    </w:p>
    <w:p>
      <w:r>
        <w:rPr>
          <w:b/>
        </w:rPr>
        <w:t xml:space="preserve">[12:48] </w:t>
      </w:r>
      <w:r>
        <w:t>to dekhiye is ko le kar main kehta hoon keh dawi sab se zyada yaqeen wala hota hai Allah rab alalameen ke wajood par.</w:t>
      </w:r>
    </w:p>
    <w:p>
      <w:pPr>
        <w:jc w:val="right"/>
      </w:pPr>
      <w:r>
        <w:t>تو دیکھیے اس کو لے کر میں کہتا ہوں کہ دائی سب سے زیادہ یقین والا ہوتا ہے اللہ رب العالمین کے وجود پر۔</w:t>
      </w:r>
    </w:p>
    <w:p>
      <w:r>
        <w:rPr>
          <w:b/>
        </w:rPr>
        <w:t xml:space="preserve">[13:02] </w:t>
      </w:r>
      <w:r>
        <w:t>kyunke agar agar wo na maane to kis ne yeh sab kiya? kis ne kiya yeh sab?</w:t>
      </w:r>
    </w:p>
    <w:p>
      <w:pPr>
        <w:jc w:val="right"/>
      </w:pPr>
      <w:r>
        <w:t>کیونکہ اگر اگر وہ نہ مانے تو کس نے یہ سب کیا؟ کس نے کیا یہ سب؟</w:t>
      </w:r>
    </w:p>
    <w:p>
      <w:r>
        <w:rPr>
          <w:b/>
        </w:rPr>
        <w:t xml:space="preserve">[13:13] </w:t>
      </w:r>
      <w:r>
        <w:t>Rasool Allah ke zamane mein jo waqea hua</w:t>
      </w:r>
    </w:p>
    <w:p>
      <w:pPr>
        <w:jc w:val="right"/>
      </w:pPr>
      <w:r>
        <w:t>رسول اللہ کے زمانے میں جو واقعہ ہوا</w:t>
      </w:r>
    </w:p>
    <w:p>
      <w:r>
        <w:rPr>
          <w:b/>
        </w:rPr>
        <w:t xml:space="preserve">[13:23] </w:t>
      </w:r>
      <w:r>
        <w:t>keh aik azeem tareen inqilab aaya. wo kis ne? is ke halaat kis ne paida kiye?</w:t>
      </w:r>
    </w:p>
    <w:p>
      <w:pPr>
        <w:jc w:val="right"/>
      </w:pPr>
      <w:r>
        <w:t>کہ ایک عظیم ترین انقلاب آیا۔ وہ کس نے؟ اس کے حالات کس نے پیدا کیے؟</w:t>
      </w:r>
    </w:p>
    <w:p>
      <w:r>
        <w:rPr>
          <w:b/>
        </w:rPr>
        <w:t xml:space="preserve">[13:35] </w:t>
      </w:r>
      <w:r>
        <w:t>is ke halaat ko kis ne manage kiya? is ko Hindi zaban mein bara acha lafz hai jugad. kis ne wo jugad uthaya aalami satah par?</w:t>
      </w:r>
    </w:p>
    <w:p>
      <w:pPr>
        <w:jc w:val="right"/>
      </w:pPr>
      <w:r>
        <w:t>اس کے حالات کو کس نے مینج کیا؟ اس کو ہندی زبان میں بڑا اچھا لفظ ہے جگاڑ۔ کس نے وہ جگاڑ اٹھایا عالمی سطح پر؟</w:t>
      </w:r>
    </w:p>
    <w:p>
      <w:r>
        <w:rPr>
          <w:b/>
        </w:rPr>
        <w:t xml:space="preserve">[13:48] </w:t>
      </w:r>
      <w:r>
        <w:t>aise hi mein aik chote choti satah par kahunga keh Quran mission jo le kar hamare sath sath chal rahe hain wo Allah is ki jugad utha raha hai.</w:t>
      </w:r>
    </w:p>
    <w:p>
      <w:pPr>
        <w:jc w:val="right"/>
      </w:pPr>
      <w:r>
        <w:t>ایسے ہی میں ایک چھوٹے چھوٹی سطح پر کہوں گا کہ قرآن مشن جو لے کر ہمارے ساتھ ساتھ چل رہے ہیں وہ اللہ اس کی جگاڑ اٹھا رہا ہے۔</w:t>
      </w:r>
    </w:p>
    <w:p>
      <w:r>
        <w:rPr>
          <w:b/>
        </w:rPr>
        <w:t xml:space="preserve">[13:59] </w:t>
      </w:r>
      <w:r>
        <w:t>Allah is ko manage kar raha hai. warna hamare aap ke bas mein kuch nahi tha.</w:t>
      </w:r>
    </w:p>
    <w:p>
      <w:pPr>
        <w:jc w:val="right"/>
      </w:pPr>
      <w:r>
        <w:t>اللہ اس کو مینج کر رہا ہے۔ ورنہ ہمارے آپ کے بس میں کچھ نہیں تھا۔</w:t>
      </w:r>
    </w:p>
    <w:p>
      <w:r>
        <w:rPr>
          <w:b/>
        </w:rPr>
        <w:t xml:space="preserve">[14:07] </w:t>
      </w:r>
      <w:r>
        <w:t>to aaj mujhe yeh daryaft hui keh Allah rab alalameen ki zaat par yaqeen jo hai Allah rab alalameen ki daryaft jo hai is mein falsafi log</w:t>
      </w:r>
    </w:p>
    <w:p>
      <w:pPr>
        <w:jc w:val="right"/>
      </w:pPr>
      <w:r>
        <w:t>تو آج مجھے یہ دریافت ہوئی کہ اللہ رب العالمین کی ذات پر یقین جو ہے اللہ رب العالمین کی دریافت جو ہے اس میں فلسفی لوگ</w:t>
      </w:r>
    </w:p>
    <w:p>
      <w:r>
        <w:rPr>
          <w:b/>
        </w:rPr>
        <w:t xml:space="preserve">[14:30] </w:t>
      </w:r>
      <w:r>
        <w:t>unhon ne chaha Allah ko daryaft sab se pehle falsafi logon ne chaha Allah ko daryaft karna. is ke baad mutakallimeen ne chaha Allah ko daryaft karna.</w:t>
      </w:r>
    </w:p>
    <w:p>
      <w:pPr>
        <w:jc w:val="right"/>
      </w:pPr>
      <w:r>
        <w:t>انہوں نے چاہا اللہ کو دریافت سب سے پہلے فلسفی لوگوں نے چاہا اللہ کو دریافت کرنا۔ اس کے بعد متکلمین نے چاہا اللہ کو دریافت کرنا۔</w:t>
      </w:r>
    </w:p>
    <w:p>
      <w:r>
        <w:rPr>
          <w:b/>
        </w:rPr>
        <w:t xml:space="preserve">[14:48] </w:t>
      </w:r>
      <w:r>
        <w:t>is ke baad science danon ne chaha Allah ko daryaft karna. aik ke baad aik.</w:t>
      </w:r>
    </w:p>
    <w:p>
      <w:pPr>
        <w:jc w:val="right"/>
      </w:pPr>
      <w:r>
        <w:t>اس کے بعد سائنس دانوں نے چاہا اللہ کو دریافت کرنا۔ ایک کے بعد ایک۔</w:t>
      </w:r>
    </w:p>
    <w:p>
      <w:r>
        <w:rPr>
          <w:b/>
        </w:rPr>
        <w:t xml:space="preserve">[14:56] </w:t>
      </w:r>
      <w:r>
        <w:t>lekin koi aala tareen darje mein Allah ko daryaft nahi kar saka. lekin dawi jo hai wo aala tareen darje mein Allah ko daryaft karta hai.</w:t>
      </w:r>
    </w:p>
    <w:p>
      <w:pPr>
        <w:jc w:val="right"/>
      </w:pPr>
      <w:r>
        <w:t>لیکن کوئی اعلیٰ ترین درجے میں اللہ کو دریافت نہیں کر سکا۔ لیکن دائی جو ہے وہ اعلیٰ ترین درجے میں اللہ کو دریافت کرتا ہے۔</w:t>
      </w:r>
    </w:p>
    <w:p>
      <w:r>
        <w:rPr>
          <w:b/>
        </w:rPr>
        <w:t xml:space="preserve">[15:10] </w:t>
      </w:r>
      <w:r>
        <w:t>is ka yaqeen be panah hota hai. jo yaqeen dawi ka hota hai Allah ki zaat par wo kisi ko nahi hota. isi is liye is ki daryaft super daryaft hoti hai.</w:t>
      </w:r>
    </w:p>
    <w:p>
      <w:pPr>
        <w:jc w:val="right"/>
      </w:pPr>
      <w:r>
        <w:t>اس کا یقین بے پناہ ہوتا ہے۔ جو یقین دائی کا ہوتا ہے اللہ کی ذات پر وہ کسی کو نہیں ہوتا۔ اسی اس لیے اس کی دریافت سپر دریافت ہوتی ہے۔</w:t>
      </w:r>
    </w:p>
    <w:p>
      <w:r>
        <w:rPr>
          <w:b/>
        </w:rPr>
        <w:t xml:space="preserve">[15:24] </w:t>
      </w:r>
      <w:r>
        <w:t>is ki daryaft super daryaft hoti hai. Arab ke log jo takra gaye un pahadon se yani sasani empire aur bazantini empire yeh do is zamane mein do pahad the is se takra gaye.</w:t>
      </w:r>
    </w:p>
    <w:p>
      <w:pPr>
        <w:jc w:val="right"/>
      </w:pPr>
      <w:r>
        <w:t>اس کی دریافت سپر دریافت ہوتی ہے۔ عرب کے لوگ جو ٹکرا گئے ان پہاڑوں سے یعنی ساسانی ایمپائر اور بازنطینی ایمپائر یہ دو اس زمانے میں دو پہاڑ تھے اس سے ٹکرا گئے۔</w:t>
      </w:r>
    </w:p>
    <w:p>
      <w:r>
        <w:rPr>
          <w:b/>
        </w:rPr>
        <w:t xml:space="preserve">[15:47] </w:t>
      </w:r>
      <w:r>
        <w:t>to agar in ko yaqeen na hota to kabhi himmat na karte takrane ki.</w:t>
      </w:r>
    </w:p>
    <w:p>
      <w:pPr>
        <w:jc w:val="right"/>
      </w:pPr>
      <w:r>
        <w:t>تو اگر ان کو یقین نہ ہوتا تو کبھی ہمت نہ کرتے ٹکرانے کی۔</w:t>
      </w:r>
    </w:p>
    <w:p>
      <w:r>
        <w:rPr>
          <w:b/>
        </w:rPr>
        <w:t xml:space="preserve">[15:57] </w:t>
      </w:r>
      <w:r>
        <w:t>mustashriqeen ne is ka eteraaf kiya hai ke yeh log aisa takraye jaise koi pahaar se takra gaya.</w:t>
      </w:r>
    </w:p>
    <w:p>
      <w:pPr>
        <w:jc w:val="right"/>
      </w:pPr>
      <w:r>
        <w:t>مستشرقین نے اس کا اعتراف کیا ہے کہ یہ لوگ ایسا ٹکرائے جیسے کوئی پہاڑ سے ٹکرا گیا۔</w:t>
      </w:r>
    </w:p>
    <w:p>
      <w:r>
        <w:rPr>
          <w:b/>
        </w:rPr>
        <w:t xml:space="preserve">[16:10] </w:t>
      </w:r>
      <w:r>
        <w:t>to us waqt koi bhi andaaza nahi kar sakta tha ke yeh log kaamyaab honge.</w:t>
      </w:r>
    </w:p>
    <w:p>
      <w:pPr>
        <w:jc w:val="right"/>
      </w:pPr>
      <w:r>
        <w:t>تو اس وقت کوئی بھی اندازہ نہیں کر سکتا تھا کہ یہ لوگ کامیاب ہوں گے۔</w:t>
      </w:r>
    </w:p>
    <w:p>
      <w:r>
        <w:rPr>
          <w:b/>
        </w:rPr>
        <w:t xml:space="preserve">[16:19] </w:t>
      </w:r>
      <w:r>
        <w:t>lekin yeh sab manage kiya ek zaat ne. ek zaat hai jo sab se oopar hai. is ne manage kiya.</w:t>
      </w:r>
    </w:p>
    <w:p>
      <w:pPr>
        <w:jc w:val="right"/>
      </w:pPr>
      <w:r>
        <w:t>لیکن یہ سب مینج کیا ایک ذات نے۔ ایک ذات ہے جو سب سے اوپر ہے۔ اس نے مینج کیا۔</w:t>
      </w:r>
    </w:p>
    <w:p>
      <w:r>
        <w:rPr>
          <w:b/>
        </w:rPr>
        <w:t xml:space="preserve">[16:28] </w:t>
      </w:r>
      <w:r>
        <w:t>tab yeh namumkin mumkin bana.</w:t>
      </w:r>
    </w:p>
    <w:p>
      <w:pPr>
        <w:jc w:val="right"/>
      </w:pPr>
      <w:r>
        <w:t>تب یہ ناممکن ممکن بنا۔</w:t>
      </w:r>
    </w:p>
    <w:p>
      <w:r>
        <w:rPr>
          <w:b/>
        </w:rPr>
        <w:t xml:space="preserve">[16:38] </w:t>
      </w:r>
      <w:r>
        <w:t>maujooda zamane mein yeh tareekh dohrai ja rahi hai.</w:t>
      </w:r>
    </w:p>
    <w:p>
      <w:pPr>
        <w:jc w:val="right"/>
      </w:pPr>
      <w:r>
        <w:t>موجودہ زمانے میں یہ تاریخ دہرائی جا رہی ہے۔</w:t>
      </w:r>
    </w:p>
    <w:p>
      <w:r>
        <w:rPr>
          <w:b/>
        </w:rPr>
        <w:t xml:space="preserve">[16:45] </w:t>
      </w:r>
      <w:r>
        <w:t>to is ki shakal yeh hoti hai ke Allah is ko jugaar jis ko kehte hain jugaar uthana jugaar uthata hai.</w:t>
      </w:r>
    </w:p>
    <w:p>
      <w:pPr>
        <w:jc w:val="right"/>
      </w:pPr>
      <w:r>
        <w:t>تو اس کی شکل یہ ہوتی ہے کہ اللہ اس کو جگاڑ جس کو کہتے ہیں جگاڑ اٹھانا جگاڑ اٹھاتا ہے۔</w:t>
      </w:r>
    </w:p>
    <w:p>
      <w:r>
        <w:rPr>
          <w:b/>
        </w:rPr>
        <w:t xml:space="preserve">[16:57] </w:t>
      </w:r>
      <w:r>
        <w:t>hamari team ko yaani Allah ke kuch bando ko quran ko saari duniya mein pahunchana tha.</w:t>
      </w:r>
    </w:p>
    <w:p>
      <w:pPr>
        <w:jc w:val="right"/>
      </w:pPr>
      <w:r>
        <w:t>ہماری ٹیم کو یعنی اللہ کے کچھ بندوں کو قرآن کو ساری دنیا میں پہنچانا تھا۔</w:t>
      </w:r>
    </w:p>
    <w:p>
      <w:r>
        <w:rPr>
          <w:b/>
        </w:rPr>
        <w:t xml:space="preserve">[17:06] </w:t>
      </w:r>
      <w:r>
        <w:t>is ke liye kya kiya? misaal ke taur par dekhiye jis ko hum kehte hain British Empire jis ke bare mein kehte hain ke the sun never sets on the British Empire.</w:t>
      </w:r>
    </w:p>
    <w:p>
      <w:pPr>
        <w:jc w:val="right"/>
      </w:pPr>
      <w:r>
        <w:t>اس کے لیے کیا کیا؟ مثلاً دیکھیے جس کو ہم کہتے ہیں برٹش ایمپائر جس کے بارے میں کہتے ہیں کہ دا سن نیور سیٹس ان دا برٹش ایمپائر۔</w:t>
      </w:r>
    </w:p>
    <w:p>
      <w:r>
        <w:rPr>
          <w:b/>
        </w:rPr>
        <w:t xml:space="preserve">[17:24] </w:t>
      </w:r>
      <w:r>
        <w:t>to ek British Empire Allah taala ne khada kiya. is British Empire ke zariye pehli baar tareekh mein ek international language tayyar hui.</w:t>
      </w:r>
    </w:p>
    <w:p>
      <w:pPr>
        <w:jc w:val="right"/>
      </w:pPr>
      <w:r>
        <w:t>تو ایک برٹش ایمپائر اللہ تعالیٰ نے کھڑا کیا۔ اس برٹش ایمپائر کے ذریعے پہلی بار تاریخ میں ایک انٹرنیشنل لینگویج تیار ہوئی۔</w:t>
      </w:r>
    </w:p>
    <w:p>
      <w:r>
        <w:rPr>
          <w:b/>
        </w:rPr>
        <w:t xml:space="preserve">[17:38] </w:t>
      </w:r>
      <w:r>
        <w:t>ek international infrastructure tayyar hua. international communication tayyar hua. tab yeh mumkin hua ke quran ko saari duniya mein phailaya jaye.</w:t>
      </w:r>
    </w:p>
    <w:p>
      <w:pPr>
        <w:jc w:val="right"/>
      </w:pPr>
      <w:r>
        <w:t>ایک انٹرنیشنل انفراسٹرکچر تیار ہوا۔ انٹرنیشنل کمیونیکیشن تیار ہوا۔ تب یہ ممکن ہوا کہ قرآن کو ساری دنیا میں پھیلایا جائے۔</w:t>
      </w:r>
    </w:p>
    <w:p>
      <w:r>
        <w:rPr>
          <w:b/>
        </w:rPr>
        <w:t xml:space="preserve">[17:52] </w:t>
      </w:r>
      <w:r>
        <w:t>kaisi ajeeb baat hai.</w:t>
      </w:r>
    </w:p>
    <w:p>
      <w:pPr>
        <w:jc w:val="right"/>
      </w:pPr>
      <w:r>
        <w:t>کیسی عجیب بات ہے۔</w:t>
      </w:r>
    </w:p>
    <w:p>
      <w:r>
        <w:rPr>
          <w:b/>
        </w:rPr>
        <w:t xml:space="preserve">[17:56] </w:t>
      </w:r>
      <w:r>
        <w:t>yeh Allah rab ul alameen ke wajood ka ek aisa saboot hai jo saboot na falsafiyon ko mila na</w:t>
      </w:r>
    </w:p>
    <w:p>
      <w:pPr>
        <w:jc w:val="right"/>
      </w:pPr>
      <w:r>
        <w:t>یہ اللہ رب العالمین کے وجود کا ایک ایسا ثبوت ہے جو ثبوت نہ فلسفیوں کو ملا نہ</w:t>
      </w:r>
    </w:p>
    <w:p>
      <w:r>
        <w:rPr>
          <w:b/>
        </w:rPr>
        <w:t xml:space="preserve">[18:10] </w:t>
      </w:r>
      <w:r>
        <w:t>science daanon ko mila aur na kisi ko mila. to sacha daai jo hota hai sacha daai sachai daai ke liye sab se bari jo cheez muqaddar hai woh hai Allah rab ul alameen ki zaat par bepanah yaqeen bepanah yaqeen bepanah yaqeen.</w:t>
      </w:r>
    </w:p>
    <w:p>
      <w:pPr>
        <w:jc w:val="right"/>
      </w:pPr>
      <w:r>
        <w:t>سائنس دانوں کو ملا اور نہ کسی کو ملا۔ تو سچا دائی جو ہوتا ہے سچا دائی سچائی دائی کے لیے سب سے بڑی جو چیز مقدر ہے وہ ہے اللہ رب العالمین کی ذات پر بے پناہ یقین بے پناہ یقین بے پناہ یقین۔</w:t>
      </w:r>
    </w:p>
    <w:p>
      <w:r>
        <w:rPr>
          <w:b/>
        </w:rPr>
        <w:t xml:space="preserve">[18:35] </w:t>
      </w:r>
      <w:r>
        <w:t>woh yaqeen kya ho? woh pahaar se takra jaye samandar mein kood pade.</w:t>
      </w:r>
    </w:p>
    <w:p>
      <w:pPr>
        <w:jc w:val="right"/>
      </w:pPr>
      <w:r>
        <w:t>وہ یقین کیا ہو؟ وہ پہاڑ سے ٹکرا جائے سمندر میں کود پڑے۔</w:t>
      </w:r>
    </w:p>
    <w:p>
      <w:r>
        <w:rPr>
          <w:b/>
        </w:rPr>
        <w:t xml:space="preserve">[18:48] </w:t>
      </w:r>
      <w:r>
        <w:t>to agar aap ko yaqeen Allah ki zaat par yaqeen kamil paida karna hai to aap dawat ka kaam kijiye. dawat ke kaam ke liye band darwaze is tarah khulenge ke aap hairaan reh jayenge yeh kaise khul gaya.</w:t>
      </w:r>
    </w:p>
    <w:p>
      <w:pPr>
        <w:jc w:val="right"/>
      </w:pPr>
      <w:r>
        <w:t>تو اگر آپ کو یقین اللہ کی ذات پر یقین کامل پیدا کرنا ہے تو آپ دعوت کا کام کیجیے۔ دعوت کے کام کے لیے بند دروازے اس طرح کھلیں گے کہ آپ حیران رہ جائیں گے یہ کیسے کھل گیا۔</w:t>
      </w:r>
    </w:p>
    <w:p>
      <w:r>
        <w:rPr>
          <w:b/>
        </w:rPr>
        <w:t xml:space="preserve">[19:07] </w:t>
      </w:r>
      <w:r>
        <w:t>aap hairaan reh jayenge yeh darwaza kaise khul gaya. to aaj mujhe yeh daryaft hui ke Allah rab ul alameen ki zaat par sab se zyada yaqeen hota hai daai ko.</w:t>
      </w:r>
    </w:p>
    <w:p>
      <w:pPr>
        <w:jc w:val="right"/>
      </w:pPr>
      <w:r>
        <w:t>آپ حیران رہ جائیں گے یہ دروازہ کیسے کھل گیا۔ تو آج مجھے یہ دریافت ہوئی کہ اللہ رب العالمین کی ذات پر سب سے زیادہ یقین ہوتا ہے دائی کو۔</w:t>
      </w:r>
    </w:p>
    <w:p>
      <w:r>
        <w:rPr>
          <w:b/>
        </w:rPr>
        <w:t xml:space="preserve">[19:25] </w:t>
      </w:r>
      <w:r>
        <w:t>daai ko.</w:t>
      </w:r>
    </w:p>
    <w:p>
      <w:pPr>
        <w:jc w:val="right"/>
      </w:pPr>
      <w:r>
        <w:t>دائی کو۔</w:t>
      </w:r>
    </w:p>
    <w:p>
      <w:r>
        <w:rPr>
          <w:b/>
        </w:rPr>
        <w:t xml:space="preserve">[19:30] </w:t>
      </w:r>
      <w:r>
        <w:t>isi yaqeen ki wajah se Hazrat Ibrahim aag mein un ko phenka rakha hai is par raazi ho gaye woh.</w:t>
      </w:r>
    </w:p>
    <w:p>
      <w:pPr>
        <w:jc w:val="right"/>
      </w:pPr>
      <w:r>
        <w:t>اسی یقین کی وجہ سے حضرت ابراہیم آگ میں ان کو پھینکا رکھا ہے اس پر راضی ہو گئے وہ۔</w:t>
      </w:r>
    </w:p>
    <w:p>
      <w:r>
        <w:rPr>
          <w:b/>
        </w:rPr>
        <w:t xml:space="preserve">[19:42] </w:t>
      </w:r>
      <w:r>
        <w:t>aur kya kya waqeaat hue tareekh mein.</w:t>
      </w:r>
    </w:p>
    <w:p>
      <w:pPr>
        <w:jc w:val="right"/>
      </w:pPr>
      <w:r>
        <w:t>اور کیا کیا واقعات ہوئے تاریخ میں۔</w:t>
      </w:r>
    </w:p>
    <w:p>
      <w:r>
        <w:rPr>
          <w:b/>
        </w:rPr>
        <w:t xml:space="preserve">[19:52] </w:t>
      </w:r>
      <w:r>
        <w:t>American musannif ne jo kitaab likhi hai da hundred da hundred da hundred is ka ek khula hua saboot hai ke Khuda ne kaise manage kiya yaani Muhammad sallallahu alaihi wasallam ke kaamyaabi ko.</w:t>
      </w:r>
    </w:p>
    <w:p>
      <w:pPr>
        <w:jc w:val="right"/>
      </w:pPr>
      <w:r>
        <w:t>امریکن مصنف نے جو کتاب لکھی ہے دا ہنڈرڈ دا ہنڈرڈ دا ہنڈرڈ اس کا ایک کھلا ہوا ثبوت ہے کہ خدا نے کیسے مینج کیا یعنی محمد صلی اللہ علیہ وسلم کے کامیابی کو۔</w:t>
      </w:r>
    </w:p>
    <w:p>
      <w:r>
        <w:rPr>
          <w:b/>
        </w:rPr>
        <w:t xml:space="preserve">[20:13] </w:t>
      </w:r>
      <w:r>
        <w:t>is ne jo likha hai ke Muhammad poori tareekh mein sab se zyada kaamyaab insaan the ke yeh kaamyaabi kya thi?</w:t>
      </w:r>
    </w:p>
    <w:p>
      <w:pPr>
        <w:jc w:val="right"/>
      </w:pPr>
      <w:r>
        <w:t>اس نے جو لکھا ہے کہ محمد پوری تاریخ میں سب سے زیادہ کامیاب انسان تھے کہ یہ کامیابی کیا تھی؟</w:t>
      </w:r>
    </w:p>
    <w:p>
      <w:r>
        <w:rPr>
          <w:b/>
        </w:rPr>
        <w:t xml:space="preserve">[20:23] </w:t>
      </w:r>
      <w:r>
        <w:t>yeh Allah ne manage kiya tha. Allah ne is ka jugaar uthaya tha.</w:t>
      </w:r>
    </w:p>
    <w:p>
      <w:pPr>
        <w:jc w:val="right"/>
      </w:pPr>
      <w:r>
        <w:t>یہ اللہ نے مینج کیا تھا۔ اللہ نے اس کا جگاڑ اٹھایا تھا۔</w:t>
      </w:r>
    </w:p>
    <w:p>
      <w:r>
        <w:rPr>
          <w:b/>
        </w:rPr>
        <w:t xml:space="preserve">[20:33] </w:t>
      </w:r>
      <w:r>
        <w:t>woh insaan bazahir woh insaan ki farz thi lekin it was managed by God him self.</w:t>
      </w:r>
    </w:p>
    <w:p>
      <w:pPr>
        <w:jc w:val="right"/>
      </w:pPr>
      <w:r>
        <w:t>وہ انسان بظاہر وہ انسان کی فرض تھی لیکن اٹ واز مینجڈ بائی گاڈ ہم سیلف۔</w:t>
      </w:r>
    </w:p>
    <w:p>
      <w:r>
        <w:rPr>
          <w:b/>
        </w:rPr>
        <w:t xml:space="preserve">[20:46] </w:t>
      </w:r>
      <w:r>
        <w:t>to aap ko agar Allah par yaqeen chahiye to dawat ka kaam shuru kar dijiye. dawat ka kaam shuru kar dijiye sachay dil se sachay dil se dawat ka kaam kya hai?</w:t>
      </w:r>
    </w:p>
    <w:p>
      <w:pPr>
        <w:jc w:val="right"/>
      </w:pPr>
      <w:r>
        <w:t>تو آپ کو اگر اللہ پر یقین چاہیے تو دعوت کا کام شروع کر دیجیے۔ دعوت کا کام شروع کر دیجیے سچے دل سے سچے دل سے دعوت کا کام کیا ہے؟</w:t>
      </w:r>
    </w:p>
    <w:p>
      <w:r>
        <w:rPr>
          <w:b/>
        </w:rPr>
        <w:t xml:space="preserve">[21:02] </w:t>
      </w:r>
      <w:r>
        <w:t>allah rab alalameen</w:t>
      </w:r>
    </w:p>
    <w:p>
      <w:pPr>
        <w:jc w:val="right"/>
      </w:pPr>
      <w:r>
        <w:t>اللہ رب العالمین</w:t>
      </w:r>
    </w:p>
    <w:p>
      <w:r>
        <w:rPr>
          <w:b/>
        </w:rPr>
        <w:t xml:space="preserve">[21:07] </w:t>
      </w:r>
      <w:r>
        <w:t>ki ke kalam ko pahunchana sari dunya ke tak uski understandable language mein.</w:t>
      </w:r>
    </w:p>
    <w:p>
      <w:pPr>
        <w:jc w:val="right"/>
      </w:pPr>
      <w:r>
        <w:t>کی کے کلام کو پہنچانا ساری دنیا کے تک اس کی انڈرسٹینڈیبل لینگویج میں۔</w:t>
      </w:r>
    </w:p>
    <w:p>
      <w:r>
        <w:rPr>
          <w:b/>
        </w:rPr>
        <w:t xml:space="preserve">[21:18] </w:t>
      </w:r>
      <w:r>
        <w:t>is waqt jo kaam ho raha hai woh bilashubah insanon ki istataat se bahar ho raha hai.</w:t>
      </w:r>
    </w:p>
    <w:p>
      <w:pPr>
        <w:jc w:val="right"/>
      </w:pPr>
      <w:r>
        <w:t>اس وقت جو کام ہو رہا ہے وہ بلاشبہ انسانوں کی استطاعت سے باہر ہو رہا ہے۔</w:t>
      </w:r>
    </w:p>
    <w:p>
      <w:r>
        <w:rPr>
          <w:b/>
        </w:rPr>
        <w:t xml:space="preserve">[21:29] </w:t>
      </w:r>
      <w:r>
        <w:t>yeh sab kuch allah ke management ki wajah se ho raha hai.</w:t>
      </w:r>
    </w:p>
    <w:p>
      <w:pPr>
        <w:jc w:val="right"/>
      </w:pPr>
      <w:r>
        <w:t>یہ سب کچھ اللہ کے مینجمنٹ کی وجہ سے ہو رہا ہے۔</w:t>
      </w:r>
    </w:p>
    <w:p>
      <w:r>
        <w:rPr>
          <w:b/>
        </w:rPr>
        <w:t xml:space="preserve">[21:44] </w:t>
      </w:r>
      <w:r>
        <w:t>aap ek usko bohat tareeqe se jaanch sakte hain. aap kabhi naqsha uthaiye.</w:t>
      </w:r>
    </w:p>
    <w:p>
      <w:pPr>
        <w:jc w:val="right"/>
      </w:pPr>
      <w:r>
        <w:t>آپ ایک اس کو بہت طریقے سے جانچ سکتے ہیں۔ آپ کبھی نقشہ اٹھائیے۔</w:t>
      </w:r>
    </w:p>
    <w:p>
      <w:r>
        <w:rPr>
          <w:b/>
        </w:rPr>
        <w:t xml:space="preserve">[21:58] </w:t>
      </w:r>
      <w:r>
        <w:t>naqsha uthaiye. toh ek taraf sham hai aur doosri taraf burqu.</w:t>
      </w:r>
    </w:p>
    <w:p>
      <w:pPr>
        <w:jc w:val="right"/>
      </w:pPr>
      <w:r>
        <w:t>نقشہ اٹھائیے۔ تو ایک طرف شام ہے اور دوسری طرف برقو۔</w:t>
      </w:r>
    </w:p>
    <w:p>
      <w:r>
        <w:rPr>
          <w:b/>
        </w:rPr>
        <w:t xml:space="preserve">[22:09] </w:t>
      </w:r>
      <w:r>
        <w:t>is khushki ke raaste se islam chal kar ke pahuncha arab se</w:t>
      </w:r>
    </w:p>
    <w:p>
      <w:pPr>
        <w:jc w:val="right"/>
      </w:pPr>
      <w:r>
        <w:t>اس خشکی کے راستے سے اسلام چل کر کے پہنچا عرب سے</w:t>
      </w:r>
    </w:p>
    <w:p>
      <w:r>
        <w:rPr>
          <w:b/>
        </w:rPr>
        <w:t xml:space="preserve">[22:19] </w:t>
      </w:r>
      <w:r>
        <w:t>europe tak. yahan par aap dekhenge ke do samundaron ke beech mein do samundaron ke beech mein ek khushki ka khair rasta ban raha hai.</w:t>
      </w:r>
    </w:p>
    <w:p>
      <w:pPr>
        <w:jc w:val="right"/>
      </w:pPr>
      <w:r>
        <w:t>یورپ تک۔ یہاں پر آپ دیکھیں گے کہ دو سمندروں کے بیچ میں دو سمندروں کے بیچ میں ایک خشکی کا خیر راستہ بن رہا ہے۔</w:t>
      </w:r>
    </w:p>
    <w:p>
      <w:r>
        <w:rPr>
          <w:b/>
        </w:rPr>
        <w:t xml:space="preserve">[22:38] </w:t>
      </w:r>
      <w:r>
        <w:t>mein wahan gaya hoon wahan dekha hai. yani idhar morocco hai idhar spain hai. dono ki ek samundar idhar samundar hai idhar samundar hai.</w:t>
      </w:r>
    </w:p>
    <w:p>
      <w:pPr>
        <w:jc w:val="right"/>
      </w:pPr>
      <w:r>
        <w:t>میں وہاں گیا ہوں وہاں دیکھا ہے۔ یعنی ادھر مراکو ہے ادھر اسپین ہے۔ دونوں کی ایک سمندر ادھر سمندر ہے ادھر سمندر ہے۔</w:t>
      </w:r>
    </w:p>
    <w:p>
      <w:r>
        <w:rPr>
          <w:b/>
        </w:rPr>
        <w:t xml:space="preserve">[22:52] </w:t>
      </w:r>
      <w:r>
        <w:t>aur beech mein khushki ka rasta taqreeban nau kilometer ka. ek ek namumkin si baat hai.</w:t>
      </w:r>
    </w:p>
    <w:p>
      <w:pPr>
        <w:jc w:val="right"/>
      </w:pPr>
      <w:r>
        <w:t>اور بیچ میں خشکی کا راستہ تقریباً نو کلومیٹر کا۔ ایک ایک ناممکن سی بات ہے۔</w:t>
      </w:r>
    </w:p>
    <w:p>
      <w:r>
        <w:rPr>
          <w:b/>
        </w:rPr>
        <w:t xml:space="preserve">[23:01] </w:t>
      </w:r>
      <w:r>
        <w:t>is zamane mein jab ke hajat nahi the jab ke yahan se wahan pahunchna mumkin nahi tha. toh allah ne islam ko pahunchaya arab se europe mein ek khushki raste ke zariye jo sirf allah hi bana sakta tha koi bana nahi sakta tha.</w:t>
      </w:r>
    </w:p>
    <w:p>
      <w:pPr>
        <w:jc w:val="right"/>
      </w:pPr>
      <w:r>
        <w:t>اس زمانے میں جب کہ حاجات نہیں تھے جب کہ یہاں سے وہاں پہنچنا ممکن نہیں تھا۔ تو اللہ نے اسلام کو پہنچایا عرب سے یورپ میں ایک خشکی راستے کے ذریعے جو صرف اللہ ہی بنا سکتا تھا کوئی بنا نہیں سکتا تھا۔</w:t>
      </w:r>
    </w:p>
    <w:p>
      <w:r>
        <w:rPr>
          <w:b/>
        </w:rPr>
        <w:t xml:space="preserve">[23:27] </w:t>
      </w:r>
      <w:r>
        <w:t>is tarah se aap dekhiye allah rab alalameen ne ailan kiya tha ke nazr alfurqan alabadin likun lilalameen naziraha.</w:t>
      </w:r>
    </w:p>
    <w:p>
      <w:pPr>
        <w:jc w:val="right"/>
      </w:pPr>
      <w:r>
        <w:t>اس طرح سے آپ دیکھیے اللہ رب العالمین نے اعلان کیا تھا کہ نذر الفرقان العابدین لیکون للعالمین نظیرہ۔</w:t>
      </w:r>
    </w:p>
    <w:p>
      <w:r>
        <w:rPr>
          <w:b/>
        </w:rPr>
        <w:t xml:space="preserve">[23:44] </w:t>
      </w:r>
      <w:r>
        <w:t>is sare alam ke liye nazir banna. aaj hi mein ne is baat ko samjha ke sare alam ke liye living guide nazir ka nazir ka matlab hai living guide.</w:t>
      </w:r>
    </w:p>
    <w:p>
      <w:pPr>
        <w:jc w:val="right"/>
      </w:pPr>
      <w:r>
        <w:t>اس سارے عالم کے لیے نظیر بننا۔ آج ہی میں نے اس بات کو سمجھا کہ سارے عالم کے لیے لیونگ گائیڈ نظیر کے نظیر کا مطلب ہے لیونگ گائیڈ۔</w:t>
      </w:r>
    </w:p>
    <w:p>
      <w:r>
        <w:rPr>
          <w:b/>
        </w:rPr>
        <w:t xml:space="preserve">[23:59] </w:t>
      </w:r>
      <w:r>
        <w:t>daraane wala kya kya matlab hoga insan ke liye? nahi iska matlab hai ke quran sari dunya ke liye living guide ban jaye.</w:t>
      </w:r>
    </w:p>
    <w:p>
      <w:pPr>
        <w:jc w:val="right"/>
      </w:pPr>
      <w:r>
        <w:t>ڈرانے والا کیا کیا مطلب ہوگا انسان کے لیے؟ نہیں اس کا مطلب ہے کہ قرآن ساری دنیا کے لیے لیونگ گائیڈ بن جائے۔</w:t>
      </w:r>
    </w:p>
    <w:p>
      <w:r>
        <w:rPr>
          <w:b/>
        </w:rPr>
        <w:t xml:space="preserve">[24:11] </w:t>
      </w:r>
      <w:r>
        <w:t>living guide ban jaye.</w:t>
      </w:r>
    </w:p>
    <w:p>
      <w:pPr>
        <w:jc w:val="right"/>
      </w:pPr>
      <w:r>
        <w:t>لیونگ گائیڈ بن جائے۔</w:t>
      </w:r>
    </w:p>
    <w:p>
      <w:r>
        <w:rPr>
          <w:b/>
        </w:rPr>
        <w:t xml:space="preserve">[24:18] </w:t>
      </w:r>
      <w:r>
        <w:t>sari dunya ke liye living guide ban jaye.</w:t>
      </w:r>
    </w:p>
    <w:p>
      <w:pPr>
        <w:jc w:val="right"/>
      </w:pPr>
      <w:r>
        <w:t>ساری دنیا کے لیے لیونگ گائیڈ بن جائے۔</w:t>
      </w:r>
    </w:p>
    <w:p>
      <w:r>
        <w:rPr>
          <w:b/>
        </w:rPr>
        <w:t xml:space="preserve">[24:25] </w:t>
      </w:r>
      <w:r>
        <w:t>toh yeh kaise bana? allah ki ghair maamooli mudakhlat mudakhlat intervention se ghair maamooli intervention se.</w:t>
      </w:r>
    </w:p>
    <w:p>
      <w:pPr>
        <w:jc w:val="right"/>
      </w:pPr>
      <w:r>
        <w:t>تو یہ کیسے بنا؟ اللہ کی غیر معمولی مداخلت مداخلت انٹروینشن سے غیر معمولی انٹروینشن سے۔</w:t>
      </w:r>
    </w:p>
    <w:p>
      <w:r>
        <w:rPr>
          <w:b/>
        </w:rPr>
        <w:t xml:space="preserve">[24:43] </w:t>
      </w:r>
      <w:r>
        <w:t>aur jis cheez ko log kehte hain qaum e nooh par azab woh qaum e nooh par azab nahi tha.</w:t>
      </w:r>
    </w:p>
    <w:p>
      <w:pPr>
        <w:jc w:val="right"/>
      </w:pPr>
      <w:r>
        <w:t>اور جس چیز کو لوگ کہتے ہیں قوم نوح پر عذاب وہ قوم نوح پر عذاب نہیں تھا۔</w:t>
      </w:r>
    </w:p>
    <w:p>
      <w:r>
        <w:rPr>
          <w:b/>
        </w:rPr>
        <w:t xml:space="preserve">[24:55] </w:t>
      </w:r>
      <w:r>
        <w:t>woh qadeem zamane mein jab ke hajat nahi hote the</w:t>
      </w:r>
    </w:p>
    <w:p>
      <w:pPr>
        <w:jc w:val="right"/>
      </w:pPr>
      <w:r>
        <w:t>وہ قدیم زمانے میں جب کہ حواجات نہیں ہوتے تھے</w:t>
      </w:r>
    </w:p>
    <w:p>
      <w:r>
        <w:rPr>
          <w:b/>
        </w:rPr>
        <w:t xml:space="preserve">[25:03] </w:t>
      </w:r>
      <w:r>
        <w:t>toh ek kashti bohat badi kashti bana kar uske zariye us qafle ko jo qafila misr pathamia mein abad hua tha pehle us qafle ko us kashti par bitha kar europe europe ke sath pahuncha diya.</w:t>
      </w:r>
    </w:p>
    <w:p>
      <w:pPr>
        <w:jc w:val="right"/>
      </w:pPr>
      <w:r>
        <w:t>تو ایک کشتی بہت بڑی کشتی بنا کر اس کے ذریعے اس قافلے کو جو قافلہ مصر پٹھامیہ میں آباد ہوا تھا پہلے اس قافلے کو اس کشتی پر بٹھا کر یورپ یورپ کے ساتھ پہنچا دیا۔</w:t>
      </w:r>
    </w:p>
    <w:p>
      <w:r>
        <w:rPr>
          <w:b/>
        </w:rPr>
        <w:t xml:space="preserve">[25:27] </w:t>
      </w:r>
      <w:r>
        <w:t>aur phir poore europe mein phailay yeh log aur yahi woh log hain jinhone jadeed tehzeeb paida ki. aur jadeed tehzeeb kya hai?</w:t>
      </w:r>
    </w:p>
    <w:p>
      <w:pPr>
        <w:jc w:val="right"/>
      </w:pPr>
      <w:r>
        <w:t>اور پھر پورے یورپ میں پھیلے یہ لوگ اور یہی وہ لوگ ہیں جنہوں نے جدید تہذیب پیدا کی۔ اور جدید تہذیب کیا ہے؟</w:t>
      </w:r>
    </w:p>
    <w:p>
      <w:r>
        <w:rPr>
          <w:b/>
        </w:rPr>
        <w:t xml:space="preserve">[25:36] </w:t>
      </w:r>
      <w:r>
        <w:t>jadeed tehzeeb ko log samajhte hain islam ke khilaf tehzeeb bilkul jhooti baat</w:t>
      </w:r>
    </w:p>
    <w:p>
      <w:pPr>
        <w:jc w:val="right"/>
      </w:pPr>
      <w:r>
        <w:t>جدید تہذیب کو لوگ سمجھتے ہیں اسلام کے خلاف تہذیب بالکل جھوٹی بات</w:t>
      </w:r>
    </w:p>
    <w:p>
      <w:r>
        <w:rPr>
          <w:b/>
        </w:rPr>
        <w:t xml:space="preserve">[25:42] </w:t>
      </w:r>
      <w:r>
        <w:t>hai yeh islam ki mojad tehzeeb hai islam ki mojad tehzeeb</w:t>
      </w:r>
    </w:p>
    <w:p>
      <w:pPr>
        <w:jc w:val="right"/>
      </w:pPr>
      <w:r>
        <w:t>ہے یہ اسلام کی موجد تہذیب ہے اسلام کی موجد تہذیب</w:t>
      </w:r>
    </w:p>
    <w:p>
      <w:r>
        <w:rPr>
          <w:b/>
        </w:rPr>
        <w:t xml:space="preserve">[25:50] </w:t>
      </w:r>
      <w:r>
        <w:t>isi ko to hadith mein aata hai ke</w:t>
      </w:r>
    </w:p>
    <w:p>
      <w:pPr>
        <w:jc w:val="right"/>
      </w:pPr>
      <w:r>
        <w:t>اسی کو تو حدیث میں آتا ہے کہ</w:t>
      </w:r>
    </w:p>
    <w:p>
      <w:r>
        <w:rPr>
          <w:b/>
        </w:rPr>
        <w:t xml:space="preserve">[25:54] </w:t>
      </w:r>
      <w:r>
        <w:t>Allah secular logon ke zariye islam ki taeed karega</w:t>
      </w:r>
    </w:p>
    <w:p>
      <w:pPr>
        <w:jc w:val="right"/>
      </w:pPr>
      <w:r>
        <w:t>اللہ سیکولر لوگوں کے ذریعے اسلام کی تائید کرے گا</w:t>
      </w:r>
    </w:p>
    <w:p>
      <w:r>
        <w:rPr>
          <w:b/>
        </w:rPr>
        <w:t xml:space="preserve">[26:00] </w:t>
      </w:r>
      <w:r>
        <w:t>is mein lafz hai fajir</w:t>
      </w:r>
    </w:p>
    <w:p>
      <w:pPr>
        <w:jc w:val="right"/>
      </w:pPr>
      <w:r>
        <w:t>اس میں لفظ ہے فاجر</w:t>
      </w:r>
    </w:p>
    <w:p>
      <w:r>
        <w:rPr>
          <w:b/>
        </w:rPr>
        <w:t xml:space="preserve">[26:04] </w:t>
      </w:r>
      <w:r>
        <w:t>ana Allah al fajir</w:t>
      </w:r>
    </w:p>
    <w:p>
      <w:pPr>
        <w:jc w:val="right"/>
      </w:pPr>
      <w:r>
        <w:t>انا اللہ الفاجر</w:t>
      </w:r>
    </w:p>
    <w:p>
      <w:r>
        <w:rPr>
          <w:b/>
        </w:rPr>
        <w:t xml:space="preserve">[26:08] </w:t>
      </w:r>
      <w:r>
        <w:t>mein samajhta hoon ke fajir ka matlab secular hai</w:t>
      </w:r>
    </w:p>
    <w:p>
      <w:pPr>
        <w:jc w:val="right"/>
      </w:pPr>
      <w:r>
        <w:t>میں سمجھتا ہوں کہ فاجر کا معنی سیکولر ہے</w:t>
      </w:r>
    </w:p>
    <w:p>
      <w:r>
        <w:rPr>
          <w:b/>
        </w:rPr>
        <w:t xml:space="preserve">[26:12] </w:t>
      </w:r>
      <w:r>
        <w:t>fajir ka matlab secular hai</w:t>
      </w:r>
    </w:p>
    <w:p>
      <w:pPr>
        <w:jc w:val="right"/>
      </w:pPr>
      <w:r>
        <w:t>فاجر کا معنی سیکولر ہے</w:t>
      </w:r>
    </w:p>
    <w:p>
      <w:r>
        <w:rPr>
          <w:b/>
        </w:rPr>
        <w:t xml:space="preserve">[26:15] </w:t>
      </w:r>
      <w:r>
        <w:t>Allah secular logon ke zariye Allah deen ki taeed karega yeh kaun kar sakta hai</w:t>
      </w:r>
    </w:p>
    <w:p>
      <w:pPr>
        <w:jc w:val="right"/>
      </w:pPr>
      <w:r>
        <w:t>اللہ سیکولر لوگوں کے ذریعے الہ الدین کی تائید کرے گا یہ کون کر سکتا ہے</w:t>
      </w:r>
    </w:p>
    <w:p>
      <w:r>
        <w:rPr>
          <w:b/>
        </w:rPr>
        <w:t xml:space="preserve">[26:23] </w:t>
      </w:r>
      <w:r>
        <w:t>to yeh anokhi waqea se ke Allah</w:t>
      </w:r>
    </w:p>
    <w:p>
      <w:pPr>
        <w:jc w:val="right"/>
      </w:pPr>
      <w:r>
        <w:t>تو یہ انوکھی واقعہ سے کہ الہ</w:t>
      </w:r>
    </w:p>
    <w:p>
      <w:r>
        <w:rPr>
          <w:b/>
        </w:rPr>
        <w:t xml:space="preserve">[26:27] </w:t>
      </w:r>
      <w:r>
        <w:t>aldin ke jo nasal thi woh nasal padi hui thi dijla aur furat ke darmiyan jis ko kaha karte the</w:t>
      </w:r>
    </w:p>
    <w:p>
      <w:pPr>
        <w:jc w:val="right"/>
      </w:pPr>
      <w:r>
        <w:t>الدین کے جو نسل تھی وہ نسل پڑی ہوئی تھی دجلہ اور فرات کے درمیان جس کو کہا کرتے تھے</w:t>
      </w:r>
    </w:p>
    <w:p>
      <w:r>
        <w:rPr>
          <w:b/>
        </w:rPr>
        <w:t xml:space="preserve">[26:44] </w:t>
      </w:r>
      <w:r>
        <w:t>dijla aur furat ke darmiyan misr pathamia</w:t>
      </w:r>
    </w:p>
    <w:p>
      <w:pPr>
        <w:jc w:val="right"/>
      </w:pPr>
      <w:r>
        <w:t>دجلہ اور فرات کے درمیان مصر پٹھامیہ</w:t>
      </w:r>
    </w:p>
    <w:p>
      <w:r>
        <w:rPr>
          <w:b/>
        </w:rPr>
        <w:t xml:space="preserve">[26:51] </w:t>
      </w:r>
      <w:r>
        <w:t>to is zamane mein itna bara sare samandari toofan aaya ke Nuh ki kashti is mein teerti hui teerti hui teerti hui yahi Arab ke sath pahunch gayi aur phir Europe mein woh inqilab aaya jis ne Islam ke rastay ko khola</w:t>
      </w:r>
    </w:p>
    <w:p>
      <w:pPr>
        <w:jc w:val="right"/>
      </w:pPr>
      <w:r>
        <w:t>تو اس زمانے میں اتنا بڑا سارے سمندری طوفان آیا کہ نوح کی کشتی اس میں تیرتی ہوئی تیرتی ہوئی تیرتی ہوئی یہی عرب کے ساتھ پہنچ گئی اور پھر یورپ میں وہ انقلاب آیا جس نے اسلام کے راستے کو کھولا</w:t>
      </w:r>
    </w:p>
    <w:p>
      <w:r>
        <w:rPr>
          <w:b/>
        </w:rPr>
        <w:t xml:space="preserve">[27:13] </w:t>
      </w:r>
      <w:r>
        <w:t>to in sab cheezon ko le kar main sochta raha aaj to to main ne socha ke sab se ziyada yaqeen Allah ki zaat par aata hai is insan ko jo Allah ke deen ke liye khara ho jaye</w:t>
      </w:r>
    </w:p>
    <w:p>
      <w:pPr>
        <w:jc w:val="right"/>
      </w:pPr>
      <w:r>
        <w:t>تو ان سب چیزوں کو لے کر میں سوچتا رہا آج تو تو میں نے سوچا کہ سب سے زیادہ یقین اللہ کی ذات پر آتا ہے اس انسان کو جو اللہ کے دین کے لیے کھڑا ہو جائے</w:t>
      </w:r>
    </w:p>
    <w:p>
      <w:r>
        <w:rPr>
          <w:b/>
        </w:rPr>
        <w:t xml:space="preserve">[27:31] </w:t>
      </w:r>
      <w:r>
        <w:t>jab woh dekhta hai rasta khulte hue to sochta hai kaise raste khulega</w:t>
      </w:r>
    </w:p>
    <w:p>
      <w:pPr>
        <w:jc w:val="right"/>
      </w:pPr>
      <w:r>
        <w:t>جب وہ دیکھتا ہے راستہ کھلتے ہوئے تو سوچتا ہے کیسے راستے کھلے گا</w:t>
      </w:r>
    </w:p>
    <w:p>
      <w:r>
        <w:rPr>
          <w:b/>
        </w:rPr>
        <w:t xml:space="preserve">[27:38] </w:t>
      </w:r>
      <w:r>
        <w:t>kaise raste khulega</w:t>
      </w:r>
    </w:p>
    <w:p>
      <w:pPr>
        <w:jc w:val="right"/>
      </w:pPr>
      <w:r>
        <w:t>کیسے راستے کھلے گا</w:t>
      </w:r>
    </w:p>
    <w:p>
      <w:r>
        <w:rPr>
          <w:b/>
        </w:rPr>
        <w:t xml:space="preserve">[27:41] </w:t>
      </w:r>
      <w:r>
        <w:t>woh sirf Allah rab ul alameen khol sakta tha</w:t>
      </w:r>
    </w:p>
    <w:p>
      <w:pPr>
        <w:jc w:val="right"/>
      </w:pPr>
      <w:r>
        <w:t>وہ صرف اللہ رب العالمین کھول سکتا تھا</w:t>
      </w:r>
    </w:p>
    <w:p>
      <w:r>
        <w:rPr>
          <w:b/>
        </w:rPr>
        <w:t xml:space="preserve">[27:47] </w:t>
      </w:r>
      <w:r>
        <w:t>ek insan khada ho</w:t>
      </w:r>
    </w:p>
    <w:p>
      <w:pPr>
        <w:jc w:val="right"/>
      </w:pPr>
      <w:r>
        <w:t>ایک انسان کھڑا ہو</w:t>
      </w:r>
    </w:p>
    <w:p>
      <w:r>
        <w:rPr>
          <w:b/>
        </w:rPr>
        <w:t xml:space="preserve">[27:50] </w:t>
      </w:r>
      <w:r>
        <w:t>zameen ki duniya ki tareekh ke aaghaz mein to woh dekhega ke ek bohat bara samandari toofan</w:t>
      </w:r>
    </w:p>
    <w:p>
      <w:pPr>
        <w:jc w:val="right"/>
      </w:pPr>
      <w:r>
        <w:t>زمین کی دنیا کی تاریخ کے آغاز میں تو وہ دیکھے گا کہ ایک بہت بڑا سمندری طوفان</w:t>
      </w:r>
    </w:p>
    <w:p>
      <w:r>
        <w:rPr>
          <w:b/>
        </w:rPr>
        <w:t xml:space="preserve">[27:59] </w:t>
      </w:r>
      <w:r>
        <w:t>aata hai misr pathamia ke ilaqay mein is par ek nasal baithti hai aur wahan se chalti hui</w:t>
      </w:r>
    </w:p>
    <w:p>
      <w:pPr>
        <w:jc w:val="right"/>
      </w:pPr>
      <w:r>
        <w:t>آتا ہے مصر پٹھامیہ کے علاقے میں اس پر ایک نسل بیٹھتی ہے اور وہاں سے چلتی ہوئی</w:t>
      </w:r>
    </w:p>
    <w:p>
      <w:r>
        <w:rPr>
          <w:b/>
        </w:rPr>
        <w:t xml:space="preserve">[28:08] </w:t>
      </w:r>
      <w:r>
        <w:t>chalti hui chalti hui woh europe ke sath pahunch jati hai</w:t>
      </w:r>
    </w:p>
    <w:p>
      <w:pPr>
        <w:jc w:val="right"/>
      </w:pPr>
      <w:r>
        <w:t>چلتی ہوئی چلتی ہوئی وہ یورپ کے ساتھ پہنچ جاتی ہے</w:t>
      </w:r>
    </w:p>
    <w:p>
      <w:r>
        <w:rPr>
          <w:b/>
        </w:rPr>
        <w:t xml:space="preserve">[28:15] </w:t>
      </w:r>
      <w:r>
        <w:t>aur phir wahan se woh Europe mein abad hoti hai aur jadeed tehzeeb wajood mein aati hai jadeed tehzeeb ko log samajhte nahi woh poori ki poori mojaddid Islam tehzeeb hai isi se sare mawaqe khule Islam ke liye</w:t>
      </w:r>
    </w:p>
    <w:p>
      <w:pPr>
        <w:jc w:val="right"/>
      </w:pPr>
      <w:r>
        <w:t>اور پھر وہاں سے وہ یورپ میں آباد ہوتی ہے اور جدید تہذیب وجود میں آتی ہے جدید تہذیب کو لوگ سمجھتے نہیں وہ پوری کی پوری موجد اسلام تہذیب ہے اسی سے سارے مواقع کھلے اسلام کے لیے</w:t>
      </w:r>
    </w:p>
    <w:p>
      <w:r>
        <w:rPr>
          <w:b/>
        </w:rPr>
        <w:t xml:space="preserve">[28:37] </w:t>
      </w:r>
      <w:r>
        <w:t>sare mawaqe jo khule hain aaj sab isi se mawaqe khule hain log itne ziyada nadan hain ke jadeed tehzeeb ko doosre log Islam tehzeeb samajhte hain woh to mojaddid Islam tehzeeb hai</w:t>
      </w:r>
    </w:p>
    <w:p>
      <w:pPr>
        <w:jc w:val="right"/>
      </w:pPr>
      <w:r>
        <w:t>سارے مواقع جو کھلے ہیں آج سب اسی سے مواقع کھلے ہیں لوگ اتنے زیادہ نادان ہیں کہ جدید تہذیب کو دوسرے لوگ اسلام تہذیب سمجھتے ہیں وہ تو موجد اسلام تہذیب ہے</w:t>
      </w:r>
    </w:p>
    <w:p>
      <w:r>
        <w:rPr>
          <w:b/>
        </w:rPr>
        <w:t xml:space="preserve">[28:59] </w:t>
      </w:r>
      <w:r>
        <w:t>to is tarike se samandar ke lahron mein bitha kar ke in logon ko pahunchaya europe ki sarhad</w:t>
      </w:r>
    </w:p>
    <w:p>
      <w:pPr>
        <w:jc w:val="right"/>
      </w:pPr>
      <w:r>
        <w:t>تو اس طریقے سے سمندر کے لہروں میں بٹھا کر کے ان لوگوں کو پہنچایا یورپ کی سرحد</w:t>
      </w:r>
    </w:p>
    <w:p>
      <w:r>
        <w:rPr>
          <w:b/>
        </w:rPr>
        <w:t xml:space="preserve">[29:06] </w:t>
      </w:r>
      <w:r>
        <w:t>par aise hi sasani</w:t>
      </w:r>
    </w:p>
    <w:p>
      <w:pPr>
        <w:jc w:val="right"/>
      </w:pPr>
      <w:r>
        <w:t>پر ایسے ہی ساسانی</w:t>
      </w:r>
    </w:p>
    <w:p>
      <w:r>
        <w:rPr>
          <w:b/>
        </w:rPr>
        <w:t xml:space="preserve">[29:11] </w:t>
      </w:r>
      <w:r>
        <w:t>empire aur bizantini empire ko aapas mein takra kar ke itna kamzor kar diya ke arab ke log</w:t>
      </w:r>
    </w:p>
    <w:p>
      <w:pPr>
        <w:jc w:val="right"/>
      </w:pPr>
      <w:r>
        <w:t>ایمپائر اور بازنطینی ایمپائر کو آپس میں ٹکرا کر کے اتنا کمزور کر دیا کہ عرب کے لوگ</w:t>
      </w:r>
    </w:p>
    <w:p>
      <w:r>
        <w:rPr>
          <w:b/>
        </w:rPr>
        <w:t xml:space="preserve">[29:21] </w:t>
      </w:r>
      <w:r>
        <w:t>jab is mein dakhil hue to maine jaisa arz kiya ke ek wasti shariat ke alfaz mein</w:t>
      </w:r>
    </w:p>
    <w:p>
      <w:pPr>
        <w:jc w:val="right"/>
      </w:pPr>
      <w:r>
        <w:t>جب اس میں داخل ہوئے تو میں نے جیسا عرض کیا کہ ایک وسطی شریعت کے الفاظ میں</w:t>
      </w:r>
    </w:p>
    <w:p>
      <w:r>
        <w:rPr>
          <w:b/>
        </w:rPr>
        <w:t xml:space="preserve">[29:29] </w:t>
      </w:r>
      <w:r>
        <w:t>woh is tarah se ghuse jis se devg data lakri mein pathar ghusta hai</w:t>
      </w:r>
    </w:p>
    <w:p>
      <w:pPr>
        <w:jc w:val="right"/>
      </w:pPr>
      <w:r>
        <w:t>وہ اس طرح سے گھسے جس سے دیوگ دتا لکڑی میں پتھر گھستا ہے</w:t>
      </w:r>
    </w:p>
    <w:p>
      <w:r>
        <w:rPr>
          <w:b/>
        </w:rPr>
        <w:t xml:space="preserve">[29:42] </w:t>
      </w:r>
      <w:r>
        <w:t>to aap jab dawat ka dawat allah ka kaam shuru karenge quran ko phailane ka kaam shuru</w:t>
      </w:r>
    </w:p>
    <w:p>
      <w:pPr>
        <w:jc w:val="right"/>
      </w:pPr>
      <w:r>
        <w:t>تو آپ جب دعوت کا دعوت اللہ کا کام شروع کریں گے قرآن کو پھیلانے کا کام شروع</w:t>
      </w:r>
    </w:p>
    <w:p>
      <w:r>
        <w:rPr>
          <w:b/>
        </w:rPr>
        <w:t xml:space="preserve">[29:48] </w:t>
      </w:r>
      <w:r>
        <w:t>karenge aise logon ne shuru kiya hai in se pooch lijiye</w:t>
      </w:r>
    </w:p>
    <w:p>
      <w:pPr>
        <w:jc w:val="right"/>
      </w:pPr>
      <w:r>
        <w:t>کریں گے ایسے لوگوں نے شروع کیا ہے ان سے پوچھ لیجیے</w:t>
      </w:r>
    </w:p>
    <w:p>
      <w:r>
        <w:rPr>
          <w:b/>
        </w:rPr>
        <w:t xml:space="preserve">[29:54] </w:t>
      </w:r>
      <w:r>
        <w:t>bilkul anokhe anokhe</w:t>
      </w:r>
    </w:p>
    <w:p>
      <w:pPr>
        <w:jc w:val="right"/>
      </w:pPr>
      <w:r>
        <w:t>بالکل انوکھے انوکھے</w:t>
      </w:r>
    </w:p>
    <w:p>
      <w:r>
        <w:rPr>
          <w:b/>
        </w:rPr>
        <w:t xml:space="preserve">[29:59] </w:t>
      </w:r>
      <w:r>
        <w:t>baghair soche hue jo aap ne kabhi socha nahi tha is tarah raste khulte hain aur kaam aage</w:t>
      </w:r>
    </w:p>
    <w:p>
      <w:pPr>
        <w:jc w:val="right"/>
      </w:pPr>
      <w:r>
        <w:t>بغیر سوچے ہوئے جو آپ نے کبھی سوچا نہیں تھا اس طرح راستے کھلتے ہیں اور کام آگے</w:t>
      </w:r>
    </w:p>
    <w:p>
      <w:r>
        <w:rPr>
          <w:b/>
        </w:rPr>
        <w:t xml:space="preserve">[30:07] </w:t>
      </w:r>
      <w:r>
        <w:t>badhta chala jata hai</w:t>
      </w:r>
    </w:p>
    <w:p>
      <w:pPr>
        <w:jc w:val="right"/>
      </w:pPr>
      <w:r>
        <w:t>بڑھتا چلا جاتا ہے</w:t>
      </w:r>
    </w:p>
    <w:p>
      <w:r>
        <w:rPr>
          <w:b/>
        </w:rPr>
        <w:t xml:space="preserve">[30:10] </w:t>
      </w:r>
      <w:r>
        <w:t>abhi hamare saathi kuch gaye hain bahar yahan australia gaye hain aur</w:t>
      </w:r>
    </w:p>
    <w:p>
      <w:pPr>
        <w:jc w:val="right"/>
      </w:pPr>
      <w:r>
        <w:t>ابھی ہمارے ساتھی کچھ گئے ہیں باہر یہاں آسٹریلیا گئے ہیں اور</w:t>
      </w:r>
    </w:p>
    <w:p>
      <w:r>
        <w:rPr>
          <w:b/>
        </w:rPr>
        <w:t xml:space="preserve">[30:19] </w:t>
      </w:r>
      <w:r>
        <w:t>New Zealand gaye hain un ki wapsi pe inshallah aap sunenge kis tarah un ke liye raste khule</w:t>
      </w:r>
    </w:p>
    <w:p>
      <w:pPr>
        <w:jc w:val="right"/>
      </w:pPr>
      <w:r>
        <w:t>نیوزی لینڈ گئے ہیں ان کی واپسی پہ انشاءاللہ آپ سنیں گے کس طرح ان کے لیے راستے کھلے</w:t>
      </w:r>
    </w:p>
    <w:p>
      <w:r>
        <w:rPr>
          <w:b/>
        </w:rPr>
        <w:t xml:space="preserve">[30:28] </w:t>
      </w:r>
      <w:r>
        <w:t>to main arz karta hoon ke aap ko agar allah ki zaat par yaqin paida karna hai to</w:t>
      </w:r>
    </w:p>
    <w:p>
      <w:pPr>
        <w:jc w:val="right"/>
      </w:pPr>
      <w:r>
        <w:t>تو میں عرض کرتا ہوں کہ آپ کو اگر اللہ کی ذات پر یقین پیدا کرنا ہے تو</w:t>
      </w:r>
    </w:p>
    <w:p>
      <w:r>
        <w:rPr>
          <w:b/>
        </w:rPr>
        <w:t xml:space="preserve">[30:35] </w:t>
      </w:r>
      <w:r>
        <w:t>dawat allah ke liye khade ho jaiye</w:t>
      </w:r>
    </w:p>
    <w:p>
      <w:pPr>
        <w:jc w:val="right"/>
      </w:pPr>
      <w:r>
        <w:t>دعوت اللہ کے لیے کھڑے ہو جائیے</w:t>
      </w:r>
    </w:p>
    <w:p>
      <w:r>
        <w:rPr>
          <w:b/>
        </w:rPr>
        <w:t xml:space="preserve">[30:41] </w:t>
      </w:r>
      <w:r>
        <w:t>dawat allah ke liye khade ho jaiye quran ke mission ke liye khade ho jaiye</w:t>
      </w:r>
    </w:p>
    <w:p>
      <w:pPr>
        <w:jc w:val="right"/>
      </w:pPr>
      <w:r>
        <w:t>دعوت اللہ کے لیے کھڑے ہو جائیے قرآن کے مشن کے لیے کھڑے ہو جائیے</w:t>
      </w:r>
    </w:p>
    <w:p>
      <w:r>
        <w:rPr>
          <w:b/>
        </w:rPr>
        <w:t xml:space="preserve">[30:47] </w:t>
      </w:r>
      <w:r>
        <w:t>aur koi mushkil aap ke liye mushkil nahi rahegi koi rasta band nahi rahega aap ke</w:t>
      </w:r>
    </w:p>
    <w:p>
      <w:pPr>
        <w:jc w:val="right"/>
      </w:pPr>
      <w:r>
        <w:t>اور کوئی مشکل آپ کے لیے مشکل نہیں رہے گی کوئی راستہ بند نہیں رہے گا آپ کے</w:t>
      </w:r>
    </w:p>
    <w:p>
      <w:r>
        <w:rPr>
          <w:b/>
        </w:rPr>
        <w:t xml:space="preserve">[30:52] </w:t>
      </w:r>
      <w:r>
        <w:t>liye har rasta aap ke liye khula hua nazar aayega</w:t>
      </w:r>
    </w:p>
    <w:p>
      <w:pPr>
        <w:jc w:val="right"/>
      </w:pPr>
      <w:r>
        <w:t>لیے ہر راستہ آپ کے لیے کھلا ہوا نظر آئے گا</w:t>
      </w:r>
    </w:p>
    <w:p>
      <w:r>
        <w:rPr>
          <w:b/>
        </w:rPr>
        <w:t xml:space="preserve">[31:00] </w:t>
      </w:r>
      <w:r>
        <w:t>assalam o alaikum warahmatullah</w:t>
      </w:r>
    </w:p>
    <w:p>
      <w:pPr>
        <w:jc w:val="right"/>
      </w:pPr>
      <w:r>
        <w:t>السلام علیکم ورحمۃ اللہ</w:t>
      </w:r>
    </w:p>
    <w:p>
      <w:r>
        <w:rPr>
          <w:b/>
        </w:rPr>
        <w:t xml:space="preserve">[31:17] </w:t>
      </w:r>
      <w:r>
        <w:t>Okay we will now start with the question answer session once again I request everyone who is watching this program please mention your location when you post your questions and comments also there are a lot of new viewers who join in every Sunday so in case if you want to join CPS then please write to us on info at cpsglobal.org our representative will get in touch with you locally</w:t>
      </w:r>
    </w:p>
    <w:p>
      <w:pPr>
        <w:jc w:val="right"/>
      </w:pPr>
      <w:r>
        <w:t>اوکے we will now start with the question answer session once again I request everyone who is watching this program please mention your location when you post your questions and comments also there are a lot of new viewers who join in every Sunday so in case if you want to join CPS then please write to us on info at cpsglobal.org our representative will get in touch with you locally</w:t>
      </w:r>
    </w:p>
    <w:p>
      <w:r>
        <w:rPr>
          <w:b/>
        </w:rPr>
        <w:t xml:space="preserve">[31:46] </w:t>
      </w:r>
      <w:r>
        <w:t>molana yeh comment lena chahenge yeh comment bheja hai</w:t>
      </w:r>
    </w:p>
    <w:p>
      <w:pPr>
        <w:jc w:val="right"/>
      </w:pPr>
      <w:r>
        <w:t>مولانا یہ کمنٹ لینا چاہیں گے یہ کمنٹ بھیجا ہے</w:t>
      </w:r>
    </w:p>
    <w:p>
      <w:r>
        <w:rPr>
          <w:b/>
        </w:rPr>
        <w:t xml:space="preserve">[31:51] </w:t>
      </w:r>
      <w:r>
        <w:t>peshawar pakistan se najeeb ul haq sahab ne unhone likha hai</w:t>
      </w:r>
    </w:p>
    <w:p>
      <w:pPr>
        <w:jc w:val="right"/>
      </w:pPr>
      <w:r>
        <w:t>پشاور پاکستان سے نجیب الحق صاحب نے انہوں نے لکھا ہے</w:t>
      </w:r>
    </w:p>
    <w:p>
      <w:r>
        <w:rPr>
          <w:b/>
        </w:rPr>
        <w:t xml:space="preserve">[31:58] </w:t>
      </w:r>
      <w:r>
        <w:t>respected sir i am regularly reading al risala from net i have read the issues from the start that</w:t>
      </w:r>
    </w:p>
    <w:p>
      <w:pPr>
        <w:jc w:val="right"/>
      </w:pPr>
      <w:r>
        <w:t>respected سر آئی am regularly reading الرسالہ from net آئی have read the issues from the start that</w:t>
      </w:r>
    </w:p>
    <w:p>
      <w:r>
        <w:rPr>
          <w:b/>
        </w:rPr>
        <w:t xml:space="preserve">[32:07] </w:t>
      </w:r>
      <w:r>
        <w:t>is nineteen seventy six</w:t>
      </w:r>
    </w:p>
    <w:p>
      <w:pPr>
        <w:jc w:val="right"/>
      </w:pPr>
      <w:r>
        <w:t>is nineteen seventy six</w:t>
      </w:r>
    </w:p>
    <w:p>
      <w:r>
        <w:rPr>
          <w:b/>
        </w:rPr>
        <w:t xml:space="preserve">[32:10] </w:t>
      </w:r>
      <w:r>
        <w:t>such pure and pristine thoughts molana has opened my eyes i am realizing how to look at things</w:t>
      </w:r>
    </w:p>
    <w:p>
      <w:pPr>
        <w:jc w:val="right"/>
      </w:pPr>
      <w:r>
        <w:t>such pure and pristine thoughts مولانا has opened my eyes آئی am realizing how to look at things</w:t>
      </w:r>
    </w:p>
    <w:p>
      <w:r>
        <w:rPr>
          <w:b/>
        </w:rPr>
        <w:t xml:space="preserve">[32:18] </w:t>
      </w:r>
      <w:r>
        <w:t>when i sit in the sunlight every pore of my body says thanks to allah when i sit</w:t>
      </w:r>
    </w:p>
    <w:p>
      <w:pPr>
        <w:jc w:val="right"/>
      </w:pPr>
      <w:r>
        <w:t>when I sit in the sunlight every pore of my body says thanks to اللہ when I sit</w:t>
      </w:r>
    </w:p>
    <w:p>
      <w:r>
        <w:rPr>
          <w:b/>
        </w:rPr>
        <w:t xml:space="preserve">[32:26] </w:t>
      </w:r>
      <w:r>
        <w:t>in shadow tears flow from my eyes i could not say any words of shukr</w:t>
      </w:r>
    </w:p>
    <w:p>
      <w:pPr>
        <w:jc w:val="right"/>
      </w:pPr>
      <w:r>
        <w:t>in shadow tears flow from my eyes I could not say any words of شکر</w:t>
      </w:r>
    </w:p>
    <w:p>
      <w:r>
        <w:rPr>
          <w:b/>
        </w:rPr>
        <w:t xml:space="preserve">[32:32] </w:t>
      </w:r>
      <w:r>
        <w:t>but my inner self pours out in bursts</w:t>
      </w:r>
    </w:p>
    <w:p>
      <w:pPr>
        <w:jc w:val="right"/>
      </w:pPr>
      <w:r>
        <w:t>but my inner self pours out in bursts</w:t>
      </w:r>
    </w:p>
    <w:p>
      <w:r>
        <w:rPr>
          <w:b/>
        </w:rPr>
        <w:t xml:space="preserve">[32:37] </w:t>
      </w:r>
      <w:r>
        <w:t>feel as though I cannot pay proper homage to our lord I want to read al risala and tazkirah</w:t>
      </w:r>
    </w:p>
    <w:p>
      <w:pPr>
        <w:jc w:val="right"/>
      </w:pPr>
      <w:r>
        <w:t>feel as though I cannot pay proper homage to our lord I want to read الرسالہ and تذکرہ</w:t>
      </w:r>
    </w:p>
    <w:p>
      <w:r>
        <w:rPr>
          <w:b/>
        </w:rPr>
        <w:t xml:space="preserve">[32:45] </w:t>
      </w:r>
      <w:r>
        <w:t>quran again and again every line of Maulana is food for thought every line of Maulana is a</w:t>
      </w:r>
    </w:p>
    <w:p>
      <w:pPr>
        <w:jc w:val="right"/>
      </w:pPr>
      <w:r>
        <w:t>قرآن again and again every line of مولانا is food for thought every line of مولانا is a</w:t>
      </w:r>
    </w:p>
    <w:p>
      <w:r>
        <w:rPr>
          <w:b/>
        </w:rPr>
        <w:t xml:space="preserve">[32:52] </w:t>
      </w:r>
      <w:r>
        <w:t>quotation for life</w:t>
      </w:r>
    </w:p>
    <w:p>
      <w:pPr>
        <w:jc w:val="right"/>
      </w:pPr>
      <w:r>
        <w:t>quotation for life</w:t>
      </w:r>
    </w:p>
    <w:p>
      <w:r>
        <w:rPr>
          <w:b/>
        </w:rPr>
        <w:t xml:space="preserve">[32:55] </w:t>
      </w:r>
      <w:r>
        <w:t>please convey my salam to Maulana sahib I just want that Maulana must know my name at least</w:t>
      </w:r>
    </w:p>
    <w:p>
      <w:pPr>
        <w:jc w:val="right"/>
      </w:pPr>
      <w:r>
        <w:t>please convey my سلام to مولانا صاحب I just want that مولانا must know my name at least</w:t>
      </w:r>
    </w:p>
    <w:p>
      <w:r>
        <w:rPr>
          <w:b/>
        </w:rPr>
        <w:t xml:space="preserve">[33:02] </w:t>
      </w:r>
      <w:r>
        <w:t>he taught me well now I can see quran from totally different angle only receiving naseehat from it</w:t>
      </w:r>
    </w:p>
    <w:p>
      <w:pPr>
        <w:jc w:val="right"/>
      </w:pPr>
      <w:r>
        <w:t>he taught me well now I can see قرآن from totally different angle only receiving نصیحت from it</w:t>
      </w:r>
    </w:p>
    <w:p>
      <w:r>
        <w:rPr>
          <w:b/>
        </w:rPr>
        <w:t xml:space="preserve">[33:12] </w:t>
      </w:r>
      <w:r>
        <w:t>pray for me to remain steadfast in my imaan please tell Maulana that there is his</w:t>
      </w:r>
    </w:p>
    <w:p>
      <w:pPr>
        <w:jc w:val="right"/>
      </w:pPr>
      <w:r>
        <w:t>pray for me to remain steadfast in my ایمان please tell مولانا that there is his</w:t>
      </w:r>
    </w:p>
    <w:p>
      <w:r>
        <w:rPr>
          <w:b/>
        </w:rPr>
        <w:t xml:space="preserve">[33:18] </w:t>
      </w:r>
      <w:r>
        <w:t>humble student who will remain his student for rest of his life JazakAllah Allah Ta'ala aap ko khoob khoob apni rehmaton se nawaze</w:t>
      </w:r>
    </w:p>
    <w:p>
      <w:pPr>
        <w:jc w:val="right"/>
      </w:pPr>
      <w:r>
        <w:t>humble student who will remain his student for rest of his life جزاکم اللہ اللہ تعالیٰ آپ کو خوب خوب اپنی رحمتوں سے نوازے</w:t>
      </w:r>
    </w:p>
    <w:p>
      <w:r>
        <w:rPr>
          <w:b/>
        </w:rPr>
        <w:t xml:space="preserve">[33:35] </w:t>
      </w:r>
      <w:r>
        <w:t>Miss Sati Malhotra ne Delhi se likha hai</w:t>
      </w:r>
    </w:p>
    <w:p>
      <w:pPr>
        <w:jc w:val="right"/>
      </w:pPr>
      <w:r>
        <w:t>مس ستی ملوثرا نے دلی سے لکھا ہے</w:t>
      </w:r>
    </w:p>
    <w:p>
      <w:r>
        <w:rPr>
          <w:b/>
        </w:rPr>
        <w:t xml:space="preserve">[33:41] </w:t>
      </w:r>
      <w:r>
        <w:t>Maulana today I have realized how blessed is a daai that he has discovered the almighty on the</w:t>
      </w:r>
    </w:p>
    <w:p>
      <w:pPr>
        <w:jc w:val="right"/>
      </w:pPr>
      <w:r>
        <w:t>مولانا today I have realized how blessed is a داعی that he has discovered the almighty on the</w:t>
      </w:r>
    </w:p>
    <w:p>
      <w:r>
        <w:rPr>
          <w:b/>
        </w:rPr>
        <w:t xml:space="preserve">[33:48] </w:t>
      </w:r>
      <w:r>
        <w:t>basis of faith and it brings all the more responsibility to spread the word of God</w:t>
      </w:r>
    </w:p>
    <w:p>
      <w:pPr>
        <w:jc w:val="right"/>
      </w:pPr>
      <w:r>
        <w:t>basis of faith and it brings all the more responsibility to spread the word of God</w:t>
      </w:r>
    </w:p>
    <w:p>
      <w:r>
        <w:rPr>
          <w:b/>
        </w:rPr>
        <w:t xml:space="preserve">[33:55] </w:t>
      </w:r>
      <w:r>
        <w:t>also Maulana you have introduced me to my creator for which I will always be indebted to you</w:t>
      </w:r>
    </w:p>
    <w:p>
      <w:pPr>
        <w:jc w:val="right"/>
      </w:pPr>
      <w:r>
        <w:t>also مولانا you have introduced me to my creator for which I will always be indebted to you</w:t>
      </w:r>
    </w:p>
    <w:p>
      <w:r>
        <w:rPr>
          <w:b/>
        </w:rPr>
        <w:t xml:space="preserve">[34:04] </w:t>
      </w:r>
      <w:r>
        <w:t>doctor Aslam Khan sahib ne Saharanpur se likha hai the enforcement of mutual brotherhood and love to</w:t>
      </w:r>
    </w:p>
    <w:p>
      <w:pPr>
        <w:jc w:val="right"/>
      </w:pPr>
      <w:r>
        <w:t>ڈاکٹر اسلم خان صاحب نے سارن پور سے لکھا ہے the enforcement of mutual brotherhood and love to</w:t>
      </w:r>
    </w:p>
    <w:p>
      <w:r>
        <w:rPr>
          <w:b/>
        </w:rPr>
        <w:t xml:space="preserve">[34:12] </w:t>
      </w:r>
      <w:r>
        <w:t>all is the greatest social ideal and principle of Islam</w:t>
      </w:r>
    </w:p>
    <w:p>
      <w:pPr>
        <w:jc w:val="right"/>
      </w:pPr>
      <w:r>
        <w:t>all is the greatest social ideal and principle of اسلام</w:t>
      </w:r>
    </w:p>
    <w:p>
      <w:r>
        <w:rPr>
          <w:b/>
        </w:rPr>
        <w:t xml:space="preserve">[34:19] </w:t>
      </w:r>
      <w:r>
        <w:t>Maulana Iqbal Umri ne Chennai se likha hai yaqeenan Allah par ek sachay daai ko zyada</w:t>
      </w:r>
    </w:p>
    <w:p>
      <w:pPr>
        <w:jc w:val="right"/>
      </w:pPr>
      <w:r>
        <w:t>مولانا اقبال عمری نے چنئی سے لکھا ہے یقینا اللہ پر ایک سچے داعی کو زیادہ</w:t>
      </w:r>
    </w:p>
    <w:p>
      <w:r>
        <w:rPr>
          <w:b/>
        </w:rPr>
        <w:t xml:space="preserve">[34:27] </w:t>
      </w:r>
      <w:r>
        <w:t>yaqeen hota hai aur dawat il Allah hi Allah se taalluq ka sacha izhaar hai bohat thrill hua</w:t>
      </w:r>
    </w:p>
    <w:p>
      <w:pPr>
        <w:jc w:val="right"/>
      </w:pPr>
      <w:r>
        <w:t>یقین ہوتا ہے اور دعوت الا اللہ ہی اللہ سے تعلق کا سچا اظہار ہے بہت thrill ہوا</w:t>
      </w:r>
    </w:p>
    <w:p>
      <w:r>
        <w:rPr>
          <w:b/>
        </w:rPr>
        <w:t xml:space="preserve">[34:36] </w:t>
      </w:r>
      <w:r>
        <w:t>Maulana jazak Allah</w:t>
      </w:r>
    </w:p>
    <w:p>
      <w:pPr>
        <w:jc w:val="right"/>
      </w:pPr>
      <w:r>
        <w:t>مولانا جزاک اللہ</w:t>
      </w:r>
    </w:p>
    <w:p>
      <w:r>
        <w:rPr>
          <w:b/>
        </w:rPr>
        <w:t xml:space="preserve">[34:40] </w:t>
      </w:r>
      <w:r>
        <w:t>doctor Naghma Siddiqui ne Delhi se likha hai I realized today that it is conviction in God that</w:t>
      </w:r>
    </w:p>
    <w:p>
      <w:pPr>
        <w:jc w:val="right"/>
      </w:pPr>
      <w:r>
        <w:t>ڈاکٹر نغمہ صدیقی نے دلی سے لکھا ہے I realized today that it is conviction in God that</w:t>
      </w:r>
    </w:p>
    <w:p>
      <w:r>
        <w:rPr>
          <w:b/>
        </w:rPr>
        <w:t xml:space="preserve">[34:47] </w:t>
      </w:r>
      <w:r>
        <w:t>is the true power of a daai God gives a daai helplessness such strength that he is able</w:t>
      </w:r>
    </w:p>
    <w:p>
      <w:pPr>
        <w:jc w:val="right"/>
      </w:pPr>
      <w:r>
        <w:t>is the true power of a داعی God gives a داعی helplessness such strength that he is able</w:t>
      </w:r>
    </w:p>
    <w:p>
      <w:r>
        <w:rPr>
          <w:b/>
        </w:rPr>
        <w:t xml:space="preserve">[34:54] </w:t>
      </w:r>
      <w:r>
        <w:t>to achieve the unachievable may God help us mashallah mashallah</w:t>
      </w:r>
    </w:p>
    <w:p>
      <w:pPr>
        <w:jc w:val="right"/>
      </w:pPr>
      <w:r>
        <w:t>to achieve the unachievable may God help us ماشاءاللہ ماشاءاللہ</w:t>
      </w:r>
    </w:p>
    <w:p>
      <w:r>
        <w:rPr>
          <w:b/>
        </w:rPr>
        <w:t xml:space="preserve">[35:02] </w:t>
      </w:r>
      <w:r>
        <w:t>mashallah Maulana aap sawal lena chahenge aa yeh sawal Delhi se bheja hai Maulana Farhad Umri sahib</w:t>
      </w:r>
    </w:p>
    <w:p>
      <w:pPr>
        <w:jc w:val="right"/>
      </w:pPr>
      <w:r>
        <w:t>ماشاءاللہ مولانا آپ سوال لینا چاہیں گے آ یہ سوال دلی سے بھیجا ہے مولانا فرہاد عمری صاحب</w:t>
      </w:r>
    </w:p>
    <w:p>
      <w:r>
        <w:rPr>
          <w:b/>
        </w:rPr>
        <w:t xml:space="preserve">[35:11] </w:t>
      </w:r>
      <w:r>
        <w:t>ne unho</w:t>
      </w:r>
    </w:p>
    <w:p>
      <w:pPr>
        <w:jc w:val="right"/>
      </w:pPr>
      <w:r>
        <w:t>نے انہوں</w:t>
      </w:r>
    </w:p>
    <w:p>
      <w:r>
        <w:rPr>
          <w:b/>
        </w:rPr>
        <w:t xml:space="preserve">[35:13] </w:t>
      </w:r>
      <w:r>
        <w:t>ne likha hai</w:t>
      </w:r>
    </w:p>
    <w:p>
      <w:pPr>
        <w:jc w:val="right"/>
      </w:pPr>
      <w:r>
        <w:t>نے لکھا ہے</w:t>
      </w:r>
    </w:p>
    <w:p>
      <w:r>
        <w:rPr>
          <w:b/>
        </w:rPr>
        <w:t xml:space="preserve">[35:15] </w:t>
      </w:r>
      <w:r>
        <w:t>Maulana ek sahib ne mujhe ek famous aalim ka quote bheja woh yeh hai ke momin kabhi zalim</w:t>
      </w:r>
    </w:p>
    <w:p>
      <w:pPr>
        <w:jc w:val="right"/>
      </w:pPr>
      <w:r>
        <w:t>مولانا ایک صاحب نے مجھے ایک famous عالم کا quote بھیجا وہ یہ ہے کہ مومن کبھی ظالم</w:t>
      </w:r>
    </w:p>
    <w:p>
      <w:r>
        <w:rPr>
          <w:b/>
        </w:rPr>
        <w:t xml:space="preserve">[35:24] </w:t>
      </w:r>
      <w:r>
        <w:t>se nahi darta is ke baray mein aap kya kahenge yeh bilashuba is aasman neeche sab se</w:t>
      </w:r>
    </w:p>
    <w:p>
      <w:pPr>
        <w:jc w:val="right"/>
      </w:pPr>
      <w:r>
        <w:t>سے نہیں دبتا اس کے بارے میں آپ کیا کہیں گے یہ بلاشبہ اس آسمان نیچے سب سے</w:t>
      </w:r>
    </w:p>
    <w:p>
      <w:r>
        <w:rPr>
          <w:b/>
        </w:rPr>
        <w:t xml:space="preserve">[35:33] </w:t>
      </w:r>
      <w:r>
        <w:t>bara baseless statement hai</w:t>
      </w:r>
    </w:p>
    <w:p>
      <w:pPr>
        <w:jc w:val="right"/>
      </w:pPr>
      <w:r>
        <w:t>بڑا baseless statement ہے</w:t>
      </w:r>
    </w:p>
    <w:p>
      <w:r>
        <w:rPr>
          <w:b/>
        </w:rPr>
        <w:t xml:space="preserve">[35:38] </w:t>
      </w:r>
      <w:r>
        <w:t>momin to darne hi wala insaan hota hai</w:t>
      </w:r>
    </w:p>
    <w:p>
      <w:pPr>
        <w:jc w:val="right"/>
      </w:pPr>
      <w:r>
        <w:t>مومن تو ڈرنے ہی والا انسان ہوتا ہے</w:t>
      </w:r>
    </w:p>
    <w:p>
      <w:r>
        <w:rPr>
          <w:b/>
        </w:rPr>
        <w:t xml:space="preserve">[35:43] </w:t>
      </w:r>
      <w:r>
        <w:t>Rasool Allah dekhiye Makka walon ne kaha ke aap Makka chhod dijiye aap chhod chale gaye</w:t>
      </w:r>
    </w:p>
    <w:p>
      <w:pPr>
        <w:jc w:val="right"/>
      </w:pPr>
      <w:r>
        <w:t>رسول اللہ دیکھیے مکہ والوں نے کہا کہ آپ مکہ چھوڑ دیجیے آپ چھوڑ چلے گئے</w:t>
      </w:r>
    </w:p>
    <w:p>
      <w:r>
        <w:rPr>
          <w:b/>
        </w:rPr>
        <w:t xml:space="preserve">[35:51] </w:t>
      </w:r>
      <w:r>
        <w:t>kaba ko badal dala</w:t>
      </w:r>
    </w:p>
    <w:p>
      <w:pPr>
        <w:jc w:val="right"/>
      </w:pPr>
      <w:r>
        <w:t>کعبہ کو بدل ڈالا</w:t>
      </w:r>
    </w:p>
    <w:p>
      <w:r>
        <w:rPr>
          <w:b/>
        </w:rPr>
        <w:t xml:space="preserve">[35:54] </w:t>
      </w:r>
      <w:r>
        <w:t>hatim aaj bhi khara hua hai wahan to rasool allah ko jab fateh hui tab bhi nahi badla</w:t>
      </w:r>
    </w:p>
    <w:p>
      <w:pPr>
        <w:jc w:val="right"/>
      </w:pPr>
      <w:r>
        <w:t>حتیم آج بھی کھڑا ہوا ہے وہاں تو رسول اللہ کو جب فتح ہوئی تب بھی نہیں بدلا</w:t>
      </w:r>
    </w:p>
    <w:p>
      <w:r>
        <w:rPr>
          <w:b/>
        </w:rPr>
        <w:t xml:space="preserve">[36:00] </w:t>
      </w:r>
      <w:r>
        <w:t>wohi aaj bhi hai wahi wahi aaj bhi hai</w:t>
      </w:r>
    </w:p>
    <w:p>
      <w:pPr>
        <w:jc w:val="right"/>
      </w:pPr>
      <w:r>
        <w:t>وہی آج بھی ہے وہی وہی آج بھی ہے</w:t>
      </w:r>
    </w:p>
    <w:p>
      <w:r>
        <w:rPr>
          <w:b/>
        </w:rPr>
        <w:t xml:space="preserve">[36:04] </w:t>
      </w:r>
      <w:r>
        <w:t>hudaybiya ke mauqe par jo jo kehte gaye woh log woh sab mante chale gaye hatta ke lafz</w:t>
      </w:r>
    </w:p>
    <w:p>
      <w:pPr>
        <w:jc w:val="right"/>
      </w:pPr>
      <w:r>
        <w:t>حدیبیہ کے موقع پر جو جو کہتے گئے وہ لوگ وہ سب مانتے چلے گئے حتیٰ کہ لفظ</w:t>
      </w:r>
    </w:p>
    <w:p>
      <w:r>
        <w:rPr>
          <w:b/>
        </w:rPr>
        <w:t xml:space="preserve">[36:10] </w:t>
      </w:r>
      <w:r>
        <w:t>rasool ko mita diya</w:t>
      </w:r>
    </w:p>
    <w:p>
      <w:pPr>
        <w:jc w:val="right"/>
      </w:pPr>
      <w:r>
        <w:t>رسول کو مٹا دیا</w:t>
      </w:r>
    </w:p>
    <w:p>
      <w:r>
        <w:rPr>
          <w:b/>
        </w:rPr>
        <w:t xml:space="preserve">[36:14] </w:t>
      </w:r>
      <w:r>
        <w:t>yahi is se zyada galat baat nahi hoti ke momin zalim se momin zalim se dapta hi hai</w:t>
      </w:r>
    </w:p>
    <w:p>
      <w:pPr>
        <w:jc w:val="right"/>
      </w:pPr>
      <w:r>
        <w:t>یہی اس سے زیادہ غلط بات نہیں ہوتی کہ مومن ظالم سے مومن ظالم سے دبتا ہی ہے</w:t>
      </w:r>
    </w:p>
    <w:p>
      <w:r>
        <w:rPr>
          <w:b/>
        </w:rPr>
        <w:t xml:space="preserve">[36:23] </w:t>
      </w:r>
      <w:r>
        <w:t>hamesha yaad rakhiye kyun aisa hota hai ke momin dapta hai dayi</w:t>
      </w:r>
    </w:p>
    <w:p>
      <w:pPr>
        <w:jc w:val="right"/>
      </w:pPr>
      <w:r>
        <w:t>ہمیشہ یاد رکھیے کیوں ایسا ہوتا ہے کہ مومن دبتا ہے داعی</w:t>
      </w:r>
    </w:p>
    <w:p>
      <w:r>
        <w:rPr>
          <w:b/>
        </w:rPr>
        <w:t xml:space="preserve">[36:29] </w:t>
      </w:r>
      <w:r>
        <w:t>is liye ke is ko yaqeen hota hai ke allah ki zaat par</w:t>
      </w:r>
    </w:p>
    <w:p>
      <w:pPr>
        <w:jc w:val="right"/>
      </w:pPr>
      <w:r>
        <w:t>اس لیے کہ اس کو یقین ہوتا ہے کہ اللہ کی ذات پر</w:t>
      </w:r>
    </w:p>
    <w:p>
      <w:r>
        <w:rPr>
          <w:b/>
        </w:rPr>
        <w:t xml:space="preserve">[36:35] </w:t>
      </w:r>
      <w:r>
        <w:t>aap samajhte hain ke main ent phir ent maar kar is ko dabaunga allah sacha momin ko</w:t>
      </w:r>
    </w:p>
    <w:p>
      <w:pPr>
        <w:jc w:val="right"/>
      </w:pPr>
      <w:r>
        <w:t>آپ سمجھتے ہیں کہ میں اینٹ پھر اینٹ مار کر اس کو دباؤں گا اللہ سچا مومن کو</w:t>
      </w:r>
    </w:p>
    <w:p>
      <w:r>
        <w:rPr>
          <w:b/>
        </w:rPr>
        <w:t xml:space="preserve">[36:43] </w:t>
      </w:r>
      <w:r>
        <w:t>yaqeen hota hai ke allah apne farishton ko bhej kar dabayega</w:t>
      </w:r>
    </w:p>
    <w:p>
      <w:pPr>
        <w:jc w:val="right"/>
      </w:pPr>
      <w:r>
        <w:t>یقین ہوتا ہے کہ اللہ اپنے فرشتوں کو بھیج کر دبائے گا</w:t>
      </w:r>
    </w:p>
    <w:p>
      <w:r>
        <w:rPr>
          <w:b/>
        </w:rPr>
        <w:t xml:space="preserve">[36:49] </w:t>
      </w:r>
      <w:r>
        <w:t>aaj ke log jo hain jo naam lete hain allah ka aur pathar marte hain to woh samajhte</w:t>
      </w:r>
    </w:p>
    <w:p>
      <w:pPr>
        <w:jc w:val="right"/>
      </w:pPr>
      <w:r>
        <w:t>آج کے لوگ جو ہیں جو نام لیتے ہیں اللہ کا اور پتھر مارتے ہیں تو وہ سمجھتے</w:t>
      </w:r>
    </w:p>
    <w:p>
      <w:r>
        <w:rPr>
          <w:b/>
        </w:rPr>
        <w:t xml:space="preserve">[36:55] </w:t>
      </w:r>
      <w:r>
        <w:t>hain ke hum pathar maar ke in ko daba lenge nahi momin ko yaqeen hota hai ke</w:t>
      </w:r>
    </w:p>
    <w:p>
      <w:pPr>
        <w:jc w:val="right"/>
      </w:pPr>
      <w:r>
        <w:t>ہیں کہ ہم پتھر مار کے ان کو دبا لیں گے نہیں مومن کو یقین ہوتا ہے کہ</w:t>
      </w:r>
    </w:p>
    <w:p>
      <w:r>
        <w:rPr>
          <w:b/>
        </w:rPr>
        <w:t xml:space="preserve">[37:00] </w:t>
      </w:r>
      <w:r>
        <w:t>allah jab main khara ho jaunga to allah apne farishton ko bhejega meri madad ke liye</w:t>
      </w:r>
    </w:p>
    <w:p>
      <w:pPr>
        <w:jc w:val="right"/>
      </w:pPr>
      <w:r>
        <w:t>اللہ جب میں کھڑا ہو جاؤں گا تو اللہ اپنے فرشتوں کو بھیجے گا میری مدد کے لیے</w:t>
      </w:r>
    </w:p>
    <w:p>
      <w:r>
        <w:rPr>
          <w:b/>
        </w:rPr>
        <w:t xml:space="preserve">[37:10] </w:t>
      </w:r>
      <w:r>
        <w:t>is tarah woh daba dab jayenge rasta kholenge mere liye</w:t>
      </w:r>
    </w:p>
    <w:p>
      <w:pPr>
        <w:jc w:val="right"/>
      </w:pPr>
      <w:r>
        <w:t>اس طرح وہ دبا دب جائیں گے راستہ کھولیں گے میرے لیے</w:t>
      </w:r>
    </w:p>
    <w:p>
      <w:r>
        <w:rPr>
          <w:b/>
        </w:rPr>
        <w:t xml:space="preserve">[37:16] </w:t>
      </w:r>
      <w:r>
        <w:t>yeh is se zyada galat statement koi nahi ho sakta islam ke bare mein</w:t>
      </w:r>
    </w:p>
    <w:p>
      <w:pPr>
        <w:jc w:val="right"/>
      </w:pPr>
      <w:r>
        <w:t>یہ اس سے زیادہ غلط statement کوئی نہیں ہو سکتا اسلام کے بارے میں</w:t>
      </w:r>
    </w:p>
    <w:p>
      <w:r>
        <w:rPr>
          <w:b/>
        </w:rPr>
        <w:t xml:space="preserve">[37:27] </w:t>
      </w:r>
      <w:r>
        <w:t>maulana agla sawal dubai se bheja hai mister slash malhotra ne unhon ne likha hai</w:t>
      </w:r>
    </w:p>
    <w:p>
      <w:pPr>
        <w:jc w:val="right"/>
      </w:pPr>
      <w:r>
        <w:t>مولانا اگلا سوال دبئی سے بھیجا ہے مسٹر سلیش ملوثرا نے انہوں نے لکھا ہے</w:t>
      </w:r>
    </w:p>
    <w:p>
      <w:r>
        <w:rPr>
          <w:b/>
        </w:rPr>
        <w:t xml:space="preserve">[37:36] </w:t>
      </w:r>
      <w:r>
        <w:t>i have a question which is based on observation on what is happening in the world and some</w:t>
      </w:r>
    </w:p>
    <w:p>
      <w:pPr>
        <w:jc w:val="right"/>
      </w:pPr>
      <w:r>
        <w:t>I have a question which is based on observation on what is happening in the world and some</w:t>
      </w:r>
    </w:p>
    <w:p>
      <w:r>
        <w:rPr>
          <w:b/>
        </w:rPr>
        <w:t xml:space="preserve">[37:42] </w:t>
      </w:r>
      <w:r>
        <w:t>of the slogans that are being shouted a lot these days one of them is about islamophobia</w:t>
      </w:r>
    </w:p>
    <w:p>
      <w:pPr>
        <w:jc w:val="right"/>
      </w:pPr>
      <w:r>
        <w:t>of the slogans that are being shouted a lot these days one of them is about Islamophobia</w:t>
      </w:r>
    </w:p>
    <w:p>
      <w:r>
        <w:rPr>
          <w:b/>
        </w:rPr>
        <w:t xml:space="preserve">[37:50] </w:t>
      </w:r>
      <w:r>
        <w:t>a lot of people say the world is becoming islamophobia</w:t>
      </w:r>
    </w:p>
    <w:p>
      <w:pPr>
        <w:jc w:val="right"/>
      </w:pPr>
      <w:r>
        <w:t>a lot of people say the world is becoming Islamophobia</w:t>
      </w:r>
    </w:p>
    <w:p>
      <w:r>
        <w:rPr>
          <w:b/>
        </w:rPr>
        <w:t xml:space="preserve">[37:55] </w:t>
      </w:r>
      <w:r>
        <w:t>however people who have read the holy quran and follow it say it's a beautiful religion muslims also</w:t>
      </w:r>
    </w:p>
    <w:p>
      <w:pPr>
        <w:jc w:val="right"/>
      </w:pPr>
      <w:r>
        <w:t>however people who have read the holy قرآن and follow it say it's a beautiful religion مسلمs also</w:t>
      </w:r>
    </w:p>
    <w:p>
      <w:r>
        <w:rPr>
          <w:b/>
        </w:rPr>
        <w:t xml:space="preserve">[38:04] </w:t>
      </w:r>
      <w:r>
        <w:t>like to say that they are custodians of islam and true believers of god's message yet the complaint</w:t>
      </w:r>
    </w:p>
    <w:p>
      <w:pPr>
        <w:jc w:val="right"/>
      </w:pPr>
      <w:r>
        <w:t>like to say that they are custodians of Islam and true believers of God's message yet the complaint</w:t>
      </w:r>
    </w:p>
    <w:p>
      <w:r>
        <w:rPr>
          <w:b/>
        </w:rPr>
        <w:t xml:space="preserve">[38:12] </w:t>
      </w:r>
      <w:r>
        <w:t>of islamophobia</w:t>
      </w:r>
    </w:p>
    <w:p>
      <w:pPr>
        <w:jc w:val="right"/>
      </w:pPr>
      <w:r>
        <w:t>of Islamophobia</w:t>
      </w:r>
    </w:p>
    <w:p>
      <w:r>
        <w:rPr>
          <w:b/>
        </w:rPr>
        <w:t xml:space="preserve">[38:13] </w:t>
      </w:r>
      <w:r>
        <w:t>comes from muslims</w:t>
      </w:r>
    </w:p>
    <w:p>
      <w:pPr>
        <w:jc w:val="right"/>
      </w:pPr>
      <w:r>
        <w:t>comes from مسلمs</w:t>
      </w:r>
    </w:p>
    <w:p>
      <w:r>
        <w:rPr>
          <w:b/>
        </w:rPr>
        <w:t xml:space="preserve">[38:16] </w:t>
      </w:r>
      <w:r>
        <w:t>maulana what is your advice to all of us on how we can help address the increasing fear</w:t>
      </w:r>
    </w:p>
    <w:p>
      <w:pPr>
        <w:jc w:val="right"/>
      </w:pPr>
      <w:r>
        <w:t>مولانا what is your advice to all of us on how we can help address the increasing fear</w:t>
      </w:r>
    </w:p>
    <w:p>
      <w:r>
        <w:rPr>
          <w:b/>
        </w:rPr>
        <w:t xml:space="preserve">[38:22] </w:t>
      </w:r>
      <w:r>
        <w:t>of islam and at the same time ensure that we all play a positive part in communicating the</w:t>
      </w:r>
    </w:p>
    <w:p>
      <w:pPr>
        <w:jc w:val="right"/>
      </w:pPr>
      <w:r>
        <w:t>of Islam and at the same time ensure that we all play a positive part in communicating the</w:t>
      </w:r>
    </w:p>
    <w:p>
      <w:r>
        <w:rPr>
          <w:b/>
        </w:rPr>
        <w:t xml:space="preserve">[38:30] </w:t>
      </w:r>
      <w:r>
        <w:t>message more effectively</w:t>
      </w:r>
    </w:p>
    <w:p>
      <w:pPr>
        <w:jc w:val="right"/>
      </w:pPr>
      <w:r>
        <w:t>message more effectively</w:t>
      </w:r>
    </w:p>
    <w:p>
      <w:r>
        <w:rPr>
          <w:b/>
        </w:rPr>
        <w:t xml:space="preserve">[38:33] </w:t>
      </w:r>
      <w:r>
        <w:t>dekhiye Islamophobia jo hai bola jata hai west ke khilaf ke west ko Islamophobia hai yeh bilashuba ek</w:t>
      </w:r>
    </w:p>
    <w:p>
      <w:pPr>
        <w:jc w:val="right"/>
      </w:pPr>
      <w:r>
        <w:t>دیکھیے Islamophobia جو ہے بولا جاتا ہے west کے خلاف کہ west کو Islamophobia ہے یہ بلاشبہ ایک</w:t>
      </w:r>
    </w:p>
    <w:p>
      <w:r>
        <w:rPr>
          <w:b/>
        </w:rPr>
        <w:t xml:space="preserve">[38:45] </w:t>
      </w:r>
      <w:r>
        <w:t>jhoota ilzaam hai west mein koi nahi hai jo west Islam ko phobia samajhta ho</w:t>
      </w:r>
    </w:p>
    <w:p>
      <w:pPr>
        <w:jc w:val="right"/>
      </w:pPr>
      <w:r>
        <w:t>جھوٹا الزام ہے west میں کوئی نہیں ہے جو west اسلام کو phobia سمجھتا ہو</w:t>
      </w:r>
    </w:p>
    <w:p>
      <w:r>
        <w:rPr>
          <w:b/>
        </w:rPr>
        <w:t xml:space="preserve">[38:51] </w:t>
      </w:r>
      <w:r>
        <w:t>mein bohat safar kiya maine west ka wahan ke log bohat achhe hote hain woh Islam ke</w:t>
      </w:r>
    </w:p>
    <w:p>
      <w:pPr>
        <w:jc w:val="right"/>
      </w:pPr>
      <w:r>
        <w:t>میں بہت سفر کیا میں نے west کا وہاں کے لوگ بہت اچھے ہوتے ہیں وہ اسلام کے</w:t>
      </w:r>
    </w:p>
    <w:p>
      <w:r>
        <w:rPr>
          <w:b/>
        </w:rPr>
        <w:t xml:space="preserve">[39:00] </w:t>
      </w:r>
      <w:r>
        <w:t>behtareen potential mad'u hain mad'u</w:t>
      </w:r>
    </w:p>
    <w:p>
      <w:pPr>
        <w:jc w:val="right"/>
      </w:pPr>
      <w:r>
        <w:t>بہترین potential مدعو ہیں مدعو</w:t>
      </w:r>
    </w:p>
    <w:p>
      <w:r>
        <w:rPr>
          <w:b/>
        </w:rPr>
        <w:t xml:space="preserve">[39:08] </w:t>
      </w:r>
      <w:r>
        <w:t>behtareen formula dawat ka maine paya hai west mein sab se</w:t>
      </w:r>
    </w:p>
    <w:p>
      <w:pPr>
        <w:jc w:val="right"/>
      </w:pPr>
      <w:r>
        <w:t>بہترین فارمولا دعوت کا میں نے پایا ہے west میں سب سے</w:t>
      </w:r>
    </w:p>
    <w:p>
      <w:r>
        <w:rPr>
          <w:b/>
        </w:rPr>
        <w:t xml:space="preserve">[39:15] </w:t>
      </w:r>
      <w:r>
        <w:t>zyada mujhe faida mila hai dawat ki muhim mein</w:t>
      </w:r>
    </w:p>
    <w:p>
      <w:pPr>
        <w:jc w:val="right"/>
      </w:pPr>
      <w:r>
        <w:t>زیادہ مجھے فائدہ ملا ہے دعوت کی مہم میں</w:t>
      </w:r>
    </w:p>
    <w:p>
      <w:r>
        <w:rPr>
          <w:b/>
        </w:rPr>
        <w:t xml:space="preserve">[39:21] </w:t>
      </w:r>
      <w:r>
        <w:t>west ke zariye sab se zyada</w:t>
      </w:r>
    </w:p>
    <w:p>
      <w:pPr>
        <w:jc w:val="right"/>
      </w:pPr>
      <w:r>
        <w:t>west کے ذریعے سب سے زیادہ</w:t>
      </w:r>
    </w:p>
    <w:p>
      <w:r>
        <w:rPr>
          <w:b/>
        </w:rPr>
        <w:t xml:space="preserve">[39:25] </w:t>
      </w:r>
      <w:r>
        <w:t>isko tafseel mein bayan karne ka mauqa nahi hai lekin maine bohat likha hai aur main</w:t>
      </w:r>
    </w:p>
    <w:p>
      <w:pPr>
        <w:jc w:val="right"/>
      </w:pPr>
      <w:r>
        <w:t>اس کو تفصیل میں بیان کرنے کا موقع نہیں ہے لیکن میں نے بہت لکھا ہے اور میں</w:t>
      </w:r>
    </w:p>
    <w:p>
      <w:r>
        <w:rPr>
          <w:b/>
        </w:rPr>
        <w:t xml:space="preserve">[39:33] </w:t>
      </w:r>
      <w:r>
        <w:t>pure yaqeen ke sath kehta hoon ke jitna west se mujhko aur sari dunya ko Islam ki</w:t>
      </w:r>
    </w:p>
    <w:p>
      <w:pPr>
        <w:jc w:val="right"/>
      </w:pPr>
      <w:r>
        <w:t>پورے یقین کے ساتھ کہتا ہوں کہ جتنا west سے مجھ کو اور ساری دنیا کو اسلام کی</w:t>
      </w:r>
    </w:p>
    <w:p>
      <w:r>
        <w:rPr>
          <w:b/>
        </w:rPr>
        <w:t xml:space="preserve">[39:40] </w:t>
      </w:r>
      <w:r>
        <w:t>dawat ke liye</w:t>
      </w:r>
    </w:p>
    <w:p>
      <w:pPr>
        <w:jc w:val="right"/>
      </w:pPr>
      <w:r>
        <w:t>دعوت کے لیے</w:t>
      </w:r>
    </w:p>
    <w:p>
      <w:r>
        <w:rPr>
          <w:b/>
        </w:rPr>
        <w:t xml:space="preserve">[39:42] </w:t>
      </w:r>
      <w:r>
        <w:t>madad mili hai utna puri tareekh mein nahi mili thi</w:t>
      </w:r>
    </w:p>
    <w:p>
      <w:pPr>
        <w:jc w:val="right"/>
      </w:pPr>
      <w:r>
        <w:t>مدد ملی ہے اتنا پوری تاریخ میں نہیں ملی تھی</w:t>
      </w:r>
    </w:p>
    <w:p>
      <w:r>
        <w:rPr>
          <w:b/>
        </w:rPr>
        <w:t xml:space="preserve">[39:47] </w:t>
      </w:r>
      <w:r>
        <w:t>iski ek misaal yeh hai ke main yahan bol raha hoon Dilli mein aur meri awaaz puri</w:t>
      </w:r>
    </w:p>
    <w:p>
      <w:pPr>
        <w:jc w:val="right"/>
      </w:pPr>
      <w:r>
        <w:t>اس کی ایک مثال یہ ہے کہ میں یہاں بول رہا ہوں دلی میں اور میری آواز پوری</w:t>
      </w:r>
    </w:p>
    <w:p>
      <w:r>
        <w:rPr>
          <w:b/>
        </w:rPr>
        <w:t xml:space="preserve">[39:53] </w:t>
      </w:r>
      <w:r>
        <w:t>dunya mein</w:t>
      </w:r>
    </w:p>
    <w:p>
      <w:pPr>
        <w:jc w:val="right"/>
      </w:pPr>
      <w:r>
        <w:t>دنیا میں</w:t>
      </w:r>
    </w:p>
    <w:p>
      <w:r>
        <w:rPr>
          <w:b/>
        </w:rPr>
        <w:t xml:space="preserve">[39:53] </w:t>
      </w:r>
      <w:r>
        <w:t>log sun rahe hain yeh kab mumkin hua tha kab mumkin hua tha Hazrat Umar ka waqia hai ke jab Iran mein ladai ho rahi thi to Hazrat Umar Juma ke din khare hue khutba dene ke liye to khutbe ke darmiyan achanak bole woh Ya Sariyah al-Jabal</w:t>
      </w:r>
    </w:p>
    <w:p>
      <w:pPr>
        <w:jc w:val="right"/>
      </w:pPr>
      <w:r>
        <w:t>لوگ سن رہے ہیں یہ کب ممکن ہوا تھا کب ممکن ہوا تھا حضرت عمر کا واقعہ ہے کہ جب ایران میں لڑائی ہو رہی تھی تو حضرت عمر جمعہ کے دن کھڑے ہوئے خطبہ دینے کے لیے تو خطبے کے دوران اچانک بولے وہ یا ساریہ الدول</w:t>
      </w:r>
    </w:p>
    <w:p>
      <w:r>
        <w:rPr>
          <w:b/>
        </w:rPr>
        <w:t xml:space="preserve">[40:17] </w:t>
      </w:r>
      <w:r>
        <w:t>ya sariya ad-duwal to logon ko taajjub hua ke khutba de rahe the juma ka beech mein yeh kya bole ke ya</w:t>
      </w:r>
    </w:p>
    <w:p>
      <w:pPr>
        <w:jc w:val="right"/>
      </w:pPr>
      <w:r>
        <w:t>یا ساریہ الدول تو لوگوں کو تعجب ہوا کہ خطبہ دے رہے تھے جمعہ کا بیچ میں یہ کیا بولے کہ یا</w:t>
      </w:r>
    </w:p>
    <w:p>
      <w:r>
        <w:rPr>
          <w:b/>
        </w:rPr>
        <w:t xml:space="preserve">[40:25] </w:t>
      </w:r>
      <w:r>
        <w:t>sariya ad-duwal to jab wapas aaye log wahan se to poocha logon ne hazrat umar se yeh kya bole the aap unhon ne kaha ke mein jab khutba de raha tha to mujhe dikhai diya</w:t>
      </w:r>
    </w:p>
    <w:p>
      <w:pPr>
        <w:jc w:val="right"/>
      </w:pPr>
      <w:r>
        <w:t>ساریہ الدول تو جب واپس آئے لوگ وہاں سے تو پوچھا لوگوں نے حضرت عمر سے یہ کیا بولے تھے آپ انہوں نے کہا کہ میں جب خطبہ دے رہا تھا تو مجھے دکھائی دیا</w:t>
      </w:r>
    </w:p>
    <w:p>
      <w:r>
        <w:rPr>
          <w:b/>
        </w:rPr>
        <w:t xml:space="preserve">[40:40] </w:t>
      </w:r>
      <w:r>
        <w:t>ke sariya jo islami fauj ki command kar rahe the un ko peechay se hamla karne ke liye aa rahe the dushman ke log to mein ne awaz di ke dekho bachoo</w:t>
      </w:r>
    </w:p>
    <w:p>
      <w:pPr>
        <w:jc w:val="right"/>
      </w:pPr>
      <w:r>
        <w:t>کہ ساریہ جو اسلامی فوج کی کمان کر رہے تھے ان کو پیچھے سے حملہ کرنے کے لیے آ رہے تھے دشمن کے لوگ تو میں نے آواز دی کہ دیکھو بچو</w:t>
      </w:r>
    </w:p>
    <w:p>
      <w:r>
        <w:rPr>
          <w:b/>
        </w:rPr>
        <w:t xml:space="preserve">[40:53] </w:t>
      </w:r>
      <w:r>
        <w:t>bachoo</w:t>
      </w:r>
    </w:p>
    <w:p>
      <w:pPr>
        <w:jc w:val="right"/>
      </w:pPr>
      <w:r>
        <w:t>بچو</w:t>
      </w:r>
    </w:p>
    <w:p>
      <w:r>
        <w:rPr>
          <w:b/>
        </w:rPr>
        <w:t xml:space="preserve">[40:56] </w:t>
      </w:r>
      <w:r>
        <w:t>to Sariya ne tasdeeq ki iski ke waqatan peeche se ek giroh aa raha tha aur hum</w:t>
      </w:r>
    </w:p>
    <w:p>
      <w:pPr>
        <w:jc w:val="right"/>
      </w:pPr>
      <w:r>
        <w:t>تو ساریہ نے تصدیق کی اس کی کہ واقعتا پیچھے سے ایک گروہ آ رہا تھا اور ہم</w:t>
      </w:r>
    </w:p>
    <w:p>
      <w:r>
        <w:rPr>
          <w:b/>
        </w:rPr>
        <w:t xml:space="preserve">[41:05] </w:t>
      </w:r>
      <w:r>
        <w:t>ne isko notice kiya aur phir humne palt kar iske muqabla karke unko</w:t>
      </w:r>
    </w:p>
    <w:p>
      <w:pPr>
        <w:jc w:val="right"/>
      </w:pPr>
      <w:r>
        <w:t>نے اس کو notice کیا اور پھر ہم نے پلٹ کر اس کے مقابلہ کر کے ان کو</w:t>
      </w:r>
    </w:p>
    <w:p>
      <w:r>
        <w:rPr>
          <w:b/>
        </w:rPr>
        <w:t xml:space="preserve">[41:11] </w:t>
      </w:r>
      <w:r>
        <w:t>haraya lekin aaj jo hai yaani us waqt ek ek khaleefa ne ek mauqe par aisa kiya tha</w:t>
      </w:r>
    </w:p>
    <w:p>
      <w:pPr>
        <w:jc w:val="right"/>
      </w:pPr>
      <w:r>
        <w:t>ہرایا لیکن آج جو ہے یعنی اس وقت ایک ایک خلیفہ نے ایک موقع پر ایسا کیا تھا</w:t>
      </w:r>
    </w:p>
    <w:p>
      <w:r>
        <w:rPr>
          <w:b/>
        </w:rPr>
        <w:t xml:space="preserve">[41:21] </w:t>
      </w:r>
      <w:r>
        <w:t>ke Madine ki awaaz pahunch rahi thi</w:t>
      </w:r>
    </w:p>
    <w:p>
      <w:pPr>
        <w:jc w:val="right"/>
      </w:pPr>
      <w:r>
        <w:t>کہ مدینے کی آواز پہنچ رہی تھی</w:t>
      </w:r>
    </w:p>
    <w:p>
      <w:r>
        <w:rPr>
          <w:b/>
        </w:rPr>
        <w:t xml:space="preserve">[41:26] </w:t>
      </w:r>
      <w:r>
        <w:t>Iran mein</w:t>
      </w:r>
    </w:p>
    <w:p>
      <w:pPr>
        <w:jc w:val="right"/>
      </w:pPr>
      <w:r>
        <w:t>ایران میں</w:t>
      </w:r>
    </w:p>
    <w:p>
      <w:r>
        <w:rPr>
          <w:b/>
        </w:rPr>
        <w:t xml:space="preserve">[41:30] </w:t>
      </w:r>
      <w:r>
        <w:t>is ke is ke baray mein ek shair ne kaha tha ke iran mein bhi sunai diya shor al-jabal hajib hui ke</w:t>
      </w:r>
    </w:p>
    <w:p>
      <w:pPr>
        <w:jc w:val="right"/>
      </w:pPr>
      <w:r>
        <w:t>اس کے اس کے بارے میں ایک شاعر نے کہا تھا کہ ایران میں بھی سنائی دیا شور الجبل حاجب ہوئی کہ</w:t>
      </w:r>
    </w:p>
    <w:p>
      <w:r>
        <w:rPr>
          <w:b/>
        </w:rPr>
        <w:t xml:space="preserve">[41:44] </w:t>
      </w:r>
      <w:r>
        <w:t>aaj ek aam insan ko mere jaise nahi hai sari dunya ke aam insan ko yeh mauqa hai</w:t>
      </w:r>
    </w:p>
    <w:p>
      <w:pPr>
        <w:jc w:val="right"/>
      </w:pPr>
      <w:r>
        <w:t>آج ایک عام انسان کو میرے جیسے نہیں ہے سارے دنیا کے عام انسان کو یہ موقع ہے</w:t>
      </w:r>
    </w:p>
    <w:p>
      <w:r>
        <w:rPr>
          <w:b/>
        </w:rPr>
        <w:t xml:space="preserve">[41:50] </w:t>
      </w:r>
      <w:r>
        <w:t>ke woh ek jagah apna</w:t>
      </w:r>
    </w:p>
    <w:p>
      <w:pPr>
        <w:jc w:val="right"/>
      </w:pPr>
      <w:r>
        <w:t>کہ وہ ایک جگہ اپنا</w:t>
      </w:r>
    </w:p>
    <w:p>
      <w:r>
        <w:rPr>
          <w:b/>
        </w:rPr>
        <w:t xml:space="preserve">[41:54] </w:t>
      </w:r>
      <w:r>
        <w:t>infrastructure set karein aur wahan se woh bolein aur sari dunya sune isko yeh kis ne kiya</w:t>
      </w:r>
    </w:p>
    <w:p>
      <w:pPr>
        <w:jc w:val="right"/>
      </w:pPr>
      <w:r>
        <w:t>infrastructure set کریں اور وہاں سے وہ بولیں اور ساری دنیا سنے اس کو یہ کس نے کیا</w:t>
      </w:r>
    </w:p>
    <w:p>
      <w:r>
        <w:rPr>
          <w:b/>
        </w:rPr>
        <w:t xml:space="preserve">[42:01] </w:t>
      </w:r>
      <w:r>
        <w:t>hai yeh west ne kiya hai</w:t>
      </w:r>
    </w:p>
    <w:p>
      <w:pPr>
        <w:jc w:val="right"/>
      </w:pPr>
      <w:r>
        <w:t>ہے یہ west نے کیا ہے</w:t>
      </w:r>
    </w:p>
    <w:p>
      <w:r>
        <w:rPr>
          <w:b/>
        </w:rPr>
        <w:t xml:space="preserve">[42:04] </w:t>
      </w:r>
      <w:r>
        <w:t>yaani pehle jo waqea yaad rakhiye jo waqea pehle ho sakta tha woh toh</w:t>
      </w:r>
    </w:p>
    <w:p>
      <w:pPr>
        <w:jc w:val="right"/>
      </w:pPr>
      <w:r>
        <w:t>یعنی پہلے جو واقعہ یاد رکھیے جو واقعہ پہلے ہو سکتا تھا وہ تو</w:t>
      </w:r>
    </w:p>
    <w:p>
      <w:r>
        <w:rPr>
          <w:b/>
        </w:rPr>
        <w:t xml:space="preserve">[42:15] </w:t>
      </w:r>
      <w:r>
        <w:t>woh aaj ho raha hai bilkul mechanical andaaz mein yeh west ne kiya hai to west ne ko Allah ne istemal kiya hai behtareen madadgar ke taur par is ko janiye</w:t>
      </w:r>
    </w:p>
    <w:p>
      <w:pPr>
        <w:jc w:val="right"/>
      </w:pPr>
      <w:r>
        <w:t>وہ آج ہو رہا ہے بالکل mechanical انداز میں یہ west نے کیا ہے تو west نے کو اللہ نے استعمال کیا ہے بہترین مددگار کے طور پر اس کو جانیے</w:t>
      </w:r>
    </w:p>
    <w:p>
      <w:r>
        <w:rPr>
          <w:b/>
        </w:rPr>
        <w:t xml:space="preserve">[42:36] </w:t>
      </w:r>
      <w:r>
        <w:t>to mein bohat ziyada dua karta hoon west ke liye bohat ziyada dua karta hoon west ke liye Allah taala un ko un ki khataon ko maaf kare aur un ko apni rehmaton ke saaye mein jagah de</w:t>
      </w:r>
    </w:p>
    <w:p>
      <w:pPr>
        <w:jc w:val="right"/>
      </w:pPr>
      <w:r>
        <w:t>تو میں بہت زیادہ دعا کرتا ہوں west کے لیے بہت زیادہ دعا کرتا ہوں west کے لیے اللہ تعالیٰ ان کو ان کی خطاؤں کو معاف کرے اور ان کو اپنی رحمتوں کے سائے میں جگہ دے</w:t>
      </w:r>
    </w:p>
    <w:p>
      <w:r>
        <w:rPr>
          <w:b/>
        </w:rPr>
        <w:t xml:space="preserve">[43:01] </w:t>
      </w:r>
      <w:r>
        <w:t>Maulana Iqbal Umri ne comment bheja hai unhone likha hai</w:t>
      </w:r>
    </w:p>
    <w:p>
      <w:pPr>
        <w:jc w:val="right"/>
      </w:pPr>
      <w:r>
        <w:t>مولانا اقبال عمری نے کمنٹ بھیجا ہے انہوں نے لکھا ہے</w:t>
      </w:r>
    </w:p>
    <w:p>
      <w:r>
        <w:rPr>
          <w:b/>
        </w:rPr>
        <w:t xml:space="preserve">[43:06] </w:t>
      </w:r>
      <w:r>
        <w:t>Maulana aaj main Gulbarga mein hoon aur CPS team Gulbarga ke sath aap ka program sun raha hoon</w:t>
      </w:r>
    </w:p>
    <w:p>
      <w:pPr>
        <w:jc w:val="right"/>
      </w:pPr>
      <w:r>
        <w:t>مولانا آج میں گلبرگہ میں ہوں اور CPS ٹیم گلبرگہ کے ساتھ آپ کا program سن رہا ہوں</w:t>
      </w:r>
    </w:p>
    <w:p>
      <w:r>
        <w:rPr>
          <w:b/>
        </w:rPr>
        <w:t xml:space="preserve">[43:14] </w:t>
      </w:r>
      <w:r>
        <w:t>alhamdulillah aaj aap ki awaz bilkul sahi aur clear hai allah aap ko sehat de maulana abdul basit umri</w:t>
      </w:r>
    </w:p>
    <w:p>
      <w:pPr>
        <w:jc w:val="right"/>
      </w:pPr>
      <w:r>
        <w:t>الحمدللہ آج آپ کی آواز بالکل صحیح اور clear ہے اللہ آپ کو صحت دے مولانا عبدالباسط عمری</w:t>
      </w:r>
    </w:p>
    <w:p>
      <w:r>
        <w:rPr>
          <w:b/>
        </w:rPr>
        <w:t xml:space="preserve">[43:24] </w:t>
      </w:r>
      <w:r>
        <w:t>jo gulbergah se program dekh rahe hain unhon ne comment bheja hai unhon ne likha hai maulana aaj</w:t>
      </w:r>
    </w:p>
    <w:p>
      <w:pPr>
        <w:jc w:val="right"/>
      </w:pPr>
      <w:r>
        <w:t>جو گلبرگہ سے program دیکھ رہے ہیں انہوں نے کمنٹ بھیجا ہے انہوں نے لکھا ہے مولانا آج</w:t>
      </w:r>
    </w:p>
    <w:p>
      <w:r>
        <w:rPr>
          <w:b/>
        </w:rPr>
        <w:t xml:space="preserve">[43:30] </w:t>
      </w:r>
      <w:r>
        <w:t>pehli bar ye baat maloom hui ke allah ki zaat par aala yaqeen chahiye to dawat ka kaam</w:t>
      </w:r>
    </w:p>
    <w:p>
      <w:pPr>
        <w:jc w:val="right"/>
      </w:pPr>
      <w:r>
        <w:t>پہلی بار یہ بات معلوم ہوئی کہ اللہ کی ذات پر اعلیٰ یقین چاہیے تو دعوت کا کام</w:t>
      </w:r>
    </w:p>
    <w:p>
      <w:r>
        <w:rPr>
          <w:b/>
        </w:rPr>
        <w:t xml:space="preserve">[43:37] </w:t>
      </w:r>
      <w:r>
        <w:t>karen ye mere liye bohat zabardast baat hai jazak allah khair</w:t>
      </w:r>
    </w:p>
    <w:p>
      <w:pPr>
        <w:jc w:val="right"/>
      </w:pPr>
      <w:r>
        <w:t>کریں یہ میرے لیے بہت زبردست بات ہے جزاک اللہ خیر</w:t>
      </w:r>
    </w:p>
    <w:p>
      <w:r>
        <w:rPr>
          <w:b/>
        </w:rPr>
        <w:t xml:space="preserve">[43:44] </w:t>
      </w:r>
      <w:r>
        <w:t>riyaz bhatt sahib ne aap</w:t>
      </w:r>
    </w:p>
    <w:p>
      <w:pPr>
        <w:jc w:val="right"/>
      </w:pPr>
      <w:r>
        <w:t>ریاض بھٹ صاحب نے آپ</w:t>
      </w:r>
    </w:p>
    <w:p>
      <w:r>
        <w:rPr>
          <w:b/>
        </w:rPr>
        <w:t xml:space="preserve">[43:46] </w:t>
      </w:r>
      <w:r>
        <w:t>se poocha hai maulana sahib today's lecture for all of us was an eye opener we have to</w:t>
      </w:r>
    </w:p>
    <w:p>
      <w:pPr>
        <w:jc w:val="right"/>
      </w:pPr>
      <w:r>
        <w:t>سے پوچھا ہے مولانا صاحب today's lecture for all of us was an eye opener we have to</w:t>
      </w:r>
    </w:p>
    <w:p>
      <w:r>
        <w:rPr>
          <w:b/>
        </w:rPr>
        <w:t xml:space="preserve">[43:53] </w:t>
      </w:r>
      <w:r>
        <w:t>rediscover our responsibility</w:t>
      </w:r>
    </w:p>
    <w:p>
      <w:pPr>
        <w:jc w:val="right"/>
      </w:pPr>
      <w:r>
        <w:t>rediscover our responsibility</w:t>
      </w:r>
    </w:p>
    <w:p>
      <w:r>
        <w:rPr>
          <w:b/>
        </w:rPr>
        <w:t xml:space="preserve">[43:56] </w:t>
      </w:r>
      <w:r>
        <w:t>because we are only becoming a part of creator's plan of delivering his message to mankind maulana am</w:t>
      </w:r>
    </w:p>
    <w:p>
      <w:pPr>
        <w:jc w:val="right"/>
      </w:pPr>
      <w:r>
        <w:t>because we are only becoming a part of creator's plan of delivering his message to mankind مولانا am</w:t>
      </w:r>
    </w:p>
    <w:p>
      <w:r>
        <w:rPr>
          <w:b/>
        </w:rPr>
        <w:t xml:space="preserve">[44:05] </w:t>
      </w:r>
      <w:r>
        <w:t>i correct in thinking like this more than correct</w:t>
      </w:r>
    </w:p>
    <w:p>
      <w:pPr>
        <w:jc w:val="right"/>
      </w:pPr>
      <w:r>
        <w:t>I correct in thinking like this more than correct</w:t>
      </w:r>
    </w:p>
    <w:p>
      <w:r>
        <w:rPr>
          <w:b/>
        </w:rPr>
        <w:t xml:space="preserve">[44:09] </w:t>
      </w:r>
      <w:r>
        <w:t>more than correct mein dua karta hoon ke allah taala aap ke in alfaaz ko qabool farmaye aur</w:t>
      </w:r>
    </w:p>
    <w:p>
      <w:pPr>
        <w:jc w:val="right"/>
      </w:pPr>
      <w:r>
        <w:t>more than correct میں دعا کرتا ہوں کہ اللہ تعالیٰ آپ کے ان الفاظ کو قبول فرمائے اور</w:t>
      </w:r>
    </w:p>
    <w:p>
      <w:r>
        <w:rPr>
          <w:b/>
        </w:rPr>
        <w:t xml:space="preserve">[44:16] </w:t>
      </w:r>
      <w:r>
        <w:t>aap ke liye dawat ke rastay khol de</w:t>
      </w:r>
    </w:p>
    <w:p>
      <w:pPr>
        <w:jc w:val="right"/>
      </w:pPr>
      <w:r>
        <w:t>آپ کے لیے دعوت کے راستے کھول دے</w:t>
      </w:r>
    </w:p>
    <w:p>
      <w:r>
        <w:rPr>
          <w:b/>
        </w:rPr>
        <w:t xml:space="preserve">[44:21] </w:t>
      </w:r>
      <w:r>
        <w:t>ghaffoor baloch sahib ne comment bheja hai unhon ne location nahi likhi hai un ka comment hai quite</w:t>
      </w:r>
    </w:p>
    <w:p>
      <w:pPr>
        <w:jc w:val="right"/>
      </w:pPr>
      <w:r>
        <w:t>غفور بلوچ صاحب نے کمنٹ بھیجا ہے انہوں نے location نہیں لکھی ہے ان کا کمنٹ ہے quite</w:t>
      </w:r>
    </w:p>
    <w:p>
      <w:r>
        <w:rPr>
          <w:b/>
        </w:rPr>
        <w:t xml:space="preserve">[44:29] </w:t>
      </w:r>
      <w:r>
        <w:t>true in current world the only acceptable way for us that is just calling people to god almighty</w:t>
      </w:r>
    </w:p>
    <w:p>
      <w:pPr>
        <w:jc w:val="right"/>
      </w:pPr>
      <w:r>
        <w:t>true in current world the only acceptable way for us that is just calling people to God almighty</w:t>
      </w:r>
    </w:p>
    <w:p>
      <w:r>
        <w:rPr>
          <w:b/>
        </w:rPr>
        <w:t xml:space="preserve">[44:37] </w:t>
      </w:r>
      <w:r>
        <w:t>through sending quran worldwide and other paths are completely closed</w:t>
      </w:r>
    </w:p>
    <w:p>
      <w:pPr>
        <w:jc w:val="right"/>
      </w:pPr>
      <w:r>
        <w:t>through sending قرآن worldwide and other paths are completely closed</w:t>
      </w:r>
    </w:p>
    <w:p>
      <w:r>
        <w:rPr>
          <w:b/>
        </w:rPr>
        <w:t xml:space="preserve">[44:45] </w:t>
      </w:r>
      <w:r>
        <w:t>maulana agla sawal lete hain ye sawal muhammad iqbal bataviya sahib ne bheja hai un unhon ne location</w:t>
      </w:r>
    </w:p>
    <w:p>
      <w:pPr>
        <w:jc w:val="right"/>
      </w:pPr>
      <w:r>
        <w:t>مولانا اگلا سوال لیتے ہیں یہ سوال محمد اقبال بٹاویہ صاحب نے بھیجا ہے ان انہوں نے location</w:t>
      </w:r>
    </w:p>
    <w:p>
      <w:r>
        <w:rPr>
          <w:b/>
        </w:rPr>
        <w:t xml:space="preserve">[44:53] </w:t>
      </w:r>
      <w:r>
        <w:t>nahi likha hai un ka sawal hai islam mein din aur raat kaise guzaren</w:t>
      </w:r>
    </w:p>
    <w:p>
      <w:pPr>
        <w:jc w:val="right"/>
      </w:pPr>
      <w:r>
        <w:t>نہیں لکھا ہے ان کا سوال ہے اسلام میں دن اور رات کیسے گزاریں</w:t>
      </w:r>
    </w:p>
    <w:p>
      <w:r>
        <w:rPr>
          <w:b/>
        </w:rPr>
        <w:t xml:space="preserve">[45:00] </w:t>
      </w:r>
      <w:r>
        <w:t>is is ke baray mein batayen quran mein sab kuch yehi to hai quran mein</w:t>
      </w:r>
    </w:p>
    <w:p>
      <w:pPr>
        <w:jc w:val="right"/>
      </w:pPr>
      <w:r>
        <w:t>اس اس کے بارے میں بتائیں قرآن میں سب کچھ یہی تو ہے قرآن میں</w:t>
      </w:r>
    </w:p>
    <w:p>
      <w:r>
        <w:rPr>
          <w:b/>
        </w:rPr>
        <w:t xml:space="preserve">[45:06] </w:t>
      </w:r>
      <w:r>
        <w:t>lekin</w:t>
      </w:r>
    </w:p>
    <w:p>
      <w:pPr>
        <w:jc w:val="right"/>
      </w:pPr>
      <w:r>
        <w:t>لیکن</w:t>
      </w:r>
    </w:p>
    <w:p>
      <w:r>
        <w:rPr>
          <w:b/>
        </w:rPr>
        <w:t xml:space="preserve">[45:07] </w:t>
      </w:r>
      <w:r>
        <w:t>quran ko aap ko parhna padega creative andaaz mein</w:t>
      </w:r>
    </w:p>
    <w:p>
      <w:pPr>
        <w:jc w:val="right"/>
      </w:pPr>
      <w:r>
        <w:t>قرآن کو آپ کو پڑھنا پڑے گا creative انداز میں</w:t>
      </w:r>
    </w:p>
    <w:p>
      <w:r>
        <w:rPr>
          <w:b/>
        </w:rPr>
        <w:t xml:space="preserve">[45:13] </w:t>
      </w:r>
      <w:r>
        <w:t>quran ko jo aap samjhenge jab aap aap ke andar aap develop karein apne andar creative thinking sun lijiye phir se ke quran ko samajhne ke liye sab se zaroori shart hai ke aap apne andar</w:t>
      </w:r>
    </w:p>
    <w:p>
      <w:pPr>
        <w:jc w:val="right"/>
      </w:pPr>
      <w:r>
        <w:t>قرآن کو جو آپ سمجھیں گے جب آپ آپ کے اندر آپ develop کریں اپنے اندر creative thinking سن لیجیے پھر سے کہ قرآن کو سمجھنے کے لیے سب سے ضروری شرط ہے کہ آپ اپنے اندر</w:t>
      </w:r>
    </w:p>
    <w:p>
      <w:r>
        <w:rPr>
          <w:b/>
        </w:rPr>
        <w:t xml:space="preserve">[45:33] </w:t>
      </w:r>
      <w:r>
        <w:t>paida karen creative thinking</w:t>
      </w:r>
    </w:p>
    <w:p>
      <w:pPr>
        <w:jc w:val="right"/>
      </w:pPr>
      <w:r>
        <w:t>پیدا کریں creative thinking</w:t>
      </w:r>
    </w:p>
    <w:p>
      <w:r>
        <w:rPr>
          <w:b/>
        </w:rPr>
        <w:t xml:space="preserve">[45:37] </w:t>
      </w:r>
      <w:r>
        <w:t>mein aik misaal deta hoon aap ko aap quran kholiyen</w:t>
      </w:r>
    </w:p>
    <w:p>
      <w:pPr>
        <w:jc w:val="right"/>
      </w:pPr>
      <w:r>
        <w:t>میں ایک مثال دیتا ہوں آپ کو آپ قرآن کھولیے</w:t>
      </w:r>
    </w:p>
    <w:p>
      <w:r>
        <w:rPr>
          <w:b/>
        </w:rPr>
        <w:t xml:space="preserve">[45:42] </w:t>
      </w:r>
      <w:r>
        <w:t>to pehla shabd aap ko aaye ga aap ke samnay alhamdulillah rabb alameen</w:t>
      </w:r>
    </w:p>
    <w:p>
      <w:pPr>
        <w:jc w:val="right"/>
      </w:pPr>
      <w:r>
        <w:t>تو پہلا शब्द آپ کو آئے گا آپ کے سامنے الحمدللہ رب العالمین</w:t>
      </w:r>
    </w:p>
    <w:p>
      <w:r>
        <w:rPr>
          <w:b/>
        </w:rPr>
        <w:t xml:space="preserve">[45:48] </w:t>
      </w:r>
      <w:r>
        <w:t>alhamdulillah rabb alameen aap sochen ge ye kon bol raha hai</w:t>
      </w:r>
    </w:p>
    <w:p>
      <w:pPr>
        <w:jc w:val="right"/>
      </w:pPr>
      <w:r>
        <w:t>الحمدللہ رب العالمین آپ سوچیں گے یہ کون بول رہا ہے</w:t>
      </w:r>
    </w:p>
    <w:p>
      <w:r>
        <w:rPr>
          <w:b/>
        </w:rPr>
        <w:t xml:space="preserve">[45:54] </w:t>
      </w:r>
      <w:r>
        <w:t>koi jab aik awaz hai to koi bolne wala hona chahiye to aap discover karen ge aap agar</w:t>
      </w:r>
    </w:p>
    <w:p>
      <w:pPr>
        <w:jc w:val="right"/>
      </w:pPr>
      <w:r>
        <w:t>کوئی جب ایک آواز ہے تو کوئی بولنے والا ہونا چاہیے تو آپ discover کریں گے آپ اگر</w:t>
      </w:r>
    </w:p>
    <w:p>
      <w:r>
        <w:rPr>
          <w:b/>
        </w:rPr>
        <w:t xml:space="preserve">[46:01] </w:t>
      </w:r>
      <w:r>
        <w:t>creative thinking aap ke andar hai</w:t>
      </w:r>
    </w:p>
    <w:p>
      <w:pPr>
        <w:jc w:val="right"/>
      </w:pPr>
      <w:r>
        <w:t>creative thinking آپ کے اندر ہے</w:t>
      </w:r>
    </w:p>
    <w:p>
      <w:r>
        <w:rPr>
          <w:b/>
        </w:rPr>
        <w:t xml:space="preserve">[46:04] </w:t>
      </w:r>
      <w:r>
        <w:t>discover karen ge ke ye insan bol raha hai</w:t>
      </w:r>
    </w:p>
    <w:p>
      <w:pPr>
        <w:jc w:val="right"/>
      </w:pPr>
      <w:r>
        <w:t>discover کریں گے کہ یہ انسان بول رہا ہے</w:t>
      </w:r>
    </w:p>
    <w:p>
      <w:r>
        <w:rPr>
          <w:b/>
        </w:rPr>
        <w:t xml:space="preserve">[46:11] </w:t>
      </w:r>
      <w:r>
        <w:t>alhamdolillah rabbul alameen jo pehla hai woh insaan ki rooh bol rahi hai ya Allah tu</w:t>
      </w:r>
    </w:p>
    <w:p>
      <w:pPr>
        <w:jc w:val="right"/>
      </w:pPr>
      <w:r>
        <w:t>الحمدللہ رب العالمین جو پہلا ہے وہ انسان کی روح بول رہی ہے یا اللہ تو</w:t>
      </w:r>
    </w:p>
    <w:p>
      <w:r>
        <w:rPr>
          <w:b/>
        </w:rPr>
        <w:t xml:space="preserve">[46:19] </w:t>
      </w:r>
      <w:r>
        <w:t>woh saare hum ka</w:t>
      </w:r>
    </w:p>
    <w:p>
      <w:pPr>
        <w:jc w:val="right"/>
      </w:pPr>
      <w:r>
        <w:t>وہ سارے ہم کا</w:t>
      </w:r>
    </w:p>
    <w:p>
      <w:r>
        <w:rPr>
          <w:b/>
        </w:rPr>
        <w:t xml:space="preserve">[46:22] </w:t>
      </w:r>
      <w:r>
        <w:t>saare hum tere liye hain</w:t>
      </w:r>
    </w:p>
    <w:p>
      <w:pPr>
        <w:jc w:val="right"/>
      </w:pPr>
      <w:r>
        <w:t>سارے ہم تیرے لیے ہیں</w:t>
      </w:r>
    </w:p>
    <w:p>
      <w:r>
        <w:rPr>
          <w:b/>
        </w:rPr>
        <w:t xml:space="preserve">[46:24] </w:t>
      </w:r>
      <w:r>
        <w:t>alhamdolillah rabbul alameen yeh rooh insani ki aap ko pukaar hai</w:t>
      </w:r>
    </w:p>
    <w:p>
      <w:pPr>
        <w:jc w:val="right"/>
      </w:pPr>
      <w:r>
        <w:t>الحمدللہ رب العالمین یہ روح انسانی کی آپ کو پکار ہے</w:t>
      </w:r>
    </w:p>
    <w:p>
      <w:r>
        <w:rPr>
          <w:b/>
        </w:rPr>
        <w:t xml:space="preserve">[46:32] </w:t>
      </w:r>
      <w:r>
        <w:t>alhamdolillah rabbul alameen yeh rooh insani ki pukaar hai</w:t>
      </w:r>
    </w:p>
    <w:p>
      <w:pPr>
        <w:jc w:val="right"/>
      </w:pPr>
      <w:r>
        <w:t>الحمدللہ رب العالمین یہ روح انسانی کی پکار ہے</w:t>
      </w:r>
    </w:p>
    <w:p>
      <w:r>
        <w:rPr>
          <w:b/>
        </w:rPr>
        <w:t xml:space="preserve">[46:38] </w:t>
      </w:r>
      <w:r>
        <w:t>tu jab aap quran ko padhenge creative thinking ke saath creative mind ke saath to aap ko</w:t>
      </w:r>
    </w:p>
    <w:p>
      <w:pPr>
        <w:jc w:val="right"/>
      </w:pPr>
      <w:r>
        <w:t>تو جب آپ قرآن کو پڑھیں گے creative thinking کے ساتھ creative mind کے ساتھ تو آپ کو</w:t>
      </w:r>
    </w:p>
    <w:p>
      <w:r>
        <w:rPr>
          <w:b/>
        </w:rPr>
        <w:t xml:space="preserve">[46:44] </w:t>
      </w:r>
      <w:r>
        <w:t>ajeeb ghareeb qism ke harkatein maloom hongi</w:t>
      </w:r>
    </w:p>
    <w:p>
      <w:pPr>
        <w:jc w:val="right"/>
      </w:pPr>
      <w:r>
        <w:t>عجیب غریب قسم کے حرکتیں معلوم ہوں گی</w:t>
      </w:r>
    </w:p>
    <w:p>
      <w:r>
        <w:rPr>
          <w:b/>
        </w:rPr>
        <w:t xml:space="preserve">[46:50] </w:t>
      </w:r>
      <w:r>
        <w:t>to quran ka pehla lafz jo hai Allah rabbil alameen ki discovery ban jaye ga discovery</w:t>
      </w:r>
    </w:p>
    <w:p>
      <w:pPr>
        <w:jc w:val="right"/>
      </w:pPr>
      <w:r>
        <w:t>تو قرآن کا پہلا لفظ جو ہے اللہ رب العالمین کی discovery بن جائے گا discovery</w:t>
      </w:r>
    </w:p>
    <w:p>
      <w:r>
        <w:rPr>
          <w:b/>
        </w:rPr>
        <w:t xml:space="preserve">[47:07] </w:t>
      </w:r>
      <w:r>
        <w:t>maulana agla comment padhte hain yeh comment bheja hai</w:t>
      </w:r>
    </w:p>
    <w:p>
      <w:pPr>
        <w:jc w:val="right"/>
      </w:pPr>
      <w:r>
        <w:t>مولانا اگلا کمنٹ پڑھتے ہیں یہ کمنٹ بھیجا ہے</w:t>
      </w:r>
    </w:p>
    <w:p>
      <w:r>
        <w:rPr>
          <w:b/>
        </w:rPr>
        <w:t xml:space="preserve">[47:13] </w:t>
      </w:r>
      <w:r>
        <w:t>mehtab sahib ne a dhampur se</w:t>
      </w:r>
    </w:p>
    <w:p>
      <w:pPr>
        <w:jc w:val="right"/>
      </w:pPr>
      <w:r>
        <w:t>مہتاب صاحب نے آ دھامپور سے</w:t>
      </w:r>
    </w:p>
    <w:p>
      <w:r>
        <w:rPr>
          <w:b/>
        </w:rPr>
        <w:t xml:space="preserve">[47:17] </w:t>
      </w:r>
      <w:r>
        <w:t>a unhone likha hai maulana sahib pehle mein sochta tha ke daawa work kaise karaya jaye phir</w:t>
      </w:r>
    </w:p>
    <w:p>
      <w:pPr>
        <w:jc w:val="right"/>
      </w:pPr>
      <w:r>
        <w:t>آ انہوں نے لکھا ہے مولانا صاحب پہلے میں سوچتا تھا کہ دعویٰ ورک کیسے کرا جائے پھر</w:t>
      </w:r>
    </w:p>
    <w:p>
      <w:r>
        <w:rPr>
          <w:b/>
        </w:rPr>
        <w:t xml:space="preserve">[47:24] </w:t>
      </w:r>
      <w:r>
        <w:t>aap ki baaton se asar lekar daawa material ka distribution shuru kiya to Allah ka shukar hai</w:t>
      </w:r>
    </w:p>
    <w:p>
      <w:pPr>
        <w:jc w:val="right"/>
      </w:pPr>
      <w:r>
        <w:t>آپ کی باتوں سے اثر لے کر دعویٰ material کا distribution شروع کیا تو اللہ کا شکر ہے</w:t>
      </w:r>
    </w:p>
    <w:p>
      <w:r>
        <w:rPr>
          <w:b/>
        </w:rPr>
        <w:t xml:space="preserve">[47:31] </w:t>
      </w:r>
      <w:r>
        <w:t>khuda ki zaat par yaqeen bhi hua aur madad bhi mili jazak Allah maulana masha Allah masha Allah</w:t>
      </w:r>
    </w:p>
    <w:p>
      <w:pPr>
        <w:jc w:val="right"/>
      </w:pPr>
      <w:r>
        <w:t>خدا کی ذات پر یقین بھی ہوا اور مدد بھی ملی جزاک اللہ مولانا ماشاءاللہ ماشاءاللہ</w:t>
      </w:r>
    </w:p>
    <w:p>
      <w:r>
        <w:rPr>
          <w:b/>
        </w:rPr>
        <w:t xml:space="preserve">[47:42] </w:t>
      </w:r>
      <w:r>
        <w:t>okay as you all would be aware some time back i think two weeks back maulana sahib launched</w:t>
      </w:r>
    </w:p>
    <w:p>
      <w:pPr>
        <w:jc w:val="right"/>
      </w:pPr>
      <w:r>
        <w:t>اوکے as you all would be aware some time back I think two weeks back مولانا صاحب launched</w:t>
      </w:r>
    </w:p>
    <w:p>
      <w:r>
        <w:rPr>
          <w:b/>
        </w:rPr>
        <w:t xml:space="preserve">[47:48] </w:t>
      </w:r>
      <w:r>
        <w:t>the thai quran which was published by goodword in fact right now doctor</w:t>
      </w:r>
    </w:p>
    <w:p>
      <w:pPr>
        <w:jc w:val="right"/>
      </w:pPr>
      <w:r>
        <w:t>the Thai قرآن which was published by Goodword in factright now ڈاکٹر</w:t>
      </w:r>
    </w:p>
    <w:p>
      <w:r>
        <w:rPr>
          <w:b/>
        </w:rPr>
        <w:t xml:space="preserve">[47:53] </w:t>
      </w:r>
      <w:r>
        <w:t>sania haseen khan sahib and haroon shaikh sahib are in bangkok and they are watching this program so</w:t>
      </w:r>
    </w:p>
    <w:p>
      <w:pPr>
        <w:jc w:val="right"/>
      </w:pPr>
      <w:r>
        <w:t>ثانیہ حسنین خان صاحب and ہارون شیخ صاحب are in Bangkok and they are watching this program so</w:t>
      </w:r>
    </w:p>
    <w:p>
      <w:r>
        <w:rPr>
          <w:b/>
        </w:rPr>
        <w:t xml:space="preserve">[48:00] </w:t>
      </w:r>
      <w:r>
        <w:t>i would like to read out what doctor sania haseen khan has sent just now doctor sania haseen</w:t>
      </w:r>
    </w:p>
    <w:p>
      <w:pPr>
        <w:jc w:val="right"/>
      </w:pPr>
      <w:r>
        <w:t>I would like to read out what ڈاکٹر ثانیہ حسنین خان has sent just now ڈاکٹر ثانیہ حسنین</w:t>
      </w:r>
    </w:p>
    <w:p>
      <w:r>
        <w:rPr>
          <w:b/>
        </w:rPr>
        <w:t xml:space="preserve">[48:09] </w:t>
      </w:r>
      <w:r>
        <w:t>khan sahib ne likha hai alhamdolillah watching the program live from bangkok</w:t>
      </w:r>
    </w:p>
    <w:p>
      <w:pPr>
        <w:jc w:val="right"/>
      </w:pPr>
      <w:r>
        <w:t>خان صاحب نے لکھا ہے الحمدللہ watching the program live from Bangkok</w:t>
      </w:r>
    </w:p>
    <w:p>
      <w:r>
        <w:rPr>
          <w:b/>
        </w:rPr>
        <w:t xml:space="preserve">[48:15] </w:t>
      </w:r>
      <w:r>
        <w:t>haroon shaikh sahib is also with me we are visiting thailand to introduce thai quran to those who</w:t>
      </w:r>
    </w:p>
    <w:p>
      <w:pPr>
        <w:jc w:val="right"/>
      </w:pPr>
      <w:r>
        <w:t>ہارون شیخ صاحب is also with me we are visiting Thailand to introduce Thai قرآن to those who</w:t>
      </w:r>
    </w:p>
    <w:p>
      <w:r>
        <w:rPr>
          <w:b/>
        </w:rPr>
        <w:t xml:space="preserve">[48:22] </w:t>
      </w:r>
      <w:r>
        <w:t>are interested in daawa work here we are getting amazing response from the people in bangkok they are</w:t>
      </w:r>
    </w:p>
    <w:p>
      <w:pPr>
        <w:jc w:val="right"/>
      </w:pPr>
      <w:r>
        <w:t>are interested in دعویٰ work here we are getting amazing response from the people in Bangkok they are</w:t>
      </w:r>
    </w:p>
    <w:p>
      <w:r>
        <w:rPr>
          <w:b/>
        </w:rPr>
        <w:t xml:space="preserve">[48:30] </w:t>
      </w:r>
      <w:r>
        <w:t>ready to distribute thai quran to the local thai people also chinese quran is greatly in demand here</w:t>
      </w:r>
    </w:p>
    <w:p>
      <w:pPr>
        <w:jc w:val="right"/>
      </w:pPr>
      <w:r>
        <w:t>ready to distribute Thai قرآن to the local Thai people also Chinese قرآن is greatly in demand here</w:t>
      </w:r>
    </w:p>
    <w:p>
      <w:r>
        <w:rPr>
          <w:b/>
        </w:rPr>
        <w:t xml:space="preserve">[48:38] </w:t>
      </w:r>
      <w:r>
        <w:t>as</w:t>
      </w:r>
    </w:p>
    <w:p>
      <w:pPr>
        <w:jc w:val="right"/>
      </w:pPr>
      <w:r>
        <w:t>as</w:t>
      </w:r>
    </w:p>
    <w:p>
      <w:r>
        <w:rPr>
          <w:b/>
        </w:rPr>
        <w:t xml:space="preserve">[48:39] </w:t>
      </w:r>
      <w:r>
        <w:t>a huge number of chinese people visit bangkok inshallah we will be sending quran both in thai and chinese language to thailand</w:t>
      </w:r>
    </w:p>
    <w:p>
      <w:pPr>
        <w:jc w:val="right"/>
      </w:pPr>
      <w:r>
        <w:t>a huge number of Chinese people visit Bangkok انشاءاللہ we will be sending قرآن both in Thai and Chinese language to Thailand</w:t>
      </w:r>
    </w:p>
    <w:p>
      <w:r>
        <w:rPr>
          <w:b/>
        </w:rPr>
        <w:t xml:space="preserve">[48:52] </w:t>
      </w:r>
      <w:r>
        <w:t>masha Allah masha Allah masha Allah</w:t>
      </w:r>
    </w:p>
    <w:p>
      <w:pPr>
        <w:jc w:val="right"/>
      </w:pPr>
      <w:r>
        <w:t>ماشاءاللہ ماشاءاللہ ماشاءاللہ</w:t>
      </w:r>
    </w:p>
    <w:p>
      <w:r>
        <w:rPr>
          <w:b/>
        </w:rPr>
        <w:t xml:space="preserve">[48:58] </w:t>
      </w:r>
      <w:r>
        <w:t>maulana agla sawal gwalior se bheja hai farooq ahmed sahib ne unhone likha hai maulana my brother</w:t>
      </w:r>
    </w:p>
    <w:p>
      <w:pPr>
        <w:jc w:val="right"/>
      </w:pPr>
      <w:r>
        <w:t>مولانا اگلا سوال گوالیار سے بھیجا ہے فاروق احمد صاحب نے انہوں نے لکھا ہے مولانا my brother</w:t>
      </w:r>
    </w:p>
    <w:p>
      <w:r>
        <w:rPr>
          <w:b/>
        </w:rPr>
        <w:t xml:space="preserve">[49:04] </w:t>
      </w:r>
      <w:r>
        <w:t>lost his only son who was eighteen years old this has made him depressed and negative his faith</w:t>
      </w:r>
    </w:p>
    <w:p>
      <w:pPr>
        <w:jc w:val="right"/>
      </w:pPr>
      <w:r>
        <w:t>lost his only son who was eighteen years old this has made him depressed and negative his faith</w:t>
      </w:r>
    </w:p>
    <w:p>
      <w:r>
        <w:rPr>
          <w:b/>
        </w:rPr>
        <w:t xml:space="preserve">[49:13] </w:t>
      </w:r>
      <w:r>
        <w:t>in god has also shaken</w:t>
      </w:r>
    </w:p>
    <w:p>
      <w:pPr>
        <w:jc w:val="right"/>
      </w:pPr>
      <w:r>
        <w:t>in God has also shaken</w:t>
      </w:r>
    </w:p>
    <w:p>
      <w:r>
        <w:rPr>
          <w:b/>
        </w:rPr>
        <w:t xml:space="preserve">[49:16] </w:t>
      </w:r>
      <w:r>
        <w:t>life to him is a burden now i have tried to make him positive but it has failed</w:t>
      </w:r>
    </w:p>
    <w:p>
      <w:pPr>
        <w:jc w:val="right"/>
      </w:pPr>
      <w:r>
        <w:t>life to him is a burden now I have tried to make him positive but it has failed</w:t>
      </w:r>
    </w:p>
    <w:p>
      <w:r>
        <w:rPr>
          <w:b/>
        </w:rPr>
        <w:t xml:space="preserve">[49:23] </w:t>
      </w:r>
      <w:r>
        <w:t>I want to request you to give your advice so I can forward to him please give some</w:t>
      </w:r>
    </w:p>
    <w:p>
      <w:pPr>
        <w:jc w:val="right"/>
      </w:pPr>
      <w:r>
        <w:t>I want to request you to give your advice so I can forward to him please give some</w:t>
      </w:r>
    </w:p>
    <w:p>
      <w:r>
        <w:rPr>
          <w:b/>
        </w:rPr>
        <w:t xml:space="preserve">[49:29] </w:t>
      </w:r>
      <w:r>
        <w:t>advice that gives him purpose in life and a positive direction arey bhai yeh to khushkhabri hai aap</w:t>
      </w:r>
    </w:p>
    <w:p>
      <w:pPr>
        <w:jc w:val="right"/>
      </w:pPr>
      <w:r>
        <w:t>advice that gives him purpose in life and a positive direction ارے بھئی یہ تو خوشخبری ہے آپ</w:t>
      </w:r>
    </w:p>
    <w:p>
      <w:r>
        <w:rPr>
          <w:b/>
        </w:rPr>
        <w:t xml:space="preserve">[49:36] </w:t>
      </w:r>
      <w:r>
        <w:t>ke liye</w:t>
      </w:r>
    </w:p>
    <w:p>
      <w:pPr>
        <w:jc w:val="right"/>
      </w:pPr>
      <w:r>
        <w:t>کے لیے</w:t>
      </w:r>
    </w:p>
    <w:p>
      <w:r>
        <w:rPr>
          <w:b/>
        </w:rPr>
        <w:t xml:space="preserve">[49:38] </w:t>
      </w:r>
      <w:r>
        <w:t>aap ka beta inshallah paradise ke darwazay par khara hua aap ka intezar kar raha hai</w:t>
      </w:r>
    </w:p>
    <w:p>
      <w:pPr>
        <w:jc w:val="right"/>
      </w:pPr>
      <w:r>
        <w:t>آپ کا بیٹا انشاءاللہ paradise کے دروازے پر کھڑا ہوا آپ کا انتظار کر رہا ہے</w:t>
      </w:r>
    </w:p>
    <w:p>
      <w:r>
        <w:rPr>
          <w:b/>
        </w:rPr>
        <w:t xml:space="preserve">[49:49] </w:t>
      </w:r>
      <w:r>
        <w:t>is se bari khushkhabri kya ho sakti hai ke aap ka beta paradise ke door par khara ho kar aap ka intezar kar raha ho to aap is ko Allah ki rehmat samjhiye Allah ki blessing samjhiye</w:t>
      </w:r>
    </w:p>
    <w:p>
      <w:pPr>
        <w:jc w:val="right"/>
      </w:pPr>
      <w:r>
        <w:t>اس سے بڑی خوشخبری کیا ہو سکتی ہے کہ آپ کا بیٹا paradise کے door پر کھڑا ہو کر آپ کا انتظار کر رہا ہو تو آپ اس کو اللہ کی رحمت سمجھیے اللہ کی blessing سمجھیے</w:t>
      </w:r>
    </w:p>
    <w:p>
      <w:r>
        <w:rPr>
          <w:b/>
        </w:rPr>
        <w:t xml:space="preserve">[50:06] </w:t>
      </w:r>
      <w:r>
        <w:t>aur shukr ada kijiye</w:t>
      </w:r>
    </w:p>
    <w:p>
      <w:pPr>
        <w:jc w:val="right"/>
      </w:pPr>
      <w:r>
        <w:t>اور شکر ادا کیجیے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