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Students Should Keep Away from Politics March 7, 2014</w:t>
      </w:r>
    </w:p>
    <w:p>
      <w:r>
        <w:t>https://www.youtube.com/watch?v=TmaAa52ugGo</w:t>
      </w:r>
    </w:p>
    <w:p>
      <w:r>
        <w:rPr>
          <w:b/>
        </w:rPr>
        <w:t xml:space="preserve">[00:13] </w:t>
      </w:r>
      <w:r>
        <w:t>bismillah-al-rahman-al-rahim.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[00:17] </w:t>
      </w:r>
      <w:r>
        <w:t>saat march do hazar choda.</w:t>
      </w:r>
    </w:p>
    <w:p>
      <w:pPr>
        <w:jc w:val="right"/>
      </w:pPr>
      <w:r>
        <w:t>سات مارچ دو ہزار چودہ۔</w:t>
      </w:r>
    </w:p>
    <w:p>
      <w:r>
        <w:rPr>
          <w:b/>
        </w:rPr>
        <w:t xml:space="preserve">[00:25] </w:t>
      </w:r>
      <w:r>
        <w:t>aaj aik mashhoor madrasay ke kuch log mujh se milnay ke liye aaye</w:t>
      </w:r>
    </w:p>
    <w:p>
      <w:pPr>
        <w:jc w:val="right"/>
      </w:pPr>
      <w:r>
        <w:t>آج ایک مشہور مدرسے کے کچھ لوگ مجھ سے ملنے کے لیے آئے</w:t>
      </w:r>
    </w:p>
    <w:p>
      <w:r>
        <w:rPr>
          <w:b/>
        </w:rPr>
        <w:t xml:space="preserve">[00:35] </w:t>
      </w:r>
      <w:r>
        <w:t>to</w:t>
      </w:r>
    </w:p>
    <w:p>
      <w:pPr>
        <w:jc w:val="right"/>
      </w:pPr>
      <w:r>
        <w:t>تو</w:t>
      </w:r>
    </w:p>
    <w:p>
      <w:r>
        <w:rPr>
          <w:b/>
        </w:rPr>
        <w:t xml:space="preserve">[00:40] </w:t>
      </w:r>
      <w:r>
        <w:t>main ne guftagu hui un se,</w:t>
      </w:r>
    </w:p>
    <w:p>
      <w:pPr>
        <w:jc w:val="right"/>
      </w:pPr>
      <w:r>
        <w:t>میں نے گفتگو ہوئی ان سے،</w:t>
      </w:r>
    </w:p>
    <w:p>
      <w:r>
        <w:rPr>
          <w:b/>
        </w:rPr>
        <w:t xml:space="preserve">[00:42] </w:t>
      </w:r>
      <w:r>
        <w:t>is mein</w:t>
      </w:r>
    </w:p>
    <w:p>
      <w:pPr>
        <w:jc w:val="right"/>
      </w:pPr>
      <w:r>
        <w:t>اس میں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