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Incentive Matters Most 8 Dec 2019 - Maulana Wahiduddin Khan</w:t>
      </w:r>
    </w:p>
    <w:p>
      <w:r>
        <w:t>https://www.youtube.com/watch?v=07PMcV-Z8Vo</w:t>
      </w:r>
    </w:p>
    <w:p>
      <w:r>
        <w:rPr>
          <w:b/>
        </w:rPr>
        <w:t xml:space="preserve">[00:13] </w:t>
      </w:r>
      <w:r>
        <w:t>bismillah rehman rahim, wa salla Allahu ala nabiyyi al-kareem.</w:t>
      </w:r>
    </w:p>
    <w:p>
      <w:pPr>
        <w:jc w:val="right"/>
      </w:pPr>
      <w:r>
        <w:t>بسم اللہ الرحمن الرحیم، وصلی اللہ علی نبی الکریم۔</w:t>
      </w:r>
    </w:p>
    <w:p>
      <w:r>
        <w:rPr>
          <w:b/>
        </w:rPr>
        <w:t xml:space="preserve">[00:25] </w:t>
      </w:r>
      <w:r>
        <w:t>meri paidaish 1925 mein hui, january 1925.</w:t>
      </w:r>
    </w:p>
    <w:p>
      <w:pPr>
        <w:jc w:val="right"/>
      </w:pPr>
      <w:r>
        <w:t>میری پیدائش 1925 میں ہوئی، جنوری 1925۔</w:t>
      </w:r>
    </w:p>
    <w:p>
      <w:r>
        <w:rPr>
          <w:b/>
        </w:rPr>
        <w:t xml:space="preserve">[00:36] </w:t>
      </w:r>
      <w:r>
        <w:t>is waqt se le kar ab tak</w:t>
      </w:r>
    </w:p>
    <w:p>
      <w:pPr>
        <w:jc w:val="right"/>
      </w:pPr>
      <w:r>
        <w:t>اس وقت سے لے کر اب تک</w:t>
      </w:r>
    </w:p>
    <w:p>
      <w:r>
        <w:rPr>
          <w:b/>
        </w:rPr>
        <w:t xml:space="preserve">[00:41] </w:t>
      </w:r>
      <w:r>
        <w:t>musalsal main aik baat suna raha hoon, woh hai aqalliyat muslim aqalliyat ke huqooq, muslim aqalliyat ke huqooq.</w:t>
      </w:r>
    </w:p>
    <w:p>
      <w:pPr>
        <w:jc w:val="right"/>
      </w:pPr>
      <w:r>
        <w:t>مسلسل میں ایک بات سنا رہا ہوں، وہ ہے اقلیت مسلم اقلیت کے حقوق، مسلم اقلیت کے حقوق۔</w:t>
      </w:r>
    </w:p>
    <w:p>
      <w:r>
        <w:rPr>
          <w:b/>
        </w:rPr>
        <w:t xml:space="preserve">[00:55] </w:t>
      </w:r>
      <w:r>
        <w:t>yaani agar aap is zamane ki akhbar parhein, mushan ke jo akhbar hotay hain ya un ki magazine parhein, to sab mein yahi baat hogi ke musalmanon ko agar</w:t>
      </w:r>
    </w:p>
    <w:p>
      <w:pPr>
        <w:jc w:val="right"/>
      </w:pPr>
      <w:r>
        <w:t>یعنی اگر آپ اس زمانے کی اخبار پڑھیں، مشان کے جو اخبار ہوتے ہیں یا ان کی میگزین پڑھیں، تو سب میں یہی بات ہوگی کہ مسلمانوں کو اگر</w:t>
      </w:r>
    </w:p>
    <w:p>
      <w:r>
        <w:rPr>
          <w:b/>
        </w:rPr>
        <w:t xml:space="preserve">[01:13] </w:t>
      </w:r>
      <w:r>
        <w:t>aqalliyati right na diye gaye to woh bilkul khatam ho jayenge.</w:t>
      </w:r>
    </w:p>
    <w:p>
      <w:pPr>
        <w:jc w:val="right"/>
      </w:pPr>
      <w:r>
        <w:t>اقلیتی رائٹ نہ دیے گئے تو وہ بالکل ختم ہو جائیں گے۔</w:t>
      </w:r>
    </w:p>
    <w:p>
      <w:r>
        <w:rPr>
          <w:b/>
        </w:rPr>
        <w:t xml:space="preserve">[01:22] </w:t>
      </w:r>
      <w:r>
        <w:t>main is yeh aqalliyat ki jo rona rote hain log, main zaati taur par is ko beshumar jhoot samajhta hoon,</w:t>
      </w:r>
    </w:p>
    <w:p>
      <w:pPr>
        <w:jc w:val="right"/>
      </w:pPr>
      <w:r>
        <w:t>میں اس یہ اقلیت کی جو رونا روتے ہیں لوگ، میں ذاتی طور پر اس کو بے شمار جھوٹ سمجھتا ہوں،</w:t>
      </w:r>
    </w:p>
    <w:p>
      <w:r>
        <w:rPr>
          <w:b/>
        </w:rPr>
        <w:t xml:space="preserve">[01:38] </w:t>
      </w:r>
      <w:r>
        <w:t>jhoot. kyun? is liye ke yeh quran ke khilaf hai. jo cheez quran ke khilaf ho, woh main is ko baghair kisi bahs ke kahunga ke yeh jhoot hai.</w:t>
      </w:r>
    </w:p>
    <w:p>
      <w:pPr>
        <w:jc w:val="right"/>
      </w:pPr>
      <w:r>
        <w:t>جھوٹ۔ کیوں؟ اس لیے کہ یہ قرآن کے خلاف ہے۔ جو چیز قرآن کے خلاف ہو، وہ میں اس کو بغیر کسی بحث کے کہوں گا کہ یہ جھوٹ ہے۔</w:t>
      </w:r>
    </w:p>
    <w:p>
      <w:r>
        <w:rPr>
          <w:b/>
        </w:rPr>
        <w:t xml:space="preserve">[01:58] </w:t>
      </w:r>
      <w:r>
        <w:t>aap khud check kar lijiye, musalmanon ke jitne akhbar nikalte hain, jitne parche nikalte hain, jitne jalsay hotay hain, un sab mein aap ja kar dekhiye.</w:t>
      </w:r>
    </w:p>
    <w:p>
      <w:pPr>
        <w:jc w:val="right"/>
      </w:pPr>
      <w:r>
        <w:t>آپ خود چیک کر لیجئے، مسلمانوں کے جتنے اخبار نکلتے ہیں، جتنے پرچے نکلتے ہیں، جتنے جلسے ہوتے ہیں، ان سب میں آپ جا کر دیکھیے۔</w:t>
      </w:r>
    </w:p>
    <w:p>
      <w:r>
        <w:rPr>
          <w:b/>
        </w:rPr>
        <w:t xml:space="preserve">[02:10] </w:t>
      </w:r>
      <w:r>
        <w:t>har jagah bas musalmanon ki tabahi ka rona hoga.</w:t>
      </w:r>
    </w:p>
    <w:p>
      <w:pPr>
        <w:jc w:val="right"/>
      </w:pPr>
      <w:r>
        <w:t>ہر جگہ بس مسلمانوں کی تباہی کا رونا ہوگا۔</w:t>
      </w:r>
    </w:p>
    <w:p>
      <w:r>
        <w:rPr>
          <w:b/>
        </w:rPr>
        <w:t xml:space="preserve">[02:21] </w:t>
      </w:r>
      <w:r>
        <w:t>lekin aap quran khol kar parhiye. quran ki pehli surah jo hai, al-baqarah,</w:t>
      </w:r>
    </w:p>
    <w:p>
      <w:pPr>
        <w:jc w:val="right"/>
      </w:pPr>
      <w:r>
        <w:t>لیکن آپ قرآن کھول کر پڑھیے۔ قرآن کی پہلی سورہ جو ہے، البقرہ،</w:t>
      </w:r>
    </w:p>
    <w:p>
      <w:r>
        <w:rPr>
          <w:b/>
        </w:rPr>
        <w:t xml:space="preserve">[02:31] </w:t>
      </w:r>
      <w:r>
        <w:t>al baqra, is ke andar aik ayat hai, is ke alfaaz yeh hain: "kam min fia'tin qaleelatin, ghalabat fia'tun kaseeratun bi-llah".</w:t>
      </w:r>
    </w:p>
    <w:p>
      <w:pPr>
        <w:jc w:val="right"/>
      </w:pPr>
      <w:r>
        <w:t>البقرہ، اس کے اندر ایک آیت ہے، اس کے الفاظ یہ ہیں: "کم من فیت قلیلۃ، غلبت فیت کثیرۃ بے اللہ"۔</w:t>
      </w:r>
    </w:p>
    <w:p>
      <w:r>
        <w:rPr>
          <w:b/>
        </w:rPr>
        <w:t xml:space="preserve">[02:53] </w:t>
      </w:r>
      <w:r>
        <w:t>kitnay chotay giroh hain, jo aqalliyati giroh hain, woh Allah ke izn se</w:t>
      </w:r>
    </w:p>
    <w:p>
      <w:pPr>
        <w:jc w:val="right"/>
      </w:pPr>
      <w:r>
        <w:t>کتنے چھوٹے گروہ ہیں، جو اقلیتی گروہ ہیں، وہ اللہ کے اذن سے</w:t>
      </w:r>
    </w:p>
    <w:p>
      <w:r>
        <w:rPr>
          <w:b/>
        </w:rPr>
        <w:t xml:space="preserve">[03:08] </w:t>
      </w:r>
      <w:r>
        <w:t>baray giroh par ghalib aa jatay hain.</w:t>
      </w:r>
    </w:p>
    <w:p>
      <w:pPr>
        <w:jc w:val="right"/>
      </w:pPr>
      <w:r>
        <w:t>بڑے گروہ پر غالب آ جاتے ہیں۔</w:t>
      </w:r>
    </w:p>
    <w:p>
      <w:r>
        <w:rPr>
          <w:b/>
        </w:rPr>
        <w:t xml:space="preserve">[03:13] </w:t>
      </w:r>
      <w:r>
        <w:t>aap bataiye ke musalmanon ki yeh sab shor jhoot nahi to kiya hai? Woh kyunke quran ke khilaf hai.</w:t>
      </w:r>
    </w:p>
    <w:p>
      <w:pPr>
        <w:jc w:val="right"/>
      </w:pPr>
      <w:r>
        <w:t>آپ بتائیے کہ مسلمانوں کی یہ سب شور جھوٹ نہیں تو کیا ہے؟ وہ کیونکہ قرآن کے خلاف ہے۔</w:t>
      </w:r>
    </w:p>
    <w:p>
      <w:r>
        <w:rPr>
          <w:b/>
        </w:rPr>
        <w:t xml:space="preserve">[03:25] </w:t>
      </w:r>
      <w:r>
        <w:t>lekan sahi tareeqa yeh hai ke aap koi bhi masla ho to aap quran ko kholiye, is mein apnay maslay ka hal talash kijiye.</w:t>
      </w:r>
    </w:p>
    <w:p>
      <w:pPr>
        <w:jc w:val="right"/>
      </w:pPr>
      <w:r>
        <w:t>لیکن صحیح طریقہ یہ ہے کہ آپ کوئی بھی مسئلہ ہو تو آپ قرآن کو کھولیے، اس میں اپنے مسئلے کا حل تلاش کیجئے۔</w:t>
      </w:r>
    </w:p>
    <w:p>
      <w:r>
        <w:rPr>
          <w:b/>
        </w:rPr>
        <w:t xml:space="preserve">[03:40] </w:t>
      </w:r>
      <w:r>
        <w:t>mujhe yaqeen hai ke koi bhi masla, koi bhi masla,</w:t>
      </w:r>
    </w:p>
    <w:p>
      <w:pPr>
        <w:jc w:val="right"/>
      </w:pPr>
      <w:r>
        <w:t>مجھے یقین ہے کہ کوئی بھی مسئلہ، کوئی بھی مسئلہ،</w:t>
      </w:r>
    </w:p>
    <w:p>
      <w:r>
        <w:rPr>
          <w:b/>
        </w:rPr>
        <w:t xml:space="preserve">[03:47] </w:t>
      </w:r>
      <w:r>
        <w:t>hata ke shadi byah se le kar qomi maslay, sab mein aap yahi payein ge ke quran positive news de raha hai.</w:t>
      </w:r>
    </w:p>
    <w:p>
      <w:pPr>
        <w:jc w:val="right"/>
      </w:pPr>
      <w:r>
        <w:t>حتیٰ کہ شادی بیاہ سے لے کر قومی مسئلے، سب میں آپ یہی پائیں گے کہ قرآن پازیٹیو نیوز دے رہا ہے۔</w:t>
      </w:r>
    </w:p>
    <w:p>
      <w:r>
        <w:rPr>
          <w:b/>
        </w:rPr>
        <w:t xml:space="preserve">[03:58] </w:t>
      </w:r>
      <w:r>
        <w:t>aap ko quran ki har ayat positive ayat hai.</w:t>
      </w:r>
    </w:p>
    <w:p>
      <w:pPr>
        <w:jc w:val="right"/>
      </w:pPr>
      <w:r>
        <w:t>آپ کو قرآن کی ہر آیت پازیٹیو آیت ہے۔</w:t>
      </w:r>
    </w:p>
    <w:p>
      <w:r>
        <w:rPr>
          <w:b/>
        </w:rPr>
        <w:t xml:space="preserve">[04:10] </w:t>
      </w:r>
      <w:r>
        <w:t>to mein mera mizaj yeh hai ke mein yeh sochne lagta hoon, mein yeh nahi karta ke aik mang karoon hukumat se ke musalmanon ke liye khusoosi huqooq diye jayen, minority ke huqooq diye jayen.</w:t>
      </w:r>
    </w:p>
    <w:p>
      <w:pPr>
        <w:jc w:val="right"/>
      </w:pPr>
      <w:r>
        <w:t>تو میں میرا مزاج یہ ہے کہ میں یہ سوچنے لگتا ہوں، میں یہ نہیں کرتا کہ ایک مانگ کروں حکومت سے کہ مسلمانوں کے لیے خصوصی حقوق دیے جائیں، مایا ٹری کے حقوق دیے جائیں۔</w:t>
      </w:r>
    </w:p>
    <w:p>
      <w:r>
        <w:rPr>
          <w:b/>
        </w:rPr>
        <w:t xml:space="preserve">[04:32] </w:t>
      </w:r>
      <w:r>
        <w:t>jab india mein jab constitution ban raha tha to tamam leader aik hi awaz laga rahe thay ke constitution mein musalmanon ko minority rights diye jayen, warna musalman khatam ho jayen ge.</w:t>
      </w:r>
    </w:p>
    <w:p>
      <w:pPr>
        <w:jc w:val="right"/>
      </w:pPr>
      <w:r>
        <w:t>جب انڈیا میں جب کانسٹیٹیوشن بن رہا تھا تو تمام لیڈر ایک ہی آواز لگا رہے تھے کہ کانسٹیٹیوشن میں مسلمانوں کو مائٹ رائٹ دیے جائیں، ورنہ مسلمان ختم ہو جائیں گے۔</w:t>
      </w:r>
    </w:p>
    <w:p>
      <w:r>
        <w:rPr>
          <w:b/>
        </w:rPr>
        <w:t xml:space="preserve">[04:51] </w:t>
      </w:r>
      <w:r>
        <w:t>kya yeh yeh kya islam hai? Kya politics hai? Kya policy hai yeh?</w:t>
      </w:r>
    </w:p>
    <w:p>
      <w:pPr>
        <w:jc w:val="right"/>
      </w:pPr>
      <w:r>
        <w:t>کیا یہ یہ کیا اسلام ہے؟ کیا پالیٹکس ہے؟ کیا پالیسی ہے یہ؟</w:t>
      </w:r>
    </w:p>
    <w:p>
      <w:r>
        <w:rPr>
          <w:b/>
        </w:rPr>
        <w:t xml:space="preserve">[05:01] </w:t>
      </w:r>
      <w:r>
        <w:t>is ke bar aks aap ko yeh karna chahiye ke aap jo quran mein likha hua hai, us ko maan kar sochen.</w:t>
      </w:r>
    </w:p>
    <w:p>
      <w:pPr>
        <w:jc w:val="right"/>
      </w:pPr>
      <w:r>
        <w:t>اس کے برعکس آپ کو یہ کرنا چاہیے کہ آپ جو قرآن میں لکھا ہوا ہے، اس کو مان کر سوچیں۔</w:t>
      </w:r>
    </w:p>
    <w:p>
      <w:r>
        <w:rPr>
          <w:b/>
        </w:rPr>
        <w:t xml:space="preserve">[05:13] </w:t>
      </w:r>
      <w:r>
        <w:t>quran mein jo likha hai, us ko maan kar sochen, na ke is ke khilaf sochen. To mein is tarah sochta raha,</w:t>
      </w:r>
    </w:p>
    <w:p>
      <w:pPr>
        <w:jc w:val="right"/>
      </w:pPr>
      <w:r>
        <w:t>قرآن میں جو لکھا ہے، اس کو مان کر سوچیں، نہ کہ اس کے خلاف سوچیں۔ تو میں اس طرح سوچتا رہا،</w:t>
      </w:r>
    </w:p>
    <w:p>
      <w:r>
        <w:rPr>
          <w:b/>
        </w:rPr>
        <w:t xml:space="preserve">[05:26] </w:t>
      </w:r>
      <w:r>
        <w:t>yahan tak ke mujhe aik international report mili, us ko mein ne chhapa tha apni magazine mein. Aik international survey ki report,</w:t>
      </w:r>
    </w:p>
    <w:p>
      <w:pPr>
        <w:jc w:val="right"/>
      </w:pPr>
      <w:r>
        <w:t>یہاں تک کہ مجھے ایک انٹرنیشنل رپورٹ ملی، اس کو میں نے چھاپا تھا اپنی میگزین میں۔ ایک انٹرنیشنل سروے کی رپورٹ،</w:t>
      </w:r>
    </w:p>
    <w:p>
      <w:r>
        <w:rPr>
          <w:b/>
        </w:rPr>
        <w:t xml:space="preserve">[05:41] </w:t>
      </w:r>
      <w:r>
        <w:t>is mein law of nature bataya gaya tha. Yani jab mamla aisa ho ke aik taraf minority ho, doosri taraf majority ho,</w:t>
      </w:r>
    </w:p>
    <w:p>
      <w:pPr>
        <w:jc w:val="right"/>
      </w:pPr>
      <w:r>
        <w:t>اس میں لاء آف نیچر بتایا گیا تھا۔ یعنی جب معاملہ ایسا ہو کہ ایک طرف مناٹی ہو، دوسری طرف مایٹی ہو،</w:t>
      </w:r>
    </w:p>
    <w:p>
      <w:r>
        <w:rPr>
          <w:b/>
        </w:rPr>
        <w:t xml:space="preserve">[05:57] </w:t>
      </w:r>
      <w:r>
        <w:t>to us waqt kya hota hai? Yani law of nature kis tarah chalta hai?</w:t>
      </w:r>
    </w:p>
    <w:p>
      <w:pPr>
        <w:jc w:val="right"/>
      </w:pPr>
      <w:r>
        <w:t>تو اس وقت کیا ہوتا ہے؟ یعنی لاء آف نیچر کس طرح چلتا ہے؟</w:t>
      </w:r>
    </w:p>
    <w:p>
      <w:r>
        <w:rPr>
          <w:b/>
        </w:rPr>
        <w:t xml:space="preserve">[06:07] </w:t>
      </w:r>
      <w:r>
        <w:t>to is mein bataya gaya tha, yeh mein ne chhapa tha apni magazine mein ke law of nature yeh hai ke jab</w:t>
      </w:r>
    </w:p>
    <w:p>
      <w:pPr>
        <w:jc w:val="right"/>
      </w:pPr>
      <w:r>
        <w:t>تو اس میں بتایا گیا تھا، یہ میں نے چھاپا تھا اپنی میگزین میں کہ لاء آف نیچر یہ ہے کہ جب</w:t>
      </w:r>
    </w:p>
    <w:p>
      <w:r>
        <w:rPr>
          <w:b/>
        </w:rPr>
        <w:t xml:space="preserve">[06:19] </w:t>
      </w:r>
      <w:r>
        <w:t>aik community</w:t>
      </w:r>
    </w:p>
    <w:p>
      <w:pPr>
        <w:jc w:val="right"/>
      </w:pPr>
      <w:r>
        <w:t>ایک کمیونٹی</w:t>
      </w:r>
    </w:p>
    <w:p>
      <w:r>
        <w:rPr>
          <w:b/>
        </w:rPr>
        <w:t xml:space="preserve">[06:23] </w:t>
      </w:r>
      <w:r>
        <w:t>kamzor ho aur doosri community taqatwar ho,</w:t>
      </w:r>
    </w:p>
    <w:p>
      <w:pPr>
        <w:jc w:val="right"/>
      </w:pPr>
      <w:r>
        <w:t>کمزور ہو اور دوسری کمیونٹی طاقتور ہو،</w:t>
      </w:r>
    </w:p>
    <w:p>
      <w:r>
        <w:rPr>
          <w:b/>
        </w:rPr>
        <w:t xml:space="preserve">[06:31] </w:t>
      </w:r>
      <w:r>
        <w:t>jaisay quran ke alfaaz mein,</w:t>
      </w:r>
    </w:p>
    <w:p>
      <w:pPr>
        <w:jc w:val="right"/>
      </w:pPr>
      <w:r>
        <w:t>جیسے قرآن کے الفاظ میں،</w:t>
      </w:r>
    </w:p>
    <w:p>
      <w:r>
        <w:rPr>
          <w:b/>
        </w:rPr>
        <w:t xml:space="preserve">[06:43] </w:t>
      </w:r>
      <w:r>
        <w:t>qaleel ho aur kaseer ho,</w:t>
      </w:r>
    </w:p>
    <w:p>
      <w:pPr>
        <w:jc w:val="right"/>
      </w:pPr>
      <w:r>
        <w:t>قلیل ہو اور کثیر ہو،</w:t>
      </w:r>
    </w:p>
    <w:p>
      <w:r>
        <w:rPr>
          <w:b/>
        </w:rPr>
        <w:t xml:space="preserve">[06:51] </w:t>
      </w:r>
      <w:r>
        <w:t>to ajeeb ghareeb tor par is mein yeh baat thi musalmanon ki soch ke khilaf ke qaleel ghalib aata hai, kaseer kaseer pe kamzor aata hai, ghalib aata hai taqatwar par.</w:t>
      </w:r>
    </w:p>
    <w:p>
      <w:pPr>
        <w:jc w:val="right"/>
      </w:pPr>
      <w:r>
        <w:t>تو عجیب غریب طور پر اس میں یہ بات تھی مسلمانوں کی سوچ کے خلاف کہ قلیل غالب آتا ہے، کثیر کثیر پہ کمزور آتا ہے، غالب آتا ہے طاقتور پر۔</w:t>
      </w:r>
    </w:p>
    <w:p>
      <w:r>
        <w:rPr>
          <w:b/>
        </w:rPr>
        <w:t xml:space="preserve">[07:08] </w:t>
      </w:r>
      <w:r>
        <w:t>to report mein bataya gaya tha ke jab aisa ho ke aik taraf qaleel hai, aik taraf kaseer hai,</w:t>
      </w:r>
    </w:p>
    <w:p>
      <w:pPr>
        <w:jc w:val="right"/>
      </w:pPr>
      <w:r>
        <w:t>تو رپورٹ میں بتایا گیا تھا کہ جب ایسا ہو کہ ایک طرف قلیل ہے، ایک طرف کثیر ہے،</w:t>
      </w:r>
    </w:p>
    <w:p>
      <w:r>
        <w:rPr>
          <w:b/>
        </w:rPr>
        <w:t xml:space="preserve">[07:22] </w:t>
      </w:r>
      <w:r>
        <w:t>to us waqt aik law of nature jari ho jata hai. Ab woh hai yeh ke jo qaleel hai, jo kamzor hai,</w:t>
      </w:r>
    </w:p>
    <w:p>
      <w:pPr>
        <w:jc w:val="right"/>
      </w:pPr>
      <w:r>
        <w:t>تو اس وقت ایک لاء آف نیچر جاری ہو جاتا ہے۔ اب وہ ہے یہ کہ جو قلیل ہے، جو کمزور ہے،</w:t>
      </w:r>
    </w:p>
    <w:p>
      <w:r>
        <w:rPr>
          <w:b/>
        </w:rPr>
        <w:t xml:space="preserve">[07:38] </w:t>
      </w:r>
      <w:r>
        <w:t>us ke andar incentive barh jata hai, us ka incentive barh jata hai.</w:t>
      </w:r>
    </w:p>
    <w:p>
      <w:pPr>
        <w:jc w:val="right"/>
      </w:pPr>
      <w:r>
        <w:t>اس کے اندر انسنٹیو بڑھ جاتا ہے، اس کا انسنٹیو بڑھ جاتا ہے۔</w:t>
      </w:r>
    </w:p>
    <w:p>
      <w:r>
        <w:rPr>
          <w:b/>
        </w:rPr>
        <w:t xml:space="preserve">[07:53] </w:t>
      </w:r>
      <w:r>
        <w:t>yani</w:t>
      </w:r>
    </w:p>
    <w:p>
      <w:pPr>
        <w:jc w:val="right"/>
      </w:pPr>
      <w:r>
        <w:t>یعنی</w:t>
      </w:r>
    </w:p>
    <w:p>
      <w:r>
        <w:rPr>
          <w:b/>
        </w:rPr>
        <w:t xml:space="preserve">[07:58] </w:t>
      </w:r>
      <w:r>
        <w:t>asli cheez to law of nature hai. to law of nature agar incentive ko barha de to woh groh beshumar taqatwar groh ban jata, ban jayega.</w:t>
      </w:r>
    </w:p>
    <w:p>
      <w:pPr>
        <w:jc w:val="right"/>
      </w:pPr>
      <w:r>
        <w:t>اصلی چیز تو لاء آف نیچر ہے۔ تو لاء آف نیچر اگر انسنٹیو کو بڑھا دے تو وہ گروہ بے شمار طاقتور گروہ بن جاتا، بن جائے گا۔</w:t>
      </w:r>
    </w:p>
    <w:p>
      <w:r>
        <w:rPr>
          <w:b/>
        </w:rPr>
        <w:t xml:space="preserve">[08:19] </w:t>
      </w:r>
      <w:r>
        <w:t>yeh is mein likha tha aur maine yeh apni magazine mein chhapa tha,</w:t>
      </w:r>
    </w:p>
    <w:p>
      <w:pPr>
        <w:jc w:val="right"/>
      </w:pPr>
      <w:r>
        <w:t>یہ اس میں لکھا تھا اور میں نے یہ اپنی میگزین میں چھاپا تھا،</w:t>
      </w:r>
    </w:p>
    <w:p>
      <w:r>
        <w:rPr>
          <w:b/>
        </w:rPr>
        <w:t xml:space="preserve">[08:34] </w:t>
      </w:r>
      <w:r>
        <w:t>balkeh kai bar chhapa, kai bar chhapa.</w:t>
      </w:r>
    </w:p>
    <w:p>
      <w:pPr>
        <w:jc w:val="right"/>
      </w:pPr>
      <w:r>
        <w:t>بلکہ کئی بار چھاپا، کئی بار چھاپا۔</w:t>
      </w:r>
    </w:p>
    <w:p>
      <w:r>
        <w:rPr>
          <w:b/>
        </w:rPr>
        <w:t xml:space="preserve">[08:41] </w:t>
      </w:r>
      <w:r>
        <w:t>to phir maine is ko aur bhi detail mein study ki. to is mein yeh tha ke jo kamzor taqat hai,</w:t>
      </w:r>
    </w:p>
    <w:p>
      <w:pPr>
        <w:jc w:val="right"/>
      </w:pPr>
      <w:r>
        <w:t>تو پھر میں نے اس کو اور بھی ڈیٹیل میں اسٹڈی کی۔ تو اس میں یہ تھا کہ جو کمزور طاقت ہے،</w:t>
      </w:r>
    </w:p>
    <w:p>
      <w:r>
        <w:rPr>
          <w:b/>
        </w:rPr>
        <w:t xml:space="preserve">[08:57] </w:t>
      </w:r>
      <w:r>
        <w:t>iske andar creativity barhti hai, barhti hai, barhti hai, barhti hai, yahan tak ke kamzor thi pehle agar to ab woh taqatwar ho jati hai.</w:t>
      </w:r>
    </w:p>
    <w:p>
      <w:pPr>
        <w:jc w:val="right"/>
      </w:pPr>
      <w:r>
        <w:t>اس کے اندر کریٹیوٹی بڑھتی ہے، بڑھتی ہے، بڑھتی ہے، بڑھتی ہے، یہاں تک کہ کمزور تھی پہلے اگر تو اب وہ طاقتور ہو جاتی ہے۔</w:t>
      </w:r>
    </w:p>
    <w:p>
      <w:r>
        <w:rPr>
          <w:b/>
        </w:rPr>
        <w:t xml:space="preserve">[09:19] </w:t>
      </w:r>
      <w:r>
        <w:t>to maine ek mazmoon likha tha ke dunya mein log kehte hain ke falan log kamzor hain, falan log taqatwar hain.</w:t>
      </w:r>
    </w:p>
    <w:p>
      <w:pPr>
        <w:jc w:val="right"/>
      </w:pPr>
      <w:r>
        <w:t>تو میں نے ایک مضمون لکھا تھا کہ دنیا میں لوگ کہتے ہیں کہ فلاں لوگ کمزور ہیں، فلاں لوگ طاقتور ہیں۔</w:t>
      </w:r>
    </w:p>
    <w:p>
      <w:r>
        <w:rPr>
          <w:b/>
        </w:rPr>
        <w:t xml:space="preserve">[09:34] </w:t>
      </w:r>
      <w:r>
        <w:t>to equation kamzor aur taqatwar ka nahi hai.</w:t>
      </w:r>
    </w:p>
    <w:p>
      <w:pPr>
        <w:jc w:val="right"/>
      </w:pPr>
      <w:r>
        <w:t>تو ایکویشن کمزور اور طاقتور کا نہیں ہے۔</w:t>
      </w:r>
    </w:p>
    <w:p>
      <w:r>
        <w:rPr>
          <w:b/>
        </w:rPr>
        <w:t xml:space="preserve">[09:41] </w:t>
      </w:r>
      <w:r>
        <w:t>jo equation hai dunya mein, woh kamzor aur taqatwar ka nahi hai.</w:t>
      </w:r>
    </w:p>
    <w:p>
      <w:pPr>
        <w:jc w:val="right"/>
      </w:pPr>
      <w:r>
        <w:t>جو ایکویشن ہے دنیا میں، وہ کمزور اور طاقتور کا نہیں ہے۔</w:t>
      </w:r>
    </w:p>
    <w:p>
      <w:r>
        <w:rPr>
          <w:b/>
        </w:rPr>
        <w:t xml:space="preserve">[09:48] </w:t>
      </w:r>
      <w:r>
        <w:t>yani ghareeb aur ameer ka nahi hai,</w:t>
      </w:r>
    </w:p>
    <w:p>
      <w:pPr>
        <w:jc w:val="right"/>
      </w:pPr>
      <w:r>
        <w:t>یعنی غریب اور امیر کا نہیں ہے،</w:t>
      </w:r>
    </w:p>
    <w:p>
      <w:r>
        <w:rPr>
          <w:b/>
        </w:rPr>
        <w:t xml:space="preserve">[09:54] </w:t>
      </w:r>
      <w:r>
        <w:t>balkeh</w:t>
      </w:r>
    </w:p>
    <w:p>
      <w:pPr>
        <w:jc w:val="right"/>
      </w:pPr>
      <w:r>
        <w:t>بلکہ</w:t>
      </w:r>
    </w:p>
    <w:p>
      <w:r>
        <w:rPr>
          <w:b/>
        </w:rPr>
        <w:t xml:space="preserve">[10:02] </w:t>
      </w:r>
      <w:r>
        <w:t>kam incentive aur zyada incentive ka hai.</w:t>
      </w:r>
    </w:p>
    <w:p>
      <w:pPr>
        <w:jc w:val="right"/>
      </w:pPr>
      <w:r>
        <w:t>کم انسنٹیو اور زیادہ انسنٹیو کا ہے۔</w:t>
      </w:r>
    </w:p>
    <w:p>
      <w:r>
        <w:rPr>
          <w:b/>
        </w:rPr>
        <w:t xml:space="preserve">[10:08] </w:t>
      </w:r>
      <w:r>
        <w:t>ek aadmi jo affluent family mein paida ho, uske andar woh taqatwar incentive nahi hota jo us mein hota hai jo kamzor family mein paida ho.</w:t>
      </w:r>
    </w:p>
    <w:p>
      <w:pPr>
        <w:jc w:val="right"/>
      </w:pPr>
      <w:r>
        <w:t>ایک آدمی جو افلوئنٹ فیملی میں پیدا ہو، اس کے اندر وہ طاقتور انسنٹیو نہیں ہوتا جو اس میں ہوتا ہے جو کمزور فیملی میں پیدا ہو۔</w:t>
      </w:r>
    </w:p>
    <w:p>
      <w:r>
        <w:rPr>
          <w:b/>
        </w:rPr>
        <w:t xml:space="preserve">[10:28] </w:t>
      </w:r>
      <w:r>
        <w:t>to nateeja jo hota hai, woh yeh hai ke</w:t>
      </w:r>
    </w:p>
    <w:p>
      <w:pPr>
        <w:jc w:val="right"/>
      </w:pPr>
      <w:r>
        <w:t>تو نتیجہ جو ہوتا ہے، وہ یہ ہے کہ</w:t>
      </w:r>
    </w:p>
    <w:p>
      <w:r>
        <w:rPr>
          <w:b/>
        </w:rPr>
        <w:t xml:space="preserve">[10:34] </w:t>
      </w:r>
      <w:r>
        <w:t>kamzor taqatwar hota jata hai, jo kamzor hai woh taqatwar hota jata hai.</w:t>
      </w:r>
    </w:p>
    <w:p>
      <w:pPr>
        <w:jc w:val="right"/>
      </w:pPr>
      <w:r>
        <w:t>کمزور طاقتور ہوتا جاتا ہے، جو کمزور ہے وہ طاقتور ہوتا جاتا ہے۔</w:t>
      </w:r>
    </w:p>
    <w:p>
      <w:r>
        <w:rPr>
          <w:b/>
        </w:rPr>
        <w:t xml:space="preserve">[10:49] </w:t>
      </w:r>
      <w:r>
        <w:t>to aaj ek sahab jo ek bari company mein hain, to unhon ne bataya ke hamare haan</w:t>
      </w:r>
    </w:p>
    <w:p>
      <w:pPr>
        <w:jc w:val="right"/>
      </w:pPr>
      <w:r>
        <w:t>تو آج ایک صاحب جو ایک بڑی کمپنی میں ہیں، تو انہوں نے بتایا کہ ہمارے ہاں</w:t>
      </w:r>
    </w:p>
    <w:p>
      <w:r>
        <w:rPr>
          <w:b/>
        </w:rPr>
        <w:t xml:space="preserve">[11:05] </w:t>
      </w:r>
      <w:r>
        <w:t>selection ho raha tha naujawanon ka prest job ke liye. yeh ek bari company ki baat hai, aaj hi mujhe bataya gaya.</w:t>
      </w:r>
    </w:p>
    <w:p>
      <w:pPr>
        <w:jc w:val="right"/>
      </w:pPr>
      <w:r>
        <w:t>سلیکشن ہو رہا تھا نوجوانوں کا پریسٹ جاب کے لیے۔ یہ ایک بڑی کمپنی کی بات ہے، آج ہی مجھے بتایا گیا۔</w:t>
      </w:r>
    </w:p>
    <w:p>
      <w:r>
        <w:rPr>
          <w:b/>
        </w:rPr>
        <w:t xml:space="preserve">[11:20] </w:t>
      </w:r>
      <w:r>
        <w:t>to is mein</w:t>
      </w:r>
    </w:p>
    <w:p>
      <w:pPr>
        <w:jc w:val="right"/>
      </w:pPr>
      <w:r>
        <w:t>تو اس میں</w:t>
      </w:r>
    </w:p>
    <w:p>
      <w:r>
        <w:rPr>
          <w:b/>
        </w:rPr>
        <w:t xml:space="preserve">[11:24] </w:t>
      </w:r>
      <w:r>
        <w:t>muslim ladke kuch thay</w:t>
      </w:r>
    </w:p>
    <w:p>
      <w:pPr>
        <w:jc w:val="right"/>
      </w:pPr>
      <w:r>
        <w:t>مسلم لڑکے کچھ تھے</w:t>
      </w:r>
    </w:p>
    <w:p>
      <w:r>
        <w:rPr>
          <w:b/>
        </w:rPr>
        <w:t xml:space="preserve">[11:28] </w:t>
      </w:r>
      <w:r>
        <w:t>aur kuch non muslim thay. to unhon ne kaha ke muslim ladke bohat hi, bohat hi strong thay, har sawal ka jawab bohat yaqeen ke sath dene wale.</w:t>
      </w:r>
    </w:p>
    <w:p>
      <w:pPr>
        <w:jc w:val="right"/>
      </w:pPr>
      <w:r>
        <w:t>اور کچھ نان مسلم تھے۔ تو انہوں نے کہا کہ مسلم لڑکے بہت ہی، بہت ہی سٹرانگ تھے، ہر سوال کا جواب بہت یقین کے ساتھ دینے والے۔</w:t>
      </w:r>
    </w:p>
    <w:p>
      <w:r>
        <w:rPr>
          <w:b/>
        </w:rPr>
        <w:t xml:space="preserve">[11:47] </w:t>
      </w:r>
      <w:r>
        <w:t>yani top par in ka selection hua muslim ladkon ka. bohat shandar English bol rahe thay.</w:t>
      </w:r>
    </w:p>
    <w:p>
      <w:pPr>
        <w:jc w:val="right"/>
      </w:pPr>
      <w:r>
        <w:t>یعنی ٹاپ پر ان کا سلیکشن ہوا مسلم لڑکوں کا۔ بہت شاندار انگلش بول رہے تھے۔</w:t>
      </w:r>
    </w:p>
    <w:p>
      <w:r>
        <w:rPr>
          <w:b/>
        </w:rPr>
        <w:t xml:space="preserve">[11:58] </w:t>
      </w:r>
      <w:r>
        <w:t>hamare ulma to English ko haram kiye hue thay.</w:t>
      </w:r>
    </w:p>
    <w:p>
      <w:pPr>
        <w:jc w:val="right"/>
      </w:pPr>
      <w:r>
        <w:t>ہمارے علماء تو انگلش کو حرام کیے ہوئے تھے۔</w:t>
      </w:r>
    </w:p>
    <w:p>
      <w:r>
        <w:rPr>
          <w:b/>
        </w:rPr>
        <w:t xml:space="preserve">[12:03] </w:t>
      </w:r>
      <w:r>
        <w:t>iske bawajood law of nature ne kaam kiya. yani main is daur ka parda daar hoon jabke English parhna haram tha.</w:t>
      </w:r>
    </w:p>
    <w:p>
      <w:pPr>
        <w:jc w:val="right"/>
      </w:pPr>
      <w:r>
        <w:t>اس کے باوجود لاء آف نیچر نے کام کیا۔ یعنی میں اس دور کا پردہ دار ہوں جبکہ انگلش پڑھنا حرام تھا۔</w:t>
      </w:r>
    </w:p>
    <w:p>
      <w:r>
        <w:rPr>
          <w:b/>
        </w:rPr>
        <w:t xml:space="preserve">[12:13] </w:t>
      </w:r>
      <w:r>
        <w:t>haram matlab yeh ke ulma is ke khilaf bolte thay.</w:t>
      </w:r>
    </w:p>
    <w:p>
      <w:pPr>
        <w:jc w:val="right"/>
      </w:pPr>
      <w:r>
        <w:t>حرام مطلب یہ کہ علماء اس کے خلاف بولتے تھے۔</w:t>
      </w:r>
    </w:p>
    <w:p>
      <w:r>
        <w:rPr>
          <w:b/>
        </w:rPr>
        <w:t xml:space="preserve">[12:23] </w:t>
      </w:r>
      <w:r>
        <w:t>khud mein is ka shikar hua. maine school par to nahi parha, lekin mujhe shauq tha English parhne ka. to log bohat hi is ko achi nazar se nahi dekhte thay.</w:t>
      </w:r>
    </w:p>
    <w:p>
      <w:pPr>
        <w:jc w:val="right"/>
      </w:pPr>
      <w:r>
        <w:t>خود میں اس کا شکار ہوا۔ میں نے اسکول پر تو نہیں پڑھا، لیکن مجھے شوق تھا انگلش پڑھنے کا۔ تو لوگ بہت ہی اس کو اچھی نظر سے نہیں دیکھتے تھے۔</w:t>
      </w:r>
    </w:p>
    <w:p>
      <w:r>
        <w:rPr>
          <w:b/>
        </w:rPr>
        <w:t xml:space="preserve">[12:40] </w:t>
      </w:r>
      <w:r>
        <w:t>mein english parhta tha, english akhbar parhta tha, english kitabein parhta tha. to is ko achi nazar se nahi dekhte thay.</w:t>
      </w:r>
    </w:p>
    <w:p>
      <w:pPr>
        <w:jc w:val="right"/>
      </w:pPr>
      <w:r>
        <w:t>میں انگلش پڑھتا تھا، انگلش اخبار پڑھتا تھا، انگلش کتابیں پڑھتا تھا۔ تو اس کو اچھی نظر سے نہیں دیکھتے تھے۔</w:t>
      </w:r>
    </w:p>
    <w:p>
      <w:r>
        <w:rPr>
          <w:b/>
        </w:rPr>
        <w:t xml:space="preserve">[12:54] </w:t>
      </w:r>
      <w:r>
        <w:t>is ke bawajood aaj dekhte hain ke aaj musalman angrezi mein top kar rahe hain. is ke bawajood musalman angrezi mein top kar rahe hain.</w:t>
      </w:r>
    </w:p>
    <w:p>
      <w:pPr>
        <w:jc w:val="right"/>
      </w:pPr>
      <w:r>
        <w:t>اس کے باوجود آج دیکھتے ہیں کہ آج مسلمان انگریزی میں ٹاپ کر رہے ہیں۔ اس کے باوجود مسلمان انگریزی میں ٹاپ کر رہے ہیں۔</w:t>
      </w:r>
    </w:p>
    <w:p>
      <w:r>
        <w:rPr>
          <w:b/>
        </w:rPr>
        <w:t xml:space="preserve">[13:04] </w:t>
      </w:r>
      <w:r>
        <w:t>is liye ke halaat asal nahi hain, incentive asal cheez hai. yaad rakhiye, ghareeb aur ameer se kuch nahi hota.</w:t>
      </w:r>
    </w:p>
    <w:p>
      <w:pPr>
        <w:jc w:val="right"/>
      </w:pPr>
      <w:r>
        <w:t>اس لیے کہ حالات اصل نہیں ہیں، انسنٹیو اصل چیز ہے۔ یاد رکھیے، غریب اور امیر سے کچھ نہیں ہوتا۔</w:t>
      </w:r>
    </w:p>
    <w:p>
      <w:r>
        <w:rPr>
          <w:b/>
        </w:rPr>
        <w:t xml:space="preserve">[13:17] </w:t>
      </w:r>
      <w:r>
        <w:t>incentive asal cheez hai.</w:t>
      </w:r>
    </w:p>
    <w:p>
      <w:pPr>
        <w:jc w:val="right"/>
      </w:pPr>
      <w:r>
        <w:t>انسنٹیو اصل چیز ہے۔</w:t>
      </w:r>
    </w:p>
    <w:p>
      <w:r>
        <w:rPr>
          <w:b/>
        </w:rPr>
        <w:t xml:space="preserve">[13:24] </w:t>
      </w:r>
      <w:r>
        <w:t>to incentive ki wajah se musalmanon mein incentive jaaga. unhon ne dekha, musalmanon ne dekha,</w:t>
      </w:r>
    </w:p>
    <w:p>
      <w:pPr>
        <w:jc w:val="right"/>
      </w:pPr>
      <w:r>
        <w:t>تو انسنٹیو کی وجہ سے مسلمانوں میں انسنٹیو جاگا۔ انہوں نے دیکھا، مسلمانوں نے دیکھا،</w:t>
      </w:r>
    </w:p>
    <w:p>
      <w:r>
        <w:rPr>
          <w:b/>
        </w:rPr>
        <w:t xml:space="preserve">[13:33] </w:t>
      </w:r>
      <w:r>
        <w:t>musalmanon ne dekha ke woh is mulk mein</w:t>
      </w:r>
    </w:p>
    <w:p>
      <w:pPr>
        <w:jc w:val="right"/>
      </w:pPr>
      <w:r>
        <w:t>مسلمانوں نے دیکھا کہ وہ اس ملک میں</w:t>
      </w:r>
    </w:p>
    <w:p>
      <w:r>
        <w:rPr>
          <w:b/>
        </w:rPr>
        <w:t xml:space="preserve">[13:41] </w:t>
      </w:r>
      <w:r>
        <w:t>mighty bhi nahi hai, woh mighty mein hai. to akhbaron mein sunte sunte jab se mein parhna shuru kiya, mein ne to mein ne dekha tamam akhbaron mein musalmanon ki jo jo jo ho rahi hai, musalman kamzor hain, musalman pichre hain, musalmanon ko yeh nahi milta, musalmanon ko woh nahi milta.</w:t>
      </w:r>
    </w:p>
    <w:p>
      <w:pPr>
        <w:jc w:val="right"/>
      </w:pPr>
      <w:r>
        <w:t>مایٹی بھی نہیں ہے، وہ مایٹی میں ہے۔ تو اخباروں میں سنتے سنتے جب سے میں پڑھنا شروع کیا، میں نے تو میں نے دیکھا تمام اخباروں میں مسلمانوں کی جو جو جو ہو رہی ہے، مسلمان کمزور ہیں، مسلمان پچھڑے ہیں، مسلمانوں کو یہ نہیں ملتا، مسلمانوں کو وہ نہیں ملتا۔</w:t>
      </w:r>
    </w:p>
    <w:p>
      <w:r>
        <w:rPr>
          <w:b/>
        </w:rPr>
        <w:t xml:space="preserve">[14:10] </w:t>
      </w:r>
      <w:r>
        <w:t>is ne musalmanon ke andar, apne andar ehsas ko to nahi paida kiya, balkeh incentive ko barhaya</w:t>
      </w:r>
    </w:p>
    <w:p>
      <w:pPr>
        <w:jc w:val="right"/>
      </w:pPr>
      <w:r>
        <w:t>اس نے مسلمانوں کے اندر، اپنے اندر احساس کو تو نہیں پیدا کیا، بلکہ انسنٹیو کو بڑھایا</w:t>
      </w:r>
    </w:p>
    <w:p>
      <w:r>
        <w:rPr>
          <w:b/>
        </w:rPr>
        <w:t xml:space="preserve">[14:21] </w:t>
      </w:r>
      <w:r>
        <w:t>ke hum ziyada mehnat karein ge</w:t>
      </w:r>
    </w:p>
    <w:p>
      <w:pPr>
        <w:jc w:val="right"/>
      </w:pPr>
      <w:r>
        <w:t>کہ ہم زیادہ محنت کریں گے</w:t>
      </w:r>
    </w:p>
    <w:p>
      <w:r>
        <w:rPr>
          <w:b/>
        </w:rPr>
        <w:t xml:space="preserve">[14:29] </w:t>
      </w:r>
      <w:r>
        <w:t>to hum ko qom bhi mile gi. yaani mujhe aik waqia yaad aaya, mein jab aaya dilli mein pehli baar 1967 mein to mein jamiat building mein rehta tha.</w:t>
      </w:r>
    </w:p>
    <w:p>
      <w:pPr>
        <w:jc w:val="right"/>
      </w:pPr>
      <w:r>
        <w:t>تو ہم کو قوم بھی ملے گی۔ یعنی مجھے ایک واقعہ یاد آیا، میں جب آیا دلی میں پہلی بار 1967 میں تو میں جامعیت بلڈنگ میں رہتا تھا۔</w:t>
      </w:r>
    </w:p>
    <w:p>
      <w:r>
        <w:rPr>
          <w:b/>
        </w:rPr>
        <w:t xml:space="preserve">[14:46] </w:t>
      </w:r>
      <w:r>
        <w:t>wahan ke</w:t>
      </w:r>
    </w:p>
    <w:p>
      <w:pPr>
        <w:jc w:val="right"/>
      </w:pPr>
      <w:r>
        <w:t>وہاں کے</w:t>
      </w:r>
    </w:p>
    <w:p>
      <w:r>
        <w:rPr>
          <w:b/>
        </w:rPr>
        <w:t xml:space="preserve">[14:50] </w:t>
      </w:r>
      <w:r>
        <w:t>building mein mere paas do kamre thay.</w:t>
      </w:r>
    </w:p>
    <w:p>
      <w:pPr>
        <w:jc w:val="right"/>
      </w:pPr>
      <w:r>
        <w:t>بلڈنگ میں میرے پاس دو کمرے تھے۔</w:t>
      </w:r>
    </w:p>
    <w:p>
      <w:r>
        <w:rPr>
          <w:b/>
        </w:rPr>
        <w:t xml:space="preserve">[14:56] </w:t>
      </w:r>
      <w:r>
        <w:t>to mujhe yaad hai ke is daur, is zamane mein</w:t>
      </w:r>
    </w:p>
    <w:p>
      <w:pPr>
        <w:jc w:val="right"/>
      </w:pPr>
      <w:r>
        <w:t>تو مجھے یاد ہے کہ اس دور، اس زمانے میں</w:t>
      </w:r>
    </w:p>
    <w:p>
      <w:r>
        <w:rPr>
          <w:b/>
        </w:rPr>
        <w:t xml:space="preserve">[15:02] </w:t>
      </w:r>
      <w:r>
        <w:t>aik boodhi عورت aayi, hamari yaani woh aisi thi, ghareeb عورت thi.</w:t>
      </w:r>
    </w:p>
    <w:p>
      <w:pPr>
        <w:jc w:val="right"/>
      </w:pPr>
      <w:r>
        <w:t>ایک بوڑھی عورت آئی، ہماری یعنی وہ ایسی تھی، غریب عورت تھی۔</w:t>
      </w:r>
    </w:p>
    <w:p>
      <w:r>
        <w:rPr>
          <w:b/>
        </w:rPr>
        <w:t xml:space="preserve">[15:15] </w:t>
      </w:r>
      <w:r>
        <w:t>to meri biwi se us ki baat hui, mujh se to nahi hui direct.</w:t>
      </w:r>
    </w:p>
    <w:p>
      <w:pPr>
        <w:jc w:val="right"/>
      </w:pPr>
      <w:r>
        <w:t>تو میری بیوی سے اس کی بات ہوئی، مجھ سے تو نہیں ہوئی ڈائریکٹ۔</w:t>
      </w:r>
    </w:p>
    <w:p>
      <w:r>
        <w:rPr>
          <w:b/>
        </w:rPr>
        <w:t xml:space="preserve">[15:23] </w:t>
      </w:r>
      <w:r>
        <w:t>to meri biwi ne bataya, sahib ka naam tha sabira khatoon,</w:t>
      </w:r>
    </w:p>
    <w:p>
      <w:pPr>
        <w:jc w:val="right"/>
      </w:pPr>
      <w:r>
        <w:t>تو میری بیوی نے بتایا، صاحب کا نام تھا صابرہ خاتون،</w:t>
      </w:r>
    </w:p>
    <w:p>
      <w:r>
        <w:rPr>
          <w:b/>
        </w:rPr>
        <w:t xml:space="preserve">[15:30] </w:t>
      </w:r>
      <w:r>
        <w:t>ke woh baithi thi apne do bachon ko le kar.</w:t>
      </w:r>
    </w:p>
    <w:p>
      <w:pPr>
        <w:jc w:val="right"/>
      </w:pPr>
      <w:r>
        <w:t>کہ وہ بیٹھی تھی اپنے دو بچوں کو لے کر۔</w:t>
      </w:r>
    </w:p>
    <w:p>
      <w:r>
        <w:rPr>
          <w:b/>
        </w:rPr>
        <w:t xml:space="preserve">[15:39] </w:t>
      </w:r>
      <w:r>
        <w:t>to apne bachon se woh keh rahi thi ke parh lo, parh lo, yahi kaam aaye gi. nahi parho ge to tumhara koi</w:t>
      </w:r>
    </w:p>
    <w:p>
      <w:pPr>
        <w:jc w:val="right"/>
      </w:pPr>
      <w:r>
        <w:t>تو اپنے بچوں سے وہ کہہ رہی تھی کہ پڑھ لو، پڑھ لو، یہی کام آئے گی۔ نہیں پڑھو گے تو تمہارا کوئی</w:t>
      </w:r>
    </w:p>
    <w:p>
      <w:r>
        <w:rPr>
          <w:b/>
        </w:rPr>
        <w:t xml:space="preserve">[15:54] </w:t>
      </w:r>
      <w:r>
        <w:t>pochne wala nahi hai. yaani is ka pichra pan is ke maa baap ko sikha raha tha ke apne bachon ko kaho ke parhein, parhein, parhein, parhein.</w:t>
      </w:r>
    </w:p>
    <w:p>
      <w:pPr>
        <w:jc w:val="right"/>
      </w:pPr>
      <w:r>
        <w:t>پوچھنے والا نہیں ہے۔ یعنی اس کا پچھڑا پن اس کے ماں باپ کو سکھا رہا تھا کہ اپنے بچوں کو کہو کہ پڑھیں، پڑھیں، پڑھیں، پڑھیں۔</w:t>
      </w:r>
    </w:p>
    <w:p>
      <w:r>
        <w:rPr>
          <w:b/>
        </w:rPr>
        <w:t xml:space="preserve">[16:07] </w:t>
      </w:r>
      <w:r>
        <w:t>to aaj jab mein ne suna ke</w:t>
      </w:r>
    </w:p>
    <w:p>
      <w:pPr>
        <w:jc w:val="right"/>
      </w:pPr>
      <w:r>
        <w:t>تو آج جب میں نے سنا کہ</w:t>
      </w:r>
    </w:p>
    <w:p>
      <w:r>
        <w:rPr>
          <w:b/>
        </w:rPr>
        <w:t xml:space="preserve">[16:13] </w:t>
      </w:r>
      <w:r>
        <w:t>jo competition hua, is mein Muslim bachhe fluent English bol rahe thay, to yeh yeh yeh is liye nahi hai ke woh achhe English, achhe English school mein parhe hue thay.</w:t>
      </w:r>
    </w:p>
    <w:p>
      <w:pPr>
        <w:jc w:val="right"/>
      </w:pPr>
      <w:r>
        <w:t>جو کمپیٹیشن ہوا، اس میں مسلم بچے فرفر انگلش بول رہے تھے، تو یہ یہ یہ اس لیے نہیں ہے کہ وہ اچھے انگلش، اچھے انگلش اسکول میں پڑھے ہوئے تھے۔</w:t>
      </w:r>
    </w:p>
    <w:p>
      <w:r>
        <w:rPr>
          <w:b/>
        </w:rPr>
        <w:t xml:space="preserve">[16:28] </w:t>
      </w:r>
      <w:r>
        <w:t>woh good English school ka karname nahi tha, yeh yeh tha incentive ka karname.</w:t>
      </w:r>
    </w:p>
    <w:p>
      <w:pPr>
        <w:jc w:val="right"/>
      </w:pPr>
      <w:r>
        <w:t>وہ گڈ انگلش اسکول کا کارنامہ نہیں تھا، یہ یہ تھا انسنٹیو کا کارنامہ۔</w:t>
      </w:r>
    </w:p>
    <w:p>
      <w:r>
        <w:rPr>
          <w:b/>
        </w:rPr>
        <w:t xml:space="preserve">[16:40] </w:t>
      </w:r>
      <w:r>
        <w:t>aaj jin bachon ke baray mein mein ne suna ke woh shandar english bol rahe thay aur muqable ke imtehan mein kamyab ho rahe thay,</w:t>
      </w:r>
    </w:p>
    <w:p>
      <w:pPr>
        <w:jc w:val="right"/>
      </w:pPr>
      <w:r>
        <w:t>آج جن بچوں کے بارے میں میں نے سنا کہ وہ شاندار انگلش بول رہے تھے اور مقابلے کے امتحان میں کامیاب ہو رہے تھے،</w:t>
      </w:r>
    </w:p>
    <w:p>
      <w:r>
        <w:rPr>
          <w:b/>
        </w:rPr>
        <w:t xml:space="preserve">[16:55] </w:t>
      </w:r>
      <w:r>
        <w:t>to woh is liye nahi achhe thay ke achhi English school mein parha unhon ne, balkeh un ke halaat ne un ke andar incentive jagaya.</w:t>
      </w:r>
    </w:p>
    <w:p>
      <w:pPr>
        <w:jc w:val="right"/>
      </w:pPr>
      <w:r>
        <w:t>تو وہ اس لیے نہیں اچھے تھے کہ اچھی انگلش اسکول میں پڑھا انہوں نے، بلکہ ان کے حالات نے ان کے اندر انسنٹیو جگایا۔</w:t>
      </w:r>
    </w:p>
    <w:p>
      <w:r>
        <w:rPr>
          <w:b/>
        </w:rPr>
        <w:t xml:space="preserve">[17:07] </w:t>
      </w:r>
      <w:r>
        <w:t>incentive jagaya. yaad rakhiye, sab se bari cheez incentive hai. sab se bari cheez incentive hai.</w:t>
      </w:r>
    </w:p>
    <w:p>
      <w:pPr>
        <w:jc w:val="right"/>
      </w:pPr>
      <w:r>
        <w:t>انسنٹیو جگایا۔ یاد رکھیے، سب سے بڑی چیز انسنٹیو ہے۔ سب سے بڑی چیز انسنٹیو ہے۔</w:t>
      </w:r>
    </w:p>
    <w:p>
      <w:r>
        <w:rPr>
          <w:b/>
        </w:rPr>
        <w:t xml:space="preserve">[17:20] </w:t>
      </w:r>
      <w:r>
        <w:t>sab se bari cheez incentive hai. incentive ka matlab hai morikh, morikh, daaiya.</w:t>
      </w:r>
    </w:p>
    <w:p>
      <w:pPr>
        <w:jc w:val="right"/>
      </w:pPr>
      <w:r>
        <w:t>سب سے بڑی چیز انسنٹیو ہے۔ انسنٹیو کا مطلب ہے مورخ، مورخ، داعیہ۔</w:t>
      </w:r>
    </w:p>
    <w:p>
      <w:r>
        <w:rPr>
          <w:b/>
        </w:rPr>
        <w:t xml:space="preserve">[17:31] </w:t>
      </w:r>
      <w:r>
        <w:t>to aap ko kuch nahi karna hai, kuch nahi karna hai, koi tareekh nahi jana, bas bachon mein insentyo jaga dijiye.</w:t>
      </w:r>
    </w:p>
    <w:p>
      <w:pPr>
        <w:jc w:val="right"/>
      </w:pPr>
      <w:r>
        <w:t>تو آپ کو کچھ نہیں کرنا ہے، کچھ نہیں کرنا ہے، کوئی تاریخ نہیں جانا، بس بچوں میں انسنٹیو جگا دیجیے۔</w:t>
      </w:r>
    </w:p>
    <w:p>
      <w:r>
        <w:rPr>
          <w:b/>
        </w:rPr>
        <w:t xml:space="preserve">[17:43] </w:t>
      </w:r>
      <w:r>
        <w:t>bachon mein incentive jaga dijiye. aur is par woh kya hoga? hero ban jayenge, hero, hero.</w:t>
      </w:r>
    </w:p>
    <w:p>
      <w:pPr>
        <w:jc w:val="right"/>
      </w:pPr>
      <w:r>
        <w:t>بچوں میں انسنٹیو جگا دیجیے۔ اور اس پر وہ کیا ہوگا؟ ہیرو بن جائیں گے، ہیرو، ہیرو۔</w:t>
      </w:r>
    </w:p>
    <w:p>
      <w:r>
        <w:rPr>
          <w:b/>
        </w:rPr>
        <w:t xml:space="preserve">[18:03] </w:t>
      </w:r>
      <w:r>
        <w:t>main ne aaj kuch bachon ka haal mujhe maloom hua. main ziyada tar bhi kuch bachon ka haal aaj jaanta hoon ke un ke paas kuch nahi tha, lekin incentive tha to top kar gaye.</w:t>
      </w:r>
    </w:p>
    <w:p>
      <w:pPr>
        <w:jc w:val="right"/>
      </w:pPr>
      <w:r>
        <w:t>میں نے آج کچھ بچوں کا حال مجھے معلوم ہوا۔ میں زیادہ تر بھی کچھ بچوں کا حال آج جانتا ہوں کہ ان کے پاس کچھ نہیں تھا، لیکن انسنٹیو تھا تو ٹاپ کر گئے۔</w:t>
      </w:r>
    </w:p>
    <w:p>
      <w:r>
        <w:rPr>
          <w:b/>
        </w:rPr>
        <w:t xml:space="preserve">[18:21] </w:t>
      </w:r>
      <w:r>
        <w:t>top kiya unhon ne, top? main naam le kar yahan kehna nahi chahta, lekin main jaanta hoon. main ne apni magazine nurse mein bar bar aise waqiaat parhe hain, chhappe hain.</w:t>
      </w:r>
    </w:p>
    <w:p>
      <w:pPr>
        <w:jc w:val="right"/>
      </w:pPr>
      <w:r>
        <w:t>ٹاپ کیا انہوں نے، ٹاپ؟ میں نام لے کر یہاں کہنا نہیں چاہتا، لیکن میں جانتا ہوں۔ میں نے اپنی میگزین نرس میں بار بار ایسے واقعات پڑھے ہیں، چھاپے ہیں۔</w:t>
      </w:r>
    </w:p>
    <w:p>
      <w:r>
        <w:rPr>
          <w:b/>
        </w:rPr>
        <w:t xml:space="preserve">[18:39] </w:t>
      </w:r>
      <w:r>
        <w:t>to jo log musalmanon ko darate hain, woh musalmanon ke khair khwah nahi hain.</w:t>
      </w:r>
    </w:p>
    <w:p>
      <w:pPr>
        <w:jc w:val="right"/>
      </w:pPr>
      <w:r>
        <w:t>تو جو لوگ مسلمانوں کو ڈراتے ہیں، وہ مسلمانوں کے خیر خواہ نہیں ہیں۔</w:t>
      </w:r>
    </w:p>
    <w:p>
      <w:r>
        <w:rPr>
          <w:b/>
        </w:rPr>
        <w:t xml:space="preserve">[18:50] </w:t>
      </w:r>
      <w:r>
        <w:t>musalmanon ke khair khwah woh hain jo quran ki un ayaton ko sikhayen, batayen.</w:t>
      </w:r>
    </w:p>
    <w:p>
      <w:pPr>
        <w:jc w:val="right"/>
      </w:pPr>
      <w:r>
        <w:t>مسلمانوں کے خیر خواہ وہ ہیں جو قرآن کی ان آیتوں کو سکھائیں، بتائیں۔</w:t>
      </w:r>
    </w:p>
    <w:p>
      <w:r>
        <w:rPr>
          <w:b/>
        </w:rPr>
        <w:t xml:space="preserve">[19:08] </w:t>
      </w:r>
      <w:r>
        <w:t>allah! woh jo musalmanon ke batayen ke koi leader kuch bhi bolay, bolne do, koi party kuch bhi kahe, kehne do.</w:t>
      </w:r>
    </w:p>
    <w:p>
      <w:pPr>
        <w:jc w:val="right"/>
      </w:pPr>
      <w:r>
        <w:t>اللہ! وہ جو مسلمانوں کے بتائیں کہ کوئی لیڈر کچھ بھی بولے، بولنے دو، کوئی پارٹی کچھ بھی کہے، کہنے دو۔</w:t>
      </w:r>
    </w:p>
    <w:p>
      <w:r>
        <w:rPr>
          <w:b/>
        </w:rPr>
        <w:t xml:space="preserve">[19:18] </w:t>
      </w:r>
      <w:r>
        <w:t>tum allah rab ul alameen kya keh raha hai, is ko dekho.</w:t>
      </w:r>
    </w:p>
    <w:p>
      <w:pPr>
        <w:jc w:val="right"/>
      </w:pPr>
      <w:r>
        <w:t>تم اللہ رب العالمین کیا کہہ رہا ہے، اس کو دیکھو۔</w:t>
      </w:r>
    </w:p>
    <w:p>
      <w:r>
        <w:rPr>
          <w:b/>
        </w:rPr>
        <w:t xml:space="preserve">[19:26] </w:t>
      </w:r>
      <w:r>
        <w:t>koi akhbar kya likh raha hai, likhne do. koi leader kya keh raha hai, kehne do. koi party kya keh rahi hai, kehne do.</w:t>
      </w:r>
    </w:p>
    <w:p>
      <w:pPr>
        <w:jc w:val="right"/>
      </w:pPr>
      <w:r>
        <w:t>کوئی اخبار کیا لکھ رہا ہے، لکھنے دو۔ کوئی لیڈر کیا کہہ رہا ہے، کہنے دو۔ کوئی پارٹی کیا کہہ رہی ہے، کہنے دو۔</w:t>
      </w:r>
    </w:p>
    <w:p>
      <w:r>
        <w:rPr>
          <w:b/>
        </w:rPr>
        <w:t xml:space="preserve">[19:38] </w:t>
      </w:r>
      <w:r>
        <w:t>tum dekho ke kitab allah kya keh rahi hai, allah ka qanoon kya keh raha hai.</w:t>
      </w:r>
    </w:p>
    <w:p>
      <w:pPr>
        <w:jc w:val="right"/>
      </w:pPr>
      <w:r>
        <w:t>تم دیکھو کہ کتاب اللہ کیا کہہ رہی ہے، اللہ کا قانون کیا کہہ رہا ہے۔</w:t>
      </w:r>
    </w:p>
    <w:p>
      <w:r>
        <w:rPr>
          <w:b/>
        </w:rPr>
        <w:t xml:space="preserve">[19:51] </w:t>
      </w:r>
      <w:r>
        <w:t>to tum paoge, agar aap is tarah se study karen to aap payenge</w:t>
      </w:r>
    </w:p>
    <w:p>
      <w:pPr>
        <w:jc w:val="right"/>
      </w:pPr>
      <w:r>
        <w:t>تو تم پاؤ گے، اگر آپ اس طرح سے اسٹڈی کریں تو آپ پائیں گے</w:t>
      </w:r>
    </w:p>
    <w:p>
      <w:r>
        <w:rPr>
          <w:b/>
        </w:rPr>
        <w:t xml:space="preserve">[20:01] </w:t>
      </w:r>
      <w:r>
        <w:t>ke yeh darasal insentyo hai</w:t>
      </w:r>
    </w:p>
    <w:p>
      <w:pPr>
        <w:jc w:val="right"/>
      </w:pPr>
      <w:r>
        <w:t>کہ یہ دراصل انسنٹیو ہے</w:t>
      </w:r>
    </w:p>
    <w:p>
      <w:r>
        <w:rPr>
          <w:b/>
        </w:rPr>
        <w:t xml:space="preserve">[20:08] </w:t>
      </w:r>
      <w:r>
        <w:t>jo insaan ko top par le aati hai, taraqqi ki taraf le aati hai.</w:t>
      </w:r>
    </w:p>
    <w:p>
      <w:pPr>
        <w:jc w:val="right"/>
      </w:pPr>
      <w:r>
        <w:t>جو انسان کو ٹاپ پر لے آتی ہے، ترقی کی طرف لے آتی ہے۔</w:t>
      </w:r>
    </w:p>
    <w:p>
      <w:r>
        <w:rPr>
          <w:b/>
        </w:rPr>
        <w:t xml:space="preserve">[20:21] </w:t>
      </w:r>
      <w:r>
        <w:t>main aadha bond mein jab tha to wahan jahan masjid ke bahir aik kamra hota tha, to main ne dekha ke aik talib ilm tha, aik talib ilm bilkul phatte purane kapre pehanta tha woh, lekin is kamre ko is ne kiraye par le rakha tha.</w:t>
      </w:r>
    </w:p>
    <w:p>
      <w:pPr>
        <w:jc w:val="right"/>
      </w:pPr>
      <w:r>
        <w:t>میں آدھا بونڈ میں جب تھا تو وہاں جہاں مسجد کے باہر ایک کمرہ ہوتا تھا، تو میں نے دیکھا کہ ایک طالب علم تھا، ایک طالب علم بالکل پھٹے پرانے کپڑے پہنتا تھا وہ، لیکن اس کمرے کو اس نے کرائے پر لے رکھا تھا۔</w:t>
      </w:r>
    </w:p>
    <w:p>
      <w:r>
        <w:rPr>
          <w:b/>
        </w:rPr>
        <w:t xml:space="preserve">[20:49] </w:t>
      </w:r>
      <w:r>
        <w:t>dekhne mein ghareeb tha, lekin is ne is kamre ko kiraye par rakha tha. to aik din main is kamre mein gaya, aik din main is kamre mein gaya to main ne dekha ke woh larka,</w:t>
      </w:r>
    </w:p>
    <w:p>
      <w:pPr>
        <w:jc w:val="right"/>
      </w:pPr>
      <w:r>
        <w:t>دیکھنے میں غریب تھا، لیکن اس نے اس کمرے کو کرائے پر رکھا تھا۔ تو ایک دن میں اس کمرے میں گیا، ایک دن میں اس کمرے میں گیا تو میں نے دیکھا کہ وہ لڑکا،</w:t>
      </w:r>
    </w:p>
    <w:p>
      <w:r>
        <w:rPr>
          <w:b/>
        </w:rPr>
        <w:t xml:space="preserve">[21:04] </w:t>
      </w:r>
      <w:r>
        <w:t>us ke baal bare bare baal hain aur bohat hi maamooli kamra hai,</w:t>
      </w:r>
    </w:p>
    <w:p>
      <w:pPr>
        <w:jc w:val="right"/>
      </w:pPr>
      <w:r>
        <w:t>اس کے بال بڑے بڑے بال ہیں اور بہت ہی معمولی کمرہ ہے،</w:t>
      </w:r>
    </w:p>
    <w:p>
      <w:r>
        <w:rPr>
          <w:b/>
        </w:rPr>
        <w:t xml:space="preserve">[21:13] </w:t>
      </w:r>
      <w:r>
        <w:t>koi is ka dost nahi, bas woh parh raha hai, parh raha hai, parh raha hai.</w:t>
      </w:r>
    </w:p>
    <w:p>
      <w:pPr>
        <w:jc w:val="right"/>
      </w:pPr>
      <w:r>
        <w:t>کوئی اس کا دوست نہیں، بس وہ پڑھ رہا ہے، پڑھ رہا ہے، پڑھ رہا ہے۔</w:t>
      </w:r>
    </w:p>
    <w:p>
      <w:r>
        <w:rPr>
          <w:b/>
        </w:rPr>
        <w:t xml:space="preserve">[21:20] </w:t>
      </w:r>
      <w:r>
        <w:t>to is larkay ne se main ne poocha,</w:t>
      </w:r>
    </w:p>
    <w:p>
      <w:pPr>
        <w:jc w:val="right"/>
      </w:pPr>
      <w:r>
        <w:t>تو اس لڑکے نے سے میں نے پوچھا،</w:t>
      </w:r>
    </w:p>
    <w:p>
      <w:r>
        <w:rPr>
          <w:b/>
        </w:rPr>
        <w:t xml:space="preserve">[21:27] </w:t>
      </w:r>
      <w:r>
        <w:t>to is larkay ne kaha tha ke ke main ghareeb baap ka beta hoon.</w:t>
      </w:r>
    </w:p>
    <w:p>
      <w:pPr>
        <w:jc w:val="right"/>
      </w:pPr>
      <w:r>
        <w:t>تو اس لڑکے نے کہا تھا کہ کہ میں غریب باپ کا بیٹا ہوں۔</w:t>
      </w:r>
    </w:p>
    <w:p>
      <w:r>
        <w:rPr>
          <w:b/>
        </w:rPr>
        <w:t xml:space="preserve">[21:36] </w:t>
      </w:r>
      <w:r>
        <w:t>us ne kaha tha us waqt, bohat pehle ki baat hai ke main ghareeb baap ka beta hoon.</w:t>
      </w:r>
    </w:p>
    <w:p>
      <w:pPr>
        <w:jc w:val="right"/>
      </w:pPr>
      <w:r>
        <w:t>اس نے کہا تھا اس وقت، بہت پہلے کی بات ہے کہ میں غریب باپ کا بیٹا ہوں۔</w:t>
      </w:r>
    </w:p>
    <w:p>
      <w:r>
        <w:rPr>
          <w:b/>
        </w:rPr>
        <w:t xml:space="preserve">[21:45] </w:t>
      </w:r>
      <w:r>
        <w:t>mere paas aik hi سرمایہ hai, mere paas aik hi capital hai, woh hai mehnat, hard working.</w:t>
      </w:r>
    </w:p>
    <w:p>
      <w:pPr>
        <w:jc w:val="right"/>
      </w:pPr>
      <w:r>
        <w:t>میرے پاس ایک ہی سرمایہ ہے، میرے پاس ایک ہی کیپیٹل ہے، وہ ہے محنت، ہارڈ ورکنگ۔</w:t>
      </w:r>
    </w:p>
    <w:p>
      <w:r>
        <w:rPr>
          <w:b/>
        </w:rPr>
        <w:t xml:space="preserve">[21:59] </w:t>
      </w:r>
      <w:r>
        <w:t>to woh main ne laga diya hai. ab woh i.s. ki tayari kar raha tha, i.s.</w:t>
      </w:r>
    </w:p>
    <w:p>
      <w:pPr>
        <w:jc w:val="right"/>
      </w:pPr>
      <w:r>
        <w:t>تو وہ میں نے لگا دیا ہے۔ اب وہ آئی ایس کی تیاری کر رہا تھا، آئی ایس۔</w:t>
      </w:r>
    </w:p>
    <w:p>
      <w:r>
        <w:rPr>
          <w:b/>
        </w:rPr>
        <w:t xml:space="preserve">[22:10] </w:t>
      </w:r>
      <w:r>
        <w:t>to us ne kaha ke main ne apni, apne paas jo taqat hai, woh main ne jhonk diya hai.</w:t>
      </w:r>
    </w:p>
    <w:p>
      <w:pPr>
        <w:jc w:val="right"/>
      </w:pPr>
      <w:r>
        <w:t>تو اس نے کہا کہ میں نے اپنی، اپنے پاس جو طاقت ہے، وہ میں نے جھونک دیا ہے۔</w:t>
      </w:r>
    </w:p>
    <w:p>
      <w:r>
        <w:rPr>
          <w:b/>
        </w:rPr>
        <w:t xml:space="preserve">[22:21] </w:t>
      </w:r>
      <w:r>
        <w:t>main ne dekha tha ke is kamre ke bahir wali ball ka bana bana hua tha, log wali ball khelte the, lekin is larkay ko main ne kabhi nahi dekha wali ball khelte hue.</w:t>
      </w:r>
    </w:p>
    <w:p>
      <w:pPr>
        <w:jc w:val="right"/>
      </w:pPr>
      <w:r>
        <w:t>میں نے دیکھا تھا کہ اس کمرے کے باہر والی بال کا بنا بنا ہوا تھا، لوگ والی بال کھیلتے تھے، لیکن اس لڑکے کو میں نے کبھی نہیں دیکھا والی بال کھیلتے ہوئے۔</w:t>
      </w:r>
    </w:p>
    <w:p>
      <w:r>
        <w:rPr>
          <w:b/>
        </w:rPr>
        <w:t xml:space="preserve">[22:36] </w:t>
      </w:r>
      <w:r>
        <w:t>woh bas apne kamre mein parhta tha, parhta tha, parhta tha.</w:t>
      </w:r>
    </w:p>
    <w:p>
      <w:pPr>
        <w:jc w:val="right"/>
      </w:pPr>
      <w:r>
        <w:t>وہ بس اپنے کمرے میں پڑھتا تھا، پڑھتا تھا، پڑھتا تھا۔</w:t>
      </w:r>
    </w:p>
    <w:p>
      <w:r>
        <w:rPr>
          <w:b/>
        </w:rPr>
        <w:t xml:space="preserve">[22:43] </w:t>
      </w:r>
      <w:r>
        <w:t>yahan tak ke woh larka, is larkay ne aai es ke imtehan mein top kiya, top.</w:t>
      </w:r>
    </w:p>
    <w:p>
      <w:pPr>
        <w:jc w:val="right"/>
      </w:pPr>
      <w:r>
        <w:t>یہاں تک کہ وہ لڑکا، اس لڑکے نے آئی ایس کے امتحان میں ٹاپ کیا، ٹاپ۔</w:t>
      </w:r>
    </w:p>
    <w:p>
      <w:r>
        <w:rPr>
          <w:b/>
        </w:rPr>
        <w:t xml:space="preserve">[22:57] </w:t>
      </w:r>
      <w:r>
        <w:t>aik martaba aik aadmi wahan aaya</w:t>
      </w:r>
    </w:p>
    <w:p>
      <w:pPr>
        <w:jc w:val="right"/>
      </w:pPr>
      <w:r>
        <w:t>ایک مرتبہ ایک آدمی وہاں آیا</w:t>
      </w:r>
    </w:p>
    <w:p>
      <w:r>
        <w:rPr>
          <w:b/>
        </w:rPr>
        <w:t xml:space="preserve">[23:03] </w:t>
      </w:r>
      <w:r>
        <w:t>toh woh aadmi kisi se baat kar raha tha, toh us aadmi ko angrezi aati thi, yaani school parha hua tha woh.</w:t>
      </w:r>
    </w:p>
    <w:p>
      <w:pPr>
        <w:jc w:val="right"/>
      </w:pPr>
      <w:r>
        <w:t>تو وہ آدمی کسی سے بات کر رہا تھا، تو اس آدمی کو انگلش آتی تھی، یعنی اسکول پڑھا ہوا تھا وہ۔</w:t>
      </w:r>
    </w:p>
    <w:p>
      <w:r>
        <w:rPr>
          <w:b/>
        </w:rPr>
        <w:t xml:space="preserve">[23:13] </w:t>
      </w:r>
      <w:r>
        <w:t>toh doosre wale se us ne baat kiya, woh angrezi kamzor thi us ki, toh beshak pareshan tha woh. toh woh larka aa jata hai, woh kehta hai, "here, here, here, here, here" keh ke woh is baat ko samajh mein aa gaya aur laga us ko jawab jawab dene.</w:t>
      </w:r>
    </w:p>
    <w:p>
      <w:pPr>
        <w:jc w:val="right"/>
      </w:pPr>
      <w:r>
        <w:t>تو دوسرے والے سے اس نے بات کیا، وہ انگلش کمزور تھی اس کی، تو بے شک پریشان تھا وہ۔ تو وہ لڑکا آ جاتا ہے، وہ کہتا ہے، "ہیئر، ہیئر، ہیئر، ہیئر، ہیئر" کہہ کے وہ اس بات کو سمجھ میں آ گیا اور لگا اس کو جواب جواب دینے۔</w:t>
      </w:r>
    </w:p>
    <w:p>
      <w:r>
        <w:rPr>
          <w:b/>
        </w:rPr>
        <w:t xml:space="preserve">[23:37] </w:t>
      </w:r>
      <w:r>
        <w:t>itne shandar jawab diya us ne ke woh aadmi ghabra gaya.</w:t>
      </w:r>
    </w:p>
    <w:p>
      <w:pPr>
        <w:jc w:val="right"/>
      </w:pPr>
      <w:r>
        <w:t>اتنے شاندار جواب دیا اس نے کہ وہ آدمی گھبرا گیا۔</w:t>
      </w:r>
    </w:p>
    <w:p>
      <w:r>
        <w:rPr>
          <w:b/>
        </w:rPr>
        <w:t xml:space="preserve">[23:45] </w:t>
      </w:r>
      <w:r>
        <w:t>toh mehnat aap ke hath mein hai, incentive aap ka, aap ke hath mein hai,</w:t>
      </w:r>
    </w:p>
    <w:p>
      <w:pPr>
        <w:jc w:val="right"/>
      </w:pPr>
      <w:r>
        <w:t>تو محنت آپ کے ہاتھ میں ہے، انسنٹیو آپ کا، آپ کے ہاتھ میں ہے،</w:t>
      </w:r>
    </w:p>
    <w:p>
      <w:r>
        <w:rPr>
          <w:b/>
        </w:rPr>
        <w:t xml:space="preserve">[23:54] </w:t>
      </w:r>
      <w:r>
        <w:t>toh aap incentive ka istemal kijiye.</w:t>
      </w:r>
    </w:p>
    <w:p>
      <w:pPr>
        <w:jc w:val="right"/>
      </w:pPr>
      <w:r>
        <w:t>تو آپ انسنٹیو کا استعمال کیجیے۔</w:t>
      </w:r>
    </w:p>
    <w:p>
      <w:r>
        <w:rPr>
          <w:b/>
        </w:rPr>
        <w:t xml:space="preserve">[24:01] </w:t>
      </w:r>
      <w:r>
        <w:t>mehnat ka istemal kijiye. quran ki paishangoi ke mutabiq</w:t>
      </w:r>
    </w:p>
    <w:p>
      <w:pPr>
        <w:jc w:val="right"/>
      </w:pPr>
      <w:r>
        <w:t>محنت کا استعمال کیجیے۔ قرآن کی پیشنگوئی کے مطابق</w:t>
      </w:r>
    </w:p>
    <w:p>
      <w:r>
        <w:rPr>
          <w:b/>
        </w:rPr>
        <w:t xml:space="preserve">[24:12] </w:t>
      </w:r>
      <w:r>
        <w:t>apni soch banaiye.</w:t>
      </w:r>
    </w:p>
    <w:p>
      <w:pPr>
        <w:jc w:val="right"/>
      </w:pPr>
      <w:r>
        <w:t>اپنی سوچ بنائیے۔</w:t>
      </w:r>
    </w:p>
    <w:p>
      <w:r>
        <w:rPr>
          <w:b/>
        </w:rPr>
        <w:t xml:space="preserve">[24:17] </w:t>
      </w:r>
      <w:r>
        <w:t>quran ki jo paishangoi hai,</w:t>
      </w:r>
    </w:p>
    <w:p>
      <w:pPr>
        <w:jc w:val="right"/>
      </w:pPr>
      <w:r>
        <w:t>قرآن کی جو پیشنگوئی ہے،</w:t>
      </w:r>
    </w:p>
    <w:p>
      <w:r>
        <w:rPr>
          <w:b/>
        </w:rPr>
        <w:t xml:space="preserve">[24:26] </w:t>
      </w:r>
      <w:r>
        <w:t>us ke mutabiq apni soch banaiye. woh yeh hai ke "kam min fiet qaleela ghlabat kaseera billah".</w:t>
      </w:r>
    </w:p>
    <w:p>
      <w:pPr>
        <w:jc w:val="right"/>
      </w:pPr>
      <w:r>
        <w:t>اس کے مطابق اپنی سوچ بنائیے۔ وہ یہ ہے کہ "کم من فیت قلیلۃ غلبت کثیرۃ بے اللہ"۔</w:t>
      </w:r>
    </w:p>
    <w:p>
      <w:r>
        <w:rPr>
          <w:b/>
        </w:rPr>
        <w:t xml:space="preserve">[24:41] </w:t>
      </w:r>
      <w:r>
        <w:t>249 jo chahe abhi ja kar check kar le, surah al baqarah ki is aayat ko.</w:t>
      </w:r>
    </w:p>
    <w:p>
      <w:pPr>
        <w:jc w:val="right"/>
      </w:pPr>
      <w:r>
        <w:t>249 جو چاہے ابھی جا کر چیک کر لے، سورہ البقرہ کی اس آیت کو۔</w:t>
      </w:r>
    </w:p>
    <w:p>
      <w:r>
        <w:rPr>
          <w:b/>
        </w:rPr>
        <w:t xml:space="preserve">[24:52] </w:t>
      </w:r>
      <w:r>
        <w:t>is mein ailaan hai allah ta'ala ki taraf se ke "kam min fiet qaleela ghlabat kaseera billah".</w:t>
      </w:r>
    </w:p>
    <w:p>
      <w:pPr>
        <w:jc w:val="right"/>
      </w:pPr>
      <w:r>
        <w:t>اس میں اعلان ہے اللہ تعالیٰ کی طرف سے کہ "کم من فیت قلیلۃ غلبت کثیرۃ بے اللہ"۔</w:t>
      </w:r>
    </w:p>
    <w:p>
      <w:r>
        <w:rPr>
          <w:b/>
        </w:rPr>
        <w:t xml:space="preserve">[25:05] </w:t>
      </w:r>
      <w:r>
        <w:t>kitne qaleel giroh hain jo kaseer giroh par ghalib aate hain.</w:t>
      </w:r>
    </w:p>
    <w:p>
      <w:pPr>
        <w:jc w:val="right"/>
      </w:pPr>
      <w:r>
        <w:t>کتنے قلیل گروہ ہیں جو کثیر گروہ پر غالب آتے ہیں۔</w:t>
      </w:r>
    </w:p>
    <w:p>
      <w:r>
        <w:rPr>
          <w:b/>
        </w:rPr>
        <w:t xml:space="preserve">[25:17] </w:t>
      </w:r>
      <w:r>
        <w:t>toh mein aap ko kehta hoon ke aap revaluation kijiye, replanning kijiye, rethinking laiye apne andar.</w:t>
      </w:r>
    </w:p>
    <w:p>
      <w:pPr>
        <w:jc w:val="right"/>
      </w:pPr>
      <w:r>
        <w:t>تو میں آپ کو کہتا ہوں کہ آپ ری ویلیوایشن کیجیے، ری پلاننگ کیجیے، ری تھنکنگ لائیے اپنے اندر۔</w:t>
      </w:r>
    </w:p>
    <w:p>
      <w:r>
        <w:rPr>
          <w:b/>
        </w:rPr>
        <w:t xml:space="preserve">[25:30] </w:t>
      </w:r>
      <w:r>
        <w:t>apni soch ko quran par dhalie,</w:t>
      </w:r>
    </w:p>
    <w:p>
      <w:pPr>
        <w:jc w:val="right"/>
      </w:pPr>
      <w:r>
        <w:t>اپنی سوچ کو قرآن پر ڈھالیے،</w:t>
      </w:r>
    </w:p>
    <w:p>
      <w:r>
        <w:rPr>
          <w:b/>
        </w:rPr>
        <w:t xml:space="preserve">[25:37] </w:t>
      </w:r>
      <w:r>
        <w:t>apni soch ko quran par dhalie.</w:t>
      </w:r>
    </w:p>
    <w:p>
      <w:pPr>
        <w:jc w:val="right"/>
      </w:pPr>
      <w:r>
        <w:t>اپنی سوچ کو قرآن پر ڈھالیے۔</w:t>
      </w:r>
    </w:p>
    <w:p>
      <w:r>
        <w:rPr>
          <w:b/>
        </w:rPr>
        <w:t xml:space="preserve">[25:47] </w:t>
      </w:r>
      <w:r>
        <w:t>jo ailaan kar raha hai ke</w:t>
      </w:r>
    </w:p>
    <w:p>
      <w:pPr>
        <w:jc w:val="right"/>
      </w:pPr>
      <w:r>
        <w:t>جو اعلان کر رہا ہے کہ</w:t>
      </w:r>
    </w:p>
    <w:p>
      <w:r>
        <w:rPr>
          <w:b/>
        </w:rPr>
        <w:t xml:space="preserve">[25:51] </w:t>
      </w:r>
      <w:r>
        <w:t>giroh qaleel giroh kaseer par ghalib aata hai, woh kaise? jab woh khuda ke qanoon par qaim rahe.</w:t>
      </w:r>
    </w:p>
    <w:p>
      <w:pPr>
        <w:jc w:val="right"/>
      </w:pPr>
      <w:r>
        <w:t>گروہ قلیل گروہ کثیر پر غالب آتا ہے، وہ کیسے؟ جب وہ خدا کے قانون پر قائم رہے۔</w:t>
      </w:r>
    </w:p>
    <w:p>
      <w:r>
        <w:rPr>
          <w:b/>
        </w:rPr>
        <w:t xml:space="preserve">[26:05] </w:t>
      </w:r>
      <w:r>
        <w:t>woh qanoon yahi hai ke apni, apne potential ko jagaiye, apne potential ko jagaiye,</w:t>
      </w:r>
    </w:p>
    <w:p>
      <w:pPr>
        <w:jc w:val="right"/>
      </w:pPr>
      <w:r>
        <w:t>وہ قانون یہی ہے کہ اپنی، اپنے پوٹینشل کو جگائیے، اپنے پوٹینشل کو جگائیے،</w:t>
      </w:r>
    </w:p>
    <w:p>
      <w:r>
        <w:rPr>
          <w:b/>
        </w:rPr>
        <w:t xml:space="preserve">[26:22] </w:t>
      </w:r>
      <w:r>
        <w:t>apne potential ko jagaiye.</w:t>
      </w:r>
    </w:p>
    <w:p>
      <w:pPr>
        <w:jc w:val="right"/>
      </w:pPr>
      <w:r>
        <w:t>اپنے پوٹینشل کو جگائیے۔</w:t>
      </w:r>
    </w:p>
    <w:p>
      <w:r>
        <w:rPr>
          <w:b/>
        </w:rPr>
        <w:t xml:space="preserve">[26:30] </w:t>
      </w:r>
      <w:r>
        <w:t>shikayat ki bajaye positive baatein kijiye, shikayat chodiye, positive baatein kijiye.</w:t>
      </w:r>
    </w:p>
    <w:p>
      <w:pPr>
        <w:jc w:val="right"/>
      </w:pPr>
      <w:r>
        <w:t>شکایت کی بجائے پازیٹیو باتیں کیجیے، شکایت چھوڑیے، پازیٹیو باتیں کیجیے۔</w:t>
      </w:r>
    </w:p>
    <w:p>
      <w:r>
        <w:rPr>
          <w:b/>
        </w:rPr>
        <w:t xml:space="preserve">[26:45] </w:t>
      </w:r>
      <w:r>
        <w:t>shikayat ko apne liye haram samajh lijie.</w:t>
      </w:r>
    </w:p>
    <w:p>
      <w:pPr>
        <w:jc w:val="right"/>
      </w:pPr>
      <w:r>
        <w:t>شکایت کو اپنے لیے حرام سمجھ لیجیے۔</w:t>
      </w:r>
    </w:p>
    <w:p>
      <w:r>
        <w:rPr>
          <w:b/>
        </w:rPr>
        <w:t xml:space="preserve">[26:56] </w:t>
      </w:r>
      <w:r>
        <w:t>mashhoor misaal hai "try, try, try". again ke aik jagah aap ka kaam nahi banta hai, na bane, doosra try kijiye, teesri jagah try kijiye aur aap kamyab hon ge.</w:t>
      </w:r>
    </w:p>
    <w:p>
      <w:pPr>
        <w:jc w:val="right"/>
      </w:pPr>
      <w:r>
        <w:t>مشہور مثال ہے "ٹرائی، ٹرائی، ٹرائی"۔ اگین کہ ایک جگہ آپ کا کام نہیں بنتا ہے، نہ بنے، دوسرا ٹرائی کیجیے، تیسری جگہ ٹرائی کیجیے اور آپ کامیاب ہوں گے۔</w:t>
      </w:r>
    </w:p>
    <w:p>
      <w:r>
        <w:rPr>
          <w:b/>
        </w:rPr>
        <w:t xml:space="preserve">[27:16] </w:t>
      </w:r>
      <w:r>
        <w:t>dekhiye, yeh duniya jo hai,</w:t>
      </w:r>
    </w:p>
    <w:p>
      <w:pPr>
        <w:jc w:val="right"/>
      </w:pPr>
      <w:r>
        <w:t>دیکھیے، یہ دنیا جو ہے،</w:t>
      </w:r>
    </w:p>
    <w:p>
      <w:r>
        <w:rPr>
          <w:b/>
        </w:rPr>
        <w:t xml:space="preserve">[27:23] </w:t>
      </w:r>
      <w:r>
        <w:t>is khuda ki banai hui hai jo sab ka khuda hai. aisa nahi hai ke woh kisi ek ka khuda ho.</w:t>
      </w:r>
    </w:p>
    <w:p>
      <w:pPr>
        <w:jc w:val="right"/>
      </w:pPr>
      <w:r>
        <w:t>اس خدا کی بنائی ہوئی ہے جو سب کا خدا ہے۔ ایسا نہیں ہے کہ وہ کسی ایک کا خدا ہو۔</w:t>
      </w:r>
    </w:p>
    <w:p>
      <w:r>
        <w:rPr>
          <w:b/>
        </w:rPr>
        <w:t xml:space="preserve">[27:39] </w:t>
      </w:r>
      <w:r>
        <w:t>to dua kijiye, dua kijiye, quran padhiye, apne insentive jagaiye, apne potential ko,</w:t>
      </w:r>
    </w:p>
    <w:p>
      <w:pPr>
        <w:jc w:val="right"/>
      </w:pPr>
      <w:r>
        <w:t>تو دعا کیجیے، دعا کیجیے، قرآن پڑھیے، اپنے انسنٹیو جگائیے، اپنے پوٹینشل کو،</w:t>
      </w:r>
    </w:p>
    <w:p>
      <w:r>
        <w:rPr>
          <w:b/>
        </w:rPr>
        <w:t xml:space="preserve">[27:54] </w:t>
      </w:r>
      <w:r>
        <w:t>apne potential ko avail kijiye aur inshallah aap kamyab honge. Assalam o alaikum wa rehmatullah.</w:t>
      </w:r>
    </w:p>
    <w:p>
      <w:pPr>
        <w:jc w:val="right"/>
      </w:pPr>
      <w:r>
        <w:t>اپنے پوٹینشل کو اویل کیجیے اور انشاءاللہ آپ کامیاب ہوں گے۔ السلام علیکم ورحمۃ اللہ۔</w:t>
      </w:r>
    </w:p>
    <w:p>
      <w:r>
        <w:rPr>
          <w:b/>
        </w:rPr>
        <w:t xml:space="preserve">[28:18] </w:t>
      </w:r>
      <w:r>
        <w:t>okay, we start with the question and answer session, but before we do that, there are some very good news that we would like to share with all of you.</w:t>
      </w:r>
    </w:p>
    <w:p>
      <w:pPr>
        <w:jc w:val="right"/>
      </w:pPr>
      <w:r>
        <w:t>اوکے، وی سٹارٹ ود دی کوئسچن اینڈ انسر سیشن، بٹ بیفور وی ڈو دیٹ، دیر آر سم ویری گڈ نیوز دیٹ وی وڈ لائک ٹو شیئر ود آل آف یو۔</w:t>
      </w:r>
    </w:p>
    <w:p>
      <w:r>
        <w:rPr>
          <w:b/>
        </w:rPr>
        <w:t xml:space="preserve">[28:28] </w:t>
      </w:r>
      <w:r>
        <w:t>starting the first good news, you all have been witnessing that great efforts are being made by the Pakistan team, not just to spread the positive and peaceful environment in Pakistan, but also all over the</w:t>
      </w:r>
    </w:p>
    <w:p>
      <w:pPr>
        <w:jc w:val="right"/>
      </w:pPr>
      <w:r>
        <w:t>سٹارٹنگ دی فرسٹ گڈ نیوز، یو آل ہیو بین وٹنسنگ دیٹ گریٹ ایفرٹس آر بینگ میڈ بائے دا پاکستان ٹیم، ناٹ جسٹ ٹو سپریڈ دی پازیٹیو اینڈ پیس فل انوائرمنٹ ان پاکستان، بٹ آل سو آل اوور دی ور</w:t>
      </w:r>
    </w:p>
    <w:p>
      <w:r>
        <w:rPr>
          <w:b/>
        </w:rPr>
        <w:t xml:space="preserve">[28:42] </w:t>
      </w:r>
      <w:r>
        <w:t>world. They have been doing special efforts right from literature movement to participation in international book fair, and as I see this, there is already international book fair participation that is going on in Karachi, which will end tomorrow.</w:t>
      </w:r>
    </w:p>
    <w:p>
      <w:pPr>
        <w:jc w:val="right"/>
      </w:pPr>
      <w:r>
        <w:t>لڈ۔ دے ہیو بین ڈوئنگ سپیشل ایفرٹس رائٹ فرام لٹریچر موومنٹ ٹو پارٹیسپیشن ان انٹرنیشنل بک فیئر، اینڈ ایز آئی سی دس، دیر از آلریڈی انٹرنیشنل بک فیئر پارٹیسپیشن دیٹ از گوئنگ آن ان کراچی، وچ ویل اینڈ ٹومارو۔</w:t>
      </w:r>
    </w:p>
    <w:p>
      <w:r>
        <w:rPr>
          <w:b/>
        </w:rPr>
        <w:t xml:space="preserve">[28:58] </w:t>
      </w:r>
      <w:r>
        <w:t>there have been books that have been published, audios that have been circulated, and lot of interactions, workshops that are happening with the great help and efforts by Pakistan team.</w:t>
      </w:r>
    </w:p>
    <w:p>
      <w:pPr>
        <w:jc w:val="right"/>
      </w:pPr>
      <w:r>
        <w:t>دیر ہیو بین بکس دیٹ ہیو بین پبلشڈ، آڈیوز دیٹ ہیو بین سرکولیٹڈ، اینڈ لاٹ آف انٹریکشنز، ورکشاپس دیٹ آر ہیپننگ ود دی گریٹ ہیلپ اینڈ ایفرٹس بائے پاکستان ٹیم۔</w:t>
      </w:r>
    </w:p>
    <w:p>
      <w:r>
        <w:rPr>
          <w:b/>
        </w:rPr>
        <w:t xml:space="preserve">[29:08] </w:t>
      </w:r>
      <w:r>
        <w:t>one very good initiative that they have taken, and we would like to share this with all of you. Pakistan team has come up with a website, which is online book store, which will make all the people who live in Pakistan or are in diaspora to purchase these books or to source these books from this website.</w:t>
      </w:r>
    </w:p>
    <w:p>
      <w:pPr>
        <w:jc w:val="right"/>
      </w:pPr>
      <w:r>
        <w:t>ون ویری گڈ انیشیٹیو دیٹ دے ہیو ٹیکن، اینڈ وی وڈ لائک ٹو شیئر دس ود آل آف یو۔ پاکستان ٹیم ہیز کم اپ ود ا ویب سائٹ، وچ از آن لائن بک سٹور، وچ ویل میک آل دی پیپل ہو لیو ان پاکستان اور آر ان ڈائسپورا ٹو پرچیز دیز بکس اور ٹو سورس دیز بکس فرام دس ویب سائٹ۔</w:t>
      </w:r>
    </w:p>
    <w:p>
      <w:r>
        <w:rPr>
          <w:b/>
        </w:rPr>
        <w:t xml:space="preserve">[29:32] </w:t>
      </w:r>
      <w:r>
        <w:t>I would like to read the message of Tariq Badar sahib before I request Maulana sahib to officially launch the new website.</w:t>
      </w:r>
    </w:p>
    <w:p>
      <w:pPr>
        <w:jc w:val="right"/>
      </w:pPr>
      <w:r>
        <w:t>آئی وڈ لائک ٹو ریڈ دی میسج آف طارق بدر صاحب بیفور آئی ریکویسٹ مولانا صاحب ٹو آفیشلی لانچ دا نیو ویب سائٹ۔</w:t>
      </w:r>
    </w:p>
    <w:p>
      <w:r>
        <w:rPr>
          <w:b/>
        </w:rPr>
        <w:t xml:space="preserve">[29:42] </w:t>
      </w:r>
      <w:r>
        <w:t>Tariq Badar sahib has sent this message, has written, "We have achieved one important milestone and launched our online book store, where all Maulana books are available and can be ordered online.</w:t>
      </w:r>
    </w:p>
    <w:p>
      <w:pPr>
        <w:jc w:val="right"/>
      </w:pPr>
      <w:r>
        <w:t>طارق بدر صاحب ہیز سینڈ دس میسج، ہیز رٹن، "وی ہیو اچیوڈ ون امپورٹنٹ مائل سٹون اینڈ لانچڈ آر آن لائن بک سٹور، ویر آل مولانا بکس آر اویلیبل اینڈ کین بی آرڈرڈ آن لائن۔</w:t>
      </w:r>
    </w:p>
    <w:p>
      <w:r>
        <w:rPr>
          <w:b/>
        </w:rPr>
        <w:t xml:space="preserve">[29:57] </w:t>
      </w:r>
      <w:r>
        <w:t>this would help us to manage increasing demand and as to our readers to check complete range availability and order.</w:t>
      </w:r>
    </w:p>
    <w:p>
      <w:pPr>
        <w:jc w:val="right"/>
      </w:pPr>
      <w:r>
        <w:t>دس وڈ ہیلپ اس ٹو مینج انکریزنگ ڈیمانڈ اینڈ ایز ٹو آر ریڈرز ٹو چیک کمپلیٹ رینج اویلیبلٹی اینڈ آرڈر۔</w:t>
      </w:r>
    </w:p>
    <w:p>
      <w:r>
        <w:rPr>
          <w:b/>
        </w:rPr>
        <w:t xml:space="preserve">[30:07] </w:t>
      </w:r>
      <w:r>
        <w:t>the website would help to promote our initiatives and connecting with readers. Main features of the websites are downloading of books, Al-Risala and Spirit of Islam subscription.</w:t>
      </w:r>
    </w:p>
    <w:p>
      <w:pPr>
        <w:jc w:val="right"/>
      </w:pPr>
      <w:r>
        <w:t>دا ویب سائٹ وڈ ہیلپ ٹو پروموٹ آر انیشیٹیوز اینڈ کنیکٹنگ ود ریڈرز۔ مین فیچرز آف دی ویب سائٹس آر ڈاؤن لوڈنگ آف بکس، الرسالہ اینڈ سپرٹ آف اسلام سبسکرپشن۔</w:t>
      </w:r>
    </w:p>
    <w:p>
      <w:r>
        <w:rPr>
          <w:b/>
        </w:rPr>
        <w:t xml:space="preserve">[30:22] </w:t>
      </w:r>
      <w:r>
        <w:t>reader can send a gift of books to other readers. Introduction to Maulana Wahiduddin Khan sahib and his CPS mission.</w:t>
      </w:r>
    </w:p>
    <w:p>
      <w:pPr>
        <w:jc w:val="right"/>
      </w:pPr>
      <w:r>
        <w:t>ریڈر کین سینڈ ا گفٹ آف بکس ٹو ادر ریڈرز۔ انٹروڈکشن ٹو مولانا وحید الدین خان صاحب اینڈ ہیز سی پی ایس مشن۔</w:t>
      </w:r>
    </w:p>
    <w:p>
      <w:r>
        <w:rPr>
          <w:b/>
        </w:rPr>
        <w:t xml:space="preserve">[30:31] </w:t>
      </w:r>
      <w:r>
        <w:t>news and other da'wah promotions can be shared. Readers can join us as Quran distributors." Saifullah sahib and his software team work day and night to launch it in Karachi book fair and complete it in very short time.</w:t>
      </w:r>
    </w:p>
    <w:p>
      <w:pPr>
        <w:jc w:val="right"/>
      </w:pPr>
      <w:r>
        <w:t>نیوز اینڈ ادر دعویٰ پروموشنز کین بی شیئرڈ۔ ریڈرز کین جوائن اس ایز قرآن ڈسٹریبیوٹرز۔" سائف اللہ صاحب اینڈ ہز سافٹ ویئر ٹیم ورک ڈے اینڈ نائٹ ٹو لانچ اٹ ان کراچی بک فیئر اینڈ کمپلیٹ اٹ ان ویری شارٹ ٹائم۔</w:t>
      </w:r>
    </w:p>
    <w:p>
      <w:r>
        <w:rPr>
          <w:b/>
        </w:rPr>
        <w:t xml:space="preserve">[30:51] </w:t>
      </w:r>
      <w:r>
        <w:t>sister Salma encouragement and her support on this project is very commendable.</w:t>
      </w:r>
    </w:p>
    <w:p>
      <w:pPr>
        <w:jc w:val="right"/>
      </w:pPr>
      <w:r>
        <w:t>سسٹر سلمہ انکریجمنٹ اینڈ ہر سپورٹ آن دس پراجیکٹ از ویری کمنڈیبل۔</w:t>
      </w:r>
    </w:p>
    <w:p>
      <w:r>
        <w:rPr>
          <w:b/>
        </w:rPr>
        <w:t xml:space="preserve">[30:58] </w:t>
      </w:r>
      <w:r>
        <w:t>we are also grateful to Dr. Saniya Hasnain Khan sahib and Maulana Farhad Umri sahib for their guidance, technical help and suggestions.</w:t>
      </w:r>
    </w:p>
    <w:p>
      <w:pPr>
        <w:jc w:val="right"/>
      </w:pPr>
      <w:r>
        <w:t>وی آر آل سو گریٹ فل ٹو ڈاکٹر ثانیہ حسنین خان صاحب اینڈ مولانا فرحاد عمری صاحب فار دیر گائیڈنس، ٹیکنیکل ہیلپ اینڈ سجیشنز۔</w:t>
      </w:r>
    </w:p>
    <w:p>
      <w:r>
        <w:rPr>
          <w:b/>
        </w:rPr>
        <w:t xml:space="preserve">[31:08] </w:t>
      </w:r>
      <w:r>
        <w:t>may Allah accept our efforts and help us to spread the true message of Islam to every corner of Pakistan. Maulana always said that working in Pakistan is like working in a whole world as Pakistanis are everywhere.</w:t>
      </w:r>
    </w:p>
    <w:p>
      <w:pPr>
        <w:jc w:val="right"/>
      </w:pPr>
      <w:r>
        <w:t>می اللہ ایکسیپٹ آر ایفرٹس اینڈ ہیلپ اس ٹو سپریڈ دا ٹرو میسج آف اسلام ٹو ایوری کارنر آف پاکستان۔ مولانا آلویز سیڈ دیٹ ورکنگ ان پاکستان از لائک ورکنگ ان ا ہول ورلڈ ایز پاکستانیز آر ایوری ویر۔</w:t>
      </w:r>
    </w:p>
    <w:p>
      <w:r>
        <w:rPr>
          <w:b/>
        </w:rPr>
        <w:t xml:space="preserve">[31:25] </w:t>
      </w:r>
      <w:r>
        <w:t>I am sure with Allah special help and your prayers we can achieve this task. We request all the online viewers to please check and check our website www.goodword</w:t>
      </w:r>
    </w:p>
    <w:p>
      <w:pPr>
        <w:jc w:val="right"/>
      </w:pPr>
      <w:r>
        <w:t>آئی ایم شور ود اللہ سپیشل ہیلپ اینڈ یور پریئرز وی کین اچیو دس ٹاسک۔ وی ریکویسٹ آل دی آن لائن ویورز ٹو پلیز چیک اینڈ چیک آر ویب سائٹ www.goodword</w:t>
      </w:r>
    </w:p>
    <w:p>
      <w:r>
        <w:rPr>
          <w:b/>
        </w:rPr>
        <w:t xml:space="preserve">[31:39] </w:t>
      </w:r>
      <w:r>
        <w:t>.com.pk and give us your feedback and suggestions to improve. We request Maulana Wahiduddin Khan sahib to officially launch our website and do dua for all our team.</w:t>
      </w:r>
    </w:p>
    <w:p>
      <w:pPr>
        <w:jc w:val="right"/>
      </w:pPr>
      <w:r>
        <w:t>.com.pk اینڈ گیو اس یور فیڈ بیک اینڈ سجیشنز ٹو امپروو۔ وی ریکویسٹ مولانا وحید الدین خان صاحب ٹو آفیشلی لانچ آر ویب سائٹ اینڈ ڈو دعا فار آل آر ٹیم۔</w:t>
      </w:r>
    </w:p>
    <w:p>
      <w:r>
        <w:rPr>
          <w:b/>
        </w:rPr>
        <w:t xml:space="preserve">[31:50] </w:t>
      </w:r>
      <w:r>
        <w:t>so with this I will request Maulana sahib to officially launch the new website.</w:t>
      </w:r>
    </w:p>
    <w:p>
      <w:pPr>
        <w:jc w:val="right"/>
      </w:pPr>
      <w:r>
        <w:t>سو ود دس آئی ویل ریکویسٹ مولانا صاحب ٹو آفیشلی لانچ دا نیو ویب سائٹ۔</w:t>
      </w:r>
    </w:p>
    <w:p>
      <w:r>
        <w:rPr>
          <w:b/>
        </w:rPr>
        <w:t xml:space="preserve">[32:00] </w:t>
      </w:r>
      <w:r>
        <w:t>main bohat khushi ke sath is ko launch kar raha hoon aaj ki tareekh mein aur dua, meri dua hai in sab logon ke liye jo is mein hissa le rahe hain,</w:t>
      </w:r>
    </w:p>
    <w:p>
      <w:pPr>
        <w:jc w:val="right"/>
      </w:pPr>
      <w:r>
        <w:t>میں بہت خوشی کے ساتھ اس کو لانچ کر رہا ہوں آج کی تاریخ میں اور دعا، میری دعا ہے ان سب لوگوں کے لیے جو اس میں حصہ لے رہے ہیں،</w:t>
      </w:r>
    </w:p>
    <w:p>
      <w:r>
        <w:rPr>
          <w:b/>
        </w:rPr>
        <w:t xml:space="preserve">[32:17] </w:t>
      </w:r>
      <w:r>
        <w:t>in sab logon ke liye bohat zyada dua mein karta hoon. Allah taala zaroor qabool farmayenge. Is initiative ko kaba barani garmi jinhone hissa liya, un sab ke liye mein dua karta hoon.</w:t>
      </w:r>
    </w:p>
    <w:p>
      <w:pPr>
        <w:jc w:val="right"/>
      </w:pPr>
      <w:r>
        <w:t>ان سب لوگوں کے لیے بہت زیادہ دعا میں کرتا ہوں۔ اللہ تعالیٰ ضرور قبول فرمائیں گے۔ اس انیشیٹیو کو کعبہ برانی گرمی جنہوں نے حصہ لیا، ان سب کے لیے میں دعا کرتا ہوں۔</w:t>
      </w:r>
    </w:p>
    <w:p>
      <w:r>
        <w:rPr>
          <w:b/>
        </w:rPr>
        <w:t xml:space="preserve">[32:39] </w:t>
      </w:r>
      <w:r>
        <w:t>I will also like to read an other message of Tariq Badar sahib which has just come now regarding the ongoing Karachi International Book Fair.</w:t>
      </w:r>
    </w:p>
    <w:p>
      <w:pPr>
        <w:jc w:val="right"/>
      </w:pPr>
      <w:r>
        <w:t>آئی ویل آل سو لائک ٹو ریڈ این ادر میسج آف طارق بدر صاحب وچ ہیز جسٹ کم ناؤ ریگارڈنگ دی آن گوئنگ کراچی انٹرنیشنل بک فیئر۔</w:t>
      </w:r>
    </w:p>
    <w:p>
      <w:r>
        <w:rPr>
          <w:b/>
        </w:rPr>
        <w:t xml:space="preserve">[32:49] </w:t>
      </w:r>
      <w:r>
        <w:t>so he has written, "Karachi International Book Fair is going on and tomorrow is the last day."</w:t>
      </w:r>
    </w:p>
    <w:p>
      <w:pPr>
        <w:jc w:val="right"/>
      </w:pPr>
      <w:r>
        <w:t>سو ہیز رٹن، "کراچی انٹرنیشنل بک فیئر از گوئنگ آن اینڈ ٹومارو از دا لاسٹ ڈے۔</w:t>
      </w:r>
    </w:p>
    <w:p>
      <w:r>
        <w:rPr>
          <w:b/>
        </w:rPr>
        <w:t xml:space="preserve">[32:55] </w:t>
      </w:r>
      <w:r>
        <w:t>it is always wonderful experience to meet lot of Maulana fans, where every single person asked me that how can we meet Maulana Wahiduddin Khan sahib.</w:t>
      </w:r>
    </w:p>
    <w:p>
      <w:pPr>
        <w:jc w:val="right"/>
      </w:pPr>
      <w:r>
        <w:t>اٹ از آلویز ونڈرفل ایکسپیرینس ٹو میٹ لاٹ آف مولانا فینز، ویر ایوری سنگل پرسن اسکڈ می دیٹ ہاؤ کین وی میٹ مولانا وحید الدین خان صاحب۔</w:t>
      </w:r>
    </w:p>
    <w:p>
      <w:r>
        <w:rPr>
          <w:b/>
        </w:rPr>
        <w:t xml:space="preserve">[33:06] </w:t>
      </w:r>
      <w:r>
        <w:t>there are the readers who lives, whose life are changed already and are inspired by Maulana wisdom and are thankful to him for his literature which help them to understand true Islam and to develop strong connection with Allah.</w:t>
      </w:r>
    </w:p>
    <w:p>
      <w:pPr>
        <w:jc w:val="right"/>
      </w:pPr>
      <w:r>
        <w:t>دیر آر دا ریڈرز ہو لیوز، ہو لائف آر چینجڈ آلریڈی اینڈ آر انسپائرڈ بائے مولانا وزڈم اینڈ آر تھینک فل ٹو ہم فار ہز لٹریچر وچ ہیلپ دیم ٹو انڈرسٹینڈ ٹرو اسلام اینڈ ٹو ڈویلپ سٹرونگ کنیکشن ود اللہ۔</w:t>
      </w:r>
    </w:p>
    <w:p>
      <w:r>
        <w:rPr>
          <w:b/>
        </w:rPr>
        <w:t xml:space="preserve">[33:24] </w:t>
      </w:r>
      <w:r>
        <w:t>every body's prayers are for Maulana Wahiduddin Khan sahib. " to more important, very important book launches, you all are familiar with the very important and popular life changing book of Maulana Wahiduddin Khan sahib</w:t>
      </w:r>
    </w:p>
    <w:p>
      <w:pPr>
        <w:jc w:val="right"/>
      </w:pPr>
      <w:r>
        <w:t>ایوری باڈیز پریئرز آر فار مولانا وحید الدین خان صاحب۔" ٹو مور امپورٹنٹ، ویری امپورٹنٹ بک لانچز، یو آل آر فیملیئر ود دا ویری امپورٹنٹ اینڈ پاپولر لائف چینجنگ بک آف مولانا وحید الدین خان صاحب</w:t>
      </w:r>
    </w:p>
    <w:p>
      <w:r>
        <w:rPr>
          <w:b/>
        </w:rPr>
        <w:t xml:space="preserve">[33:44] </w:t>
      </w:r>
      <w:r>
        <w:t>. it is raaz-e-hayat. so there has been a lot of request from the English speaking section that they should be a translation of raaz-e-hayat in English, and this effort has been made possible by the editorial team.</w:t>
      </w:r>
    </w:p>
    <w:p>
      <w:pPr>
        <w:jc w:val="right"/>
      </w:pPr>
      <w:r>
        <w:t>۔ اٹ از راز حیات۔ سو دیر ہیز بین ا لاٹ آف ریکویسٹ فرام دی انگلش سپیکنگ سیکشن دیٹ دے شوڈ بی ا ٹرانسلیشن آف راز حیات ان انگلش، اینڈ دس ایفرٹ ہیز بین میڈ پاسیبل بائے دی ایڈیٹوریل ٹیم۔</w:t>
      </w:r>
    </w:p>
    <w:p>
      <w:r>
        <w:rPr>
          <w:b/>
        </w:rPr>
        <w:t xml:space="preserve">[34:01] </w:t>
      </w:r>
      <w:r>
        <w:t>the book has been translated now in English with the title "the secret of success". it has been translated and edited by Professor Farida Khanam, Doctor Naghma Siddiqui, and Doctor Maria Khan.</w:t>
      </w:r>
    </w:p>
    <w:p>
      <w:pPr>
        <w:jc w:val="right"/>
      </w:pPr>
      <w:r>
        <w:t>دا بک ہیز بین ٹرانسلیٹڈ ناؤ ان انگلش ود دی ٹائٹل "دا سیکرٹ آف سکسیس"۔ اٹ ہیز بین ٹرانسلیٹڈ اینڈ ایڈیٹڈ بائے پروفیسر فریدہ خانم، ڈاکٹر نغمہ صدیقی، اینڈ ڈاکٹر ماریہ خان۔</w:t>
      </w:r>
    </w:p>
    <w:p>
      <w:r>
        <w:rPr>
          <w:b/>
        </w:rPr>
        <w:t xml:space="preserve">[34:12] </w:t>
      </w:r>
      <w:r>
        <w:t>so I will request Maulana Wahiduddin Khan sahib to launch the new book which is being published and now available on good word book website and also on CPS website,</w:t>
      </w:r>
    </w:p>
    <w:p>
      <w:pPr>
        <w:jc w:val="right"/>
      </w:pPr>
      <w:r>
        <w:t>سو آئی ویل ریکویسٹ مولانا وحید الدین خان صاحب ٹو لانچ دا نیو بک وچ از بین پبلشڈ اینڈ ناؤ اویلیبل آن گڈ ورڈ بک ویب سائٹ اینڈ آل سو آن سی پی ایس ویب سائٹ،</w:t>
      </w:r>
    </w:p>
    <w:p>
      <w:r>
        <w:rPr>
          <w:b/>
        </w:rPr>
        <w:t xml:space="preserve">[34:26] </w:t>
      </w:r>
      <w:r>
        <w:t>title "the secret of success".</w:t>
      </w:r>
    </w:p>
    <w:p>
      <w:pPr>
        <w:jc w:val="right"/>
      </w:pPr>
      <w:r>
        <w:t>ٹائٹل "دا سیکرٹ آف سکسیس"۔</w:t>
      </w:r>
    </w:p>
    <w:p>
      <w:r>
        <w:rPr>
          <w:b/>
        </w:rPr>
        <w:t xml:space="preserve">[34:31] </w:t>
      </w:r>
      <w:r>
        <w:t>secret of success.</w:t>
      </w:r>
    </w:p>
    <w:p>
      <w:pPr>
        <w:jc w:val="right"/>
      </w:pPr>
      <w:r>
        <w:t>سیکرٹ آف سکسیس۔</w:t>
      </w:r>
    </w:p>
    <w:p>
      <w:r>
        <w:rPr>
          <w:b/>
        </w:rPr>
        <w:t xml:space="preserve">[34:39] </w:t>
      </w:r>
      <w:r>
        <w:t>masha Allah yeh kitab bane dekhiye, yeh kitab Urdu mein thi lekin aaj English mein jinn logon ne mehnat kar ke banaya hai.</w:t>
      </w:r>
    </w:p>
    <w:p>
      <w:pPr>
        <w:jc w:val="right"/>
      </w:pPr>
      <w:r>
        <w:t>ماشاءاللہ یہ کتاب بنے دیکھیے، یہ کتاب اردو میں تھی لیکن آج انگلش میں جن لوگوں نے محنت کر کے بنایا ہے۔</w:t>
      </w:r>
    </w:p>
    <w:p>
      <w:r>
        <w:rPr>
          <w:b/>
        </w:rPr>
        <w:t xml:space="preserve">[34:52] </w:t>
      </w:r>
      <w:r>
        <w:t>to main agarche is ka author hoon, main ailan karta hoon ke yeh meri Urdu kitab se zyada achhi ho gayi hai aur English readers ke liye ek ajeeb o ghareeb yeh nemat hai.</w:t>
      </w:r>
    </w:p>
    <w:p>
      <w:pPr>
        <w:jc w:val="right"/>
      </w:pPr>
      <w:r>
        <w:t>تو میں اگرچہ اس کا آتھر ہوں، میں اعلان کرتا ہوں کہ یہ میری اردو کتاب سے زیادہ اچھی ہو گئی ہے اور انجری ریڈرز کے لیے ایک عجیب و غریب یہ نعمت ہے۔</w:t>
      </w:r>
    </w:p>
    <w:p>
      <w:r>
        <w:rPr>
          <w:b/>
        </w:rPr>
        <w:t xml:space="preserve">[35:13] </w:t>
      </w:r>
      <w:r>
        <w:t>Allah taala qabool farmaye.</w:t>
      </w:r>
    </w:p>
    <w:p>
      <w:pPr>
        <w:jc w:val="right"/>
      </w:pPr>
      <w:r>
        <w:t>اللہ تعالیٰ قبول فرمائے۔</w:t>
      </w:r>
    </w:p>
    <w:p>
      <w:r>
        <w:rPr>
          <w:b/>
        </w:rPr>
        <w:t xml:space="preserve">[35:20] </w:t>
      </w:r>
      <w:r>
        <w:t>in Hindi world we have been constantly making progress and Alhamdulillah a new book translation of Azmat-e-Qur'an has been now done in Hindi.</w:t>
      </w:r>
    </w:p>
    <w:p>
      <w:pPr>
        <w:jc w:val="right"/>
      </w:pPr>
      <w:r>
        <w:t>ان ہندی ورلڈ وی ہیو بین کانسٹنٹلی میکنگ پروگریس اینڈ الحمدللہ ا نیو بک ٹرانسلیشن آف عظمت قرآن ہیز بین ناؤ ڈن ان ہندی۔</w:t>
      </w:r>
    </w:p>
    <w:p>
      <w:r>
        <w:rPr>
          <w:b/>
        </w:rPr>
        <w:t xml:space="preserve">[35:33] </w:t>
      </w:r>
      <w:r>
        <w:t>the translation has been done by Muhammad Khadim sahib from Merit and the title of the book is "Qur'an ki Mahima" and I would like to read a small introductory passage about the book.</w:t>
      </w:r>
    </w:p>
    <w:p>
      <w:pPr>
        <w:jc w:val="right"/>
      </w:pPr>
      <w:r>
        <w:t>دی ٹرانسلیشن ہیز بین ڈن بائے محمد خادم صاحب فرام میرٹ اینڈ دی ٹائٹل آف دا بک از "قرآن کی مہیمہ" اینڈ آئی وڈ لائک ٹو ریڈ ا سمال انٹروڈکٹری پیسج اباؤٹ دا بک۔</w:t>
      </w:r>
    </w:p>
    <w:p>
      <w:r>
        <w:rPr>
          <w:b/>
        </w:rPr>
        <w:t xml:space="preserve">[35:49] </w:t>
      </w:r>
      <w:r>
        <w:t>it is written, "is sangrah mein Qur'an ke teen pehluon par sankshep baat cheet ki gayi hai. ek yeh ke Qur'an apne aap mein is baat ka saboot hai ke yeh Ishwar ki kitab hai.</w:t>
      </w:r>
    </w:p>
    <w:p>
      <w:pPr>
        <w:jc w:val="right"/>
      </w:pPr>
      <w:r>
        <w:t>اٹ از رٹن، "اس سنگرہ میں قرآن کے تین پہلوؤں پر سنشپت بات چیت کی گئی ہے۔ ایک یہ کہ قرآن اپنے آپ میں اس بات کا ثبوت ہے کہ یہ ایشور کی کتاب ہے۔</w:t>
      </w:r>
    </w:p>
    <w:p>
      <w:r>
        <w:rPr>
          <w:b/>
        </w:rPr>
        <w:t xml:space="preserve">[36:03] </w:t>
      </w:r>
      <w:r>
        <w:t>ab sawal yeh hai ke Qur'an ki woh kaun si visheshta hai jo insaan ke liye anokhi nahi hai? is ke vibhinn paksh hain.</w:t>
      </w:r>
    </w:p>
    <w:p>
      <w:pPr>
        <w:jc w:val="right"/>
      </w:pPr>
      <w:r>
        <w:t>اب سوال یہ ہے کہ قرآن کی وہ کون سی विशेषتا ہے جو انسان کے لیے انوکرنیے نہیں ہے؟ اس کے विभिन्न پکش ہیں۔</w:t>
      </w:r>
    </w:p>
    <w:p>
      <w:r>
        <w:rPr>
          <w:b/>
        </w:rPr>
        <w:t xml:space="preserve">[36:13] </w:t>
      </w:r>
      <w:r>
        <w:t>yahan hum is ke kewal ek paksh ki charcha karenge jiska varnan Qur'an mein in shabdon mein kiya gaya hai. kya log Qur'an par gaur nahi karte aur agar woh Ishwar ke alawa kisi aur ki taraf se hota to woh Ishwar ke andar bada virodh bhaas paate?</w:t>
      </w:r>
    </w:p>
    <w:p>
      <w:pPr>
        <w:jc w:val="right"/>
      </w:pPr>
      <w:r>
        <w:t>یہاں ہم اس کے کیول ایک پکش کی چرچا کریں گے جس کا ورنن قرآن میں ان شبدوں میں کیا گیا ہے۔ کیا لوگ قرآن پر گور نہیں کرتے اور اگر وہ ایشور کے سوا کسی اور کی طرف سے ہوتا تو وہ ایشور کے اندر بڑا ورودہ بھاس پاتے؟</w:t>
      </w:r>
    </w:p>
    <w:p>
      <w:r>
        <w:rPr>
          <w:b/>
        </w:rPr>
        <w:t xml:space="preserve">[36:34] </w:t>
      </w:r>
      <w:r>
        <w:t>doosra yeh ke woh isi shuruaati roop mein poori tarah se surakshit hai jaisa ke woh saatvi shatabdi mein Paigambar-e-Islam Hazrat Muhammad ko mila tha.</w:t>
      </w:r>
    </w:p>
    <w:p>
      <w:pPr>
        <w:jc w:val="right"/>
      </w:pPr>
      <w:r>
        <w:t>دوسرا یہ کہ وہ اسی شروعاتی روپ میں پوری طرح سے سورکشیت ہے جیسا کہ وہ ساتوی شتابدی میں پیغمبر اسلام حضرت محمد کو ملا تھا۔</w:t>
      </w:r>
    </w:p>
    <w:p>
      <w:r>
        <w:rPr>
          <w:b/>
        </w:rPr>
        <w:t xml:space="preserve">[36:46] </w:t>
      </w:r>
      <w:r>
        <w:t>teesra yeh ke Qur'an sachai ki aur nimantran dene ki ek kitab hai aur is ke nimantran mein is itni taqat hai ke jab bhi ise sahi roop se duniya ke saamne laya jayega to woh duniya ke logon ko mantramugdh kar dega." I will request Maulana sahib to launch this book and this is now available for easy distribution for all</w:t>
      </w:r>
    </w:p>
    <w:p>
      <w:pPr>
        <w:jc w:val="right"/>
      </w:pPr>
      <w:r>
        <w:t>تیسرا یہ کہ قرآن سچائی کی اور نمنترن دینے کی ایک کتاب ہے اور اس کے نمنترن میں اس اتنی طاقت ہے کہ جب بھی اسے صحیح روپ سے دنیا کے سامنے لایا جائے گا تو وہ دنیا کے لوگوں کو منترمگت کر دے گا۔" آئی ویل ریکویسٹ مولانا صاحب ٹو لانچ دس بک اینڈ دس از ناؤ اویلیبل فار ایزی ڈسٹریبیوشن فار آل</w:t>
      </w:r>
    </w:p>
    <w:p>
      <w:r>
        <w:rPr>
          <w:b/>
        </w:rPr>
        <w:t xml:space="preserve">[37:14] </w:t>
      </w:r>
      <w:r>
        <w:t>of us. we should all capitalize this opportunity and spread this book in the Hindi world.</w:t>
      </w:r>
    </w:p>
    <w:p>
      <w:pPr>
        <w:jc w:val="right"/>
      </w:pPr>
      <w:r>
        <w:t>آف اس۔ وی شوڈ آل کیپٹلائز دس اپرچونیٹی اینڈ سپریڈ دس بک ان دی ہندی ورلڈ۔</w:t>
      </w:r>
    </w:p>
    <w:p>
      <w:r>
        <w:rPr>
          <w:b/>
        </w:rPr>
        <w:t xml:space="preserve">[37:21] </w:t>
      </w:r>
      <w:r>
        <w:t>Qur'an ki Mahima.</w:t>
      </w:r>
    </w:p>
    <w:p>
      <w:pPr>
        <w:jc w:val="right"/>
      </w:pPr>
      <w:r>
        <w:t>قرآن کی مہیمہ۔</w:t>
      </w:r>
    </w:p>
    <w:p>
      <w:r>
        <w:rPr>
          <w:b/>
        </w:rPr>
        <w:t xml:space="preserve">[37:26] </w:t>
      </w:r>
      <w:r>
        <w:t>sab mujhe bahut bahut zyada khushi hai ke hamare mulk ki jo zubaan hai, qaumi zubaan hai, is zubaan mein yeh tarjuma tayyar kiya gaya hai aur bahut achha tarjuma hai.</w:t>
      </w:r>
    </w:p>
    <w:p>
      <w:pPr>
        <w:jc w:val="right"/>
      </w:pPr>
      <w:r>
        <w:t>سب مجھے بہت بہت زیادہ خوشی ہے کہ ہمارے ملک کی جو زبان ہے، قومی زبان ہے، اس زبان میں یہ ترجمہ تیار کیا گیا ہے اور بہت اچھا ترجمہ ہے۔</w:t>
      </w:r>
    </w:p>
    <w:p>
      <w:r>
        <w:rPr>
          <w:b/>
        </w:rPr>
        <w:t xml:space="preserve">[37:46] </w:t>
      </w:r>
      <w:r>
        <w:t>main sochta hoon ke yeh ek bada kaam hai jo hamare saathiyon ne anjaam diya hai. Qur'an ki Mahima mein dua karta hoon un sab logon ke liye jinhone is kaam mein hissa liya hai.</w:t>
      </w:r>
    </w:p>
    <w:p>
      <w:pPr>
        <w:jc w:val="right"/>
      </w:pPr>
      <w:r>
        <w:t>میں سوچتا ہوں کہ یہ ایک بڑا کام ہے جو ہمارے ساتھیوں نے انجام دیا ہے۔ قرآن کی مہیمہ میں دعا کرتا ہوں ان سب لوگوں کے لیے جنہوں نے اس کام میں حصہ لیا ہے۔</w:t>
      </w:r>
    </w:p>
    <w:p>
      <w:r>
        <w:rPr>
          <w:b/>
        </w:rPr>
        <w:t xml:space="preserve">[38:10] </w:t>
      </w:r>
      <w:r>
        <w:t>okay, I will start with the comment se</w:t>
      </w:r>
    </w:p>
    <w:p>
      <w:pPr>
        <w:jc w:val="right"/>
      </w:pPr>
      <w:r>
        <w:t>اوکے، آئی ویل سٹارٹ ود دی کمنٹ سی</w:t>
      </w:r>
    </w:p>
    <w:p>
      <w:r>
        <w:rPr>
          <w:b/>
        </w:rPr>
        <w:t xml:space="preserve">[38:14] </w:t>
      </w:r>
      <w:r>
        <w:t>shun first. I will like to read the first comment that has come from Doctor Naghma Siddiqui from Delhi. she has written, "Maulana, you always help me to stay positive.</w:t>
      </w:r>
    </w:p>
    <w:p>
      <w:pPr>
        <w:jc w:val="right"/>
      </w:pPr>
      <w:r>
        <w:t>شن فرسٹ۔ آئی ویل لائک ٹو ریڈ دا فرسٹ کمنٹ دیٹ ہیز کم فرام ڈاکٹر نغمہ صدیقی فرام دہلی۔ شیز رٹن، "مولانا، یو آلویز ہیلپ می ٹو سٹے پازیٹیو۔</w:t>
      </w:r>
    </w:p>
    <w:p>
      <w:r>
        <w:rPr>
          <w:b/>
        </w:rPr>
        <w:t xml:space="preserve">[38:27] </w:t>
      </w:r>
      <w:r>
        <w:t>the principle you gave today is so important. I learn that we need to do dua, read Qur'an, learn from it and do hard work based on our understanding of it.</w:t>
      </w:r>
    </w:p>
    <w:p>
      <w:pPr>
        <w:jc w:val="right"/>
      </w:pPr>
      <w:r>
        <w:t>دا پرنسپل یو گیو ٹوڈے از سو امپورٹنٹ۔ آئی لرن دیٹ وی نیڈ ٹو ڈو دعا، ریڈ قرآن، لرن فرام اٹ اینڈ ڈو ہارڈ ورک بیسڈ آن اور انڈرسٹینڈنگ آف اٹ۔</w:t>
      </w:r>
    </w:p>
    <w:p>
      <w:r>
        <w:rPr>
          <w:b/>
        </w:rPr>
        <w:t xml:space="preserve">[38:39] </w:t>
      </w:r>
      <w:r>
        <w:t>deen we will be able to use our incentive to actualize our potential.</w:t>
      </w:r>
    </w:p>
    <w:p>
      <w:pPr>
        <w:jc w:val="right"/>
      </w:pPr>
      <w:r>
        <w:t>دین وی ویل بی ایبل ٹو یوز آر انسنٹیو ٹو ایکچولائز آر پوٹینشل۔</w:t>
      </w:r>
    </w:p>
    <w:p>
      <w:r>
        <w:rPr>
          <w:b/>
        </w:rPr>
        <w:t xml:space="preserve">[38:44] </w:t>
      </w:r>
      <w:r>
        <w:t>jazak allah Maulana. agla comment bheja hai Maulana Iqbal Umri ne Chennai se. unhon ne likha hai, "haalat asal nahi hain, incentive asal cheez hai.</w:t>
      </w:r>
    </w:p>
    <w:p>
      <w:pPr>
        <w:jc w:val="right"/>
      </w:pPr>
      <w:r>
        <w:t>جزاک اللہ مولانا۔" اگلا کمنٹ بھیجا ہے مولانا اقبال عمری نے چنئی سے۔ انہوں نے لکھا ہے، "حالات اصل نہیں ہیں، انسنٹیو اصل چیز ہے۔</w:t>
      </w:r>
    </w:p>
    <w:p>
      <w:r>
        <w:rPr>
          <w:b/>
        </w:rPr>
        <w:t xml:space="preserve">[38:59] </w:t>
      </w:r>
      <w:r>
        <w:t>Maulana, agar ummat sirf aap ki is baat ko pakad le to shaoor jaag jayega. jazak allah. " Mahboob bhai ne Mumbai se likha hai, "Maulana, main nahi jaanta koi aalim aisa ho jo incentive ka factor Quran se nikal kar ke bataye.</w:t>
      </w:r>
    </w:p>
    <w:p>
      <w:pPr>
        <w:jc w:val="right"/>
      </w:pPr>
      <w:r>
        <w:t>مولانا، اگر امت صرف آپ کی اس بات کو پکڑ لے تو شعور جاگ جائے گا۔ جزاک اللہ۔" محبوب بھائی نے ممبئی سے لکھا ہے، "مولانا، میں نہیں جانتا کوئی عالم ایسا ہو جو انسنٹیو کا فیکٹر قرآن سے نکال کر کے بتائے۔</w:t>
      </w:r>
    </w:p>
    <w:p>
      <w:r>
        <w:rPr>
          <w:b/>
        </w:rPr>
        <w:t xml:space="preserve">[39:20] </w:t>
      </w:r>
      <w:r>
        <w:t>yeh aap hi hain jo itni gehri baatein humein samjhate hain. I am grateful to Allah that I am sharing the air with you.</w:t>
      </w:r>
    </w:p>
    <w:p>
      <w:pPr>
        <w:jc w:val="right"/>
      </w:pPr>
      <w:r>
        <w:t>یہ آپ ہی ہیں جو اتنی گہری باتیں ہمیں سمجھاتے ہیں۔ آئی ایم گریٹ فل ٹو اللہ دیٹ آئی ایم شیئرنگ دا ایئر ود یو۔</w:t>
      </w:r>
    </w:p>
    <w:p>
      <w:r>
        <w:rPr>
          <w:b/>
        </w:rPr>
        <w:t xml:space="preserve">[39:29] </w:t>
      </w:r>
      <w:r>
        <w:t>aap ka guidance hamare liye lambi muddat tak Allah jari rakhe. jazak allah. " Istifa Ali sahib ne Kolkata se likha hai, "the less privileged section of the society has more incentive to be successful than the privileged class.</w:t>
      </w:r>
    </w:p>
    <w:p>
      <w:pPr>
        <w:jc w:val="right"/>
      </w:pPr>
      <w:r>
        <w:t>آپ کا گائیڈنس ہمارے لیے لمبی مدت تک اللہ جاری رکھے۔ جزاک اللہ۔" استفا علی صاحب نے کلکتہ سے لکھا ہے، "دا لیس پریولج سیکشن آف دا سوسائٹی ہیز مور انسنٹیو ٹو بی سکسیس فل دین دا پریولج کلاس۔</w:t>
      </w:r>
    </w:p>
    <w:p>
      <w:r>
        <w:rPr>
          <w:b/>
        </w:rPr>
        <w:t xml:space="preserve">[39:48] </w:t>
      </w:r>
      <w:r>
        <w:t>your observation is based on facts. jazak allah Maulana. " Maulana, ab sawal lena chahenge.</w:t>
      </w:r>
    </w:p>
    <w:p>
      <w:pPr>
        <w:jc w:val="right"/>
      </w:pPr>
      <w:r>
        <w:t>یور آبزرویشن از بیسڈ آن فیکٹس۔ جزاک اللہ مولانا۔" مولانا، اب سوال لینا چاہیں گے۔</w:t>
      </w:r>
    </w:p>
    <w:p>
      <w:r>
        <w:rPr>
          <w:b/>
        </w:rPr>
        <w:t xml:space="preserve">[39:59] </w:t>
      </w:r>
      <w:r>
        <w:t>yeh sawal bheja hai Ahmedabad se Khalid sahib ne. unhon ne likha hai, "Maulana, what is the basis on any negative psychology?</w:t>
      </w:r>
    </w:p>
    <w:p>
      <w:pPr>
        <w:jc w:val="right"/>
      </w:pPr>
      <w:r>
        <w:t>یہ سوال بھیجا ہے احمد آباد سے خالد صاحب نے۔ انہوں نے لکھا ہے، "مولانا، واٹ از دا بیسز آن اینی نیگیٹیو سائیکالوجی؟</w:t>
      </w:r>
    </w:p>
    <w:p>
      <w:r>
        <w:rPr>
          <w:b/>
        </w:rPr>
        <w:t xml:space="preserve">[40:12] </w:t>
      </w:r>
      <w:r>
        <w:t>why is it that despite all positive happenings, a person only goes after negative items and ignores positive development?</w:t>
      </w:r>
    </w:p>
    <w:p>
      <w:pPr>
        <w:jc w:val="right"/>
      </w:pPr>
      <w:r>
        <w:t>وائی از اٹ دیٹ ڈسپائٹ آل پازیٹیو ہیپننگز، ا پرسن اونلی گوز آفٹر نیگیٹیو آئٹمز اینڈ اگنورز پازیٹیو ڈویلپمنٹ؟</w:t>
      </w:r>
    </w:p>
    <w:p>
      <w:r>
        <w:rPr>
          <w:b/>
        </w:rPr>
        <w:t xml:space="preserve">[40:23] </w:t>
      </w:r>
      <w:r>
        <w:t>why is it that the human brain acts like a magnet for negativity and not for</w:t>
      </w:r>
    </w:p>
    <w:p>
      <w:pPr>
        <w:jc w:val="right"/>
      </w:pPr>
      <w:r>
        <w:t>وائی از اٹ دیٹ دا ہیومن برین ایکٹس لائک ا میگنیٹ فار نیگیٹیوٹی اینڈ ناٹ فار</w:t>
      </w:r>
    </w:p>
    <w:p>
      <w:r>
        <w:rPr>
          <w:b/>
        </w:rPr>
        <w:t xml:space="preserve">[40:30] </w:t>
      </w:r>
      <w:r>
        <w:t>positivity?" Hadees mein dekhiye, Hadees Rasool mein ek bohat achhi naseehat ki gayi hai.</w:t>
      </w:r>
    </w:p>
    <w:p>
      <w:pPr>
        <w:jc w:val="right"/>
      </w:pPr>
      <w:r>
        <w:t>پازیٹیوٹی؟" حدیث میں دیکھیے، حدیث رسول میں ایک بہت اچھی نصیحت کی گئی ہے۔</w:t>
      </w:r>
    </w:p>
    <w:p>
      <w:r>
        <w:rPr>
          <w:b/>
        </w:rPr>
        <w:t xml:space="preserve">[40:41] </w:t>
      </w:r>
      <w:r>
        <w:t>woh yeh ke apne se neeche ko dekho to tu abdushukar yani nishchitiv jagah hoga.</w:t>
      </w:r>
    </w:p>
    <w:p>
      <w:pPr>
        <w:jc w:val="right"/>
      </w:pPr>
      <w:r>
        <w:t>وہ یہ کہ اپنے سے نیچے کو دیکھو تو تو عبدالشکر یعنی نیچٹیو جگہ گا۔</w:t>
      </w:r>
    </w:p>
    <w:p>
      <w:r>
        <w:rPr>
          <w:b/>
        </w:rPr>
        <w:t xml:space="preserve">[40:55] </w:t>
      </w:r>
      <w:r>
        <w:t>apne se upar ko dekhoge to negative thought aayenge. yeh sab kya alfaaz hain is ke?</w:t>
      </w:r>
    </w:p>
    <w:p>
      <w:pPr>
        <w:jc w:val="right"/>
      </w:pPr>
      <w:r>
        <w:t>اپنے سے اوپر کو دیکھو گے تو نیگیٹیو تھاٹ آئیں گے۔ یہ سب کیا الفاظ ہیں اس کے؟</w:t>
      </w:r>
    </w:p>
    <w:p>
      <w:r>
        <w:rPr>
          <w:b/>
        </w:rPr>
        <w:t xml:space="preserve">[41:04] </w:t>
      </w:r>
      <w:r>
        <w:t>unzuru ila man asfal minkum wa la tanzuru ila man huwa fawqakum fahwa ajdar alla tazru ni'matallahi alaikum.</w:t>
      </w:r>
    </w:p>
    <w:p>
      <w:pPr>
        <w:jc w:val="right"/>
      </w:pPr>
      <w:r>
        <w:t>انظرو الی من اسفل منکم ولا تنظرو الی من ہوا فوقکم فھو اجدر اللہ تزدرو نعمت اللہ علیکم۔</w:t>
      </w:r>
    </w:p>
    <w:p>
      <w:r>
        <w:rPr>
          <w:b/>
        </w:rPr>
        <w:t xml:space="preserve">[41:15] </w:t>
      </w:r>
      <w:r>
        <w:t>isko dekho jo tum se neeche ho, usko na dekho jo tum se upar ho. to is se zyada munasib hai ke tum Allah ki nematon ki naqadree na karoge.</w:t>
      </w:r>
    </w:p>
    <w:p>
      <w:pPr>
        <w:jc w:val="right"/>
      </w:pPr>
      <w:r>
        <w:t>اس کو دیکھو جو تم سے نیچے ہو، اس کو نہ دیکھو جو تم سے اوپر ہو۔ تو اس سے زیادہ مناسب ہے کہ تم اللہ کی نعمتوں کی ناقدری نہ کرو گے۔</w:t>
      </w:r>
    </w:p>
    <w:p>
      <w:r>
        <w:rPr>
          <w:b/>
        </w:rPr>
        <w:t xml:space="preserve">[41:27] </w:t>
      </w:r>
      <w:r>
        <w:t>Saheeh Muslim Hadees number 2963. is aayat, is hadees ko agar aap pakad lein to kabhi shikayat ki baatein haq muslim na niklein.</w:t>
      </w:r>
    </w:p>
    <w:p>
      <w:pPr>
        <w:jc w:val="right"/>
      </w:pPr>
      <w:r>
        <w:t>صحیح مسلم حدیث نمبر ٹو نائن سکس تھری۔ اس آیت، اس حدیث کو اگر آپ پکڑ لیں تو کبھی شکایت کی باتیں حق مسلم نہ نکلیں۔</w:t>
      </w:r>
    </w:p>
    <w:p>
      <w:r>
        <w:rPr>
          <w:b/>
        </w:rPr>
        <w:t xml:space="preserve">[41:43] </w:t>
      </w:r>
      <w:r>
        <w:t>aap is se band insaan bach jayenge.</w:t>
      </w:r>
    </w:p>
    <w:p>
      <w:pPr>
        <w:jc w:val="right"/>
      </w:pPr>
      <w:r>
        <w:t>آپ اس سے بند انسان بچ جائیں گے۔</w:t>
      </w:r>
    </w:p>
    <w:p>
      <w:r>
        <w:rPr>
          <w:b/>
        </w:rPr>
        <w:t xml:space="preserve">[41:53] </w:t>
      </w:r>
      <w:r>
        <w:t>Maulana Abdus Salam Umri ne Hyderabad se comment bheja hai. unhon ne likha hai, "haalat asal nahi hain balke incentive ko jagana asal hai.</w:t>
      </w:r>
    </w:p>
    <w:p>
      <w:pPr>
        <w:jc w:val="right"/>
      </w:pPr>
      <w:r>
        <w:t>مولانا عبدالسلام عمری نے حیدرآباد سے کمنٹ بھیجا ہے۔ انہوں نے لکھا ہے، "حالات اصل نہیں ہیں بلکہ انسنٹیو کو جگانا اصل ہے۔</w:t>
      </w:r>
    </w:p>
    <w:p>
      <w:r>
        <w:rPr>
          <w:b/>
        </w:rPr>
        <w:t xml:space="preserve">[42:05] </w:t>
      </w:r>
      <w:r>
        <w:t>Maulana, yeh formula maine aap hi se seekha hai. main is formula par amal karunga. jazak allah. " Inshallah, inshallah, inshallah.</w:t>
      </w:r>
    </w:p>
    <w:p>
      <w:pPr>
        <w:jc w:val="right"/>
      </w:pPr>
      <w:r>
        <w:t>مولانا، یہ فارمولا میں نے آپ ہی سے سیکھا ہے۔ میں اس فارمولے پر عمل کروں گا۔ جزاک اللہ۔" انشاءاللہ، انشاءاللہ، انشاءاللہ۔</w:t>
      </w:r>
    </w:p>
    <w:p>
      <w:r>
        <w:rPr>
          <w:b/>
        </w:rPr>
        <w:t xml:space="preserve">[42:16] </w:t>
      </w:r>
      <w:r>
        <w:t>Doctor Junaid Sheikh ne Mumbai se likha hai, "Maulana, today lecture was very inspiring. I learn that real asset is incentive and not circumstances.</w:t>
      </w:r>
    </w:p>
    <w:p>
      <w:pPr>
        <w:jc w:val="right"/>
      </w:pPr>
      <w:r>
        <w:t>ڈاکٹر جنید شیخ نے ممبئی سے لکھا ہے، "مولانا، ٹوڈے لیکچر واز ویری انسپائرنگ۔ آئی لرن دیٹ ریئل ایسٹ از انسنٹیو اینڈ ناٹ سرکمسٹانسز۔</w:t>
      </w:r>
    </w:p>
    <w:p>
      <w:r>
        <w:rPr>
          <w:b/>
        </w:rPr>
        <w:t xml:space="preserve">[42:29] </w:t>
      </w:r>
      <w:r>
        <w:t>this is mind baffling lesson that you derived from Quran. jazak allah Maulana. " Riyaz Bhat sahib ka comment hai, aah, jo question ki shakal mein hai.</w:t>
      </w:r>
    </w:p>
    <w:p>
      <w:pPr>
        <w:jc w:val="right"/>
      </w:pPr>
      <w:r>
        <w:t>دس از مائنڈ باگلنگ لیسن دیٹ یو ڈیرائیوڈ فرام قرآن۔ جزاک اللہ مولانا۔" ریاض بھٹ صاحب کا کمنٹ ہے، آہ، جو کوئسچن کی شکل میں ہے۔</w:t>
      </w:r>
    </w:p>
    <w:p>
      <w:r>
        <w:rPr>
          <w:b/>
        </w:rPr>
        <w:t xml:space="preserve">[42:42] </w:t>
      </w:r>
      <w:r>
        <w:t>unhon ne likha hai, "Maulana sahib, I am listening to this session at Delhi airport in transit journey to Srinagar.</w:t>
      </w:r>
    </w:p>
    <w:p>
      <w:pPr>
        <w:jc w:val="right"/>
      </w:pPr>
      <w:r>
        <w:t>انہوں نے لکھا ہے، "مولانا صاحب، آئی ایم لسننگ ٹو دس سیشن ایٹ دہلی ایئرپورٹ ان ٹرانزٹ جرنی ٹو سری نگر۔</w:t>
      </w:r>
    </w:p>
    <w:p>
      <w:r>
        <w:rPr>
          <w:b/>
        </w:rPr>
        <w:t xml:space="preserve">[42:52] </w:t>
      </w:r>
      <w:r>
        <w:t>this incentive to me has been made available by creator through discovery of technology. Maulana, can we say that no body is under privilege in society today as technology has made available facilities which were not available to kings previously</w:t>
      </w:r>
    </w:p>
    <w:p>
      <w:pPr>
        <w:jc w:val="right"/>
      </w:pPr>
      <w:r>
        <w:t>دس انسنٹیو ٹو می ہیز بین میڈ اویلیبل بائے کریٹر تھرو ڈسکوری آف ٹیکنالوجی۔ مولانا، کین وی سے دیٹ نو باڈی از انڈر پریولج ان سوسائٹی ٹوڈے ایز ٹیکنالوجی ہیز میڈ اویلیبل فیسلیٹیز وچ وار ناٹ اویلیبل ٹو کنگز پریویسلی</w:t>
      </w:r>
    </w:p>
    <w:p>
      <w:r>
        <w:rPr>
          <w:b/>
        </w:rPr>
        <w:t xml:space="preserve">[43:14] </w:t>
      </w:r>
      <w:r>
        <w:t>?" Mashallah, mashallah, mashallah. Maulana Iqbal Umri ne Chennai se sawal bheja hai.</w:t>
      </w:r>
    </w:p>
    <w:p>
      <w:pPr>
        <w:jc w:val="right"/>
      </w:pPr>
      <w:r>
        <w:t>؟" ماشاءاللہ، ماشاءاللہ، ماشاءاللہ۔ مولانا اقبال عمری نے چنئی سے سوال بھیجا ہے۔</w:t>
      </w:r>
    </w:p>
    <w:p>
      <w:r>
        <w:rPr>
          <w:b/>
        </w:rPr>
        <w:t xml:space="preserve">[43:25] </w:t>
      </w:r>
      <w:r>
        <w:t>unhon ne likha hai, "positive incentive aur negative incentive kya hota hai? kaise farq karein?</w:t>
      </w:r>
    </w:p>
    <w:p>
      <w:pPr>
        <w:jc w:val="right"/>
      </w:pPr>
      <w:r>
        <w:t>انہوں نے لکھا ہے، "پازیٹیو انسنٹیو اور نیگیٹیو انسنٹیو کیا ہوتا ہے؟ کیسے فرق کریں؟</w:t>
      </w:r>
    </w:p>
    <w:p>
      <w:r>
        <w:rPr>
          <w:b/>
        </w:rPr>
        <w:t xml:space="preserve">[43:34] </w:t>
      </w:r>
      <w:r>
        <w:t>Maulana, isko wazeh karein."</w:t>
      </w:r>
    </w:p>
    <w:p>
      <w:pPr>
        <w:jc w:val="right"/>
      </w:pPr>
      <w:r>
        <w:t>مولانا، اس کو واضح کریں۔"</w:t>
      </w:r>
    </w:p>
    <w:p>
      <w:r>
        <w:rPr>
          <w:b/>
        </w:rPr>
        <w:t xml:space="preserve">[43:40] </w:t>
      </w:r>
      <w:r>
        <w:t>achha pehlu. aap soch kar ke achha pehlu nikalen to positive incentive mein aur na sochen to maashi aayegi to negativity pehlu ki taraf jayega aap ka mind.</w:t>
      </w:r>
    </w:p>
    <w:p>
      <w:pPr>
        <w:jc w:val="right"/>
      </w:pPr>
      <w:r>
        <w:t>اچھا پہلو۔ آپ سوچ کر کے اچھا پہلو نکالیں تو پازیٹیو انسنٹیو میں اور نہ سوچیں تو معاشی آئے گی تو نیگیٹیوٹی پہلو کی طرف جائے گا آپ کا مائنڈ۔</w:t>
      </w:r>
    </w:p>
    <w:p>
      <w:r>
        <w:rPr>
          <w:b/>
        </w:rPr>
        <w:t xml:space="preserve">[44:04] </w:t>
      </w:r>
      <w:r>
        <w:t>main to samajhta hoon ke sara raaz positive thinking mein hai aur sari</w:t>
      </w:r>
    </w:p>
    <w:p>
      <w:pPr>
        <w:jc w:val="right"/>
      </w:pPr>
      <w:r>
        <w:t>میں تو سمجھتا ہوں کہ سارا راز پازیٹیو تھنکنگ میں ہے اور ساری</w:t>
      </w:r>
    </w:p>
    <w:p>
      <w:r>
        <w:rPr>
          <w:b/>
        </w:rPr>
        <w:t xml:space="preserve">[44:22] </w:t>
      </w:r>
      <w:r>
        <w:t>nakami jo insaan ko aati hai woh negative sense mein aati hai.</w:t>
      </w:r>
    </w:p>
    <w:p>
      <w:pPr>
        <w:jc w:val="right"/>
      </w:pPr>
      <w:r>
        <w:t>ناکامی جو انسان کو آتی ہے وہ نیگیٹیو سینس میں آتی ہے۔</w:t>
      </w:r>
    </w:p>
    <w:p>
      <w:r>
        <w:rPr>
          <w:b/>
        </w:rPr>
        <w:t xml:space="preserve">[44:33] </w:t>
      </w:r>
      <w:r>
        <w:t>maulana lucknow se sawal aaya hai, ismail hussain sahab ne bheja hai. unhone likha hai, "maulana sahab, i am listening to you for the first time today and i understood the importance of incentive.</w:t>
      </w:r>
    </w:p>
    <w:p>
      <w:pPr>
        <w:jc w:val="right"/>
      </w:pPr>
      <w:r>
        <w:t>مولانا لکھنو سے سوال آیا ہے، اسماعیل حسین صاحب نے بھیجا ہے۔ انہوں نے لکھا ہے، "مولانا صاحب، آئی ایم لسننگ ٹو یو فار دا فرسٹ ٹائم ٹوڈے اینڈ آئی انڈرسٹوڈ دی امپورٹنس آف انسنٹیو۔</w:t>
      </w:r>
    </w:p>
    <w:p>
      <w:r>
        <w:rPr>
          <w:b/>
        </w:rPr>
        <w:t xml:space="preserve">[44:47] </w:t>
      </w:r>
      <w:r>
        <w:t>i have one daughter and i have been encouraging her to study. presently she is in six standard and is very good in her studies.</w:t>
      </w:r>
    </w:p>
    <w:p>
      <w:pPr>
        <w:jc w:val="right"/>
      </w:pPr>
      <w:r>
        <w:t>آئی ہیو ون ڈاٹر اینڈ آئی ہیو بین انکریجنگ ہر ٹو سٹڈی۔ پریزنٹلی شی از ان سکس سٹینڈرڈ اینڈ از ویری گڈ ان ہر سٹڈیز۔</w:t>
      </w:r>
    </w:p>
    <w:p>
      <w:r>
        <w:rPr>
          <w:b/>
        </w:rPr>
        <w:t xml:space="preserve">[44:57] </w:t>
      </w:r>
      <w:r>
        <w:t>after listening to your talk, i will now encourage her all the more. my question is that as a parent, should i also encourage her to complete religious studies along with modern education or let her decide where her interest is</w:t>
      </w:r>
    </w:p>
    <w:p>
      <w:pPr>
        <w:jc w:val="right"/>
      </w:pPr>
      <w:r>
        <w:t>آفٹر لسننگ ٹو یور ٹاک، آئی ویل ناؤ انکریج ہر آل دا مور۔ مائی کوئسچن از دیٹ ایز ا پیرنٹ، شوڈ آئی آل سو انکریج ہر ٹو کمپلیٹ ریلیجیس سٹڈیز الونگ ود ماڈرن ایجوکیشن اور لیٹ ہر ڈیسائیڈ ویر ہر انٹرسٹ از</w:t>
      </w:r>
    </w:p>
    <w:p>
      <w:r>
        <w:rPr>
          <w:b/>
        </w:rPr>
        <w:t xml:space="preserve">[45:14] </w:t>
      </w:r>
      <w:r>
        <w:t>? haan, isi par chhod dijiye. woh jis mein zyada shauq ho, woh parhne dijiye us ko. sab se achha yahi hai.</w:t>
      </w:r>
    </w:p>
    <w:p>
      <w:pPr>
        <w:jc w:val="right"/>
      </w:pPr>
      <w:r>
        <w:t>؟" ہاں، اسی پر چھوڑ دیجیے۔ وہ جس میں زیادہ شوق ہو، وہ پڑھنے دیجیے اس کو۔ سب سے اچھا یہی ہے۔</w:t>
      </w:r>
    </w:p>
    <w:p>
      <w:r>
        <w:rPr>
          <w:b/>
        </w:rPr>
        <w:t xml:space="preserve">[45:25] </w:t>
      </w:r>
      <w:r>
        <w:t>okay, we we will end the session now. thank you.</w:t>
      </w:r>
    </w:p>
    <w:p>
      <w:pPr>
        <w:jc w:val="right"/>
      </w:pPr>
      <w:r>
        <w:t>اوکے،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