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Stress Management Jan 25, 2020 - Maulana Wahiduddin Khan</w:t>
      </w:r>
    </w:p>
    <w:p>
      <w:r>
        <w:t>https://www.youtube.com/watch?v=oK-oYmN2YVA</w:t>
      </w:r>
    </w:p>
    <w:p>
      <w:r>
        <w:rPr>
          <w:b/>
        </w:rPr>
        <w:t xml:space="preserve">[00:14] </w:t>
      </w:r>
      <w:r>
        <w:t>bismillah rahman rahim. wa alaikum assalam. wa salli allah ala nabiyyi karim. to aaj</w:t>
      </w:r>
    </w:p>
    <w:p>
      <w:pPr>
        <w:jc w:val="right"/>
      </w:pPr>
      <w:r>
        <w:t>بسم اللہ الرحمن الرحیم۔ وعلیکم السلام۔ وصلی اللہ علی نبی کریم۔ تو آج</w:t>
      </w:r>
    </w:p>
    <w:p>
      <w:r>
        <w:rPr>
          <w:b/>
        </w:rPr>
        <w:t xml:space="preserve">[00:25] </w:t>
      </w:r>
      <w:r>
        <w:t>piya malik ki rah ki aaj ka topic</w:t>
      </w:r>
    </w:p>
    <w:p>
      <w:pPr>
        <w:jc w:val="right"/>
      </w:pPr>
      <w:r>
        <w:t>پیا ملک کی راہ کی آج کا ٹاپک</w:t>
      </w:r>
    </w:p>
    <w:p>
      <w:r>
        <w:rPr>
          <w:b/>
        </w:rPr>
        <w:t xml:space="preserve">[00:33] </w:t>
      </w:r>
      <w:r>
        <w:t>stress hua, how to de stress.</w:t>
      </w:r>
    </w:p>
    <w:p>
      <w:pPr>
        <w:jc w:val="right"/>
      </w:pPr>
      <w:r>
        <w:t>اسٹریس ہوا، ہاؤ ٹو ڈی اسٹریس۔</w:t>
      </w:r>
    </w:p>
    <w:p>
      <w:r>
        <w:rPr>
          <w:b/>
        </w:rPr>
        <w:t xml:space="preserve">[00:40] </w:t>
      </w:r>
      <w:r>
        <w:t>yeh kaise?</w:t>
      </w:r>
    </w:p>
    <w:p>
      <w:pPr>
        <w:jc w:val="right"/>
      </w:pPr>
      <w:r>
        <w:t>یہ کیسے؟</w:t>
      </w:r>
    </w:p>
    <w:p>
      <w:r>
        <w:rPr>
          <w:b/>
        </w:rPr>
        <w:t xml:space="preserve">[00:47] </w:t>
      </w:r>
      <w:r>
        <w:t>jahan tak mera tajurba hai,</w:t>
      </w:r>
    </w:p>
    <w:p>
      <w:pPr>
        <w:jc w:val="right"/>
      </w:pPr>
      <w:r>
        <w:t>جہاں تک میرا تجربہ ہے،</w:t>
      </w:r>
    </w:p>
    <w:p>
      <w:r>
        <w:rPr>
          <w:b/>
        </w:rPr>
        <w:t xml:space="preserve">[00:55] </w:t>
      </w:r>
      <w:r>
        <w:t>jahan tak mera tajurba hai, is cheez ko aaj kal stress kaha jata hai, woh koi negative phenomena nahi hai.</w:t>
      </w:r>
    </w:p>
    <w:p>
      <w:pPr>
        <w:jc w:val="right"/>
      </w:pPr>
      <w:r>
        <w:t>جہاں تک میرا تجربہ ہے، اس چیز کو آج کل اسٹریس کہا جاتا ہے، وہ کوئی نیگیٹیو فیناومینا نہیں ہے۔</w:t>
      </w:r>
    </w:p>
    <w:p>
      <w:r>
        <w:rPr>
          <w:b/>
        </w:rPr>
        <w:t xml:space="preserve">[01:07] </w:t>
      </w:r>
      <w:r>
        <w:t>aam taur par is ko log lete hain negative phenomena ke taur par.</w:t>
      </w:r>
    </w:p>
    <w:p>
      <w:pPr>
        <w:jc w:val="right"/>
      </w:pPr>
      <w:r>
        <w:t>عام طور پر اس کو لوگ لیتے ہیں نیگیٹیو فیناومینا کے طور پر۔</w:t>
      </w:r>
    </w:p>
    <w:p>
      <w:r>
        <w:rPr>
          <w:b/>
        </w:rPr>
        <w:t xml:space="preserve">[01:15] </w:t>
      </w:r>
      <w:r>
        <w:t>main samajhta hoon ke yeh positive phenomena hai.</w:t>
      </w:r>
    </w:p>
    <w:p>
      <w:pPr>
        <w:jc w:val="right"/>
      </w:pPr>
      <w:r>
        <w:t>میں سمجھتا ہوں کہ یہ پوزیٹیو فیناومینا ہے۔</w:t>
      </w:r>
    </w:p>
    <w:p>
      <w:r>
        <w:rPr>
          <w:b/>
        </w:rPr>
        <w:t xml:space="preserve">[01:24] </w:t>
      </w:r>
      <w:r>
        <w:t>stress ka tajurba jo hota hai, woh hamare nature ka ek part hai. hamare nature ka ek part hai.</w:t>
      </w:r>
    </w:p>
    <w:p>
      <w:pPr>
        <w:jc w:val="right"/>
      </w:pPr>
      <w:r>
        <w:t>اسٹریس کا تجربہ جو ہوتا ہے، وہ ہمارے نیچر کا ایک پارٹ ہے۔ ہمارے نیچر کا ایک پارٹ ہے۔</w:t>
      </w:r>
    </w:p>
    <w:p>
      <w:r>
        <w:rPr>
          <w:b/>
        </w:rPr>
        <w:t xml:space="preserve">[01:44] </w:t>
      </w:r>
      <w:r>
        <w:t>hamare ziddi ek to yeh hai ke woh normal tareeqe se guzar rahe hain, woh.</w:t>
      </w:r>
    </w:p>
    <w:p>
      <w:pPr>
        <w:jc w:val="right"/>
      </w:pPr>
      <w:r>
        <w:t>ہمارے ضدی ایک تو یہ ہے کہ وہ نارمل طریقے سے گزر رہے ہیں، وہ۔</w:t>
      </w:r>
    </w:p>
    <w:p>
      <w:r>
        <w:rPr>
          <w:b/>
        </w:rPr>
        <w:t xml:space="preserve">[01:53] </w:t>
      </w:r>
      <w:r>
        <w:t>lekin kabhi hamare ziddi mein kuch aise halaat pesh aate hain ke woh stress ban jate hain.</w:t>
      </w:r>
    </w:p>
    <w:p>
      <w:pPr>
        <w:jc w:val="right"/>
      </w:pPr>
      <w:r>
        <w:t>لیکن کبھی ہمارے ضدی میں کچھ ایسے حالات پیش آتے ہیں کہ وہ اسٹریس بن جاتے ہیں۔</w:t>
      </w:r>
    </w:p>
    <w:p>
      <w:r>
        <w:rPr>
          <w:b/>
        </w:rPr>
        <w:t xml:space="preserve">[02:10] </w:t>
      </w:r>
      <w:r>
        <w:t>woh stress ban jate hain.</w:t>
      </w:r>
    </w:p>
    <w:p>
      <w:pPr>
        <w:jc w:val="right"/>
      </w:pPr>
      <w:r>
        <w:t>وہ اسٹریس بن جاتے ہیں۔</w:t>
      </w:r>
    </w:p>
    <w:p>
      <w:r>
        <w:rPr>
          <w:b/>
        </w:rPr>
        <w:t xml:space="preserve">[02:16] </w:t>
      </w:r>
      <w:r>
        <w:t>yani zyada dabaav padta hai hamare mind par.</w:t>
      </w:r>
    </w:p>
    <w:p>
      <w:pPr>
        <w:jc w:val="right"/>
      </w:pPr>
      <w:r>
        <w:t>یعنی زیادہ دباؤ پڑتا ہے ہمارے مائنڈ پر۔</w:t>
      </w:r>
    </w:p>
    <w:p>
      <w:r>
        <w:rPr>
          <w:b/>
        </w:rPr>
        <w:t xml:space="preserve">[02:23] </w:t>
      </w:r>
      <w:r>
        <w:t>to mera tajurba yeh hai ke woh ek digital process hai, woh koi</w:t>
      </w:r>
    </w:p>
    <w:p>
      <w:pPr>
        <w:jc w:val="right"/>
      </w:pPr>
      <w:r>
        <w:t>تو میرا تجربہ یہ ہے کہ وہ ایک ڈیجیٹل پروسیس ہے، وہ کوئی</w:t>
      </w:r>
    </w:p>
    <w:p>
      <w:r>
        <w:rPr>
          <w:b/>
        </w:rPr>
        <w:t xml:space="preserve">[02:43] </w:t>
      </w:r>
      <w:r>
        <w:t>negative tajurba hai hi nahi.</w:t>
      </w:r>
    </w:p>
    <w:p>
      <w:pPr>
        <w:jc w:val="right"/>
      </w:pPr>
      <w:r>
        <w:t>نیگیٹیو تجربہ ہے ہی نہیں۔</w:t>
      </w:r>
    </w:p>
    <w:p>
      <w:r>
        <w:rPr>
          <w:b/>
        </w:rPr>
        <w:t xml:space="preserve">[02:51] </w:t>
      </w:r>
      <w:r>
        <w:t>woh ek digital process hai. yeh hamara jo, yeh jo hamara jo body wajood hai, wajood, hamari jo personality hai,</w:t>
      </w:r>
    </w:p>
    <w:p>
      <w:pPr>
        <w:jc w:val="right"/>
      </w:pPr>
      <w:r>
        <w:t>وہ ایک ڈیجیٹل پروسیس ہے۔ یہ ہمارا جو، یہ جو ہمارا جو باڈی وجود ہے، وجود، ہماری جو پرسنیلٹی ہے،</w:t>
      </w:r>
    </w:p>
    <w:p>
      <w:r>
        <w:rPr>
          <w:b/>
        </w:rPr>
        <w:t xml:space="preserve">[03:07] </w:t>
      </w:r>
      <w:r>
        <w:t>woh kuch cheezein create karti hai abnormal taur par.</w:t>
      </w:r>
    </w:p>
    <w:p>
      <w:pPr>
        <w:jc w:val="right"/>
      </w:pPr>
      <w:r>
        <w:t>وہ کچھ چیزیں کریٹ کرتی ہے اب نارمل طور پر۔</w:t>
      </w:r>
    </w:p>
    <w:p>
      <w:r>
        <w:rPr>
          <w:b/>
        </w:rPr>
        <w:t xml:space="preserve">[03:14] </w:t>
      </w:r>
      <w:r>
        <w:t>to isi ko hum keh dete hain stress.</w:t>
      </w:r>
    </w:p>
    <w:p>
      <w:pPr>
        <w:jc w:val="right"/>
      </w:pPr>
      <w:r>
        <w:t>تو اسی کو ہم کہہ دیتے ہیں اسٹریس۔</w:t>
      </w:r>
    </w:p>
    <w:p>
      <w:r>
        <w:rPr>
          <w:b/>
        </w:rPr>
        <w:t xml:space="preserve">[03:20] </w:t>
      </w:r>
      <w:r>
        <w:t>stress mein yeh kahunga ke bahar ki cheez nahi hai, hamare apne shakhsiyat ka ek production hai.</w:t>
      </w:r>
    </w:p>
    <w:p>
      <w:pPr>
        <w:jc w:val="right"/>
      </w:pPr>
      <w:r>
        <w:t>اسٹریس میں یہ کہوں گا کہ باہر کی چیز نہیں ہے، ہمارے اپنے شخصیت کا ایک پروڈکشن ہے۔</w:t>
      </w:r>
    </w:p>
    <w:p>
      <w:r>
        <w:rPr>
          <w:b/>
        </w:rPr>
        <w:t xml:space="preserve">[03:36] </w:t>
      </w:r>
      <w:r>
        <w:t>hamari apni shakhsiyat ka ek production hai.</w:t>
      </w:r>
    </w:p>
    <w:p>
      <w:pPr>
        <w:jc w:val="right"/>
      </w:pPr>
      <w:r>
        <w:t>ہماری اپنی شخصیت کا ایک پروڈکشن ہے۔</w:t>
      </w:r>
    </w:p>
    <w:p>
      <w:r>
        <w:rPr>
          <w:b/>
        </w:rPr>
        <w:t xml:space="preserve">[03:43] </w:t>
      </w:r>
      <w:r>
        <w:t>yani kuch halaat aise hote hain jo bazahir un ke usoolon se nahi hote, wahan hamari jo personality hai, woh woh enhance karti hai.</w:t>
      </w:r>
    </w:p>
    <w:p>
      <w:pPr>
        <w:jc w:val="right"/>
      </w:pPr>
      <w:r>
        <w:t>یعنی کچھ حالات ایسے ہوتے ہیں جو بظاہر ان کے اصولوں سے نہیں ہوتے، وہاں ہماری جو پرسنیلٹی ہے، وہ وہ انہانس کرتی ہے۔</w:t>
      </w:r>
    </w:p>
    <w:p>
      <w:r>
        <w:rPr>
          <w:b/>
        </w:rPr>
        <w:t xml:space="preserve">[03:59] </w:t>
      </w:r>
      <w:r>
        <w:t>hamare apne</w:t>
      </w:r>
    </w:p>
    <w:p>
      <w:pPr>
        <w:jc w:val="right"/>
      </w:pPr>
      <w:r>
        <w:t>ہمارے اپنے</w:t>
      </w:r>
    </w:p>
    <w:p>
      <w:r>
        <w:rPr>
          <w:b/>
        </w:rPr>
        <w:t xml:space="preserve">[04:06] </w:t>
      </w:r>
      <w:r>
        <w:t>wajood ke andar jo chalta rehta hai, us ko.</w:t>
      </w:r>
    </w:p>
    <w:p>
      <w:pPr>
        <w:jc w:val="right"/>
      </w:pPr>
      <w:r>
        <w:t>وجود کے اندر جو چلتا رہتا ہے، اس کو۔</w:t>
      </w:r>
    </w:p>
    <w:p>
      <w:r>
        <w:rPr>
          <w:b/>
        </w:rPr>
        <w:t xml:space="preserve">[04:15] </w:t>
      </w:r>
      <w:r>
        <w:t>to is ka matlab yeh hua ke yeh</w:t>
      </w:r>
    </w:p>
    <w:p>
      <w:pPr>
        <w:jc w:val="right"/>
      </w:pPr>
      <w:r>
        <w:t>تو اس کا مطلب یہ ہوا کہ یہ</w:t>
      </w:r>
    </w:p>
    <w:p>
      <w:r>
        <w:rPr>
          <w:b/>
        </w:rPr>
        <w:t xml:space="preserve">[04:26] </w:t>
      </w:r>
      <w:r>
        <w:t>is waqt hamari personality zyada deeper system mein sochne lagti hai.</w:t>
      </w:r>
    </w:p>
    <w:p>
      <w:pPr>
        <w:jc w:val="right"/>
      </w:pPr>
      <w:r>
        <w:t>اس وقت ہماری پرسنیلٹی زیادہ ڈیپر سسٹم میں سوچنے لگتی ہے۔</w:t>
      </w:r>
    </w:p>
    <w:p>
      <w:r>
        <w:rPr>
          <w:b/>
        </w:rPr>
        <w:t xml:space="preserve">[04:39] </w:t>
      </w:r>
      <w:r>
        <w:t>woh creative solution chahti hai nikalna. hum par jo beetta hai, us ka koi naya solution, koi creative solution ka.</w:t>
      </w:r>
    </w:p>
    <w:p>
      <w:pPr>
        <w:jc w:val="right"/>
      </w:pPr>
      <w:r>
        <w:t>وہ کریٹیو سلوشن چاہتی ہے نکالنا۔ ہم پر جو بیتتا ہے، اس کا کوئی نیا سلوشن، کوئی کریٹیو سلوشن کا۔</w:t>
      </w:r>
    </w:p>
    <w:p>
      <w:r>
        <w:rPr>
          <w:b/>
        </w:rPr>
        <w:t xml:space="preserve">[04:57] </w:t>
      </w:r>
      <w:r>
        <w:t>misalan mein ek ek chhota sa tajurba apna batata hoon. hai to bohat chhota sa, woh lekin meri zindagi ke mein woh bohat anokha waqea tha.</w:t>
      </w:r>
    </w:p>
    <w:p>
      <w:pPr>
        <w:jc w:val="right"/>
      </w:pPr>
      <w:r>
        <w:t>مثلاً میں ایک ایک چھوٹا سا تجربہ اپنا بتاتا ہوں۔ ہے تو بہت چھوٹا سا، وہ لیکن میری زندگی کے میں وہ بہت انوکھا واقعہ تھا۔</w:t>
      </w:r>
    </w:p>
    <w:p>
      <w:r>
        <w:rPr>
          <w:b/>
        </w:rPr>
        <w:t xml:space="preserve">[05:12] </w:t>
      </w:r>
      <w:r>
        <w:t>mein jahan rehta tha, jis gaon mein, us gaon ke</w:t>
      </w:r>
    </w:p>
    <w:p>
      <w:pPr>
        <w:jc w:val="right"/>
      </w:pPr>
      <w:r>
        <w:t>میں جہاں رہتا تھا، جس گاؤں میں، اس گاؤں کے</w:t>
      </w:r>
    </w:p>
    <w:p>
      <w:r>
        <w:rPr>
          <w:b/>
        </w:rPr>
        <w:t xml:space="preserve">[05:23] </w:t>
      </w:r>
      <w:r>
        <w:t>is se taqreeban do mil ke faasle par bazaar tha, sarabir ka bazaar. to hum kabhi kabhi wahan jate thay apne kaam se.</w:t>
      </w:r>
    </w:p>
    <w:p>
      <w:pPr>
        <w:jc w:val="right"/>
      </w:pPr>
      <w:r>
        <w:t>اس سے تقریباً دو میل کے فاصلے پر بازار تھا، سرابیر کا بازار۔ تو ہم کبھی کبھی وہاں جاتے تھے اپنے کام سے۔</w:t>
      </w:r>
    </w:p>
    <w:p>
      <w:r>
        <w:rPr>
          <w:b/>
        </w:rPr>
        <w:t xml:space="preserve">[05:40] </w:t>
      </w:r>
      <w:r>
        <w:t>to ek baar ka tajurba woh tha, anokha, woh batata hoon aap ko. ke hamare jo bare bete hain, zafar salam, un ko le kar mein rawana hua apne gaon se</w:t>
      </w:r>
    </w:p>
    <w:p>
      <w:pPr>
        <w:jc w:val="right"/>
      </w:pPr>
      <w:r>
        <w:t>تو ایک بار کا تجربہ وہ تھا، انوکھا، وہ بتاتا ہوں آپ کو۔ کہ ہمارے جو بڑے بیٹے ہیں، ظفرالسلام، ان کو لے کر میں روانہ ہوا اپنے گاؤں سے</w:t>
      </w:r>
    </w:p>
    <w:p>
      <w:r>
        <w:rPr>
          <w:b/>
        </w:rPr>
        <w:t xml:space="preserve">[06:02] </w:t>
      </w:r>
      <w:r>
        <w:t>bazaar ki taraf, sarabir ki taraf. to hamare jo bete thay, woh ek chappal pehne hue thay jab hum ja rahe thay, to ek chappal.</w:t>
      </w:r>
    </w:p>
    <w:p>
      <w:pPr>
        <w:jc w:val="right"/>
      </w:pPr>
      <w:r>
        <w:t>بازار کی طرف، سرابیر کی طرف۔ تو ہمارے جو بیٹے تھے، وہ ایک چپل پہنے ہوئے تھے جب ہم جا رہے تھے، تو ایک چپل۔</w:t>
      </w:r>
    </w:p>
    <w:p>
      <w:r>
        <w:rPr>
          <w:b/>
        </w:rPr>
        <w:t xml:space="preserve">[06:16] </w:t>
      </w:r>
      <w:r>
        <w:t>beech mein parti thi ek nadi. nadi ke paas jab pohanche to kisi wajah se us ki woh toot gayi.</w:t>
      </w:r>
    </w:p>
    <w:p>
      <w:pPr>
        <w:jc w:val="right"/>
      </w:pPr>
      <w:r>
        <w:t>بیچ میں پڑتی تھی ایک ندی۔ ندی کے پاس جب پہنچے تو کسی وجہ سے اس کی وہ ٹوٹ گئی۔</w:t>
      </w:r>
    </w:p>
    <w:p>
      <w:r>
        <w:rPr>
          <w:b/>
        </w:rPr>
        <w:t xml:space="preserve">[06:29] </w:t>
      </w:r>
      <w:r>
        <w:t>exactly is ka jo</w:t>
      </w:r>
    </w:p>
    <w:p>
      <w:pPr>
        <w:jc w:val="right"/>
      </w:pPr>
      <w:r>
        <w:t>ایگزیکٹلی اس کا جو</w:t>
      </w:r>
    </w:p>
    <w:p>
      <w:r>
        <w:rPr>
          <w:b/>
        </w:rPr>
        <w:t xml:space="preserve">[06:33] </w:t>
      </w:r>
      <w:r>
        <w:t>naam hai, woh mujhe yaad nahi aa raha. baharhal hua yeh ke jab hum woh dono pohanche nadi ke paas, nadi paar kar ke hamein jana tha sarabir, to woh woh jo thi,</w:t>
      </w:r>
    </w:p>
    <w:p>
      <w:pPr>
        <w:jc w:val="right"/>
      </w:pPr>
      <w:r>
        <w:t>نام ہے، وہ مجھے یاد نہیں آ رہا۔ بہرحال ہوا یہ کہ جب ہم وہ دونوں پہنچے ندی کے پاس، ندی پار کر کے ہمیں جانا تھا سرابیر، تو وہ وہ جو تھی،</w:t>
      </w:r>
    </w:p>
    <w:p>
      <w:r>
        <w:rPr>
          <w:b/>
        </w:rPr>
        <w:t xml:space="preserve">[06:53] </w:t>
      </w:r>
      <w:r>
        <w:t>woh toot gayi.</w:t>
      </w:r>
    </w:p>
    <w:p>
      <w:pPr>
        <w:jc w:val="right"/>
      </w:pPr>
      <w:r>
        <w:t>وہ ٹوٹ گئی۔</w:t>
      </w:r>
    </w:p>
    <w:p>
      <w:r>
        <w:rPr>
          <w:b/>
        </w:rPr>
        <w:t xml:space="preserve">[06:57] </w:t>
      </w:r>
      <w:r>
        <w:t>ab woh jab toot jaye, strap toot gaya. to ab woh jab toot gaya, woh jab toot jaye to angothe ki pakad mein nahi rehta woh, angotha alag ho jata hai.</w:t>
      </w:r>
    </w:p>
    <w:p>
      <w:pPr>
        <w:jc w:val="right"/>
      </w:pPr>
      <w:r>
        <w:t>اب وہ جب ٹوٹ جائے، اسٹریپ ٹوٹ گیا۔ تو اب وہ جب ٹوٹ گیا، وہ جب ٹوٹ جائے تو انگوٹھے کی پکڑ میں نہیں رہتا وہ، انگوٹھا الگ ہو جاتا ہے۔</w:t>
      </w:r>
    </w:p>
    <w:p>
      <w:r>
        <w:rPr>
          <w:b/>
        </w:rPr>
        <w:t xml:space="preserve">[07:12] </w:t>
      </w:r>
      <w:r>
        <w:t>woh</w:t>
      </w:r>
    </w:p>
    <w:p>
      <w:pPr>
        <w:jc w:val="right"/>
      </w:pPr>
      <w:r>
        <w:t>وہ</w:t>
      </w:r>
    </w:p>
    <w:p>
      <w:r>
        <w:rPr>
          <w:b/>
        </w:rPr>
        <w:t xml:space="preserve">[07:16] </w:t>
      </w:r>
      <w:r>
        <w:t>to mujhe jana tha sarabir, aur jane ke liye koi wahan koi sazan nahi tha.</w:t>
      </w:r>
    </w:p>
    <w:p>
      <w:pPr>
        <w:jc w:val="right"/>
      </w:pPr>
      <w:r>
        <w:t>تو مجھے جانا تھا سرابیر، اور جانے کے لیے کوئی وہاں کوئی سازن نہیں تھا۔</w:t>
      </w:r>
    </w:p>
    <w:p>
      <w:r>
        <w:rPr>
          <w:b/>
        </w:rPr>
        <w:t xml:space="preserve">[07:26] </w:t>
      </w:r>
      <w:r>
        <w:t>na koi</w:t>
      </w:r>
    </w:p>
    <w:p>
      <w:pPr>
        <w:jc w:val="right"/>
      </w:pPr>
      <w:r>
        <w:t>نہ کوئی</w:t>
      </w:r>
    </w:p>
    <w:p>
      <w:r>
        <w:rPr>
          <w:b/>
        </w:rPr>
        <w:t xml:space="preserve">[07:30] </w:t>
      </w:r>
      <w:r>
        <w:t>is zamane mein wahan kuch aisa nahi tha ke wahan kuch koi sazan ho. road nahi thi.</w:t>
      </w:r>
    </w:p>
    <w:p>
      <w:pPr>
        <w:jc w:val="right"/>
      </w:pPr>
      <w:r>
        <w:t>اس زمانے میں وہاں کچھ ایسا نہیں تھا کہ وہاں کچھ کوئی سازن ہو۔ روڈ نہیں تھی۔</w:t>
      </w:r>
    </w:p>
    <w:p>
      <w:r>
        <w:rPr>
          <w:b/>
        </w:rPr>
        <w:t xml:space="preserve">[07:43] </w:t>
      </w:r>
      <w:r>
        <w:t>to woh alag ho gaya, woh alag ho gaya. to ab mere mind par ek stress pada ke ab kya hoga, ab kaise yahan se sarabir tak jayenge hum.</w:t>
      </w:r>
    </w:p>
    <w:p>
      <w:pPr>
        <w:jc w:val="right"/>
      </w:pPr>
      <w:r>
        <w:t>تو وہ الگ ہو گیا، وہ الگ ہو گیا۔ تو اب میرے مائنڈ پر ایک اسٹریس پڑا کہ اب کیا ہوگا، اب کیسے یہاں سے سرابیر تک جائیں گے ہم۔</w:t>
      </w:r>
    </w:p>
    <w:p>
      <w:r>
        <w:rPr>
          <w:b/>
        </w:rPr>
        <w:t xml:space="preserve">[08:02] </w:t>
      </w:r>
      <w:r>
        <w:t>to ek hadith hai, ek hadith hai ke Allah se mango, yahan tak ke agar tumhare joote ka kya hai woh hadith?</w:t>
      </w:r>
    </w:p>
    <w:p>
      <w:pPr>
        <w:jc w:val="right"/>
      </w:pPr>
      <w:r>
        <w:t>تو ایک حدیث ہے، ایک حدیث ہے کہ اللہ سے مانگو، یہاں تک کہ اگر تمہارے جوتے کا کیا ہے وہ حدیث؟</w:t>
      </w:r>
    </w:p>
    <w:p>
      <w:r>
        <w:rPr>
          <w:b/>
        </w:rPr>
        <w:t xml:space="preserve">[08:20] </w:t>
      </w:r>
      <w:r>
        <w:t>tasma. hatta shsaana aleh. tasma. haan? tasma. haan, tasma. hatta ke tasma toot jaaye to us ko hi maango. matlab woh to mochi ke paas jaana padta hai.</w:t>
      </w:r>
    </w:p>
    <w:p>
      <w:pPr>
        <w:jc w:val="right"/>
      </w:pPr>
      <w:r>
        <w:t>تسمہ۔ حتیٰ شسانہ علیہ۔ تسمہ۔ ہاں؟ تسمہ۔ ہاں، تسمہ۔ حتیٰ کہ تسمہ ٹوٹ جائے تو اس کو ہی مانگو۔ مطلب وہ تو موچھی کے پاس جانا پڑتا ہے۔</w:t>
      </w:r>
    </w:p>
    <w:p>
      <w:r>
        <w:rPr>
          <w:b/>
        </w:rPr>
        <w:t xml:space="preserve">[08:31] </w:t>
      </w:r>
      <w:r>
        <w:t>yeh hadees mein hai ke maango. to mujhe woh yeh hadees yaad aayi. aur maine dua karna shuru kiya ke khuda main kya karoon, yahan to koi moti nahi,</w:t>
      </w:r>
    </w:p>
    <w:p>
      <w:pPr>
        <w:jc w:val="right"/>
      </w:pPr>
      <w:r>
        <w:t>یہ حدیث میں ہے کہ مانگو۔ تو مجھے وہ یہ حدیث یاد آئی۔ اور میں نے دعا کرنا شروع کیا کہ خدا میں کیا کروں، یہاں تو کوئی موتی نہیں،</w:t>
      </w:r>
    </w:p>
    <w:p>
      <w:r>
        <w:rPr>
          <w:b/>
        </w:rPr>
        <w:t xml:space="preserve">[08:46] </w:t>
      </w:r>
      <w:r>
        <w:t>koi aadmi nahi.</w:t>
      </w:r>
    </w:p>
    <w:p>
      <w:pPr>
        <w:jc w:val="right"/>
      </w:pPr>
      <w:r>
        <w:t>کوئی آدمی نہیں۔</w:t>
      </w:r>
    </w:p>
    <w:p>
      <w:r>
        <w:rPr>
          <w:b/>
        </w:rPr>
        <w:t xml:space="preserve">[08:51] </w:t>
      </w:r>
      <w:r>
        <w:t>to zafarsalam ne kya kiya? maine un se kuch kaha nahi, main to dua karta tha ke khuda hai, tasma toot gaya, ab kya karoon?</w:t>
      </w:r>
    </w:p>
    <w:p>
      <w:pPr>
        <w:jc w:val="right"/>
      </w:pPr>
      <w:r>
        <w:t>تو ظفرالسلام نے کیا کیا؟ میں نے ان سے کچھ کہا نہیں، میں تو دعا کرتا تھا کہ خدا ہے، تسمہ ٹوٹ گیا، اب کیا کروں؟</w:t>
      </w:r>
    </w:p>
    <w:p>
      <w:r>
        <w:rPr>
          <w:b/>
        </w:rPr>
        <w:t xml:space="preserve">[09:02] </w:t>
      </w:r>
      <w:r>
        <w:t>beech raaste mein. to zafarsalam ne kya kiya ke un ke dil mein kuch aaya hoga, to chappal jo tha woh haath mein le liya.</w:t>
      </w:r>
    </w:p>
    <w:p>
      <w:pPr>
        <w:jc w:val="right"/>
      </w:pPr>
      <w:r>
        <w:t>بیچ راستے میں۔ تو ظفرالسلام نے کیا کیا کہ ان کے دل میں کچھ آیا ہوگا، تو چپل جو تھا وہ ہاتھ میں لے لیا۔</w:t>
      </w:r>
    </w:p>
    <w:p>
      <w:r>
        <w:rPr>
          <w:b/>
        </w:rPr>
        <w:t xml:space="preserve">[09:16] </w:t>
      </w:r>
      <w:r>
        <w:t>haath mein. yaani nange paon ho gaye aur chappal haath mein le liya. aur chalne lage.</w:t>
      </w:r>
    </w:p>
    <w:p>
      <w:pPr>
        <w:jc w:val="right"/>
      </w:pPr>
      <w:r>
        <w:t>ہاتھ میں۔ یعنی ننگے پاؤں ہو گئے اور چپل ہاتھ میں لے لیا۔ اور چلنے لگے۔</w:t>
      </w:r>
    </w:p>
    <w:p>
      <w:r>
        <w:rPr>
          <w:b/>
        </w:rPr>
        <w:t xml:space="preserve">[09:28] </w:t>
      </w:r>
      <w:r>
        <w:t>to maine unhein kuch toka nahi, kyunke main kuch karne ki position mein tha nahi. to hum log isi tarah chalte chalte chalte sarabeer pahunche.</w:t>
      </w:r>
    </w:p>
    <w:p>
      <w:pPr>
        <w:jc w:val="right"/>
      </w:pPr>
      <w:r>
        <w:t>تو میں نے انہیں کچھ ٹوکا نہیں، کیونکہ میں کچھ کرنے کی پوزیشن میں تھا نہیں۔ تو ہم لوگ اسی طرح چلتے چلتے چلتے سرابیر پہنچے۔</w:t>
      </w:r>
    </w:p>
    <w:p>
      <w:r>
        <w:rPr>
          <w:b/>
        </w:rPr>
        <w:t xml:space="preserve">[09:43] </w:t>
      </w:r>
      <w:r>
        <w:t>sarabeer pahunche. jo wahan se taqreeban shayad do meel ke faasle par tha.</w:t>
      </w:r>
    </w:p>
    <w:p>
      <w:pPr>
        <w:jc w:val="right"/>
      </w:pPr>
      <w:r>
        <w:t>سرابیر پہنچے۔ جو وہاں سے تقریباً شاید دو میل کے فاصلے پر تھا۔</w:t>
      </w:r>
    </w:p>
    <w:p>
      <w:r>
        <w:rPr>
          <w:b/>
        </w:rPr>
        <w:t xml:space="preserve">[09:54] </w:t>
      </w:r>
      <w:r>
        <w:t>to yeh ek tajurba hai ke jab stress pada mere mind par to maine kuch kiya nahi, bas dua karne laga. to dua us waqt shuru se ban gayi.</w:t>
      </w:r>
    </w:p>
    <w:p>
      <w:pPr>
        <w:jc w:val="right"/>
      </w:pPr>
      <w:r>
        <w:t>تو یہ ایک تجربہ ہے کہ جب اسٹریس پڑا میرے مائنڈ پر تو میں نے کچھ کیا نہیں، بس دعا کرنے لگا۔ تو دعا اس وقت شروع سے بن گئی۔</w:t>
      </w:r>
    </w:p>
    <w:p>
      <w:r>
        <w:rPr>
          <w:b/>
        </w:rPr>
        <w:t xml:space="preserve">[10:07] </w:t>
      </w:r>
      <w:r>
        <w:t>is ka yeh matlab nahi hai ke hamesha aadmi yahi kare, yeh aisa nahi hai.</w:t>
      </w:r>
    </w:p>
    <w:p>
      <w:pPr>
        <w:jc w:val="right"/>
      </w:pPr>
      <w:r>
        <w:t>اس کا یہ مطلب نہیں ہے کہ ہمیشہ آدمی یہی کرے، یہ ایسا نہیں ہے۔</w:t>
      </w:r>
    </w:p>
    <w:p>
      <w:r>
        <w:rPr>
          <w:b/>
        </w:rPr>
        <w:t xml:space="preserve">[10:19] </w:t>
      </w:r>
      <w:r>
        <w:t>to un ke dil mein aa gaya bas, yaani joote ka tasma ke aasman se tapka nahi.</w:t>
      </w:r>
    </w:p>
    <w:p>
      <w:pPr>
        <w:jc w:val="right"/>
      </w:pPr>
      <w:r>
        <w:t>تو ان کے دل میں آ گیا بس، یعنی جوتے کا تسمہ کہ آسمان سے ٹپکا نہیں۔</w:t>
      </w:r>
    </w:p>
    <w:p>
      <w:r>
        <w:rPr>
          <w:b/>
        </w:rPr>
        <w:t xml:space="preserve">[10:29] </w:t>
      </w:r>
      <w:r>
        <w:t>un ke dil dil mein aa gaya ke chalo bhai thodi der chalayein, haath mein le lete hain, wahan to mochi mil jayega. yeh bhi ek solution hai.</w:t>
      </w:r>
    </w:p>
    <w:p>
      <w:pPr>
        <w:jc w:val="right"/>
      </w:pPr>
      <w:r>
        <w:t>ان کے دل دل میں آ گیا کہ چلو بھئی تھوڑی دیر چلائیں، ہاتھ میں لے لیتے ہیں، وہاں تو موچھی مل جائے گا۔ یہ بھی ایک سلوشن ہے۔</w:t>
      </w:r>
    </w:p>
    <w:p>
      <w:r>
        <w:rPr>
          <w:b/>
        </w:rPr>
        <w:t xml:space="preserve">[10:45] </w:t>
      </w:r>
      <w:r>
        <w:t>to main samajhta hoon ke jab hamein koi stress pade to stress jo pade to hamein yeh chahiye ke Allah se dua karein.</w:t>
      </w:r>
    </w:p>
    <w:p>
      <w:pPr>
        <w:jc w:val="right"/>
      </w:pPr>
      <w:r>
        <w:t>تو میں سمجھتا ہوں کہ جب ہمیں کوئی اسٹریس پڑے تو اسٹریس جو پڑے تو ہمیں یہ چاہیے کہ اللہ سے دعا کریں۔</w:t>
      </w:r>
    </w:p>
    <w:p>
      <w:r>
        <w:rPr>
          <w:b/>
        </w:rPr>
        <w:t xml:space="preserve">[10:58] </w:t>
      </w:r>
      <w:r>
        <w:t>to kya hoga ke problem ko manage karne ka koi formula mind mein aa jayega.</w:t>
      </w:r>
    </w:p>
    <w:p>
      <w:pPr>
        <w:jc w:val="right"/>
      </w:pPr>
      <w:r>
        <w:t>تو کیا ہوگا کہ پرابلم کو مینج کرنے کا کوئی فارمولا مائنڈ میں آ جائے گا۔</w:t>
      </w:r>
    </w:p>
    <w:p>
      <w:r>
        <w:rPr>
          <w:b/>
        </w:rPr>
        <w:t xml:space="preserve">[11:13] </w:t>
      </w:r>
      <w:r>
        <w:t>aur bhi mere waqiyat aise hain ke dua karne se koi formula zehen mein aa gaya. to main samajhta hoon is ka yeh matlab nahi hai ke jab bhi koi baat ho to aap dua kijiye aur jhat se wahan koi farishta aa kar ke theek kar dega.</w:t>
      </w:r>
    </w:p>
    <w:p>
      <w:pPr>
        <w:jc w:val="right"/>
      </w:pPr>
      <w:r>
        <w:t>اور بھی میرے واقعات ایسے ہیں کہ دعا کرنے سے کوئی فارمولا ذہن میں آ گیا۔ تو میں سمجھتا ہوں اس کا یہ مطلب نہیں ہے کہ جب بھی کوئی بات ہو تو آپ دعا کیجیے اور جھٹ سے وہاں کوئی فرشتہ آ کر کے ٹھیک کر دے گا۔</w:t>
      </w:r>
    </w:p>
    <w:p>
      <w:r>
        <w:rPr>
          <w:b/>
        </w:rPr>
        <w:t xml:space="preserve">[11:32] </w:t>
      </w:r>
      <w:r>
        <w:t>nahi. yaani koi formula manage karne ka, koi formula us ko solve karne ka zehen mein aa jaye, Allah ki tofeeq se.</w:t>
      </w:r>
    </w:p>
    <w:p>
      <w:pPr>
        <w:jc w:val="right"/>
      </w:pPr>
      <w:r>
        <w:t>نہیں۔ یعنی کوئی فارمولا مینج کرنے کا، کوئی فارمولا اس کو سالو کرنے کا ذہن میں آ جائے، اللہ کی توفیق سے۔</w:t>
      </w:r>
    </w:p>
    <w:p>
      <w:r>
        <w:rPr>
          <w:b/>
        </w:rPr>
        <w:t xml:space="preserve">[11:49] </w:t>
      </w:r>
      <w:r>
        <w:t>to stress agar ho to aadmi ko ghabrana nahi chahiye. asal mein samajhta hoon ke asal jo</w:t>
      </w:r>
    </w:p>
    <w:p>
      <w:pPr>
        <w:jc w:val="right"/>
      </w:pPr>
      <w:r>
        <w:t>تو اسٹریس اگر ہو تو آدمی کو گھبرانا نہیں چاہیے۔ اصل میں سمجھتا ہوں کہ اصل جو</w:t>
      </w:r>
    </w:p>
    <w:p>
      <w:r>
        <w:rPr>
          <w:b/>
        </w:rPr>
        <w:t xml:space="preserve">[11:59] </w:t>
      </w:r>
      <w:r>
        <w:t>jo baat hai woh yeh nahi hai ke</w:t>
      </w:r>
    </w:p>
    <w:p>
      <w:pPr>
        <w:jc w:val="right"/>
      </w:pPr>
      <w:r>
        <w:t>جو بات ہے وہ یہ نہیں ہے کہ</w:t>
      </w:r>
    </w:p>
    <w:p>
      <w:r>
        <w:rPr>
          <w:b/>
        </w:rPr>
        <w:t xml:space="preserve">[12:04] </w:t>
      </w:r>
      <w:r>
        <w:t>woh koi</w:t>
      </w:r>
    </w:p>
    <w:p>
      <w:pPr>
        <w:jc w:val="right"/>
      </w:pPr>
      <w:r>
        <w:t>وہ کوئی</w:t>
      </w:r>
    </w:p>
    <w:p>
      <w:r>
        <w:rPr>
          <w:b/>
        </w:rPr>
        <w:t xml:space="preserve">[12:09] </w:t>
      </w:r>
      <w:r>
        <w:t>jaise hamare saath hua to koi tasma wajood mein aa gaya, aisa nahi hoga.</w:t>
      </w:r>
    </w:p>
    <w:p>
      <w:pPr>
        <w:jc w:val="right"/>
      </w:pPr>
      <w:r>
        <w:t>جیسے ہمارے ساتھ ہوا تو کوئی تسمہ وجود میں آ گیا، ایسا نہیں ہوگا۔</w:t>
      </w:r>
    </w:p>
    <w:p>
      <w:r>
        <w:rPr>
          <w:b/>
        </w:rPr>
        <w:t xml:space="preserve">[12:20] </w:t>
      </w:r>
      <w:r>
        <w:t>nahi, aap ke mind koi solution dhoondh lega, chalo aisa nahi, aisa karte hain.</w:t>
      </w:r>
    </w:p>
    <w:p>
      <w:pPr>
        <w:jc w:val="right"/>
      </w:pPr>
      <w:r>
        <w:t>نہیں، آپ کے مائنڈ کوئی سلوشن ڈھونڈ لے گا، چلو ایسا نہیں، ایسا کرتے ہیں۔</w:t>
      </w:r>
    </w:p>
    <w:p>
      <w:r>
        <w:rPr>
          <w:b/>
        </w:rPr>
        <w:t xml:space="preserve">[12:32] </w:t>
      </w:r>
      <w:r>
        <w:t>jaise hamare wahan ka ek waqia yaad aata hai,</w:t>
      </w:r>
    </w:p>
    <w:p>
      <w:pPr>
        <w:jc w:val="right"/>
      </w:pPr>
      <w:r>
        <w:t>جیسے ہمارے وہاں کا ایک واقعہ یاد آتا ہے،</w:t>
      </w:r>
    </w:p>
    <w:p>
      <w:r>
        <w:rPr>
          <w:b/>
        </w:rPr>
        <w:t xml:space="preserve">[12:38] </w:t>
      </w:r>
      <w:r>
        <w:t>america ka, california ka. to ek sahab hain wahan. sagheer islam sahab. to main un ke ghar par thehra hua tha california mein.</w:t>
      </w:r>
    </w:p>
    <w:p>
      <w:pPr>
        <w:jc w:val="right"/>
      </w:pPr>
      <w:r>
        <w:t>امریکہ کا، کیلیفورنیا کا۔ تو ایک صاحب ہیں وہاں۔ صغیر اسلام صاحب۔ تو میں ان کے گھر پر ٹھہرا ہوا تھا کیلیفورنیا میں۔</w:t>
      </w:r>
    </w:p>
    <w:p>
      <w:r>
        <w:rPr>
          <w:b/>
        </w:rPr>
        <w:t xml:space="preserve">[12:52] </w:t>
      </w:r>
      <w:r>
        <w:t>to hum ne yeh tay kiya ke kal hum chalenge, yaani shaam ko yeh baat hui</w:t>
      </w:r>
    </w:p>
    <w:p>
      <w:pPr>
        <w:jc w:val="right"/>
      </w:pPr>
      <w:r>
        <w:t>تو ہم نے یہ طے کیا کہ کل ہم چلیں گے، یعنی شام کو یہ بات ہوئی</w:t>
      </w:r>
    </w:p>
    <w:p>
      <w:r>
        <w:rPr>
          <w:b/>
        </w:rPr>
        <w:t xml:space="preserve">[13:00] </w:t>
      </w:r>
      <w:r>
        <w:t>ke kal hum chalenge side sitting ke liye. california mein side sitting ke liye. to subah ko jab main jab subah hui to woh bohat bohat hi disciplined tha un ke andar.</w:t>
      </w:r>
    </w:p>
    <w:p>
      <w:pPr>
        <w:jc w:val="right"/>
      </w:pPr>
      <w:r>
        <w:t>کہ کل ہم چلیں گے سائیڈ سٹنگ کے لیے۔ کیلیفورنیا میں سائیڈ سٹنگ کے لیے۔ تو صبح کو جب میں جب صبح ہوئی تو وہ بہت بہت ہی ڈسپلنڈ تھا ان کے اندر۔</w:t>
      </w:r>
    </w:p>
    <w:p>
      <w:r>
        <w:rPr>
          <w:b/>
        </w:rPr>
        <w:t xml:space="preserve">[13:18] </w:t>
      </w:r>
      <w:r>
        <w:t>aur disciplined wale aadmi thay. Pakistan ke thay woh, lekin disciplined bohat tha un ke andar. To subah is ko fajar ki namaz parh kar ke aik dum mere jo un un un ke haan mein jis kamre mein thehra tha,</w:t>
      </w:r>
    </w:p>
    <w:p>
      <w:pPr>
        <w:jc w:val="right"/>
      </w:pPr>
      <w:r>
        <w:t>اور ڈسپلنڈ والے آدمی تھے۔ پاکستان کے تھے وہ، لیکن ڈسپلنڈ بہت تھا ان کے اندر۔ تو صبح اس کو فجر کی نماز پڑھ کر کے ایک دم میرے جو ان ان ان کے ہاں میں جس کمرے میں ٹھہرا تھا،</w:t>
      </w:r>
    </w:p>
    <w:p>
      <w:r>
        <w:rPr>
          <w:b/>
        </w:rPr>
        <w:t xml:space="preserve">[13:37] </w:t>
      </w:r>
      <w:r>
        <w:t>woh aaye khare ho gaye ke main bilkul tayyar hoon. Yani subah ko nahakar ke kapra badalkar ke sab karkar aa ke khare ho gaye.</w:t>
      </w:r>
    </w:p>
    <w:p>
      <w:pPr>
        <w:jc w:val="right"/>
      </w:pPr>
      <w:r>
        <w:t>وہ آئے کھڑے ہو گئے کہ میں بالکل تیار ہوں۔ یعنی صبح کو نہا کر کے کپڑا بدل کر کے سب کر کے آ کے کھڑے ہو گئے۔</w:t>
      </w:r>
    </w:p>
    <w:p>
      <w:r>
        <w:rPr>
          <w:b/>
        </w:rPr>
        <w:t xml:space="preserve">[13:48] </w:t>
      </w:r>
      <w:r>
        <w:t>main abhi mein taqreeban bhool bhi chuka tha. To mujhe thori sharmindagi hui.</w:t>
      </w:r>
    </w:p>
    <w:p>
      <w:pPr>
        <w:jc w:val="right"/>
      </w:pPr>
      <w:r>
        <w:t>میں ابھی میں تقریباً بھول بھی چکا تھا۔ تو مجھے تھوڑی شرمندگی ہوئی۔</w:t>
      </w:r>
    </w:p>
    <w:p>
      <w:r>
        <w:rPr>
          <w:b/>
        </w:rPr>
        <w:t xml:space="preserve">[13:58] </w:t>
      </w:r>
      <w:r>
        <w:t>To unhon ne aik bohat acha formula bataya. Unhon ne kaha ke chalo yeh bhi theek hai. Matlab aaj nahi jayenge, kabhi kabhi aur jayenge, kisi aur din jayenge.</w:t>
      </w:r>
    </w:p>
    <w:p>
      <w:pPr>
        <w:jc w:val="right"/>
      </w:pPr>
      <w:r>
        <w:t>تو انہوں نے ایک بہت اچھا فارمولا بتایا۔ انہوں نے کہا کہ چلو یہ بھی ٹھیک ہے۔ مطلب آج نہیں جائیں گے، کبھی کبھی اور جائیں، کسی اور دن جائیں گے۔</w:t>
      </w:r>
    </w:p>
    <w:p>
      <w:r>
        <w:rPr>
          <w:b/>
        </w:rPr>
        <w:t xml:space="preserve">[14:11] </w:t>
      </w:r>
      <w:r>
        <w:t>Chalo yeh bhi theek hai. To mind ne is ko aik formula ijad kar liya. Main samajhta hoon. Jab mind par stress para, mind par jab stress para to mind ne ziyada socha,</w:t>
      </w:r>
    </w:p>
    <w:p>
      <w:pPr>
        <w:jc w:val="right"/>
      </w:pPr>
      <w:r>
        <w:t>چلو یہ بھی ٹھیک ہے۔ تو مائنڈ نے اس کو ایک فارمولا ایجاد کر لیا۔ میں سمجھتا ہوں۔ جب مائنڈ پر اسٹریس پڑا، مائنڈ پر جب اسٹریس پڑا تو مائنڈ نے زیادہ سوچا،</w:t>
      </w:r>
    </w:p>
    <w:p>
      <w:r>
        <w:rPr>
          <w:b/>
        </w:rPr>
        <w:t xml:space="preserve">[14:27] </w:t>
      </w:r>
      <w:r>
        <w:t>ziyada socha to is ko aik formula samajh aa gaya ke chalo yeh bhi theek hai. To main samajhta hoon ke stress jis ko kehte hain woh hai mind ko kuch ziyada activate karna.</w:t>
      </w:r>
    </w:p>
    <w:p>
      <w:pPr>
        <w:jc w:val="right"/>
      </w:pPr>
      <w:r>
        <w:t>زیادہ سوچا تو اس کو ایک فارمولا سمجھ آ گیا کہ چلو یہ بھی ٹھیک ہے۔ تو میں سمجھتا ہوں کہ اسٹریچ جس کو کہتے ہیں وہ ہے مائنڈ کو کچھ زیادہ ایکٹیویٹ کرنا۔</w:t>
      </w:r>
    </w:p>
    <w:p>
      <w:r>
        <w:rPr>
          <w:b/>
        </w:rPr>
        <w:t xml:space="preserve">[14:42] </w:t>
      </w:r>
      <w:r>
        <w:t>ya mind ka kuch ziyada activate ho jana. To is mauqe par agar aap ka mind zinda mind hai to naye naye formula search kar lega.</w:t>
      </w:r>
    </w:p>
    <w:p>
      <w:pPr>
        <w:jc w:val="right"/>
      </w:pPr>
      <w:r>
        <w:t>یا مائنڈ کا کچھ زیادہ ایکٹیویٹ ہو جانا۔ تو اس موقع پر اگر آپ کا مائنڈ زندہ مائنڈ ہے تو نئے نئے فارمولے سرچ کر لے گا۔</w:t>
      </w:r>
    </w:p>
    <w:p>
      <w:r>
        <w:rPr>
          <w:b/>
        </w:rPr>
        <w:t xml:space="preserve">[14:56] </w:t>
      </w:r>
      <w:r>
        <w:t>Jaise unhon ne kaha ke chalo yeh bhi theek hai. To main yeh samajhta hoon ke stress koi negative experience nahi hai, balkay woh positive experience hai.</w:t>
      </w:r>
    </w:p>
    <w:p>
      <w:pPr>
        <w:jc w:val="right"/>
      </w:pPr>
      <w:r>
        <w:t>جیسے انہوں نے کہا کہ چلو یہ بھی ٹھیک ہے۔ تو میں یہ سمجھتا ہوں کہ اسٹریس کوئی نیگیٹیو ایکسپیرینس نہیں ہے، بلکہ وہ پازیٹیو ایکسپیرینس ہے۔</w:t>
      </w:r>
    </w:p>
    <w:p>
      <w:r>
        <w:rPr>
          <w:b/>
        </w:rPr>
        <w:t xml:space="preserve">[15:11] </w:t>
      </w:r>
      <w:r>
        <w:t>Yeh hai mera tajurba, ab aap hazrat farmayiye.</w:t>
      </w:r>
    </w:p>
    <w:p>
      <w:pPr>
        <w:jc w:val="right"/>
      </w:pPr>
      <w:r>
        <w:t>یہ ہے میرا تجربہ، اب آپ حضرات فرمائیے۔</w:t>
      </w:r>
    </w:p>
    <w:p>
      <w:r>
        <w:rPr>
          <w:b/>
        </w:rPr>
        <w:t xml:space="preserve">[15:29] </w:t>
      </w:r>
      <w:r>
        <w:t>Maulana, jab hum stress mein hotay hain, jis cheez se hum ko stress hota hai, us se alag hokar hum soch nahi paate us time pe</w:t>
      </w:r>
    </w:p>
    <w:p>
      <w:pPr>
        <w:jc w:val="right"/>
      </w:pPr>
      <w:r>
        <w:t>مولانا، جب ہم اسٹریس میں ہوتے ہیں، جس چیز سے ہم کو اسٹریس ہوتا ہے، اس سے الگ ہو کر ہم سوچ نہیں پاتے اس ٹائم پہ</w:t>
      </w:r>
    </w:p>
    <w:p>
      <w:r>
        <w:rPr>
          <w:b/>
        </w:rPr>
        <w:t xml:space="preserve">[15:36] </w:t>
      </w:r>
      <w:r>
        <w:t>. To wohi to maine kaha ke stress se alag ho jaiye. Maine alag kiya apne aap ko hadith yaad karkar.</w:t>
      </w:r>
    </w:p>
    <w:p>
      <w:pPr>
        <w:jc w:val="right"/>
      </w:pPr>
      <w:r>
        <w:t>۔ تو وہی تو میں نے کہا کہ اسٹریس سے الگ ہو جائیے۔ میں نے الگ کیا اپنے آپ کو حدیث یاد کر کے۔</w:t>
      </w:r>
    </w:p>
    <w:p>
      <w:r>
        <w:rPr>
          <w:b/>
        </w:rPr>
        <w:t xml:space="preserve">[15:46] </w:t>
      </w:r>
      <w:r>
        <w:t>Hazrat alehالسلام sallallahu alaihi wasallam ne yaad kiya ke chalo shion se chale jayenge, aaj nahi to kal se hi. To bohat acha formula yeh hai ke chalo yeh bhi theek hai.</w:t>
      </w:r>
    </w:p>
    <w:p>
      <w:pPr>
        <w:jc w:val="right"/>
      </w:pPr>
      <w:r>
        <w:t>حضرت علیہ السلام صلی اللہ علیہ وسلم نے یاد کیا کہ چلو شیعوں سے چلے جائیں گے، آج نہیں تو کل سے ہی۔ تو بہت اچھا فارمولا یہ ہے کہ چلو یہ بھی ٹھیک ہے۔</w:t>
      </w:r>
    </w:p>
    <w:p>
      <w:r>
        <w:rPr>
          <w:b/>
        </w:rPr>
        <w:t xml:space="preserve">[16:02] </w:t>
      </w:r>
      <w:r>
        <w:t>Jo ho gaya us ko hum kahein ke chalo yeh bhi theek hai. To foran stress khatam ho jayega. Aur dekhein aik baat bhi aap ko kahunga ke stress jo hai koi evil nahi hai.</w:t>
      </w:r>
    </w:p>
    <w:p>
      <w:pPr>
        <w:jc w:val="right"/>
      </w:pPr>
      <w:r>
        <w:t>جو ہو گیا اس کو ہم کہیں کہ چلو یہ بھی ٹھیک ہے۔ تو فوراً اسٹریس ختم ہو جائے گا۔ اور دیکھیں ایک بات بھی آپ کو کہوں گا کہ اسٹریس جو ہے کوئی ایول نہیں ہے۔</w:t>
      </w:r>
    </w:p>
    <w:p>
      <w:r>
        <w:rPr>
          <w:b/>
        </w:rPr>
        <w:t xml:space="preserve">[16:20] </w:t>
      </w:r>
      <w:r>
        <w:t>Stress enhances your creativity. Stress aap ke mind ko creativity ko barhati hai.</w:t>
      </w:r>
    </w:p>
    <w:p>
      <w:pPr>
        <w:jc w:val="right"/>
      </w:pPr>
      <w:r>
        <w:t>اسٹریس اڈانسرز یور کریٹیوٹی۔ اسٹریس آپ کے مائنڈ کو کریٹیوٹی کو بڑھاتی ہے۔</w:t>
      </w:r>
    </w:p>
    <w:p>
      <w:r>
        <w:rPr>
          <w:b/>
        </w:rPr>
        <w:t xml:space="preserve">[16:32] </w:t>
      </w:r>
      <w:r>
        <w:t>Yani stress ka tajurba agar aap ko ho to aap ka mind kuch ziyada creative ho jayega.</w:t>
      </w:r>
    </w:p>
    <w:p>
      <w:pPr>
        <w:jc w:val="right"/>
      </w:pPr>
      <w:r>
        <w:t>یعنی اسٹریس کا تجربہ اگر آپ کو ہو تو آپ کا مائنڈ کچھ زیادہ کریٹیو ہو جائے گا۔</w:t>
      </w:r>
    </w:p>
    <w:p>
      <w:r>
        <w:rPr>
          <w:b/>
        </w:rPr>
        <w:t xml:space="preserve">[16:45] </w:t>
      </w:r>
      <w:r>
        <w:t>Yeh to mera bar bar ka tajurba hai. It enhances your creativity of mind.</w:t>
      </w:r>
    </w:p>
    <w:p>
      <w:pPr>
        <w:jc w:val="right"/>
      </w:pPr>
      <w:r>
        <w:t>یہ تو میرا بار بار کا تجربہ ہے۔ اٹ انہانسز یور کریٹیوٹی آف مائنڈ۔</w:t>
      </w:r>
    </w:p>
    <w:p>
      <w:r>
        <w:rPr>
          <w:b/>
        </w:rPr>
        <w:t xml:space="preserve">[16:58] </w:t>
      </w:r>
      <w:r>
        <w:t>To main samajhta hoon ke stress ko kabhi bhi negative stress mein nahi lena chahiye.</w:t>
      </w:r>
    </w:p>
    <w:p>
      <w:pPr>
        <w:jc w:val="right"/>
      </w:pPr>
      <w:r>
        <w:t>تو میں سمجھتا ہوں کہ اسٹریس کو کبھی بھی نیگیٹیو اسٹریس میں نہیں لینا چاہیے۔</w:t>
      </w:r>
    </w:p>
    <w:p>
      <w:r>
        <w:rPr>
          <w:b/>
        </w:rPr>
        <w:t xml:space="preserve">[17:11] </w:t>
      </w:r>
      <w:r>
        <w:t>Kyunke woh mind ko ziyada active banata hai. Mind ki activity ko aur tez karta hai. Is tarah se mind ke andar ki creativity bohat barh jati hai.</w:t>
      </w:r>
    </w:p>
    <w:p>
      <w:pPr>
        <w:jc w:val="right"/>
      </w:pPr>
      <w:r>
        <w:t>کیونکہ وہ مائنڈ کو زیادہ ایکٹیو بناتا ہے۔ مائنڈ کی ایکٹیوٹی کو اور تیز کرتا ہے۔ اس طرح سے مائنڈ کے اندر کی کریٹیوٹی بہت بڑھ جاتی ہے۔</w:t>
      </w:r>
    </w:p>
    <w:p>
      <w:r>
        <w:rPr>
          <w:b/>
        </w:rPr>
        <w:t xml:space="preserve">[17:30] </w:t>
      </w:r>
      <w:r>
        <w:t>Yeh stress wala formula pehle main samajhti nahi thi. Bas jaise ghussa aa gaya to mujhe jab main choti thi tab bhi main aur ziyada kaam karne lagti thi.</w:t>
      </w:r>
    </w:p>
    <w:p>
      <w:pPr>
        <w:jc w:val="right"/>
      </w:pPr>
      <w:r>
        <w:t>یہ اسٹریس والا فارمولا پہلے میں سمجھتی نہیں تھی۔ بس جیسے غصہ آ گیا تو مجھے جب میں چھوٹی تھی تب بھی میں اور زیادہ کام کرنے لگتی تھی۔</w:t>
      </w:r>
    </w:p>
    <w:p>
      <w:r>
        <w:rPr>
          <w:b/>
        </w:rPr>
        <w:t xml:space="preserve">[17:40] </w:t>
      </w:r>
      <w:r>
        <w:t>Lekin main samajhti nahi thi ke aisa kyun hota hai ke jab ghussa aata hai to main aur ziyada kaam karti hoon. Ab samajh mein aaya ke jab stress hota hai, agar us ko hum positively lein, negative na ho to hamare mind mein bohat ziyada energy aa jati hai.</w:t>
      </w:r>
    </w:p>
    <w:p>
      <w:pPr>
        <w:jc w:val="right"/>
      </w:pPr>
      <w:r>
        <w:t>لیکن میں سمجھتی نہیں تھی کہ ایسا کیوں ہوتا ہے کہ جب غصہ آتا ہے تو میں اور زیادہ کام کرتی ہوں۔ اب سمجھ میں آیا کہ جب اسٹریس ہوتا ہے، اگر اس کو ہم پازیٹیولی لیں، نیگیٹیو نہ ہو تو ہمارے مائنڈ میں بہت زیادہ انرجی آ جاتی ہے۔</w:t>
      </w:r>
    </w:p>
    <w:p>
      <w:r>
        <w:rPr>
          <w:b/>
        </w:rPr>
        <w:t xml:space="preserve">[17:58] </w:t>
      </w:r>
      <w:r>
        <w:t>Aur us ko hum positive istemal karein aur naye naye solution samajh mein aate hain is se. To yeh bohat hi samajh mein aaya aaj yeh baat.</w:t>
      </w:r>
    </w:p>
    <w:p>
      <w:pPr>
        <w:jc w:val="right"/>
      </w:pPr>
      <w:r>
        <w:t>اور اس کو ہم پازیٹیو استعمال کریں اور نئے نئے سلوشن سمجھ میں آتے ہیں اس سے۔ تو یہ بہت ہی سمجھ میں آیا آج یہ بات۔</w:t>
      </w:r>
    </w:p>
    <w:p>
      <w:r>
        <w:rPr>
          <w:b/>
        </w:rPr>
        <w:t xml:space="preserve">[18:09] </w:t>
      </w:r>
      <w:r>
        <w:t>Maul</w:t>
      </w:r>
    </w:p>
    <w:p>
      <w:pPr>
        <w:jc w:val="right"/>
      </w:pPr>
      <w:r>
        <w:t>مول</w:t>
      </w:r>
    </w:p>
    <w:p>
      <w:r>
        <w:rPr>
          <w:b/>
        </w:rPr>
        <w:t xml:space="preserve">[18:10] </w:t>
      </w:r>
      <w:r>
        <w:t>ana, are anger and stress two similar things? Main samajhta hoon ke aik to America se, lekin is baray mein bohat similarity hai ke dono tajurbe mein aap ke mind ki activity bohat barh jati hai.</w:t>
      </w:r>
    </w:p>
    <w:p>
      <w:pPr>
        <w:jc w:val="right"/>
      </w:pPr>
      <w:r>
        <w:t>انا، آر اینگر اینڈ سٹریس ٹو سمیلر تھنگز؟ میں سمجھتا ہوں کہ ایک تو امریکہ سے، لیکن اس بارے میں بہت سیمیلیٹی ہے کہ دونوں تجربے میں آپ کے مائنڈ کی ایکٹیوٹی بہت بڑھ جاتی ہے۔</w:t>
      </w:r>
    </w:p>
    <w:p>
      <w:r>
        <w:rPr>
          <w:b/>
        </w:rPr>
        <w:t xml:space="preserve">[18:37] </w:t>
      </w:r>
      <w:r>
        <w:t>Mind ko dono halaton mein ziyada activity barhane wala hai.</w:t>
      </w:r>
    </w:p>
    <w:p>
      <w:pPr>
        <w:jc w:val="right"/>
      </w:pPr>
      <w:r>
        <w:t>مائنڈ کو دونوں حالتوں میں زیادہ ایکٹیوٹی بڑھانے والا ہے۔</w:t>
      </w:r>
    </w:p>
    <w:p>
      <w:r>
        <w:rPr>
          <w:b/>
        </w:rPr>
        <w:t xml:space="preserve">[18:47] </w:t>
      </w:r>
      <w:r>
        <w:t>Yeh main keh sakta hoon.</w:t>
      </w:r>
    </w:p>
    <w:p>
      <w:pPr>
        <w:jc w:val="right"/>
      </w:pPr>
      <w:r>
        <w:t>یہ میں کہہ سکتا ہوں۔</w:t>
      </w:r>
    </w:p>
    <w:p>
      <w:r>
        <w:rPr>
          <w:b/>
        </w:rPr>
        <w:t xml:space="preserve">[18:49] </w:t>
      </w:r>
      <w:r>
        <w:t>molana, i have always noticed one thing, that when i am angry, i go towards negativity. but when i am under stress, i go towards positivity and i find solutions.</w:t>
      </w:r>
    </w:p>
    <w:p>
      <w:pPr>
        <w:jc w:val="right"/>
      </w:pPr>
      <w:r>
        <w:t>مولانا، آئی ہیو آلویز نوٹسڈ ون تھنگ، دیٹ وین آئی ایم اینگری، آئی گو ٹورڈز نیگیٹیوٹی۔ بٹ وین آئی ایم انڈر سٹریس، آئی گو ٹورڈز پازیٹیوٹی اینڈ آئی فائنڈ سلوشنز۔</w:t>
      </w:r>
    </w:p>
    <w:p>
      <w:r>
        <w:rPr>
          <w:b/>
        </w:rPr>
        <w:t xml:space="preserve">[19:03] </w:t>
      </w:r>
      <w:r>
        <w:t>dekhen, is ka to bohat hi asan formula hai.</w:t>
      </w:r>
    </w:p>
    <w:p>
      <w:pPr>
        <w:jc w:val="right"/>
      </w:pPr>
      <w:r>
        <w:t>دیکھیں، اس کا تو بہت ہی آسان فارمولا ہے۔</w:t>
      </w:r>
    </w:p>
    <w:p>
      <w:r>
        <w:rPr>
          <w:b/>
        </w:rPr>
        <w:t xml:space="preserve">[19:10] </w:t>
      </w:r>
      <w:r>
        <w:t>ke anger jo hai, is ki positivity khatam na ho.</w:t>
      </w:r>
    </w:p>
    <w:p>
      <w:pPr>
        <w:jc w:val="right"/>
      </w:pPr>
      <w:r>
        <w:t>کہ اینگر جو ہے، اس کی پازیٹیوٹی ختم نہ ہو۔</w:t>
      </w:r>
    </w:p>
    <w:p>
      <w:r>
        <w:rPr>
          <w:b/>
        </w:rPr>
        <w:t xml:space="preserve">[19:17] </w:t>
      </w:r>
      <w:r>
        <w:t>is ka formula yeh hai ke jaise hi aap ko ghussa aaye, foran aik dam chup ho jaiye. bolna band kar dijiye.</w:t>
      </w:r>
    </w:p>
    <w:p>
      <w:pPr>
        <w:jc w:val="right"/>
      </w:pPr>
      <w:r>
        <w:t>اس کا فارمولا یہ ہے کہ جیسے ہی آپ کو غصہ آئے، فوراً ایک دم چپ ہو جائیے۔ بولنا بند کر دیجیے۔</w:t>
      </w:r>
    </w:p>
    <w:p>
      <w:r>
        <w:rPr>
          <w:b/>
        </w:rPr>
        <w:t xml:space="preserve">[19:28] </w:t>
      </w:r>
      <w:r>
        <w:t>bolna band kar dijiye aur aik dam chup ho jaiye bas. aur aap dekhen ge ke with in a minute aap ka mind</w:t>
      </w:r>
    </w:p>
    <w:p>
      <w:pPr>
        <w:jc w:val="right"/>
      </w:pPr>
      <w:r>
        <w:t>بولنا بند کر دیجیے اور ایک دم چپ ہو جائیے بس۔ اور آپ دیکھیں گے کہ ود ان اے منٹ آپ کا مائنڈ</w:t>
      </w:r>
    </w:p>
    <w:p>
      <w:r>
        <w:rPr>
          <w:b/>
        </w:rPr>
        <w:t xml:space="preserve">[19:47] </w:t>
      </w:r>
      <w:r>
        <w:t>thanda ho gaya hai.</w:t>
      </w:r>
    </w:p>
    <w:p>
      <w:pPr>
        <w:jc w:val="right"/>
      </w:pPr>
      <w:r>
        <w:t>ٹھنڈا ہو گیا ہے۔</w:t>
      </w:r>
    </w:p>
    <w:p>
      <w:r>
        <w:rPr>
          <w:b/>
        </w:rPr>
        <w:t xml:space="preserve">[19:52] </w:t>
      </w:r>
      <w:r>
        <w:t>yeh to mera tajurba hai.</w:t>
      </w:r>
    </w:p>
    <w:p>
      <w:pPr>
        <w:jc w:val="right"/>
      </w:pPr>
      <w:r>
        <w:t>یہ تو میرا تجربہ ہے۔</w:t>
      </w:r>
    </w:p>
    <w:p>
      <w:r>
        <w:rPr>
          <w:b/>
        </w:rPr>
        <w:t xml:space="preserve">[19:59] </w:t>
      </w:r>
      <w:r>
        <w:t>ke bohat hi sakht qism ke</w:t>
      </w:r>
    </w:p>
    <w:p>
      <w:pPr>
        <w:jc w:val="right"/>
      </w:pPr>
      <w:r>
        <w:t>کہ بہت ہی سخت قسم کے</w:t>
      </w:r>
    </w:p>
    <w:p>
      <w:r>
        <w:rPr>
          <w:b/>
        </w:rPr>
        <w:t xml:space="preserve">[20:05] </w:t>
      </w:r>
      <w:r>
        <w:t>reaction paish aaye meri zindagi mein aur main aik dam chup ho gaya. aur chup hote hi bilkul sab sab sab kuch badal gaya.</w:t>
      </w:r>
    </w:p>
    <w:p>
      <w:pPr>
        <w:jc w:val="right"/>
      </w:pPr>
      <w:r>
        <w:t>ری ایکشن پیش آئے میری زندگی میں اور میں ایک دم چپ ہو گیا۔ اور چپ ہوتے ہی بالکل سب سب سب کچھ بدل گیا۔</w:t>
      </w:r>
    </w:p>
    <w:p>
      <w:r>
        <w:rPr>
          <w:b/>
        </w:rPr>
        <w:t xml:space="preserve">[20:21] </w:t>
      </w:r>
      <w:r>
        <w:t>chup hona apne aap mein aik aik bohat hi</w:t>
      </w:r>
    </w:p>
    <w:p>
      <w:pPr>
        <w:jc w:val="right"/>
      </w:pPr>
      <w:r>
        <w:t>چپ ہونا اپنے آپ میں ایک ایک بہت ہی</w:t>
      </w:r>
    </w:p>
    <w:p>
      <w:r>
        <w:rPr>
          <w:b/>
        </w:rPr>
        <w:t xml:space="preserve">[20:29] </w:t>
      </w:r>
      <w:r>
        <w:t>bohat hi</w:t>
      </w:r>
    </w:p>
    <w:p>
      <w:pPr>
        <w:jc w:val="right"/>
      </w:pPr>
      <w:r>
        <w:t>بہت ہی</w:t>
      </w:r>
    </w:p>
    <w:p>
      <w:r>
        <w:rPr>
          <w:b/>
        </w:rPr>
        <w:t xml:space="preserve">[20:34] </w:t>
      </w:r>
      <w:r>
        <w:t>bara</w:t>
      </w:r>
    </w:p>
    <w:p>
      <w:pPr>
        <w:jc w:val="right"/>
      </w:pPr>
      <w:r>
        <w:t>بڑا</w:t>
      </w:r>
    </w:p>
    <w:p>
      <w:r>
        <w:rPr>
          <w:b/>
        </w:rPr>
        <w:t xml:space="preserve">[20:37] </w:t>
      </w:r>
      <w:r>
        <w:t>amal hai. ziyada nahi aata.</w:t>
      </w:r>
    </w:p>
    <w:p>
      <w:pPr>
        <w:jc w:val="right"/>
      </w:pPr>
      <w:r>
        <w:t>عمل ہے۔ زیادہ نہیں آتا۔</w:t>
      </w:r>
    </w:p>
    <w:p>
      <w:r>
        <w:rPr>
          <w:b/>
        </w:rPr>
        <w:t xml:space="preserve">[20:48] </w:t>
      </w:r>
      <w:r>
        <w:t>chup hone ki value log janen to woh chup hone ko aik</w:t>
      </w:r>
    </w:p>
    <w:p>
      <w:pPr>
        <w:jc w:val="right"/>
      </w:pPr>
      <w:r>
        <w:t>چپ ہونے کی ویلیو لوگ جانیں تو وہ چپ ہونے کو ایک</w:t>
      </w:r>
    </w:p>
    <w:p>
      <w:r>
        <w:rPr>
          <w:b/>
        </w:rPr>
        <w:t xml:space="preserve">[21:01] </w:t>
      </w:r>
      <w:r>
        <w:t>nemmat samjhen, nemmat.</w:t>
      </w:r>
    </w:p>
    <w:p>
      <w:pPr>
        <w:jc w:val="right"/>
      </w:pPr>
      <w:r>
        <w:t>نعمت سمجھیں، نعمت۔</w:t>
      </w:r>
    </w:p>
    <w:p>
      <w:r>
        <w:rPr>
          <w:b/>
        </w:rPr>
        <w:t xml:space="preserve">[21:07] </w:t>
      </w:r>
      <w:r>
        <w:t>molana, hum yeh poochna chahte hain molana sahib, jab hum ne socha, jaise abhi aap ne bataya molana sahib ke jaise hi aap stressful hote hain to aap aik hadith aap ne aur isi tarah aap ne aik hadith ka abhi example diya ke aap ne apne mind ko kaise divert kar diya towards positivity.</w:t>
      </w:r>
    </w:p>
    <w:p>
      <w:pPr>
        <w:jc w:val="right"/>
      </w:pPr>
      <w:r>
        <w:t>مولانا، ہم یہ پوچھنا چاہتے ہیں مولانا صاحب، جب ہم نے سوچا، جیسے ابھی آپ نے بتایا مولانا صاحب کہ جیسے ہی آپ سٹریس فل ہوتے ہیں تو آپ ایک حدیث آپ نے اور اسی طرح آپ نے ایک حدیث کا ابھی ایگزامپل دیا کہ آپ نے اپنے مائنڈ کو کیسے ڈائیورٹ کر دیا ٹورڈز پازیٹیوٹی۔</w:t>
      </w:r>
    </w:p>
    <w:p>
      <w:r>
        <w:rPr>
          <w:b/>
        </w:rPr>
        <w:t xml:space="preserve">[21:26] </w:t>
      </w:r>
      <w:r>
        <w:t>molana sahib yeh bataiye, khuda ka jab concept aata hai to yeh sab samajh mein aata hai. magar molana sahib, yeh jo multi billion dollar jo industry chal rahi hai stress management ke upar, woh har jagah pe aaj kal workshops hoti rehti hain, har corporate mein stress management pe.</w:t>
      </w:r>
    </w:p>
    <w:p>
      <w:pPr>
        <w:jc w:val="right"/>
      </w:pPr>
      <w:r>
        <w:t>مولانا صاحب یہ بتائیے، خدا کا جب کانسیپٹ آتا ہے تو یہ سب سمجھ میں آتا ہے۔ مگر مولانا صاحب، یہ جو ملٹی بلین ڈالر جو انڈسٹری چل رہی ہے سٹریس مینجمنٹ کے اوپر، وہ ہر جگہ پہ آج کل ورکشاپس ہوتی رہتی ہیں، ہر کارپوریٹ میں سٹریس مینجمنٹ پہ۔</w:t>
      </w:r>
    </w:p>
    <w:p>
      <w:r>
        <w:rPr>
          <w:b/>
        </w:rPr>
        <w:t xml:space="preserve">[21:39] </w:t>
      </w:r>
      <w:r>
        <w:t>is pe is ko le kar aap ka kya view hai? woh log kya aisa karte hain molana sahib jo kaise log is pe mutasir ya itne influence ho jatay hain? har banda aaj kal stress management mein koi na koi kar raha hai kaam.</w:t>
      </w:r>
    </w:p>
    <w:p>
      <w:pPr>
        <w:jc w:val="right"/>
      </w:pPr>
      <w:r>
        <w:t>اس پہ اس کو لے کر آپ کا کیا ویو ہے؟ وہ لوگ کیا ایسا کرتے ہیں مولانا صاحب جو کیسے لوگ اس پہ متاثر یا اتنے انفلوئنس ہو جاتے ہیں؟ ہر بندہ آج کل سٹریس مینجمنٹ میں کوئی نہ کوئی کر رہا ہے کام۔</w:t>
      </w:r>
    </w:p>
    <w:p>
      <w:r>
        <w:rPr>
          <w:b/>
        </w:rPr>
        <w:t xml:space="preserve">[21:56] </w:t>
      </w:r>
      <w:r>
        <w:t>is ki to aik baat bohat achi misaal hai. bohat achi misaal hai.</w:t>
      </w:r>
    </w:p>
    <w:p>
      <w:pPr>
        <w:jc w:val="right"/>
      </w:pPr>
      <w:r>
        <w:t>اس کی تو ایک بات بہت اچھی مثال ہے۔ بہت اچھی مثال ہے۔</w:t>
      </w:r>
    </w:p>
    <w:p>
      <w:r>
        <w:rPr>
          <w:b/>
        </w:rPr>
        <w:t xml:space="preserve">[22:05] </w:t>
      </w:r>
      <w:r>
        <w:t>chahe single million ka case ho ya multi billion ka case ho,</w:t>
      </w:r>
    </w:p>
    <w:p>
      <w:pPr>
        <w:jc w:val="right"/>
      </w:pPr>
      <w:r>
        <w:t>چاہے سنگل ملین کا کیس ہو یا ملٹی بلین کا کیس ہو،</w:t>
      </w:r>
    </w:p>
    <w:p>
      <w:r>
        <w:rPr>
          <w:b/>
        </w:rPr>
        <w:t xml:space="preserve">[22:14] </w:t>
      </w:r>
      <w:r>
        <w:t>donon aik hain. aur is ki misaal dekhiye, bill gates. bill gates jo hai, us ne aik aik taqreer ki thi isi par.</w:t>
      </w:r>
    </w:p>
    <w:p>
      <w:pPr>
        <w:jc w:val="right"/>
      </w:pPr>
      <w:r>
        <w:t>دونوں ایک ہیں۔ اور اس کی مثال دیکھیے، بل گیٹ۔ بل گیٹ جو ہے، اس نے ایک ایک تقریر کی تھی اسی پر۔</w:t>
      </w:r>
    </w:p>
    <w:p>
      <w:r>
        <w:rPr>
          <w:b/>
        </w:rPr>
        <w:t xml:space="preserve">[22:31] </w:t>
      </w:r>
      <w:r>
        <w:t>isi par taqreer ki thi. aur us ke alfaaz maine chhapay thay apne saare mein. aap ko yaad hain aise alfaaz</w:t>
      </w:r>
    </w:p>
    <w:p>
      <w:pPr>
        <w:jc w:val="right"/>
      </w:pPr>
      <w:r>
        <w:t>اسی پہ تقریر کی تھی۔ اور اس کے الفاظ میں نے چھاپے تھے اپنے سارے میں۔ آپ کو یاد ہیں ایسے الفاظ</w:t>
      </w:r>
    </w:p>
    <w:p>
      <w:r>
        <w:rPr>
          <w:b/>
        </w:rPr>
        <w:t xml:space="preserve">[22:42] </w:t>
      </w:r>
      <w:r>
        <w:t>? when you get beyond million dollars, it is same hamburger. haan dekhiye, phir se kahiye. when you get beyond million dollars, it is same hamburger.</w:t>
      </w:r>
    </w:p>
    <w:p>
      <w:pPr>
        <w:jc w:val="right"/>
      </w:pPr>
      <w:r>
        <w:t>؟ ون یو گیٹ بیونڈ ملین ڈالرز، اٹ از سیم ہیمبرگر۔ ہاں دیکھیے، پھر سے کہیے۔ ون یو گیٹ بیونڈ ملین ڈالرز، اٹ از سیم ہیمبرگر۔</w:t>
      </w:r>
    </w:p>
    <w:p>
      <w:r>
        <w:rPr>
          <w:b/>
        </w:rPr>
        <w:t xml:space="preserve">[22:56] </w:t>
      </w:r>
      <w:r>
        <w:t>haan, hamburger. hamara jab double roti hoti hai, isi ko kehte hain shayad. hain?</w:t>
      </w:r>
    </w:p>
    <w:p>
      <w:pPr>
        <w:jc w:val="right"/>
      </w:pPr>
      <w:r>
        <w:t>ہاں، ہیمبرگر۔ ہمارا جب ڈبل روٹی ہوتی ہے، اسی کو کہتے ہیں شاید۔ ہیں؟</w:t>
      </w:r>
    </w:p>
    <w:p>
      <w:r>
        <w:rPr>
          <w:b/>
        </w:rPr>
        <w:t xml:space="preserve">[23:07] </w:t>
      </w:r>
      <w:r>
        <w:t>ji molana,</w:t>
      </w:r>
    </w:p>
    <w:p>
      <w:pPr>
        <w:jc w:val="right"/>
      </w:pPr>
      <w:r>
        <w:t>جی مولانا،</w:t>
      </w:r>
    </w:p>
    <w:p>
      <w:r>
        <w:rPr>
          <w:b/>
        </w:rPr>
        <w:t xml:space="preserve">[23:08] </w:t>
      </w:r>
      <w:r>
        <w:t>wohi hota hai. haan ji.</w:t>
      </w:r>
    </w:p>
    <w:p>
      <w:pPr>
        <w:jc w:val="right"/>
      </w:pPr>
      <w:r>
        <w:t>وہی ہوتا ہے۔ ہاں جی۔</w:t>
      </w:r>
    </w:p>
    <w:p>
      <w:r>
        <w:rPr>
          <w:b/>
        </w:rPr>
        <w:t xml:space="preserve">[23:13] </w:t>
      </w:r>
      <w:r>
        <w:t>to is ne dono ko aik kar diya. chahe aik double-u rate ka mamla ho ya</w:t>
      </w:r>
    </w:p>
    <w:p>
      <w:pPr>
        <w:jc w:val="right"/>
      </w:pPr>
      <w:r>
        <w:t>تو اس نے دونوں کو ایک کر دیا۔ چاہے ایک ڈبلیو ریٹ کا معاملہ ہو یا</w:t>
      </w:r>
    </w:p>
    <w:p>
      <w:r>
        <w:rPr>
          <w:b/>
        </w:rPr>
        <w:t xml:space="preserve">[23:24] </w:t>
      </w:r>
      <w:r>
        <w:t>bohat ziyada</w:t>
      </w:r>
    </w:p>
    <w:p>
      <w:pPr>
        <w:jc w:val="right"/>
      </w:pPr>
      <w:r>
        <w:t>بہت زیادہ</w:t>
      </w:r>
    </w:p>
    <w:p>
      <w:r>
        <w:rPr>
          <w:b/>
        </w:rPr>
        <w:t xml:space="preserve">[23:27] </w:t>
      </w:r>
      <w:r>
        <w:t>aik aik truck double roti ka mamla.</w:t>
      </w:r>
    </w:p>
    <w:p>
      <w:pPr>
        <w:jc w:val="right"/>
      </w:pPr>
      <w:r>
        <w:t>ایک ایک ٹرک ڈبل روٹی کا معاملہ۔</w:t>
      </w:r>
    </w:p>
    <w:p>
      <w:r>
        <w:rPr>
          <w:b/>
        </w:rPr>
        <w:t xml:space="preserve">[23:34] </w:t>
      </w:r>
      <w:r>
        <w:t>maulana, un ka sawal yeh hai priya ka ke aap ne to jaise ab bataya ke kabhi stress ho to aap dua karein ya hadith aap ne batayi aur aap ne kaha ke is se aik mind mein idea aa jayega, solution aa jayega.</w:t>
      </w:r>
    </w:p>
    <w:p>
      <w:pPr>
        <w:jc w:val="right"/>
      </w:pPr>
      <w:r>
        <w:t>مولانا، ان کا سوال یہ ہے پریا کا کہ آپ نے تو جیسے اب بتایا کہ کبھی سٹریس ہو تو آپ دعا کریں یا حدیث آپ نے بتائی اور آپ نے کہا کہ اس سے ایک مائنڈ میں آئیڈیا آ جائے گا، سلوشن آ جائے گا۔</w:t>
      </w:r>
    </w:p>
    <w:p>
      <w:r>
        <w:rPr>
          <w:b/>
        </w:rPr>
        <w:t xml:space="preserve">[23:50] </w:t>
      </w:r>
      <w:r>
        <w:t>lekin woh yeh keh rahi hain ke aaj ki date mein jinke paas Khuda ka concept nahi hai, woh billion dollar stress management industry chala rahe hain.</w:t>
      </w:r>
    </w:p>
    <w:p>
      <w:pPr>
        <w:jc w:val="right"/>
      </w:pPr>
      <w:r>
        <w:t>لیکن وہ یہ کہہ رہی ہیں کہ آج کی ڈیٹ میں جن کے پاس خدا کا کانسیپٹ نہیں ہے، وہ بلین ڈالر سٹریس مینجمنٹ انڈسٹری چلا رہے ہیں۔</w:t>
      </w:r>
    </w:p>
    <w:p>
      <w:r>
        <w:rPr>
          <w:b/>
        </w:rPr>
        <w:t xml:space="preserve">[23:59] </w:t>
      </w:r>
      <w:r>
        <w:t>to kaise woh us ko manage kar rahe hain, logon ke stress door kar rahe hain? aur itni ziyada woh industry bari ho gayi hai ke billions of dollars log is mein se kama rahe hain stress management workshops kar ke.</w:t>
      </w:r>
    </w:p>
    <w:p>
      <w:pPr>
        <w:jc w:val="right"/>
      </w:pPr>
      <w:r>
        <w:t>تو کیسے وہ اس کو مینج کر رہے ہیں، لوگوں کے سٹریس دور کر رہے ہیں؟ اور اتنی زیادہ وہ انڈسٹری بڑی ہو گئی ہے کہ بلینز آف ڈالرز لوگ اس میں سے کما رہے ہیں سٹریس مینجمنٹ ورکشاپس کر کے۔</w:t>
      </w:r>
    </w:p>
    <w:p>
      <w:r>
        <w:rPr>
          <w:b/>
        </w:rPr>
        <w:t xml:space="preserve">[24:13] </w:t>
      </w:r>
      <w:r>
        <w:t>dekhiye, hum istemal karte hain Khuda ke naam ko. woh istemal karte hain reason ko, aql ko.</w:t>
      </w:r>
    </w:p>
    <w:p>
      <w:pPr>
        <w:jc w:val="right"/>
      </w:pPr>
      <w:r>
        <w:t>دیکھیے، ہم استعمال کرتے ہیں خدا کے نام کو۔ وہ استعمال کرتے ہیں ریزن کو، عقل کو۔</w:t>
      </w:r>
    </w:p>
    <w:p>
      <w:r>
        <w:rPr>
          <w:b/>
        </w:rPr>
        <w:t xml:space="preserve">[24:25] </w:t>
      </w:r>
      <w:r>
        <w:t>is ne jo kaha tha Bill Gates ne, yahi to tha ke chahe</w:t>
      </w:r>
    </w:p>
    <w:p>
      <w:pPr>
        <w:jc w:val="right"/>
      </w:pPr>
      <w:r>
        <w:t>اس نے جو کہا تھا بل گیٹ نے، یہی تو تھا کہ چاہے</w:t>
      </w:r>
    </w:p>
    <w:p>
      <w:r>
        <w:rPr>
          <w:b/>
        </w:rPr>
        <w:t xml:space="preserve">[24:34] </w:t>
      </w:r>
      <w:r>
        <w:t>aik million kamao, chahe aik aik billion dollars kamao, lekin tum ko tumhari zarurat to poori hoti hai</w:t>
      </w:r>
    </w:p>
    <w:p>
      <w:pPr>
        <w:jc w:val="right"/>
      </w:pPr>
      <w:r>
        <w:t>ایک ملین کماؤ، چاہے ایک ایک بلین ڈالرز کماؤ، لیکن تم کو تمہاری ضرورت تو پوری ہوتی ہے</w:t>
      </w:r>
    </w:p>
    <w:p>
      <w:r>
        <w:rPr>
          <w:b/>
        </w:rPr>
        <w:t xml:space="preserve">[24:47] </w:t>
      </w:r>
      <w:r>
        <w:t>aik is se.</w:t>
      </w:r>
    </w:p>
    <w:p>
      <w:pPr>
        <w:jc w:val="right"/>
      </w:pPr>
      <w:r>
        <w:t>ایک اس سے۔</w:t>
      </w:r>
    </w:p>
    <w:p>
      <w:r>
        <w:rPr>
          <w:b/>
        </w:rPr>
        <w:t xml:space="preserve">[24:50] </w:t>
      </w:r>
      <w:r>
        <w:t>aik hamburger se? aik hamburger se. is tarah se us ko stress ko woh kar liya, manage kar liya. yani is ne yeh kaha, yeh is ki chhupi hui taqreer thi jo mein ne naqal kiya tha.</w:t>
      </w:r>
    </w:p>
    <w:p>
      <w:pPr>
        <w:jc w:val="right"/>
      </w:pPr>
      <w:r>
        <w:t>ایک ہیمبرگر سے؟ ایک ہیمبرگر سے۔ اس طرح سے اس کو اسٹریس کو وہ کر لیا، مینج کر لیا۔ یعنی اس نے یہ کہا، یہ اس کی چھپی ہوئی تقریر تھی جو میں نے نقل کیا تھا۔</w:t>
      </w:r>
    </w:p>
    <w:p>
      <w:r>
        <w:rPr>
          <w:b/>
        </w:rPr>
        <w:t xml:space="preserve">[25:05] </w:t>
      </w:r>
      <w:r>
        <w:t>is ne is ne jo kaha tha, is ka matlab yeh tha ke chahe tum</w:t>
      </w:r>
    </w:p>
    <w:p>
      <w:pPr>
        <w:jc w:val="right"/>
      </w:pPr>
      <w:r>
        <w:t>اس نے اس نے جو کہا تھا، اس کا مطلب یہ تھا کہ چاہے تم</w:t>
      </w:r>
    </w:p>
    <w:p>
      <w:r>
        <w:rPr>
          <w:b/>
        </w:rPr>
        <w:t xml:space="preserve">[25:13] </w:t>
      </w:r>
      <w:r>
        <w:t>aik aik dollar kamao, chahe billion billion dollar kamao, aakhir mein tumhari zarurat to wahi hai.</w:t>
      </w:r>
    </w:p>
    <w:p>
      <w:pPr>
        <w:jc w:val="right"/>
      </w:pPr>
      <w:r>
        <w:t>ایک ایک ڈالر کماؤ، چاہے بلین بلین ڈالر کماؤ، آخر میں تمہاری ضرورت تو وہی ہے۔</w:t>
      </w:r>
    </w:p>
    <w:p>
      <w:r>
        <w:rPr>
          <w:b/>
        </w:rPr>
        <w:t xml:space="preserve">[25:28] </w:t>
      </w:r>
      <w:r>
        <w:t>to yeh bhi to aik formula hai. to is ne apne stress ko manage kar liya. asal masla stress ko manage karne ka hai.</w:t>
      </w:r>
    </w:p>
    <w:p>
      <w:pPr>
        <w:jc w:val="right"/>
      </w:pPr>
      <w:r>
        <w:t>تو یہ بھی تو ایک فارمولا ہے۔ تو اس نے اپنے اسٹریس کو مینج کر لیا۔ اصل مسئلہ اسٹریس کو مینج کرنے کا ہے۔</w:t>
      </w:r>
    </w:p>
    <w:p>
      <w:r>
        <w:rPr>
          <w:b/>
        </w:rPr>
        <w:t xml:space="preserve">[25:38] </w:t>
      </w:r>
      <w:r>
        <w:t>chahe Khuda ke naam par manage karein, aap reason ke zariye manage karein.</w:t>
      </w:r>
    </w:p>
    <w:p>
      <w:pPr>
        <w:jc w:val="right"/>
      </w:pPr>
      <w:r>
        <w:t>چاہے خدا کے نام پر مینج کریں، آپ ریزن کے ذریعے مینج کریں۔</w:t>
      </w:r>
    </w:p>
    <w:p>
      <w:r>
        <w:rPr>
          <w:b/>
        </w:rPr>
        <w:t xml:space="preserve">[25:47] </w:t>
      </w:r>
      <w:r>
        <w:t>maulana, dobara mein is ke quotation jo hain woh mein parh deta hoon. yeh Daily Mail dot UK, Daily Mail dot UK news, 28 October 2011.</w:t>
      </w:r>
    </w:p>
    <w:p>
      <w:pPr>
        <w:jc w:val="right"/>
      </w:pPr>
      <w:r>
        <w:t>مولانا، دوبارہ میں اس کے کوٹیشن جو ہیں وہ میں پڑھ دیتا ہوں۔ یہ ڈیلی میل ڈاٹ یو کے، ڈیلی میل ڈاٹ یو کے نیوز، 28 اکتوبر 2011۔</w:t>
      </w:r>
    </w:p>
    <w:p>
      <w:r>
        <w:rPr>
          <w:b/>
        </w:rPr>
        <w:t xml:space="preserve">[26:02] </w:t>
      </w:r>
      <w:r>
        <w:t>once you get beyond a million dollars, it is still the same hamburger.</w:t>
      </w:r>
    </w:p>
    <w:p>
      <w:pPr>
        <w:jc w:val="right"/>
      </w:pPr>
      <w:r>
        <w:t>ونس یو گیٹ بیونڈ ا ملین ڈالرز، اٹ از سٹل دا سیم ہیمبرگر۔</w:t>
      </w:r>
    </w:p>
    <w:p>
      <w:r>
        <w:rPr>
          <w:b/>
        </w:rPr>
        <w:t xml:space="preserve">[26:10] </w:t>
      </w:r>
      <w:r>
        <w:t>aap dekhiye, yahan reason ko istemal kiya unhone. hum Khuda ka naam le lete hain. baat to aik hi hai.</w:t>
      </w:r>
    </w:p>
    <w:p>
      <w:pPr>
        <w:jc w:val="right"/>
      </w:pPr>
      <w:r>
        <w:t>آپ دیکھیے، یہاں ریزن کو استعمال کیا انہوں نے۔ ہم خدا کا نام لے لیتے ہیں۔ بات تو ایک ہی ہے۔</w:t>
      </w:r>
    </w:p>
    <w:p>
      <w:r>
        <w:rPr>
          <w:b/>
        </w:rPr>
        <w:t xml:space="preserve">[26:23] </w:t>
      </w:r>
      <w:r>
        <w:t>maulana, hum ne bhi abhi recently parha tha, kisi ne, hum naam nahi lenge, kisi scholar ne likha hai, empty stomach one problem, full stomach hundred problems.</w:t>
      </w:r>
    </w:p>
    <w:p>
      <w:pPr>
        <w:jc w:val="right"/>
      </w:pPr>
      <w:r>
        <w:t>مولانا، ہم نے بھی ابھی ریسنٹلی پڑھا تھا، کسی نے، ہم نام نہیں لیں گے، کسی سکالر نے لکھا ہے، ایمٹی سٹمک ون پرابلم، فل سٹمک ہنڈرڈ پرابلمز۔</w:t>
      </w:r>
    </w:p>
    <w:p>
      <w:r>
        <w:rPr>
          <w:b/>
        </w:rPr>
        <w:t xml:space="preserve">[26:34] </w:t>
      </w:r>
      <w:r>
        <w:t>to theek to hai, wahi baat ho gayi.</w:t>
      </w:r>
    </w:p>
    <w:p>
      <w:pPr>
        <w:jc w:val="right"/>
      </w:pPr>
      <w:r>
        <w:t>تو ٹھیک تو ہے، وہی بات ہو گئی۔</w:t>
      </w:r>
    </w:p>
    <w:p>
      <w:r>
        <w:rPr>
          <w:b/>
        </w:rPr>
        <w:t xml:space="preserve">[26:38] </w:t>
      </w:r>
      <w:r>
        <w:t>bismillah-ir-rehman-ir-rahim. maulana, mein aik baat to yeh arz karna chah raha tha ke jo stress hai woh koi burai nahi hai, balkeh bohat bari nemat hai.</w:t>
      </w:r>
    </w:p>
    <w:p>
      <w:pPr>
        <w:jc w:val="right"/>
      </w:pPr>
      <w:r>
        <w:t>بسم اللہ الرحمن الرحیم۔ مولانا، میں ایک بات تو یہ عرض کرنا چاہ رہا تھا کہ جو اسٹریس ہے وہ کوئی برائی نہیں ہے، بلکہ بہت بڑی نعمت ہے۔</w:t>
      </w:r>
    </w:p>
    <w:p>
      <w:r>
        <w:rPr>
          <w:b/>
        </w:rPr>
        <w:t xml:space="preserve">[26:50] </w:t>
      </w:r>
      <w:r>
        <w:t>agar stress nahi hoga to naye raste nahi khulte. aadmi pressure mein bohat sare kaam kar leta hai. aur pressure mein, chahe woh individual ho ya aik koi community ka pressure ho, is mein woh bohat sare kaam, naye naye raste nikal leta hai, nai nai creativity us ki develop ho jati hai.</w:t>
      </w:r>
    </w:p>
    <w:p>
      <w:pPr>
        <w:jc w:val="right"/>
      </w:pPr>
      <w:r>
        <w:t>اگر اسٹریس نہیں ہوگا تو نئے راستے نہیں کھلتے۔ آدمی پریشر میں بہت سارے کام کر لیتا ہے۔ اور پریشر میں، چاہے وہ انڈیویجول ہو یا ایک کوئی کمیونٹی کا پریشر ہو، اس میں وہ بہت سارے کام، نئے نئے راستے نکال لیتا ہے، نئی نئی کریٹیوٹی اس کی ڈویلپ ہو جاتی ہے۔</w:t>
      </w:r>
    </w:p>
    <w:p>
      <w:r>
        <w:rPr>
          <w:b/>
        </w:rPr>
        <w:t xml:space="preserve">[27:08] </w:t>
      </w:r>
      <w:r>
        <w:t>to aik to yeh ke pressure jo hai woh aik nemat hai aik tarah se. aik to mein arz kar raha tha. doosra yeh ke Allah ke Rasool sallallahu alaihi wasallam ki zindagi mein humein kayi aise mauqe hain jab bohat pressure aap ke upar tha.</w:t>
      </w:r>
    </w:p>
    <w:p>
      <w:pPr>
        <w:jc w:val="right"/>
      </w:pPr>
      <w:r>
        <w:t>تو ایک تو یہ کہ پریشر جو ہے وہ ایک نعمت ہے ایک طرح سے۔ ایک تو میں عرض کر رہا تھا۔ دوسرا یہ کہ اللہ کے رسول صلی اللہ علیہ وسلم کی زندگی میں ہمیں کئی ایسے مواقع ہیں جب بہت پریشر آپ کے اوپر تھا۔</w:t>
      </w:r>
    </w:p>
    <w:p>
      <w:r>
        <w:rPr>
          <w:b/>
        </w:rPr>
        <w:t xml:space="preserve">[27:22] </w:t>
      </w:r>
      <w:r>
        <w:t>aur is mauqe par aap ne hamesha, aik riwayat mein aata hai ke aap ko jab bhi koi aik dabao hota hai kisi cheez ka to aap sallallahu alaihi wasallam farmate the ke hasbunallahu wa ni'mal wakeel.</w:t>
      </w:r>
    </w:p>
    <w:p>
      <w:pPr>
        <w:jc w:val="right"/>
      </w:pPr>
      <w:r>
        <w:t>اور اس موقع پر آپ نے ہمیشہ، ایک روایت میں آتا ہے کہ آپ کو جب بھی کوئی ایک دباؤ ہوتا ہے کسی چیز کا تو آپ صلی اللہ علیہ وسلم فرماتے تھے کہ حسبنا اللہ ونعم الوکیل۔</w:t>
      </w:r>
    </w:p>
    <w:p>
      <w:r>
        <w:rPr>
          <w:b/>
        </w:rPr>
        <w:t xml:space="preserve">[27:33] </w:t>
      </w:r>
      <w:r>
        <w:t>allah hamare liye kafi hai aur behtareen madadgar hai. to ek to baharhal yeh dua hai. doosri baat yeh hai ke is se ek diversion, zehan jahan atka hua hai wahan se zehan ko hata ke ek doosri taraf le jana.</w:t>
      </w:r>
    </w:p>
    <w:p>
      <w:pPr>
        <w:jc w:val="right"/>
      </w:pPr>
      <w:r>
        <w:t>اللہ ہمارے لیے کافی ہے اور بہترین مددگار ہے۔ تو ایک تو بہرحال یہ دعا ہے۔ دوسری بات یہ ہے کہ اس سے ایک ڈائیورژن، ذہن جہاں اٹکا ہوا ہے وہاں سے ذہن کو ہٹا کے ایک دوسری طرف لے جانا۔</w:t>
      </w:r>
    </w:p>
    <w:p>
      <w:r>
        <w:rPr>
          <w:b/>
        </w:rPr>
        <w:t xml:space="preserve">[27:46] </w:t>
      </w:r>
      <w:r>
        <w:t>yeh mushkil hai, hamare bas mein is ka hal nahi hai. lekin hum apne zehan ko yahan se hata ke le jayen ke nahi, ek aisi hasti hai jis ke paas hal bhi hai. aur aaj kal jo dunya mein stress management ka achha khasa jo karobar hai us mein bhi ek khaas baat yahi hai ke woh meditation ke zariye ya doosri cheezon ke zariye divert karte hain zehan ko.</w:t>
      </w:r>
    </w:p>
    <w:p>
      <w:pPr>
        <w:jc w:val="right"/>
      </w:pPr>
      <w:r>
        <w:t>یہ مشکل ہے، ہمارے بس میں اس کا حل نہیں ہے۔ لیکن ہم اپنے ذہن کو یہاں سے ہٹا کے لے جائیں کہ نہیں، ایک ایسی ہستی ہے جس کے پاس حل بھی ہے۔ اور آج کل جو دنیا میں اسٹریس مینجمنٹ کا اچھا خاصا جو کاروبار ہے اس میں بھی ایک خاص بات یہی ہے کہ وہ میڈیٹیشن کے ذریعے یا دوسری چیزوں کے ذریعے ڈائیورٹ کرتے ہیں ذہن کو۔</w:t>
      </w:r>
    </w:p>
    <w:p>
      <w:r>
        <w:rPr>
          <w:b/>
        </w:rPr>
        <w:t xml:space="preserve">[28:06] </w:t>
      </w:r>
      <w:r>
        <w:t>jahan atka hua hai wahan se nikalenge. kyunke insaan ke paas jo nematein hain woh to lakhon hain. aur stress ek hai, do hain.</w:t>
      </w:r>
    </w:p>
    <w:p>
      <w:pPr>
        <w:jc w:val="right"/>
      </w:pPr>
      <w:r>
        <w:t>جہاں اٹکا ہوا ہے وہاں سے نکالیں گے۔ کیونکہ انسان کے پاس جو نعمتیں ہیں وہ تو لاکھوں ہیں۔ اور اسٹریس ایک ہے، دو ہیں۔</w:t>
      </w:r>
    </w:p>
    <w:p>
      <w:r>
        <w:rPr>
          <w:b/>
        </w:rPr>
        <w:t xml:space="preserve">[28:15] </w:t>
      </w:r>
      <w:r>
        <w:t>jo cheezein hain us ke paas, sochana hai, hath hain, pair hain, makan hain, jitni cheezein hain beshumar nematein hain. koi ek cheez hai to zehan jab wahan se hatega to thoda matlab.</w:t>
      </w:r>
    </w:p>
    <w:p>
      <w:pPr>
        <w:jc w:val="right"/>
      </w:pPr>
      <w:r>
        <w:t>جو چیزیں ہیں اس کے پاس، سوچنا ہے، ہاتھ ہیں، پیر ہیں، مکان ہیں، جتنی چیزیں ہیں بے شمار نعمتیں ہیں۔ کوئی ایک چیز ہے تو ذہن جب وہاں سے ہٹے گا تو تھوڑا مطلب۔</w:t>
      </w:r>
    </w:p>
    <w:p>
      <w:r>
        <w:rPr>
          <w:b/>
        </w:rPr>
        <w:t xml:space="preserve">[28:25] </w:t>
      </w:r>
      <w:r>
        <w:t>main yeh bas ek chand baatein arz karna chah raha tha. ji shukriya, assalam o alaikum.</w:t>
      </w:r>
    </w:p>
    <w:p>
      <w:pPr>
        <w:jc w:val="right"/>
      </w:pPr>
      <w:r>
        <w:t>میں یہ بس ایک چند باتیں عرض کرنا چاہ رہا تھا۔ جی شکریہ، السلام علیکم۔</w:t>
      </w:r>
    </w:p>
    <w:p>
      <w:r>
        <w:rPr>
          <w:b/>
        </w:rPr>
        <w:t xml:space="preserve">[28:31] </w:t>
      </w:r>
      <w:r>
        <w:t>maulana, kuch comments aaye hain. miss shabana ansari ne likha hai pakistan se, dua az da biggest relief in stress and allah shows the way to solve the problem.</w:t>
      </w:r>
    </w:p>
    <w:p>
      <w:pPr>
        <w:jc w:val="right"/>
      </w:pPr>
      <w:r>
        <w:t>مولانا، کچھ کمنٹس آئے ہیں۔ مس شبانہ انصاری نے لکھا ہے پاکستان سے، دعا از دا بگیسٹ ریلیف ان سٹریس اینڈ اللہ شوز دا وے ٹو سالو دا پرابلم۔</w:t>
      </w:r>
    </w:p>
    <w:p>
      <w:r>
        <w:rPr>
          <w:b/>
        </w:rPr>
        <w:t xml:space="preserve">[28:46] </w:t>
      </w:r>
      <w:r>
        <w:t>jazak allah maulana sahib for guidance. dr naghma siddiqui ne likha hai delhi se, today i understood that a problem or stress presents us with a challenge.</w:t>
      </w:r>
    </w:p>
    <w:p>
      <w:pPr>
        <w:jc w:val="right"/>
      </w:pPr>
      <w:r>
        <w:t>جزاک اللہ مولانا صاحب فار گائیڈنس۔ ڈاکٹر نغمہ صدیقی نے لکھا ہے دلی سے، ٹوڈے آئی انڈرسٹوڈ دیٹ ا پرابلم اور سٹریس پریزنٹس اس ود ا چیلنج۔</w:t>
      </w:r>
    </w:p>
    <w:p>
      <w:r>
        <w:rPr>
          <w:b/>
        </w:rPr>
        <w:t xml:space="preserve">[29:00] </w:t>
      </w:r>
      <w:r>
        <w:t>if we stay positive at the time and do dua, then god will inspire us with a solution following which we can overcome the stress.</w:t>
      </w:r>
    </w:p>
    <w:p>
      <w:pPr>
        <w:jc w:val="right"/>
      </w:pPr>
      <w:r>
        <w:t>اف وی سٹے پازیٹیو ایٹ دا ٹائم اینڈ ڈو دعا، دین گاڈ ویل انسپائر اس ود ا سلوشن فالونگ وچ وی کین اوورکم دا سٹریس۔</w:t>
      </w:r>
    </w:p>
    <w:p>
      <w:r>
        <w:rPr>
          <w:b/>
        </w:rPr>
        <w:t xml:space="preserve">[29:12] </w:t>
      </w:r>
      <w:r>
        <w:t>maulana, jazak allah for giving me this formula. we should just not get overcome with fear of the problem.</w:t>
      </w:r>
    </w:p>
    <w:p>
      <w:pPr>
        <w:jc w:val="right"/>
      </w:pPr>
      <w:r>
        <w:t>مولانا، جزاک اللہ فار گیونگ می دس فارمولا۔ وی شوڈ جسٹ ناٹ گیٹ اوورکم ود فیئر اف دا پرابلم۔</w:t>
      </w:r>
    </w:p>
    <w:p>
      <w:r>
        <w:rPr>
          <w:b/>
        </w:rPr>
        <w:t xml:space="preserve">[29:24] </w:t>
      </w:r>
      <w:r>
        <w:t>sajid anwar sahib ne likha hai mumbai se, maulana dua during stress is the master formula. it not it not only relieves the stress but makes us creative to find the solution for the problem in hand.</w:t>
      </w:r>
    </w:p>
    <w:p>
      <w:pPr>
        <w:jc w:val="right"/>
      </w:pPr>
      <w:r>
        <w:t>ساجد انور صاحب نے لکھا ہے ممبئی سے، مولانا دعا ڈیورنگ سٹریس از دا ماسٹر فارمولا۔ اٹ ناٹ اٹ ناٹ اونلی ریلیوز دی سٹریس بٹ میکس اس کریٹیو ٹو فائنڈ دی سلوشن فار دا پرابلم ان ہینڈ۔</w:t>
      </w:r>
    </w:p>
    <w:p>
      <w:r>
        <w:rPr>
          <w:b/>
        </w:rPr>
        <w:t xml:space="preserve">[29:42] </w:t>
      </w:r>
      <w:r>
        <w:t>jazak allah.</w:t>
      </w:r>
    </w:p>
    <w:p>
      <w:pPr>
        <w:jc w:val="right"/>
      </w:pPr>
      <w:r>
        <w:t>جزاک اللہ۔</w:t>
      </w:r>
    </w:p>
    <w:p>
      <w:r>
        <w:rPr>
          <w:b/>
        </w:rPr>
        <w:t xml:space="preserve">[29:46] </w:t>
      </w:r>
      <w:r>
        <w:t>maulana iqbal umri ne likha hai chennai se, alkhairu fima waqa. aur chalo yeh bhi theek hai, yahi stress se free hone ka formula hai.</w:t>
      </w:r>
    </w:p>
    <w:p>
      <w:pPr>
        <w:jc w:val="right"/>
      </w:pPr>
      <w:r>
        <w:t>مولانا اقبال عمری نے لکھا ہے چنئی سے، الخیرو فما وقع۔ اور چلو یہ بھی ٹھیک ہے، یہی سٹریس سے فری ہونے کا فارمولا ہے۔</w:t>
      </w:r>
    </w:p>
    <w:p>
      <w:r>
        <w:rPr>
          <w:b/>
        </w:rPr>
        <w:t xml:space="preserve">[29:57] </w:t>
      </w:r>
      <w:r>
        <w:t>jazak allah maulana. sajid ahmad khan sahib ne nagpur se likha hai, first time we knew from you only that stress is also a positive thing.</w:t>
      </w:r>
    </w:p>
    <w:p>
      <w:pPr>
        <w:jc w:val="right"/>
      </w:pPr>
      <w:r>
        <w:t>جزاک اللہ مولانا۔ ساجد احمد خان صاحب نے ناگپور سے لکھا ہے، فرسٹ ٹائم وی نیو فرام یو اونلی دیٹ سٹریس از السو ا پازیٹیو تھنگ۔</w:t>
      </w:r>
    </w:p>
    <w:p>
      <w:r>
        <w:rPr>
          <w:b/>
        </w:rPr>
        <w:t xml:space="preserve">[30:08] </w:t>
      </w:r>
      <w:r>
        <w:t>it is the fact that during stress our hidden potential is activated which is generally not possible in normal conditions.</w:t>
      </w:r>
    </w:p>
    <w:p>
      <w:pPr>
        <w:jc w:val="right"/>
      </w:pPr>
      <w:r>
        <w:t>اٹ از دا فیکٹ دیٹ ڈیورنگ سٹریس اور ہڈن پوٹینشل از ایکٹیویٹڈ وچ از جنرلی ناٹ پوسیبل ان نارمل کنڈیشنز۔</w:t>
      </w:r>
    </w:p>
    <w:p>
      <w:r>
        <w:rPr>
          <w:b/>
        </w:rPr>
        <w:t xml:space="preserve">[30:19] </w:t>
      </w:r>
      <w:r>
        <w:t>i have personally experienced it many times. jazak allah. maulana, ek sawal aaya hai yeh miss shazia saeed khan ne bheja hai.</w:t>
      </w:r>
    </w:p>
    <w:p>
      <w:pPr>
        <w:jc w:val="right"/>
      </w:pPr>
      <w:r>
        <w:t>آئی ہیو پرسنلی ایکسپیرینسڈ اٹ مینی ٹائمز۔ جزاک اللہ۔ مولانا، ایک سوال آیا ہے یہ مس شازیہ سعید خان نے بھیجا ہے۔</w:t>
      </w:r>
    </w:p>
    <w:p>
      <w:r>
        <w:rPr>
          <w:b/>
        </w:rPr>
        <w:t xml:space="preserve">[30:32] </w:t>
      </w:r>
      <w:r>
        <w:t>unhone likha hai ke mera sawal hai ke stress mein meri heart beat badh jati hai aur breathlessness honi shuru ho jati hai.</w:t>
      </w:r>
    </w:p>
    <w:p>
      <w:pPr>
        <w:jc w:val="right"/>
      </w:pPr>
      <w:r>
        <w:t>انہوں نے لکھا ہے کہ میرا سوال ہے کہ سٹریس میں میری ہارٹ بیٹ بڑھ جاتی ہے اور بریتھ لیسنس ہونی شروع ہو جاتی ہے۔</w:t>
      </w:r>
    </w:p>
    <w:p>
      <w:r>
        <w:rPr>
          <w:b/>
        </w:rPr>
        <w:t xml:space="preserve">[30:44] </w:t>
      </w:r>
      <w:r>
        <w:t>is ki wajah se main kaam nahi kar pati. is ka kya solution hai?</w:t>
      </w:r>
    </w:p>
    <w:p>
      <w:pPr>
        <w:jc w:val="right"/>
      </w:pPr>
      <w:r>
        <w:t>اس کی وجہ سے میں کام نہیں کر پاتی۔ اس کا کیا سلوشن ہے؟</w:t>
      </w:r>
    </w:p>
    <w:p>
      <w:r>
        <w:rPr>
          <w:b/>
        </w:rPr>
        <w:t xml:space="preserve">[30:51] </w:t>
      </w:r>
      <w:r>
        <w:t>meri jahan tak, mera jahan tak tajurba hai, mujhe bhi heart beat badhne ka ittifaq pesh aaya hai.</w:t>
      </w:r>
    </w:p>
    <w:p>
      <w:pPr>
        <w:jc w:val="right"/>
      </w:pPr>
      <w:r>
        <w:t>میری جہاں تک، میرا جہاں تک تجربہ ہے، مجھے بھی ہارٹ بیٹ بڑھنے کا اتفاق پیش آیا ہے۔</w:t>
      </w:r>
    </w:p>
    <w:p>
      <w:r>
        <w:rPr>
          <w:b/>
        </w:rPr>
        <w:t xml:space="preserve">[31:02] </w:t>
      </w:r>
      <w:r>
        <w:t>to main jaldi jaldi padhne lagta hoon koi dua. la hawla wala quwwata illa billahil aliyyil azeem.</w:t>
      </w:r>
    </w:p>
    <w:p>
      <w:pPr>
        <w:jc w:val="right"/>
      </w:pPr>
      <w:r>
        <w:t>تو میں جلدی جلدی پڑھنے لگتا ہوں کوئی دعا۔ لا حول ولا قوۃ الا باللہ العلی العظیم۔</w:t>
      </w:r>
    </w:p>
    <w:p>
      <w:r>
        <w:rPr>
          <w:b/>
        </w:rPr>
        <w:t xml:space="preserve">[31:13] </w:t>
      </w:r>
      <w:r>
        <w:t>misal. to kuch der mein normal ho jati hai. baqi yeh sab ke liye mufeed hai ke nahi, main nahi janta.</w:t>
      </w:r>
    </w:p>
    <w:p>
      <w:pPr>
        <w:jc w:val="right"/>
      </w:pPr>
      <w:r>
        <w:t>مثلاً۔ تو کچھ دیر میں نارمل ہو جاتی ہے۔ باقی یہ سب کے لیے مفید ہے کہ نہیں، میں نہیں جانتا۔</w:t>
      </w:r>
    </w:p>
    <w:p>
      <w:r>
        <w:rPr>
          <w:b/>
        </w:rPr>
        <w:t xml:space="preserve">[31:36] </w:t>
      </w:r>
      <w:r>
        <w:t>maulana, ek sawal mahboob bhai ne kiya hai mumbai se. unhone likha hai, maulana stress ka reason kisi nuqsan ke andesha hone ki wajah bhi hota hai.</w:t>
      </w:r>
    </w:p>
    <w:p>
      <w:pPr>
        <w:jc w:val="right"/>
      </w:pPr>
      <w:r>
        <w:t>مولانا، ایک سوال محبوب بھائی نے کیا ہے ممبئی سے۔ انہوں نے لکھا ہے، مولانا سٹریس کا ریزن کسی نقصان کے اندیشہ ہونے کی وجہ بھی ہوتا ہے۔</w:t>
      </w:r>
    </w:p>
    <w:p>
      <w:r>
        <w:rPr>
          <w:b/>
        </w:rPr>
        <w:t xml:space="preserve">[31:50] </w:t>
      </w:r>
      <w:r>
        <w:t>agar aisa hai to hone wala nuqsan ke liye tayyar ho jayen to stress ko manage kiya ja sakta hai. yeh bhi sahi hai.</w:t>
      </w:r>
    </w:p>
    <w:p>
      <w:pPr>
        <w:jc w:val="right"/>
      </w:pPr>
      <w:r>
        <w:t>اگر ایسا ہے تو ہونے والا نقصان کے لیے تیار ہو جائیں تو سٹریس کو مینج کیا جا سکتا ہے۔ یہ بھی صحیح ہے۔</w:t>
      </w:r>
    </w:p>
    <w:p>
      <w:r>
        <w:rPr>
          <w:b/>
        </w:rPr>
        <w:t xml:space="preserve">[32:01] </w:t>
      </w:r>
      <w:r>
        <w:t>yeh bhi ek achha formula hai.</w:t>
      </w:r>
    </w:p>
    <w:p>
      <w:pPr>
        <w:jc w:val="right"/>
      </w:pPr>
      <w:r>
        <w:t>یہ بھی ایک اچھا فارمولا ہے۔</w:t>
      </w:r>
    </w:p>
    <w:p>
      <w:r>
        <w:rPr>
          <w:b/>
        </w:rPr>
        <w:t xml:space="preserve">[32:09] </w:t>
      </w:r>
      <w:r>
        <w:t>maulana, mera tajurba yeh hai ke jab stress aata hai to us waqt dua mein zyada kaifiyat hoti hai. mashallah. mashallah.</w:t>
      </w:r>
    </w:p>
    <w:p>
      <w:pPr>
        <w:jc w:val="right"/>
      </w:pPr>
      <w:r>
        <w:t>مولانا، میرا تجربہ یہ ہے کہ جب سٹریس آتا ہے تو اس وقت دعا میں زیادہ کیفیت ہوتی ہے۔ ماشاءاللہ۔ ماشاءاللہ۔</w:t>
      </w:r>
    </w:p>
    <w:p>
      <w:r>
        <w:rPr>
          <w:b/>
        </w:rPr>
        <w:t xml:space="preserve">[32:18] </w:t>
      </w:r>
      <w:r>
        <w:t>kya stress hai? dua mein zyada kaifiyat hoti hai. maulana, aap ka bhi to master formula hai. yaad hai aap ne bataya tha humein, not thinking about a problem is also solution to the.</w:t>
      </w:r>
    </w:p>
    <w:p>
      <w:pPr>
        <w:jc w:val="right"/>
      </w:pPr>
      <w:r>
        <w:t>کیا سٹریس ہے؟ دعا میں زیادہ کیفیت ہوتی ہے۔ مولانا، آپ کا بھی تو ماسٹر فارمولا ہے۔ یاد ہے آپ نے بتایا تھا ہمیں، ناٹ تھنکنگ اباؤٹ ا پرابلم از السو سلوشن ٹو دا۔</w:t>
      </w:r>
    </w:p>
    <w:p>
      <w:r>
        <w:rPr>
          <w:b/>
        </w:rPr>
        <w:t xml:space="preserve">[32:28] </w:t>
      </w:r>
      <w:r>
        <w:t>Not thinking about the problem is also the solution of to the problem.</w:t>
      </w:r>
    </w:p>
    <w:p>
      <w:pPr>
        <w:jc w:val="right"/>
      </w:pPr>
      <w:r>
        <w:t>ناٹ تھنکنگ اباؤٹ دا پرابلم از السو دا سلوشن اف ٹو دا پرابلم۔</w:t>
      </w:r>
    </w:p>
    <w:p>
      <w:r>
        <w:rPr>
          <w:b/>
        </w:rPr>
        <w:t xml:space="preserve">[32:33] </w:t>
      </w:r>
      <w:r>
        <w:t>haan haan, sahih hai.</w:t>
      </w:r>
    </w:p>
    <w:p>
      <w:pPr>
        <w:jc w:val="right"/>
      </w:pPr>
      <w:r>
        <w:t>ہاں ہاں، صحیح ہے۔</w:t>
      </w:r>
    </w:p>
    <w:p>
      <w:r>
        <w:rPr>
          <w:b/>
        </w:rPr>
        <w:t xml:space="preserve">[32:33] </w:t>
      </w:r>
      <w:r>
        <w:t>haan sahih hai.</w:t>
      </w:r>
    </w:p>
    <w:p>
      <w:pPr>
        <w:jc w:val="right"/>
      </w:pPr>
      <w:r>
        <w:t>ہاں صحیح ہے۔</w:t>
      </w:r>
    </w:p>
    <w:p>
      <w:r>
        <w:rPr>
          <w:b/>
        </w:rPr>
        <w:t xml:space="preserve">[32:36] </w:t>
      </w:r>
      <w:r>
        <w:t>sahih hai.</w:t>
      </w:r>
    </w:p>
    <w:p>
      <w:pPr>
        <w:jc w:val="right"/>
      </w:pPr>
      <w:r>
        <w:t>صحیح ہے۔</w:t>
      </w:r>
    </w:p>
    <w:p>
      <w:r>
        <w:rPr>
          <w:b/>
        </w:rPr>
        <w:t xml:space="preserve">[32:59] </w:t>
      </w:r>
      <w:r>
        <w:t>maulana, yeh jo tasme wali hadith hai ke agar joote ka tasma bhi toot jaye to tum khuda se mango. to aaj mujhe is hadith ka matlab ek yeh samajh mein aaya hai aap se sunte hue ke</w:t>
      </w:r>
    </w:p>
    <w:p>
      <w:pPr>
        <w:jc w:val="right"/>
      </w:pPr>
      <w:r>
        <w:t>مولانا، یہ جو تسمے والی حدیث ہے کہ اگر جوتے کا تسمہ بھی ٹوٹ جائے تو تم خدا سے مانگو۔ تو آج مجھے اس حدیث کا مطلب ایک یہ سمجھ میں آیا ہے آپ سے سنتے ہوئے کہ</w:t>
      </w:r>
    </w:p>
    <w:p>
      <w:r>
        <w:rPr>
          <w:b/>
        </w:rPr>
        <w:t xml:space="preserve">[33:19] </w:t>
      </w:r>
      <w:r>
        <w:t>is type ke moments ko tum khuda ko yaad karne ke moment mein convert kar do. yeh iska matlab mein samajh pa raha hoon maulana aaj.</w:t>
      </w:r>
    </w:p>
    <w:p>
      <w:pPr>
        <w:jc w:val="right"/>
      </w:pPr>
      <w:r>
        <w:t>اس ٹائپ کے مومنٹس کو تم خدا کو یاد کرنے کے مومنٹ میں کنورٹ کر دو۔ یہ اس کا مطلب میں سمجھ پا رہا ہوں مولانا آج۔</w:t>
      </w:r>
    </w:p>
    <w:p>
      <w:r>
        <w:rPr>
          <w:b/>
        </w:rPr>
        <w:t xml:space="preserve">[33:30] </w:t>
      </w:r>
      <w:r>
        <w:t>yeh mein naya matlab samajh raha hoon isko. yeh is se pehle mein yeh matlab is hadith ka nahi samajhta tha.</w:t>
      </w:r>
    </w:p>
    <w:p>
      <w:pPr>
        <w:jc w:val="right"/>
      </w:pPr>
      <w:r>
        <w:t>یہ میں نیا مطلب سمجھ رہا ہوں اس کو۔ یہ اس سے پہلے میں یہ مطلب اس حدیث کا نہیں سمجھتا تھا۔</w:t>
      </w:r>
    </w:p>
    <w:p>
      <w:r>
        <w:rPr>
          <w:b/>
        </w:rPr>
        <w:t xml:space="preserve">[33:44] </w:t>
      </w:r>
      <w:r>
        <w:t>maulana, pata nahi kya ho gaya aaj hamein pata nahi kahan se inspiration aati ja rahi hai bar bar. kaha kyun hai? pata nahi maulana sahib aap ne abhi aise bol diya ke hamara apne aap hi hamara mind activate ho gaya hai.</w:t>
      </w:r>
    </w:p>
    <w:p>
      <w:pPr>
        <w:jc w:val="right"/>
      </w:pPr>
      <w:r>
        <w:t>مولانا، پتہ نہیں کیا ہو گیا آج ہمیں پتہ نہیں کہاں سے انسپیریشن آتی جا رہی ہے بار بار۔ کہا کیوں ہے؟ پتہ نہیں مولانا صاحب آپ نے ابھی ایسے بول دیا کہ ہمارا اپنے آپ ہی ہمارا مائنڈ ایکٹیویٹ ہو گیا ہے۔</w:t>
      </w:r>
    </w:p>
    <w:p>
      <w:r>
        <w:rPr>
          <w:b/>
        </w:rPr>
        <w:t xml:space="preserve">[33:54] </w:t>
      </w:r>
      <w:r>
        <w:t>abhi hamare dimagh mein aa raha hai, mark twain ne kaha hai, my worst fears actually never came true. mark twain hai na?</w:t>
      </w:r>
    </w:p>
    <w:p>
      <w:pPr>
        <w:jc w:val="right"/>
      </w:pPr>
      <w:r>
        <w:t>ابھی ہمارے دماغ میں آ رہا ہے، مارک ٹو این نے کہا ہے، مائی ورسز فیئرز ایکچولی نیور کیم ٹرو۔ مارک ٹو این ہے نا؟</w:t>
      </w:r>
    </w:p>
    <w:p>
      <w:r>
        <w:rPr>
          <w:b/>
        </w:rPr>
        <w:t xml:space="preserve">[34:02] </w:t>
      </w:r>
      <w:r>
        <w:t>mark twain. mark twain ne kaha, my worst fears actually never came true.</w:t>
      </w:r>
    </w:p>
    <w:p>
      <w:pPr>
        <w:jc w:val="right"/>
      </w:pPr>
      <w:r>
        <w:t>مارک ٹو این۔ مارک ٹو این نے کہا، مائی ورسز فیئرز ایکچولی نیور کیم ٹرو۔</w:t>
      </w:r>
    </w:p>
    <w:p>
      <w:r>
        <w:rPr>
          <w:b/>
        </w:rPr>
        <w:t xml:space="preserve">[34:11] </w:t>
      </w:r>
      <w:r>
        <w:t>achha. ke kabhi jo hum sochte hain na ke ho jayega, is liye hum stress ho jate hain. woh kabhi bhi unka kehte hain, aaj tak woh nahi hua. woh cheez kabhi nahi hui aise. achha achha.</w:t>
      </w:r>
    </w:p>
    <w:p>
      <w:pPr>
        <w:jc w:val="right"/>
      </w:pPr>
      <w:r>
        <w:t>اچھا۔ کہ کبھی جو ہم سوچتے ہیں نا کہ ہو جائے گا، اس لیے ہم سٹریس ہو جاتے ہیں۔ وہ کبھی بھی ان کا کہتے ہیں، آج تک وہ نہیں ہوا۔ وہ چیز کبھی نہیں ہوئی ایسے۔ اچھا اچھا۔</w:t>
      </w:r>
    </w:p>
    <w:p>
      <w:r>
        <w:rPr>
          <w:b/>
        </w:rPr>
        <w:t xml:space="preserve">[34:19] </w:t>
      </w:r>
      <w:r>
        <w:t>abhi aur dimagh mein aane laga hai phir aap. achha. haan.</w:t>
      </w:r>
    </w:p>
    <w:p>
      <w:pPr>
        <w:jc w:val="right"/>
      </w:pPr>
      <w:r>
        <w:t>ابھی اور دماغ میں آنے لگا ہے پھر آپ۔ اچھا۔ ہاں۔</w:t>
      </w:r>
    </w:p>
    <w:p>
      <w:r>
        <w:rPr>
          <w:b/>
        </w:rPr>
        <w:t xml:space="preserve">[34:26] </w:t>
      </w:r>
      <w:r>
        <w:t>maulana, ek sawal kiya hai miss dania mustafa ne karachi se. unhone likha hai, maulana sahib sometimes loneliness is a great source of stress for people.</w:t>
      </w:r>
    </w:p>
    <w:p>
      <w:pPr>
        <w:jc w:val="right"/>
      </w:pPr>
      <w:r>
        <w:t>مولانا، ایک سوال کیا ہے مس دانیا مصطفیٰ نے کراچی سے۔ انہوں نے لکھا ہے، مولانا صاحب سم ٹائمز لونلیس از ا گریٹ سورس اف سٹریس فار پیپل۔</w:t>
      </w:r>
    </w:p>
    <w:p>
      <w:r>
        <w:rPr>
          <w:b/>
        </w:rPr>
        <w:t xml:space="preserve">[34:40] </w:t>
      </w:r>
      <w:r>
        <w:t>maulana sahib, how can we overcome loneliness or isolation from society?</w:t>
      </w:r>
    </w:p>
    <w:p>
      <w:pPr>
        <w:jc w:val="right"/>
      </w:pPr>
      <w:r>
        <w:t>مولانا صاحب، ہاؤ کین وی اوورکم لونلیس اور آئیسولیشن فرام سوسائٹی؟</w:t>
      </w:r>
    </w:p>
    <w:p>
      <w:r>
        <w:rPr>
          <w:b/>
        </w:rPr>
        <w:t xml:space="preserve">[34:48] </w:t>
      </w:r>
      <w:r>
        <w:t>ek kitab chhapi hai. chhapi thi russia mein. is ka english mein tarjuma hua tha.</w:t>
      </w:r>
    </w:p>
    <w:p>
      <w:pPr>
        <w:jc w:val="right"/>
      </w:pPr>
      <w:r>
        <w:t>ایک کتاب چھپی ہے۔ چھپی تھی رشیا میں۔ اس کا انگلش میں ترجمہ ہوا تھا۔</w:t>
      </w:r>
    </w:p>
    <w:p>
      <w:r>
        <w:rPr>
          <w:b/>
        </w:rPr>
        <w:t xml:space="preserve">[34:57] </w:t>
      </w:r>
      <w:r>
        <w:t>to is ka title yahi tha, loneliness of a woman. loneliness of a woman.</w:t>
      </w:r>
    </w:p>
    <w:p>
      <w:pPr>
        <w:jc w:val="right"/>
      </w:pPr>
      <w:r>
        <w:t>تو اس کا ٹائٹل یہی تھا، لونلیس اف ا وومن۔ لونلیس اف ا وومن۔</w:t>
      </w:r>
    </w:p>
    <w:p>
      <w:r>
        <w:rPr>
          <w:b/>
        </w:rPr>
        <w:t xml:space="preserve">[35:09] </w:t>
      </w:r>
      <w:r>
        <w:t>to mein samajhta hoon ke jahan tak is kitab ki baat hai to aurtein thoda emotional hoti hain.</w:t>
      </w:r>
    </w:p>
    <w:p>
      <w:pPr>
        <w:jc w:val="right"/>
      </w:pPr>
      <w:r>
        <w:t>تو میں سمجھتا ہوں کہ جہاں تک اس کتاب کی بات ہے تو عورتیں تھوڑا ایموشنل ہوتی ہیں۔</w:t>
      </w:r>
    </w:p>
    <w:p>
      <w:r>
        <w:rPr>
          <w:b/>
        </w:rPr>
        <w:t xml:space="preserve">[35:21] </w:t>
      </w:r>
      <w:r>
        <w:t>is wajah se unka loneliness ka ehsas kuch badh sakta hai.</w:t>
      </w:r>
    </w:p>
    <w:p>
      <w:pPr>
        <w:jc w:val="right"/>
      </w:pPr>
      <w:r>
        <w:t>اس وجہ سے ان کا لونلیس کا احساس کچھ بڑھ سکتا ہے۔</w:t>
      </w:r>
    </w:p>
    <w:p>
      <w:r>
        <w:rPr>
          <w:b/>
        </w:rPr>
        <w:t xml:space="preserve">[35:30] </w:t>
      </w:r>
      <w:r>
        <w:t>koi mard bhi koi emotional hote hain to unka ehsas badh jata hai.</w:t>
      </w:r>
    </w:p>
    <w:p>
      <w:pPr>
        <w:jc w:val="right"/>
      </w:pPr>
      <w:r>
        <w:t>کوئی مرد بھی کوئی ایموشنل ہوتے ہیں تو ان کا احساس بڑھ جاتا ہے۔</w:t>
      </w:r>
    </w:p>
    <w:p>
      <w:r>
        <w:rPr>
          <w:b/>
        </w:rPr>
        <w:t xml:space="preserve">[35:39] </w:t>
      </w:r>
      <w:r>
        <w:t>aur</w:t>
      </w:r>
    </w:p>
    <w:p>
      <w:pPr>
        <w:jc w:val="right"/>
      </w:pPr>
      <w:r>
        <w:t>اور</w:t>
      </w:r>
    </w:p>
    <w:p>
      <w:r>
        <w:rPr>
          <w:b/>
        </w:rPr>
        <w:t xml:space="preserve">[35:42] </w:t>
      </w:r>
      <w:r>
        <w:t>yeh sab cheezein jo hain har ek ko kabhi na kabhi pesh aati hain.</w:t>
      </w:r>
    </w:p>
    <w:p>
      <w:pPr>
        <w:jc w:val="right"/>
      </w:pPr>
      <w:r>
        <w:t>یہ سب چیزیں جو ہیں ہر ایک کو کبھی نہ کبھی پیش آتی ہیں۔</w:t>
      </w:r>
    </w:p>
    <w:p>
      <w:r>
        <w:rPr>
          <w:b/>
        </w:rPr>
        <w:t xml:space="preserve">[35:51] </w:t>
      </w:r>
      <w:r>
        <w:t>to wahi formula mere khayal se apply hota hai yahan ke the key is easy. the key is easy.</w:t>
      </w:r>
    </w:p>
    <w:p>
      <w:pPr>
        <w:jc w:val="right"/>
      </w:pPr>
      <w:r>
        <w:t>تو وہی فارمولا میرے خیال سے اپلائی ہوتا ہے یہاں کہ ٹھیکے کی ڈیزی۔ ٹھیکے کی ڈیزی۔</w:t>
      </w:r>
    </w:p>
    <w:p>
      <w:r>
        <w:rPr>
          <w:b/>
        </w:rPr>
        <w:t xml:space="preserve">[36:02] </w:t>
      </w:r>
      <w:r>
        <w:t>misal ke taur par mein ek martaba gaya tha rajasthan. to wahan mein kisi hotel mein thehraya gaya tha is ko.</w:t>
      </w:r>
    </w:p>
    <w:p>
      <w:pPr>
        <w:jc w:val="right"/>
      </w:pPr>
      <w:r>
        <w:t>مثلاً میں ایک مرتبہ گیا تھا راجستھان۔ تو وہاں میں کسی ہوٹل میں ٹھہرایا گیا تھا اس کو۔</w:t>
      </w:r>
    </w:p>
    <w:p>
      <w:r>
        <w:rPr>
          <w:b/>
        </w:rPr>
        <w:t xml:space="preserve">[36:13] </w:t>
      </w:r>
      <w:r>
        <w:t>to subah ko maine dekha ke mere sath jo doosra kamra tha woh subah ke waqt ek aur sathi jo the woh baithe the dhoop mein.</w:t>
      </w:r>
    </w:p>
    <w:p>
      <w:pPr>
        <w:jc w:val="right"/>
      </w:pPr>
      <w:r>
        <w:t>تو صبح کو میں نے دیکھا کہ میرے ساتھ جو دوسرا کمرہ تھا وہ صبح کے وقت ایک اور ساتھی جو تھے وہ بیٹھے تھے دھوپ میں۔</w:t>
      </w:r>
    </w:p>
    <w:p>
      <w:r>
        <w:rPr>
          <w:b/>
        </w:rPr>
        <w:t xml:space="preserve">[36:27] </w:t>
      </w:r>
      <w:r>
        <w:t>aur bohat itminan se woh apne hath se, apne ek hath se doosre hath mein agency laga rahe the diabetes ka.</w:t>
      </w:r>
    </w:p>
    <w:p>
      <w:pPr>
        <w:jc w:val="right"/>
      </w:pPr>
      <w:r>
        <w:t>اور بہت اطمینان سے وہ اپنے ہاتھ سے، اپنے ایک ہاتھ سے دوسرے ہاتھ میں ایجنسی لگا رہے تھے ڈائبیٹیز کا۔</w:t>
      </w:r>
    </w:p>
    <w:p>
      <w:r>
        <w:rPr>
          <w:b/>
        </w:rPr>
        <w:t xml:space="preserve">[36:38] </w:t>
      </w:r>
      <w:r>
        <w:t>to maine poocha aur phir un se ke bhai yeh to itminan se aap kar rahe hain. ek hath se doosre hath mein agency.</w:t>
      </w:r>
    </w:p>
    <w:p>
      <w:pPr>
        <w:jc w:val="right"/>
      </w:pPr>
      <w:r>
        <w:t>تو میں نے پوچھا اور پھر ان سے کہ بھئی یہ تو اطمینان سے آپ کر رہے ہیں۔ ایک ہاتھ سے دوسرے ہاتھ میں ایجنسی۔</w:t>
      </w:r>
    </w:p>
    <w:p>
      <w:r>
        <w:rPr>
          <w:b/>
        </w:rPr>
        <w:t xml:space="preserve">[36:47] </w:t>
      </w:r>
      <w:r>
        <w:t>to unhone kaha ke kuch nahi, theek hai ki this is.</w:t>
      </w:r>
    </w:p>
    <w:p>
      <w:pPr>
        <w:jc w:val="right"/>
      </w:pPr>
      <w:r>
        <w:t>تو انہوں نے کہا کہ کچھ نہیں، ٹھیکے کی ڈیزی۔</w:t>
      </w:r>
    </w:p>
    <w:p>
      <w:r>
        <w:rPr>
          <w:b/>
        </w:rPr>
        <w:t xml:space="preserve">[36:54] </w:t>
      </w:r>
      <w:r>
        <w:t>to har aadmi sochta hai to ek koi formula us ko mil jayega. to unhone yeh bana liya tha ke the key of daisy.</w:t>
      </w:r>
    </w:p>
    <w:p>
      <w:pPr>
        <w:jc w:val="right"/>
      </w:pPr>
      <w:r>
        <w:t>تو ہر آدمی سوچتا ہے تو ایک کوئی فارمولا اس کو مل جائے گا۔ تو انہوں نے یہ بنا لیا تھا کہ ٹھیکے کی ڈیزی۔</w:t>
      </w:r>
    </w:p>
    <w:p>
      <w:r>
        <w:rPr>
          <w:b/>
        </w:rPr>
        <w:t xml:space="preserve">[37:10] </w:t>
      </w:r>
      <w:r>
        <w:t>to mein samajhta hoon ke har masle ka ek hal hota hai. sirf zaroorat hai ke aadmi soche, soche, soche. Ek bahut yaani business mein ek formula bahut mujhe pasand hai.</w:t>
      </w:r>
    </w:p>
    <w:p>
      <w:pPr>
        <w:jc w:val="right"/>
      </w:pPr>
      <w:r>
        <w:t>تو میں سمجھتا ہوں کہ ہر مسئلے کا ایک حل ہوتا ہے۔ صرف ضرورت ہے کہ آدمی سوچے، سوچے، سوچے۔ ایک بہت یعنی بزنس میں ایک فارمولا بہت مجھے پسند ہے۔</w:t>
      </w:r>
    </w:p>
    <w:p>
      <w:r>
        <w:rPr>
          <w:b/>
        </w:rPr>
        <w:t xml:space="preserve">[37:26] </w:t>
      </w:r>
      <w:r>
        <w:t>woh hai ke,</w:t>
      </w:r>
    </w:p>
    <w:p>
      <w:pPr>
        <w:jc w:val="right"/>
      </w:pPr>
      <w:r>
        <w:t>وہ ہے کہ،</w:t>
      </w:r>
    </w:p>
    <w:p>
      <w:r>
        <w:rPr>
          <w:b/>
        </w:rPr>
        <w:t xml:space="preserve">[37:32] </w:t>
      </w:r>
      <w:r>
        <w:t>woh kya hai sa</w:t>
      </w:r>
    </w:p>
    <w:p>
      <w:pPr>
        <w:jc w:val="right"/>
      </w:pPr>
      <w:r>
        <w:t>وہ کیا ہے ص</w:t>
      </w:r>
    </w:p>
    <w:p>
      <w:r>
        <w:rPr>
          <w:b/>
        </w:rPr>
        <w:t xml:space="preserve">[37:33] </w:t>
      </w:r>
      <w:r>
        <w:t>ab woh? Think think there must be a better way. Haan haan haan haan. Haan haan haan.</w:t>
      </w:r>
    </w:p>
    <w:p>
      <w:pPr>
        <w:jc w:val="right"/>
      </w:pPr>
      <w:r>
        <w:t>احب وہ؟ تھنک تھنک دیر مسٹ بی ا بیٹر وے۔ ہاں ہاں ہاں ہاں۔ ہاں ہاں ہاں۔</w:t>
      </w:r>
    </w:p>
    <w:p>
      <w:r>
        <w:rPr>
          <w:b/>
        </w:rPr>
        <w:t xml:space="preserve">[37:43] </w:t>
      </w:r>
      <w:r>
        <w:t>There must be a better way. Think think think. There must be a better way. To bas sochiye bas kuch is mein zyada</w:t>
      </w:r>
    </w:p>
    <w:p>
      <w:pPr>
        <w:jc w:val="right"/>
      </w:pPr>
      <w:r>
        <w:t>دیر مسٹ بی ا بیٹر وے۔ تھنک تھنک تھنک۔ دیر مسٹ بی ا بیٹر وے۔ تو بس سوچیے بس کچھ اس میں زیادہ</w:t>
      </w:r>
    </w:p>
    <w:p>
      <w:r>
        <w:rPr>
          <w:b/>
        </w:rPr>
        <w:t xml:space="preserve">[37:58] </w:t>
      </w:r>
      <w:r>
        <w:t>problem ki baat nahi hai. Bas sochiye sochiye sochiye. Think think think. There must be a better way.</w:t>
      </w:r>
    </w:p>
    <w:p>
      <w:pPr>
        <w:jc w:val="right"/>
      </w:pPr>
      <w:r>
        <w:t>پرابلم کی بات نہیں ہے۔ بس سوچیے سوچیے سوچیے۔ تھنک تھنک تھنک۔ دیر مسٹ بی ا بیٹر وے۔</w:t>
      </w:r>
    </w:p>
    <w:p>
      <w:r>
        <w:rPr>
          <w:b/>
        </w:rPr>
        <w:t xml:space="preserve">[38:13] </w:t>
      </w:r>
      <w:r>
        <w:t>Maulana, ek sawal yeh hai ke aap ne abhi ek formula bataya ke khud ke stress ko manage karna ya anger ko. But bahut se time pe aisa hota hai ke hum stress nahi hote but hamare jo family members hain ya jo loved ones hain woh stress mein hote hain.</w:t>
      </w:r>
    </w:p>
    <w:p>
      <w:pPr>
        <w:jc w:val="right"/>
      </w:pPr>
      <w:r>
        <w:t>مولانا، ایک سوال یہ ہے کہ آپ نے ابھی ایک فارمولا بتایا کہ خود کے سٹریس کو مینج کرنا یا اینگر کو۔ بٹ بہت سے ٹائم پہ ایسا ہوتا ہے کہ ہم سٹریس نہیں ہوتے بٹ ہمارے جو فیملی ممبرز ہیں یا جو لوڈ ونز ہیں وہ سٹریس میں ہوتے ہیں۔</w:t>
      </w:r>
    </w:p>
    <w:p>
      <w:r>
        <w:rPr>
          <w:b/>
        </w:rPr>
        <w:t xml:space="preserve">[38:28] </w:t>
      </w:r>
      <w:r>
        <w:t>aur woh anger mein hote hain. To is time pe hamein kya karna chahiye? Kyun ke is time jab hum unko kuch solution dete hain ya kuch kehna chahte hain to they are not in a mood to listen ya phir woh us situation mein nahi hote.</w:t>
      </w:r>
    </w:p>
    <w:p>
      <w:pPr>
        <w:jc w:val="right"/>
      </w:pPr>
      <w:r>
        <w:t>اور وہ اینگر میں ہوتے ہیں۔ تو اس ٹائم پہ ہمیں کیا کرنا چاہیے؟ کیونکہ اس ٹائم جب ہم ان کو کچھ سلوشن دیتے ہیں یا کچھ کہنا چاہتے ہیں تو دے آر ناٹ ان ا موڈ ٹو لسن یا پھر وہ اس سچویشن میں نہیں ہوتے۔</w:t>
      </w:r>
    </w:p>
    <w:p>
      <w:r>
        <w:rPr>
          <w:b/>
        </w:rPr>
        <w:t xml:space="preserve">[38:40] </w:t>
      </w:r>
      <w:r>
        <w:t>To hum unko kaise help kar sakte hain is time pe?</w:t>
      </w:r>
    </w:p>
    <w:p>
      <w:pPr>
        <w:jc w:val="right"/>
      </w:pPr>
      <w:r>
        <w:t>تو ہم ان کو کیسے ہیلپ کر سکتے ہیں اس ٹائم پہ؟</w:t>
      </w:r>
    </w:p>
    <w:p>
      <w:r>
        <w:rPr>
          <w:b/>
        </w:rPr>
        <w:t xml:space="preserve">[38:43] </w:t>
      </w:r>
      <w:r>
        <w:t>Mere khayal se is ka aasan hal to yeh hai ke aap khud immediately</w:t>
      </w:r>
    </w:p>
    <w:p>
      <w:pPr>
        <w:jc w:val="right"/>
      </w:pPr>
      <w:r>
        <w:t>میرے خیال سے اس کا آسان حل تو یہ ہے کہ آپ خود امیڈیٹلی</w:t>
      </w:r>
    </w:p>
    <w:p>
      <w:r>
        <w:rPr>
          <w:b/>
        </w:rPr>
        <w:t xml:space="preserve">[38:55] </w:t>
      </w:r>
      <w:r>
        <w:t>normal ho jayein. Aap normal ho jayein. To bas sab kuch theek ho jayega. Yaani jawab na dein. Jawab na dein.</w:t>
      </w:r>
    </w:p>
    <w:p>
      <w:pPr>
        <w:jc w:val="right"/>
      </w:pPr>
      <w:r>
        <w:t>نارمل ہو جائیں۔ آپ نارمل ہو جائیں۔ تو بس سب کچھ ٹھیک ہو جائے گا۔ یعنی جواب نہ دیں۔ جواب نہ دیں۔</w:t>
      </w:r>
    </w:p>
    <w:p>
      <w:r>
        <w:rPr>
          <w:b/>
        </w:rPr>
        <w:t xml:space="preserve">[39:07] </w:t>
      </w:r>
      <w:r>
        <w:t>Khud normal ho jayein. To inshallah theek ho jayega.</w:t>
      </w:r>
    </w:p>
    <w:p>
      <w:pPr>
        <w:jc w:val="right"/>
      </w:pPr>
      <w:r>
        <w:t>خود نارمل ہو جائیں۔ تو انشاءاللہ ٹھیک ہو جائے گا۔</w:t>
      </w:r>
    </w:p>
    <w:p>
      <w:r>
        <w:rPr>
          <w:b/>
        </w:rPr>
        <w:t xml:space="preserve">[39:14] </w:t>
      </w:r>
      <w:r>
        <w:t>Muhammad Ayaz Tajabad, kya stress liye baghair insaan kamal ko pohanch sakta hai?</w:t>
      </w:r>
    </w:p>
    <w:p>
      <w:pPr>
        <w:jc w:val="right"/>
      </w:pPr>
      <w:r>
        <w:t>محمد ایاز تاج آباد، کیا سٹریس لیے بغیر انسان کمال کو پہنچ سکتا ہے؟</w:t>
      </w:r>
    </w:p>
    <w:p>
      <w:r>
        <w:rPr>
          <w:b/>
        </w:rPr>
        <w:t xml:space="preserve">[39:23] </w:t>
      </w:r>
      <w:r>
        <w:t>Kya? Stress liye baghair insaan kamal ko pohanch sakta hai? Kamal?</w:t>
      </w:r>
    </w:p>
    <w:p>
      <w:pPr>
        <w:jc w:val="right"/>
      </w:pPr>
      <w:r>
        <w:t>کیا؟ سٹریس لیے بغیر انسان کمال کو پہنچ سکتا ہے؟ کمال؟</w:t>
      </w:r>
    </w:p>
    <w:p>
      <w:r>
        <w:rPr>
          <w:b/>
        </w:rPr>
        <w:t xml:space="preserve">[39:33] </w:t>
      </w:r>
      <w:r>
        <w:t>Mein to samajhta hoon ke bhai ke aam halaat mein stress aata hi aata hai.</w:t>
      </w:r>
    </w:p>
    <w:p>
      <w:pPr>
        <w:jc w:val="right"/>
      </w:pPr>
      <w:r>
        <w:t>میں تو سمجھتا ہوں کہ بھئی کہ عام حالات میں سٹریس آتا ہی آتا ہے۔</w:t>
      </w:r>
    </w:p>
    <w:p>
      <w:r>
        <w:rPr>
          <w:b/>
        </w:rPr>
        <w:t xml:space="preserve">[39:44] </w:t>
      </w:r>
      <w:r>
        <w:t>aur woh agar aap over reaction se dard dikhayein, over reaction se kaam bigadta hai. To dheere dheere sab sab theek ho jata hai.</w:t>
      </w:r>
    </w:p>
    <w:p>
      <w:pPr>
        <w:jc w:val="right"/>
      </w:pPr>
      <w:r>
        <w:t>اور وہ اگر آپ اوور ایکشن سے درد دکھائیں، اوور ایکشن سے کام بگڑتا ہے۔ تو دھیرے دھیرے سب سب ٹھیک ہو جاتا ہے۔</w:t>
      </w:r>
    </w:p>
    <w:p>
      <w:r>
        <w:rPr>
          <w:b/>
        </w:rPr>
        <w:t xml:space="preserve">[39:56] </w:t>
      </w:r>
      <w:r>
        <w:t>aur koi creative thought apne aap aap ke andar aa jati hai.</w:t>
      </w:r>
    </w:p>
    <w:p>
      <w:pPr>
        <w:jc w:val="right"/>
      </w:pPr>
      <w:r>
        <w:t>اور کوئی کریٹیو تھاٹ اپنے آپ آپ کے اندر آ جاتی ہے۔</w:t>
      </w:r>
    </w:p>
    <w:p>
      <w:r>
        <w:rPr>
          <w:b/>
        </w:rPr>
        <w:t xml:space="preserve">[40:04] </w:t>
      </w:r>
      <w:r>
        <w:t>Aksar kaam bigadta hai over reaction se.</w:t>
      </w:r>
    </w:p>
    <w:p>
      <w:pPr>
        <w:jc w:val="right"/>
      </w:pPr>
      <w:r>
        <w:t>اکثر کام بگڑتا ہے اوور ایکشن سے۔</w:t>
      </w:r>
    </w:p>
    <w:p>
      <w:r>
        <w:rPr>
          <w:b/>
        </w:rPr>
        <w:t xml:space="preserve">[40:16] </w:t>
      </w:r>
      <w:r>
        <w:t>Sindh Pakistan se Razzaq Laghari, un ka sawal hai, kya dua ke liye taqwa ka hona lazmi hai? Dua ke liye taqwa ka hona lazmi hai?</w:t>
      </w:r>
    </w:p>
    <w:p>
      <w:pPr>
        <w:jc w:val="right"/>
      </w:pPr>
      <w:r>
        <w:t>سندھ پاکستان سے رزاق لغاری، ان کا سوال ہے، کیا دعا کے لیے تقویٰ کا ہونا لازمی ہے؟ دعا کے لیے تقویٰ کا ہونا لازمی ہے؟</w:t>
      </w:r>
    </w:p>
    <w:p>
      <w:r>
        <w:rPr>
          <w:b/>
        </w:rPr>
        <w:t xml:space="preserve">[40:30] </w:t>
      </w:r>
      <w:r>
        <w:t>Nahi nahi bilkul nahi. Is ka taqwa se koi taluq nahi hai.</w:t>
      </w:r>
    </w:p>
    <w:p>
      <w:pPr>
        <w:jc w:val="right"/>
      </w:pPr>
      <w:r>
        <w:t>نہیں نہیں بالکل نہیں۔ اس کا تقویٰ سے کوئی تعلق نہیں ہے۔</w:t>
      </w:r>
    </w:p>
    <w:p>
      <w:r>
        <w:rPr>
          <w:b/>
        </w:rPr>
        <w:t xml:space="preserve">[40:37] </w:t>
      </w:r>
      <w:r>
        <w:t>Jab bhi koi banda sach much pukarta hai apne Rab se to taqwa ho ya na ho, agar dil se pukara hai to zaroor woh pohanchti hai Allah tak.</w:t>
      </w:r>
    </w:p>
    <w:p>
      <w:pPr>
        <w:jc w:val="right"/>
      </w:pPr>
      <w:r>
        <w:t>جب بھی کوئی بندہ سچ مچ پکارتا ہے اپنے رب سے تو تقویٰ ہو یا نہ ہو، اگر دل سے پکار رہا ہے تو ضرور وہ پہنچتی ہے اللہ تک۔</w:t>
      </w:r>
    </w:p>
    <w:p>
      <w:r>
        <w:rPr>
          <w:b/>
        </w:rPr>
        <w:t xml:space="preserve">[40:53] </w:t>
      </w:r>
      <w:r>
        <w:t>Taqwa shart dua ki shart nahi hai.</w:t>
      </w:r>
    </w:p>
    <w:p>
      <w:pPr>
        <w:jc w:val="right"/>
      </w:pPr>
      <w:r>
        <w:t>تقویٰ شرط دعا کی شرط نہیں ہے۔</w:t>
      </w:r>
    </w:p>
    <w:p>
      <w:r>
        <w:rPr>
          <w:b/>
        </w:rPr>
        <w:t xml:space="preserve">[41:03] </w:t>
      </w:r>
      <w:r>
        <w:t>Syed Abbas Raza Bukhari, Islamabad, unhone ek suggestion diya hai comment ke baad. Assalam-o-Alaikum.</w:t>
      </w:r>
    </w:p>
    <w:p>
      <w:pPr>
        <w:jc w:val="right"/>
      </w:pPr>
      <w:r>
        <w:t>سید عباس رضا بخاری، اسلام آباد، انہوں نے ایک سجیشن دیا ہے کمنٹ کے بعد۔ السلام علیکم ورحمۃ اللہ۔</w:t>
      </w:r>
    </w:p>
    <w:p>
      <w:r>
        <w:rPr>
          <w:b/>
        </w:rPr>
        <w:t xml:space="preserve">[41:12] </w:t>
      </w:r>
      <w:r>
        <w:t>Maulana sahib ki marifat o irfan ki baatein rohani darajat mein aur marifat-e-parwardigar mein bahut mufeed rehti hain. Allah taala ne khususi inayat farmayi hai.</w:t>
      </w:r>
    </w:p>
    <w:p>
      <w:pPr>
        <w:jc w:val="right"/>
      </w:pPr>
      <w:r>
        <w:t>مولانا صاحب کی معرفت و عرفان کی باتیں روحانی درجات میں اور معرفت پروردگار میں بہت مفید رہتی ہیں۔ اللہ تعالیٰ نے خصوصی عنایت فرمائی ہے۔</w:t>
      </w:r>
    </w:p>
    <w:p>
      <w:r>
        <w:rPr>
          <w:b/>
        </w:rPr>
        <w:t xml:space="preserve">[41:25] </w:t>
      </w:r>
      <w:r>
        <w:t>Aap Nahjul Balagha se bhi marifat-e-parwardigar ki nishandahi kiya karein. Jazakum Allah Khaira.</w:t>
      </w:r>
    </w:p>
    <w:p>
      <w:pPr>
        <w:jc w:val="right"/>
      </w:pPr>
      <w:r>
        <w:t>آپ نہج البلاغہ سے بھی معرفت پروردگار کی نشاندہی کیا کریں۔ جزاکم اللہ خیرا۔</w:t>
      </w:r>
    </w:p>
    <w:p>
      <w:r>
        <w:rPr>
          <w:b/>
        </w:rPr>
        <w:t xml:space="preserve">[41:33] </w:t>
      </w:r>
      <w:r>
        <w:t>insha allah.</w:t>
      </w:r>
    </w:p>
    <w:p>
      <w:pPr>
        <w:jc w:val="right"/>
      </w:pPr>
      <w:r>
        <w:t>انشاءاللہ۔</w:t>
      </w:r>
    </w:p>
    <w:p>
      <w:r>
        <w:rPr>
          <w:b/>
        </w:rPr>
        <w:t xml:space="preserve">[41:38] </w:t>
      </w:r>
      <w:r>
        <w:t>maulana, aaj jo stress ki baat aayi to us par mujhe ek hadith ka ek naya mafhoom samajh mein aaya. woh hadith sahih bukhari, muslim aur doosri jagah aayi hai.</w:t>
      </w:r>
    </w:p>
    <w:p>
      <w:pPr>
        <w:jc w:val="right"/>
      </w:pPr>
      <w:r>
        <w:t>مولانا، آج جو سٹریس کی بات آئی تو اس پر مجھے ایک حدیث کا ایک نیا مفہوم سمجھ میں آیا۔ وہ حدیث صحیح بخاری، مسلم اور دوسری جگہ آئی ہے۔</w:t>
      </w:r>
    </w:p>
    <w:p>
      <w:r>
        <w:rPr>
          <w:b/>
        </w:rPr>
        <w:t xml:space="preserve">[41:51] </w:t>
      </w:r>
      <w:r>
        <w:t>ibn majah ke alfaaz mein padhta hoon, al mominul qawi khairun wa ahabbu ilallahi minal mominid daeef, wa fi kullin khair, ihriz ala ma yanfa'uk, wa la tu'ajiz, fa in ghalabaka amrun fa qul qadara allah,</w:t>
      </w:r>
    </w:p>
    <w:p>
      <w:pPr>
        <w:jc w:val="right"/>
      </w:pPr>
      <w:r>
        <w:t>ابن ماجہ کے الفاظ میں پڑھتا ہوں، المومن القوی خیر واحب الی اللہ من المومن الضعیف، وفی کل خیر، احرس علی ماینفعک، ولا تعجز، فان غلبک امر فقل قدر اللہ،</w:t>
      </w:r>
    </w:p>
    <w:p>
      <w:r>
        <w:rPr>
          <w:b/>
        </w:rPr>
        <w:t xml:space="preserve">[42:08] </w:t>
      </w:r>
      <w:r>
        <w:t>qadara allah wa ma sha'a fa'al, wa iyyaka wal law, fa inna law taftahu amal ash shaitan, ke qawi momin behtar aur pasandeeda hai allah ke nazdeek kamzor momin se, aur har cheez mein khair hai.</w:t>
      </w:r>
    </w:p>
    <w:p>
      <w:pPr>
        <w:jc w:val="right"/>
      </w:pPr>
      <w:r>
        <w:t>قدر قدر اللہ وما شا فعل، وایاک واللو، فان لو تفتح عمل الشیطان، کہ قوی مومن بہتر اور پسندیدہ ہے اللہ کے نزدیک کمزور مومن سے، اور ہر چیز میں خیر ہے۔</w:t>
      </w:r>
    </w:p>
    <w:p>
      <w:r>
        <w:rPr>
          <w:b/>
        </w:rPr>
        <w:t xml:space="preserve">[42:25] </w:t>
      </w:r>
      <w:r>
        <w:t>khwahish karo har us cheez ki jo tum ko faida pahunchaye aur aajizi na dikhao, aur agar maamla tum par ghalib aa jaye to kaho ke allah ta'ala ki taqdeer hai aur us ne jaisa chaha kiya, aur law kehne se yani agar magar kehne se bacho, kyunke agar magar kehna shaitan ke raaste ko kholta hai.</w:t>
      </w:r>
    </w:p>
    <w:p>
      <w:pPr>
        <w:jc w:val="right"/>
      </w:pPr>
      <w:r>
        <w:t>خواہش کرو ہر اس چیز کی جو تم کو فائدہ پہنچائے اور عاجزی نہ دکھاؤ، اور اگر معاملہ تم پر غالب آ جائے تو کہو کہ اللہ تعالیٰ کی تقدیر ہے اور اس نے جیسا چاہا کیا، اور لو کہنے سے یعنی اگر مگر کہنے سے بچو، کیونکہ اگر مگر کہنا شیطان کے راستے کو کھولتا ہے۔</w:t>
      </w:r>
    </w:p>
    <w:p>
      <w:r>
        <w:rPr>
          <w:b/>
        </w:rPr>
        <w:t xml:space="preserve">[42:45] </w:t>
      </w:r>
      <w:r>
        <w:t>to is mein do nayi baatein maloom huin. ek yeh ke qawi momin ka matlab hai determined momin, believer, yani jo pakke irade wala ho, dearness ho, woh momin.</w:t>
      </w:r>
    </w:p>
    <w:p>
      <w:pPr>
        <w:jc w:val="right"/>
      </w:pPr>
      <w:r>
        <w:t>تو اس میں دو نئی باتیں معلوم ہوئیں۔ ایک یہ کہ قوی مومن کا مطلب ہے ڈیٹرمائنڈ مومن، بیلیور، یعنی جو پکے ارادے والا ہو، ڈیئرنس ہو، وہ مومن۔</w:t>
      </w:r>
    </w:p>
    <w:p>
      <w:r>
        <w:rPr>
          <w:b/>
        </w:rPr>
        <w:t xml:space="preserve">[42:59] </w:t>
      </w:r>
      <w:r>
        <w:t>aur doosri cheez shaitan ka raasta kholne ka matlab hai ke aadmi agar magar mein lag jata hai to woh stress mein padta hai, ghusse mein aata hai.</w:t>
      </w:r>
    </w:p>
    <w:p>
      <w:pPr>
        <w:jc w:val="right"/>
      </w:pPr>
      <w:r>
        <w:t>اور دوسری چیز شیطان کا راستہ کھولنے کا مطلب ہے کہ آدمی اگر مگر میں لگ جاتا ہے تو وہ سٹریس میں پڑتا ہے، غصے میں آتا ہے۔</w:t>
      </w:r>
    </w:p>
    <w:p>
      <w:r>
        <w:rPr>
          <w:b/>
        </w:rPr>
        <w:t xml:space="preserve">[43:08] </w:t>
      </w:r>
      <w:r>
        <w:t>bilkul sahih hai. sahih farmaya. seerat mein aata hai ke jab bhi rasool allah sallallahu alaihi wasallam ko is tarah ke koi baat pesh aati thi jis se stress aam taur se hota hai to woh namaz padha karte the.</w:t>
      </w:r>
    </w:p>
    <w:p>
      <w:pPr>
        <w:jc w:val="right"/>
      </w:pPr>
      <w:r>
        <w:t>بالکل صحیح ہے۔ صحیح فرمایا۔ سیرت میں آتا ہے کہ جب بھی رسول اللہ صلی اللہ علیہ وسلم کو اس طرح کے کوئی بات پیش آتی تھی جس سے سٹریس عام طور سے ہوتا ہے تو وہ نماز پڑھا کرتے تھے۔</w:t>
      </w:r>
    </w:p>
    <w:p>
      <w:r>
        <w:rPr>
          <w:b/>
        </w:rPr>
        <w:t xml:space="preserve">[43:24] </w:t>
      </w:r>
      <w:r>
        <w:t>to ek yeh bhi baharhal ek tareeqa hai ke kabhi bhi aadmi stress mein ho to woh namaz padhe. aur mujhe butrus sahib ki ek baat yaad aa rahi hai, un ki ek kitaab bhi thi how to manage stress, to unhone kafi saari baatein is mein likhi thin bohat hi light andaaz mein.</w:t>
      </w:r>
    </w:p>
    <w:p>
      <w:pPr>
        <w:jc w:val="right"/>
      </w:pPr>
      <w:r>
        <w:t>تو ایک یہ بھی بہرحال ایک طریقہ ہے کہ کبھی بھی آدمی سٹریس میں ہو تو وہ نماز پڑھے۔ اور مجھے بطرس صاحب کی ایک بات یاد آ رہی ہے، ان کی ایک کتاب بھی تھی ہاؤ ٹو مینج سٹریس، تو انہوں نے کافی ساری باتیں اس میں لکھی تھیں بہت ہی لائٹ انداز میں۔</w:t>
      </w:r>
    </w:p>
    <w:p>
      <w:r>
        <w:rPr>
          <w:b/>
        </w:rPr>
        <w:t xml:space="preserve">[43:43] </w:t>
      </w:r>
      <w:r>
        <w:t>to ek baat unhone likhi thi ke aadmi aksar aisi cheezon mein padta hai jis ko nimatne ki us ke andar taqat nahi hoti hai. to us ke liye unhone likha tha ke they panga le panga.</w:t>
      </w:r>
    </w:p>
    <w:p>
      <w:pPr>
        <w:jc w:val="right"/>
      </w:pPr>
      <w:r>
        <w:t>تو ایک بات انہوں نے لکھی تھی کہ آدمی اکثر ایسی چیزوں میں پڑتا ہے جس کو نمٹنے کی اس کے اندر طاقت نہیں ہوتی ہے۔ تو اس کے لیے انہوں نے لکھا تھا کہ دے پنگا لے پنگا۔</w:t>
      </w:r>
    </w:p>
    <w:p>
      <w:r>
        <w:rPr>
          <w:b/>
        </w:rPr>
        <w:t xml:space="preserve">[43:57] </w:t>
      </w:r>
      <w:r>
        <w:t>to yeh bhi ek cheez hai jis se aadmi bach sakta hai.</w:t>
      </w:r>
    </w:p>
    <w:p>
      <w:pPr>
        <w:jc w:val="right"/>
      </w:pPr>
      <w:r>
        <w:t>تو یہ بھی ایک چیز ہے جس سے آدمی بچ سکتا ہے۔</w:t>
      </w:r>
    </w:p>
    <w:p>
      <w:r>
        <w:rPr>
          <w:b/>
        </w:rPr>
        <w:t xml:space="preserve">[44:01] </w:t>
      </w:r>
      <w:r>
        <w:t>woh namaz par mujhe yaad aaya ke jab mujhe bhi bohat zyada tension hota hai to main quran padhne baith jati hoon aur taqreeban aadha paare ke baad mera tension dheere dheere release ho jata hai.</w:t>
      </w:r>
    </w:p>
    <w:p>
      <w:pPr>
        <w:jc w:val="right"/>
      </w:pPr>
      <w:r>
        <w:t>وہ نماز پر میرے مجھے یاد آیا کہ جب مجھے بھی بہت زیادہ ٹینشن ہوتا ہے تو میں قرآن پڑھنے بیٹھ جاتی ہوں اور تقریباً آدھا پارے کے بعد میرا ٹینشن دھیرے دھیرے ریلیز ہو جاتا ہے۔</w:t>
      </w:r>
    </w:p>
    <w:p>
      <w:r>
        <w:rPr>
          <w:b/>
        </w:rPr>
        <w:t xml:space="preserve">[44:14] </w:t>
      </w:r>
      <w:r>
        <w:t>bohat acha tareeqa hai yeh. bohat acha tareeqa hai yeh.</w:t>
      </w:r>
    </w:p>
    <w:p>
      <w:pPr>
        <w:jc w:val="right"/>
      </w:pPr>
      <w:r>
        <w:t>بہت اچھا طریقہ ہے یہ۔ بہت اچھا طریقہ ہے یہ۔</w:t>
      </w:r>
    </w:p>
    <w:p>
      <w:r>
        <w:rPr>
          <w:b/>
        </w:rPr>
        <w:t xml:space="preserve">[44:24] </w:t>
      </w:r>
      <w:r>
        <w:t>maulana, for the first time i have come to know the positive aspect of stress, that when we say that we work better under stress, this is the reason because it gives the motivation to work further, and that can only happen when one is positive.</w:t>
      </w:r>
    </w:p>
    <w:p>
      <w:pPr>
        <w:jc w:val="right"/>
      </w:pPr>
      <w:r>
        <w:t>مولانا، فار دا فرسٹ ٹائم آئی ہیو کم ٹو نو دا پازیٹیو ایسپیکٹ آف سٹریس، دیٹ وین وی سے دیٹ وی ورک بیٹر انڈر سٹریس، دس از دا ریزن بیکاز اٹ گوز دا موٹیویشن ٹو ورک فردر، اینڈ دیٹ کین اونلی ہیپن وین ون از پازیٹیو۔</w:t>
      </w:r>
    </w:p>
    <w:p>
      <w:r>
        <w:rPr>
          <w:b/>
        </w:rPr>
        <w:t xml:space="preserve">[44:46] </w:t>
      </w:r>
      <w:r>
        <w:t>also maulana, i remember, ah, once you said that, ah, there was a question on loneliness, and once you had told us that in do ka kya kehna jiska teesra saathi allah hai,</w:t>
      </w:r>
    </w:p>
    <w:p>
      <w:pPr>
        <w:jc w:val="right"/>
      </w:pPr>
      <w:r>
        <w:t>السو مولانا، آئی ریممبر، اہ، ونس یو سیڈ دیٹ، اہ، دیر واز ا کوئسچن ان لونلیس، اینڈ ونس یو ہیڈ ٹولڈ اس دیٹ ان دو کا کیا کہنا جس کا تیسرا ساتھی اللہ ہے،</w:t>
      </w:r>
    </w:p>
    <w:p>
      <w:r>
        <w:rPr>
          <w:b/>
        </w:rPr>
        <w:t xml:space="preserve">[45:02] </w:t>
      </w:r>
      <w:r>
        <w:t>to that gives a lot of solace if somebody feels that they are alone. and maulana, for the palpitation of the heart, you had given me your dua once, allahumma thabbit qalbi,</w:t>
      </w:r>
    </w:p>
    <w:p>
      <w:pPr>
        <w:jc w:val="right"/>
      </w:pPr>
      <w:r>
        <w:t>تو دیٹ گوز ا لاٹ آف سلیس اف سم بڈی فیلز دیٹ دے آر الون۔ اینڈ مولانا، فار دا پیلپیٹیشن آف دا ہارٹ، یو ہیڈ گیون می یور دعا ونس، اللہم ثبت قلبی،</w:t>
      </w:r>
    </w:p>
    <w:p>
      <w:r>
        <w:rPr>
          <w:b/>
        </w:rPr>
        <w:t xml:space="preserve">[45:17] </w:t>
      </w:r>
      <w:r>
        <w:t>allah make my heart strong, that gives a lot of help and support.</w:t>
      </w:r>
    </w:p>
    <w:p>
      <w:pPr>
        <w:jc w:val="right"/>
      </w:pPr>
      <w:r>
        <w:t>اللہ میک مائی ہارٹ سٹرونگ، دیٹ گوز ا لاٹ آف ہیلپ اینڈ سپورٹ۔</w:t>
      </w:r>
    </w:p>
    <w:p>
      <w:r>
        <w:rPr>
          <w:b/>
        </w:rPr>
        <w:t xml:space="preserve">[45:26] </w:t>
      </w:r>
      <w:r>
        <w:t>mera khayal hai theek baat hai. maulana, hamara experience to yeh hai ke hum jab bhi kabhi stress mein hote hain to dua karte hain aur us ke baad sab theek ho jata hai.</w:t>
      </w:r>
    </w:p>
    <w:p>
      <w:pPr>
        <w:jc w:val="right"/>
      </w:pPr>
      <w:r>
        <w:t>میرا خیال ہے ٹھیک بات ہے۔ مولانا، ہمارا ایکسپیرینس تو یہ ہے کہ ہم جب بھی کبھی سٹریس میں ہوتے ہیں تو دعا کرتے ہیں اور اس کے بعد سب ٹھیک ہو جاتا ہے۔</w:t>
      </w:r>
    </w:p>
    <w:p>
      <w:r>
        <w:rPr>
          <w:b/>
        </w:rPr>
        <w:t xml:space="preserve">[45:38] </w:t>
      </w:r>
      <w:r>
        <w:t>yeh to bas simple formula hai.</w:t>
      </w:r>
    </w:p>
    <w:p>
      <w:pPr>
        <w:jc w:val="right"/>
      </w:pPr>
      <w:r>
        <w:t>یہ تو بس سمپل فارمولا ہے۔</w:t>
      </w:r>
    </w:p>
    <w:p>
      <w:r>
        <w:rPr>
          <w:b/>
        </w:rPr>
        <w:t xml:space="preserve">[45:41] </w:t>
      </w:r>
      <w:r>
        <w:t>maulana, meri samajh mein yahi aata hai ke agar koi stress aata hai to us time yeh aadmi soche ke allah hi hai jo har cheez manage karta hai aur usi ki taraf usi ne diya hai, wahi manage karega.</w:t>
      </w:r>
    </w:p>
    <w:p>
      <w:pPr>
        <w:jc w:val="right"/>
      </w:pPr>
      <w:r>
        <w:t>مولانا، میری سمجھ میں یہی آتا ہے کہ اگر کوئی سٹریس آتا ہے تو اس ٹائم یہ آدمی سوچے کہ اللہ ہی ہے جو ہر چیز مینج کرتا ہے اور اسی کی طرف اسی نے دیا ہے، وہی مینج کرے گا۔</w:t>
      </w:r>
    </w:p>
    <w:p>
      <w:r>
        <w:rPr>
          <w:b/>
        </w:rPr>
        <w:t xml:space="preserve">[45:58] </w:t>
      </w:r>
      <w:r>
        <w:t>bas simple formula yahi hai. aur yeh ke agar koi bada nuksan hone ka andesha ho to us soorat mein yeh soche ke us ke liye zehni taur par tayyar hon</w:t>
      </w:r>
    </w:p>
    <w:p>
      <w:pPr>
        <w:jc w:val="right"/>
      </w:pPr>
      <w:r>
        <w:t>بس سمپل فارمولا یہی ہے۔ اور یہ کہ اگر کوئی بڑا نقصان ہونے کا اندیشہ ہو تو اس صورت میں یہ سوچیں کہ اس کے لیے ذہنی طور پر تیار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