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Nation Building On India's Republic Day Jan 26, 2020 Maulana Wahiduddin Khan</w:t>
      </w:r>
    </w:p>
    <w:p>
      <w:r>
        <w:t>https://www.youtube.com/watch?v=58CVocbLAb8</w:t>
      </w:r>
    </w:p>
    <w:p>
      <w:r>
        <w:rPr>
          <w:b/>
        </w:rPr>
        <w:t xml:space="preserve">[00:12] </w:t>
      </w:r>
      <w:r>
        <w:t>aaj ka jo din hai, 26 january ka,</w:t>
      </w:r>
    </w:p>
    <w:p>
      <w:pPr>
        <w:jc w:val="right"/>
      </w:pPr>
      <w:r>
        <w:t>آج کا جو دن ہے، 26 جنوری کا،</w:t>
      </w:r>
    </w:p>
    <w:p>
      <w:r>
        <w:rPr>
          <w:b/>
        </w:rPr>
        <w:t xml:space="preserve">[00:18] </w:t>
      </w:r>
      <w:r>
        <w:t>to us ke hisab se kisi ne mujh se poocha</w:t>
      </w:r>
    </w:p>
    <w:p>
      <w:pPr>
        <w:jc w:val="right"/>
      </w:pPr>
      <w:r>
        <w:t>تو اس کے حساب سے کسی نے مجھ سے پوچھا</w:t>
      </w:r>
    </w:p>
    <w:p>
      <w:r>
        <w:rPr>
          <w:b/>
        </w:rPr>
        <w:t xml:space="preserve">[00:26] </w:t>
      </w:r>
      <w:r>
        <w:t>ke kya quran mein 26 january ke lehaz se</w:t>
      </w:r>
    </w:p>
    <w:p>
      <w:pPr>
        <w:jc w:val="right"/>
      </w:pPr>
      <w:r>
        <w:t>کہ کیا قرآن میں 26 جنوری کے لحاظ سے</w:t>
      </w:r>
    </w:p>
    <w:p>
      <w:r>
        <w:rPr>
          <w:b/>
        </w:rPr>
        <w:t xml:space="preserve">[00:36] </w:t>
      </w:r>
      <w:r>
        <w:t>koi ayat bata sakte hain aap? maine kaha zaroor.</w:t>
      </w:r>
    </w:p>
    <w:p>
      <w:pPr>
        <w:jc w:val="right"/>
      </w:pPr>
      <w:r>
        <w:t>کوئی آیت بتا سکتے ہیں آپ؟ میں نے کہا ضرور۔</w:t>
      </w:r>
    </w:p>
    <w:p>
      <w:r>
        <w:rPr>
          <w:b/>
        </w:rPr>
        <w:t xml:space="preserve">[00:46] </w:t>
      </w:r>
      <w:r>
        <w:t>zarur. 26 janwari neechri building ka</w:t>
      </w:r>
    </w:p>
    <w:p>
      <w:pPr>
        <w:jc w:val="right"/>
      </w:pPr>
      <w:r>
        <w:t>ضرور۔ 26 جنوری نیچری بلڈنگ کا</w:t>
      </w:r>
    </w:p>
    <w:p>
      <w:r>
        <w:rPr>
          <w:b/>
        </w:rPr>
        <w:t xml:space="preserve">[00:55] </w:t>
      </w:r>
      <w:r>
        <w:t>din hai.</w:t>
      </w:r>
    </w:p>
    <w:p>
      <w:pPr>
        <w:jc w:val="right"/>
      </w:pPr>
      <w:r>
        <w:t>دن ہے۔</w:t>
      </w:r>
    </w:p>
    <w:p>
      <w:r>
        <w:rPr>
          <w:b/>
        </w:rPr>
        <w:t xml:space="preserve">[00:59] </w:t>
      </w:r>
      <w:r>
        <w:t>neechri building.</w:t>
      </w:r>
    </w:p>
    <w:p>
      <w:pPr>
        <w:jc w:val="right"/>
      </w:pPr>
      <w:r>
        <w:t>نیچری بلڈنگ۔</w:t>
      </w:r>
    </w:p>
    <w:p>
      <w:r>
        <w:rPr>
          <w:b/>
        </w:rPr>
        <w:t xml:space="preserve">[01:04] </w:t>
      </w:r>
      <w:r>
        <w:t>is lihaz se quran ki aik ayat mein pesh kar sakta hoon:</w:t>
      </w:r>
    </w:p>
    <w:p>
      <w:pPr>
        <w:jc w:val="right"/>
      </w:pPr>
      <w:r>
        <w:t>اس لحاظ سے قرآن کی ایک آیت میں پیش کر سکتا ہوں:</w:t>
      </w:r>
    </w:p>
    <w:p>
      <w:r>
        <w:rPr>
          <w:b/>
        </w:rPr>
        <w:t xml:space="preserve">[01:11] </w:t>
      </w:r>
      <w:r>
        <w:t>"lais lil insani illa ma sa'a".</w:t>
      </w:r>
    </w:p>
    <w:p>
      <w:pPr>
        <w:jc w:val="right"/>
      </w:pPr>
      <w:r>
        <w:t>"لیس للإنسان إلا ما سعى"۔</w:t>
      </w:r>
    </w:p>
    <w:p>
      <w:r>
        <w:rPr>
          <w:b/>
        </w:rPr>
        <w:t xml:space="preserve">[01:19] </w:t>
      </w:r>
      <w:r>
        <w:t>insan ke liye wahi hai jis ki us ne koshish ki.</w:t>
      </w:r>
    </w:p>
    <w:p>
      <w:pPr>
        <w:jc w:val="right"/>
      </w:pPr>
      <w:r>
        <w:t>انسان کے لیے وہی ہے جس کی اس نے کوشش کی۔</w:t>
      </w:r>
    </w:p>
    <w:p>
      <w:r>
        <w:rPr>
          <w:b/>
        </w:rPr>
        <w:t xml:space="preserve">[01:26] </w:t>
      </w:r>
      <w:r>
        <w:t>yani is ka matlab yeh hai ke insan ke liye wahi hai jis ke liye woh deserve kare.</w:t>
      </w:r>
    </w:p>
    <w:p>
      <w:pPr>
        <w:jc w:val="right"/>
      </w:pPr>
      <w:r>
        <w:t>یعنی اس کا مطلب یہ ہے کہ انسان کے لیے وہی ہے جس کے لیے وہ deserve کرے۔</w:t>
      </w:r>
    </w:p>
    <w:p>
      <w:r>
        <w:rPr>
          <w:b/>
        </w:rPr>
        <w:t xml:space="preserve">[01:40] </w:t>
      </w:r>
      <w:r>
        <w:t>to mein to samajhta hoon ke is se yeh aik aisa formula hai jo dunya aur akhirat dono ke liye apply hota hai.</w:t>
      </w:r>
    </w:p>
    <w:p>
      <w:pPr>
        <w:jc w:val="right"/>
      </w:pPr>
      <w:r>
        <w:t>تو میں تو سمجھتا ہوں کہ اس سے یہ ایک ایسا فارمولا ہے جو دنیا اور آخرت دونوں کے لیے apply ہوتا ہے۔</w:t>
      </w:r>
    </w:p>
    <w:p>
      <w:r>
        <w:rPr>
          <w:b/>
        </w:rPr>
        <w:t xml:space="preserve">[01:54] </w:t>
      </w:r>
      <w:r>
        <w:t>material world aur akhirat ki dunya ki taameer, nation</w:t>
      </w:r>
    </w:p>
    <w:p>
      <w:pPr>
        <w:jc w:val="right"/>
      </w:pPr>
      <w:r>
        <w:t>مٹیریل ورلڈ اور آخرت کی دنیا کی تعمیر، نیشن</w:t>
      </w:r>
    </w:p>
    <w:p>
      <w:r>
        <w:rPr>
          <w:b/>
        </w:rPr>
        <w:t xml:space="preserve">[02:04] </w:t>
      </w:r>
      <w:r>
        <w:t>dono ke liye. ke insan ke liye wahi hai jis ke liye woh deserve kare.</w:t>
      </w:r>
    </w:p>
    <w:p>
      <w:pPr>
        <w:jc w:val="right"/>
      </w:pPr>
      <w:r>
        <w:t>دونوں کے لیے۔ کہ انسان کے لیے وہی ہے جس کے لیے وہ deserve کرے۔</w:t>
      </w:r>
    </w:p>
    <w:p>
      <w:r>
        <w:rPr>
          <w:b/>
        </w:rPr>
        <w:t xml:space="preserve">[02:15] </w:t>
      </w:r>
      <w:r>
        <w:t>is se bari baat koi aur ho nahi sakti. is liye ke yeh jo formula hai, yeh aadmi ko unending</w:t>
      </w:r>
    </w:p>
    <w:p>
      <w:pPr>
        <w:jc w:val="right"/>
      </w:pPr>
      <w:r>
        <w:t>اس سے بڑی بات کوئی اور ہو نہیں سکتی۔ اس لیے کہ یہ جو فارمولا ہے، یہ آدمی کو unending</w:t>
      </w:r>
    </w:p>
    <w:p>
      <w:r>
        <w:rPr>
          <w:b/>
        </w:rPr>
        <w:t xml:space="preserve">[02:36] </w:t>
      </w:r>
      <w:r>
        <w:t>koshish</w:t>
      </w:r>
    </w:p>
    <w:p>
      <w:pPr>
        <w:jc w:val="right"/>
      </w:pPr>
      <w:r>
        <w:t>کوشش</w:t>
      </w:r>
    </w:p>
    <w:p>
      <w:r>
        <w:rPr>
          <w:b/>
        </w:rPr>
        <w:t xml:space="preserve">[02:40] </w:t>
      </w:r>
      <w:r>
        <w:t>ka</w:t>
      </w:r>
    </w:p>
    <w:p>
      <w:pPr>
        <w:jc w:val="right"/>
      </w:pPr>
      <w:r>
        <w:t>کا</w:t>
      </w:r>
    </w:p>
    <w:p>
      <w:r>
        <w:rPr>
          <w:b/>
        </w:rPr>
        <w:t xml:space="preserve">[02:44] </w:t>
      </w:r>
      <w:r>
        <w:t>jazba deta hai. is se bara koi formula zindagi ka nahi ho sakta.</w:t>
      </w:r>
    </w:p>
    <w:p>
      <w:pPr>
        <w:jc w:val="right"/>
      </w:pPr>
      <w:r>
        <w:t>جذبہ دیتا ہے۔ اس سے بڑا کوئی فارمولا زندگی کا نہیں ہو سکتا۔</w:t>
      </w:r>
    </w:p>
    <w:p>
      <w:r>
        <w:rPr>
          <w:b/>
        </w:rPr>
        <w:t xml:space="preserve">[02:56] </w:t>
      </w:r>
      <w:r>
        <w:t>dunya ke liye bhi aur akhirat ke liye bhi. is se kiya hota hai</w:t>
      </w:r>
    </w:p>
    <w:p>
      <w:pPr>
        <w:jc w:val="right"/>
      </w:pPr>
      <w:r>
        <w:t>دنیا کے لیے بھی اور آخرت کے لیے بھی۔ اس سے کیا ہوتا ہے</w:t>
      </w:r>
    </w:p>
    <w:p>
      <w:r>
        <w:rPr>
          <w:b/>
        </w:rPr>
        <w:t xml:space="preserve">[03:05] </w:t>
      </w:r>
      <w:r>
        <w:t>ke creator jo hamara hai, creator rab ul alameen, us ne insan ko</w:t>
      </w:r>
    </w:p>
    <w:p>
      <w:pPr>
        <w:jc w:val="right"/>
      </w:pPr>
      <w:r>
        <w:t>کہ Creator جو ہمارا ہے، Creator رب العالمین، اس نے انسان کو</w:t>
      </w:r>
    </w:p>
    <w:p>
      <w:r>
        <w:rPr>
          <w:b/>
        </w:rPr>
        <w:t xml:space="preserve">[03:16] </w:t>
      </w:r>
      <w:r>
        <w:t>bohat ziyada potential ke sath paida kiya hai. bohat ziyada potential. koi had nahi hai.</w:t>
      </w:r>
    </w:p>
    <w:p>
      <w:pPr>
        <w:jc w:val="right"/>
      </w:pPr>
      <w:r>
        <w:t>بہت زیادہ potential کے ساتھ پیدا کیا ہے۔ بہت زیادہ potential۔ کوئی حد نہیں ہے۔</w:t>
      </w:r>
    </w:p>
    <w:p>
      <w:r>
        <w:rPr>
          <w:b/>
        </w:rPr>
        <w:t xml:space="preserve">[03:25] </w:t>
      </w:r>
      <w:r>
        <w:t>potential ki koi had nahi hai. is liye insan ke liye wahi formula sab se acha formula hai jo unending spirit of</w:t>
      </w:r>
    </w:p>
    <w:p>
      <w:pPr>
        <w:jc w:val="right"/>
      </w:pPr>
      <w:r>
        <w:t>Potential کی کوئی حد نہیں ہے۔ اس لیے انسان کے لیے وہی فارمولا سب سے اچھا فارمولا ہے جو unending spirit of</w:t>
      </w:r>
    </w:p>
    <w:p>
      <w:r>
        <w:rPr>
          <w:b/>
        </w:rPr>
        <w:t xml:space="preserve">[03:45] </w:t>
      </w:r>
      <w:r>
        <w:t>strive de. koshish karni hai, koshish karni hai. yeh koshish ka jo</w:t>
      </w:r>
    </w:p>
    <w:p>
      <w:pPr>
        <w:jc w:val="right"/>
      </w:pPr>
      <w:r>
        <w:t>strive دے۔ کوشش کرنی ہے، کوشش کرنی ہے۔ یہ کوشش کا جو</w:t>
      </w:r>
    </w:p>
    <w:p>
      <w:r>
        <w:rPr>
          <w:b/>
        </w:rPr>
        <w:t xml:space="preserve">[03:54] </w:t>
      </w:r>
      <w:r>
        <w:t>target hai, woh kabhi khatam na ho.</w:t>
      </w:r>
    </w:p>
    <w:p>
      <w:pPr>
        <w:jc w:val="right"/>
      </w:pPr>
      <w:r>
        <w:t>target ہے، وہ کبھی ختم نہ ہو۔</w:t>
      </w:r>
    </w:p>
    <w:p>
      <w:r>
        <w:rPr>
          <w:b/>
        </w:rPr>
        <w:t xml:space="preserve">[04:01] </w:t>
      </w:r>
      <w:r>
        <w:t>is ka is ka matlab yeh hai</w:t>
      </w:r>
    </w:p>
    <w:p>
      <w:pPr>
        <w:jc w:val="right"/>
      </w:pPr>
      <w:r>
        <w:t>اس کا اس کا مطلب یہ ہے</w:t>
      </w:r>
    </w:p>
    <w:p>
      <w:r>
        <w:rPr>
          <w:b/>
        </w:rPr>
        <w:t xml:space="preserve">[04:07] </w:t>
      </w:r>
      <w:r>
        <w:t>ke yeh formula, zindagi ka yeh formula, aadmi ko unending target de deta hai.</w:t>
      </w:r>
    </w:p>
    <w:p>
      <w:pPr>
        <w:jc w:val="right"/>
      </w:pPr>
      <w:r>
        <w:t>کہ یہ فارمولا، زندگی کا یہ فارمولا، آدمی کو unending target دے دیتا ہے۔</w:t>
      </w:r>
    </w:p>
    <w:p>
      <w:r>
        <w:rPr>
          <w:b/>
        </w:rPr>
        <w:t xml:space="preserve">[04:21] </w:t>
      </w:r>
      <w:r>
        <w:t>aisi koshish ka aisa formula. yani is ko aap agar ijtamai mani mein lein to aap kahengay nation building.</w:t>
      </w:r>
    </w:p>
    <w:p>
      <w:pPr>
        <w:jc w:val="right"/>
      </w:pPr>
      <w:r>
        <w:t>ایسی کوشش کا ایسا فارمولا۔ یعنی اس کو آپ اگر اجتماعی معنی میں لیں تو آپ کہیں گے نیشن بلڈنگ۔</w:t>
      </w:r>
    </w:p>
    <w:p>
      <w:r>
        <w:rPr>
          <w:b/>
        </w:rPr>
        <w:t xml:space="preserve">[04:37] </w:t>
      </w:r>
      <w:r>
        <w:t>aur shakhsi mani mein lein to personality building.</w:t>
      </w:r>
    </w:p>
    <w:p>
      <w:pPr>
        <w:jc w:val="right"/>
      </w:pPr>
      <w:r>
        <w:t>اور شخصی معنی میں لیں تو پرسنیلٹی بلڈنگ۔</w:t>
      </w:r>
    </w:p>
    <w:p>
      <w:r>
        <w:rPr>
          <w:b/>
        </w:rPr>
        <w:t xml:space="preserve">[04:44] </w:t>
      </w:r>
      <w:r>
        <w:t>to is se bari koi baat nahi ho sakti.</w:t>
      </w:r>
    </w:p>
    <w:p>
      <w:pPr>
        <w:jc w:val="right"/>
      </w:pPr>
      <w:r>
        <w:t>تو اس سے بڑی کوئی بات نہیں ہو سکتی۔</w:t>
      </w:r>
    </w:p>
    <w:p>
      <w:r>
        <w:rPr>
          <w:b/>
        </w:rPr>
        <w:t xml:space="preserve">[04:50] </w:t>
      </w:r>
      <w:r>
        <w:t>is se bari koi baat nahi ho sakti.</w:t>
      </w:r>
    </w:p>
    <w:p>
      <w:pPr>
        <w:jc w:val="right"/>
      </w:pPr>
      <w:r>
        <w:t>اس سے بڑی کوئی بات نہیں ہو سکتی۔</w:t>
      </w:r>
    </w:p>
    <w:p>
      <w:r>
        <w:rPr>
          <w:b/>
        </w:rPr>
        <w:t xml:space="preserve">[04:54] </w:t>
      </w:r>
      <w:r>
        <w:t>main samajhta hoon ke isi formula ko modern world mein is tarah ikhtiyar kiya gaya hai ke do or die.</w:t>
      </w:r>
    </w:p>
    <w:p>
      <w:pPr>
        <w:jc w:val="right"/>
      </w:pPr>
      <w:r>
        <w:t>میں سمجھتا ہوں کہ اسی فارمولے کو ماڈرن ورلڈ میں اس طرح اختیار کیا گیا ہے کہ do or die۔</w:t>
      </w:r>
    </w:p>
    <w:p>
      <w:r>
        <w:rPr>
          <w:b/>
        </w:rPr>
        <w:t xml:space="preserve">[05:08] </w:t>
      </w:r>
      <w:r>
        <w:t>yani barabar koshish karte raho, koshish karte raho, koshish karte raho.</w:t>
      </w:r>
    </w:p>
    <w:p>
      <w:pPr>
        <w:jc w:val="right"/>
      </w:pPr>
      <w:r>
        <w:t>یعنی برابر کوشش کرتے رہو، کوشش کرتے رہو، کوشش کرتے رہو۔</w:t>
      </w:r>
    </w:p>
    <w:p>
      <w:r>
        <w:rPr>
          <w:b/>
        </w:rPr>
        <w:t xml:space="preserve">[05:17] </w:t>
      </w:r>
      <w:r>
        <w:t>koshish ka koi end nahi hai.</w:t>
      </w:r>
    </w:p>
    <w:p>
      <w:pPr>
        <w:jc w:val="right"/>
      </w:pPr>
      <w:r>
        <w:t>کوشش کا کوئی end نہیں ہے۔</w:t>
      </w:r>
    </w:p>
    <w:p>
      <w:r>
        <w:rPr>
          <w:b/>
        </w:rPr>
        <w:t xml:space="preserve">[05:23] </w:t>
      </w:r>
      <w:r>
        <w:t>is se aap ki jo personality hai, us ko aik aisa target mil jata hai, aik aisa target jo kabhi khatam na ho.</w:t>
      </w:r>
    </w:p>
    <w:p>
      <w:pPr>
        <w:jc w:val="right"/>
      </w:pPr>
      <w:r>
        <w:t>اس سے آپ کی جو personality ہے، اس کو ایک ایسا target مل جاتا ہے، ایک ایسا target جو کبھی ختم نہ ہو۔</w:t>
      </w:r>
    </w:p>
    <w:p>
      <w:r>
        <w:rPr>
          <w:b/>
        </w:rPr>
        <w:t xml:space="preserve">[05:37] </w:t>
      </w:r>
      <w:r>
        <w:t>jo kabhi khatam na ho. main samajhta hoon ke dunya mein jitni bhi tarqqiyan hui hain,</w:t>
      </w:r>
    </w:p>
    <w:p>
      <w:pPr>
        <w:jc w:val="right"/>
      </w:pPr>
      <w:r>
        <w:t>جو کبھی ختم نہ ہو۔ میں سمجھتا ہوں کہ دنیا میں جتنی بھی ترقیاں ہوئی ہیں،</w:t>
      </w:r>
    </w:p>
    <w:p>
      <w:r>
        <w:rPr>
          <w:b/>
        </w:rPr>
        <w:t xml:space="preserve">[05:47] </w:t>
      </w:r>
      <w:r>
        <w:t>jitni bhi tarqqiyan hui hain, woh sab tarqqiyan isi spirit ko le kar hui hain.</w:t>
      </w:r>
    </w:p>
    <w:p>
      <w:pPr>
        <w:jc w:val="right"/>
      </w:pPr>
      <w:r>
        <w:t>جتنی بھی ترقیاں ہوئی ہیں، وہ سب ترقیاں اسی spirit کو لے کر ہوئی ہیں۔</w:t>
      </w:r>
    </w:p>
    <w:p>
      <w:r>
        <w:rPr>
          <w:b/>
        </w:rPr>
        <w:t xml:space="preserve">[05:58] </w:t>
      </w:r>
      <w:r>
        <w:t>isi nishani ko le kar hui hain.</w:t>
      </w:r>
    </w:p>
    <w:p>
      <w:pPr>
        <w:jc w:val="right"/>
      </w:pPr>
      <w:r>
        <w:t>اسی نشانی کو لے کر ہوئی ہیں۔</w:t>
      </w:r>
    </w:p>
    <w:p>
      <w:r>
        <w:rPr>
          <w:b/>
        </w:rPr>
        <w:t xml:space="preserve">[06:07] </w:t>
      </w:r>
      <w:r>
        <w:t>hum ne apne jo hamara jo kaam hai ke insan ko quran,</w:t>
      </w:r>
    </w:p>
    <w:p>
      <w:pPr>
        <w:jc w:val="right"/>
      </w:pPr>
      <w:r>
        <w:t>ہم نے اپنے جو ہمارا جو کام ہے کہ انسان کو قرآن،</w:t>
      </w:r>
    </w:p>
    <w:p>
      <w:r>
        <w:rPr>
          <w:b/>
        </w:rPr>
        <w:t xml:space="preserve">[06:22] </w:t>
      </w:r>
      <w:r>
        <w:t>hamara nishana jo hai, woh yeh hai ke</w:t>
      </w:r>
    </w:p>
    <w:p>
      <w:pPr>
        <w:jc w:val="right"/>
      </w:pPr>
      <w:r>
        <w:t>ہمارا نشانہ جو ہے، وہ یہ ہے کہ</w:t>
      </w:r>
    </w:p>
    <w:p>
      <w:r>
        <w:rPr>
          <w:b/>
        </w:rPr>
        <w:t xml:space="preserve">[06:30] </w:t>
      </w:r>
      <w:r>
        <w:t>allah ki kitab ko, yani quran ko,</w:t>
      </w:r>
    </w:p>
    <w:p>
      <w:pPr>
        <w:jc w:val="right"/>
      </w:pPr>
      <w:r>
        <w:t>اللہ کی کتاب کو، یعنی قرآن کو،</w:t>
      </w:r>
    </w:p>
    <w:p>
      <w:r>
        <w:rPr>
          <w:b/>
        </w:rPr>
        <w:t xml:space="preserve">[06:37] </w:t>
      </w:r>
      <w:r>
        <w:t>insan ke tamam insanon tak pohanchana. un ki apni understanding language mein.</w:t>
      </w:r>
    </w:p>
    <w:p>
      <w:pPr>
        <w:jc w:val="right"/>
      </w:pPr>
      <w:r>
        <w:t>انسان کے تمام انسانوں تک پہنچانا۔ ان کی اپنی understanding language میں۔</w:t>
      </w:r>
    </w:p>
    <w:p>
      <w:r>
        <w:rPr>
          <w:b/>
        </w:rPr>
        <w:t xml:space="preserve">[06:50] </w:t>
      </w:r>
      <w:r>
        <w:t>kuch log arabi quran sahib ko bant'te hain. yeh main samajhta hoon ke yeh</w:t>
      </w:r>
    </w:p>
    <w:p>
      <w:pPr>
        <w:jc w:val="right"/>
      </w:pPr>
      <w:r>
        <w:t>کچھ لوگ عربی قرآن صاحب کو بانٹتے ہیں۔ یہ میں سمجھتا ہوں کہ یہ</w:t>
      </w:r>
    </w:p>
    <w:p>
      <w:r>
        <w:rPr>
          <w:b/>
        </w:rPr>
        <w:t xml:space="preserve">[07:03] </w:t>
      </w:r>
      <w:r>
        <w:t>yeh right target nahi hai.</w:t>
      </w:r>
    </w:p>
    <w:p>
      <w:pPr>
        <w:jc w:val="right"/>
      </w:pPr>
      <w:r>
        <w:t>یہright target نہیں ہے۔</w:t>
      </w:r>
    </w:p>
    <w:p>
      <w:r>
        <w:rPr>
          <w:b/>
        </w:rPr>
        <w:t xml:space="preserve">[07:12] </w:t>
      </w:r>
      <w:r>
        <w:t>kyun ke arabi sab log jante nahi. to aap de dein ge to us ko</w:t>
      </w:r>
    </w:p>
    <w:p>
      <w:pPr>
        <w:jc w:val="right"/>
      </w:pPr>
      <w:r>
        <w:t>کیونکہ عربی سب لوگ جانتے نہیں۔ تو آپ دے دیں گے تو اس کو</w:t>
      </w:r>
    </w:p>
    <w:p>
      <w:r>
        <w:rPr>
          <w:b/>
        </w:rPr>
        <w:t xml:space="preserve">[07:21] </w:t>
      </w:r>
      <w:r>
        <w:t>us ko woh izzat ke sath choome ga aur aur phir self rakh de ga.</w:t>
      </w:r>
    </w:p>
    <w:p>
      <w:pPr>
        <w:jc w:val="right"/>
      </w:pPr>
      <w:r>
        <w:t>اس کو وہ عزت کے ساتھ چومے گا اور اور پھر self رکھ دے گا۔</w:t>
      </w:r>
    </w:p>
    <w:p>
      <w:r>
        <w:rPr>
          <w:b/>
        </w:rPr>
        <w:t xml:space="preserve">[07:34] </w:t>
      </w:r>
      <w:r>
        <w:t>cheez yeh hai ke woh dekhte hain, un ko shauq hoga ke mujhe parhna hai. ab jab kholenge is ke pages to surah an-najm agar dekha unhon ne, surah an-najm.</w:t>
      </w:r>
    </w:p>
    <w:p>
      <w:pPr>
        <w:jc w:val="right"/>
      </w:pPr>
      <w:r>
        <w:t>چیز یہ ہے کہ وہ دیکھتے ہیں، ان کو شوق ہوگا کہ مجھے پڑھنا ہے۔ اب جب کھولیں گے اس کے pages تو سورہ النجم اگر دیکھا انہوں نے، سورہ النجم۔</w:t>
      </w:r>
    </w:p>
    <w:p>
      <w:r>
        <w:rPr>
          <w:b/>
        </w:rPr>
        <w:t xml:space="preserve">[07:47] </w:t>
      </w:r>
      <w:r>
        <w:t>to parhenge is ayat ko: "Laysa lil insaani illa ma sa'a". insan ke liye wahi hai jis ke liye us ne koshish ki hai.</w:t>
      </w:r>
    </w:p>
    <w:p>
      <w:pPr>
        <w:jc w:val="right"/>
      </w:pPr>
      <w:r>
        <w:t>تو پڑھیں گے اس آیت کو: "لیس للإنسان إلا ما سعى"۔ انسان کے لیے وہی ہے جس کے لیے اس نے کوشش کی ہے۔</w:t>
      </w:r>
    </w:p>
    <w:p>
      <w:r>
        <w:rPr>
          <w:b/>
        </w:rPr>
        <w:t xml:space="preserve">[07:59] </w:t>
      </w:r>
      <w:r>
        <w:t>to to kaise ajeeb yani hoga un ka haal ke yeh baat hai quran mein ke mujhe wahi mile ga jo jis ke liye maine koshish ki ho.</w:t>
      </w:r>
    </w:p>
    <w:p>
      <w:pPr>
        <w:jc w:val="right"/>
      </w:pPr>
      <w:r>
        <w:t>تو تو کیسے عجیب یعنی ہوگا ان کا حال کہ یہ بات ہے قرآن میں کہ مجھے وہی ملے گا جو جس کے لیے میں نے کوشش کی ہو۔</w:t>
      </w:r>
    </w:p>
    <w:p>
      <w:r>
        <w:rPr>
          <w:b/>
        </w:rPr>
        <w:t xml:space="preserve">[08:16] </w:t>
      </w:r>
      <w:r>
        <w:t>tab us ke liye jab koshish shuru karenge woh to un ki personality ki potential unfold hone lage gi.</w:t>
      </w:r>
    </w:p>
    <w:p>
      <w:pPr>
        <w:jc w:val="right"/>
      </w:pPr>
      <w:r>
        <w:t>تب اس کے لیے جب کوشش شروع کریں گے وہ تو ان کی personality کی potential unfold ہونے لگے گی۔</w:t>
      </w:r>
    </w:p>
    <w:p>
      <w:r>
        <w:rPr>
          <w:b/>
        </w:rPr>
        <w:t xml:space="preserve">[08:25] </w:t>
      </w:r>
      <w:r>
        <w:t>un ki personality jo hai, us ke andar jo</w:t>
      </w:r>
    </w:p>
    <w:p>
      <w:pPr>
        <w:jc w:val="right"/>
      </w:pPr>
      <w:r>
        <w:t>ان کی personality جو ہے، اس کے اندر جو</w:t>
      </w:r>
    </w:p>
    <w:p>
      <w:r>
        <w:rPr>
          <w:b/>
        </w:rPr>
        <w:t xml:space="preserve">[08:31] </w:t>
      </w:r>
      <w:r>
        <w:t>jo rakh di gayi hai, created rakh di gayi hai, woh sab unfold hona shuru ho jaye ga.</w:t>
      </w:r>
    </w:p>
    <w:p>
      <w:pPr>
        <w:jc w:val="right"/>
      </w:pPr>
      <w:r>
        <w:t>جو رکھ دی گئی ہے، created رکھ دی گئی ہے، وہ سب unfold ہونا شروع ہو جائے گی۔</w:t>
      </w:r>
    </w:p>
    <w:p>
      <w:r>
        <w:rPr>
          <w:b/>
        </w:rPr>
        <w:t xml:space="preserve">[08:46] </w:t>
      </w:r>
      <w:r>
        <w:t>ab se kal mujh se mulaqat hui meri aik jesh community ke hisab se. woh thay american lekin un ka mazhab yahoodi mazhab tha.</w:t>
      </w:r>
    </w:p>
    <w:p>
      <w:pPr>
        <w:jc w:val="right"/>
      </w:pPr>
      <w:r>
        <w:t>اب سے کل مجھ سے ملاقات ہوئی میری ایک جیش community کے حساب سے۔ وہ تھے امریکن لیکن ان کا مذہب یہودی مذہب تھا۔</w:t>
      </w:r>
    </w:p>
    <w:p>
      <w:r>
        <w:rPr>
          <w:b/>
        </w:rPr>
        <w:t xml:space="preserve">[09:03] </w:t>
      </w:r>
      <w:r>
        <w:t>to unhon ne kaha ke</w:t>
      </w:r>
    </w:p>
    <w:p>
      <w:pPr>
        <w:jc w:val="right"/>
      </w:pPr>
      <w:r>
        <w:t>تو انہوں نے کہا کہ</w:t>
      </w:r>
    </w:p>
    <w:p>
      <w:r>
        <w:rPr>
          <w:b/>
        </w:rPr>
        <w:t xml:space="preserve">[09:08] </w:t>
      </w:r>
      <w:r>
        <w:t>desert ka area jo hai, sehra, wahan aik potential tha.</w:t>
      </w:r>
    </w:p>
    <w:p>
      <w:pPr>
        <w:jc w:val="right"/>
      </w:pPr>
      <w:r>
        <w:t>Desert کا area جو ہے، صحرا، وہاں ایک potential تھا۔</w:t>
      </w:r>
    </w:p>
    <w:p>
      <w:r>
        <w:rPr>
          <w:b/>
        </w:rPr>
        <w:t xml:space="preserve">[09:18] </w:t>
      </w:r>
      <w:r>
        <w:t>to jab jaysh community ko</w:t>
      </w:r>
    </w:p>
    <w:p>
      <w:pPr>
        <w:jc w:val="right"/>
      </w:pPr>
      <w:r>
        <w:t>تو جب جیش community کو</w:t>
      </w:r>
    </w:p>
    <w:p>
      <w:r>
        <w:rPr>
          <w:b/>
        </w:rPr>
        <w:t xml:space="preserve">[09:26] </w:t>
      </w:r>
      <w:r>
        <w:t>ke halaat bohat sakht ho gaye, aap jante hain ke jaysh community ke liye halaat bohat sakht ho gaye. To</w:t>
      </w:r>
    </w:p>
    <w:p>
      <w:pPr>
        <w:jc w:val="right"/>
      </w:pPr>
      <w:r>
        <w:t>کے حالات بہت سخت ہو گئے، آپ جانتے ہیں کہ جیش community کے لیے حالات بہت سخت ہو گئے۔ تو</w:t>
      </w:r>
    </w:p>
    <w:p>
      <w:r>
        <w:rPr>
          <w:b/>
        </w:rPr>
        <w:t xml:space="preserve">[09:39] </w:t>
      </w:r>
      <w:r>
        <w:t>is sakht halat ne un ke andar aik aik spirit jagai ke apne negative ko positive banaein.</w:t>
      </w:r>
    </w:p>
    <w:p>
      <w:pPr>
        <w:jc w:val="right"/>
      </w:pPr>
      <w:r>
        <w:t>اس سخت حالت نے ان کے اندر ایک ایک spirit جگائی کہ اپنے negative کو positive بنائیں۔</w:t>
      </w:r>
    </w:p>
    <w:p>
      <w:r>
        <w:rPr>
          <w:b/>
        </w:rPr>
        <w:t xml:space="preserve">[09:52] </w:t>
      </w:r>
      <w:r>
        <w:t>un ka jo area tha wahan, woh Desert area tha. Yani sehra hi ilaqa. To yeh un ke un ke halaat ne un ke ne un ko yeh yeh goal diya, yeh nishana diya ke aap ke woh sehrai area ko</w:t>
      </w:r>
    </w:p>
    <w:p>
      <w:pPr>
        <w:jc w:val="right"/>
      </w:pPr>
      <w:r>
        <w:t>ان کا جو area تھا وہاں، وہ Desert area تھا۔ یعنی صحرا ہی علاقہ۔ تو یہ ان کے ان کے حالات نے ان کے نے ان کو یہ یہ گول دیا، یہ نشانہ دیا کہ آپ کہ وہ صحرائی area کو</w:t>
      </w:r>
    </w:p>
    <w:p>
      <w:r>
        <w:rPr>
          <w:b/>
        </w:rPr>
        <w:t xml:space="preserve">[10:17] </w:t>
      </w:r>
      <w:r>
        <w:t>zar khez banayein.</w:t>
      </w:r>
    </w:p>
    <w:p>
      <w:pPr>
        <w:jc w:val="right"/>
      </w:pPr>
      <w:r>
        <w:t>زرخیز بنائیں۔</w:t>
      </w:r>
    </w:p>
    <w:p>
      <w:r>
        <w:rPr>
          <w:b/>
        </w:rPr>
        <w:t xml:space="preserve">[10:21] </w:t>
      </w:r>
      <w:r>
        <w:t>sehrai area ko zar khez banayein. To aap jante hain un un se mein ne kaha ke is ka nateeja kya hua?</w:t>
      </w:r>
    </w:p>
    <w:p>
      <w:pPr>
        <w:jc w:val="right"/>
      </w:pPr>
      <w:r>
        <w:t>صحرائی area کو زرخیز بنائیں۔ تو آپ جانتے ہیں ان ان سے میں نے کہا کہ اس کا نتیجہ کیا ہوا؟</w:t>
      </w:r>
    </w:p>
    <w:p>
      <w:r>
        <w:rPr>
          <w:b/>
        </w:rPr>
        <w:t xml:space="preserve">[10:33] </w:t>
      </w:r>
      <w:r>
        <w:t>is ka nateeja yeh hua ke unhon ne aik naya irrigation ka aik naya</w:t>
      </w:r>
    </w:p>
    <w:p>
      <w:pPr>
        <w:jc w:val="right"/>
      </w:pPr>
      <w:r>
        <w:t>اس کا نتیجہ یہ ہوا کہ انہوں نے ایک نیا irrigation کا ایک نیا</w:t>
      </w:r>
    </w:p>
    <w:p>
      <w:r>
        <w:rPr>
          <w:b/>
        </w:rPr>
        <w:t xml:space="preserve">[10:40] </w:t>
      </w:r>
      <w:r>
        <w:t>aik formula daryaft kiya. Is ko kehte hain drip irrigation.</w:t>
      </w:r>
    </w:p>
    <w:p>
      <w:pPr>
        <w:jc w:val="right"/>
      </w:pPr>
      <w:r>
        <w:t>ایک فارمولا دریافت کیا۔ اس کو کہتے ہیں drip irrigation۔</w:t>
      </w:r>
    </w:p>
    <w:p>
      <w:r>
        <w:rPr>
          <w:b/>
        </w:rPr>
        <w:t xml:space="preserve">[10:53] </w:t>
      </w:r>
      <w:r>
        <w:t>mein ne dekha hai wahan ke woh pani ka jo jahan store hota hai pani, wahan se</w:t>
      </w:r>
    </w:p>
    <w:p>
      <w:pPr>
        <w:jc w:val="right"/>
      </w:pPr>
      <w:r>
        <w:t>میں نے دیکھا ہے وہاں کہ وہ پانی کا جو جہاں store ہوتا ہے پانی، وہاں سے</w:t>
      </w:r>
    </w:p>
    <w:p>
      <w:r>
        <w:rPr>
          <w:b/>
        </w:rPr>
        <w:t xml:space="preserve">[11:05] </w:t>
      </w:r>
      <w:r>
        <w:t>pipe mein le aate hain pani. Aur pani tapakta rehta hai is mein. To aap jante hain ke Desert mein pani ko baha nahi sakte aap.</w:t>
      </w:r>
    </w:p>
    <w:p>
      <w:pPr>
        <w:jc w:val="right"/>
      </w:pPr>
      <w:r>
        <w:t>پائپ میں لے آتے ہیں پانی۔ اور پانی ٹپکتا رہتا ہے اس میں۔ تو آپ جانتے ہیں کہ Desert میں پانی کو بہا نہیں سکتے آپ۔</w:t>
      </w:r>
    </w:p>
    <w:p>
      <w:r>
        <w:rPr>
          <w:b/>
        </w:rPr>
        <w:t xml:space="preserve">[11:20] </w:t>
      </w:r>
      <w:r>
        <w:t>kyun ke wahin wahin ka wahi woh jazb ho jata hai. Jaise hamare area mein, Delhi UP mein, pani ko aap bahaein to behta hai, yahan se wahan jata hai.</w:t>
      </w:r>
    </w:p>
    <w:p>
      <w:pPr>
        <w:jc w:val="right"/>
      </w:pPr>
      <w:r>
        <w:t>کیونکہ وہیں وہیں کا وہی وہ جذب ہو جاتا ہے۔ جیسے ہمارے area میں، دلی یو پی میں، پانی کو آپ بہائیں تو بہتا ہے، یہاں سے وہاں جاتا ہے۔</w:t>
      </w:r>
    </w:p>
    <w:p>
      <w:r>
        <w:rPr>
          <w:b/>
        </w:rPr>
        <w:t xml:space="preserve">[11:36] </w:t>
      </w:r>
      <w:r>
        <w:t>lekin Desert area mein aisa nahi kar sakte aap. Kyun ke pani wahin ka wahin jazb ho jata hai. To unhon ne drip irrigation ka tareeqa nikala.</w:t>
      </w:r>
    </w:p>
    <w:p>
      <w:pPr>
        <w:jc w:val="right"/>
      </w:pPr>
      <w:r>
        <w:t>لیکن Desert area میں ایسا نہیں کر سکتے آپ۔ کیونکہ پانی وہیں کا وہیں جذب ہو جاتا ہے۔ تو انہوں نے drip irrigation کا طریقہ نکالا۔</w:t>
      </w:r>
    </w:p>
    <w:p>
      <w:r>
        <w:rPr>
          <w:b/>
        </w:rPr>
        <w:t xml:space="preserve">[11:52] </w:t>
      </w:r>
      <w:r>
        <w:t>aur bohat kamyab raha woh.</w:t>
      </w:r>
    </w:p>
    <w:p>
      <w:pPr>
        <w:jc w:val="right"/>
      </w:pPr>
      <w:r>
        <w:t>اور بہت کامیاب رہا وہ۔</w:t>
      </w:r>
    </w:p>
    <w:p>
      <w:r>
        <w:rPr>
          <w:b/>
        </w:rPr>
        <w:t xml:space="preserve">[12:00] </w:t>
      </w:r>
      <w:r>
        <w:t>Khush Khushwant Singh ne likha hai ke aik aik hafta woh safar kar rahe the is area ka.</w:t>
      </w:r>
    </w:p>
    <w:p>
      <w:pPr>
        <w:jc w:val="right"/>
      </w:pPr>
      <w:r>
        <w:t>خوش خوشوان سنگھ نے لکھا ہے کہ ایک ایک ہفتہ وہ سفر کر رہے تھے اس area کا۔</w:t>
      </w:r>
    </w:p>
    <w:p>
      <w:r>
        <w:rPr>
          <w:b/>
        </w:rPr>
        <w:t xml:space="preserve">[12:11] </w:t>
      </w:r>
      <w:r>
        <w:t>to hua jahaz se neeche jab unhon ne dekha ke jahan jab</w:t>
      </w:r>
    </w:p>
    <w:p>
      <w:pPr>
        <w:jc w:val="right"/>
      </w:pPr>
      <w:r>
        <w:t>تو ہوا جہاز سے نیچے جب انہوں نے دیکھا کہ جہاں جب</w:t>
      </w:r>
    </w:p>
    <w:p>
      <w:r>
        <w:rPr>
          <w:b/>
        </w:rPr>
        <w:t xml:space="preserve">[12:20] </w:t>
      </w:r>
      <w:r>
        <w:t>un ka jahaz jab aur Arab area mein urh raha tha to neeche dekha to unhon ne Desert dikhai di. Door tak Desert.</w:t>
      </w:r>
    </w:p>
    <w:p>
      <w:pPr>
        <w:jc w:val="right"/>
      </w:pPr>
      <w:r>
        <w:t>ان کا جہاز جب اور عرب area میں اڑ رہا تھا تو نیچے دیکھا تو انہوں نے Desert دکھائی دیا۔ دور تک Desert۔</w:t>
      </w:r>
    </w:p>
    <w:p>
      <w:r>
        <w:rPr>
          <w:b/>
        </w:rPr>
        <w:t xml:space="preserve">[12:31] </w:t>
      </w:r>
      <w:r>
        <w:t>phir jab woh pahunche Israel ke area mein to wahan par sarsabz area the.</w:t>
      </w:r>
    </w:p>
    <w:p>
      <w:pPr>
        <w:jc w:val="right"/>
      </w:pPr>
      <w:r>
        <w:t>پھر جب وہ پہنچے اسرائیل کے area میں تو وہاں پر سرسبز ایریا تھے۔</w:t>
      </w:r>
    </w:p>
    <w:p>
      <w:r>
        <w:rPr>
          <w:b/>
        </w:rPr>
        <w:t xml:space="preserve">[12:42] </w:t>
      </w:r>
      <w:r>
        <w:t>sarsabi. Ke yeh karname tha Desert, woh drip irrigation ka.</w:t>
      </w:r>
    </w:p>
    <w:p>
      <w:pPr>
        <w:jc w:val="right"/>
      </w:pPr>
      <w:r>
        <w:t>سرسبزی۔ کہ یہ کارنامہ تھا Desert، وہ drip irrigation کا۔</w:t>
      </w:r>
    </w:p>
    <w:p>
      <w:r>
        <w:rPr>
          <w:b/>
        </w:rPr>
        <w:t xml:space="preserve">[12:55] </w:t>
      </w:r>
      <w:r>
        <w:t>to sa'i jo hai, sa'i yani koshish, spirit of karne ki spirit aadmi ke naye duniya ke darwaze kholti hai.</w:t>
      </w:r>
    </w:p>
    <w:p>
      <w:pPr>
        <w:jc w:val="right"/>
      </w:pPr>
      <w:r>
        <w:t>تو سعی جو ہے، سعی یعنی کوشش، spirit of کرنے کی spirit آدمی کے نئے دنیا کے دروازے کھولتی ہے۔</w:t>
      </w:r>
    </w:p>
    <w:p>
      <w:r>
        <w:rPr>
          <w:b/>
        </w:rPr>
        <w:t xml:space="preserve">[13:11] </w:t>
      </w:r>
      <w:r>
        <w:t>jo guzra Yahood ke sath, woh un par kuch log is ko azab kehte hain.</w:t>
      </w:r>
    </w:p>
    <w:p>
      <w:pPr>
        <w:jc w:val="right"/>
      </w:pPr>
      <w:r>
        <w:t>جو گزرا یہود کے ساتھ، وہ ان پر کچھ لوگ اس کو عذاب کہتے ہیں۔</w:t>
      </w:r>
    </w:p>
    <w:p>
      <w:r>
        <w:rPr>
          <w:b/>
        </w:rPr>
        <w:t xml:space="preserve">[13:23] </w:t>
      </w:r>
      <w:r>
        <w:t>woh azab nahi tha woh, woh Allah ka tareeqa tha. Jis ko mein kehta hoon apple shock. Apple shock.</w:t>
      </w:r>
    </w:p>
    <w:p>
      <w:pPr>
        <w:jc w:val="right"/>
      </w:pPr>
      <w:r>
        <w:t>وہ عذاب نہیں تھا وہ، وہ اللہ کا طریقہ تھا۔ جس کو میں کہتا ہوں apple shock۔ Apple shock۔</w:t>
      </w:r>
    </w:p>
    <w:p>
      <w:r>
        <w:rPr>
          <w:b/>
        </w:rPr>
        <w:t xml:space="preserve">[13:34] </w:t>
      </w:r>
      <w:r>
        <w:t>yani Newton ke sar par</w:t>
      </w:r>
    </w:p>
    <w:p>
      <w:pPr>
        <w:jc w:val="right"/>
      </w:pPr>
      <w:r>
        <w:t>یعنی نیوٹن کے سر پر</w:t>
      </w:r>
    </w:p>
    <w:p>
      <w:r>
        <w:rPr>
          <w:b/>
        </w:rPr>
        <w:t xml:space="preserve">[13:39] </w:t>
      </w:r>
      <w:r>
        <w:t>saib gira.</w:t>
      </w:r>
    </w:p>
    <w:p>
      <w:pPr>
        <w:jc w:val="right"/>
      </w:pPr>
      <w:r>
        <w:t>سیب گرا۔</w:t>
      </w:r>
    </w:p>
    <w:p>
      <w:r>
        <w:rPr>
          <w:b/>
        </w:rPr>
        <w:t xml:space="preserve">[13:44] </w:t>
      </w:r>
      <w:r>
        <w:t>to is ne is ko un ke mind ke andar sochne ki spirit jaga di. Unhon ne socha ke yeh yeh apple jo hai, yeh upar se gira to mere sar par kyun aaya woh?</w:t>
      </w:r>
    </w:p>
    <w:p>
      <w:pPr>
        <w:jc w:val="right"/>
      </w:pPr>
      <w:r>
        <w:t>تو اس نے اس کو ان کے mind کے اندر سوچنے کی spirit جگہ دی۔ انہوں نے سوچا کہ یہ یہ apple جو ہے، یہ اوپر سے گرا تو میرے سر پر کیوں آیا وہ؟</w:t>
      </w:r>
    </w:p>
    <w:p>
      <w:r>
        <w:rPr>
          <w:b/>
        </w:rPr>
        <w:t xml:space="preserve">[14:02] </w:t>
      </w:r>
      <w:r>
        <w:t>matlab jo upar kyun nahi chala gaya, neeche neeche kyun aaya? To Newton ne is par socha, socha, socha to is ko daryaft ho gayi.</w:t>
      </w:r>
    </w:p>
    <w:p>
      <w:pPr>
        <w:jc w:val="right"/>
      </w:pPr>
      <w:r>
        <w:t>مطلب جو اوپر کیوں نہیں چلا گیا، نیچے نیچے کیوں آیا؟ تو نیوٹن نے اس پر سوچا، سوچا، سوچا تو اس کو دریافت ہو گئی۔</w:t>
      </w:r>
    </w:p>
    <w:p>
      <w:r>
        <w:rPr>
          <w:b/>
        </w:rPr>
        <w:t xml:space="preserve">[14:15] </w:t>
      </w:r>
      <w:r>
        <w:t>daryaft ho gai. quwwat-e-kashish ki.</w:t>
      </w:r>
    </w:p>
    <w:p>
      <w:pPr>
        <w:jc w:val="right"/>
      </w:pPr>
      <w:r>
        <w:t>دریافت ہو گئی۔ قوت کشش کی۔</w:t>
      </w:r>
    </w:p>
    <w:p>
      <w:r>
        <w:rPr>
          <w:b/>
        </w:rPr>
        <w:t xml:space="preserve">[14:25] </w:t>
      </w:r>
      <w:r>
        <w:t>aap jante hain ke yeh quwwat-e-kashish jo hai,</w:t>
      </w:r>
    </w:p>
    <w:p>
      <w:pPr>
        <w:jc w:val="right"/>
      </w:pPr>
      <w:r>
        <w:t>آپ جانتے ہیں کہ یہ قوت کشش جو ہے،</w:t>
      </w:r>
    </w:p>
    <w:p>
      <w:r>
        <w:rPr>
          <w:b/>
        </w:rPr>
        <w:t xml:space="preserve">[14:30] </w:t>
      </w:r>
      <w:r>
        <w:t>yeh itni bari cheez hai ke isi se hamari zameen ke andar jo cheezen hain, un mein stability hai.</w:t>
      </w:r>
    </w:p>
    <w:p>
      <w:pPr>
        <w:jc w:val="right"/>
      </w:pPr>
      <w:r>
        <w:t>یہ اتنی بڑی چیز ہے کہ اسی سے ہماری زمین کے اندر جو چیزیں ہیں، ان میں stability ہے۔</w:t>
      </w:r>
    </w:p>
    <w:p>
      <w:r>
        <w:rPr>
          <w:b/>
        </w:rPr>
        <w:t xml:space="preserve">[14:40] </w:t>
      </w:r>
      <w:r>
        <w:t>agar gravity ko hum kehte hain, jis ko jo kehte hain gravitation, agar zameen ke andar gravity na ho to stability khatam ho jaye.</w:t>
      </w:r>
    </w:p>
    <w:p>
      <w:pPr>
        <w:jc w:val="right"/>
      </w:pPr>
      <w:r>
        <w:t>اگر gravity کو ہم کہتے ہیں، جس کو جو کہتے ہیں gravitation، اگر زمین کے اندر gravity نہ ہو تو stability ختم ہو جائے۔</w:t>
      </w:r>
    </w:p>
    <w:p>
      <w:r>
        <w:rPr>
          <w:b/>
        </w:rPr>
        <w:t xml:space="preserve">[14:52] </w:t>
      </w:r>
      <w:r>
        <w:t>phir zameen mein kuch nahin.</w:t>
      </w:r>
    </w:p>
    <w:p>
      <w:pPr>
        <w:jc w:val="right"/>
      </w:pPr>
      <w:r>
        <w:t>پھر زمین میں کچھ نہیں۔</w:t>
      </w:r>
    </w:p>
    <w:p>
      <w:r>
        <w:rPr>
          <w:b/>
        </w:rPr>
        <w:t xml:space="preserve">[14:58] </w:t>
      </w:r>
      <w:r>
        <w:t>mein aik martaba kisi bagh mein gaya to wahan aag hi chalne lagi.</w:t>
      </w:r>
    </w:p>
    <w:p>
      <w:pPr>
        <w:jc w:val="right"/>
      </w:pPr>
      <w:r>
        <w:t>میں ایک مرتبہ کسی باغ میں گیا تو وہاں آگ ہی چلنے لگی۔</w:t>
      </w:r>
    </w:p>
    <w:p>
      <w:r>
        <w:rPr>
          <w:b/>
        </w:rPr>
        <w:t xml:space="preserve">[15:09] </w:t>
      </w:r>
      <w:r>
        <w:t>to mein ne dekha ke darakhton ke neeche jo patiyan theen, urrne lagi sabhi idhar udhar.</w:t>
      </w:r>
    </w:p>
    <w:p>
      <w:pPr>
        <w:jc w:val="right"/>
      </w:pPr>
      <w:r>
        <w:t>تو میں نے دیکھا کہ درختوں کے نیچے جو پتیاں تھیں، اڑنے لگی سبھی ادھر ادھر۔</w:t>
      </w:r>
    </w:p>
    <w:p>
      <w:r>
        <w:rPr>
          <w:b/>
        </w:rPr>
        <w:t xml:space="preserve">[15:18] </w:t>
      </w:r>
      <w:r>
        <w:t>to mein ne socha ke hum sab log, hamare ghar, hamare shehar, hamara tamaddun, hamari civilization sab urre gi agar gravity na ho to.</w:t>
      </w:r>
    </w:p>
    <w:p>
      <w:pPr>
        <w:jc w:val="right"/>
      </w:pPr>
      <w:r>
        <w:t>تو میں نے سوچا کہ ہم سب لوگ، ہمارے گھر، ہمارے شہر، ہمارا تمدن، ہماری civilization سب اڑے گی اگر gravity نہ ہو تو۔</w:t>
      </w:r>
    </w:p>
    <w:p>
      <w:r>
        <w:rPr>
          <w:b/>
        </w:rPr>
        <w:t xml:space="preserve">[15:36] </w:t>
      </w:r>
      <w:r>
        <w:t>to kaisi ajeeb nemat hai yeh.</w:t>
      </w:r>
    </w:p>
    <w:p>
      <w:pPr>
        <w:jc w:val="right"/>
      </w:pPr>
      <w:r>
        <w:t>تو کیسی عجیب نعمت ہے یہ۔</w:t>
      </w:r>
    </w:p>
    <w:p>
      <w:r>
        <w:rPr>
          <w:b/>
        </w:rPr>
        <w:t xml:space="preserve">[15:41] </w:t>
      </w:r>
      <w:r>
        <w:t>lekin yeh nemat</w:t>
      </w:r>
    </w:p>
    <w:p>
      <w:pPr>
        <w:jc w:val="right"/>
      </w:pPr>
      <w:r>
        <w:t>لیکن یہ نعمت</w:t>
      </w:r>
    </w:p>
    <w:p>
      <w:r>
        <w:rPr>
          <w:b/>
        </w:rPr>
        <w:t xml:space="preserve">[15:45] </w:t>
      </w:r>
      <w:r>
        <w:t>pari hui thi, kisi ne is ko jana nahin tha. jab apple shake ka waqea hua, jab saib ne un ke sar par shock lagaya to insan ne socha.</w:t>
      </w:r>
    </w:p>
    <w:p>
      <w:pPr>
        <w:jc w:val="right"/>
      </w:pPr>
      <w:r>
        <w:t>پڑی ہوئی تھی، کسی نے اس کو جانا نہیں تھا۔ جب apple shake کا واقعہ ہوا، جب سیب نے ان کے سر پر shock لگایا تو انسان نے سوچا۔</w:t>
      </w:r>
    </w:p>
    <w:p>
      <w:r>
        <w:rPr>
          <w:b/>
        </w:rPr>
        <w:t xml:space="preserve">[16:03] </w:t>
      </w:r>
      <w:r>
        <w:t>tab maloom hua ke zameen mein stability hai.</w:t>
      </w:r>
    </w:p>
    <w:p>
      <w:pPr>
        <w:jc w:val="right"/>
      </w:pPr>
      <w:r>
        <w:t>تب معلوم ہوا کہ زمین میں stability ہے۔</w:t>
      </w:r>
    </w:p>
    <w:p>
      <w:r>
        <w:rPr>
          <w:b/>
        </w:rPr>
        <w:t xml:space="preserve">[16:12] </w:t>
      </w:r>
      <w:r>
        <w:t>isi ki wajah se zameen par sari cheezen tiki hui hain.</w:t>
      </w:r>
    </w:p>
    <w:p>
      <w:pPr>
        <w:jc w:val="right"/>
      </w:pPr>
      <w:r>
        <w:t>اسی کی وجہ سے زمین پر ساری چیزیں ٹکی ہوئی ہیں۔</w:t>
      </w:r>
    </w:p>
    <w:p>
      <w:r>
        <w:rPr>
          <w:b/>
        </w:rPr>
        <w:t xml:space="preserve">[16:21] </w:t>
      </w:r>
      <w:r>
        <w:t>quran mein is ka reference maujood hai.</w:t>
      </w:r>
    </w:p>
    <w:p>
      <w:pPr>
        <w:jc w:val="right"/>
      </w:pPr>
      <w:r>
        <w:t>قرآن میں اس کا reference موجود ہے۔</w:t>
      </w:r>
    </w:p>
    <w:p>
      <w:r>
        <w:rPr>
          <w:b/>
        </w:rPr>
        <w:t xml:space="preserve">[16:27] </w:t>
      </w:r>
      <w:r>
        <w:t>haan, quran mein is ka hawala pahar ke aitbar se kiya gaya hai. lekin khud pahar kyun zameen par hai?</w:t>
      </w:r>
    </w:p>
    <w:p>
      <w:pPr>
        <w:jc w:val="right"/>
      </w:pPr>
      <w:r>
        <w:t>ہاں، قرآن میں اس کا حوالہ پہاڑ کے اعتبار سے کیا گیا ہے۔ لیکن خود پہاڑ کیوں زمین پر ہے؟</w:t>
      </w:r>
    </w:p>
    <w:p>
      <w:r>
        <w:rPr>
          <w:b/>
        </w:rPr>
        <w:t xml:space="preserve">[16:37] </w:t>
      </w:r>
      <w:r>
        <w:t>woh khud pahar jo hai, yeh pahar urrein agar agar stability na ho zameen par. yeh pahar jo hain hamare hain, yeh bhi urrein ge idhar udhar.</w:t>
      </w:r>
    </w:p>
    <w:p>
      <w:pPr>
        <w:jc w:val="right"/>
      </w:pPr>
      <w:r>
        <w:t>وہ خود پہاڑ جو ہے، یہ پہاڑ اڑیں اگر اگر stability نہ ہو زمین پر۔ یہ پہاڑ جو ہیں ہمارے ہیں، یہ بھی اڑیں گے ادھر ادھر۔</w:t>
      </w:r>
    </w:p>
    <w:p>
      <w:r>
        <w:rPr>
          <w:b/>
        </w:rPr>
        <w:t xml:space="preserve">[16:53] </w:t>
      </w:r>
      <w:r>
        <w:t>to asal cheez jo hai stability hai. zameen mein stability hai. to jab halaat</w:t>
      </w:r>
    </w:p>
    <w:p>
      <w:pPr>
        <w:jc w:val="right"/>
      </w:pPr>
      <w:r>
        <w:t>تو اصل چیز جو ہے stability ہے۔ زمین میں stability ہے۔ تو جب حالات</w:t>
      </w:r>
    </w:p>
    <w:p>
      <w:r>
        <w:rPr>
          <w:b/>
        </w:rPr>
        <w:t xml:space="preserve">[17:06] </w:t>
      </w:r>
      <w:r>
        <w:t>mein</w:t>
      </w:r>
    </w:p>
    <w:p>
      <w:pPr>
        <w:jc w:val="right"/>
      </w:pPr>
      <w:r>
        <w:t>میں</w:t>
      </w:r>
    </w:p>
    <w:p>
      <w:r>
        <w:rPr>
          <w:b/>
        </w:rPr>
        <w:t xml:space="preserve">[17:12] </w:t>
      </w:r>
      <w:r>
        <w:t>to is ke mani ke quran ka jo ayat hai: "Laysa lil insani illa ma sa'a" to woh halaat jo sa'i ki taraf aadmi ko raghib karayein, koshish ki taraf.</w:t>
      </w:r>
    </w:p>
    <w:p>
      <w:pPr>
        <w:jc w:val="right"/>
      </w:pPr>
      <w:r>
        <w:t>تو اس کے معنی کہ قرآن کا جو آیت ہے: "لیس للإنسان إلا ما سعى" تو وہ حالات جو سعی کی طرف آدمی کو راغب کرائیں، کوشش کی طرف۔</w:t>
      </w:r>
    </w:p>
    <w:p>
      <w:r>
        <w:rPr>
          <w:b/>
        </w:rPr>
        <w:t xml:space="preserve">[17:29] </w:t>
      </w:r>
      <w:r>
        <w:t>yani spirit of struggle. is ayat ka matlab hai ke spirit of struggle.</w:t>
      </w:r>
    </w:p>
    <w:p>
      <w:pPr>
        <w:jc w:val="right"/>
      </w:pPr>
      <w:r>
        <w:t>یعنی spirit of struggle۔ اس آیت کا مطلب ہے کہ spirit of struggle۔</w:t>
      </w:r>
    </w:p>
    <w:p>
      <w:r>
        <w:rPr>
          <w:b/>
        </w:rPr>
        <w:t xml:space="preserve">[17:42] </w:t>
      </w:r>
      <w:r>
        <w:t>to quran yeh ka yeh message hai, yeh paigham hai ke apne andar spirit of struggle develop karo.</w:t>
      </w:r>
    </w:p>
    <w:p>
      <w:pPr>
        <w:jc w:val="right"/>
      </w:pPr>
      <w:r>
        <w:t>تو قرآن یہ کا یہ message ہے، یہ پیغام ہے کہ اپنے اندر spirit of struggle develop کرو۔</w:t>
      </w:r>
    </w:p>
    <w:p>
      <w:r>
        <w:rPr>
          <w:b/>
        </w:rPr>
        <w:t xml:space="preserve">[17:56] </w:t>
      </w:r>
      <w:r>
        <w:t>yani koshish ki spirit, spirit of struggle.</w:t>
      </w:r>
    </w:p>
    <w:p>
      <w:pPr>
        <w:jc w:val="right"/>
      </w:pPr>
      <w:r>
        <w:t>یعنی کوشش کی spirit، spirit of struggle۔</w:t>
      </w:r>
    </w:p>
    <w:p>
      <w:r>
        <w:rPr>
          <w:b/>
        </w:rPr>
        <w:t xml:space="preserve">[18:05] </w:t>
      </w:r>
      <w:r>
        <w:t>to aaj ke insan ko agar hum yeh kahein ke quran mein log jo hain, nadan log yeh batate hain ke quran mein fighting spirit hai.</w:t>
      </w:r>
    </w:p>
    <w:p>
      <w:pPr>
        <w:jc w:val="right"/>
      </w:pPr>
      <w:r>
        <w:t>تو آج کے انسان کو اگر ہم یہ کہیں کہ قرآن میں لوگ جو ہیں، نادان لوگ یہ بتاتے ہیں کہ قرآن میں fighting spirit ہے۔</w:t>
      </w:r>
    </w:p>
    <w:p>
      <w:r>
        <w:rPr>
          <w:b/>
        </w:rPr>
        <w:t xml:space="preserve">[18:17] </w:t>
      </w:r>
      <w:r>
        <w:t>yani laro, jihad karo. to insan ko kuch nahin mile ga. ya aap dein ge to insan ko kuch nahin mile ga.</w:t>
      </w:r>
    </w:p>
    <w:p>
      <w:pPr>
        <w:jc w:val="right"/>
      </w:pPr>
      <w:r>
        <w:t>یعنی لڑو، جہاد کرو۔ تو انسان کو کچھ نہیں ملے گا۔ یا آپ دیں گے تو انسان کو کچھ نہیں ملے گا۔</w:t>
      </w:r>
    </w:p>
    <w:p>
      <w:r>
        <w:rPr>
          <w:b/>
        </w:rPr>
        <w:t xml:space="preserve">[18:31] </w:t>
      </w:r>
      <w:r>
        <w:t>lekin agar aap yeh kahein ke quran spirit of struggle deta hai,</w:t>
      </w:r>
    </w:p>
    <w:p>
      <w:pPr>
        <w:jc w:val="right"/>
      </w:pPr>
      <w:r>
        <w:t>لیکن اگر آپ یہ کہیں کہ قرآن spirit of struggle دیتا ہے،</w:t>
      </w:r>
    </w:p>
    <w:p>
      <w:r>
        <w:rPr>
          <w:b/>
        </w:rPr>
        <w:t xml:space="preserve">[18:41] </w:t>
      </w:r>
      <w:r>
        <w:t>koshish karo aur sab kuch tumhare liye hai.</w:t>
      </w:r>
    </w:p>
    <w:p>
      <w:pPr>
        <w:jc w:val="right"/>
      </w:pPr>
      <w:r>
        <w:t>کوشش کرو اور سب کچھ تمہارے لیے ہے۔</w:t>
      </w:r>
    </w:p>
    <w:p>
      <w:r>
        <w:rPr>
          <w:b/>
        </w:rPr>
        <w:t xml:space="preserve">[18:46] </w:t>
      </w:r>
      <w:r>
        <w:t>koshish karo aur sab kuch tumhare liye hai.</w:t>
      </w:r>
    </w:p>
    <w:p>
      <w:pPr>
        <w:jc w:val="right"/>
      </w:pPr>
      <w:r>
        <w:t>کوشش کرو اور سب کچھ تمہارے لیے ہے۔</w:t>
      </w:r>
    </w:p>
    <w:p>
      <w:r>
        <w:rPr>
          <w:b/>
        </w:rPr>
        <w:t xml:space="preserve">[18:57] </w:t>
      </w:r>
      <w:r>
        <w:t>hitler ne ne ek acha kaam kiya tha lekin wo galat taraf par mud gaya tha.</w:t>
      </w:r>
    </w:p>
    <w:p>
      <w:pPr>
        <w:jc w:val="right"/>
      </w:pPr>
      <w:r>
        <w:t>ہٹلر نے نے ایک اچھا کام کیا تھا لیکن وہ غلط طرف پر مڑ گیا ہوا۔</w:t>
      </w:r>
    </w:p>
    <w:p>
      <w:r>
        <w:rPr>
          <w:b/>
        </w:rPr>
        <w:t xml:space="preserve">[19:07] </w:t>
      </w:r>
      <w:r>
        <w:t>larai ki taraf. uski kitab hai "My Struggle". hitler ki kitab hai "My Struggle".</w:t>
      </w:r>
    </w:p>
    <w:p>
      <w:pPr>
        <w:jc w:val="right"/>
      </w:pPr>
      <w:r>
        <w:t>لڑائی کی طرف۔ اس کی کتاب ہے "My Struggle"۔ ہٹلر کی کتاب ہے "My Struggle"۔</w:t>
      </w:r>
    </w:p>
    <w:p>
      <w:r>
        <w:rPr>
          <w:b/>
        </w:rPr>
        <w:t xml:space="preserve">[19:16] </w:t>
      </w:r>
      <w:r>
        <w:t>to philosophy of struggle usne apni is kitab mein philosophy of struggle batai hai. lekin is struggle ka target usne bana.</w:t>
      </w:r>
    </w:p>
    <w:p>
      <w:pPr>
        <w:jc w:val="right"/>
      </w:pPr>
      <w:r>
        <w:t>تو philosophy of struggle اس نے اپنی اس کتاب میں philosophy of struggle بتائی ہے۔ لیکن اس struggle کا target اس نے بنا دیا۔</w:t>
      </w:r>
    </w:p>
    <w:p>
      <w:r>
        <w:rPr>
          <w:b/>
        </w:rPr>
        <w:t xml:space="preserve">[19:29] </w:t>
      </w:r>
      <w:r>
        <w:t>yani galat. galat bana diya.</w:t>
      </w:r>
    </w:p>
    <w:p>
      <w:pPr>
        <w:jc w:val="right"/>
      </w:pPr>
      <w:r>
        <w:t>یعنی غلط۔ غلط بنا دیا۔</w:t>
      </w:r>
    </w:p>
    <w:p>
      <w:r>
        <w:rPr>
          <w:b/>
        </w:rPr>
        <w:t xml:space="preserve">[19:38] </w:t>
      </w:r>
      <w:r>
        <w:t>to main samajhta hoon ke is ayat ko agar hum ghor karein: "Laysa lil insani illa ma sa'a" to is mein sahi ma'ano mein is mein jo hai philosophy of struggle diya gaya hai.</w:t>
      </w:r>
    </w:p>
    <w:p>
      <w:pPr>
        <w:jc w:val="right"/>
      </w:pPr>
      <w:r>
        <w:t>تو میں سمجھتا ہوں کہ اس آیت کو اگر ہم غور کریں: "لیس للإنسان إلا ما سعى" تو اس میں صحیح معنوں میں اس میں جو ہے philosophy of struggle دیا گیا ہے۔</w:t>
      </w:r>
    </w:p>
    <w:p>
      <w:r>
        <w:rPr>
          <w:b/>
        </w:rPr>
        <w:t xml:space="preserve">[19:54] </w:t>
      </w:r>
      <w:r>
        <w:t>Philosophy of struggle, philosophy of development, philosophy of struggle.</w:t>
      </w:r>
    </w:p>
    <w:p>
      <w:pPr>
        <w:jc w:val="right"/>
      </w:pPr>
      <w:r>
        <w:t>Philosophy of struggle، philosophy of development، philosophy of struggle۔</w:t>
      </w:r>
    </w:p>
    <w:p>
      <w:r>
        <w:rPr>
          <w:b/>
        </w:rPr>
        <w:t xml:space="preserve">[20:04] </w:t>
      </w:r>
      <w:r>
        <w:t>sab kuch is duniya mein milta hai aadmi ko koshish se, struggle se. chahe wo akhirat ki nemat ho ya duniya ka development ho.</w:t>
      </w:r>
    </w:p>
    <w:p>
      <w:pPr>
        <w:jc w:val="right"/>
      </w:pPr>
      <w:r>
        <w:t>سب کچھ اس دنیا میں ملتا ہے آدمی کو کوشش سے، struggle سے۔ چاہے وہ آخرت کی نعمت ہو یا دنیا کا development ہو۔</w:t>
      </w:r>
    </w:p>
    <w:p>
      <w:r>
        <w:rPr>
          <w:b/>
        </w:rPr>
        <w:t xml:space="preserve">[20:26] </w:t>
      </w:r>
      <w:r>
        <w:t>hum jo</w:t>
      </w:r>
    </w:p>
    <w:p>
      <w:pPr>
        <w:jc w:val="right"/>
      </w:pPr>
      <w:r>
        <w:t>ہم جو</w:t>
      </w:r>
    </w:p>
    <w:p>
      <w:r>
        <w:rPr>
          <w:b/>
        </w:rPr>
        <w:t xml:space="preserve">[20:30] </w:t>
      </w:r>
      <w:r>
        <w:t>kal mujhe kal hamare do sathi se mulaqat hui, jo quran mission ke sathi, to unhone bataya ke aaj subah ho gaye honge jaipur.</w:t>
      </w:r>
    </w:p>
    <w:p>
      <w:pPr>
        <w:jc w:val="right"/>
      </w:pPr>
      <w:r>
        <w:t>کل مجھے کل ہمارے دو ساتھی سے ملاقات ہوئی، جو قرآن مشن کے ساتھی، تو انہوں نے بتایا کہ آج صبح ہو گئے ہوں گے جے پور۔</w:t>
      </w:r>
    </w:p>
    <w:p>
      <w:r>
        <w:rPr>
          <w:b/>
        </w:rPr>
        <w:t xml:space="preserve">[20:49] </w:t>
      </w:r>
      <w:r>
        <w:t>aaj subah ho gaye honge jaipur. to unhone bataya ke hum wahan ja rahe hain, wahan jo. haan, jaipur literature festival hai.</w:t>
      </w:r>
    </w:p>
    <w:p>
      <w:pPr>
        <w:jc w:val="right"/>
      </w:pPr>
      <w:r>
        <w:t>آج صبح ہو گئے ہوں گے جے پور۔ تو انہوں نے بتایا کہ ہم وہاں جا رہے ہیں، وہاں جو۔ ہاں، جے پور لٹریچر فیسٹیول ہے۔</w:t>
      </w:r>
    </w:p>
    <w:p>
      <w:r>
        <w:rPr>
          <w:b/>
        </w:rPr>
        <w:t xml:space="preserve">[21:00] </w:t>
      </w:r>
      <w:r>
        <w:t>aap jante hain ke har saal hota hai. to is waqt shayad wahan pahunch chuke hon wo. kyunke wo sawere nikle the wo.</w:t>
      </w:r>
    </w:p>
    <w:p>
      <w:pPr>
        <w:jc w:val="right"/>
      </w:pPr>
      <w:r>
        <w:t>آپ جانتے ہیں کہ ہر سال ہوتا ہے۔ تو اس وقت شاید وہاں پہنچ چکے ہوں وہ۔ کیونکہ وہ سویرے نکلے تھے وہ۔</w:t>
      </w:r>
    </w:p>
    <w:p>
      <w:r>
        <w:rPr>
          <w:b/>
        </w:rPr>
        <w:t xml:space="preserve">[21:08] </w:t>
      </w:r>
      <w:r>
        <w:t>to jaipur literature struggle.</w:t>
      </w:r>
    </w:p>
    <w:p>
      <w:pPr>
        <w:jc w:val="right"/>
      </w:pPr>
      <w:r>
        <w:t>تو جے پور لٹریچر اسٹرگل۔</w:t>
      </w:r>
    </w:p>
    <w:p>
      <w:r>
        <w:rPr>
          <w:b/>
        </w:rPr>
        <w:t xml:space="preserve">[21:14] </w:t>
      </w:r>
      <w:r>
        <w:t>unke zehen mein is title ne ek unke andar ek spirit paida ki hai ke main bhi pahunchun wahan. main quran pahunchaun.</w:t>
      </w:r>
    </w:p>
    <w:p>
      <w:pPr>
        <w:jc w:val="right"/>
      </w:pPr>
      <w:r>
        <w:t>ان کے ذہن میں اس ٹائٹل نے ایک ان کے اندر ایک spirit پیدا کی ہے کہ میں بھی پہنچوں وہاں۔ میں قرآن پہنچاؤں۔</w:t>
      </w:r>
    </w:p>
    <w:p>
      <w:r>
        <w:rPr>
          <w:b/>
        </w:rPr>
        <w:t xml:space="preserve">[21:24] </w:t>
      </w:r>
      <w:r>
        <w:t>logon ko quran dun.</w:t>
      </w:r>
    </w:p>
    <w:p>
      <w:pPr>
        <w:jc w:val="right"/>
      </w:pPr>
      <w:r>
        <w:t>لوگوں کو قرآن دوں۔</w:t>
      </w:r>
    </w:p>
    <w:p>
      <w:r>
        <w:rPr>
          <w:b/>
        </w:rPr>
        <w:t xml:space="preserve">[21:28] </w:t>
      </w:r>
      <w:r>
        <w:t>to spirit of struggle jo hai ye quran deta hai. "Laysa lil insani illa ma sa'a". insaan ke liye wahi hai jiske liye usne struggle ki, jisne koshish ki.</w:t>
      </w:r>
    </w:p>
    <w:p>
      <w:pPr>
        <w:jc w:val="right"/>
      </w:pPr>
      <w:r>
        <w:t>تو spirit of struggle جو ہے یہ قرآن دیتا ہے۔ "لیس للإنسان إلا ما سعى"۔ انسان کے لیے وہی ہے جس کے لیے اس نے struggle کی، جس نے کوشش کی۔</w:t>
      </w:r>
    </w:p>
    <w:p>
      <w:r>
        <w:rPr>
          <w:b/>
        </w:rPr>
        <w:t xml:space="preserve">[21:43] </w:t>
      </w:r>
      <w:r>
        <w:t>to poori duniya ki taraqqi isi pe chal rahi hai.</w:t>
      </w:r>
    </w:p>
    <w:p>
      <w:pPr>
        <w:jc w:val="right"/>
      </w:pPr>
      <w:r>
        <w:t>تو پوری دنیا کی ترقی اسی پہ چل رہی ہے۔</w:t>
      </w:r>
    </w:p>
    <w:p>
      <w:r>
        <w:rPr>
          <w:b/>
        </w:rPr>
        <w:t xml:space="preserve">[21:50] </w:t>
      </w:r>
      <w:r>
        <w:t>to main samajhta hoon ke bahut bada paigham hai ye quran ka. ke wo chahta hai logon ka jab spirit of struggle, yani peaceful struggle, is mein main izafa karunga.</w:t>
      </w:r>
    </w:p>
    <w:p>
      <w:pPr>
        <w:jc w:val="right"/>
      </w:pPr>
      <w:r>
        <w:t>تو میں سمجھتا ہوں کہ بہت بڑا پیغام ہے یہ قرآن کا۔ کہ وہ چاہتا ہے لوگوں کا جب spirit of struggle، یعنی peaceful struggle، اس میں میں اضافہ کروں گا۔</w:t>
      </w:r>
    </w:p>
    <w:p>
      <w:r>
        <w:rPr>
          <w:b/>
        </w:rPr>
        <w:t xml:space="preserve">[22:05] </w:t>
      </w:r>
      <w:r>
        <w:t>Spirit of peaceful struggle.</w:t>
      </w:r>
    </w:p>
    <w:p>
      <w:pPr>
        <w:jc w:val="right"/>
      </w:pPr>
      <w:r>
        <w:t>Spirit of peaceful struggle۔</w:t>
      </w:r>
    </w:p>
    <w:p>
      <w:r>
        <w:rPr>
          <w:b/>
        </w:rPr>
        <w:t xml:space="preserve">[22:10] </w:t>
      </w:r>
      <w:r>
        <w:t>to quran ka jo mission hai, quran ka jo message hai, jo paigham hai wo kya hai? Spirit of peaceful struggle.</w:t>
      </w:r>
    </w:p>
    <w:p>
      <w:pPr>
        <w:jc w:val="right"/>
      </w:pPr>
      <w:r>
        <w:t>تو قرآن کا جو mission ہے، قرآن کا جو message ہے، جو پیغام ہے وہ کیا ہے؟ Spirit of peaceful struggle۔</w:t>
      </w:r>
    </w:p>
    <w:p>
      <w:r>
        <w:rPr>
          <w:b/>
        </w:rPr>
        <w:t xml:space="preserve">[22:23] </w:t>
      </w:r>
      <w:r>
        <w:t>main samajhta hoon ke is se bada koi message nahi ho sakta.</w:t>
      </w:r>
    </w:p>
    <w:p>
      <w:pPr>
        <w:jc w:val="right"/>
      </w:pPr>
      <w:r>
        <w:t>میں سمجھتا ہوں کہ اس سے بڑا کوئی message نہیں ہو سکتا۔</w:t>
      </w:r>
    </w:p>
    <w:p>
      <w:r>
        <w:rPr>
          <w:b/>
        </w:rPr>
        <w:t xml:space="preserve">[22:31] </w:t>
      </w:r>
      <w:r>
        <w:t>Spirit of peaceful struggle.</w:t>
      </w:r>
    </w:p>
    <w:p>
      <w:pPr>
        <w:jc w:val="right"/>
      </w:pPr>
      <w:r>
        <w:t>Spirit of peaceful struggle۔</w:t>
      </w:r>
    </w:p>
    <w:p>
      <w:r>
        <w:rPr>
          <w:b/>
        </w:rPr>
        <w:t xml:space="preserve">[22:41] </w:t>
      </w:r>
      <w:r>
        <w:t>kitna yani thrilling idea ye hai. kitna thrilling idea ye hai ke quran tamam insano ko message deta hai.</w:t>
      </w:r>
    </w:p>
    <w:p>
      <w:pPr>
        <w:jc w:val="right"/>
      </w:pPr>
      <w:r>
        <w:t>کتنا یعنی thrilling idea یہ ہے۔ کتنا thrilling idea یہ ہے کہ قرآن تمام انسانوں کو message دیتا ہے۔</w:t>
      </w:r>
    </w:p>
    <w:p>
      <w:r>
        <w:rPr>
          <w:b/>
        </w:rPr>
        <w:t xml:space="preserve">[22:55] </w:t>
      </w:r>
      <w:r>
        <w:t>Spirit of peaceful struggle ka.</w:t>
      </w:r>
    </w:p>
    <w:p>
      <w:pPr>
        <w:jc w:val="right"/>
      </w:pPr>
      <w:r>
        <w:t>Spirit of peaceful struggle کا۔</w:t>
      </w:r>
    </w:p>
    <w:p>
      <w:r>
        <w:rPr>
          <w:b/>
        </w:rPr>
        <w:t xml:space="preserve">[23:04] </w:t>
      </w:r>
      <w:r>
        <w:t>aap ko dunya mein bhi mile gi agar aap ka andar peaceful struggle ho. aur aakhirat mein bhi mile gi agar aap ke andar peaceful struggle ka spirit maujood ho.</w:t>
      </w:r>
    </w:p>
    <w:p>
      <w:pPr>
        <w:jc w:val="right"/>
      </w:pPr>
      <w:r>
        <w:t>آپ کو دنیا میں بھی ملے گی اگر آپ کا اندر peaceful struggle ہو۔ اور آخرت میں بھی ملے گی اگر آپ کے اندر peaceful struggle کا spirit موجود ہو۔</w:t>
      </w:r>
    </w:p>
    <w:p>
      <w:r>
        <w:rPr>
          <w:b/>
        </w:rPr>
        <w:t xml:space="preserve">[23:26] </w:t>
      </w:r>
      <w:r>
        <w:t>yeh ajeeb baat hai ke main jab naujawani ki umar mein jab mein ne likhna shuru kiya tha, hum madrase mein parhna tha, parhta tha, to isi mauzu pe likha tha maine.</w:t>
      </w:r>
    </w:p>
    <w:p>
      <w:pPr>
        <w:jc w:val="right"/>
      </w:pPr>
      <w:r>
        <w:t>یہ عجیب بات ہے کہ میں جب نوجوانی کی عمر میں جب میں نے لکھنا شروع کیا تھا، ہم مدرسے میں پڑھنا تھا، پڑھتا تھا، تو اسی موضوع پہ لکھا تھا میں نے۔</w:t>
      </w:r>
    </w:p>
    <w:p>
      <w:r>
        <w:rPr>
          <w:b/>
        </w:rPr>
        <w:t xml:space="preserve">[23:40] </w:t>
      </w:r>
      <w:r>
        <w:t>us waqt itna clear idea nahi tha. itni clarity nahi thi mere khayalat mein. lekin is ka unwaan tha "istiqlal".</w:t>
      </w:r>
    </w:p>
    <w:p>
      <w:pPr>
        <w:jc w:val="right"/>
      </w:pPr>
      <w:r>
        <w:t>اس وقت اتنا clear idea نہیں تھا۔ اتنی clarity نہیں تھی میرے خیالات میں۔ لیکن اس کا عنوان تھا "استقلال"۔</w:t>
      </w:r>
    </w:p>
    <w:p>
      <w:r>
        <w:rPr>
          <w:b/>
        </w:rPr>
        <w:t xml:space="preserve">[23:53] </w:t>
      </w:r>
      <w:r>
        <w:t>istiqlal ka matlab yahi tha spirit of peaceful struggle. to us zamane mein itni clear cut idea nahi the mere paas.</w:t>
      </w:r>
    </w:p>
    <w:p>
      <w:pPr>
        <w:jc w:val="right"/>
      </w:pPr>
      <w:r>
        <w:t>استقلال کا مطلب یہی تھا spirit of peaceful struggle۔ تو اس زمانے میں اتنی clear cut idea نہیں تھے میرے پاس۔</w:t>
      </w:r>
    </w:p>
    <w:p>
      <w:r>
        <w:rPr>
          <w:b/>
        </w:rPr>
        <w:t xml:space="preserve">[24:03] </w:t>
      </w:r>
      <w:r>
        <w:t>lekin yahi mind mein aaya tha ke yeh cheez jo hai insaan ki taraqqi ke liye sab se zaroori hai.</w:t>
      </w:r>
    </w:p>
    <w:p>
      <w:pPr>
        <w:jc w:val="right"/>
      </w:pPr>
      <w:r>
        <w:t>لیکن یہی mind میں آیا تھا کہ یہ چیز جو ہے انسان کی ترقی کے لیے سب سے ضروری ہے۔</w:t>
      </w:r>
    </w:p>
    <w:p>
      <w:r>
        <w:rPr>
          <w:b/>
        </w:rPr>
        <w:t xml:space="preserve">[24:18] </w:t>
      </w:r>
      <w:r>
        <w:t>to spirit of</w:t>
      </w:r>
    </w:p>
    <w:p>
      <w:pPr>
        <w:jc w:val="right"/>
      </w:pPr>
      <w:r>
        <w:t>تو spirit of</w:t>
      </w:r>
    </w:p>
    <w:p>
      <w:r>
        <w:rPr>
          <w:b/>
        </w:rPr>
        <w:t xml:space="preserve">[24:23] </w:t>
      </w:r>
      <w:r>
        <w:t>peaceful struggle. quran mein ek aur aayat hai ke woh</w:t>
      </w:r>
    </w:p>
    <w:p>
      <w:pPr>
        <w:jc w:val="right"/>
      </w:pPr>
      <w:r>
        <w:t>peaceful struggle۔ قرآن میں ایک اور آیت ہے کہ وہ</w:t>
      </w:r>
    </w:p>
    <w:p>
      <w:r>
        <w:rPr>
          <w:b/>
        </w:rPr>
        <w:t xml:space="preserve">[24:35] </w:t>
      </w:r>
      <w:r>
        <w:t>"wallahiyad'u ila daris salam". Allah pukarta hai</w:t>
      </w:r>
    </w:p>
    <w:p>
      <w:pPr>
        <w:jc w:val="right"/>
      </w:pPr>
      <w:r>
        <w:t>"واللہیدعو علی دار السلام"۔ اللہ پکارتا ہے</w:t>
      </w:r>
    </w:p>
    <w:p>
      <w:r>
        <w:rPr>
          <w:b/>
        </w:rPr>
        <w:t xml:space="preserve">[24:40] </w:t>
      </w:r>
      <w:r>
        <w:t>aman ke ghar ki taraf. to is ko le kar agar aap banayein is aayat ko aur is aayat ko, dono aayaton ko le kar,</w:t>
      </w:r>
    </w:p>
    <w:p>
      <w:pPr>
        <w:jc w:val="right"/>
      </w:pPr>
      <w:r>
        <w:t>امن کے گھر کی طرف۔ تو اس کو لے کر اگر آپ بنائیں اس آیت کو اور اس آیت کو، دونوں آیتوں کو لے کر،</w:t>
      </w:r>
    </w:p>
    <w:p>
      <w:r>
        <w:rPr>
          <w:b/>
        </w:rPr>
        <w:t xml:space="preserve">[24:54] </w:t>
      </w:r>
      <w:r>
        <w:t>to woh yahi hoga ke spirit of peaceful struggle.</w:t>
      </w:r>
    </w:p>
    <w:p>
      <w:pPr>
        <w:jc w:val="right"/>
      </w:pPr>
      <w:r>
        <w:t>تو وہ یہی ہوگا کہ spirit of peaceful struggle۔</w:t>
      </w:r>
    </w:p>
    <w:p>
      <w:r>
        <w:rPr>
          <w:b/>
        </w:rPr>
        <w:t xml:space="preserve">[25:03] </w:t>
      </w:r>
      <w:r>
        <w:t>aaj kal kya hai ke log samajhte hain mang, demand, protest, is se cheezein milti hain.</w:t>
      </w:r>
    </w:p>
    <w:p>
      <w:pPr>
        <w:jc w:val="right"/>
      </w:pPr>
      <w:r>
        <w:t>آج کل کیا ہے کہ لوگ سمجھتے ہیں مانگ، demand، protest، اس سے چیزیں ملتی ہیں۔</w:t>
      </w:r>
    </w:p>
    <w:p>
      <w:r>
        <w:rPr>
          <w:b/>
        </w:rPr>
        <w:t xml:space="preserve">[25:16] </w:t>
      </w:r>
      <w:r>
        <w:t>main samajhta hoon ke yeh sahi nahi hai. aap waqt mein quality paida kijiye. mehnat kijiye, koshish kijiye.</w:t>
      </w:r>
    </w:p>
    <w:p>
      <w:pPr>
        <w:jc w:val="right"/>
      </w:pPr>
      <w:r>
        <w:t>میں سمجھتا ہوں کہ یہ صحیح نہیں ہے۔ آپ وقت میں quality پیدا کیجیے۔ محنت کیجیے، کوشش کیجیے۔</w:t>
      </w:r>
    </w:p>
    <w:p>
      <w:r>
        <w:rPr>
          <w:b/>
        </w:rPr>
        <w:t xml:space="preserve">[25:28] </w:t>
      </w:r>
      <w:r>
        <w:t>hum ne apne gaon pe jo hamara gaon hai jahan hum paida hue hain, wahan par hum ne ek idea diya ke hamare khandan ki zameen thi.</w:t>
      </w:r>
    </w:p>
    <w:p>
      <w:pPr>
        <w:jc w:val="right"/>
      </w:pPr>
      <w:r>
        <w:t>ہم نے اپنے گاؤں پہ جو ہمارا گاؤں ہے جہاں ہم پیدا ہوئے ہیں، وہاں پر ہم نے ایک idea دیا کہ ہمارے خاندان کی زمین تھی۔</w:t>
      </w:r>
    </w:p>
    <w:p>
      <w:r>
        <w:rPr>
          <w:b/>
        </w:rPr>
        <w:t xml:space="preserve">[25:40] </w:t>
      </w:r>
      <w:r>
        <w:t>to khandan wale woh zameen ko de dein. is par school banaya jaye.</w:t>
      </w:r>
    </w:p>
    <w:p>
      <w:pPr>
        <w:jc w:val="right"/>
      </w:pPr>
      <w:r>
        <w:t>تو خاندان والے وہ زمین کو دے دیں۔ اس پر اسکول بنایا جائے۔</w:t>
      </w:r>
    </w:p>
    <w:p>
      <w:r>
        <w:rPr>
          <w:b/>
        </w:rPr>
        <w:t xml:space="preserve">[25:50] </w:t>
      </w:r>
      <w:r>
        <w:t>to aaj Allah ke fazl se wahan school hai. aur woh barahween tak wahan taleem ho rahi hai. wahan hindu, muslim dono padhte hain.</w:t>
      </w:r>
    </w:p>
    <w:p>
      <w:pPr>
        <w:jc w:val="right"/>
      </w:pPr>
      <w:r>
        <w:t>تو آج اللہ کے فضل سے وہاں اسکول ہے۔ اور وہ بارہویں تک وہاں تعلیم ہو رہی ہے۔ وہاں ہندو، مسلم دونوں پڑھتے ہیں۔</w:t>
      </w:r>
    </w:p>
    <w:p>
      <w:r>
        <w:rPr>
          <w:b/>
        </w:rPr>
        <w:t xml:space="preserve">[26:04] </w:t>
      </w:r>
      <w:r>
        <w:t>aur wahan par hum ne yahi kaha, yahi logon ko idea diya ke yahan par</w:t>
      </w:r>
    </w:p>
    <w:p>
      <w:pPr>
        <w:jc w:val="right"/>
      </w:pPr>
      <w:r>
        <w:t>اور وہاں پر ہم نے یہی کہا، یہی لوگوں کو idea دیا کہ یہاں پر</w:t>
      </w:r>
    </w:p>
    <w:p>
      <w:r>
        <w:rPr>
          <w:b/>
        </w:rPr>
        <w:t xml:space="preserve">[26:13] </w:t>
      </w:r>
      <w:r>
        <w:t>quality education aap target banaiye. Quality education. to Allah ke fazl se wahan hamare jo principal sahab hain,</w:t>
      </w:r>
    </w:p>
    <w:p>
      <w:pPr>
        <w:jc w:val="right"/>
      </w:pPr>
      <w:r>
        <w:t>quality education آپ target بنائیے۔ Quality education۔ تو اللہ کے فضل سے وہاں ہمارے جو پرنسپل صاحب ہیں،</w:t>
      </w:r>
    </w:p>
    <w:p>
      <w:r>
        <w:rPr>
          <w:b/>
        </w:rPr>
        <w:t xml:space="preserve">[26:27] </w:t>
      </w:r>
      <w:r>
        <w:t>un ka bhi zehan yahi hai. aur wahan par quality education par dhyan diya ja raha hai.</w:t>
      </w:r>
    </w:p>
    <w:p>
      <w:pPr>
        <w:jc w:val="right"/>
      </w:pPr>
      <w:r>
        <w:t>ان کا بھی ذہن یہی ہے۔ اور وہاں پر quality education پر دھیان دیا جا رہا ہے۔</w:t>
      </w:r>
    </w:p>
    <w:p>
      <w:r>
        <w:rPr>
          <w:b/>
        </w:rPr>
        <w:t xml:space="preserve">[26:37] </w:t>
      </w:r>
      <w:r>
        <w:t>to spirit of struggle ke bohat se yani directions hain. to wahan par jo hai woh taleem ka direction.</w:t>
      </w:r>
    </w:p>
    <w:p>
      <w:pPr>
        <w:jc w:val="right"/>
      </w:pPr>
      <w:r>
        <w:t>تو spirit of struggle کے بہت سے یعنی directions ہیں۔ تو وہاں پر جو ہے وہ تعلیم کا direction۔</w:t>
      </w:r>
    </w:p>
    <w:p>
      <w:r>
        <w:rPr>
          <w:b/>
        </w:rPr>
        <w:t xml:space="preserve">[26:50] </w:t>
      </w:r>
      <w:r>
        <w:t>hum quran ki taleem ko promote kar rahe hain.</w:t>
      </w:r>
    </w:p>
    <w:p>
      <w:pPr>
        <w:jc w:val="right"/>
      </w:pPr>
      <w:r>
        <w:t>ہم قرآن کی تعلیم کو promote کر رہے ہیں۔</w:t>
      </w:r>
    </w:p>
    <w:p>
      <w:r>
        <w:rPr>
          <w:b/>
        </w:rPr>
        <w:t xml:space="preserve">[27:01] </w:t>
      </w:r>
      <w:r>
        <w:t>quran ki taleem ko. quran log samajhte hain ke ek mazhabi kitab hai. lekin haqeeqat yeh hai ke quran insaan ki kitab hai.</w:t>
      </w:r>
    </w:p>
    <w:p>
      <w:pPr>
        <w:jc w:val="right"/>
      </w:pPr>
      <w:r>
        <w:t>قرآن کی تعلیم کو۔ قرآن لوگ سمجھتے ہیں کہ ایک مذہبی کتاب ہے۔ لیکن حقیقت یہ ہے کہ قرآن انسان کی کتاب ہے۔</w:t>
      </w:r>
    </w:p>
    <w:p>
      <w:r>
        <w:rPr>
          <w:b/>
        </w:rPr>
        <w:t xml:space="preserve">[27:13] </w:t>
      </w:r>
      <w:r>
        <w:t>insaan ki guide book hai. insaan ki guide book hai. aur is ka khulasa agar nikalein aap to yahi hai: "Laisa lil insaani illa ma sa'a".</w:t>
      </w:r>
    </w:p>
    <w:p>
      <w:pPr>
        <w:jc w:val="right"/>
      </w:pPr>
      <w:r>
        <w:t>انسان کی guide book ہے۔ انسان کی guide book ہے۔ اور اس کا خلاصہ اگر نکالیں آپ تو یہی ہے: "لیس للإنسان إلا ما سعى"۔</w:t>
      </w:r>
    </w:p>
    <w:p>
      <w:r>
        <w:rPr>
          <w:b/>
        </w:rPr>
        <w:t xml:space="preserve">[27:27] </w:t>
      </w:r>
      <w:r>
        <w:t>yani apne andar is spirit of struggle paida karo. aur sab kuch tumhare liye hai.</w:t>
      </w:r>
    </w:p>
    <w:p>
      <w:pPr>
        <w:jc w:val="right"/>
      </w:pPr>
      <w:r>
        <w:t>یعنی اپنے اندر اس spirit of struggle پیدا کرو۔ اور سب کچھ تمہارے لیے ہے۔</w:t>
      </w:r>
    </w:p>
    <w:p>
      <w:r>
        <w:rPr>
          <w:b/>
        </w:rPr>
        <w:t xml:space="preserve">[27:38] </w:t>
      </w:r>
      <w:r>
        <w:t>apne andar spirit of struggle paida karo. aur sab kuch tumhare liye hai. tumhare potential jaagein ge. aur tum mind se superman ban jaoge.</w:t>
      </w:r>
    </w:p>
    <w:p>
      <w:pPr>
        <w:jc w:val="right"/>
      </w:pPr>
      <w:r>
        <w:t>اپنے اندر spirit of struggle پیدا کرو۔ اور سب کچھ تمہارے لیے ہے۔ تمہارے potential جاگیں گے۔ اور تم mind سے superman بن جاؤ گے۔</w:t>
      </w:r>
    </w:p>
    <w:p>
      <w:r>
        <w:rPr>
          <w:b/>
        </w:rPr>
        <w:t xml:space="preserve">[27:54] </w:t>
      </w:r>
      <w:r>
        <w:t>tum mind se superman ban jaoge.</w:t>
      </w:r>
    </w:p>
    <w:p>
      <w:pPr>
        <w:jc w:val="right"/>
      </w:pPr>
      <w:r>
        <w:t>تم mind سے superman بن جاؤ گے۔</w:t>
      </w:r>
    </w:p>
    <w:p>
      <w:r>
        <w:rPr>
          <w:b/>
        </w:rPr>
        <w:t xml:space="preserve">[28:01] </w:t>
      </w:r>
      <w:r>
        <w:t>aur jo log yahan se gaye hain, hamare saathi jey pur, subah mera khayal se andhere mein nikle thay woh ghar se, woh aur ab woh pahunch chuke honge.</w:t>
      </w:r>
    </w:p>
    <w:p>
      <w:pPr>
        <w:jc w:val="right"/>
      </w:pPr>
      <w:r>
        <w:t>اور جو لوگ یہاں سے گئے ہیں، ہمارے ساتھی جے پور، صبح میرا خیال سے اندھیرے میں نکلے تھے وہ گھر سے، وہ اور اب وہ پہنچ چکے ہوں گے۔</w:t>
      </w:r>
    </w:p>
    <w:p>
      <w:r>
        <w:rPr>
          <w:b/>
        </w:rPr>
        <w:t xml:space="preserve">[28:13] </w:t>
      </w:r>
      <w:r>
        <w:t>woh bhi yahi cheez hai.</w:t>
      </w:r>
    </w:p>
    <w:p>
      <w:pPr>
        <w:jc w:val="right"/>
      </w:pPr>
      <w:r>
        <w:t>وہ بھی یہی چیز ہے۔</w:t>
      </w:r>
    </w:p>
    <w:p>
      <w:r>
        <w:rPr>
          <w:b/>
        </w:rPr>
        <w:t xml:space="preserve">[28:18] </w:t>
      </w:r>
      <w:r>
        <w:t>to main aap sab logon ke liye dua karta hoon ke aap ko Allah taala spirit of struggle paida karay.</w:t>
      </w:r>
    </w:p>
    <w:p>
      <w:pPr>
        <w:jc w:val="right"/>
      </w:pPr>
      <w:r>
        <w:t>تو میں آپ سب لوگوں کے لیے دعا کرتا ہوں کہ آپ کو اللہ تعالیٰ spirit of struggle پیدا کرے۔</w:t>
      </w:r>
    </w:p>
    <w:p>
      <w:r>
        <w:rPr>
          <w:b/>
        </w:rPr>
        <w:t xml:space="preserve">[28:32] </w:t>
      </w:r>
      <w:r>
        <w:t>aap ko</w:t>
      </w:r>
    </w:p>
    <w:p>
      <w:pPr>
        <w:jc w:val="right"/>
      </w:pPr>
      <w:r>
        <w:t>آپ کو</w:t>
      </w:r>
    </w:p>
    <w:p>
      <w:r>
        <w:rPr>
          <w:b/>
        </w:rPr>
        <w:t xml:space="preserve">[28:37] </w:t>
      </w:r>
      <w:r>
        <w:t>achay amal ki tofeeq day.</w:t>
      </w:r>
    </w:p>
    <w:p>
      <w:pPr>
        <w:jc w:val="right"/>
      </w:pPr>
      <w:r>
        <w:t>اچھے عمل کی توفیق دے۔</w:t>
      </w:r>
    </w:p>
    <w:p>
      <w:r>
        <w:rPr>
          <w:b/>
        </w:rPr>
        <w:t xml:space="preserve">[28:42] </w:t>
      </w:r>
      <w:r>
        <w:t>aur aap ki salahiyat ko hum hum ne apne liye jo nishan liya hai woh hai Allah ki kitab ko phailana.</w:t>
      </w:r>
    </w:p>
    <w:p>
      <w:pPr>
        <w:jc w:val="right"/>
      </w:pPr>
      <w:r>
        <w:t>اور آپ کی صلاحیت کو ہم ہم نے اپنے لیے جو نشان لیا ہے وہ ہے اللہ کی کتاب کو پھیلانا۔</w:t>
      </w:r>
    </w:p>
    <w:p>
      <w:r>
        <w:rPr>
          <w:b/>
        </w:rPr>
        <w:t xml:space="preserve">[28:55] </w:t>
      </w:r>
      <w:r>
        <w:t>Allah ki kitab ka paigham kya hai? Apne andar spirit of struggle paida karo.</w:t>
      </w:r>
    </w:p>
    <w:p>
      <w:pPr>
        <w:jc w:val="right"/>
      </w:pPr>
      <w:r>
        <w:t>اللہ کی کتاب کا پیغام کیا ہے؟ اپنے اندر spirit of struggle پیدا کرو۔</w:t>
      </w:r>
    </w:p>
    <w:p>
      <w:r>
        <w:rPr>
          <w:b/>
        </w:rPr>
        <w:t xml:space="preserve">[29:04] </w:t>
      </w:r>
      <w:r>
        <w:t>aur dunya mein bhi tumhein taraqqi hogi. Aur aakhirat mein bhi taraqqi hogi. Assalam o alaikum rahmatullah.</w:t>
      </w:r>
    </w:p>
    <w:p>
      <w:pPr>
        <w:jc w:val="right"/>
      </w:pPr>
      <w:r>
        <w:t>اور دنیا میں بھی تمہیں ترقی ہوگی۔ اور آخرت میں بھی ترقی ہوگی۔ السلام علیکم ورحمتہ اللہ۔</w:t>
      </w:r>
    </w:p>
    <w:p>
      <w:r>
        <w:rPr>
          <w:b/>
        </w:rPr>
        <w:t xml:space="preserve">[29:25] </w:t>
      </w:r>
      <w:r>
        <w:t>Okay we will start with the question answer and comment session. Aa I would request all of you who are watching this program and you are posting your comments and questions, please mention your location when you post your comment or questions.</w:t>
      </w:r>
    </w:p>
    <w:p>
      <w:pPr>
        <w:jc w:val="right"/>
      </w:pPr>
      <w:r>
        <w:t>Okay we will start with the question answer and comment session. آ I would request all of you who are watching this program and you are posting your comments and questions, please mention your location when you post your comment or questions.</w:t>
      </w:r>
    </w:p>
    <w:p>
      <w:r>
        <w:rPr>
          <w:b/>
        </w:rPr>
        <w:t xml:space="preserve">[29:41] </w:t>
      </w:r>
      <w:r>
        <w:t>Maulana sab se pehle aa comment lena chahenge. Yeh comment bheja hai Bangalore se Faraz Azam Khan sahib ne.</w:t>
      </w:r>
    </w:p>
    <w:p>
      <w:pPr>
        <w:jc w:val="right"/>
      </w:pPr>
      <w:r>
        <w:t>مولانا سب سے پہلے آ comment لینا چاہیں گے۔ یہ comment بھیجا ہے بنگلور سے فراز اعظم خان صاحب نے۔</w:t>
      </w:r>
    </w:p>
    <w:p>
      <w:r>
        <w:rPr>
          <w:b/>
        </w:rPr>
        <w:t xml:space="preserve">[29:50] </w:t>
      </w:r>
      <w:r>
        <w:t>unhon ne likha hai: "I am a regular follower of Maulana Wahiduddin Khan sahib's lectures and books.</w:t>
      </w:r>
    </w:p>
    <w:p>
      <w:pPr>
        <w:jc w:val="right"/>
      </w:pPr>
      <w:r>
        <w:t>انہوں نے لکھا ہے: "I am a regular follower of مولانا وحید الدین خان صاحب's lectures and books.</w:t>
      </w:r>
    </w:p>
    <w:p>
      <w:r>
        <w:rPr>
          <w:b/>
        </w:rPr>
        <w:t xml:space="preserve">[30:00] </w:t>
      </w:r>
      <w:r>
        <w:t>Have been greatly moved with his idea of Islam and would like to show humble regard to him from me and my family for his commendable work.</w:t>
      </w:r>
    </w:p>
    <w:p>
      <w:pPr>
        <w:jc w:val="right"/>
      </w:pPr>
      <w:r>
        <w:t>Have been greatly moved with his idea of Islam and would like to show humble regard to him from me and my family for his commendable work.</w:t>
      </w:r>
    </w:p>
    <w:p>
      <w:r>
        <w:rPr>
          <w:b/>
        </w:rPr>
        <w:t xml:space="preserve">[30:11] </w:t>
      </w:r>
      <w:r>
        <w:t>He has definitely brought an intellectual change in me to see Islam in a completely different aspect as still now what I had been exposed to throughout my life.</w:t>
      </w:r>
    </w:p>
    <w:p>
      <w:pPr>
        <w:jc w:val="right"/>
      </w:pPr>
      <w:r>
        <w:t>He has definitely brought an intellectual change in me to see Islam in a completely different aspect as still now what I had been exposed to throughout my life.</w:t>
      </w:r>
    </w:p>
    <w:p>
      <w:r>
        <w:rPr>
          <w:b/>
        </w:rPr>
        <w:t xml:space="preserve">[30:24] </w:t>
      </w:r>
      <w:r>
        <w:t>I don't know how to express my happiness and thankfulness that I came to know about his work.</w:t>
      </w:r>
    </w:p>
    <w:p>
      <w:pPr>
        <w:jc w:val="right"/>
      </w:pPr>
      <w:r>
        <w:t>I don't know how to express my happiness and thankfulness that I came to know about his work.</w:t>
      </w:r>
    </w:p>
    <w:p>
      <w:r>
        <w:rPr>
          <w:b/>
        </w:rPr>
        <w:t xml:space="preserve">[30:31] </w:t>
      </w:r>
      <w:r>
        <w:t>Please if you can forward my gratitude to him and ask to pray for me and my wife and two year old kid that we could follow real Islam as it is meant to be.</w:t>
      </w:r>
    </w:p>
    <w:p>
      <w:pPr>
        <w:jc w:val="right"/>
      </w:pPr>
      <w:r>
        <w:t>Please if you can forward my gratitude to him and ask to pray for me and my wife and two year old kid that we could follow real Islam as it is meant to be.</w:t>
      </w:r>
    </w:p>
    <w:p>
      <w:r>
        <w:rPr>
          <w:b/>
        </w:rPr>
        <w:t xml:space="preserve">[30:43] </w:t>
      </w:r>
      <w:r>
        <w:t>Also I would like to appreciate the team of CPS for the work you are doing and I will inshallah give you all and I wish Allah gives you all success and protect you from all the trouble of any kind.</w:t>
      </w:r>
    </w:p>
    <w:p>
      <w:pPr>
        <w:jc w:val="right"/>
      </w:pPr>
      <w:r>
        <w:t>Also I would like to appreciate the team of CPS for the work you are doing and I will انشاءاللہ give you all and I wish اللہ gives you all success and protect you from all the trouble of any kind.</w:t>
      </w:r>
    </w:p>
    <w:p>
      <w:r>
        <w:rPr>
          <w:b/>
        </w:rPr>
        <w:t xml:space="preserve">[30:58] </w:t>
      </w:r>
      <w:r>
        <w:t>Also I wish Maulana a very good health.</w:t>
      </w:r>
    </w:p>
    <w:p>
      <w:pPr>
        <w:jc w:val="right"/>
      </w:pPr>
      <w:r>
        <w:t>Also I wish مولانا a very good health.</w:t>
      </w:r>
    </w:p>
    <w:p>
      <w:r>
        <w:rPr>
          <w:b/>
        </w:rPr>
        <w:t xml:space="preserve">[31:02] </w:t>
      </w:r>
      <w:r>
        <w:t>May Allah guide others also to learn from his thoughts. A little introduction about myself: my name is Faraz Azam.</w:t>
      </w:r>
    </w:p>
    <w:p>
      <w:pPr>
        <w:jc w:val="right"/>
      </w:pPr>
      <w:r>
        <w:t>May اللہ guide others also to learn from his thoughts. A little introduction about myself: my name is فراز اعظم.</w:t>
      </w:r>
    </w:p>
    <w:p>
      <w:r>
        <w:rPr>
          <w:b/>
        </w:rPr>
        <w:t xml:space="preserve">[31:11] </w:t>
      </w:r>
      <w:r>
        <w:t>I am a thirty year old married man, lives with my wife and a lovely son two years old</w:t>
      </w:r>
    </w:p>
    <w:p>
      <w:pPr>
        <w:jc w:val="right"/>
      </w:pPr>
      <w:r>
        <w:t>I am a thirty year old married man, lives with my wife and a lovely son two years old</w:t>
      </w:r>
    </w:p>
    <w:p>
      <w:r>
        <w:rPr>
          <w:b/>
        </w:rPr>
        <w:t xml:space="preserve">[31:18] </w:t>
      </w:r>
      <w:r>
        <w:t>. I am a software engineer by profession and currently working in Bangalore. And by nature in my last few years have been so much inclined towards learning Islam and try to make myself a good believer.</w:t>
      </w:r>
    </w:p>
    <w:p>
      <w:pPr>
        <w:jc w:val="right"/>
      </w:pPr>
      <w:r>
        <w:t>. I am a software engineer by profession and currently working in بنگلور. And by nature in my last few years have been so much inclined towards learning Islam and try to make myself a good believer.</w:t>
      </w:r>
    </w:p>
    <w:p>
      <w:r>
        <w:rPr>
          <w:b/>
        </w:rPr>
        <w:t xml:space="preserve">[31:35] </w:t>
      </w:r>
      <w:r>
        <w:t>I found too much connect with Maulana's way of describing Islam and my heart says he is a very genuine and rare human being in today's world.</w:t>
      </w:r>
    </w:p>
    <w:p>
      <w:pPr>
        <w:jc w:val="right"/>
      </w:pPr>
      <w:r>
        <w:t>I found too much connect with مولانا's way of describing Islam and my heart says he is a very genuine and rare human being in today's world.</w:t>
      </w:r>
    </w:p>
    <w:p>
      <w:r>
        <w:rPr>
          <w:b/>
        </w:rPr>
        <w:t xml:space="preserve">[31:46] </w:t>
      </w:r>
      <w:r>
        <w:t>Personally I have a very profound experience. When I saw first lecture of Maulana on YouTube, don't know why, don't know but just by looking at him I started crying and felt that Allah is speaking to me and his face was looking absolutely pure.</w:t>
      </w:r>
    </w:p>
    <w:p>
      <w:pPr>
        <w:jc w:val="right"/>
      </w:pPr>
      <w:r>
        <w:t>Personally I have a very profound experience. When I saw first lecture of مولانا on یوٹیوب, don't know why, don't know but just by looking at him I started crying and felt that اللہ is speaking to me and his face was looking absolutely pure.</w:t>
      </w:r>
    </w:p>
    <w:p>
      <w:r>
        <w:rPr>
          <w:b/>
        </w:rPr>
        <w:t xml:space="preserve">[32:07] </w:t>
      </w:r>
      <w:r>
        <w:t>I was very keen to share this moment to express my regards.</w:t>
      </w:r>
    </w:p>
    <w:p>
      <w:pPr>
        <w:jc w:val="right"/>
      </w:pPr>
      <w:r>
        <w:t>I was very keen to share this moment to express my regards.</w:t>
      </w:r>
    </w:p>
    <w:p>
      <w:r>
        <w:rPr>
          <w:b/>
        </w:rPr>
        <w:t xml:space="preserve">[32:15] </w:t>
      </w:r>
      <w:r>
        <w:t>Jazakumullah. Maulana doosra comment bheja hai Anil Kumar Limbu sahib ne. Unhon ne location hi likhi hai. Unka comment hai: "I often don't get time to listen to your talk but Maulana Ji aap ki awaz mein woh mithas hai har kisi ka man shant ho jata hai." Mashallah Mashallah.</w:t>
      </w:r>
    </w:p>
    <w:p>
      <w:pPr>
        <w:jc w:val="right"/>
      </w:pPr>
      <w:r>
        <w:t>جزاکم اللہ۔ مولانا دوسرا comment بھیجا ہے انیل کمار لیمبو صاحب نے۔ انہوں نے location ہی لکھی ہے۔ ان کا comment ہے: "I often don't get time to listen to your talk but مولانا جی آپ کی آواز میں وہ مٹھاس ہے ہر کسی کا من شانت ہو جاتا ہے۔" ماشاءاللہ ماشاءاللہ۔</w:t>
      </w:r>
    </w:p>
    <w:p>
      <w:r>
        <w:rPr>
          <w:b/>
        </w:rPr>
        <w:t xml:space="preserve">[32:42] </w:t>
      </w:r>
      <w:r>
        <w:t>Maulana kuch sawal lena chahenge. Yeh sawal bheja hai Ahmedabad se Syed Sirajuddin sahib ne.</w:t>
      </w:r>
    </w:p>
    <w:p>
      <w:pPr>
        <w:jc w:val="right"/>
      </w:pPr>
      <w:r>
        <w:t>مولانا کچھ سوال لینا چاہیں گے۔ یہ سوال بھیجا ہے احمد آباد سے سید سراج الدین صاحب نے۔</w:t>
      </w:r>
    </w:p>
    <w:p>
      <w:r>
        <w:rPr>
          <w:b/>
        </w:rPr>
        <w:t xml:space="preserve">[32:51] </w:t>
      </w:r>
      <w:r>
        <w:t>unho ne likha hai: "maulana what according to you are the reasons for disharmony in the present society?</w:t>
      </w:r>
    </w:p>
    <w:p>
      <w:pPr>
        <w:jc w:val="right"/>
      </w:pPr>
      <w:r>
        <w:t>انہوں نے لکھا ہے: "مولانا what according to you are the reasons for disharmony in the present society?</w:t>
      </w:r>
    </w:p>
    <w:p>
      <w:r>
        <w:rPr>
          <w:b/>
        </w:rPr>
        <w:t xml:space="preserve">[32:59] </w:t>
      </w:r>
      <w:r>
        <w:t>Why are people all over the world so full of hatred today? Is it due to the rise of material interest or something else?"</w:t>
      </w:r>
    </w:p>
    <w:p>
      <w:pPr>
        <w:jc w:val="right"/>
      </w:pPr>
      <w:r>
        <w:t>Why are people all over the world so full of hatred today? Is it due to the rise of material interest or something else?"</w:t>
      </w:r>
    </w:p>
    <w:p>
      <w:r>
        <w:rPr>
          <w:b/>
        </w:rPr>
        <w:t xml:space="preserve">[33:13] </w:t>
      </w:r>
      <w:r>
        <w:t>dekhen main</w:t>
      </w:r>
    </w:p>
    <w:p>
      <w:pPr>
        <w:jc w:val="right"/>
      </w:pPr>
      <w:r>
        <w:t>دیکھیں میں</w:t>
      </w:r>
    </w:p>
    <w:p>
      <w:r>
        <w:rPr>
          <w:b/>
        </w:rPr>
        <w:t xml:space="preserve">[33:18] </w:t>
      </w:r>
      <w:r>
        <w:t>main yeh keh sakta hoon apne baray mein ke main by birth positive thinker hoon.</w:t>
      </w:r>
    </w:p>
    <w:p>
      <w:pPr>
        <w:jc w:val="right"/>
      </w:pPr>
      <w:r>
        <w:t>میں یہ کہہ سکتا ہوں اپنے بارے میں کہ میں by birth positive thinker ہوں۔</w:t>
      </w:r>
    </w:p>
    <w:p>
      <w:r>
        <w:rPr>
          <w:b/>
        </w:rPr>
        <w:t xml:space="preserve">[33:29] </w:t>
      </w:r>
      <w:r>
        <w:t>By birth positive thinker hoon. jab main chota tha, chota, to mujhe yaad hai ke hamare gaon mein, hamare paros mein ek chori hui, jaruri ki.</w:t>
      </w:r>
    </w:p>
    <w:p>
      <w:pPr>
        <w:jc w:val="right"/>
      </w:pPr>
      <w:r>
        <w:t>By birth positive thinker ہوں۔ جب میں چھوٹا تھا، چھوٹا، تو مجھے یاد ہے کہ ہمارے گاؤں میں، ہمارے پڑوس میں ایک چوری ہوئی، جروری کی۔</w:t>
      </w:r>
    </w:p>
    <w:p>
      <w:r>
        <w:rPr>
          <w:b/>
        </w:rPr>
        <w:t xml:space="preserve">[33:50] </w:t>
      </w:r>
      <w:r>
        <w:t>to ghar ke kisi aadmi ne, main wahan bachpan ka jawan tha, aise aata jata tha, to kisi ne mera naam le liya ke main nikal le gaya golri.</w:t>
      </w:r>
    </w:p>
    <w:p>
      <w:pPr>
        <w:jc w:val="right"/>
      </w:pPr>
      <w:r>
        <w:t>تو گھر کے کسی آدمی نے، میں وہاں بچپن کا جوان تھا، ایسے آتا جاتا تھا، تو کسی نے میرا نام لے لیا کہ میں نکال لے گیا گولری۔</w:t>
      </w:r>
    </w:p>
    <w:p>
      <w:r>
        <w:rPr>
          <w:b/>
        </w:rPr>
        <w:t xml:space="preserve">[34:08] </w:t>
      </w:r>
      <w:r>
        <w:t>to aap yaqeen kijiye ke main hansne hansne hansne laga ke kitni absurd baat hai ke main chori karoon ga?</w:t>
      </w:r>
    </w:p>
    <w:p>
      <w:pPr>
        <w:jc w:val="right"/>
      </w:pPr>
      <w:r>
        <w:t>تو آپ یقین کیجیے کہ میں ہنسنے ہنسنے ہنسنے لگا کہ کتنی absurd بات ہے کہ میں چوری کروں گا؟</w:t>
      </w:r>
    </w:p>
    <w:p>
      <w:r>
        <w:rPr>
          <w:b/>
        </w:rPr>
        <w:t xml:space="preserve">[34:17] </w:t>
      </w:r>
      <w:r>
        <w:t>kis liye? to main bachpan se main positive thinker hoon. to har cheez mein positivity dhoondna.</w:t>
      </w:r>
    </w:p>
    <w:p>
      <w:pPr>
        <w:jc w:val="right"/>
      </w:pPr>
      <w:r>
        <w:t>کس لیے؟ تو میں بچپن سے میں positive thinker ہوں۔ تو ہر چیز میں positivity ڈھونڈنا۔</w:t>
      </w:r>
    </w:p>
    <w:p>
      <w:r>
        <w:rPr>
          <w:b/>
        </w:rPr>
        <w:t xml:space="preserve">[34:33] </w:t>
      </w:r>
      <w:r>
        <w:t>jaise aap dekhiye ke quran se kuch log nikalte hain jihad, jihad. aur isi quran se maine nikala, dekhiye aaj, ke spirit of struggle, isi waqt aap peaceful struggle.</w:t>
      </w:r>
    </w:p>
    <w:p>
      <w:pPr>
        <w:jc w:val="right"/>
      </w:pPr>
      <w:r>
        <w:t>جیسے آپ دیکھیے کہ قرآن سے کچھ لوگ نکالتے ہیں جہاد، جہاد۔ اور اسی قرآن سے میں نے نکالا، دیکھیے آج، کہ spirit of struggle، اسی وقت آپ peaceful struggle۔</w:t>
      </w:r>
    </w:p>
    <w:p>
      <w:r>
        <w:rPr>
          <w:b/>
        </w:rPr>
        <w:t xml:space="preserve">[34:50] </w:t>
      </w:r>
      <w:r>
        <w:t>to yeh meri allah taala ki dein hai ke main bachpan se positive thinker hoon.</w:t>
      </w:r>
    </w:p>
    <w:p>
      <w:pPr>
        <w:jc w:val="right"/>
      </w:pPr>
      <w:r>
        <w:t>تو یہ میری اللہ تعالیٰ کی دین ہے کہ میں بچپن سے positive thinker ہوں۔</w:t>
      </w:r>
    </w:p>
    <w:p>
      <w:r>
        <w:rPr>
          <w:b/>
        </w:rPr>
        <w:t xml:space="preserve">[35:03] </w:t>
      </w:r>
      <w:r>
        <w:t>maulana agla sawal asad parvez sahab ne kiya hai san francisco se. unho ne aap se poocha hai ke maulana insan gunah kyun karta hai?</w:t>
      </w:r>
    </w:p>
    <w:p>
      <w:pPr>
        <w:jc w:val="right"/>
      </w:pPr>
      <w:r>
        <w:t>مولانا اگلا سوال اسد پرویز صاحب نے کیا ہے سین فرانسسکو سے۔ انہوں نے آپ سے پوچھا ہے کہ مولانا انسان گناہ کیوں کرتا ہے؟</w:t>
      </w:r>
    </w:p>
    <w:p>
      <w:r>
        <w:rPr>
          <w:b/>
        </w:rPr>
        <w:t xml:space="preserve">[35:15] </w:t>
      </w:r>
      <w:r>
        <w:t>humain akhirat aur khuda ka pata hai lekin phir bhi hum gunah karte hain. aisa kyun hota hai? dekhen gunah ko aap na trump dijiye.</w:t>
      </w:r>
    </w:p>
    <w:p>
      <w:pPr>
        <w:jc w:val="right"/>
      </w:pPr>
      <w:r>
        <w:t>ہمیں آخرت اور خدا کا پتہ ہے لیکن پھر بھی ہم گناہ کرتے ہیں۔ ایسا کیوں ہوتا ہے؟ دیکھیں گناہ کو آپ نہ ٹرمپ دیجیے۔</w:t>
      </w:r>
    </w:p>
    <w:p>
      <w:r>
        <w:rPr>
          <w:b/>
        </w:rPr>
        <w:t xml:space="preserve">[35:31] </w:t>
      </w:r>
      <w:r>
        <w:t>allah taala ne, dekhen main aap ko ek qissa batata hoon. ek martaba main gaya ek zoo mein, zoo mein.</w:t>
      </w:r>
    </w:p>
    <w:p>
      <w:pPr>
        <w:jc w:val="right"/>
      </w:pPr>
      <w:r>
        <w:t>اللہ تعالیٰ نے، دیکھیں میں آپ کو ایک قصہ بتاتا ہوں۔ ایک مرتبہ میں گیا ایک zoo میں، zoo میں۔</w:t>
      </w:r>
    </w:p>
    <w:p>
      <w:r>
        <w:rPr>
          <w:b/>
        </w:rPr>
        <w:t xml:space="preserve">[35:46] </w:t>
      </w:r>
      <w:r>
        <w:t>to wahan ka jo director tha woh mujh ko janta tha. to main jab zoo mein dekhne ke liye nikla to mere sath ho gaya woh.</w:t>
      </w:r>
    </w:p>
    <w:p>
      <w:pPr>
        <w:jc w:val="right"/>
      </w:pPr>
      <w:r>
        <w:t>تو وہاں کا جو director تھا وہ مجھ کو جانتا تھا۔ تو میں جب zoo میں دیکھنے کے لیے نکلا تو میرے ساتھ ہو گیا وہ۔</w:t>
      </w:r>
    </w:p>
    <w:p>
      <w:r>
        <w:rPr>
          <w:b/>
        </w:rPr>
        <w:t xml:space="preserve">[35:59] </w:t>
      </w:r>
      <w:r>
        <w:t>to hum log ek jagah pahunche jahan ek enclosure tha, enclosure, gehra, gehra. to us mein hiran thay, deer, d e e r,</w:t>
      </w:r>
    </w:p>
    <w:p>
      <w:pPr>
        <w:jc w:val="right"/>
      </w:pPr>
      <w:r>
        <w:t>تو ہم لوگ ایک جگہ پہنچے جہاں ایک enclosure تھا، enclosure، گھیرا، گھیرا۔ تو اس میں ہرن تھے، deer، ڈی ڈبل ای آر،</w:t>
      </w:r>
    </w:p>
    <w:p>
      <w:r>
        <w:rPr>
          <w:b/>
        </w:rPr>
        <w:t xml:space="preserve">[36:14] </w:t>
      </w:r>
      <w:r>
        <w:t>hiran.</w:t>
      </w:r>
    </w:p>
    <w:p>
      <w:pPr>
        <w:jc w:val="right"/>
      </w:pPr>
      <w:r>
        <w:t>ہرن۔</w:t>
      </w:r>
    </w:p>
    <w:p>
      <w:r>
        <w:rPr>
          <w:b/>
        </w:rPr>
        <w:t xml:space="preserve">[36:18] </w:t>
      </w:r>
      <w:r>
        <w:t>to us ne kaha ke dekhen yeh jo hiran hain,</w:t>
      </w:r>
    </w:p>
    <w:p>
      <w:pPr>
        <w:jc w:val="right"/>
      </w:pPr>
      <w:r>
        <w:t>تو اس نے کہا کہ دیکھیں یہ جو ہرن ہیں،</w:t>
      </w:r>
    </w:p>
    <w:p>
      <w:r>
        <w:rPr>
          <w:b/>
        </w:rPr>
        <w:t xml:space="preserve">[36:23] </w:t>
      </w:r>
      <w:r>
        <w:t>in ka in ke liye ek enclosure banaya gaya hai in ke rehne ke liye. kyunke kabhi kabhi hum is mein bhediya dalte hain na, bhediya,</w:t>
      </w:r>
    </w:p>
    <w:p>
      <w:pPr>
        <w:jc w:val="right"/>
      </w:pPr>
      <w:r>
        <w:t>ان کا ان کے لیے ایک enclosure بنایا گیا ہے ان کے رہنے کے لیے۔ کیونکہ کبھی کبھی ہم اس میں بھیڑیا ڈالتے ہیں نا، بھیڑیا،</w:t>
      </w:r>
    </w:p>
    <w:p>
      <w:r>
        <w:rPr>
          <w:b/>
        </w:rPr>
        <w:t xml:space="preserve">[36:38] </w:t>
      </w:r>
      <w:r>
        <w:t>wolf. to us ne kaha is liye ke hiran jo hain, deer, agar aise rehte hain to apni fertility khatam ho jati hai in ki.</w:t>
      </w:r>
    </w:p>
    <w:p>
      <w:pPr>
        <w:jc w:val="right"/>
      </w:pPr>
      <w:r>
        <w:t>wolf۔ تو اس نے کہا اس لیے کہ ہرن جو ہیں، deer، اگر ایسے رہتے ہیں تو اپنی fertility ختم ہو جاتی ہے ان کی۔</w:t>
      </w:r>
    </w:p>
    <w:p>
      <w:r>
        <w:rPr>
          <w:b/>
        </w:rPr>
        <w:t xml:space="preserve">[36:52] </w:t>
      </w:r>
      <w:r>
        <w:t>zar khezai khatam ho jati hai. woh fertile nahi rehte. to hum use dalte hain, bhediya, taake woh dauren, khauf mein aa jayen, dauren, dauren.</w:t>
      </w:r>
    </w:p>
    <w:p>
      <w:pPr>
        <w:jc w:val="right"/>
      </w:pPr>
      <w:r>
        <w:t>زرخیزی ختم ہو جاتی ہے۔ وہ fertile نہیں رہتے۔ تو ہم اسے ڈالتے ہیں، بھیڑیا، تاکہ وہ دوڑیں، خوف میں آ جائیں، دوڑیں، دوڑیں۔</w:t>
      </w:r>
    </w:p>
    <w:p>
      <w:r>
        <w:rPr>
          <w:b/>
        </w:rPr>
        <w:t xml:space="preserve">[37:08] </w:t>
      </w:r>
      <w:r>
        <w:t>to yeh hai sab se bari taraqqi ka raaz jo hai activity hai.</w:t>
      </w:r>
    </w:p>
    <w:p>
      <w:pPr>
        <w:jc w:val="right"/>
      </w:pPr>
      <w:r>
        <w:t>تو یہ ہے سب سے بڑی ترقی کا راز جو ہے activity ہے۔</w:t>
      </w:r>
    </w:p>
    <w:p>
      <w:r>
        <w:rPr>
          <w:b/>
        </w:rPr>
        <w:t xml:space="preserve">[37:17] </w:t>
      </w:r>
      <w:r>
        <w:t>to quran mein yeh mujhe mila ke peaceful struggle yeh mere nature, nature ne is ko pakra is baat ko.</w:t>
      </w:r>
    </w:p>
    <w:p>
      <w:pPr>
        <w:jc w:val="right"/>
      </w:pPr>
      <w:r>
        <w:t>تو قرآن میں یہ مجھے ملا کہ peaceful struggle یہ میرے nature، nature نے اس کو پکڑا اس بات کو۔</w:t>
      </w:r>
    </w:p>
    <w:p>
      <w:r>
        <w:rPr>
          <w:b/>
        </w:rPr>
        <w:t xml:space="preserve">[37:32] </w:t>
      </w:r>
      <w:r>
        <w:t>to har cheez mein main positive aspect dhoondta hoon. har cheez mein main positive aspect, inshallah.</w:t>
      </w:r>
    </w:p>
    <w:p>
      <w:pPr>
        <w:jc w:val="right"/>
      </w:pPr>
      <w:r>
        <w:t>تو ہر چیز میں میں positive aspect ڈھونڈتا ہوں۔ ہر چیز میں میں positive aspect، انشاءاللہ۔</w:t>
      </w:r>
    </w:p>
    <w:p>
      <w:r>
        <w:rPr>
          <w:b/>
        </w:rPr>
        <w:t xml:space="preserve">[37:48] </w:t>
      </w:r>
      <w:r>
        <w:t>maulana kuch comment parhna chahenge agla sawal lene se pehle. yeh comment bheja hai maulana iqbal umri ne jo is waqt jaipur literature festival mein maujood hain aur wahan se yeh program bhi dekh rahe hain.</w:t>
      </w:r>
    </w:p>
    <w:p>
      <w:pPr>
        <w:jc w:val="right"/>
      </w:pPr>
      <w:r>
        <w:t>مولانا کچھ comment پڑھنا چاہیں گے اگلا سوال لینے سے پہلے۔ یہ comment بھیجا ہے مولانا اقبال عمری نے جو اس وقت جے پور literature festival میں موجود ہیں اور وہاں سے یہ program بھی دیکھ رہے ہیں۔</w:t>
      </w:r>
    </w:p>
    <w:p>
      <w:r>
        <w:rPr>
          <w:b/>
        </w:rPr>
        <w:t xml:space="preserve">[38:02] </w:t>
      </w:r>
      <w:r>
        <w:t>unho ne likha hai: "alhamdulillah jaipur literature festival mein quran distribution ka kaam ho raha hai. log apni khushi se quran ko le rahe hain.\</w:t>
      </w:r>
    </w:p>
    <w:p>
      <w:pPr>
        <w:jc w:val="right"/>
      </w:pPr>
      <w:r>
        <w:t>انہوں نے لکھا ہے: "الحمدللہ جے پور literature festival میں قرآن distribution کا کام ہو رہا ہے۔ لوگ اپنی خوشی سے قرآن کو لے رہے ہیں۔</w:t>
      </w:r>
    </w:p>
    <w:p>
      <w:r>
        <w:rPr>
          <w:b/>
        </w:rPr>
        <w:t xml:space="preserve">[38:14] </w:t>
      </w:r>
      <w:r>
        <w:t>yahi single goal sahi hai Maulana. jazak Allah. mashallah.</w:t>
      </w:r>
    </w:p>
    <w:p>
      <w:pPr>
        <w:jc w:val="right"/>
      </w:pPr>
      <w:r>
        <w:t>یہی single goal صحیح ہے مولانا۔ جزاک اللہ۔" ماشاءاللہ۔</w:t>
      </w:r>
    </w:p>
    <w:p>
      <w:r>
        <w:rPr>
          <w:b/>
        </w:rPr>
        <w:t xml:space="preserve">[38:24] </w:t>
      </w:r>
      <w:r>
        <w:t>hum dua karte hain ke Allah taala hum ko bhi jo log gaye hain wahan Allah ke bandon ko peaceful message dene ke liye Allah ki kitab ke zariye to Allah hum sab ko bhi is mein shareek kare inshallah.</w:t>
      </w:r>
    </w:p>
    <w:p>
      <w:pPr>
        <w:jc w:val="right"/>
      </w:pPr>
      <w:r>
        <w:t>ہم دعا کرتے ہیں کہ اللہ تعالیٰ ہم کو بھی جو لوگ گئے ہیں وہاں اللہ کے بندوں کو peaceful message دینے کے لیے اللہ کی کتاب کے ذریعے تو اللہ ہم سب کو بھی اس میں شریک کرے انشاءاللہ۔</w:t>
      </w:r>
    </w:p>
    <w:p>
      <w:r>
        <w:rPr>
          <w:b/>
        </w:rPr>
        <w:t xml:space="preserve">[38:47] </w:t>
      </w:r>
      <w:r>
        <w:t>Doctor Naghma Siddiqui ne dilli se, Doctor Naghma Siddiqui ne Gurgaon se likha hai: "Maulana jazak Allah for giving us such a positive lesson to strive to spread God's book and message that we should continue to strive to achieve in life.</w:t>
      </w:r>
    </w:p>
    <w:p>
      <w:pPr>
        <w:jc w:val="right"/>
      </w:pPr>
      <w:r>
        <w:t>ڈاکٹر نغمہ صدیقی نے دلی سے، ڈاکٹر نغمہ صدیقی نے گڑگاؤں سے لکھا ہے: "مولانا جزاک اللہ for giving us such a positive lesson to strive to spread God's book and message that we should continue to strive to achieve in life.</w:t>
      </w:r>
    </w:p>
    <w:p>
      <w:r>
        <w:rPr>
          <w:b/>
        </w:rPr>
        <w:t xml:space="preserve">[39:05] </w:t>
      </w:r>
      <w:r>
        <w:t>I will definitely continue to do so." mashallah mashallah. Tariq Badar sahab ne Lahore se likha hai: "Today's lecture I understood two important things.</w:t>
      </w:r>
    </w:p>
    <w:p>
      <w:pPr>
        <w:jc w:val="right"/>
      </w:pPr>
      <w:r>
        <w:t>I will definitely continue to do so." ماشاءاللہ ماشاءاللہ۔ طارق بدر صاحب نے لاہور سے لکھا ہے: "Today's lecture I understood two important things.</w:t>
      </w:r>
    </w:p>
    <w:p>
      <w:r>
        <w:rPr>
          <w:b/>
        </w:rPr>
        <w:t xml:space="preserve">[39:21] </w:t>
      </w:r>
      <w:r>
        <w:t>Firstly what happened to Jews was not azab but Allah's method and sometimes Allah gives saza to teach big lessons.</w:t>
      </w:r>
    </w:p>
    <w:p>
      <w:pPr>
        <w:jc w:val="right"/>
      </w:pPr>
      <w:r>
        <w:t>Firstly what happened to Jews was not عذاب but اللہ's method and sometimes اللہ gives سزا to teach big lessons.</w:t>
      </w:r>
    </w:p>
    <w:p>
      <w:r>
        <w:rPr>
          <w:b/>
        </w:rPr>
        <w:t xml:space="preserve">[39:31] </w:t>
      </w:r>
      <w:r>
        <w:t>Secondly in this world ideal peace may not be achieved but there is always room for peaceful struggle which can bring extraordinary results." Mahboob bhai ne Mumbai se likha hai: "Maulana today you gave me wonderful clarity about struggle.</w:t>
      </w:r>
    </w:p>
    <w:p>
      <w:pPr>
        <w:jc w:val="right"/>
      </w:pPr>
      <w:r>
        <w:t>Secondly in this world ideal peace may not be achieved but there is always room for peaceful struggle which can bring extraordinary results." محبوب بھائی نے ممبئی سے لکھا ہے: "مولانا today you gave me wonderful clarity about struggle.</w:t>
      </w:r>
    </w:p>
    <w:p>
      <w:r>
        <w:rPr>
          <w:b/>
        </w:rPr>
        <w:t xml:space="preserve">[39:52] </w:t>
      </w:r>
      <w:r>
        <w:t>You have increased my spirit of struggle today even more. jazak Allah Maulana." Maulana agla sawal lena chahenge.</w:t>
      </w:r>
    </w:p>
    <w:p>
      <w:pPr>
        <w:jc w:val="right"/>
      </w:pPr>
      <w:r>
        <w:t>You have increased my spirit of struggle today even more. جزاک اللہ مولانا۔" مولانا اگلا سوال لینا چاہیں گے۔</w:t>
      </w:r>
    </w:p>
    <w:p>
      <w:r>
        <w:rPr>
          <w:b/>
        </w:rPr>
        <w:t xml:space="preserve">[40:03] </w:t>
      </w:r>
      <w:r>
        <w:t>do logon ne kuch milte julte sawal kiye hain to hum dono sawal padhenge. pehla sawal Kanpur se hai Waseem Khan sahab ka.</w:t>
      </w:r>
    </w:p>
    <w:p>
      <w:pPr>
        <w:jc w:val="right"/>
      </w:pPr>
      <w:r>
        <w:t>دو لوگوں نے کچھ ملتے جلتے سوال کیے ہیں تو ہم دونوں سوال پڑھیں گے۔ پہلا سوال کانپور سے ہے وسیم خان صاحب کا۔</w:t>
      </w:r>
    </w:p>
    <w:p>
      <w:r>
        <w:rPr>
          <w:b/>
        </w:rPr>
        <w:t xml:space="preserve">[40:13] </w:t>
      </w:r>
      <w:r>
        <w:t>unhone likha hai: "Maulana is nation first aur religion first.</w:t>
      </w:r>
    </w:p>
    <w:p>
      <w:pPr>
        <w:jc w:val="right"/>
      </w:pPr>
      <w:r>
        <w:t>انہوں نے لکھا ہے: "مولانا is nation first اور religion first۔</w:t>
      </w:r>
    </w:p>
    <w:p>
      <w:r>
        <w:rPr>
          <w:b/>
        </w:rPr>
        <w:t xml:space="preserve">[40:19] </w:t>
      </w:r>
      <w:r>
        <w:t>What should be the order of the priority?" Mehtab Ahmed sahab ne Dhampur se kuch aisa hi sawal bheja hai. unhone likha hai: "Maulana sahab love of the mother land is it part of iman?</w:t>
      </w:r>
    </w:p>
    <w:p>
      <w:pPr>
        <w:jc w:val="right"/>
      </w:pPr>
      <w:r>
        <w:t>What should be the order of the priority؟" مہتاب احمد صاحب نے دھامپور سے کچھ ایسا ہی سوال بھیجا ہے۔ انہوں نے لکھا ہے: "مولانا صاحب love of the mother land is it part of ایمان؟</w:t>
      </w:r>
    </w:p>
    <w:p>
      <w:r>
        <w:rPr>
          <w:b/>
        </w:rPr>
        <w:t xml:space="preserve">[40:34] </w:t>
      </w:r>
      <w:r>
        <w:t>Please guide us."</w:t>
      </w:r>
    </w:p>
    <w:p>
      <w:pPr>
        <w:jc w:val="right"/>
      </w:pPr>
      <w:r>
        <w:t>Please guide us۔"</w:t>
      </w:r>
    </w:p>
    <w:p>
      <w:r>
        <w:rPr>
          <w:b/>
        </w:rPr>
        <w:t xml:space="preserve">[40:38] </w:t>
      </w:r>
      <w:r>
        <w:t>dekhen ek hadith hai agarche kuch log is ko</w:t>
      </w:r>
    </w:p>
    <w:p>
      <w:pPr>
        <w:jc w:val="right"/>
      </w:pPr>
      <w:r>
        <w:t>دیکھیں ایک حدیث ہے اگرچہ کچھ لوگ اس کو</w:t>
      </w:r>
    </w:p>
    <w:p>
      <w:r>
        <w:rPr>
          <w:b/>
        </w:rPr>
        <w:t xml:space="preserve">[40:45] </w:t>
      </w:r>
      <w:r>
        <w:t>zaeef batate hain</w:t>
      </w:r>
    </w:p>
    <w:p>
      <w:pPr>
        <w:jc w:val="right"/>
      </w:pPr>
      <w:r>
        <w:t>ضعیف بتاتے ہیں</w:t>
      </w:r>
    </w:p>
    <w:p>
      <w:r>
        <w:rPr>
          <w:b/>
        </w:rPr>
        <w:t xml:space="preserve">[40:50] </w:t>
      </w:r>
      <w:r>
        <w:t>wo hai: "hubb ul watan min al iman." hubb ul watan min al iman. watan ki mohabbat iman ka juz hai.</w:t>
      </w:r>
    </w:p>
    <w:p>
      <w:pPr>
        <w:jc w:val="right"/>
      </w:pPr>
      <w:r>
        <w:t>وہ ہے: "حب الوطن من الایمان۔" حب الوطن من الایمان۔ وطن کی محبت ایمان کا جز ہے۔</w:t>
      </w:r>
    </w:p>
    <w:p>
      <w:r>
        <w:rPr>
          <w:b/>
        </w:rPr>
        <w:t xml:space="preserve">[41:04] </w:t>
      </w:r>
      <w:r>
        <w:t>to jab maine padha is hadith ko: "hubb ul watan min al iman." watan ki mohabbat iman ka juz hai.</w:t>
      </w:r>
    </w:p>
    <w:p>
      <w:pPr>
        <w:jc w:val="right"/>
      </w:pPr>
      <w:r>
        <w:t>تو جب میں نے پڑھا اس حدیث کو: "حب الوطن من الایمان۔" وطن کی محبت ایمان کا جز ہے۔</w:t>
      </w:r>
    </w:p>
    <w:p>
      <w:r>
        <w:rPr>
          <w:b/>
        </w:rPr>
        <w:t xml:space="preserve">[41:15] </w:t>
      </w:r>
      <w:r>
        <w:t>to jab maine kuch bahut tafseel ki is rai ko padha ke yeh zaeef hai ya mauzu hai to maine meri meri nature ne meri meri fitrat hai us ne kaha ke yeh hadith agar hadith Rasool na ho tab bhi woh hadith fitrat hai.</w:t>
      </w:r>
    </w:p>
    <w:p>
      <w:pPr>
        <w:jc w:val="right"/>
      </w:pPr>
      <w:r>
        <w:t>تو جب میں نے کچھ بہت تفصیل کی اس رائے کو پڑھا کہ یہ ضعیف ہے یا موضوع ہے تو میں نے میری میری nature نے میری میری فطرت ہے اس نے کہا کہ یہ حدیث اگر حدیث رسول نہ ہو تب بھی وہ حدیث فطرت ہے۔</w:t>
      </w:r>
    </w:p>
    <w:p>
      <w:r>
        <w:rPr>
          <w:b/>
        </w:rPr>
        <w:t xml:space="preserve">[41:39] </w:t>
      </w:r>
      <w:r>
        <w:t>yeh hadith bil farz agar hadith Rasool na ho tab bhi woh hadith fitrat hai. woh hum sab ke dil ki pukar hai.</w:t>
      </w:r>
    </w:p>
    <w:p>
      <w:pPr>
        <w:jc w:val="right"/>
      </w:pPr>
      <w:r>
        <w:t>یہ حدیث بالفرض اگر حدیث رسول نہ ہو تب بھی وہ حدیث فطرت ہے۔ وہ ہم سب کے دل کی پکار ہے۔</w:t>
      </w:r>
    </w:p>
    <w:p>
      <w:r>
        <w:rPr>
          <w:b/>
        </w:rPr>
        <w:t xml:space="preserve">[41:53] </w:t>
      </w:r>
      <w:r>
        <w:t>hum sab ke dil ki pukar hai. kyunke watan ki mohabbat aise hi fitri hai jaise maa ki mohabbat. jis tarah aap ne maa ki mohabbat karte hain aise hi aap ke dil mein fitri taur par apne watan ki mohabbat aati hai.</w:t>
      </w:r>
    </w:p>
    <w:p>
      <w:pPr>
        <w:jc w:val="right"/>
      </w:pPr>
      <w:r>
        <w:t>ہم سب کے دل کی پکار ہے۔ کیونکہ وطن کی محبت ایسے ہی فطری ہے جیسے ماں کی محبت۔ جس طرح آپ نے ماں کی محبت کرتے ہیں ایسے ہی آپ کے دل میں فطری طور پر اپنے وطن کی محبت آتی ہے۔</w:t>
      </w:r>
    </w:p>
    <w:p>
      <w:r>
        <w:rPr>
          <w:b/>
        </w:rPr>
        <w:t xml:space="preserve">[42:12] </w:t>
      </w:r>
      <w:r>
        <w:t>wo part of part of nature hai wo. watan ki mohabbat part of nature hai.</w:t>
      </w:r>
    </w:p>
    <w:p>
      <w:pPr>
        <w:jc w:val="right"/>
      </w:pPr>
      <w:r>
        <w:t>وہ part of part of nature ہے وہ۔ وطن کی محبت part of nature ہے۔</w:t>
      </w:r>
    </w:p>
    <w:p>
      <w:r>
        <w:rPr>
          <w:b/>
        </w:rPr>
        <w:t xml:space="preserve">[42:25] </w:t>
      </w:r>
      <w:r>
        <w:t>Maulana Doctor Junaid Sheikh ne Mumbai se sawal bheja hai. unhone likha hai: "ek sahab se mulaqat hui jo ek Islami organization se wabasta hain aur ek bade uhde par hain.</w:t>
      </w:r>
    </w:p>
    <w:p>
      <w:pPr>
        <w:jc w:val="right"/>
      </w:pPr>
      <w:r>
        <w:t>مولانا ڈاکٹر جنید شیخ نے ممبئی سے سوال بھیجا ہے۔ انہوں نے لکھا ہے: "ایک صاحب سے ملاقات ہوئی جو ایک اسلامی organization سے وابستہ ہیں اور ایک بڑے عہدے پر ہیں۔</w:t>
      </w:r>
    </w:p>
    <w:p>
      <w:r>
        <w:rPr>
          <w:b/>
        </w:rPr>
        <w:t xml:space="preserve">[42:42] </w:t>
      </w:r>
      <w:r>
        <w:t>un se baat karte waqt maine unhein Goodword Book se publish hui Quran ki copy dikhai. unhone dekh kar kaha ke jamaat ne faisla kiya hai ke Quran ki translation ko Arabic text ke sath hi print karna sahi hai.</w:t>
      </w:r>
    </w:p>
    <w:p>
      <w:pPr>
        <w:jc w:val="right"/>
      </w:pPr>
      <w:r>
        <w:t>ان سے بات کرتے وقت میں نے انہیں Goodword Book سے publish ہوئی قرآن کی copy دکھائی۔ انہوں نے دیکھ کر کہا کہ جماعت نے فیصلہ کیا ہے کہ قرآن کی translation کو Arabic text کے ساتھ ہی print کرنا صحیح ہے۔</w:t>
      </w:r>
    </w:p>
    <w:p>
      <w:r>
        <w:rPr>
          <w:b/>
        </w:rPr>
        <w:t xml:space="preserve">[43:00] </w:t>
      </w:r>
      <w:r>
        <w:t>baghair Arabic text ke Quran print kiya jaye to sirf translation ki hi ahmiyat zyada ho jayegi.</w:t>
      </w:r>
    </w:p>
    <w:p>
      <w:pPr>
        <w:jc w:val="right"/>
      </w:pPr>
      <w:r>
        <w:t>بغیر Arabic text کے قرآن print کیا جائے تو صرف translation کی ہی اہمیت زیادہ ہو جائے گی۔</w:t>
      </w:r>
    </w:p>
    <w:p>
      <w:r>
        <w:rPr>
          <w:b/>
        </w:rPr>
        <w:t xml:space="preserve">[43:09] </w:t>
      </w:r>
      <w:r>
        <w:t>aur Quran ke sath wahi hoga jo Bible ke sath hua. Printing Quran without Arabic text yeh Quran par zulm hai.</w:t>
      </w:r>
    </w:p>
    <w:p>
      <w:pPr>
        <w:jc w:val="right"/>
      </w:pPr>
      <w:r>
        <w:t>اور قرآن کے ساتھ وہی ہوگا جو Bible کے ساتھ ہوا۔ Printing قرآن without Arabic text یہ قرآن پر ظلم ہے۔</w:t>
      </w:r>
    </w:p>
    <w:p>
      <w:r>
        <w:rPr>
          <w:b/>
        </w:rPr>
        <w:t xml:space="preserve">[43:19] </w:t>
      </w:r>
      <w:r>
        <w:t>Maulana sahab please let us all know is this kind of thinking according to Quranic teaching?" yeh bilkul absurd hai absurd hai.</w:t>
      </w:r>
    </w:p>
    <w:p>
      <w:pPr>
        <w:jc w:val="right"/>
      </w:pPr>
      <w:r>
        <w:t>مولانا صاحب please let us all know is this kind of thinking according to Quranic teaching؟" یہ بالکل absurd ہے absurd ہے۔</w:t>
      </w:r>
    </w:p>
    <w:p>
      <w:r>
        <w:rPr>
          <w:b/>
        </w:rPr>
        <w:t xml:space="preserve">[43:30] </w:t>
      </w:r>
      <w:r>
        <w:t>dekhiye Quran mein ek ayat hai ke: "wa ma arsalna min rasool illa bi lisani qawmihi." haan illa bi lisani qawmihi.</w:t>
      </w:r>
    </w:p>
    <w:p>
      <w:pPr>
        <w:jc w:val="right"/>
      </w:pPr>
      <w:r>
        <w:t>دیکھیے قرآن میں ایک آیت ہے کہ: "وما أرسلنا من رسول إلا بلسان قومه۔" ہاں إلا بلسان قومہ۔</w:t>
      </w:r>
    </w:p>
    <w:p>
      <w:r>
        <w:rPr>
          <w:b/>
        </w:rPr>
        <w:t xml:space="preserve">[43:43] </w:t>
      </w:r>
      <w:r>
        <w:t>hum ne jab bhi koi rasool bheja to us ki us ko bheja us ki apni qom ki zaban zaban mein.</w:t>
      </w:r>
    </w:p>
    <w:p>
      <w:pPr>
        <w:jc w:val="right"/>
      </w:pPr>
      <w:r>
        <w:t>ہم نے جب بھی کوئی رسول بھیجا تو اس کی اس کو بھیجا اس کی اپنی قوم کی زبان زبان میں۔</w:t>
      </w:r>
    </w:p>
    <w:p>
      <w:r>
        <w:rPr>
          <w:b/>
        </w:rPr>
        <w:t xml:space="preserve">[43:53] </w:t>
      </w:r>
      <w:r>
        <w:t>is ayat ka tarjuma ye ayat ka hawala kiya hai?</w:t>
      </w:r>
    </w:p>
    <w:p>
      <w:pPr>
        <w:jc w:val="right"/>
      </w:pPr>
      <w:r>
        <w:t>اس آیت کا ترجمہ یہ آیت کا حوالہ کیا ہے؟</w:t>
      </w:r>
    </w:p>
    <w:p>
      <w:r>
        <w:rPr>
          <w:b/>
        </w:rPr>
        <w:t xml:space="preserve">[44:07] </w:t>
      </w:r>
      <w:r>
        <w:t>surah ibrahim surah number choda ayat number char.</w:t>
      </w:r>
    </w:p>
    <w:p>
      <w:pPr>
        <w:jc w:val="right"/>
      </w:pPr>
      <w:r>
        <w:t>سورہ ابراہیم سورہ نمبر چودہ آیت نمبر چار۔</w:t>
      </w:r>
    </w:p>
    <w:p>
      <w:r>
        <w:rPr>
          <w:b/>
        </w:rPr>
        <w:t xml:space="preserve">[44:14] </w:t>
      </w:r>
      <w:r>
        <w:t>quran mein hai ke allah farmaya allah ne farmaya ke hum ne jab bhi koi nabi bheja to us ko us ki apni qom ki zaban mein bheja.</w:t>
      </w:r>
    </w:p>
    <w:p>
      <w:pPr>
        <w:jc w:val="right"/>
      </w:pPr>
      <w:r>
        <w:t>قرآن میں ہے کہ اللہ فرمایا اللہ نے فرمایا کہ ہم نے جب بھی کوئی نبی بھیجا تو اس کو اس کی اپنی قوم کی زبان میں بھیجا۔</w:t>
      </w:r>
    </w:p>
    <w:p>
      <w:r>
        <w:rPr>
          <w:b/>
        </w:rPr>
        <w:t xml:space="preserve">[44:30] </w:t>
      </w:r>
      <w:r>
        <w:t>is ka matlab kya hua? is ka matlab ye hua ke arabi zaban mein quran is liye aya ke is qom ki zaban arabi zaban thi.</w:t>
      </w:r>
    </w:p>
    <w:p>
      <w:pPr>
        <w:jc w:val="right"/>
      </w:pPr>
      <w:r>
        <w:t>اس کا مطلب کیا ہوا؟ اس کا مطلب یہ ہوا کہ عربی زبان میں قرآن اس لیے آیا کہ اس قوم کی زبان عربی زبان تھی۔</w:t>
      </w:r>
    </w:p>
    <w:p>
      <w:r>
        <w:rPr>
          <w:b/>
        </w:rPr>
        <w:t xml:space="preserve">[44:39] </w:t>
      </w:r>
      <w:r>
        <w:t>is liye nahi ke wo jannat ki zaban thi. ab quran ka jo text hai arabi zaban mein hai ye harar ka matlab nahi hai. to aaj jab hum ko ye hai hukum ke quran ko pohnchao sari dunya tak.</w:t>
      </w:r>
    </w:p>
    <w:p>
      <w:pPr>
        <w:jc w:val="right"/>
      </w:pPr>
      <w:r>
        <w:t>اس لیے نہیں کہ وہ جنت کی زبان تھی۔ اب قرآن کا جو text ہے عربی زبان میں ہے یہ حرر کا مطلب نہیں ہے۔ تو آج جب ہم کو یہ ہے حکم کہ قرآن کو پہنچاؤ ساری دنیا تک۔</w:t>
      </w:r>
    </w:p>
    <w:p>
      <w:r>
        <w:rPr>
          <w:b/>
        </w:rPr>
        <w:t xml:space="preserve">[44:59] </w:t>
      </w:r>
      <w:r>
        <w:t>tabarak allazina ala abdihi li yakuna lil alamin nazira. haan al alamin nazira. sare alam ke liye nazir.</w:t>
      </w:r>
    </w:p>
    <w:p>
      <w:pPr>
        <w:jc w:val="right"/>
      </w:pPr>
      <w:r>
        <w:t>تبارک الذین علی عبدہ لیکون للعالمین نظیرا۔ ہاں عالمین نظیرا۔ سارے عالم کے لیے نظیر۔</w:t>
      </w:r>
    </w:p>
    <w:p>
      <w:r>
        <w:rPr>
          <w:b/>
        </w:rPr>
        <w:t xml:space="preserve">[45:11] </w:t>
      </w:r>
      <w:r>
        <w:t>aagah karne wala. to kaise sare alam ko kaise aagah karenge aap arabi zaban mein de kar? to wo aadmi kahega ke bhai main to arabi janta nahi.</w:t>
      </w:r>
    </w:p>
    <w:p>
      <w:pPr>
        <w:jc w:val="right"/>
      </w:pPr>
      <w:r>
        <w:t>آگاہ کرنے والا۔ تو کیسے سارے عالم کو کیسے آگاہ کریں گے آپ عربی زبان میں دے کر؟ تو وہ آدمی کہے گا کہ بھئی میں تو عربی جانتا نہیں۔</w:t>
      </w:r>
    </w:p>
    <w:p>
      <w:r>
        <w:rPr>
          <w:b/>
        </w:rPr>
        <w:t xml:space="preserve">[45:24] </w:t>
      </w:r>
      <w:r>
        <w:t>nahi is ka matlab ye hai ke aap bhi wahi karen jo bible walon ne kiya. ye galat bible walon ko aap wo galat tasveer pesh ki aap ne.</w:t>
      </w:r>
    </w:p>
    <w:p>
      <w:pPr>
        <w:jc w:val="right"/>
      </w:pPr>
      <w:r>
        <w:t>نہیں اس کا مطلب یہ ہے کہ آپ بھی وہی کریں جو Bible والوں نے کیا۔ یہ غلط Bible والوں کو آپ وہ غلط تصویر پیش کی آپ نے۔</w:t>
      </w:r>
    </w:p>
    <w:p>
      <w:r>
        <w:rPr>
          <w:b/>
        </w:rPr>
        <w:t xml:space="preserve">[45:42] </w:t>
      </w:r>
      <w:r>
        <w:t>main to samajhta hoon ke unhon ne immutable kaam kiya hai bible walon ne. sari zaban unhon ne seekhi.</w:t>
      </w:r>
    </w:p>
    <w:p>
      <w:pPr>
        <w:jc w:val="right"/>
      </w:pPr>
      <w:r>
        <w:t>میں تو سمجھتا ہوں کہ انہوں نے immutable کام کیا ہے Bible والوں نے۔ ساری زبان انہوں نے سیکھی۔</w:t>
      </w:r>
    </w:p>
    <w:p>
      <w:r>
        <w:rPr>
          <w:b/>
        </w:rPr>
        <w:t xml:space="preserve">[45:52] </w:t>
      </w:r>
      <w:r>
        <w:t>is mein behtareen tarjume tayar kiye. aur bohat achhe andaz se un ko un ke tarjume understandable language mein chhapa kar phaila rahe hain.</w:t>
      </w:r>
    </w:p>
    <w:p>
      <w:pPr>
        <w:jc w:val="right"/>
      </w:pPr>
      <w:r>
        <w:t>اس میں بہترین ترجمے تیار کیے۔ اور بہت اچھے انداز سے ان کو ان کے ترجمے understandable language میں چھاپا کر پھیلا رہے ہیں۔</w:t>
      </w:r>
    </w:p>
    <w:p>
      <w:r>
        <w:rPr>
          <w:b/>
        </w:rPr>
        <w:t xml:space="preserve">[46:04] </w:t>
      </w:r>
      <w:r>
        <w:t>ye to immutable kaam hai. aap aap un ko un ke un ke un ke un ke un ke role ko samjhen nahi aap.</w:t>
      </w:r>
    </w:p>
    <w:p>
      <w:pPr>
        <w:jc w:val="right"/>
      </w:pPr>
      <w:r>
        <w:t>یہ تو immutable کام ہے۔ آپ آپ ان کو ان کے ان کے ان کے ان کے ان کے role کو سمجھیں نہیں آپ۔</w:t>
      </w:r>
    </w:p>
    <w:p>
      <w:r>
        <w:rPr>
          <w:b/>
        </w:rPr>
        <w:t xml:space="preserve">[46:18] </w:t>
      </w:r>
      <w:r>
        <w:t>main samajhta hoon ke is zamane ke musalmanon ko wahi kaam karna hai jo christian ne kiya. unhon ne sari dunya ki zabano mein quran ke bible ki tarjume tayar kiye bohat achhi zaban mein.</w:t>
      </w:r>
    </w:p>
    <w:p>
      <w:pPr>
        <w:jc w:val="right"/>
      </w:pPr>
      <w:r>
        <w:t>میں سمجھتا ہوں کہ اس زمانے کے مسلمانوں کو وہی کام کرنا ہے جو Christian نے کیا۔ انہوں نے ساری دنیا کی زبانوں میں قرآن کے Bible کی ترجمے تیار کیے بہت اچھی زبان میں۔</w:t>
      </w:r>
    </w:p>
    <w:p>
      <w:r>
        <w:rPr>
          <w:b/>
        </w:rPr>
        <w:t xml:space="preserve">[46:35] </w:t>
      </w:r>
      <w:r>
        <w:t>bible ki zaban bohat achhi zaban hoti hai. aur is ko chhapa kar dunya bhar mein phailaye. sari dunya mein jahan jahan hai wahan bible maujood ho hai.</w:t>
      </w:r>
    </w:p>
    <w:p>
      <w:pPr>
        <w:jc w:val="right"/>
      </w:pPr>
      <w:r>
        <w:t>Bible کی زبان بہت اچھی زبان ہوتی ہے۔ اور اس کو چھاپ کر دنیا بھر میں پھیلائے۔ ساری دنیا میں جہاں جہاں ہے وہاں Bible موجود ہو ہے۔</w:t>
      </w:r>
    </w:p>
    <w:p>
      <w:r>
        <w:rPr>
          <w:b/>
        </w:rPr>
        <w:t xml:space="preserve">[46:47] </w:t>
      </w:r>
      <w:r>
        <w:t>yahi kaam hum ko bhi karna hai.</w:t>
      </w:r>
    </w:p>
    <w:p>
      <w:pPr>
        <w:jc w:val="right"/>
      </w:pPr>
      <w:r>
        <w:t>یہی کام ہم کو بھی کرنا ہے۔</w:t>
      </w:r>
    </w:p>
    <w:p>
      <w:r>
        <w:rPr>
          <w:b/>
        </w:rPr>
        <w:t xml:space="preserve">[46:51] </w:t>
      </w:r>
      <w:r>
        <w:t>hum ko bhi karna hai. aur ye khud quran ki ek ayat se nikalta hai. wo ayat kis tarah se hai?</w:t>
      </w:r>
    </w:p>
    <w:p>
      <w:pPr>
        <w:jc w:val="right"/>
      </w:pPr>
      <w:r>
        <w:t>ہم کو بھی کرنا ہے۔ اور یہ خود قرآن کی ایک آیت سے نکلتا ہے۔ وہ آیت کس طرح سے ہے؟</w:t>
      </w:r>
    </w:p>
    <w:p>
      <w:r>
        <w:rPr>
          <w:b/>
        </w:rPr>
        <w:t xml:space="preserve">[46:59] </w:t>
      </w:r>
      <w:r>
        <w:t>ya ayuhal lazina amanu kono ansar allah kama qala isa ibn maryam ala al hawariyin man ansari ila allah.</w:t>
      </w:r>
    </w:p>
    <w:p>
      <w:pPr>
        <w:jc w:val="right"/>
      </w:pPr>
      <w:r>
        <w:t>یا ایہا الذین آمنوا کونوا انصار اللہ کما قال عیسیٰ ابن مریم علی الحواریین من انصاری الی اللہ۔</w:t>
      </w:r>
    </w:p>
    <w:p>
      <w:r>
        <w:rPr>
          <w:b/>
        </w:rPr>
        <w:t xml:space="preserve">[47:08] </w:t>
      </w:r>
      <w:r>
        <w:t>haan dekhiye is par ghor kijiye is ayat ko. to allah taala ne christian ko se jo kaam liya wo ek model ban gaya hamare liye quran ke ke hum isi model par quran ko tayar karen aur phailayen.</w:t>
      </w:r>
    </w:p>
    <w:p>
      <w:pPr>
        <w:jc w:val="right"/>
      </w:pPr>
      <w:r>
        <w:t>ہاں دیکھیے اس پر غور کیجیے اس آیت کو۔ تو اللہ تعالیٰ نے Christian کو سے جو کام لیا وہ ایک ماڈل بن گیا ہمارے لیے قرآن کے کہ ہم اسی ماڈل پر قرآن کو تیار کریں اور پھیلائیں۔</w:t>
      </w:r>
    </w:p>
    <w:p>
      <w:r>
        <w:rPr>
          <w:b/>
        </w:rPr>
        <w:t xml:space="preserve">[47:36] </w:t>
      </w:r>
      <w:r>
        <w:t>ye khud quran se nikalta hai.</w:t>
      </w:r>
    </w:p>
    <w:p>
      <w:pPr>
        <w:jc w:val="right"/>
      </w:pPr>
      <w:r>
        <w:t>یہ خود قرآن سے نکلتا ہے۔</w:t>
      </w:r>
    </w:p>
    <w:p>
      <w:r>
        <w:rPr>
          <w:b/>
        </w:rPr>
        <w:t xml:space="preserve">[47:42] </w:t>
      </w:r>
      <w:r>
        <w:t>main ek ye mera tajurba ek ye hai ke musalman doosre mazhabon se yani negative negative soch rakhte hain.</w:t>
      </w:r>
    </w:p>
    <w:p>
      <w:pPr>
        <w:jc w:val="right"/>
      </w:pPr>
      <w:r>
        <w:t>میں ایک یہ میرا تجربہ ایک یہ ہے کہ مسلمان دوسرے مذہبوں سے یعنی negative negative سوچ رکھتے ہیں۔</w:t>
      </w:r>
    </w:p>
    <w:p>
      <w:r>
        <w:rPr>
          <w:b/>
        </w:rPr>
        <w:t xml:space="preserve">[47:55] </w:t>
      </w:r>
      <w:r>
        <w:t>negative</w:t>
      </w:r>
    </w:p>
    <w:p>
      <w:pPr>
        <w:jc w:val="right"/>
      </w:pPr>
      <w:r>
        <w:t>Negative</w:t>
      </w:r>
    </w:p>
    <w:p>
      <w:r>
        <w:rPr>
          <w:b/>
        </w:rPr>
        <w:t xml:space="preserve">[47:59] </w:t>
      </w:r>
      <w:r>
        <w:t>yahud se aur</w:t>
      </w:r>
    </w:p>
    <w:p>
      <w:pPr>
        <w:jc w:val="right"/>
      </w:pPr>
      <w:r>
        <w:t>یہود سے اور</w:t>
      </w:r>
    </w:p>
    <w:p>
      <w:r>
        <w:rPr>
          <w:b/>
        </w:rPr>
        <w:t xml:space="preserve">[48:04] </w:t>
      </w:r>
      <w:r>
        <w:t>christian se mujhe to kisi se mujhe to kisi se koi hate nahi.</w:t>
      </w:r>
    </w:p>
    <w:p>
      <w:pPr>
        <w:jc w:val="right"/>
      </w:pPr>
      <w:r>
        <w:t>Christian سے مجھے تو کسی سے مجھے تو کسی سے کوئی hate نہیں۔</w:t>
      </w:r>
    </w:p>
    <w:p>
      <w:r>
        <w:rPr>
          <w:b/>
        </w:rPr>
        <w:t xml:space="preserve">[48:14] </w:t>
      </w:r>
      <w:r>
        <w:t>maulana kuch comments padhna chahenge agla sawal lene se pehle. ye comment bheja hai miss shabina ali ne kolkata se.</w:t>
      </w:r>
    </w:p>
    <w:p>
      <w:pPr>
        <w:jc w:val="right"/>
      </w:pPr>
      <w:r>
        <w:t>مولانا کچھ comments پڑھنا چاہیں گے اگلا سوال لینے سے پہلے۔ یہ comment بھیجا ہے مس شبینہ علی نے کلکتہ سے۔</w:t>
      </w:r>
    </w:p>
    <w:p>
      <w:r>
        <w:rPr>
          <w:b/>
        </w:rPr>
        <w:t xml:space="preserve">[48:23] </w:t>
      </w:r>
      <w:r>
        <w:t>unhon ne likha hai: "maulana sahab main kolkata literature festival mein participate kar rahi hoon aur main quran dunya bhar se aaye hue authors writers aur panelist ko de rahi hoon."</w:t>
      </w:r>
    </w:p>
    <w:p>
      <w:pPr>
        <w:jc w:val="right"/>
      </w:pPr>
      <w:r>
        <w:t>انہوں نے لکھا ہے: "مولانا صاحب میں کلکتہ literature festival میں participate کر رہی ہوں اور میں قرآن دنیا بھر سے آئے ہوئے authors writers اور panelist کو دے رہی ہوں۔</w:t>
      </w:r>
    </w:p>
    <w:p>
      <w:r>
        <w:rPr>
          <w:b/>
        </w:rPr>
        <w:t xml:space="preserve">[48:39] </w:t>
      </w:r>
      <w:r>
        <w:t>quran dene mein ek thrilling experience ho raha hai. kuch foreign writers to bohat hi khushi khushi se le rahe hain."</w:t>
      </w:r>
    </w:p>
    <w:p>
      <w:pPr>
        <w:jc w:val="right"/>
      </w:pPr>
      <w:r>
        <w:t>قرآن دینے میں ایک thrilling experience ہو رہا ہے۔ کچھ foreign writers تو بہت ہی خوشی خوشی سے لے رہے ہیں۔"</w:t>
      </w:r>
    </w:p>
    <w:p>
      <w:r>
        <w:rPr>
          <w:b/>
        </w:rPr>
        <w:t xml:space="preserve">[48:53] </w:t>
      </w:r>
      <w:r>
        <w:t>mashallah mashallah mashallah jazakumullah. rashid ansari sahab ne meerath se likha hai: "molana aap ki positive thinking ne hamari zabardast tarbiyat ki hai." hamare ek sathi hain doctor khadim razi sahab.</w:t>
      </w:r>
    </w:p>
    <w:p>
      <w:pPr>
        <w:jc w:val="right"/>
      </w:pPr>
      <w:r>
        <w:t>ماشاءاللہ ماشاءاللہ ماشاءاللہ جزاکم اللہ۔ راشد انصاری صاحب نے میرٹھ سے لکھا ہے: "مولانا آپ کی positive thinking نے ہماری زبردست تربیت کی ہے۔" ہمارے ایک ساتھی ہیں ڈاکٹر خادم رضی صاحب۔</w:t>
      </w:r>
    </w:p>
    <w:p>
      <w:r>
        <w:rPr>
          <w:b/>
        </w:rPr>
        <w:t xml:space="preserve">[49:09] </w:t>
      </w:r>
      <w:r>
        <w:t>in ka kehna hai ke molana ne hamein sochne ka tareeqa sikhaya hai. mashallah.</w:t>
      </w:r>
    </w:p>
    <w:p>
      <w:pPr>
        <w:jc w:val="right"/>
      </w:pPr>
      <w:r>
        <w:t>ان کا کہنا ہے کہ مولانا نے ہمیں سوچنے کا طریقہ سکھایا ہے۔ ماشاءاللہ۔</w:t>
      </w:r>
    </w:p>
    <w:p>
      <w:r>
        <w:rPr>
          <w:b/>
        </w:rPr>
        <w:t xml:space="preserve">[49:20] </w:t>
      </w:r>
      <w:r>
        <w:t>mehtab ahmad sahab ne dhampur se likha hai: "molana sahab aaj aap ka lecture bilkul is is isi is ke andaaz mein mehsoos ho raha hai jaise maine do hazar char mein pehli bar class mein dekha tha.</w:t>
      </w:r>
    </w:p>
    <w:p>
      <w:pPr>
        <w:jc w:val="right"/>
      </w:pPr>
      <w:r>
        <w:t>مہتاب احمد صاحب نے دھامپور سے لکھا ہے: "مولانا صاحب آج آپ کا lecture بالکل اس اس اسی اس کے انداز میں محسوس ہو رہا ہے جیسے میں نے دو ہزار چار میں پہلی بار کلاس میں دیکھا تھا۔</w:t>
      </w:r>
    </w:p>
    <w:p>
      <w:r>
        <w:rPr>
          <w:b/>
        </w:rPr>
        <w:t xml:space="preserve">[49:35] </w:t>
      </w:r>
      <w:r>
        <w:t>allah aap ko mukammal sehat aur lambi umar ata karay." yeh to kamal ki baat hai. ji.</w:t>
      </w:r>
    </w:p>
    <w:p>
      <w:pPr>
        <w:jc w:val="right"/>
      </w:pPr>
      <w:r>
        <w:t>اللہ آپ کو مکمل صحت اور لمبی عمر عطا کرے۔" یہ تو کمال کی بات ہے۔ جی۔</w:t>
      </w:r>
    </w:p>
    <w:p>
      <w:r>
        <w:rPr>
          <w:b/>
        </w:rPr>
        <w:t xml:space="preserve">[49:46] </w:t>
      </w:r>
      <w:r>
        <w:t>molana yaqoob umri ne dilli se likha hai: "molana the idea of peaceful struggle is a booster for human kind.</w:t>
      </w:r>
    </w:p>
    <w:p>
      <w:pPr>
        <w:jc w:val="right"/>
      </w:pPr>
      <w:r>
        <w:t>مولانا یعقوب عمری نے دلی سے لکھا ہے: "مولانا the idea of peaceful struggle is a booster for human kind۔</w:t>
      </w:r>
    </w:p>
    <w:p>
      <w:r>
        <w:rPr>
          <w:b/>
        </w:rPr>
        <w:t xml:space="preserve">[49:55] </w:t>
      </w:r>
      <w:r>
        <w:t>jazak allah khair for your striving ideas like this." mashallah. molana agla sawal gawah se aamir mori sahab ne bhi bejha hai.</w:t>
      </w:r>
    </w:p>
    <w:p>
      <w:pPr>
        <w:jc w:val="right"/>
      </w:pPr>
      <w:r>
        <w:t>جزاک اللہ خیر for your striving ideas like this." ماشاءاللہ۔ مولانا اگلا سوال گواہ سے عامر موری صاحب نے بھیجا ہے۔</w:t>
      </w:r>
    </w:p>
    <w:p>
      <w:r>
        <w:rPr>
          <w:b/>
        </w:rPr>
        <w:t xml:space="preserve">[50:05] </w:t>
      </w:r>
      <w:r>
        <w:t>unhon ne likha hai: "molana sahab we always inculcate a spirit of struggle towards our own development.</w:t>
      </w:r>
    </w:p>
    <w:p>
      <w:pPr>
        <w:jc w:val="right"/>
      </w:pPr>
      <w:r>
        <w:t>انہوں نے لکھا ہے: "مولانا صاحب we always inculcate a spirit of struggle towards our own development۔</w:t>
      </w:r>
    </w:p>
    <w:p>
      <w:r>
        <w:rPr>
          <w:b/>
        </w:rPr>
        <w:t xml:space="preserve">[50:14] </w:t>
      </w:r>
      <w:r>
        <w:t>how should we inculcate the same for nation? how should we contribute towards nation building?</w:t>
      </w:r>
    </w:p>
    <w:p>
      <w:pPr>
        <w:jc w:val="right"/>
      </w:pPr>
      <w:r>
        <w:t>How should we inculcate the same for nation؟ How should we contribute towards nation building؟</w:t>
      </w:r>
    </w:p>
    <w:p>
      <w:r>
        <w:rPr>
          <w:b/>
        </w:rPr>
        <w:t xml:space="preserve">[50:22] </w:t>
      </w:r>
      <w:r>
        <w:t>kindly advise all of us." dekhein hum to nation ka part hain part. jis tarah maa jis tarah mein apni maa ka part hoon.</w:t>
      </w:r>
    </w:p>
    <w:p>
      <w:pPr>
        <w:jc w:val="right"/>
      </w:pPr>
      <w:r>
        <w:t>Kindly advise all of us۔" دیکھیں ہم تو nation کا part ہیں part۔ جس طرح ماں جس طرح میں اپنی ماں کا part ہوں۔</w:t>
      </w:r>
    </w:p>
    <w:p>
      <w:r>
        <w:rPr>
          <w:b/>
        </w:rPr>
        <w:t xml:space="preserve">[50:36] </w:t>
      </w:r>
      <w:r>
        <w:t>isi tarah se mein nation ka part hoon. mother land ka jo mother land ka jo concept hai woh bilkul sahi manta hoon mein is ko.</w:t>
      </w:r>
    </w:p>
    <w:p>
      <w:pPr>
        <w:jc w:val="right"/>
      </w:pPr>
      <w:r>
        <w:t>اسی طرح سے میں nation کا part ہوں۔ Mother land کا جو mother land کا جو concept ہے وہ بالکل صحیح مانتا ہوں میں اس کو۔</w:t>
      </w:r>
    </w:p>
    <w:p>
      <w:r>
        <w:rPr>
          <w:b/>
        </w:rPr>
        <w:t xml:space="preserve">[50:48] </w:t>
      </w:r>
      <w:r>
        <w:t>bilkul sahi manta hoon mein.</w:t>
      </w:r>
    </w:p>
    <w:p>
      <w:pPr>
        <w:jc w:val="right"/>
      </w:pPr>
      <w:r>
        <w:t>بالکل صحیح مانتا ہوں میں۔</w:t>
      </w:r>
    </w:p>
    <w:p>
      <w:r>
        <w:rPr>
          <w:b/>
        </w:rPr>
        <w:t xml:space="preserve">[50:55] </w:t>
      </w:r>
      <w:r>
        <w:t>ek ek riwayat aati hai. ek riwayat aati hai ke rasool allah sallallahu alaihi wasallam ek bar ek safar mein gaye to to un ki jo maa thi rasool allah ki jo maa thi kaha jata hai ke woh rastay mein un ka intiqal ho gaya tha aur rastay mein un ki qabar banai gayi thi.</w:t>
      </w:r>
    </w:p>
    <w:p>
      <w:pPr>
        <w:jc w:val="right"/>
      </w:pPr>
      <w:r>
        <w:t>ایک ایک روایت آتی ہے۔ ایک روایت آتی ہے کہ رسول اللہ صلی اللہ علیہ وسلم ایک بار ایک سفر میں گئے تو تو ان کی جو ماں تھی رسول اللہ کی جو ماں تھی کہا جاتا ہے کہ وہ راستے میں ان کا انتقال ہو گیا تھا اور راستے میں ان کی قبر بنائی گئی تھی۔</w:t>
      </w:r>
    </w:p>
    <w:p>
      <w:r>
        <w:rPr>
          <w:b/>
        </w:rPr>
        <w:t xml:space="preserve">[51:16] </w:t>
      </w:r>
      <w:r>
        <w:t>to rasool allah ko jab maloom hua ke yeh meri maa ki qabar hai to wahan woh thehar gaye aur ronay lage aap. rasool allah roye wahan par.</w:t>
      </w:r>
    </w:p>
    <w:p>
      <w:pPr>
        <w:jc w:val="right"/>
      </w:pPr>
      <w:r>
        <w:t>تو رسول اللہ کو جب معلوم ہوا کہ یہ میری ماں کی قبر ہے تو وہاں وہ ٹھہر گئے اور رونے لگے آپ۔ رسول اللہ روئے وہاں پر۔</w:t>
      </w:r>
    </w:p>
    <w:p>
      <w:r>
        <w:rPr>
          <w:b/>
        </w:rPr>
        <w:t xml:space="preserve">[51:26] </w:t>
      </w:r>
      <w:r>
        <w:t>to jis tarah aap apni maa ke liye ek love paida karte hain apne andar. maa se aap ko mohabbat hoti hai. to jis tarah maa se mohabbat hoti hai isi tarah se fitri taur par aap ko apne watan se mohabbat hoti hai.</w:t>
      </w:r>
    </w:p>
    <w:p>
      <w:pPr>
        <w:jc w:val="right"/>
      </w:pPr>
      <w:r>
        <w:t>تو جس طرح آپ اپنی ماں کے لیے ایک love پیدا کرتے ہیں اپنے اندر۔ ماں سے آپ کو محبت ہوتی ہے۔ تو جس طرح ماں سے محبت ہوتی ہے اسی طرح سے فطری طور پر آپ کو اپنے وطن سے محبت ہوتی ہے۔</w:t>
      </w:r>
    </w:p>
    <w:p>
      <w:r>
        <w:rPr>
          <w:b/>
        </w:rPr>
        <w:t xml:space="preserve">[51:43] </w:t>
      </w:r>
      <w:r>
        <w:t>mujhe to jaiz tajurba hai aur yahi mein samajhta hoon ke deen ka taqaza bhi hai.</w:t>
      </w:r>
    </w:p>
    <w:p>
      <w:pPr>
        <w:jc w:val="right"/>
      </w:pPr>
      <w:r>
        <w:t>مجھے تو جائز تجربہ ہے اور یہی میں سمجھتا ہوں کہ دین کا تقاضا بھی ہے۔</w:t>
      </w:r>
    </w:p>
    <w:p>
      <w:r>
        <w:rPr>
          <w:b/>
        </w:rPr>
        <w:t xml:space="preserve">[51:55] </w:t>
      </w:r>
      <w:r>
        <w:t>we would like to tell all the viewers that molana's article on patriotism will be coming in the march twenty twenty al risala.</w:t>
      </w:r>
    </w:p>
    <w:p>
      <w:pPr>
        <w:jc w:val="right"/>
      </w:pPr>
      <w:r>
        <w:t>We would like to tell all the viewers that مولانا's article on patriotism will be coming in the March twenty twenty الرسالہ۔</w:t>
      </w:r>
    </w:p>
    <w:p>
      <w:r>
        <w:rPr>
          <w:b/>
        </w:rPr>
        <w:t xml:space="preserve">[52:05] </w:t>
      </w:r>
      <w:r>
        <w:t>so you should all read that article on patriotism. it will be published next month.</w:t>
      </w:r>
    </w:p>
    <w:p>
      <w:pPr>
        <w:jc w:val="right"/>
      </w:pPr>
      <w:r>
        <w:t>So you should all read that article on patriotism۔ It will be published next month۔</w:t>
      </w:r>
    </w:p>
    <w:p>
      <w:r>
        <w:rPr>
          <w:b/>
        </w:rPr>
        <w:t xml:space="preserve">[52:12] </w:t>
      </w:r>
      <w:r>
        <w:t>molana agla sawal aa aa hai imran siddiqui sahab ka gwalior se. unhon ne likha hai: "molana my work is full of responsibility.</w:t>
      </w:r>
    </w:p>
    <w:p>
      <w:pPr>
        <w:jc w:val="right"/>
      </w:pPr>
      <w:r>
        <w:t>مولانا اگلا سوال آ آ ہے عمران صدیقی صاحب کا گوالیہ سے۔ انہوں نے لکھا ہے: "مولانا my work is full of responsibility۔</w:t>
      </w:r>
    </w:p>
    <w:p>
      <w:r>
        <w:rPr>
          <w:b/>
        </w:rPr>
        <w:t xml:space="preserve">[52:24] </w:t>
      </w:r>
      <w:r>
        <w:t>even when i come back home i bring work from office. all this makes it difficult for me to think about god and find some time for reading quran or do contemplation.</w:t>
      </w:r>
    </w:p>
    <w:p>
      <w:pPr>
        <w:jc w:val="right"/>
      </w:pPr>
      <w:r>
        <w:t>Even when I come back home I bring work from office۔ All this makes it difficult for me to think about God and find some time for reading قرآن اور do contemplation۔</w:t>
      </w:r>
    </w:p>
    <w:p>
      <w:r>
        <w:rPr>
          <w:b/>
        </w:rPr>
        <w:t xml:space="preserve">[52:38] </w:t>
      </w:r>
      <w:r>
        <w:t>i get only sundays and i do not miss your class. so i make use of only sundays for my spiritual development.</w:t>
      </w:r>
    </w:p>
    <w:p>
      <w:pPr>
        <w:jc w:val="right"/>
      </w:pPr>
      <w:r>
        <w:t>I get only Sundays and I do not miss your class۔ So I make use of only Sundays for my spiritual development۔</w:t>
      </w:r>
    </w:p>
    <w:p>
      <w:r>
        <w:rPr>
          <w:b/>
        </w:rPr>
        <w:t xml:space="preserve">[52:47] </w:t>
      </w:r>
      <w:r>
        <w:t>please tell me how can i connect with god even during my work time as i feel guilty all the time." nahin is mein guilty ki koi baat nahin hai.</w:t>
      </w:r>
    </w:p>
    <w:p>
      <w:pPr>
        <w:jc w:val="right"/>
      </w:pPr>
      <w:r>
        <w:t>Please tell me how can I connect with God even during my work time as I feel guilty all the time۔" نہیں اس میں guilty کی کوئی بات نہیں ہے۔</w:t>
      </w:r>
    </w:p>
    <w:p>
      <w:r>
        <w:rPr>
          <w:b/>
        </w:rPr>
        <w:t xml:space="preserve">[52:59] </w:t>
      </w:r>
      <w:r>
        <w:t>islam mein sochna bhi ibadat hai. islam mein sochna bhi ibadat hai. to nation ke liye sochna bhi ibadat hai ibadat hai.</w:t>
      </w:r>
    </w:p>
    <w:p>
      <w:pPr>
        <w:jc w:val="right"/>
      </w:pPr>
      <w:r>
        <w:t>اسلام میں سوچنا بھی عبادت ہے۔ اسلام میں سوچنا بھی عبادت ہے۔ تو nation کے لیے سوچنا بھی عبادت ہے عبادت ہے۔</w:t>
      </w:r>
    </w:p>
    <w:p>
      <w:r>
        <w:rPr>
          <w:b/>
        </w:rPr>
        <w:t xml:space="preserve">[53:12] </w:t>
      </w:r>
      <w:r>
        <w:t>nation ke liye sochna. sare insaniyon insanon ke liye sochna. sari dunya</w:t>
      </w:r>
    </w:p>
    <w:p>
      <w:pPr>
        <w:jc w:val="right"/>
      </w:pPr>
      <w:r>
        <w:t>Nation کے لیے سوچنا۔ سارے انسانیوں انسانوں کے لیے سوچنا۔ ساری دنیا</w:t>
      </w:r>
    </w:p>
    <w:p>
      <w:r>
        <w:rPr>
          <w:b/>
        </w:rPr>
        <w:t xml:space="preserve">[53:22] </w:t>
      </w:r>
      <w:r>
        <w:t>se mohabbat karna yeh sab ibadat hai. yeh sab mazhab ka hissa hai.</w:t>
      </w:r>
    </w:p>
    <w:p>
      <w:pPr>
        <w:jc w:val="right"/>
      </w:pPr>
      <w:r>
        <w:t>سے محبت کرنا یہ سب عبادت ہے۔ یہ سب مذہب کا حصہ ہے۔</w:t>
      </w:r>
    </w:p>
    <w:p>
      <w:r>
        <w:rPr>
          <w:b/>
        </w:rPr>
        <w:t xml:space="preserve">[53:33] </w:t>
      </w:r>
      <w:r>
        <w:t>maulana riyaz bhat sahib ne aa sawal bheja hai. unhon ne likha hai: "Today I found explanation of words.</w:t>
      </w:r>
    </w:p>
    <w:p>
      <w:pPr>
        <w:jc w:val="right"/>
      </w:pPr>
      <w:r>
        <w:t>مولانا ریاض بھٹ صاحب نے آ سوال بھیجا ہے۔ انہوں نے لکھا ہے: "Today I found explanation of words۔</w:t>
      </w:r>
    </w:p>
    <w:p>
      <w:r>
        <w:rPr>
          <w:b/>
        </w:rPr>
        <w:t xml:space="preserve">[53:43] </w:t>
      </w:r>
      <w:r>
        <w:t>allah does not burden any person with what he can carry.</w:t>
      </w:r>
    </w:p>
    <w:p>
      <w:pPr>
        <w:jc w:val="right"/>
      </w:pPr>
      <w:r>
        <w:t>اللہ does not burden any person with what he can carry۔</w:t>
      </w:r>
    </w:p>
    <w:p>
      <w:r>
        <w:rPr>
          <w:b/>
        </w:rPr>
        <w:t xml:space="preserve">[53:48] </w:t>
      </w:r>
      <w:r>
        <w:t>I feel hardships faced by any individuals are actually to develop creativity in him or her. Maulana, is this correct?"</w:t>
      </w:r>
    </w:p>
    <w:p>
      <w:pPr>
        <w:jc w:val="right"/>
      </w:pPr>
      <w:r>
        <w:t>I feel hardships faced by any individuals are actually to develop creativity in him اور her۔ مولانا is this correct؟"</w:t>
      </w:r>
    </w:p>
    <w:p>
      <w:r>
        <w:rPr>
          <w:b/>
        </w:rPr>
        <w:t xml:space="preserve">[54:00] </w:t>
      </w:r>
      <w:r>
        <w:t>yaqeenan correct hai sahih hai.</w:t>
      </w:r>
    </w:p>
    <w:p>
      <w:pPr>
        <w:jc w:val="right"/>
      </w:pPr>
      <w:r>
        <w:t>یقینا correct ہے صحیح ہے۔</w:t>
      </w:r>
    </w:p>
    <w:p>
      <w:r>
        <w:rPr>
          <w:b/>
        </w:rPr>
        <w:t xml:space="preserve">[54:08] </w:t>
      </w:r>
      <w:r>
        <w:t>fawad kadwai sahib ne surat se sawal bheja hai. unhon ne likha hai: "Moulana how can we build trust with people of other faith so that there is communal harmony and peace in the</w:t>
      </w:r>
    </w:p>
    <w:p>
      <w:pPr>
        <w:jc w:val="right"/>
      </w:pPr>
      <w:r>
        <w:t>فواد کدوئی صاحب نے سورت سے سوال بھیجا ہے۔ انہوں نے لکھا ہے: "Moulana how can we build trust with people of other faith so that there is communal harmony and peace in the</w:t>
      </w:r>
    </w:p>
    <w:p>
      <w:r>
        <w:rPr>
          <w:b/>
        </w:rPr>
        <w:t xml:space="preserve">[54:22] </w:t>
      </w:r>
      <w:r>
        <w:t>society?" apne andar paida kijiye. aap beginning karte hain doosre se. jo spirit aap chahte hain doosre ke andar paida karna woh apne andar paida kijiye.</w:t>
      </w:r>
    </w:p>
    <w:p>
      <w:pPr>
        <w:jc w:val="right"/>
      </w:pPr>
      <w:r>
        <w:t>society؟" اپنے اندر پیدا کیجیے۔ آپ beginning کرتے ہیں دوسرے سے۔ جو spirit آپ چاہتے ہیں دوسرے کے اندر پیدا کرنا وہ اپنے اندر پیدا کیجیے۔</w:t>
      </w:r>
    </w:p>
    <w:p>
      <w:r>
        <w:rPr>
          <w:b/>
        </w:rPr>
        <w:t xml:space="preserve">[54:38] </w:t>
      </w:r>
      <w:r>
        <w:t>jaise dekhiye main jab kehta hoon allah o akbar namaz mein azan mein to mujhe bohat khushi hoti hai.</w:t>
      </w:r>
    </w:p>
    <w:p>
      <w:pPr>
        <w:jc w:val="right"/>
      </w:pPr>
      <w:r>
        <w:t>جیسے دیکھیے میں جب کہتا ہوں اللہ اکبر نماز میں اذان میں تو مجھے بہت خوشی ہوتی ہے۔</w:t>
      </w:r>
    </w:p>
    <w:p>
      <w:r>
        <w:rPr>
          <w:b/>
        </w:rPr>
        <w:t xml:space="preserve">[54:48] </w:t>
      </w:r>
      <w:r>
        <w:t>ek thrilling thrill aata hai ke maine Allah ko bara ek</w:t>
      </w:r>
    </w:p>
    <w:p>
      <w:pPr>
        <w:jc w:val="right"/>
      </w:pPr>
      <w:r>
        <w:t>ایک thrilling thrill آتا ہے کہ میں نے اللہ کو بڑا ایک</w:t>
      </w:r>
    </w:p>
    <w:p>
      <w:r>
        <w:rPr>
          <w:b/>
        </w:rPr>
        <w:t xml:space="preserve">[55:00] </w:t>
      </w:r>
      <w:r>
        <w:t>discover kiya. aap mujhe bataiye ke india mein kehte hain aise log hain ke doosre ki spirit se woh inspire hon.</w:t>
      </w:r>
    </w:p>
    <w:p>
      <w:pPr>
        <w:jc w:val="right"/>
      </w:pPr>
      <w:r>
        <w:t>discover کیا۔ آپ مجھے بتائیے کہ انڈیا میں کہتے ہیں ایسے لوگ ہیں کہ دوسرے کی spirit سے وہ inspire ہوں۔</w:t>
      </w:r>
    </w:p>
    <w:p>
      <w:r>
        <w:rPr>
          <w:b/>
        </w:rPr>
        <w:t xml:space="preserve">[55:12] </w:t>
      </w:r>
      <w:r>
        <w:t>to aap apne andar paida kijiye doosre ke andar aap chahte hain ke doosre ke andar paida ho. apne andar paida kijiye doosre ke andar apne aap paida ho jayenge.</w:t>
      </w:r>
    </w:p>
    <w:p>
      <w:pPr>
        <w:jc w:val="right"/>
      </w:pPr>
      <w:r>
        <w:t>تو آپ اپنے اندر پیدا کیجیے دوسرے کے اندر آپ چاہتے ہیں کہ دوسرے کے اندر پیدا ہو۔ اپنے اندر پیدا کیجیے دوسرے کے اندر اپنے آپ پیدا ہو جائیں گے۔</w:t>
      </w:r>
    </w:p>
    <w:p>
      <w:r>
        <w:rPr>
          <w:b/>
        </w:rPr>
        <w:t xml:space="preserve">[55:28] </w:t>
      </w:r>
      <w:r>
        <w:t>maulana agla sawal muhammad shan sahib ne kiya hai. unhon ne location nahi likhi hai. un ka sawal hai: "kya deen mein poora ka poora shamil hona aaj mumkin hai?</w:t>
      </w:r>
    </w:p>
    <w:p>
      <w:pPr>
        <w:jc w:val="right"/>
      </w:pPr>
      <w:r>
        <w:t>مولانا اگلا سوال محمد شان صاحب نے کیا ہے۔ انہوں نے location نہیں لکھی ہے۔ ان کا سوال ہے: "کیا دین میں پورا کا پورا شامل ہونا آج ممکن ہے؟</w:t>
      </w:r>
    </w:p>
    <w:p>
      <w:r>
        <w:rPr>
          <w:b/>
        </w:rPr>
        <w:t xml:space="preserve">[55:43] </w:t>
      </w:r>
      <w:r>
        <w:t>agar hai to kaise? jabke dunya mein har taraf gunah ka bazaar laga hua hai. hum ko kaam bhi karna hai aur paise bhi kamane hain apne parivar ke liye.</w:t>
      </w:r>
    </w:p>
    <w:p>
      <w:pPr>
        <w:jc w:val="right"/>
      </w:pPr>
      <w:r>
        <w:t>اگر ہے تو کیسے؟ جبکہ دنیا میں ہر طرف گناہ کا بازار لگا ہوا ہے۔ ہم کو کام بھی کرنا ہے اور پیسے بھی کمانے ہیں اپنے परिवار کے لیے۔</w:t>
      </w:r>
    </w:p>
    <w:p>
      <w:r>
        <w:rPr>
          <w:b/>
        </w:rPr>
        <w:t xml:space="preserve">[55:55] </w:t>
      </w:r>
      <w:r>
        <w:t>please is ka koi hal bataein." hal ki baat hi nahi yeh nazariya hi galat hai. mukammal islam ka nazariya hi galat hai. maine bohat likha hai is ko.</w:t>
      </w:r>
    </w:p>
    <w:p>
      <w:pPr>
        <w:jc w:val="right"/>
      </w:pPr>
      <w:r>
        <w:t>Please اس کا کوئی حل بتائیں۔" حل کی بات ہی نہیں یہ نظریہ ہی غلط ہے۔ مکمل اسلام کا نظریہ ہی غلط ہے۔ میں نے بہت لکھا ہے اس کو۔</w:t>
      </w:r>
    </w:p>
    <w:p>
      <w:r>
        <w:rPr>
          <w:b/>
        </w:rPr>
        <w:t xml:space="preserve">[56:05] </w:t>
      </w:r>
      <w:r>
        <w:t>apne aap ko apne as a fard apni apni shakhsiyat ko islam mein dakhil karna poore pore. yeh nahi ke dunya mein islam ka nizam qaim karna har mulk mein yeh hai hi nahi.</w:t>
      </w:r>
    </w:p>
    <w:p>
      <w:pPr>
        <w:jc w:val="right"/>
      </w:pPr>
      <w:r>
        <w:t>اپنے آپ کو اپنے as اے فرد اپنی اپنی شخصیت کو اسلام میں داخل کرنا پورے پورے۔ یہ نہیں کہ دنیا میں اسلام کا نظام قائم کرنا ہر ملک میں یہ ہے ہی نہیں۔</w:t>
      </w:r>
    </w:p>
    <w:p>
      <w:r>
        <w:rPr>
          <w:b/>
        </w:rPr>
        <w:t xml:space="preserve">[56:20] </w:t>
      </w:r>
      <w:r>
        <w:t>yeh nazariya hi nahi hai. islam nahi hai yeh to political nazariya hai. aap apni zaat ko apne aap ko mukammal taur par allah wala banaye bana dein.</w:t>
      </w:r>
    </w:p>
    <w:p>
      <w:pPr>
        <w:jc w:val="right"/>
      </w:pPr>
      <w:r>
        <w:t>یہ نظریہ ہی نہیں ہے۔ اسلام نہیں ہے یہ تو political نظریہ ہے۔ آپ اپنی ذات کو اپنے آپ کو مکمل طور پر اللہ والا بنائیں بنا دیں۔</w:t>
      </w:r>
    </w:p>
    <w:p>
      <w:r>
        <w:rPr>
          <w:b/>
        </w:rPr>
        <w:t xml:space="preserve">[56:34] </w:t>
      </w:r>
      <w:r>
        <w:t>apne aap ko muqarrar taur par rab rab wala bana dein. rab wala. yeh matlab hai. aur sari dunya mein hukumat qaim karen.</w:t>
      </w:r>
    </w:p>
    <w:p>
      <w:pPr>
        <w:jc w:val="right"/>
      </w:pPr>
      <w:r>
        <w:t>اپنے آپ کو مقرر طور پر رب رب والا بنا دیں۔ رب والا۔ یہ مطلب ہے۔ اور ساری دنیا میں حکومت قائم کریں۔</w:t>
      </w:r>
    </w:p>
    <w:p>
      <w:r>
        <w:rPr>
          <w:b/>
        </w:rPr>
        <w:t xml:space="preserve">[56:43] </w:t>
      </w:r>
      <w:r>
        <w:t>yeh hai hi nahi. is par maine bohat likha hai maine.</w:t>
      </w:r>
    </w:p>
    <w:p>
      <w:pPr>
        <w:jc w:val="right"/>
      </w:pPr>
      <w:r>
        <w:t>یہ ہے ہی نہیں۔ اس پر میں نے بہت لکھا ہے میں نے۔</w:t>
      </w:r>
    </w:p>
    <w:p>
      <w:r>
        <w:rPr>
          <w:b/>
        </w:rPr>
        <w:t xml:space="preserve">[56:53] </w:t>
      </w:r>
      <w:r>
        <w:t>maulana agla sawal sajid anwar sahib ka hai mumbai se. unhon ne likha hai: "maulana in the quran there is so clear guidance about peaceful struggle.</w:t>
      </w:r>
    </w:p>
    <w:p>
      <w:pPr>
        <w:jc w:val="right"/>
      </w:pPr>
      <w:r>
        <w:t>مولانا اگلا سوال ساجد انور صاحب کا ہے ممبئی سے۔ انہوں نے لکھا ہے: "مولانا in the قرآن there is so clear guidance about peaceful struggle۔</w:t>
      </w:r>
    </w:p>
    <w:p>
      <w:r>
        <w:rPr>
          <w:b/>
        </w:rPr>
        <w:t xml:space="preserve">[57:06] </w:t>
      </w:r>
      <w:r>
        <w:t>then how is it that so many muslims have derived the violence from</w:t>
      </w:r>
    </w:p>
    <w:p>
      <w:pPr>
        <w:jc w:val="right"/>
      </w:pPr>
      <w:r>
        <w:t>Then how is it that so many Muslims have derived the violence from</w:t>
      </w:r>
    </w:p>
    <w:p>
      <w:r>
        <w:rPr>
          <w:b/>
        </w:rPr>
        <w:t xml:space="preserve">[57:10] </w:t>
      </w:r>
      <w:r>
        <w:t>the quran?"</w:t>
      </w:r>
    </w:p>
    <w:p>
      <w:pPr>
        <w:jc w:val="right"/>
      </w:pPr>
      <w:r>
        <w:t>the قرآن؟"</w:t>
      </w:r>
    </w:p>
    <w:p>
      <w:r>
        <w:rPr>
          <w:b/>
        </w:rPr>
        <w:t xml:space="preserve">[57:13] </w:t>
      </w:r>
      <w:r>
        <w:t>yeh to aaj se nahi rasool allah peghambar ke zamane se isi dunya mein hai. misaal ke taur par dekhiye abhi sahaba zinda the rasool allah ke baad jo daur aaya us mein kuch logon ne ladiyan aapas mein ladhe woh.</w:t>
      </w:r>
    </w:p>
    <w:p>
      <w:pPr>
        <w:jc w:val="right"/>
      </w:pPr>
      <w:r>
        <w:t>یہ تو آج سے نہیں رسول اللہ پیغمبر کے زمانے سے اسی دنیا میں ہے۔ مثلا دیکھیے ابھی صحابہ زندہ تھے رسول اللہ کے بعد جو دور آیا اس میں کچھ لوگوں نے لڑیاں آپس میں لڑے وہ۔</w:t>
      </w:r>
    </w:p>
    <w:p>
      <w:r>
        <w:rPr>
          <w:b/>
        </w:rPr>
        <w:t xml:space="preserve">[57:34] </w:t>
      </w:r>
      <w:r>
        <w:t>aapas mein ladhe woh. aap jante hain kis naam par ladte hain? huzoor ne hasbana kitab allah. ek ek hasbana kitab quran ko upar kiya unhon ne.</w:t>
      </w:r>
    </w:p>
    <w:p>
      <w:pPr>
        <w:jc w:val="right"/>
      </w:pPr>
      <w:r>
        <w:t>آپس میں لڑے وہ۔ آپ جانتے ہیں کس نام پر لڑتے ہیں؟ حضور نے حسبنا کتاب اللہ۔ ایک ایک حسبنا کتاب قرآن کو اوپر کیا انہوں نے۔</w:t>
      </w:r>
    </w:p>
    <w:p>
      <w:r>
        <w:rPr>
          <w:b/>
        </w:rPr>
        <w:t xml:space="preserve">[57:48] </w:t>
      </w:r>
      <w:r>
        <w:t>aur naara lagaya hasbana hasbana kitab allah. yani allah ki kitab ke naam par ladai. to yeh aaj aaj agar hai to yeh to hamesha rahi hai hamesha rahegi.</w:t>
      </w:r>
    </w:p>
    <w:p>
      <w:pPr>
        <w:jc w:val="right"/>
      </w:pPr>
      <w:r>
        <w:t>اور نعرہ لگایا حسبنا حسبنا کتاب اللہ۔ یعنی اللہ کی کتاب کے نام پر لڑائی۔ تو یہ آج آج اگر ہے تو یہ تو ہمیشہ رہی ہے ہمیشہ رہے گی۔</w:t>
      </w:r>
    </w:p>
    <w:p>
      <w:r>
        <w:rPr>
          <w:b/>
        </w:rPr>
        <w:t xml:space="preserve">[58:01] </w:t>
      </w:r>
      <w:r>
        <w:t>aap apne apne apne ko apne ko lagaiye quran ke kaam mein.</w:t>
      </w:r>
    </w:p>
    <w:p>
      <w:pPr>
        <w:jc w:val="right"/>
      </w:pPr>
      <w:r>
        <w:t>آپ اپنے اپنے اپنے کو اپنے کو لگائیے قرآن کے کام میں۔</w:t>
      </w:r>
    </w:p>
    <w:p>
      <w:r>
        <w:rPr>
          <w:b/>
        </w:rPr>
        <w:t xml:space="preserve">[58:12] </w:t>
      </w:r>
      <w:r>
        <w:t>muhammad bilal shafi sahib ne dilli se sawal kiya hai. unhon ne likha hai: "maulana aap ne jo bataya abhi ke sare insaan ke liye sochna ek ibadat hai.</w:t>
      </w:r>
    </w:p>
    <w:p>
      <w:pPr>
        <w:jc w:val="right"/>
      </w:pPr>
      <w:r>
        <w:t>محمد بلال شفیع صاحب نے دلی سے سوال کیا ہے۔ انہوں نے لکھا ہے: "مولانا آپ نے جو بتایا ابھی کہ سارے انسان کے لیے سوچنا ایک عبادت ہے۔</w:t>
      </w:r>
    </w:p>
    <w:p>
      <w:r>
        <w:rPr>
          <w:b/>
        </w:rPr>
        <w:t xml:space="preserve">[58:24] </w:t>
      </w:r>
      <w:r>
        <w:t>To think about a country is also ibadat.</w:t>
      </w:r>
    </w:p>
    <w:p>
      <w:pPr>
        <w:jc w:val="right"/>
      </w:pPr>
      <w:r>
        <w:t>To think about a country is also عبادت۔</w:t>
      </w:r>
    </w:p>
    <w:p>
      <w:r>
        <w:rPr>
          <w:b/>
        </w:rPr>
        <w:t xml:space="preserve">[58:28] </w:t>
      </w:r>
      <w:r>
        <w:t>Please help us understand it more. If possible with reference from quran and hadith. As this concept really needs to be adopted by by all the Muslims.</w:t>
      </w:r>
    </w:p>
    <w:p>
      <w:pPr>
        <w:jc w:val="right"/>
      </w:pPr>
      <w:r>
        <w:t>Please help us understand it more. If possible with reference from قرآن and حدیث۔ As this concept really needs to be adopted by by all the Muslims۔</w:t>
      </w:r>
    </w:p>
    <w:p>
      <w:r>
        <w:rPr>
          <w:b/>
        </w:rPr>
        <w:t xml:space="preserve">[58:42] </w:t>
      </w:r>
      <w:r>
        <w:t>And I find myself lacking in this spirit. "dekhie quran milta hai arabi zaban se nahi tadabbur ke zariye se.</w:t>
      </w:r>
    </w:p>
    <w:p>
      <w:pPr>
        <w:jc w:val="right"/>
      </w:pPr>
      <w:r>
        <w:t>And I find myself lacking in this spirit۔" دیکھیے قرآن ملتا ہے عربی زبان سے نہیں تدبر کے ذریعے سے۔</w:t>
      </w:r>
    </w:p>
    <w:p>
      <w:r>
        <w:rPr>
          <w:b/>
        </w:rPr>
        <w:t xml:space="preserve">[58:57] </w:t>
      </w:r>
      <w:r>
        <w:t>Sirf arabi janen aap dukan mil jaye aap ko aisa nahi hai. Aap ko tadabbur karna parega tadabbur. Lehaza tabarru ayat hi.</w:t>
      </w:r>
    </w:p>
    <w:p>
      <w:pPr>
        <w:jc w:val="right"/>
      </w:pPr>
      <w:r>
        <w:t>صرف عربی جانیں آپ دکان مل جائے آپ کو ایسا نہیں ہے۔ آپ کو تدبر کرنا پڑے گا تدبر۔ لہذا تبرو آیت ہی۔</w:t>
      </w:r>
    </w:p>
    <w:p>
      <w:r>
        <w:rPr>
          <w:b/>
        </w:rPr>
        <w:t xml:space="preserve">[59:07] </w:t>
      </w:r>
      <w:r>
        <w:t>Misla aaj ki baat mein to kehta hoon aaj. Aur subah mein soch raha tha quran ke bare mein. Alhamdulillah rabbul alameen.</w:t>
      </w:r>
    </w:p>
    <w:p>
      <w:pPr>
        <w:jc w:val="right"/>
      </w:pPr>
      <w:r>
        <w:t>مثلا آج کی بات میں تو کہتا ہوں آج۔ اور صبح میں سوچ رہا تھا قرآن کے بارے میں۔ الحمدللہ رب العالمین۔</w:t>
      </w:r>
    </w:p>
    <w:p>
      <w:r>
        <w:rPr>
          <w:b/>
        </w:rPr>
        <w:t xml:space="preserve">[59:20] </w:t>
      </w:r>
      <w:r>
        <w:t>Alhamdulillah rabbul alameen. To hamare ulma kehte hain ke ek ek hoti hai khabar ek hoti hai insha.</w:t>
      </w:r>
    </w:p>
    <w:p>
      <w:pPr>
        <w:jc w:val="right"/>
      </w:pPr>
      <w:r>
        <w:t>الحمدللہ رب العالمین۔ تو ہمارے علماء کہتے ہیں کہ ایک ایک ہوتی ہے خبر ایک ہوتی ہے انشاء۔</w:t>
      </w:r>
    </w:p>
    <w:p>
      <w:r>
        <w:rPr>
          <w:b/>
        </w:rPr>
        <w:t xml:space="preserve">[59:31] </w:t>
      </w:r>
      <w:r>
        <w:t>Yani khabariya jumla insha yeh jumla jumla. Yani khabar ka matlab yeh hai ke aisa ho raha hai dunya mein. Yeh batana.</w:t>
      </w:r>
    </w:p>
    <w:p>
      <w:pPr>
        <w:jc w:val="right"/>
      </w:pPr>
      <w:r>
        <w:t>یعنی خبریہ جملہ انشاء یہ جملہ جملہ۔ یعنی خبر کا مطلب یہ ہے کہ ایسا ہو رہا ہے دنیا میں۔ یہ بتانا۔</w:t>
      </w:r>
    </w:p>
    <w:p>
      <w:r>
        <w:rPr>
          <w:b/>
        </w:rPr>
        <w:t xml:space="preserve">[59:41] </w:t>
      </w:r>
      <w:r>
        <w:t>Aur insha yeh hai ke yeh karo. To alhamdulillah rabbul alameen. Khabar nahi hai insha bhi hai.</w:t>
      </w:r>
    </w:p>
    <w:p>
      <w:pPr>
        <w:jc w:val="right"/>
      </w:pPr>
      <w:r>
        <w:t>اور انشاء یہ ہے کہ یہ کرو۔ تو الحمدللہ رب العالمین۔ خبر نہیں ہے انشاء بھی ہے۔</w:t>
      </w:r>
    </w:p>
    <w:p>
      <w:r>
        <w:rPr>
          <w:b/>
        </w:rPr>
        <w:t xml:space="preserve">[59:51] </w:t>
      </w:r>
      <w:r>
        <w:t>Balke khabar bhi hai insha bhi hai. Yani Allah ko</w:t>
      </w:r>
    </w:p>
    <w:p>
      <w:pPr>
        <w:jc w:val="right"/>
      </w:pPr>
      <w:r>
        <w:t>بلکہ خبر بھی ہے انشاء بھی ہے۔ یعنی اللہ کو</w:t>
      </w:r>
    </w:p>
    <w:p>
      <w:r>
        <w:rPr>
          <w:b/>
        </w:rPr>
        <w:t xml:space="preserve">[59:58] </w:t>
      </w:r>
      <w:r>
        <w:t>yad karo is ke hum ke sath. Allah ko</w:t>
      </w:r>
    </w:p>
    <w:p>
      <w:pPr>
        <w:jc w:val="right"/>
      </w:pPr>
      <w:r>
        <w:t>یاد کرو اس کے ہم کے ساتھ۔ اللہ کو</w:t>
      </w:r>
    </w:p>
    <w:p>
      <w:r>
        <w:rPr>
          <w:b/>
        </w:rPr>
        <w:t xml:space="preserve">[1:00:07] </w:t>
      </w:r>
      <w:r>
        <w:t>is ki barhai ke sath is ki is ki azmaton ke sath yad karo. Yani woh khabar bhi hai insha bhi hai.</w:t>
      </w:r>
    </w:p>
    <w:p>
      <w:pPr>
        <w:jc w:val="right"/>
      </w:pPr>
      <w:r>
        <w:t>اس کی بڑائی کے ساتھ اس کی اس کی عظمتوں کے ساتھ یاد کرو۔ یعنی وہ خبر بھی ہے انشاء بھی ہے۔</w:t>
      </w:r>
    </w:p>
    <w:p>
      <w:r>
        <w:rPr>
          <w:b/>
        </w:rPr>
        <w:t xml:space="preserve">[1:00:23] </w:t>
      </w:r>
      <w:r>
        <w:t>Yeh quran milta hai aap ko tadabbur ke zariye. Sirf arabi dani ke zariye nahi milta.</w:t>
      </w:r>
    </w:p>
    <w:p>
      <w:pPr>
        <w:jc w:val="right"/>
      </w:pPr>
      <w:r>
        <w:t>یہ قرآن ملتا ہے آپ کو تدبر کے ذریعے۔ صرف عربی دانی کے ذریعے نہیں ملتا۔</w:t>
      </w:r>
    </w:p>
    <w:p>
      <w:r>
        <w:rPr>
          <w:b/>
        </w:rPr>
        <w:t xml:space="preserve">[1:00:34] </w:t>
      </w:r>
      <w:r>
        <w:t>Tadabbur karen ge to quran milega. Nahi to quran nahi milega. Is ko hadith mein in alfaz mein kaha gaya hai ke woh kya alfaz hain sab?</w:t>
      </w:r>
    </w:p>
    <w:p>
      <w:pPr>
        <w:jc w:val="right"/>
      </w:pPr>
      <w:r>
        <w:t>تدبر کریں گے تو قرآن ملے گا۔ نہیں تو قرآن نہیں ملے گا۔ اس کو حدیث میں ان الفاظ میں کہا گیا ہے کہ وہ کیا الفاظ ہیں سب؟</w:t>
      </w:r>
    </w:p>
    <w:p>
      <w:r>
        <w:rPr>
          <w:b/>
        </w:rPr>
        <w:t xml:space="preserve">[1:00:48] </w:t>
      </w:r>
      <w:r>
        <w:t>Taahhud bil quran. Haan taahhud bil quran. Taahhud bil quran yani bil quran se lipat lipat jao.</w:t>
      </w:r>
    </w:p>
    <w:p>
      <w:pPr>
        <w:jc w:val="right"/>
      </w:pPr>
      <w:r>
        <w:t>تعہد بالقرآن۔ ہاں تعہد بالقرآن۔ تعہد بالقرآن یعنی بالقرآن سے لپٹ لپٹ جاؤ۔</w:t>
      </w:r>
    </w:p>
    <w:p>
      <w:r>
        <w:rPr>
          <w:b/>
        </w:rPr>
        <w:t xml:space="preserve">[1:00:57] </w:t>
      </w:r>
      <w:r>
        <w:t>Quran se apne aap ko jore rakho.</w:t>
      </w:r>
    </w:p>
    <w:p>
      <w:pPr>
        <w:jc w:val="right"/>
      </w:pPr>
      <w:r>
        <w:t>قرآن سے اپنے آپ کو جوڑے رکھو۔</w:t>
      </w:r>
    </w:p>
    <w:p>
      <w:r>
        <w:rPr>
          <w:b/>
        </w:rPr>
        <w:t xml:space="preserve">[1:01:03] </w:t>
      </w:r>
      <w:r>
        <w:t>Log samajhte hain ke bas tilawat kar liya to quran mil gaya. Quran milta hai aap ko.</w:t>
      </w:r>
    </w:p>
    <w:p>
      <w:pPr>
        <w:jc w:val="right"/>
      </w:pPr>
      <w:r>
        <w:t>لوگ سمجھتے ہیں کہ بس تلاوت کر لیا تو قرآن مل گیا۔ قرآن ملتا ہے آپ کو۔</w:t>
      </w:r>
    </w:p>
    <w:p>
      <w:r>
        <w:rPr>
          <w:b/>
        </w:rPr>
        <w:t xml:space="preserve">[1:01:13] </w:t>
      </w:r>
      <w:r>
        <w:t>Kitab jab quran ko aap kitab tadabbur banayen tab milta hai.</w:t>
      </w:r>
    </w:p>
    <w:p>
      <w:pPr>
        <w:jc w:val="right"/>
      </w:pPr>
      <w:r>
        <w:t>کتاب جب قرآن کو آپ کتاب تدبر بنائیں تب ملتا ہے۔</w:t>
      </w:r>
    </w:p>
    <w:p>
      <w:r>
        <w:rPr>
          <w:b/>
        </w:rPr>
        <w:t xml:space="preserve">[1:01:23] </w:t>
      </w:r>
      <w:r>
        <w:t>Maulana agla sawal kya hai Muhammad Naseem sahib ne merit se. Unhon ne likha hai: "Maulana what is the difference between religion and spirituality?</w:t>
      </w:r>
    </w:p>
    <w:p>
      <w:pPr>
        <w:jc w:val="right"/>
      </w:pPr>
      <w:r>
        <w:t>مولانا اگلا سوال کیا ہے محمد نسیم صاحب نے میرٹ سے۔ انہوں نے لکھا ہے: "مولانا what is the difference between religion and spirituality؟</w:t>
      </w:r>
    </w:p>
    <w:p>
      <w:r>
        <w:rPr>
          <w:b/>
        </w:rPr>
        <w:t xml:space="preserve">[1:01:36] </w:t>
      </w:r>
      <w:r>
        <w:t>Some people say we are okay with spirituality but not okay with religion. Please give us clarity on this subject.</w:t>
      </w:r>
    </w:p>
    <w:p>
      <w:pPr>
        <w:jc w:val="right"/>
      </w:pPr>
      <w:r>
        <w:t>Some people say we are okay with spirituality but not okay with religion. Please give us clarity on this subject.</w:t>
      </w:r>
    </w:p>
    <w:p>
      <w:r>
        <w:rPr>
          <w:b/>
        </w:rPr>
        <w:t xml:space="preserve">[1:01:46] </w:t>
      </w:r>
      <w:r>
        <w:t>Then how can we address such people</w:t>
      </w:r>
    </w:p>
    <w:p>
      <w:pPr>
        <w:jc w:val="right"/>
      </w:pPr>
      <w:r>
        <w:t>Then how can we address such people</w:t>
      </w:r>
    </w:p>
    <w:p>
      <w:r>
        <w:rPr>
          <w:b/>
        </w:rPr>
        <w:t xml:space="preserve">[1:01:48] </w:t>
      </w:r>
      <w:r>
        <w:t>?" Aisay log na to religion ruk jatay na spirituality ruk jatay.</w:t>
      </w:r>
    </w:p>
    <w:p>
      <w:pPr>
        <w:jc w:val="right"/>
      </w:pPr>
      <w:r>
        <w:t>؟" ایسے لوگ نہ تو religion رک جاتے نہ spirituality رک جاتے۔</w:t>
      </w:r>
    </w:p>
    <w:p>
      <w:r>
        <w:rPr>
          <w:b/>
        </w:rPr>
        <w:t xml:space="preserve">[1:02:00] </w:t>
      </w:r>
      <w:r>
        <w:t>Mein ne dono ko parha hai mein kar sakta hoon ke religion spirituality hai aur spirituality religion hai. Religion spirituality hai aur spirituality religion hai.</w:t>
      </w:r>
    </w:p>
    <w:p>
      <w:pPr>
        <w:jc w:val="right"/>
      </w:pPr>
      <w:r>
        <w:t>میں نے دونوں کو پڑھا ہے میں کر سکتا ہوں کہ religion spirituality ہے اور spirituality religion ہے۔ religion spirituality ہے اور spirituality religion ہے۔</w:t>
      </w:r>
    </w:p>
    <w:p>
      <w:r>
        <w:rPr>
          <w:b/>
        </w:rPr>
        <w:t xml:space="preserve">[1:02:15] </w:t>
      </w:r>
      <w:r>
        <w:t>Aap kahain ke sab mutala kijiye to aap janen ke</w:t>
      </w:r>
    </w:p>
    <w:p>
      <w:pPr>
        <w:jc w:val="right"/>
      </w:pPr>
      <w:r>
        <w:t>آپ کہیں کہ سب مطالعہ کیجیے تو آپ جانیں کہ</w:t>
      </w:r>
    </w:p>
    <w:p>
      <w:r>
        <w:rPr>
          <w:b/>
        </w:rPr>
        <w:t xml:space="preserve">[1:02:23] </w:t>
      </w:r>
      <w:r>
        <w:t>Ek hindu se meri mulaqat hui to us ne kaha ke mein quran ko parhta hoon aur gita bhi parhta hoon.</w:t>
      </w:r>
    </w:p>
    <w:p>
      <w:pPr>
        <w:jc w:val="right"/>
      </w:pPr>
      <w:r>
        <w:t>ایک ہندو سے میری ملاقات ہوئی تو اس نے کہا کہ میں قرآن کو پڑھتا ہوں اور گیتا بھی پڑھتا ہوں۔</w:t>
      </w:r>
    </w:p>
    <w:p>
      <w:r>
        <w:rPr>
          <w:b/>
        </w:rPr>
        <w:t xml:space="preserve">[1:02:33] </w:t>
      </w:r>
      <w:r>
        <w:t>To mein jab gita ko parhta hoon to lagta hai ke mein quran ko parh raha hoon. Aaj jab quran ko parhta hoon to lagta hai ke mein gita ko parh raha hoon. Yeh un ka apna nazariya hai lekin spirituality ke bare mein kahoon ga ke spirituality religion hai aur religion spirituality hai.</w:t>
      </w:r>
    </w:p>
    <w:p>
      <w:pPr>
        <w:jc w:val="right"/>
      </w:pPr>
      <w:r>
        <w:t>تو میں جب گیتا کو پڑھتا ہوں تو لگتا ہے کہ میں قرآن کو پڑھ رہا ہوں۔ آج جب قرآن کو پڑھتا ہوں تو لگتا ہے کہ میں گیتا کو پڑھ رہا ہوں۔ یہ ان کا اپنا نظریہ ہے لیکن spirituality کے بارے میں کہوں گا کہ spirituality religion ہے اور religion spirituality ہے۔</w:t>
      </w:r>
    </w:p>
    <w:p>
      <w:r>
        <w:rPr>
          <w:b/>
        </w:rPr>
        <w:t xml:space="preserve">[1:02:55] </w:t>
      </w:r>
      <w:r>
        <w:t>sajid ahmed khan sahib ne nakpoor se sawal bheja hai. unhon ne likha hai: "islam mein sochna bhi ibadat hai. What a thrilling quote</w:t>
      </w:r>
    </w:p>
    <w:p>
      <w:pPr>
        <w:jc w:val="right"/>
      </w:pPr>
      <w:r>
        <w:t>ساجد احمد خان صاحب نے ناکپور سے سوال بھیجا ہے۔ انہوں نے لکھا ہے: "اسلام میں سوچنا بھی عبادت ہے۔ What a thrilling quote</w:t>
      </w:r>
    </w:p>
    <w:p>
      <w:r>
        <w:rPr>
          <w:b/>
        </w:rPr>
        <w:t xml:space="preserve">[1:03:05] </w:t>
      </w:r>
      <w:r>
        <w:t>. But it sometimes is difficult to discover which type of thinking is graded in prayer. Most of the time our thinking leads towards negativity.</w:t>
      </w:r>
    </w:p>
    <w:p>
      <w:pPr>
        <w:jc w:val="right"/>
      </w:pPr>
      <w:r>
        <w:t>۔ But it sometimes is difficult to discover which type of thinking is graded in prayer. Most of the time our thinking leads towards negativity.</w:t>
      </w:r>
    </w:p>
    <w:p>
      <w:r>
        <w:rPr>
          <w:b/>
        </w:rPr>
        <w:t xml:space="preserve">[1:03:18] </w:t>
      </w:r>
      <w:r>
        <w:t>Please guide us on right thinking."</w:t>
      </w:r>
    </w:p>
    <w:p>
      <w:pPr>
        <w:jc w:val="right"/>
      </w:pPr>
      <w:r>
        <w:t>Please guide us on onright thinking۔"</w:t>
      </w:r>
    </w:p>
    <w:p>
      <w:r>
        <w:rPr>
          <w:b/>
        </w:rPr>
        <w:t xml:space="preserve">[1:03:27] </w:t>
      </w:r>
      <w:r>
        <w:t>ek lafz mein mein kahoon ga ke positive thinking۔ agar thinking positive nahi hai kisi ki nafrat sikhati hai aap ko kisi ladna sikhati hai to wo galat thinking hai.</w:t>
      </w:r>
    </w:p>
    <w:p>
      <w:pPr>
        <w:jc w:val="right"/>
      </w:pPr>
      <w:r>
        <w:t>ایک لفظ میں میں کہوں گا کہ positive thinking۔ اگر thinking positive نہیں ہے کسی کی نفرت سکھاتی ہے آپ کو کسی لڑنا سکھاتی ہے تو وہ غلط thinking ہے۔</w:t>
      </w:r>
    </w:p>
    <w:p>
      <w:r>
        <w:rPr>
          <w:b/>
        </w:rPr>
        <w:t xml:space="preserve">[1:03:43] </w:t>
      </w:r>
      <w:r>
        <w:t>kyunke wo thinking jo aap ke andar mohabbat paida kare insaniyat paida kare aur doosre se ka khair khwah banaye wo sachi thinking hai.</w:t>
      </w:r>
    </w:p>
    <w:p>
      <w:pPr>
        <w:jc w:val="right"/>
      </w:pPr>
      <w:r>
        <w:t>کیونکہ وہ thinking جو آپ کے اندر محبت پیدا کرے انسانیت پیدا کرے اور دوسرے سے کا خیر خواہ بنائے وہ سچی thinking ہے۔</w:t>
      </w:r>
    </w:p>
    <w:p>
      <w:r>
        <w:rPr>
          <w:b/>
        </w:rPr>
        <w:t xml:space="preserve">[1:03:55] </w:t>
      </w:r>
      <w:r>
        <w:t>to sachi thinking positive thinking hai. sachi thinking positive thinking hai.</w:t>
      </w:r>
    </w:p>
    <w:p>
      <w:pPr>
        <w:jc w:val="right"/>
      </w:pPr>
      <w:r>
        <w:t>تو سچی thinking positive thinking ہے۔ سچی thinking positive thinking ہے۔</w:t>
      </w:r>
    </w:p>
    <w:p>
      <w:r>
        <w:rPr>
          <w:b/>
        </w:rPr>
        <w:t xml:space="preserve">[1:04:07] </w:t>
      </w:r>
      <w:r>
        <w:t>Okay we will end the</w:t>
      </w:r>
    </w:p>
    <w:p>
      <w:pPr>
        <w:jc w:val="right"/>
      </w:pPr>
      <w:r>
        <w:t>Okay we will end the</w:t>
      </w:r>
    </w:p>
    <w:p>
      <w:r>
        <w:rPr>
          <w:b/>
        </w:rPr>
        <w:t xml:space="preserve">[1:04:09] </w:t>
      </w:r>
      <w:r>
        <w:t>session now۔ Thank you۔</w:t>
      </w:r>
    </w:p>
    <w:p>
      <w:pPr>
        <w:jc w:val="right"/>
      </w:pPr>
      <w:r>
        <w:t>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