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Life and Death July 24, 2011</w:t>
      </w:r>
    </w:p>
    <w:p>
      <w:r>
        <w:t>https://youtu.be/Z0pdhT_HJNk</w:t>
      </w:r>
    </w:p>
    <w:p>
      <w:r>
        <w:rPr>
          <w:b/>
        </w:rPr>
        <w:t xml:space="preserve">[00:13] </w:t>
      </w:r>
      <w:r>
        <w:t>bismillah-ir-rahman-ir-rahim, wa salla Allahu ala-n-nabiyyi-l-kareem.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topic hai "in life and death", yani zindagi aur maut ke bare mein.</w:t>
      </w:r>
    </w:p>
    <w:p>
      <w:pPr>
        <w:jc w:val="right"/>
      </w:pPr>
      <w:r>
        <w:t>آج کا ٹاپک ہے "ان لائف اینڈ ڈیتھ"، یعنی زندگی اور موت کے بارے میں۔</w:t>
      </w:r>
    </w:p>
    <w:p>
      <w:r>
        <w:rPr>
          <w:b/>
        </w:rPr>
        <w:t xml:space="preserve">[00:49] </w:t>
      </w:r>
      <w:r>
        <w:t>kal aisa hua ke yahan mujhe aik function mein shareek hone ka ittefaq hua.</w:t>
      </w:r>
    </w:p>
    <w:p>
      <w:pPr>
        <w:jc w:val="right"/>
      </w:pPr>
      <w:r>
        <w:t>کل ایسا ہوا کہ یہاں مجھے ایک فنکشن میں شریک ہونے کا اتفاق ہوا۔</w:t>
      </w:r>
    </w:p>
    <w:p>
      <w:r>
        <w:rPr>
          <w:b/>
        </w:rPr>
        <w:t xml:space="preserve">[01:02] </w:t>
      </w:r>
      <w:r>
        <w:t>hamari colony ke aik senior member, Mr. Pramod Kumar Batra ki Mrs., Ms. Adarsh Batra,</w:t>
      </w:r>
    </w:p>
    <w:p>
      <w:pPr>
        <w:jc w:val="right"/>
      </w:pPr>
      <w:r>
        <w:t>ہماری کالونی کے ایک سینئر ممبر، مسٹر پرمود کمار بترا کی مسز، مس آدرش بترا،</w:t>
      </w:r>
    </w:p>
    <w:p>
      <w:r>
        <w:rPr>
          <w:b/>
        </w:rPr>
        <w:t xml:space="preserve">[01:17] </w:t>
      </w:r>
      <w:r>
        <w:t>ki death ho gayi. to is mein mein un ke ghar par gaya aur phir un ka jo function hota hai us mein gaya.</w:t>
      </w:r>
    </w:p>
    <w:p>
      <w:pPr>
        <w:jc w:val="right"/>
      </w:pPr>
      <w:r>
        <w:t>کی ڈیتھ ہو گئی۔ تو اس میں میں ان کے گھر پر گیا اور پھر ان کا جو فنکشن ہوتا ہے اس میں گیا۔</w:t>
      </w:r>
    </w:p>
    <w:p>
      <w:r>
        <w:rPr>
          <w:b/>
        </w:rPr>
        <w:t xml:space="preserve">[01:29] </w:t>
      </w:r>
      <w:r>
        <w:t>to un ki jo beti hain, unhone mujhe kai bar aik sawal kiya</w:t>
      </w:r>
    </w:p>
    <w:p>
      <w:pPr>
        <w:jc w:val="right"/>
      </w:pPr>
      <w:r>
        <w:t>تو ان کی جو بیٹی ہیں، انہوں نے مجھے کئی بار ایک سوال کیا</w:t>
      </w:r>
    </w:p>
    <w:p>
      <w:r>
        <w:rPr>
          <w:b/>
        </w:rPr>
        <w:t xml:space="preserve">[01:38] </w:t>
      </w:r>
      <w:r>
        <w:t>ke "Where my mother has gone?" meri maa kahan chali gayi? aik beti ko zahir hai aik bohat zyada attachment hota hai apni maa se.</w:t>
      </w:r>
    </w:p>
    <w:p>
      <w:pPr>
        <w:jc w:val="right"/>
      </w:pPr>
      <w:r>
        <w:t>کہ "Where my mother has gone?" میری ماں کہاں چلی گئی؟ ایک بیٹی کو ظاہر ہے ایک بہت زیادہ اٹیچمنٹ ہوتا ہے اپنی ماں سے۔</w:t>
      </w:r>
    </w:p>
    <w:p>
      <w:r>
        <w:rPr>
          <w:b/>
        </w:rPr>
        <w:t xml:space="preserve">[01:51] </w:t>
      </w:r>
      <w:r>
        <w:t>to bar bar yeh sawal un ke mind mein aa raha tha</w:t>
      </w:r>
    </w:p>
    <w:p>
      <w:pPr>
        <w:jc w:val="right"/>
      </w:pPr>
      <w:r>
        <w:t>تو بار بار یہ سوال ان کے مائنڈ میں آ رہا تھا</w:t>
      </w:r>
    </w:p>
    <w:p>
      <w:r>
        <w:rPr>
          <w:b/>
        </w:rPr>
        <w:t xml:space="preserve">[01:54] </w:t>
      </w:r>
      <w:r>
        <w:t>ke meri maa jo abhi zinda thi, chal phir rahi thi, mere sath thi, ab woh nahi hai, to kahan gayi woh? "Where my mother has gone?" yeh masla har aik ka hai, khud apne bare mein bhi ke mein kahan chala jaunga?</w:t>
      </w:r>
    </w:p>
    <w:p>
      <w:pPr>
        <w:jc w:val="right"/>
      </w:pPr>
      <w:r>
        <w:t>کہ میری ماں جو ابھی زندہ تھی، چل پھر رہی تھی، میرے ساتھ تھی، اب وہ نہیں ہے، تو کہاں گئی وہ؟ "Where my mother has gone?" یہ مسئلہ ہر ایک کا ہے، خود اپنے بارے میں بھی کہ میں کہاں چلا جاؤں گا؟</w:t>
      </w:r>
    </w:p>
    <w:p>
      <w:r>
        <w:rPr>
          <w:b/>
        </w:rPr>
        <w:t xml:space="preserve">[02:13] </w:t>
      </w:r>
      <w:r>
        <w:t>maut ke baad mein kahan chala jata hoon?</w:t>
      </w:r>
    </w:p>
    <w:p>
      <w:pPr>
        <w:jc w:val="right"/>
      </w:pPr>
      <w:r>
        <w:t>موت کے بعد میں کہاں چلا جاتا ہوں؟</w:t>
      </w:r>
    </w:p>
    <w:p>
      <w:r>
        <w:rPr>
          <w:b/>
        </w:rPr>
        <w:t xml:space="preserve">[02:18] </w:t>
      </w:r>
      <w:r>
        <w:t>to yeh aisa masla hai jo har aadmi ko sochna chahiye.</w:t>
      </w:r>
    </w:p>
    <w:p>
      <w:pPr>
        <w:jc w:val="right"/>
      </w:pPr>
      <w:r>
        <w:t>تو یہ ایسا مسئلہ ہے جو ہر آدمی کو سوچنا چاہیے۔</w:t>
      </w:r>
    </w:p>
    <w:p>
      <w:r>
        <w:rPr>
          <w:b/>
        </w:rPr>
        <w:t xml:space="preserve">[02:24] </w:t>
      </w:r>
      <w:r>
        <w:t>to unhone mujh se poocha ke aap Islam ko mante hain to Islam mein is ke bare mein kya bataya gaya hai? to maine un se kaha ke Islam ke mutabiq har aadmi</w:t>
      </w:r>
    </w:p>
    <w:p>
      <w:pPr>
        <w:jc w:val="right"/>
      </w:pPr>
      <w:r>
        <w:t>تو انہوں نے مجھ سے پوچھا کہ آپ اسلام کو مانتے ہیں تو اسلام میں اس کے بارے میں کیا بتایا گیا ہے؟ تو میں نے ان سے کہا کہ اسلام کے مطابق ہر آدمی</w:t>
      </w:r>
    </w:p>
    <w:p>
      <w:r>
        <w:rPr>
          <w:b/>
        </w:rPr>
        <w:t xml:space="preserve">[02:42] </w:t>
      </w:r>
      <w:r>
        <w:t>eternal being hai. paida hone ke baad woh hamesha ke liye ho gaya hai, uska wajood hamesha ke liye ho gaya hai.</w:t>
      </w:r>
    </w:p>
    <w:p>
      <w:pPr>
        <w:jc w:val="right"/>
      </w:pPr>
      <w:r>
        <w:t>ایٹرنل بینگ ہے۔ پیدا ہونے کے بعد وہ ہمیشہ کے لیے ہو گیا ہے، اس کا وجود ہمیشہ کے لیے ہو گیا ہے۔</w:t>
      </w:r>
    </w:p>
    <w:p>
      <w:r>
        <w:rPr>
          <w:b/>
        </w:rPr>
        <w:t xml:space="preserve">[02:54] </w:t>
      </w:r>
      <w:r>
        <w:t>lekin Khuda ne hamari life span ko do hisse mein bant diya hai: pre-death period aur post-death period.</w:t>
      </w:r>
    </w:p>
    <w:p>
      <w:pPr>
        <w:jc w:val="right"/>
      </w:pPr>
      <w:r>
        <w:t>لیکن خدا نے ہماری لائف اسپین کو دو حصے میں بانٹ دیا ہے: پری ڈیتھ پیریڈ اور پوسٹ ڈیتھ پیریڈ۔</w:t>
      </w:r>
    </w:p>
    <w:p>
      <w:r>
        <w:rPr>
          <w:b/>
        </w:rPr>
        <w:t xml:space="preserve">[03:07] </w:t>
      </w:r>
      <w:r>
        <w:t>to pre-death period mein hum</w:t>
      </w:r>
    </w:p>
    <w:p>
      <w:pPr>
        <w:jc w:val="right"/>
      </w:pPr>
      <w:r>
        <w:t>تو پری ڈیتھ پیریڈ میں ہم</w:t>
      </w:r>
    </w:p>
    <w:p>
      <w:r>
        <w:rPr>
          <w:b/>
        </w:rPr>
        <w:t xml:space="preserve">[03:12] </w:t>
      </w:r>
      <w:r>
        <w:t>test par hain, selection ho raha hai yahan par.</w:t>
      </w:r>
    </w:p>
    <w:p>
      <w:pPr>
        <w:jc w:val="right"/>
      </w:pPr>
      <w:r>
        <w:t>ٹیسٹ پر ہیں، سلیکشن ہو رہا ہے یہاں پر۔</w:t>
      </w:r>
    </w:p>
    <w:p>
      <w:r>
        <w:rPr>
          <w:b/>
        </w:rPr>
        <w:t xml:space="preserve">[03:18] </w:t>
      </w:r>
      <w:r>
        <w:t>yani insan ko azadi di gayi hai, freedom, total freedom di gayi hai. to Khuda watch kar raha hai ke hum apni freedom ko misuse karte hain ya is ko theek theek istemal karte hain.</w:t>
      </w:r>
    </w:p>
    <w:p>
      <w:pPr>
        <w:jc w:val="right"/>
      </w:pPr>
      <w:r>
        <w:t>یعنی انسان کو آزادی دی گئی ہے، فریڈم، ٹوٹل فریڈم دی گئی ہے۔ تو خدا واچ کر رہا ہے کہ ہم اپنی فریڈم کو مس یوز کرتے ہیں یا اس کو ٹھیک ٹھیک استعمال کرتے ہیں۔</w:t>
      </w:r>
    </w:p>
    <w:p>
      <w:r>
        <w:rPr>
          <w:b/>
        </w:rPr>
        <w:t xml:space="preserve">[03:37] </w:t>
      </w:r>
      <w:r>
        <w:t>isi par decide decision le ga Allah taala agli zindagi ke liye.</w:t>
      </w:r>
    </w:p>
    <w:p>
      <w:pPr>
        <w:jc w:val="right"/>
      </w:pPr>
      <w:r>
        <w:t>اسی پر ڈیسائیڈ ڈیسیژن لے گا اللہ تعالیٰ اگلی زندگی کے لیے۔</w:t>
      </w:r>
    </w:p>
    <w:p>
      <w:r>
        <w:rPr>
          <w:b/>
        </w:rPr>
        <w:t xml:space="preserve">[03:44] </w:t>
      </w:r>
      <w:r>
        <w:t>to main ne bataya ke jo aadmi is test par poora utre, yaani apni freedom ko woh theek Allah ke gardens ke mutabiq use kare</w:t>
      </w:r>
    </w:p>
    <w:p>
      <w:pPr>
        <w:jc w:val="right"/>
      </w:pPr>
      <w:r>
        <w:t>تو میں نے بتایا کہ جو آدمی اس ٹیسٹ پر پورا اترے، یعنی اپنی فریڈم کو وہ ٹھیک اللہ کے گارڈنز کے مطابق یوز کرے</w:t>
      </w:r>
    </w:p>
    <w:p>
      <w:r>
        <w:rPr>
          <w:b/>
        </w:rPr>
        <w:t xml:space="preserve">[03:58] </w:t>
      </w:r>
      <w:r>
        <w:t>, jo Allah ne garden di hai prophet ke zariye se, theek theek us par woh chale to us ke liye eternal paradise hai.</w:t>
      </w:r>
    </w:p>
    <w:p>
      <w:pPr>
        <w:jc w:val="right"/>
      </w:pPr>
      <w:r>
        <w:t>، جو اللہ نے گارڈن دی ہے پرافٹ کے ذریعے سے، ٹھیک ٹھیک اس پر وہ چلے تو اس کے لیے ایٹرنل پارڈائز ہے۔</w:t>
      </w:r>
    </w:p>
    <w:p>
      <w:r>
        <w:rPr>
          <w:b/>
        </w:rPr>
        <w:t xml:space="preserve">[04:09] </w:t>
      </w:r>
      <w:r>
        <w:t>aur jo aadmi misuse kare apni freedom ko to us ko reward nahi mile ga agli zindagi mein. Yeh baat main ne un ko kahi.</w:t>
      </w:r>
    </w:p>
    <w:p>
      <w:pPr>
        <w:jc w:val="right"/>
      </w:pPr>
      <w:r>
        <w:t>اور جو آدمی مس یوز کرے اپنی فریڈم کو تو اس کو ریوارڈ نہیں ملے گا اگلی زندگی میں۔ یہ بات میں نے ان کو کہی۔</w:t>
      </w:r>
    </w:p>
    <w:p>
      <w:r>
        <w:rPr>
          <w:b/>
        </w:rPr>
        <w:t xml:space="preserve">[04:26] </w:t>
      </w:r>
      <w:r>
        <w:t>phir main ne socha ke yeh baat koi saada baat nahi hai. Haqeeqat hai har aadmi ko sochna hai, har aadmi ko sochna hai, har aadmi ko sochna hai. Kyun ke har aadmi ko jo zinda hai woh mare ga.</w:t>
      </w:r>
    </w:p>
    <w:p>
      <w:pPr>
        <w:jc w:val="right"/>
      </w:pPr>
      <w:r>
        <w:t>پھر میں نے سوچا کہ یہ بات کوئی سادہ بات نہیں ہے۔ حقیقت ہے ہر آدمی کو سوچنا ہے، ہر آدمی کو سوچنا ہے، ہر آدمی کو سوچنا ہے۔ کیونکہ ہر آدمی کو جو زندہ ہے وہ مرے گا۔</w:t>
      </w:r>
    </w:p>
    <w:p>
      <w:r>
        <w:rPr>
          <w:b/>
        </w:rPr>
        <w:t xml:space="preserve">[04:44] </w:t>
      </w:r>
      <w:r>
        <w:t>maut ke bare mein aik martaba main sochta raha, soch raha tha to mere zehn mein aik word aaya ke compulsory explosion.</w:t>
      </w:r>
    </w:p>
    <w:p>
      <w:pPr>
        <w:jc w:val="right"/>
      </w:pPr>
      <w:r>
        <w:t>موت کے بارے میں ایک مرتبہ میں سوچتا رہا، سوچ رہا تھا تو میرے ذہن میں ایک ورڈ آیا کہ کمپلسری ایکسپلژن۔</w:t>
      </w:r>
    </w:p>
    <w:p>
      <w:r>
        <w:rPr>
          <w:b/>
        </w:rPr>
        <w:t xml:space="preserve">[04:55] </w:t>
      </w:r>
      <w:r>
        <w:t>yeh duniya mein hum hain to dekhen sab kuch hum ko mila hua hai. Yeh planet Earth hai, yeh life support system hai, yeh family hai, yeh students hain, yeh saathi hain, infrastructure hai, sab kuch hai, sab kuch hai, ghar hai.</w:t>
      </w:r>
    </w:p>
    <w:p>
      <w:pPr>
        <w:jc w:val="right"/>
      </w:pPr>
      <w:r>
        <w:t>یہ دنیا میں ہم ہیں تو دیکھیں سب کچھ ہم کو ملا ہوا ہے۔ یہ پلینٹ ارتھ ہے، یہ لائف سپورٹ سسٹم ہے، یہ فیملی ہے، یہ سٹوڈنٹس ہیں، یہ ساتھی ہیں، انفراسٹرکچر ہے، سب کچھ ہے، سب کچھ ہے، گھر ہے۔</w:t>
      </w:r>
    </w:p>
    <w:p>
      <w:r>
        <w:rPr>
          <w:b/>
        </w:rPr>
        <w:t xml:space="preserve">[05:14] </w:t>
      </w:r>
      <w:r>
        <w:t>phir achaanak maut aik dam alag kar deti hai hum ko, detach kar deti hai. To yeh kya hai?</w:t>
      </w:r>
    </w:p>
    <w:p>
      <w:pPr>
        <w:jc w:val="right"/>
      </w:pPr>
      <w:r>
        <w:t>پھر اچانک موت ایک دم الگ کر دیتی ہے ہم کو، ڈیٹیچ کر دیتی ہے۔ تو یہ کیا ہے؟</w:t>
      </w:r>
    </w:p>
    <w:p>
      <w:r>
        <w:rPr>
          <w:b/>
        </w:rPr>
        <w:t xml:space="preserve">[05:24] </w:t>
      </w:r>
      <w:r>
        <w:t>yeh hai compulsory explosion, is duniya se nikaal dena.</w:t>
      </w:r>
    </w:p>
    <w:p>
      <w:pPr>
        <w:jc w:val="right"/>
      </w:pPr>
      <w:r>
        <w:t>یہ ہے کمپلسری ایکسپلژن، اس دنیا سے نکال دینا۔</w:t>
      </w:r>
    </w:p>
    <w:p>
      <w:r>
        <w:rPr>
          <w:b/>
        </w:rPr>
        <w:t xml:space="preserve">[05:33] </w:t>
      </w:r>
      <w:r>
        <w:t>to is ke baad kya hota hai? Wa taqatt'at bihimul asbaab sab cheezain hum se chhin chuki hoti hain. Is ke baad kya hota hai?</w:t>
      </w:r>
    </w:p>
    <w:p>
      <w:pPr>
        <w:jc w:val="right"/>
      </w:pPr>
      <w:r>
        <w:t>تو اس کے بعد کیا ہوتا ہے؟ وتقطعت بهم الاسباب سب چیزیں ہم سے چھن چکی ہوتی ہیں۔ اس کے بعد کیا ہوتا ہے؟</w:t>
      </w:r>
    </w:p>
    <w:p>
      <w:r>
        <w:rPr>
          <w:b/>
        </w:rPr>
        <w:t xml:space="preserve">[05:42] </w:t>
      </w:r>
      <w:r>
        <w:t>kya future hai is ke baad? Yeh sochna, yeh sochna, yeh sochna.</w:t>
      </w:r>
    </w:p>
    <w:p>
      <w:pPr>
        <w:jc w:val="right"/>
      </w:pPr>
      <w:r>
        <w:t>کیا فیوچر ہے اس کے بعد؟ یہ سوچنا، یہ سوچنا، یہ سوچنا۔</w:t>
      </w:r>
    </w:p>
    <w:p>
      <w:r>
        <w:rPr>
          <w:b/>
        </w:rPr>
        <w:t xml:space="preserve">[05:48] </w:t>
      </w:r>
      <w:r>
        <w:t>yeh main samajhta hoon ke har aadmi ka sab se bara muamla hai jis ko usay sochna chahiye.</w:t>
      </w:r>
    </w:p>
    <w:p>
      <w:pPr>
        <w:jc w:val="right"/>
      </w:pPr>
      <w:r>
        <w:t>یہ میں سمجھتا ہوں کہ ہر آدمی کا سب سے بڑا معاملہ ہے جس کو اسے سوچنا چاہیے۔</w:t>
      </w:r>
    </w:p>
    <w:p>
      <w:r>
        <w:rPr>
          <w:b/>
        </w:rPr>
        <w:t xml:space="preserve">[06:03] </w:t>
      </w:r>
      <w:r>
        <w:t>mere paas abhi telephone aaya, ittefaq se isi din jis din yeh maut hui,</w:t>
      </w:r>
    </w:p>
    <w:p>
      <w:pPr>
        <w:jc w:val="right"/>
      </w:pPr>
      <w:r>
        <w:t>میرے پاس ابھی ٹیلی فون آیا، اتفاق سے اسی دن جس دن یہ موت ہوئی،</w:t>
      </w:r>
    </w:p>
    <w:p>
      <w:r>
        <w:rPr>
          <w:b/>
        </w:rPr>
        <w:t xml:space="preserve">[06:10] </w:t>
      </w:r>
      <w:r>
        <w:t>Hyderabad se Habib bhai ka.</w:t>
      </w:r>
    </w:p>
    <w:p>
      <w:pPr>
        <w:jc w:val="right"/>
      </w:pPr>
      <w:r>
        <w:t>حیدرآباد سے حبیب بھائی کا۔</w:t>
      </w:r>
    </w:p>
    <w:p>
      <w:r>
        <w:rPr>
          <w:b/>
        </w:rPr>
        <w:t xml:space="preserve">[06:14] </w:t>
      </w:r>
      <w:r>
        <w:t>to Habib bhai ke jo father thay, un ka naam Bao bhai kehlati thay, woh woh hamare mission se juray hue thay.</w:t>
      </w:r>
    </w:p>
    <w:p>
      <w:pPr>
        <w:jc w:val="right"/>
      </w:pPr>
      <w:r>
        <w:t>تو حبیب بھائی کے جو فادر تھے، ان کا نام باؤ بھائی کہلاتے تھے، وہ وہ ہمارے مشن سے جڑے ہوئے تھے۔</w:t>
      </w:r>
    </w:p>
    <w:p>
      <w:r>
        <w:rPr>
          <w:b/>
        </w:rPr>
        <w:t xml:space="preserve">[06:26] </w:t>
      </w:r>
      <w:r>
        <w:t>to 1987 mein un ka inteqal ho gaya, abhi ziyada umar nahi thi un ki, yaani mujh se chhotay thay woh.</w:t>
      </w:r>
    </w:p>
    <w:p>
      <w:pPr>
        <w:jc w:val="right"/>
      </w:pPr>
      <w:r>
        <w:t>تو 1987 میں ان کا انتقال ہو گیا، ابھی زیادہ عمر نہیں تھی ان کی، یعنی مجھ سے چھوٹے تھے وہ۔</w:t>
      </w:r>
    </w:p>
    <w:p>
      <w:r>
        <w:rPr>
          <w:b/>
        </w:rPr>
        <w:t xml:space="preserve">[06:38] </w:t>
      </w:r>
      <w:r>
        <w:t>to 24 saal ho gaye, Abu bhai ne kaha ke aaj 24 saal ho gaye, yaani 21 July ko 24 saal ho gaye. Kyun ke 21 July 1987 ko un ki wafat hui thi.</w:t>
      </w:r>
    </w:p>
    <w:p>
      <w:pPr>
        <w:jc w:val="right"/>
      </w:pPr>
      <w:r>
        <w:t>تو 24 سال ہو گئے، ابو بھائی نے کہا کہ آج 24 سال ہو گئے، یعنی 21 جولائی کو 24 سال ہو گئے۔ کیونکہ 21 جولائی 1987 کو ان کی وفات ہوئی تھی۔</w:t>
      </w:r>
    </w:p>
    <w:p>
      <w:r>
        <w:rPr>
          <w:b/>
        </w:rPr>
        <w:t xml:space="preserve">[06:54] </w:t>
      </w:r>
      <w:r>
        <w:t>to unhon ne kuch baatein bataein. Unhon ne kaha ke woh hamari aik kitaab hai, us ka naam hai "Aakhirat ka Safar", us ko bohat parhte thay woh.</w:t>
      </w:r>
    </w:p>
    <w:p>
      <w:pPr>
        <w:jc w:val="right"/>
      </w:pPr>
      <w:r>
        <w:t>تو انہوں نے کچھ باتیں بتائیں۔ انہوں نے کہا کہ وہ ہماری ایک کتاب ہے، اس کا نام ہے "آخرت کا سفر"، اس کو بہت پڑھتے تھے وہ۔</w:t>
      </w:r>
    </w:p>
    <w:p>
      <w:r>
        <w:rPr>
          <w:b/>
        </w:rPr>
        <w:t xml:space="preserve">[07:06] </w:t>
      </w:r>
      <w:r>
        <w:t>us mein yeh maut ki baatein hain, zindagi aur maut ki, aakhirat ka safar. Chhoti si pamphlet hai, 50 safhay ka, Alex mein bhi chhaapa hai aur "Allah Akbar" mein bhi shamil hai woh.</w:t>
      </w:r>
    </w:p>
    <w:p>
      <w:pPr>
        <w:jc w:val="right"/>
      </w:pPr>
      <w:r>
        <w:t>اس میں یہ موت کی باتیں ہیں، زندگی اور موت کی، آخرت کا سفر۔ چھوٹی سی پمفلیٹ ہے، 50 صفحے کا، الیکس میں بھی چھپا ہے اور "اللہ اکبر" میں بھی شامل ہے وہ۔</w:t>
      </w:r>
    </w:p>
    <w:p>
      <w:r>
        <w:rPr>
          <w:b/>
        </w:rPr>
        <w:t xml:space="preserve">[07:18] </w:t>
      </w:r>
      <w:r>
        <w:t>to unhon ne bataya ke woh barabar parhte rehte thay us ko.</w:t>
      </w:r>
    </w:p>
    <w:p>
      <w:pPr>
        <w:jc w:val="right"/>
      </w:pPr>
      <w:r>
        <w:t>تو انہوں نے بتایا کہ وہ برابر پڑھتے رہتے تھے اس کو۔</w:t>
      </w:r>
    </w:p>
    <w:p>
      <w:r>
        <w:rPr>
          <w:b/>
        </w:rPr>
        <w:t xml:space="preserve">[07:24] </w:t>
      </w:r>
      <w:r>
        <w:t>us ke bare mein ke woh maut par bohat sochte thay,</w:t>
      </w:r>
    </w:p>
    <w:p>
      <w:pPr>
        <w:jc w:val="right"/>
      </w:pPr>
      <w:r>
        <w:t>اس کے بارے میں کہ وہ موت پر بہت سوچتے تھے،</w:t>
      </w:r>
    </w:p>
    <w:p>
      <w:r>
        <w:rPr>
          <w:b/>
        </w:rPr>
        <w:t xml:space="preserve">[07:29] </w:t>
      </w:r>
      <w:r>
        <w:t>maut ke bare mein bohat sochte thay.</w:t>
      </w:r>
    </w:p>
    <w:p>
      <w:pPr>
        <w:jc w:val="right"/>
      </w:pPr>
      <w:r>
        <w:t>موت کے بارے میں بہت سوچتے تھے۔</w:t>
      </w:r>
    </w:p>
    <w:p>
      <w:r>
        <w:rPr>
          <w:b/>
        </w:rPr>
        <w:t xml:space="preserve">[07:34] </w:t>
      </w:r>
      <w:r>
        <w:t>to unhon ne bataya ke main ne aik baar aik aik project banaya apni company ko, un ki company jo thi, kapray ka business tha un ka.</w:t>
      </w:r>
    </w:p>
    <w:p>
      <w:pPr>
        <w:jc w:val="right"/>
      </w:pPr>
      <w:r>
        <w:t>تو انہوں نے بتایا کہ میں نے ایک بار ایک ایک پروجیکٹ بنایا اپنی کمپنی کو، ان کی کمپنی جو تھی، کپڑے کا بزنس تھا ان کا۔</w:t>
      </w:r>
    </w:p>
    <w:p>
      <w:r>
        <w:rPr>
          <w:b/>
        </w:rPr>
        <w:t xml:space="preserve">[07:45] </w:t>
      </w:r>
      <w:r>
        <w:t>to us ko,</w:t>
      </w:r>
    </w:p>
    <w:p>
      <w:pPr>
        <w:jc w:val="right"/>
      </w:pPr>
      <w:r>
        <w:t>تو اس کو،</w:t>
      </w:r>
    </w:p>
    <w:p>
      <w:r>
        <w:rPr>
          <w:b/>
        </w:rPr>
        <w:t xml:space="preserve">[07:50] </w:t>
      </w:r>
      <w:r>
        <w:t>us ke liye unhon ne aik aik project banaya, us ke expansion ka, us ko develop karne ka mazeed.</w:t>
      </w:r>
    </w:p>
    <w:p>
      <w:pPr>
        <w:jc w:val="right"/>
      </w:pPr>
      <w:r>
        <w:t>اس کے لیے انہوں نے ایک ایک پروجیکٹ بنایا، اس کے ایکسپینشن کا، اس کو ڈیولپ کرنے کا مزید۔</w:t>
      </w:r>
    </w:p>
    <w:p>
      <w:r>
        <w:rPr>
          <w:b/>
        </w:rPr>
        <w:t xml:space="preserve">[07:59] </w:t>
      </w:r>
      <w:r>
        <w:t>to is ke liye woh 40 lakh ka project tha, woh 40 lakh rupay ka. to bau bhai ko maloom hua to unhon ne bulaya habib bhai ko aur poocha ke tum jo 40 lakh rupay laga rahe ho is kaam mein,</w:t>
      </w:r>
    </w:p>
    <w:p>
      <w:pPr>
        <w:jc w:val="right"/>
      </w:pPr>
      <w:r>
        <w:t>تو اس کے لیے وہ 40 لاکھ کا پروجیکٹ تھا، وہ 40 لاکھ روپے کا۔ تو باؤ بھائی کو معلوم ہوا تو انہوں نے بلایا حبیب بھائی کو اور پوچھا کہ تم جو 40 لاکھ روپے لگا رہے ہو اس کام میں،</w:t>
      </w:r>
    </w:p>
    <w:p>
      <w:r>
        <w:rPr>
          <w:b/>
        </w:rPr>
        <w:t xml:space="preserve">[08:18] </w:t>
      </w:r>
      <w:r>
        <w:t>to kitna return tum samajhte ho ke milega tum ko is se? unhon ne kaha kam az kam double to zaroor milega, double faida zaroor hoga.</w:t>
      </w:r>
    </w:p>
    <w:p>
      <w:pPr>
        <w:jc w:val="right"/>
      </w:pPr>
      <w:r>
        <w:t>تو کتنا ریٹرن تم سمجھتے ہو کہ ملے گا تم کو اس سے؟ انہوں نے کہا کم از کم ڈبل تو ضرور ملے گا، ڈبل فائدہ ضرور ہوگا۔</w:t>
      </w:r>
    </w:p>
    <w:p>
      <w:r>
        <w:rPr>
          <w:b/>
        </w:rPr>
        <w:t xml:space="preserve">[08:29] </w:t>
      </w:r>
      <w:r>
        <w:t>to bau bhai ne kaha ke main tum ko aik aur investment batata hoon jis mein double se bhi bohat zyada milega, 700 guna tak mil sakta hai.</w:t>
      </w:r>
    </w:p>
    <w:p>
      <w:pPr>
        <w:jc w:val="right"/>
      </w:pPr>
      <w:r>
        <w:t>تو باؤ بھائی نے کہا کہ میں تم کو ایک اور انویسٹمنٹ بتاتا ہوں جس میں ڈبل سے بھی بہت زیادہ ملے گا، 700 گنا تک مل سکتا ہے۔</w:t>
      </w:r>
    </w:p>
    <w:p>
      <w:r>
        <w:rPr>
          <w:b/>
        </w:rPr>
        <w:t xml:space="preserve">[08:44] </w:t>
      </w:r>
      <w:r>
        <w:t>to unhon ne kaha ke woh kon sa investment hai? aisa to hum jante nahin. to unhon ne kaha bau bhai ne quran ki ayat parh kar ke allah ke raste mein paisa lagao,</w:t>
      </w:r>
    </w:p>
    <w:p>
      <w:pPr>
        <w:jc w:val="right"/>
      </w:pPr>
      <w:r>
        <w:t>تو انہوں نے کہا کہ وہ کون سا انویسٹمنٹ ہے؟ ایسا تو ہم جانتے نہیں۔ تو انہوں نے کہا باؤ بھائی نے قرآن کی آیت پڑھ کر کہ اللہ کے راستے میں پیسہ لگاؤ،</w:t>
      </w:r>
    </w:p>
    <w:p>
      <w:r>
        <w:rPr>
          <w:b/>
        </w:rPr>
        <w:t xml:space="preserve">[08:58] </w:t>
      </w:r>
      <w:r>
        <w:t>yeh 40 lakh rupay to allah ke raste mein laga do, khuda ke mission mein laga do. to bau bhai jo the, bohat hi ajeeb insan the,</w:t>
      </w:r>
    </w:p>
    <w:p>
      <w:pPr>
        <w:jc w:val="right"/>
      </w:pPr>
      <w:r>
        <w:t>یہ 40 لاکھ روپے تو اللہ کے راستے میں لگا دو، خدا کے مشن میں لگا دو۔ تو باؤ بھائی جو تھے، بہت ہی عجیب انسان تھے،</w:t>
      </w:r>
    </w:p>
    <w:p>
      <w:r>
        <w:rPr>
          <w:b/>
        </w:rPr>
        <w:t xml:space="preserve">[09:11] </w:t>
      </w:r>
      <w:r>
        <w:t>bohat ajeeb insan the aur hamare mission ko se bohat zyada juray hue the. woh un ki jab khabar mili mujhe telephone se to main yahan se gaya hyderabad.</w:t>
      </w:r>
    </w:p>
    <w:p>
      <w:pPr>
        <w:jc w:val="right"/>
      </w:pPr>
      <w:r>
        <w:t>بہت عجیب انسان تھے اور ہمارے مشن کو سے بہت زیادہ جڑے ہوئے تھے۔ وہ ان کی جب خبر ملی مجھے ٹیلی فون سے تو میں یہاں سے گیا حیدرآباد۔</w:t>
      </w:r>
    </w:p>
    <w:p>
      <w:r>
        <w:rPr>
          <w:b/>
        </w:rPr>
        <w:t xml:space="preserve">[09:25] </w:t>
      </w:r>
      <w:r>
        <w:t>to jab main pohancha wahan to habib bhai jo un ke bete the, aik dam deewangi ke alam mein the us waqt, baap mar gaya tha.</w:t>
      </w:r>
    </w:p>
    <w:p>
      <w:pPr>
        <w:jc w:val="right"/>
      </w:pPr>
      <w:r>
        <w:t>تو جب میں پہنچا وہاں تو حبیب بھائی جو ان کے بیٹے تھے، ایک دم دیوانگی کے عالم میں تھے اس وقت، باپ مر گیا تھا۔</w:t>
      </w:r>
    </w:p>
    <w:p>
      <w:r>
        <w:rPr>
          <w:b/>
        </w:rPr>
        <w:t xml:space="preserve">[09:36] </w:t>
      </w:r>
      <w:r>
        <w:t>to pehla jumla jo un ki zuban se nikla woh yeh tha: "aap ka aik aashiq chala gaya,</w:t>
      </w:r>
    </w:p>
    <w:p>
      <w:pPr>
        <w:jc w:val="right"/>
      </w:pPr>
      <w:r>
        <w:t>تو پہلا جملہ جو ان کی زبان سے نکلا وہ یہ تھا: "آپ کا ایک عاشق چلا گیا،</w:t>
      </w:r>
    </w:p>
    <w:p>
      <w:r>
        <w:rPr>
          <w:b/>
        </w:rPr>
        <w:t xml:space="preserve">[09:45] </w:t>
      </w:r>
      <w:r>
        <w:t>aap ka aik aashiq chala gaya." yeh special ko bohat zyada woh juray hue the is se,</w:t>
      </w:r>
    </w:p>
    <w:p>
      <w:pPr>
        <w:jc w:val="right"/>
      </w:pPr>
      <w:r>
        <w:t>آپ کا ایک عاشق چلا گیا۔" یہ اسپیشل کو بہت زیادہ وہ جڑے ہوئے تھے اس سے،</w:t>
      </w:r>
    </w:p>
    <w:p>
      <w:r>
        <w:rPr>
          <w:b/>
        </w:rPr>
        <w:t xml:space="preserve">[09:54] </w:t>
      </w:r>
      <w:r>
        <w:t>lekin sath sath woh businessman the, agarche lekin maut ke baray mein bohat sochte rehte the. woh sab ko kehte the ke zindagi zyada bara masla hai, maut ka masla hai, is par is ko le kar ghor karo.</w:t>
      </w:r>
    </w:p>
    <w:p>
      <w:pPr>
        <w:jc w:val="right"/>
      </w:pPr>
      <w:r>
        <w:t>لیکن ساتھ ساتھ وہ بزنس مین تھے، اگرچہ لیکن موت کے بارے میں بہت سوچتے رہتے تھے۔ وہ سب کو کہتے تھے کہ زندگی زیادہ بڑا مسئلہ ہے، موت کا مسئلہ ہے، اس پر اس کو لے کر غور کرو۔</w:t>
      </w:r>
    </w:p>
    <w:p>
      <w:r>
        <w:rPr>
          <w:b/>
        </w:rPr>
        <w:t xml:space="preserve">[10:12] </w:t>
      </w:r>
      <w:r>
        <w:t>to main samajhta hoon ke yeh bohat hi sahi mizaj tha un ka aur yeh mizaj matloob hai hadith ke mutabiq.</w:t>
      </w:r>
    </w:p>
    <w:p>
      <w:pPr>
        <w:jc w:val="right"/>
      </w:pPr>
      <w:r>
        <w:t>تو میں سمجھتا ہوں کہ یہ بہت ہی صحیح مزاج تھا ان کا اور یہ مزاج مطلوب ہے حدیث کے مطابق۔</w:t>
      </w:r>
    </w:p>
    <w:p>
      <w:r>
        <w:rPr>
          <w:b/>
        </w:rPr>
        <w:t xml:space="preserve">[10:24] </w:t>
      </w:r>
      <w:r>
        <w:t>dekhein, hadith mein aata hai, quran mein hai ke kal nafs zaeqatul maut har aadmi ko zaroor marna hai, kal nafs zaeqatul maut aur hadith mein aata hai aksar al-zikr hafiz al-zat al-maut yani maut ko bohat yaad karo,</w:t>
      </w:r>
    </w:p>
    <w:p>
      <w:pPr>
        <w:jc w:val="right"/>
      </w:pPr>
      <w:r>
        <w:t>دیکھیں، حدیث میں آتا ہے، قرآن میں ہے کہ کل نفس ذائقۃ الموت ہر آدمی کو ضرور مرنا ہے، کل نفس ذائقۃ الموت اور حدیث میں آتا ہے أكثر الذكر حافظ الذات الموت یعنی موت کو بہت یاد کرو،</w:t>
      </w:r>
    </w:p>
    <w:p>
      <w:r>
        <w:rPr>
          <w:b/>
        </w:rPr>
        <w:t xml:space="preserve">[10:46] </w:t>
      </w:r>
      <w:r>
        <w:t>remember death much</w:t>
      </w:r>
    </w:p>
    <w:p>
      <w:pPr>
        <w:jc w:val="right"/>
      </w:pPr>
      <w:r>
        <w:t>remember death much</w:t>
      </w:r>
    </w:p>
    <w:p>
      <w:r>
        <w:rPr>
          <w:b/>
        </w:rPr>
        <w:t xml:space="preserve">[10:50] </w:t>
      </w:r>
      <w:r>
        <w:t>maut ko bohat yaad karo.</w:t>
      </w:r>
    </w:p>
    <w:p>
      <w:pPr>
        <w:jc w:val="right"/>
      </w:pPr>
      <w:r>
        <w:t>موت کو بہت یاد کرو۔</w:t>
      </w:r>
    </w:p>
    <w:p>
      <w:r>
        <w:rPr>
          <w:b/>
        </w:rPr>
        <w:t xml:space="preserve">[10:54] </w:t>
      </w:r>
      <w:r>
        <w:t>ab main soch raha tha ke aakhir maut ko yaad karo ka matlab kya hai?</w:t>
      </w:r>
    </w:p>
    <w:p>
      <w:pPr>
        <w:jc w:val="right"/>
      </w:pPr>
      <w:r>
        <w:t>اب میں سوچ رہا تھا کہ آخر موت کو یاد کرو کا مطلب کیا ہے؟</w:t>
      </w:r>
    </w:p>
    <w:p>
      <w:r>
        <w:rPr>
          <w:b/>
        </w:rPr>
        <w:t xml:space="preserve">[11:04] </w:t>
      </w:r>
      <w:r>
        <w:t>aksar al-zikr hafiz al-zikr maut ka bohat zikr karo. to allah ke zikr ke baray mein bhi ahkam aaye hain, allah ka bohat zikr karo.</w:t>
      </w:r>
    </w:p>
    <w:p>
      <w:pPr>
        <w:jc w:val="right"/>
      </w:pPr>
      <w:r>
        <w:t>أكثر الذكر حافظ الذكر موت کا بہت ذکر کرو۔ تو اللہ کے ذکر کے بارے میں بھی احکام آئے ہیں، اللہ کا بہت ذکر کرو۔</w:t>
      </w:r>
    </w:p>
    <w:p>
      <w:r>
        <w:rPr>
          <w:b/>
        </w:rPr>
        <w:t xml:space="preserve">[11:16] </w:t>
      </w:r>
      <w:r>
        <w:t>to is ka to zikr log is tarah karte hain ke allah, allah, allah, allah, allah, allah kehte hain, sufi log</w:t>
      </w:r>
    </w:p>
    <w:p>
      <w:pPr>
        <w:jc w:val="right"/>
      </w:pPr>
      <w:r>
        <w:t>تو اس کا تو ذکر لوگ اس طرح کرتے ہیں کہ اللہ، اللہ، اللہ، اللہ، اللہ، اللہ کہتے ہیں، صوفی لوگ</w:t>
      </w:r>
    </w:p>
    <w:p>
      <w:r>
        <w:rPr>
          <w:b/>
        </w:rPr>
        <w:t xml:space="preserve">[11:23] </w:t>
      </w:r>
      <w:r>
        <w:t>. kya yeh matlab yahan bhi hai ke maut, maut, maut, maut, maut, maut kar rahe hain aap? zahir hai ke yeh matlab nahin ho sakta. remember death much ka matlab yeh nahin ho sakta hai ke aap maut, maut, maut, maut, maut karen.</w:t>
      </w:r>
    </w:p>
    <w:p>
      <w:pPr>
        <w:jc w:val="right"/>
      </w:pPr>
      <w:r>
        <w:t>۔ کیا یہ مطلب یہاں بھی ہے کہ موت، موت، موت، موت، موت، موت کر رہے ہیں آپ؟ ظاہر ہے کہ یہ مطلب نہیں ہو سکتا۔ remember death much کا مطلب یہ نہیں ہو سکتا ہے کہ آپ موت، موت، موت، موت، موت کریں۔</w:t>
      </w:r>
    </w:p>
    <w:p>
      <w:r>
        <w:rPr>
          <w:b/>
        </w:rPr>
        <w:t xml:space="preserve">[11:38] </w:t>
      </w:r>
      <w:r>
        <w:t>phir kya matlab hai is ka?</w:t>
      </w:r>
    </w:p>
    <w:p>
      <w:pPr>
        <w:jc w:val="right"/>
      </w:pPr>
      <w:r>
        <w:t>پھر کیا مطلب ہے اس کا؟</w:t>
      </w:r>
    </w:p>
    <w:p>
      <w:r>
        <w:rPr>
          <w:b/>
        </w:rPr>
        <w:t xml:space="preserve">[11:43] </w:t>
      </w:r>
      <w:r>
        <w:t>is ka kya matlab hai? bohat zyada sochne ki baat hai.</w:t>
      </w:r>
    </w:p>
    <w:p>
      <w:pPr>
        <w:jc w:val="right"/>
      </w:pPr>
      <w:r>
        <w:t>اس کا کیا مطلب ہے؟ بہت زیادہ سوچنے کی بات ہے۔</w:t>
      </w:r>
    </w:p>
    <w:p>
      <w:r>
        <w:rPr>
          <w:b/>
        </w:rPr>
        <w:t xml:space="preserve">[11:48] </w:t>
      </w:r>
      <w:r>
        <w:t>is ka matlab yeh hai ke bohat zyada maut ke baray mein socho.</w:t>
      </w:r>
    </w:p>
    <w:p>
      <w:pPr>
        <w:jc w:val="right"/>
      </w:pPr>
      <w:r>
        <w:t>اس کا مطلب یہ ہے کہ بہت زیادہ موت کے بارے میں سوچو۔</w:t>
      </w:r>
    </w:p>
    <w:p>
      <w:r>
        <w:rPr>
          <w:b/>
        </w:rPr>
        <w:t xml:space="preserve">[11:54] </w:t>
      </w:r>
      <w:r>
        <w:t>tumhari jo planning ho zindagi ki, woh maut ko le kar ho.</w:t>
      </w:r>
    </w:p>
    <w:p>
      <w:pPr>
        <w:jc w:val="right"/>
      </w:pPr>
      <w:r>
        <w:t>تمہاری جو پلاننگ ہو زندگی کی، وہ موت کو لے کر ہو۔</w:t>
      </w:r>
    </w:p>
    <w:p>
      <w:r>
        <w:rPr>
          <w:b/>
        </w:rPr>
        <w:t xml:space="preserve">[12:01] </w:t>
      </w:r>
      <w:r>
        <w:t>har aadmi dekhein, zindagi ki planning karta hai to ke to money ko le kar karta hai. money oriented planning yeh har aadmi ka goal hota hai.</w:t>
      </w:r>
    </w:p>
    <w:p>
      <w:pPr>
        <w:jc w:val="right"/>
      </w:pPr>
      <w:r>
        <w:t>ہر آدمی دیکھیں، زندگی کی پلاننگ کرتا ہے تو کہ تو منی کو لے کر کرتا ہے۔ Money oriented planning یہ ہر آدمی کا گول ہوتا ہے۔</w:t>
      </w:r>
    </w:p>
    <w:p>
      <w:r>
        <w:rPr>
          <w:b/>
        </w:rPr>
        <w:t xml:space="preserve">[12:12] </w:t>
      </w:r>
      <w:r>
        <w:t>to yeh hadith kehti hai ke tumhari planning jo hai, death oriented honi chahiye.</w:t>
      </w:r>
    </w:p>
    <w:p>
      <w:pPr>
        <w:jc w:val="right"/>
      </w:pPr>
      <w:r>
        <w:t>تو یہ حدیث کہتی ہے کہ تمہاری پلاننگ جو ہے، ڈیتھ oriented ہونی چاہیے۔</w:t>
      </w:r>
    </w:p>
    <w:p>
      <w:r>
        <w:rPr>
          <w:b/>
        </w:rPr>
        <w:t xml:space="preserve">[12:22] </w:t>
      </w:r>
      <w:r>
        <w:t>death oriented planning of your life .</w:t>
      </w:r>
    </w:p>
    <w:p>
      <w:pPr>
        <w:jc w:val="right"/>
      </w:pPr>
      <w:r>
        <w:t>Death oriented planning of your life ۔</w:t>
      </w:r>
    </w:p>
    <w:p>
      <w:r>
        <w:rPr>
          <w:b/>
        </w:rPr>
        <w:t xml:space="preserve">[12:29] </w:t>
      </w:r>
      <w:r>
        <w:t>to mujhe ek qissa yaad aata hai, main lucknow mein tha kuch kuch saalon ke liye. to nadwa mein ek talib-e-ilm thay, koi majzoob qism ke aadmi thay woh.</w:t>
      </w:r>
    </w:p>
    <w:p>
      <w:pPr>
        <w:jc w:val="right"/>
      </w:pPr>
      <w:r>
        <w:t>تو مجھے ایک قصہ یاد آتا ہے، میں لکھنؤ میں تھا کچھ کچھ سالوں کے لیے۔ تو ندوہ میں ایک طالب علم تھے، کوئی مجذوب قسم کے آدمی تھے وہ۔</w:t>
      </w:r>
    </w:p>
    <w:p>
      <w:r>
        <w:rPr>
          <w:b/>
        </w:rPr>
        <w:t xml:space="preserve">[12:41] </w:t>
      </w:r>
      <w:r>
        <w:t>to woh kya karte thay? kabhi kabhi woh qabristan chalay jatay thay, graveyard mein, akele.</w:t>
      </w:r>
    </w:p>
    <w:p>
      <w:pPr>
        <w:jc w:val="right"/>
      </w:pPr>
      <w:r>
        <w:t>تو وہ کیا کرتے تھے؟ کبھی کبھی وہ قبرستان چلاتے تھے، گریو یارڈ میں، اکیلے۔</w:t>
      </w:r>
    </w:p>
    <w:p>
      <w:r>
        <w:rPr>
          <w:b/>
        </w:rPr>
        <w:t xml:space="preserve">[12:50] </w:t>
      </w:r>
      <w:r>
        <w:t>wahan par qabar mein lait jatay thay. qabar mein andar dakhil ho kar ke lait jatay thay, akele. to un se poocha gaya ke bhai, kyun aisa karte hain aap?</w:t>
      </w:r>
    </w:p>
    <w:p>
      <w:pPr>
        <w:jc w:val="right"/>
      </w:pPr>
      <w:r>
        <w:t>وہاں پر قبر میں لیٹ جاتے تھے۔ قبر میں اندر داخل ہو کر کے لیٹ جاتے تھے، اکیلے۔ تو ان سے پوچھا گیا کہ بھئی، کیوں ایسا کرتے ہیں آپ؟</w:t>
      </w:r>
    </w:p>
    <w:p>
      <w:r>
        <w:rPr>
          <w:b/>
        </w:rPr>
        <w:t xml:space="preserve">[13:01] </w:t>
      </w:r>
      <w:r>
        <w:t>unhon ne kaha, "main ja kar ke sochta hoon ke yahin mujhe aana hai." lekin yeh tareeqa main samajhta hoon ke, yaani kisi sahabi ne aisa nahi kiya.</w:t>
      </w:r>
    </w:p>
    <w:p>
      <w:pPr>
        <w:jc w:val="right"/>
      </w:pPr>
      <w:r>
        <w:t>انہوں نے کہا، "میں جا کر کے سوچتا ہوں کہ یہیں مجھے آنا ہے۔" لیکن یہ طریقہ میں سمجھتا ہوں کہ، یعنی کسی صحابی نے ایسا نہیں کیا۔</w:t>
      </w:r>
    </w:p>
    <w:p>
      <w:r>
        <w:rPr>
          <w:b/>
        </w:rPr>
        <w:t xml:space="preserve">[13:14] </w:t>
      </w:r>
      <w:r>
        <w:t>kisi sahabi ke baray mein nahi hum ne suna ke woh ja kar qabar mein laitta tha. to yeh un ki ek, main samajhta hoon ke ek inteha pasandana soch ka nateeja hoga shayad.</w:t>
      </w:r>
    </w:p>
    <w:p>
      <w:pPr>
        <w:jc w:val="right"/>
      </w:pPr>
      <w:r>
        <w:t>کسی صحابی کے بارے میں نہیں ہم نے سنا کہ وہ جا کر قبر میں لیٹتا تھا۔ تو یہ ان کی ایک، میں سمجھتا ہوں کہ ایک انتہا پسندانہ سوچ کا نتیجہ ہوگا شاید۔</w:t>
      </w:r>
    </w:p>
    <w:p>
      <w:r>
        <w:rPr>
          <w:b/>
        </w:rPr>
        <w:t xml:space="preserve">[13:24] </w:t>
      </w:r>
      <w:r>
        <w:t>asal cheez yeh nahi ke aap qabar mein ja kar laitein, asal cheez hai qabar ko le kar sochen.</w:t>
      </w:r>
    </w:p>
    <w:p>
      <w:pPr>
        <w:jc w:val="right"/>
      </w:pPr>
      <w:r>
        <w:t>اصل چیز یہ نہیں کہ آپ قبر میں جا کر لیٹیں، اصل چیز ہے قبر کو لے کر سوچیں۔</w:t>
      </w:r>
    </w:p>
    <w:p>
      <w:r>
        <w:rPr>
          <w:b/>
        </w:rPr>
        <w:t xml:space="preserve">[13:33] </w:t>
      </w:r>
      <w:r>
        <w:t>qabar ko le kar sochen. jaise dekhein, main</w:t>
      </w:r>
    </w:p>
    <w:p>
      <w:pPr>
        <w:jc w:val="right"/>
      </w:pPr>
      <w:r>
        <w:t>قبر کو لے کر سوچیں۔ جیسے دیکھیں، میں</w:t>
      </w:r>
    </w:p>
    <w:p>
      <w:r>
        <w:rPr>
          <w:b/>
        </w:rPr>
        <w:t xml:space="preserve">[13:42] </w:t>
      </w:r>
      <w:r>
        <w:t>jab kisi ka inteqal hota hai to aap jantay hain ke tajdeed o tadfeen hoti hai, murday ko qabristan le atay hain. to main bohat zyada jata raha hoon qabristan mein is tareeqay se.</w:t>
      </w:r>
    </w:p>
    <w:p>
      <w:pPr>
        <w:jc w:val="right"/>
      </w:pPr>
      <w:r>
        <w:t>جب کسی کا انتقال ہوتا ہے تو آپ جانتے ہیں کہ تجدید و تدفین ہوتی ہے، مردے کو قبرستان لے آتے ہیں۔ تو میں بہت زیادہ جاتا رہا ہوں قبرستان میں اس طریقے سے۔</w:t>
      </w:r>
    </w:p>
    <w:p>
      <w:r>
        <w:rPr>
          <w:b/>
        </w:rPr>
        <w:t xml:space="preserve">[13:55] </w:t>
      </w:r>
      <w:r>
        <w:t>to main ne paya hai ke wahan par jo log hotay hain, har ek idhar udhar ki baatein karta hai.</w:t>
      </w:r>
    </w:p>
    <w:p>
      <w:pPr>
        <w:jc w:val="right"/>
      </w:pPr>
      <w:r>
        <w:t>تو میں نے پایا ہے کہ وہاں پر جو لوگ ہوتے ہیں، ہر ایک ادھر ادھر کی باتیں کرتا ہے۔</w:t>
      </w:r>
    </w:p>
    <w:p>
      <w:r>
        <w:rPr>
          <w:b/>
        </w:rPr>
        <w:t xml:space="preserve">[14:02] </w:t>
      </w:r>
      <w:r>
        <w:t>idhar udhar ki baatein, business ki baat, job ki baat, market ki baat, politics ki baat.</w:t>
      </w:r>
    </w:p>
    <w:p>
      <w:pPr>
        <w:jc w:val="right"/>
      </w:pPr>
      <w:r>
        <w:t>ادھر ادھر کی باتیں، بزنس کی بات، جاب کی بات، مارکیٹ کی بات، پولیٹکس کی بات۔</w:t>
      </w:r>
    </w:p>
    <w:p>
      <w:r>
        <w:rPr>
          <w:b/>
        </w:rPr>
        <w:t xml:space="preserve">[14:11] </w:t>
      </w:r>
      <w:r>
        <w:t>kabhi bhi apne tajrubay mein main ne nahi paya ke log jo hain, zikr karte hon maut ka.</w:t>
      </w:r>
    </w:p>
    <w:p>
      <w:pPr>
        <w:jc w:val="right"/>
      </w:pPr>
      <w:r>
        <w:t>کبھی بھی اپنے تجربے میں میں نے نہیں پایا کہ لوگ جو ہیں، ذکر کرتے ہوں موت کا۔</w:t>
      </w:r>
    </w:p>
    <w:p>
      <w:r>
        <w:rPr>
          <w:b/>
        </w:rPr>
        <w:t xml:space="preserve">[14:19] </w:t>
      </w:r>
      <w:r>
        <w:t>mera haal kya hota hai? main bol chup ho jata, mujhe bol nahi n</w:t>
      </w:r>
    </w:p>
    <w:p>
      <w:pPr>
        <w:jc w:val="right"/>
      </w:pPr>
      <w:r>
        <w:t>میرا حال کیا ہوتا ہے؟ میں بول چپ ہو جاتا، مجھے بول نہیں ن</w:t>
      </w:r>
    </w:p>
    <w:p>
      <w:r>
        <w:rPr>
          <w:b/>
        </w:rPr>
        <w:t xml:space="preserve">[14:24] </w:t>
      </w:r>
      <w:r>
        <w:t>kalti. jab main jata hoon qabristan mein kisi mayyat ke sath tajdeed o tadfeen ke liye to bol nahi nikalti mujh se. main sochta rehta hoon ke yahin mujhe bhi isi qabar mein dafan kiya jayega ek din.</w:t>
      </w:r>
    </w:p>
    <w:p>
      <w:pPr>
        <w:jc w:val="right"/>
      </w:pPr>
      <w:r>
        <w:t>کلتی۔ جب میں جاتا ہوں قبرستان میں کسی میت کے ساتھ تجدید و تدفین کے لیے تو بول نہیں نکلتی مجھ سے۔ میں سوچتا رہتا ہوں کہ یہیں مجھے بھی اسی قبر میں دفن کیا جائے گا ایک دن۔</w:t>
      </w:r>
    </w:p>
    <w:p>
      <w:r>
        <w:rPr>
          <w:b/>
        </w:rPr>
        <w:t xml:space="preserve">[14:41] </w:t>
      </w:r>
      <w:r>
        <w:t>yaani body jo aaj zinda hai, ek waqt hoga ke us ki zindagi nikal chuki hogi. phir is body ki koi value nahi hogi. us ko kafan mein lapait kar ke isi mein daal diya jayega.</w:t>
      </w:r>
    </w:p>
    <w:p>
      <w:pPr>
        <w:jc w:val="right"/>
      </w:pPr>
      <w:r>
        <w:t>یعنی باڈی جو آج زندہ ہے، ایک وقت ہوگا کہ اس کی زندگی نکل چکی ہوگی۔ پھر اس باڈی کی کوئی ویلیو نہیں ہوگی۔ اس کو کفن میں لپیٹ کر کے اسی میں ڈال دیا جائے گا۔</w:t>
      </w:r>
    </w:p>
    <w:p>
      <w:r>
        <w:rPr>
          <w:b/>
        </w:rPr>
        <w:t xml:space="preserve">[14:56] </w:t>
      </w:r>
      <w:r>
        <w:t>kal bhi jab main gaya tha function mein to bohat saray aadmi thay wahan par. to log apnay apnay is mein thay. main to musalsal ro raha tha bas.</w:t>
      </w:r>
    </w:p>
    <w:p>
      <w:pPr>
        <w:jc w:val="right"/>
      </w:pPr>
      <w:r>
        <w:t>کل بھی جب میں گیا تھا فنکشن میں تو بہت سارے آدمی تھے وہاں پر۔ تو لوگ اپنے اپنے اس میں تھے۔ میں تو مسلسل رو رہا تھا بس۔</w:t>
      </w:r>
    </w:p>
    <w:p>
      <w:r>
        <w:rPr>
          <w:b/>
        </w:rPr>
        <w:t xml:space="preserve">[15:10] </w:t>
      </w:r>
      <w:r>
        <w:t>ke jo anjaam is lady ka hua hai, wohi anjaam mera bhi honay wala hai.</w:t>
      </w:r>
    </w:p>
    <w:p>
      <w:pPr>
        <w:jc w:val="right"/>
      </w:pPr>
      <w:r>
        <w:t>کہ جو انجام اس لیڈی کا ہوا ہے، وہی انجام میرا بھی ہونے والا ہے۔</w:t>
      </w:r>
    </w:p>
    <w:p>
      <w:r>
        <w:rPr>
          <w:b/>
        </w:rPr>
        <w:t xml:space="preserve">[15:17] </w:t>
      </w:r>
      <w:r>
        <w:t>to "asar o zikr hadith al-lazat" ka matlab hai ke aadmi ke andar</w:t>
      </w:r>
    </w:p>
    <w:p>
      <w:pPr>
        <w:jc w:val="right"/>
      </w:pPr>
      <w:r>
        <w:t>تو "اثر و ذکر حادثۃ اللذات" کا مطلب ہے کہ آدمی کے اندر</w:t>
      </w:r>
    </w:p>
    <w:p>
      <w:r>
        <w:rPr>
          <w:b/>
        </w:rPr>
        <w:t xml:space="preserve">[15:27] </w:t>
      </w:r>
      <w:r>
        <w:t>death oriented thinking ho, death oriented planning ho.</w:t>
      </w:r>
    </w:p>
    <w:p>
      <w:pPr>
        <w:jc w:val="right"/>
      </w:pPr>
      <w:r>
        <w:t>ڈیتھ oriented thinking ہو، ڈیتھ oriented planning ہو۔</w:t>
      </w:r>
    </w:p>
    <w:p>
      <w:r>
        <w:rPr>
          <w:b/>
        </w:rPr>
        <w:t xml:space="preserve">[15:36] </w:t>
      </w:r>
      <w:r>
        <w:t>poori zindagi jo hai, death ko le kar sochey woh. kyunke aakhir kar to marni to hai aakhir kar.</w:t>
      </w:r>
    </w:p>
    <w:p>
      <w:pPr>
        <w:jc w:val="right"/>
      </w:pPr>
      <w:r>
        <w:t>پوری زندگی جو ہے، ڈیتھ کو لے کر سوچے وہ۔ کیونکہ آخر کار تو مرنی تو ہے آخر کار۔</w:t>
      </w:r>
    </w:p>
    <w:p>
      <w:r>
        <w:rPr>
          <w:b/>
        </w:rPr>
        <w:t xml:space="preserve">[15:45] </w:t>
      </w:r>
      <w:r>
        <w:t>jaise ek british singer, 27 saal ki umar mein mar gayi, aaj ke akhbar mein hai. to yeh to sochna hai, koi 27 saal mein mrega,</w:t>
      </w:r>
    </w:p>
    <w:p>
      <w:pPr>
        <w:jc w:val="right"/>
      </w:pPr>
      <w:r>
        <w:t>جیسے ایک برٹش سنگر، 27 سال کی عمر میں مر گئی، آج کے اخبار میں ہے۔ تو یہ تو سوچنا ہے، کوئی 27 سال میں مرے گا،</w:t>
      </w:r>
    </w:p>
    <w:p>
      <w:r>
        <w:rPr>
          <w:b/>
        </w:rPr>
        <w:t xml:space="preserve">[15:59] </w:t>
      </w:r>
      <w:r>
        <w:t>koi kam mein, koi zyada mein, lekin marna to hai bahar haal. marne ke baad eternal life hai.</w:t>
      </w:r>
    </w:p>
    <w:p>
      <w:pPr>
        <w:jc w:val="right"/>
      </w:pPr>
      <w:r>
        <w:t>کوئی کم میں، کوئی زیادہ میں، لیکن مرنا تو ہے بہرحال۔ مرنے کے بعد eternal life ہے۔</w:t>
      </w:r>
    </w:p>
    <w:p>
      <w:r>
        <w:rPr>
          <w:b/>
        </w:rPr>
        <w:t xml:space="preserve">[16:08] </w:t>
      </w:r>
      <w:r>
        <w:t>to un ki beti ne jab mujh se poocha tha to main ne kaha ke dekhein, unhon ne kaha tha ke where my mother has gone jab kaha tha unhon ne to main ne kaha ke dekhein, kuch log yeh mantay hain ke yeh body jo hai,</w:t>
      </w:r>
    </w:p>
    <w:p>
      <w:pPr>
        <w:jc w:val="right"/>
      </w:pPr>
      <w:r>
        <w:t>تو ان کی بیٹی نے جب مجھ سے پوچھا تھا تو میں نے کہا کہ دیکھیں، انہوں نے کہا تھا کہ where my mother has gone جب کہا تھا انہوں نے تو میں نے کہا کہ دیکھیں، کچھ لوگ یہ مانتے ہیں کہ یہ باڈی جو ہے،</w:t>
      </w:r>
    </w:p>
    <w:p>
      <w:r>
        <w:rPr>
          <w:b/>
        </w:rPr>
        <w:t xml:space="preserve">[16:23] </w:t>
      </w:r>
      <w:r>
        <w:t>yeh kuch nahi hai. mara to aadmi khatam. jaise chuck ek shayar thay, unhon ne kaha tha ke zindagi kya hai, asaar mein zahoor-e-tarteeb, maut kya hai, unhi ajza ka pareshan hona.</w:t>
      </w:r>
    </w:p>
    <w:p>
      <w:pPr>
        <w:jc w:val="right"/>
      </w:pPr>
      <w:r>
        <w:t>یہ کچھ نہیں ہے۔ مرا تو آدمی ختم۔ جیسے چک بس ایک شاعر تھے، انہوں نے کہا تھا کہ زندگی کیا ہے، عناصر میں ظہور ترتیب، موت کیا ہے، انہی اجزاء کا پریشان ہونا۔</w:t>
      </w:r>
    </w:p>
    <w:p>
      <w:r>
        <w:rPr>
          <w:b/>
        </w:rPr>
        <w:t xml:space="preserve">[16:39] </w:t>
      </w:r>
      <w:r>
        <w:t>matlab kuch element hain jo mil gaye to hamara wohi yeh ban gaya hai, wajood ban gaya hai hamara. woh disintegrate ho jayenge to wajood khatam.</w:t>
      </w:r>
    </w:p>
    <w:p>
      <w:pPr>
        <w:jc w:val="right"/>
      </w:pPr>
      <w:r>
        <w:t>مطلب کچھ element ہیں جو مل گئے تو ہمارا وہی یہ بن گیا ہے، وجود بن گیا ہے ہمارا۔ وہ disintegrate ہو جائیں گے تو وجود ختم۔</w:t>
      </w:r>
    </w:p>
    <w:p>
      <w:r>
        <w:rPr>
          <w:b/>
        </w:rPr>
        <w:t xml:space="preserve">[16:49] </w:t>
      </w:r>
      <w:r>
        <w:t>to main ne kaha ke aisa nahi hai.</w:t>
      </w:r>
    </w:p>
    <w:p>
      <w:pPr>
        <w:jc w:val="right"/>
      </w:pPr>
      <w:r>
        <w:t>تو میں نے کہا کہ ایسا نہیں ہے۔</w:t>
      </w:r>
    </w:p>
    <w:p>
      <w:r>
        <w:rPr>
          <w:b/>
        </w:rPr>
        <w:t xml:space="preserve">[16:55] </w:t>
      </w:r>
      <w:r>
        <w:t>aisa nahi hai.</w:t>
      </w:r>
    </w:p>
    <w:p>
      <w:pPr>
        <w:jc w:val="right"/>
      </w:pPr>
      <w:r>
        <w:t>ایسا نہیں ہے۔</w:t>
      </w:r>
    </w:p>
    <w:p>
      <w:r>
        <w:rPr>
          <w:b/>
        </w:rPr>
        <w:t xml:space="preserve">[16:57] </w:t>
      </w:r>
      <w:r>
        <w:t>mein aik misaal bhi doon in ko. ke dekhein, aik bohat bara</w:t>
      </w:r>
    </w:p>
    <w:p>
      <w:pPr>
        <w:jc w:val="right"/>
      </w:pPr>
      <w:r>
        <w:t>میں ایک مثال بھی دوں ان کو۔ کہ دیکھیں، ایک بہت بڑا</w:t>
      </w:r>
    </w:p>
    <w:p>
      <w:r>
        <w:rPr>
          <w:b/>
        </w:rPr>
        <w:t xml:space="preserve">[17:07] </w:t>
      </w:r>
      <w:r>
        <w:t>expert tha psychology mein, segment freud. is ne memory par research kiya, memory par.</w:t>
      </w:r>
    </w:p>
    <w:p>
      <w:pPr>
        <w:jc w:val="right"/>
      </w:pPr>
      <w:r>
        <w:t>expert تھا psychology میں، سگمنٹ فرائیڈ۔ اس نے memory پر research کیا، memory پر۔</w:t>
      </w:r>
    </w:p>
    <w:p>
      <w:r>
        <w:rPr>
          <w:b/>
        </w:rPr>
        <w:t xml:space="preserve">[17:16] </w:t>
      </w:r>
      <w:r>
        <w:t>to is ne likha hai ke yeh prove hota hai ke memory aadmi ki woh hamesha rehti hai.</w:t>
      </w:r>
    </w:p>
    <w:p>
      <w:pPr>
        <w:jc w:val="right"/>
      </w:pPr>
      <w:r>
        <w:t>تو اس نے لکھا ہے کہ یہ prove ہوتا ہے کہ memory آدمی کی وہ ہمیشہ باقی رہتی ہے۔</w:t>
      </w:r>
    </w:p>
    <w:p>
      <w:r>
        <w:rPr>
          <w:b/>
        </w:rPr>
        <w:t xml:space="preserve">[17:28] </w:t>
      </w:r>
      <w:r>
        <w:t>kabhi khatam nahi hoti. maslan mein ne apne bare mein bataya ke mein jab shayad che saal ka tha ya paanch che saal ka aisa kuch tha to mere sir par yahan phora ho gaya, abhi bhi is ka nishan hai.</w:t>
      </w:r>
    </w:p>
    <w:p>
      <w:pPr>
        <w:jc w:val="right"/>
      </w:pPr>
      <w:r>
        <w:t>کبھی ختم نہیں ہوتی۔ مثلاً میں نے اپنے بارے میں بتایا کہ میں جب شاید چھ سال کا تھا یا پانچ چھ سال کا ایسا کچھ تھا تو میرے سر پر یہاں پھوڑا ہو گیا، ابھی بھی اس کا نشان ہے۔</w:t>
      </w:r>
    </w:p>
    <w:p>
      <w:r>
        <w:rPr>
          <w:b/>
        </w:rPr>
        <w:t xml:space="preserve">[17:41] </w:t>
      </w:r>
      <w:r>
        <w:t>to jarrah ne is ko distar chalaya tha</w:t>
      </w:r>
    </w:p>
    <w:p>
      <w:pPr>
        <w:jc w:val="right"/>
      </w:pPr>
      <w:r>
        <w:t>تو جراح نے اس کو ڈسٹر چلایا تھا</w:t>
      </w:r>
    </w:p>
    <w:p>
      <w:r>
        <w:rPr>
          <w:b/>
        </w:rPr>
        <w:t xml:space="preserve">[17:44] </w:t>
      </w:r>
      <w:r>
        <w:t>, abhi bhi x ka nishan yahan par hai. to mere baap jo thay, us waqt zinda thay to apne god mein le kar mujh ko bethe.</w:t>
      </w:r>
    </w:p>
    <w:p>
      <w:pPr>
        <w:jc w:val="right"/>
      </w:pPr>
      <w:r>
        <w:t>، ابھی بھی X کا نشان یہاں پر ہے۔ تو میرے باپ جو تھے، اس وقت زندہ تھے تو اپنے گود میں لے کر مجھ کو بیٹھے۔</w:t>
      </w:r>
    </w:p>
    <w:p>
      <w:r>
        <w:rPr>
          <w:b/>
        </w:rPr>
        <w:t xml:space="preserve">[17:54] </w:t>
      </w:r>
      <w:r>
        <w:t>mein chota tha us waqt. aur idhar jarrah tha, idhar mein. to baap ki god mein mein tha aur jarrah ne is ko kiya tha.</w:t>
      </w:r>
    </w:p>
    <w:p>
      <w:pPr>
        <w:jc w:val="right"/>
      </w:pPr>
      <w:r>
        <w:t>میں چھوٹا تھا اس وقت۔ اور ادھر جراح تھا، ادھر میں۔ تو باپ کی گود میں میں تھا اور جراح نے اس کو کیا تھا۔</w:t>
      </w:r>
    </w:p>
    <w:p>
      <w:r>
        <w:rPr>
          <w:b/>
        </w:rPr>
        <w:t xml:space="preserve">[18:06] </w:t>
      </w:r>
      <w:r>
        <w:t>to mein ne kaha ke aaj tak woh naqsha mere zehen mein hai, abhi bhi yaad hai mujh ko.</w:t>
      </w:r>
    </w:p>
    <w:p>
      <w:pPr>
        <w:jc w:val="right"/>
      </w:pPr>
      <w:r>
        <w:t>تو میں نے کہا کہ آج تک وہ نقشہ میرے ذہن میں ہے، ابھی بھی یاد ہے مجھ کو۔</w:t>
      </w:r>
    </w:p>
    <w:p>
      <w:r>
        <w:rPr>
          <w:b/>
        </w:rPr>
        <w:t xml:space="preserve">[18:11] </w:t>
      </w:r>
      <w:r>
        <w:t>wo jagah yaad hai, kis tarah baap le ke bethe hue thay, kis tarah jarrah ne national lagaye, sab aankhon ke samne se dikhai parta hai mujhe.</w:t>
      </w:r>
    </w:p>
    <w:p>
      <w:pPr>
        <w:jc w:val="right"/>
      </w:pPr>
      <w:r>
        <w:t>وہ جگہ یاد ہے، کس طرح باپ لے کے بیٹھے ہوئے تھے، کس طرح جراح نے نیشنل لگائے، سب آنکھوں کے سامنے سے دکھائی پڑتا ہے مجھے۔</w:t>
      </w:r>
    </w:p>
    <w:p>
      <w:r>
        <w:rPr>
          <w:b/>
        </w:rPr>
        <w:t xml:space="preserve">[18:22] </w:t>
      </w:r>
      <w:r>
        <w:t>aisi beshumar aur cheezein hain, doosri cheezein. to yeh memory mein hai. lekin yeh bhi sabit hua hai ke hamari yeh body jo hai, barabar degeneration hota rehta hai is ke andar.</w:t>
      </w:r>
    </w:p>
    <w:p>
      <w:pPr>
        <w:jc w:val="right"/>
      </w:pPr>
      <w:r>
        <w:t>ایسی بے شمار اور چیزیں ہیں، دوسری چیزیں۔ تو یہ memory میں ہے۔ لیکن یہ بھی ثابت ہوا ہے کہ ہماری یہ باڈی جو ہے، برابر degeneration ہوتا رہتا ہے اس کے اندر۔</w:t>
      </w:r>
    </w:p>
    <w:p>
      <w:r>
        <w:rPr>
          <w:b/>
        </w:rPr>
        <w:t xml:space="preserve">[18:35] </w:t>
      </w:r>
      <w:r>
        <w:t>hamare cells hain, cell jo cells hain, sab toot'te rehte hain, dead ho kar ke. to</w:t>
      </w:r>
    </w:p>
    <w:p>
      <w:pPr>
        <w:jc w:val="right"/>
      </w:pPr>
      <w:r>
        <w:t>ہمارے cells ہیں، cell جو cells ہیں، سب ٹوٹتے رہتے ہیں، dead ہو کر کے۔ تو</w:t>
      </w:r>
    </w:p>
    <w:p>
      <w:r>
        <w:rPr>
          <w:b/>
        </w:rPr>
        <w:t xml:space="preserve">[18:43] </w:t>
      </w:r>
      <w:r>
        <w:t>yeh hisab lagaya gaya hai ke, yani bachay ke cell kam toot'te hain, ziyada umar barhti hai to ziyada toot'te hain. lekin agar is ko majmooi aitbar se dekha jaye to das saal mein poora body hum badal jata hai hamara.</w:t>
      </w:r>
    </w:p>
    <w:p>
      <w:pPr>
        <w:jc w:val="right"/>
      </w:pPr>
      <w:r>
        <w:t>یہ حساب لگایا گیا ہے کہ، یعنی بچے کے cell کم ٹوٹتے ہیں، زیادہ عمر بڑھتی ہے تو زیادہ ٹوٹتے ہیں۔ لیکن اگر اس کو مجموعی اعتبار سے دیکھا جائے تو دس سال میں پورا باڈی ہم بدل جاتا ہے ہمارا۔</w:t>
      </w:r>
    </w:p>
    <w:p>
      <w:r>
        <w:rPr>
          <w:b/>
        </w:rPr>
        <w:t xml:space="preserve">[18:59] </w:t>
      </w:r>
      <w:r>
        <w:t>yani pehle jo cell thay woh khatam, naye cell aa gaye. to</w:t>
      </w:r>
    </w:p>
    <w:p>
      <w:pPr>
        <w:jc w:val="right"/>
      </w:pPr>
      <w:r>
        <w:t>یعنی پہلے جو cell تھے وہ ختم، نئے cell آ گئے۔ تو</w:t>
      </w:r>
    </w:p>
    <w:p>
      <w:r>
        <w:rPr>
          <w:b/>
        </w:rPr>
        <w:t xml:space="preserve">[19:05] </w:t>
      </w:r>
      <w:r>
        <w:t>kaha ke agar kisi ko phir 80 saal hai to 80 baar badh chuka hai woh. yani body jo hai, 80 baar badh chuki hai is ki.</w:t>
      </w:r>
    </w:p>
    <w:p>
      <w:pPr>
        <w:jc w:val="right"/>
      </w:pPr>
      <w:r>
        <w:t>کہا کہ اگر کسی کو پھر 80 سال ہے تو 80 بار بڑھ چکا ہے وہ۔ یعنی باڈی جو ہے، 80 بار بڑھ چکی ہے اس کی۔</w:t>
      </w:r>
    </w:p>
    <w:p>
      <w:r>
        <w:rPr>
          <w:b/>
        </w:rPr>
        <w:t xml:space="preserve">[19:16] </w:t>
      </w:r>
      <w:r>
        <w:t>to woh kehta hai ke agar memory kisi body ka function ho to us ko mar jana chahiye kyunke baqi hai woh.</w:t>
      </w:r>
    </w:p>
    <w:p>
      <w:pPr>
        <w:jc w:val="right"/>
      </w:pPr>
      <w:r>
        <w:t>تو وہ کہتا ہے کہ اگر memory کسی باڈی کا function ہو تو اس کو مر جانا چاہیے کیونکہ باقی ہے وہ۔</w:t>
      </w:r>
    </w:p>
    <w:p>
      <w:r>
        <w:rPr>
          <w:b/>
        </w:rPr>
        <w:t xml:space="preserve">[19:29] </w:t>
      </w:r>
      <w:r>
        <w:t>jis body mein woh exist kar rahi thi memory, woh to body khatam ho gaya.</w:t>
      </w:r>
    </w:p>
    <w:p>
      <w:pPr>
        <w:jc w:val="right"/>
      </w:pPr>
      <w:r>
        <w:t>جس باڈی میں وہ exist کر رہی تھی memory، وہ تو باڈی ختم ہو گیا۔</w:t>
      </w:r>
    </w:p>
    <w:p>
      <w:r>
        <w:rPr>
          <w:b/>
        </w:rPr>
        <w:t xml:space="preserve">[19:38] </w:t>
      </w:r>
      <w:r>
        <w:t>yani baar baar khatam hota rehta hai. cell martay hain aur doosre cell replace karte hain aur yeh body khatam hota rehta hai. to agar woh memory jo hai,</w:t>
      </w:r>
    </w:p>
    <w:p>
      <w:pPr>
        <w:jc w:val="right"/>
      </w:pPr>
      <w:r>
        <w:t>یعنی بار بار ختم ہوتا رہتا ہے۔ cell مرتے ہیں اور دوسرے cell replace کرتے ہیں اور یہ باڈی ختم ہوتا رہتا ہے۔ تو اگر وہ memory جو ہے،</w:t>
      </w:r>
    </w:p>
    <w:p>
      <w:r>
        <w:rPr>
          <w:b/>
        </w:rPr>
        <w:t xml:space="preserve">[19:53] </w:t>
      </w:r>
      <w:r>
        <w:t>isi body ka hissa ho.</w:t>
      </w:r>
    </w:p>
    <w:p>
      <w:pPr>
        <w:jc w:val="right"/>
      </w:pPr>
      <w:r>
        <w:t>اسی باڈی کا حصہ ہو۔</w:t>
      </w:r>
    </w:p>
    <w:p>
      <w:r>
        <w:rPr>
          <w:b/>
        </w:rPr>
        <w:t xml:space="preserve">[19:58] </w:t>
      </w:r>
      <w:r>
        <w:t>jaise kuch logon ne yeh likha hai ke jaise drakht ke do branch aise takrate hain jab to awaz nikalti hai. hawa chalti hai, branch takrate hain, hawa nikalti hai.</w:t>
      </w:r>
    </w:p>
    <w:p>
      <w:pPr>
        <w:jc w:val="right"/>
      </w:pPr>
      <w:r>
        <w:t>جیسے کچھ لوگوں نے یہ لکھا ہے کہ جیسے درخت کے دو branch ایسے ٹکراتے ہیں جب تو آواز نکلتی ہے۔ ہوا چلتی ہے، branch ٹکراتے ہیں، ہوا نکلتی ہے۔</w:t>
      </w:r>
    </w:p>
    <w:p>
      <w:r>
        <w:rPr>
          <w:b/>
        </w:rPr>
        <w:t xml:space="preserve">[20:11] </w:t>
      </w:r>
      <w:r>
        <w:t>to woh kehte hain ke aise hi hai zindagi. is awaz jaisi hai, alag se koi wajood nahi hai is ka. lekin yeh bilkul kahani ki baat hai, absurd baat hai.</w:t>
      </w:r>
    </w:p>
    <w:p>
      <w:pPr>
        <w:jc w:val="right"/>
      </w:pPr>
      <w:r>
        <w:t>تو وہ کہتے ہیں کہ ایسے ہی ہے زندگی۔ اس آواز جیسی ہے، الگ سے کوئی وجود نہیں ہے اس کا۔ لیکن یہ بالکل کہانی کی بات ہے، absurd بات ہے۔</w:t>
      </w:r>
    </w:p>
    <w:p>
      <w:r>
        <w:rPr>
          <w:b/>
        </w:rPr>
        <w:t xml:space="preserve">[20:26] </w:t>
      </w:r>
      <w:r>
        <w:t>to research jo hai, hui hai, jo research jo yeh yeh sabit karti hai ke memory jo hai hamari, hamari body ke independent hamesha rehti hai, exist karti hai.</w:t>
      </w:r>
    </w:p>
    <w:p>
      <w:pPr>
        <w:jc w:val="right"/>
      </w:pPr>
      <w:r>
        <w:t>تو research جو ہے، ہوئی ہے، جو research جو یہ یہ ثابت کرتی ہے کہ memory جو ہے ہماری، ہماری باڈی کے independent ہمیشہ رہتی ہے، exist کرتی ہے۔</w:t>
      </w:r>
    </w:p>
    <w:p>
      <w:r>
        <w:rPr>
          <w:b/>
        </w:rPr>
        <w:t xml:space="preserve">[20:40] </w:t>
      </w:r>
      <w:r>
        <w:t>to is ke maani ke koi aur cheez honi chahiye, woh kahan hai woh? to woh soul hai, woh mind hai. hamara mind body se hai, body vehicle hai sirf.</w:t>
      </w:r>
    </w:p>
    <w:p>
      <w:pPr>
        <w:jc w:val="right"/>
      </w:pPr>
      <w:r>
        <w:t>تو اس کے معنی کہ کوئی اور چیز ہونی چاہیے، وہ کہاں ہے وہ؟ تو وہ soul ہے، وہ mind ہے۔ ہمارا mind body سے ہے، body vehicle ہے صرف۔</w:t>
      </w:r>
    </w:p>
    <w:p>
      <w:r>
        <w:rPr>
          <w:b/>
        </w:rPr>
        <w:t xml:space="preserve">[20:52] </w:t>
      </w:r>
      <w:r>
        <w:t>yeh body vehicle hai mind ka.</w:t>
      </w:r>
    </w:p>
    <w:p>
      <w:pPr>
        <w:jc w:val="right"/>
      </w:pPr>
      <w:r>
        <w:t>یہ body vehicle ہے mind کا۔</w:t>
      </w:r>
    </w:p>
    <w:p>
      <w:r>
        <w:rPr>
          <w:b/>
        </w:rPr>
        <w:t xml:space="preserve">[20:55] </w:t>
      </w:r>
      <w:r>
        <w:t>wohi aik hi cheez hai jis ko aap kabhi mind kahiye, soul kahiye, personality kahiye, aik hi cheez hai. is body ke beyond aik hamari aik personality hai.</w:t>
      </w:r>
    </w:p>
    <w:p>
      <w:pPr>
        <w:jc w:val="right"/>
      </w:pPr>
      <w:r>
        <w:t>وہی ایک ہی چیز ہے جس کو آپ کبھی mind کہیے، soul کہیے، personality کہیے، ایک ہی چیز ہے۔ اس body کے beyond ایک ہماری ایک personality ہے۔</w:t>
      </w:r>
    </w:p>
    <w:p>
      <w:r>
        <w:rPr>
          <w:b/>
        </w:rPr>
        <w:t xml:space="preserve">[21:09] </w:t>
      </w:r>
      <w:r>
        <w:t>is body ke beyond ek soul hai. is body ke beyond ek mind hai.</w:t>
      </w:r>
    </w:p>
    <w:p>
      <w:pPr>
        <w:jc w:val="right"/>
      </w:pPr>
      <w:r>
        <w:t>اس body کے beyond ایک soul ہے۔ اس body کے beyond ایک mind ہے۔</w:t>
      </w:r>
    </w:p>
    <w:p>
      <w:r>
        <w:rPr>
          <w:b/>
        </w:rPr>
        <w:t xml:space="preserve">[21:18] </w:t>
      </w:r>
      <w:r>
        <w:t>to body sirf is ka vehicle hai.</w:t>
      </w:r>
    </w:p>
    <w:p>
      <w:pPr>
        <w:jc w:val="right"/>
      </w:pPr>
      <w:r>
        <w:t>تو body صرف اس کا vehicle ہے۔</w:t>
      </w:r>
    </w:p>
    <w:p>
      <w:r>
        <w:rPr>
          <w:b/>
        </w:rPr>
        <w:t xml:space="preserve">[21:22] </w:t>
      </w:r>
      <w:r>
        <w:t>to yeh baqayeda prove ho chuka hai ke memory ke baray mein ke bia body se alag memory exist kar rahi hai.</w:t>
      </w:r>
    </w:p>
    <w:p>
      <w:pPr>
        <w:jc w:val="right"/>
      </w:pPr>
      <w:r>
        <w:t>تو یہ باقاعدہ prove ہو چکا ہے کہ memory کے بارے میں کہ بیا body سے الگ memory exist کر رہی ہے۔</w:t>
      </w:r>
    </w:p>
    <w:p>
      <w:r>
        <w:rPr>
          <w:b/>
        </w:rPr>
        <w:t xml:space="preserve">[21:34] </w:t>
      </w:r>
      <w:r>
        <w:t>to kahan exist kar rahi hai woh? wahi wahi exist kar rahi hai, hamari jo asal personality hai, wahan pe exist kar rahi hai woh.</w:t>
      </w:r>
    </w:p>
    <w:p>
      <w:pPr>
        <w:jc w:val="right"/>
      </w:pPr>
      <w:r>
        <w:t>تو کہاں exist کر رہی ہے وہ؟ وہی وہی exist کر رہی ہے، ہماری جو اصل personality ہے، وہاں پہ exist کر رہی ہے وہ۔</w:t>
      </w:r>
    </w:p>
    <w:p>
      <w:r>
        <w:rPr>
          <w:b/>
        </w:rPr>
        <w:t xml:space="preserve">[21:43] </w:t>
      </w:r>
      <w:r>
        <w:t>to jab mout aati hai to sirf kya hota hai? vehicle badal jata hai bas.</w:t>
      </w:r>
    </w:p>
    <w:p>
      <w:pPr>
        <w:jc w:val="right"/>
      </w:pPr>
      <w:r>
        <w:t>تو جب موت آتی ہے تو صرف کیا ہوتا ہے؟ vehicle بدل جاتا ہے بس۔</w:t>
      </w:r>
    </w:p>
    <w:p>
      <w:r>
        <w:rPr>
          <w:b/>
        </w:rPr>
        <w:t xml:space="preserve">[21:51] </w:t>
      </w:r>
      <w:r>
        <w:t>hamari jo personality hai, hamari jo soul hai, is vehicle mein ab tak thi, ab ek aur vehicle le leti hai woh. isi ka naam hai akhirat, isi ka naam hai world here after, isi ka naam hai agli dunya.</w:t>
      </w:r>
    </w:p>
    <w:p>
      <w:pPr>
        <w:jc w:val="right"/>
      </w:pPr>
      <w:r>
        <w:t>ہماری جو personality ہے، ہماری جو soul ہے، اس vehicle میں اب تک تھی، اب ایک اور vehicle لے لیتی ہے وہ۔ اسی کا نام ہے آخرت، اسی کا نام ہے world here after، اسی کا نام ہے اگلی دنیا۔</w:t>
      </w:r>
    </w:p>
    <w:p>
      <w:r>
        <w:rPr>
          <w:b/>
        </w:rPr>
        <w:t xml:space="preserve">[22:13] </w:t>
      </w:r>
      <w:r>
        <w:t>to yeh jo hadith hai ke mout ko bohat yaad karo, remember death much, is ka matlab yeh nahi ke mout mout mout mout karo</w:t>
      </w:r>
    </w:p>
    <w:p>
      <w:pPr>
        <w:jc w:val="right"/>
      </w:pPr>
      <w:r>
        <w:t>تو یہ جو حدیث ہے کہ موت کو بہت یاد کرو، remember death much، اس کا مطلب یہ نہیں کہ موت موت موت موت کرو</w:t>
      </w:r>
    </w:p>
    <w:p>
      <w:r>
        <w:rPr>
          <w:b/>
        </w:rPr>
        <w:t xml:space="preserve">[22:21] </w:t>
      </w:r>
      <w:r>
        <w:t>. nahi. jis tarah aadmi ka soul concern money hota hai, mislan business hota hai, mislan.</w:t>
      </w:r>
    </w:p>
    <w:p>
      <w:pPr>
        <w:jc w:val="right"/>
      </w:pPr>
      <w:r>
        <w:t>۔ نہیں۔ جس طرح آدمی کا soul concern money ہوتا ہے، مثلاً business ہوتا ہے، مثلاً۔</w:t>
      </w:r>
    </w:p>
    <w:p>
      <w:r>
        <w:rPr>
          <w:b/>
        </w:rPr>
        <w:t xml:space="preserve">[22:30] </w:t>
      </w:r>
      <w:r>
        <w:t>to bas isi ko le kar sochta rehta hai, subah shaam raat din. isi tarah planning karta hai, isi ko analysis karta hai. to mout ko le kar ke sochte rehne ka matlab yahi hai.</w:t>
      </w:r>
    </w:p>
    <w:p>
      <w:pPr>
        <w:jc w:val="right"/>
      </w:pPr>
      <w:r>
        <w:t>تو بس اسی کو لے کر سوچتا رہتا ہے، صبح شام رات دن۔ اسی طرح planning کرتا ہے، اسی کو analysis کرتا ہے۔ تو موت کو لے کر کے سوچتے رہنے کا مطلب یہی ہے۔</w:t>
      </w:r>
    </w:p>
    <w:p>
      <w:r>
        <w:rPr>
          <w:b/>
        </w:rPr>
        <w:t xml:space="preserve">[22:49] </w:t>
      </w:r>
      <w:r>
        <w:t>mout ko le kar sochte rehne ka matlab yahi hai. to hadith mein aata hai ke akhriyu al dhikri hadimu al lazzati al maut yani mout ko yaad karna jo hai, kya hoga?</w:t>
      </w:r>
    </w:p>
    <w:p>
      <w:pPr>
        <w:jc w:val="right"/>
      </w:pPr>
      <w:r>
        <w:t>موت کو لے کر سوچتے رہنے کا مطلب یہی ہے۔ تو حدیث میں آتا ہے کہ أَخْرِيُّ الْذِكْرِ حَادْمَ اللَّذَّاتِ الْمَوْتُ یعنی موت کو یاد کرنا جو ہے، کیا ہوگا؟</w:t>
      </w:r>
    </w:p>
    <w:p>
      <w:r>
        <w:rPr>
          <w:b/>
        </w:rPr>
        <w:t xml:space="preserve">[23:02] </w:t>
      </w:r>
      <w:r>
        <w:t>khwahishen demolish ho jayengi. khwahishen, yani khwahishon ko kill kar de. yani mout ki yaad khwahishon ko, desire ko kill karne wali hai.</w:t>
      </w:r>
    </w:p>
    <w:p>
      <w:pPr>
        <w:jc w:val="right"/>
      </w:pPr>
      <w:r>
        <w:t>خواہشیں demolish ہو جائیں گی۔ خواہشیں، یعنی خواہشوں کو kill کر دے۔ یعنی موت کی یاد خواہشوں کو، desire کو kill کرنے والی ہے۔</w:t>
      </w:r>
    </w:p>
    <w:p>
      <w:r>
        <w:rPr>
          <w:b/>
        </w:rPr>
        <w:t xml:space="preserve">[23:17] </w:t>
      </w:r>
      <w:r>
        <w:t>ab yeh kitni bari baat hai.</w:t>
      </w:r>
    </w:p>
    <w:p>
      <w:pPr>
        <w:jc w:val="right"/>
      </w:pPr>
      <w:r>
        <w:t>اب یہ کتنی بڑی بات ہے۔</w:t>
      </w:r>
    </w:p>
    <w:p>
      <w:r>
        <w:rPr>
          <w:b/>
        </w:rPr>
        <w:t xml:space="preserve">[23:23] </w:t>
      </w:r>
      <w:r>
        <w:t>jaise money ki yaad jo hai, aap ko kya karti hai? aap ke andar se ek cheez kill karti hai.</w:t>
      </w:r>
    </w:p>
    <w:p>
      <w:pPr>
        <w:jc w:val="right"/>
      </w:pPr>
      <w:r>
        <w:t>جیسے money کی یاد جو ہے، آپ کو کیا کرتی ہے؟ آپ کے اندر سے ایک چیز kill کرتی ہے۔</w:t>
      </w:r>
    </w:p>
    <w:p>
      <w:r>
        <w:rPr>
          <w:b/>
        </w:rPr>
        <w:t xml:space="preserve">[23:32] </w:t>
      </w:r>
      <w:r>
        <w:t>woh kya hai? susti, kaam na karna, dullness. agar aap sach much money ko yaad karenge to dullness ko kill kar degi woh. phir aap dull nahi rahenge aap.</w:t>
      </w:r>
    </w:p>
    <w:p>
      <w:pPr>
        <w:jc w:val="right"/>
      </w:pPr>
      <w:r>
        <w:t>وہ کیا ہے؟ سستی، کام نہ کرنا، dullness۔ اگر آپ سچ مچ money کو یاد کریں گے تو dullness کو kill کر دے گی وہ۔ پھر آپ dull نہیں رہیں گے آپ۔</w:t>
      </w:r>
    </w:p>
    <w:p>
      <w:r>
        <w:rPr>
          <w:b/>
        </w:rPr>
        <w:t xml:space="preserve">[23:42] </w:t>
      </w:r>
      <w:r>
        <w:t>aap active ho jayenge.</w:t>
      </w:r>
    </w:p>
    <w:p>
      <w:pPr>
        <w:jc w:val="right"/>
      </w:pPr>
      <w:r>
        <w:t>آپ active ہو جائیں گے۔</w:t>
      </w:r>
    </w:p>
    <w:p>
      <w:r>
        <w:rPr>
          <w:b/>
        </w:rPr>
        <w:t xml:space="preserve">[23:46] </w:t>
      </w:r>
      <w:r>
        <w:t>koi sach much money ko ki value samjhe aur samjhe ke money ke baghair meri zindagi kuch nahi hai. main, mere bachay, mera ghar, sab kuch money ke baghair kuch nahi hai.</w:t>
      </w:r>
    </w:p>
    <w:p>
      <w:pPr>
        <w:jc w:val="right"/>
      </w:pPr>
      <w:r>
        <w:t>کوئی سچ مچ money کو کی value سمجھے اور سمجھے کہ money کے بغیر میری زندگی کچھ نہیں ہے۔ میں، میرے بچے، میرا گھر، سب کچھ money کے بغیر کچھ نہیں ہے۔</w:t>
      </w:r>
    </w:p>
    <w:p>
      <w:r>
        <w:rPr>
          <w:b/>
        </w:rPr>
        <w:t xml:space="preserve">[23:57] </w:t>
      </w:r>
      <w:r>
        <w:t>aur phir money ko soche woh, money ko le kar planning kare. to is ko money ko le kar sochna, is ka jo hai, woh kill kar dega bohat si cheezon ko.</w:t>
      </w:r>
    </w:p>
    <w:p>
      <w:pPr>
        <w:jc w:val="right"/>
      </w:pPr>
      <w:r>
        <w:t>اور پھر money کو سوچے وہ، money کو لے کر planning کرے۔ تو اس کو money کو لے کر سوچنا، اس کا جو ہے، وہ kill کر دے گا بہت سی چیزوں کو۔</w:t>
      </w:r>
    </w:p>
    <w:p>
      <w:r>
        <w:rPr>
          <w:b/>
        </w:rPr>
        <w:t xml:space="preserve">[24:10] </w:t>
      </w:r>
      <w:r>
        <w:t>kyun ke woh rukawat hai money ko hasil karne mein.</w:t>
      </w:r>
    </w:p>
    <w:p>
      <w:pPr>
        <w:jc w:val="right"/>
      </w:pPr>
      <w:r>
        <w:t>کیونکہ وہ رکاوٹ ہے money کو حاصل کرنے میں۔</w:t>
      </w:r>
    </w:p>
    <w:p>
      <w:r>
        <w:rPr>
          <w:b/>
        </w:rPr>
        <w:t xml:space="preserve">[24:14] </w:t>
      </w:r>
      <w:r>
        <w:t>aise hi jo aadmi mout ko le kar sochega to woh kya hoga? lazzaten kill, lazzaton ko kill kar degi yaad. koi lazzat kya hai?</w:t>
      </w:r>
    </w:p>
    <w:p>
      <w:pPr>
        <w:jc w:val="right"/>
      </w:pPr>
      <w:r>
        <w:t>ایسے ہی جو آدمی موت کو لے کر سوچے گا تو وہ کیا ہوگا؟ لذتیں kill، لذتوں کو kill کر دے گی یاد۔ کوئی لذت کیا ہے؟</w:t>
      </w:r>
    </w:p>
    <w:p>
      <w:r>
        <w:rPr>
          <w:b/>
        </w:rPr>
        <w:t xml:space="preserve">[24:24] </w:t>
      </w:r>
      <w:r>
        <w:t>lazzat yeh hai ke hum isi dunya ko asal samjhen.</w:t>
      </w:r>
    </w:p>
    <w:p>
      <w:pPr>
        <w:jc w:val="right"/>
      </w:pPr>
      <w:r>
        <w:t>لذت یہ ہے کہ ہم اسی دنیا کو اصل سمجھیں۔</w:t>
      </w:r>
    </w:p>
    <w:p>
      <w:r>
        <w:rPr>
          <w:b/>
        </w:rPr>
        <w:t xml:space="preserve">[24:29] </w:t>
      </w:r>
      <w:r>
        <w:t>lazzat kya hai? isi dunya ko hum asal samjhen.</w:t>
      </w:r>
    </w:p>
    <w:p>
      <w:pPr>
        <w:jc w:val="right"/>
      </w:pPr>
      <w:r>
        <w:t>لذت کیا ہے؟ اسی دنیا کو ہم اصل سمجھیں۔</w:t>
      </w:r>
    </w:p>
    <w:p>
      <w:r>
        <w:rPr>
          <w:b/>
        </w:rPr>
        <w:t xml:space="preserve">[24:32] </w:t>
      </w:r>
      <w:r>
        <w:t>yeh dunya ki tafreeh, yeh dunya ka joy, yeh dunya ki khushiyan, yeh dunya ki izzat, yeh dunya ka power, yeh dunya ka status.</w:t>
      </w:r>
    </w:p>
    <w:p>
      <w:pPr>
        <w:jc w:val="right"/>
      </w:pPr>
      <w:r>
        <w:t>یہ دنیا کی تفریح، یہ دنیا کا joy، یہ دنیا کی خوشیاں، یہ دنیا کی عزت، یہ دنیا کا power، یہ دنیا کا status۔</w:t>
      </w:r>
    </w:p>
    <w:p>
      <w:r>
        <w:rPr>
          <w:b/>
        </w:rPr>
        <w:t xml:space="preserve">[24:52] </w:t>
      </w:r>
      <w:r>
        <w:t>yeh yeh logon ke zehnon mein chhaya rehta hai.</w:t>
      </w:r>
    </w:p>
    <w:p>
      <w:pPr>
        <w:jc w:val="right"/>
      </w:pPr>
      <w:r>
        <w:t>یہ یہ لوگوں کے ذہنوں میں چھایا رہتا ہے۔</w:t>
      </w:r>
    </w:p>
    <w:p>
      <w:r>
        <w:rPr>
          <w:b/>
        </w:rPr>
        <w:t xml:space="preserve">[24:54] </w:t>
      </w:r>
      <w:r>
        <w:t>kyun chhaya rehta hai? ke woh mout ko sochte nahi. mout ko le kar sochen to woh is ko kill kar dega is soch ko. kyun ke abhi mein mar jaunga to sab khatam.</w:t>
      </w:r>
    </w:p>
    <w:p>
      <w:pPr>
        <w:jc w:val="right"/>
      </w:pPr>
      <w:r>
        <w:t>کیوں چھایا رہتا ہے؟ کہ وہ موت کو سوچتے نہیں۔ موت کو لے کر سوچیں تو وہ اس کو kill کر دے گا اس سوچ کو۔ کیونکہ ابھی میں مر جاؤں گا تو سب ختم۔</w:t>
      </w:r>
    </w:p>
    <w:p>
      <w:r>
        <w:rPr>
          <w:b/>
        </w:rPr>
        <w:t xml:space="preserve">[25:08] </w:t>
      </w:r>
      <w:r>
        <w:t>ek mar jaunga to sab khatam. mein ne bohat si aisi cheezen dekhi hain. mislan mein ek ek zamanay mein johaan pur mein tha to wahan ek nawab sahib thay.</w:t>
      </w:r>
    </w:p>
    <w:p>
      <w:pPr>
        <w:jc w:val="right"/>
      </w:pPr>
      <w:r>
        <w:t>ایک مر جاؤں گا تو سب ختم۔ میں نے بہت سی ایسی چیزیں دیکھی ہیں۔ مثلاً میں ایک ایک زمانے میں جوہان پور میں تھا تو وہاں ایک نواب صاحب تھے۔</w:t>
      </w:r>
    </w:p>
    <w:p>
      <w:r>
        <w:rPr>
          <w:b/>
        </w:rPr>
        <w:t xml:space="preserve">[25:18] </w:t>
      </w:r>
      <w:r>
        <w:t>yeh baat hai yani azadi se pehle ki, 1947 se pehle ki baat hai.</w:t>
      </w:r>
    </w:p>
    <w:p>
      <w:pPr>
        <w:jc w:val="right"/>
      </w:pPr>
      <w:r>
        <w:t>یہ بات ہے یعنی آزادی سے پہلے کی، 1947 سے پہلے کی بات ہے۔</w:t>
      </w:r>
    </w:p>
    <w:p>
      <w:r>
        <w:rPr>
          <w:b/>
        </w:rPr>
        <w:t xml:space="preserve">[25:24] </w:t>
      </w:r>
      <w:r>
        <w:t>kuch din mein johan pur mein tha to wahan ek nawab sahib thay. unhon ne un ki kothi thi to us ne bohat shandar lawn banaya tha. unhon ne lawn.</w:t>
      </w:r>
    </w:p>
    <w:p>
      <w:pPr>
        <w:jc w:val="right"/>
      </w:pPr>
      <w:r>
        <w:t>کچھ دن میں جوہان پور میں تھا تو وہاں ایک نواب صاحب تھے۔ انہوں نے ان کی کوٹھی تھی تو اس نے بہت شاندار لان بنایا تھا۔ انہوں نے لان۔</w:t>
      </w:r>
    </w:p>
    <w:p>
      <w:r>
        <w:rPr>
          <w:b/>
        </w:rPr>
        <w:t xml:space="preserve">[25:34] </w:t>
      </w:r>
      <w:r>
        <w:t>abhi mein is ki tasweer mere zehn mein chhai hui hai. bohat umda lawn tha woh. bas subah sham woh lawn ko acha banane mein lage rehte thay woh.</w:t>
      </w:r>
    </w:p>
    <w:p>
      <w:pPr>
        <w:jc w:val="right"/>
      </w:pPr>
      <w:r>
        <w:t>ابھی میں اس کی تصویر میرے ذہن میں چھائی ہوئی ہے۔ بہت عمدہ لان تھا وہ۔ بس صبح شام وہ لان کو اچھا بنانے میں لگے رہتے تھے وہ۔</w:t>
      </w:r>
    </w:p>
    <w:p>
      <w:r>
        <w:rPr>
          <w:b/>
        </w:rPr>
        <w:t xml:space="preserve">[25:46] </w:t>
      </w:r>
      <w:r>
        <w:t>is ke baad kya hua?</w:t>
      </w:r>
    </w:p>
    <w:p>
      <w:pPr>
        <w:jc w:val="right"/>
      </w:pPr>
      <w:r>
        <w:t>اس کے بعد کیا ہوا؟</w:t>
      </w:r>
    </w:p>
    <w:p>
      <w:r>
        <w:rPr>
          <w:b/>
        </w:rPr>
        <w:t xml:space="preserve">[25:48] </w:t>
      </w:r>
      <w:r>
        <w:t>1947 jo partition hua to woh chhod kar bhag gaye pakistan aur wahan ja ke jaldi mar gaye. na kothi hai na lawn.</w:t>
      </w:r>
    </w:p>
    <w:p>
      <w:pPr>
        <w:jc w:val="right"/>
      </w:pPr>
      <w:r>
        <w:t>1947 جو پارٹیشن ہوا تو وہ چھوڑ کر بھاگ گئے پاکستان اور وہاں جا کے جلدی مر گئے۔ نہ کوٹھی ہے نہ لان۔</w:t>
      </w:r>
    </w:p>
    <w:p>
      <w:r>
        <w:rPr>
          <w:b/>
        </w:rPr>
        <w:t xml:space="preserve">[25:58] </w:t>
      </w:r>
      <w:r>
        <w:t>is ke baad mein ek martaba gaya wahan par johan pur. mein ne pata kiya to maloom hua ke kisi ne khareed liya is ko. khareed kar ke woh khet bana diya. ab shayad kisi builder ne le liya us ne wahan ghar bana diya.</w:t>
      </w:r>
    </w:p>
    <w:p>
      <w:pPr>
        <w:jc w:val="right"/>
      </w:pPr>
      <w:r>
        <w:t>اس کے بعد میں ایک مرتبہ گیا وہاں پر جوہان پور۔ میں نے پتہ کیا تو معلوم ہوا کہ کسی نے خرید لیا اس کو۔ خرید کر کے وہ کھیت بنا دیا۔ اب شاید کسی بلڈر نے لے لیا اس نے وہاں گھر بنا دیا۔</w:t>
      </w:r>
    </w:p>
    <w:p>
      <w:r>
        <w:rPr>
          <w:b/>
        </w:rPr>
        <w:t xml:space="preserve">[26:12] </w:t>
      </w:r>
      <w:r>
        <w:t>to agar woh sochte ke bohat jaldi mein mar jaunga, yeh lawn mere sath nahi jayega. to kabhi bhi is mein woh hamare adam garh mein ek thay raja,</w:t>
      </w:r>
    </w:p>
    <w:p>
      <w:pPr>
        <w:jc w:val="right"/>
      </w:pPr>
      <w:r>
        <w:t>تو اگر وہ سوچتے کہ بہت جلد میں مر جاؤں گا، یہ لان میرے ساتھ نہیں جائے گا۔ تو کبھی بھی اس میں وہ ہمارے آدم گڑھ میں ایک تھے راجہ،</w:t>
      </w:r>
    </w:p>
    <w:p>
      <w:r>
        <w:rPr>
          <w:b/>
        </w:rPr>
        <w:t xml:space="preserve">[26:27] </w:t>
      </w:r>
      <w:r>
        <w:t>unhon ne kothi banwai thi, bohat hi bari kothi. lekin jis saal kothi ban kar poori hui hone wali thi, usi saal mar gaye woh.</w:t>
      </w:r>
    </w:p>
    <w:p>
      <w:pPr>
        <w:jc w:val="right"/>
      </w:pPr>
      <w:r>
        <w:t>انہوں نے کوٹھی بنوائی تھی، بہت ہی بڑی کوٹھی۔ لیکن جس سال کوٹھی بن کر پوری ہوئی ہونے والی تھی، اسی سال مر گئے وہ۔</w:t>
      </w:r>
    </w:p>
    <w:p>
      <w:r>
        <w:rPr>
          <w:b/>
        </w:rPr>
        <w:t xml:space="preserve">[26:40] </w:t>
      </w:r>
      <w:r>
        <w:t>yani is ki finishing changes ho rahi theen, is mein is mein rang roghan ho raha tha waghera waghera. jis saal khatam hua, woh usi saal mar gaye woh.</w:t>
      </w:r>
    </w:p>
    <w:p>
      <w:pPr>
        <w:jc w:val="right"/>
      </w:pPr>
      <w:r>
        <w:t>یعنی اس کی finishing changes ہو رہی تھیں، اس میں اس میں رنگ روغن ہو رہا تھا وغیرہ وغیرہ۔ جس سال ختم ہوا، وہ اسی سال مر گئے وہ۔</w:t>
      </w:r>
    </w:p>
    <w:p>
      <w:r>
        <w:rPr>
          <w:b/>
        </w:rPr>
        <w:t xml:space="preserve">[26:49] </w:t>
      </w:r>
      <w:r>
        <w:t>ab woh sochte hain agar to kehte hain ke bhai kya kothi hai, kya chhota ghar, kya flat. flat mein raho tab bhi wahi baat hai, kothi mein raho tab bhi wahi baat hai.</w:t>
      </w:r>
    </w:p>
    <w:p>
      <w:pPr>
        <w:jc w:val="right"/>
      </w:pPr>
      <w:r>
        <w:t>اب وہ سوچتے ہیں اگر تو کہتے ہیں کہ بھئی کیا کوٹھی ہے، کیا چھوٹا گھر، کیا فلیٹ۔ فلیٹ میں رہو تب بھی وہی بات ہے، کوٹھی میں رہو تب بھی وہی بات ہے۔</w:t>
      </w:r>
    </w:p>
    <w:p>
      <w:r>
        <w:rPr>
          <w:b/>
        </w:rPr>
        <w:t xml:space="preserve">[27:00] </w:t>
      </w:r>
      <w:r>
        <w:t>kyun ke chand saal rehna hai, phir mar jana hai. to maut se kya hota hai? akhirat aur thinking aati hai.</w:t>
      </w:r>
    </w:p>
    <w:p>
      <w:pPr>
        <w:jc w:val="right"/>
      </w:pPr>
      <w:r>
        <w:t>کیونکہ چند سال رہنا ہے، پھر مر جانا ہے۔ تو موت سے کیا ہوتا ہے؟ آخرت اور thinking آتی ہے۔</w:t>
      </w:r>
    </w:p>
    <w:p>
      <w:r>
        <w:rPr>
          <w:b/>
        </w:rPr>
        <w:t xml:space="preserve">[27:13] </w:t>
      </w:r>
      <w:r>
        <w:t>Desire khatam hoti hain. Negative thought khatam hote hain.</w:t>
      </w:r>
    </w:p>
    <w:p>
      <w:pPr>
        <w:jc w:val="right"/>
      </w:pPr>
      <w:r>
        <w:t>Desire ختم ہوتی ہیں۔ Negative thought ختم ہوتے ہیں۔</w:t>
      </w:r>
    </w:p>
    <w:p>
      <w:r>
        <w:rPr>
          <w:b/>
        </w:rPr>
        <w:t xml:space="preserve">[27:20] </w:t>
      </w:r>
      <w:r>
        <w:t>bohat si cheezein jo aadmi ko ghere rehti hain, woh sab khatam hoti hain. soch kisi aati hai, soch aati hai ke idhar mare aur phir Allah ke samne hazri.</w:t>
      </w:r>
    </w:p>
    <w:p>
      <w:pPr>
        <w:jc w:val="right"/>
      </w:pPr>
      <w:r>
        <w:t>بہت سی چیزیں جو آدمی کو گھیرے رہتی ہیں، وہ سب ختم ہوتی ہیں۔ سوچ کسی آتی ہے، سوچ آتی ہے کہ ادھر مرے اور پھر اللہ کے سامنے حاضری۔</w:t>
      </w:r>
    </w:p>
    <w:p>
      <w:r>
        <w:rPr>
          <w:b/>
        </w:rPr>
        <w:t xml:space="preserve">[27:34] </w:t>
      </w:r>
      <w:r>
        <w:t>idhar mare, idhar Allah ke samne hamein khada hona hai, pooch gach hogi hamari. is ke baad faisla hoga jannat ka aur jahannum ka.</w:t>
      </w:r>
    </w:p>
    <w:p>
      <w:pPr>
        <w:jc w:val="right"/>
      </w:pPr>
      <w:r>
        <w:t>ادھر مرے، ادھر اللہ کے سامنے ہمیں کھڑا ہونا ہے، پوچھ گچھ ہوگی ہماری۔ اس کے بعد فیصلہ ہوگا جنت کا اور جہنم کا۔</w:t>
      </w:r>
    </w:p>
    <w:p>
      <w:r>
        <w:rPr>
          <w:b/>
        </w:rPr>
        <w:t xml:space="preserve">[27:46] </w:t>
      </w:r>
      <w:r>
        <w:t>to yeh sab jab sochega aadmi to ek ek dam hi zindagi badal jayegi. kuch ka kuch ho jayega.</w:t>
      </w:r>
    </w:p>
    <w:p>
      <w:pPr>
        <w:jc w:val="right"/>
      </w:pPr>
      <w:r>
        <w:t>تو یہ سب جب سوچے گا آدمی تو ایک ایک دم ہی زندگی بدل جائے گی۔ کچھ کا کچھ ہو جائے گا۔</w:t>
      </w:r>
    </w:p>
    <w:p>
      <w:r>
        <w:rPr>
          <w:b/>
        </w:rPr>
        <w:t xml:space="preserve">[27:56] </w:t>
      </w:r>
      <w:r>
        <w:t>kuch ka kuch ho jayega.</w:t>
      </w:r>
    </w:p>
    <w:p>
      <w:pPr>
        <w:jc w:val="right"/>
      </w:pPr>
      <w:r>
        <w:t>کچھ کا کچھ ہو جائے گا۔</w:t>
      </w:r>
    </w:p>
    <w:p>
      <w:r>
        <w:rPr>
          <w:b/>
        </w:rPr>
        <w:t xml:space="preserve">[28:05] </w:t>
      </w:r>
      <w:r>
        <w:t>to mein samajhta hoon ke bohat hi ajib baat hai ke jis ko dekhiye, koi bohat apni koi apni maut ko yaad nahi karta.</w:t>
      </w:r>
    </w:p>
    <w:p>
      <w:pPr>
        <w:jc w:val="right"/>
      </w:pPr>
      <w:r>
        <w:t>تو میں سمجھتا ہوں کہ بہت ہی عجیب بات ہے کہ جس کو دیکھیے، کوئی بہت اپنی کوئی اپنی موت کو یاد نہیں کرتا۔</w:t>
      </w:r>
    </w:p>
    <w:p>
      <w:r>
        <w:rPr>
          <w:b/>
        </w:rPr>
        <w:t xml:space="preserve">[28:14] </w:t>
      </w:r>
      <w:r>
        <w:t>rozana akhbar mein padhte hain ke yeh mar gaya, woh mar gaya. Accident hota hai, kisi ko kisi ko heart failure aata hai.</w:t>
      </w:r>
    </w:p>
    <w:p>
      <w:pPr>
        <w:jc w:val="right"/>
      </w:pPr>
      <w:r>
        <w:t>روزانہ اخبار میں پڑھتے ہیں کہ یہ مر گیا، وہ مر گیا۔ Accident ہوتا ہے، کسی کو کسی کو heart failure آتا ہے۔</w:t>
      </w:r>
    </w:p>
    <w:p>
      <w:r>
        <w:rPr>
          <w:b/>
        </w:rPr>
        <w:t xml:space="preserve">[28:24] </w:t>
      </w:r>
      <w:r>
        <w:t>rozana log marte rehte hain. ajib baat hai, koi apni apni maut ko le kar sochta nahi.</w:t>
      </w:r>
    </w:p>
    <w:p>
      <w:pPr>
        <w:jc w:val="right"/>
      </w:pPr>
      <w:r>
        <w:t>روزانہ لوگ مرتے رہتے ہیں۔ عجیب بات ہے، کوئی اپنی اپنی موت کو لے کر سوچتا نہیں۔</w:t>
      </w:r>
    </w:p>
    <w:p>
      <w:r>
        <w:rPr>
          <w:b/>
        </w:rPr>
        <w:t xml:space="preserve">[28:34] </w:t>
      </w:r>
      <w:r>
        <w:t>mein mein bohat ghor karta raha ke aakhir kya wajah hai ke log doosron ko marte hue dekhte hain, apni maut ke liye kyun nahi sochte?</w:t>
      </w:r>
    </w:p>
    <w:p>
      <w:pPr>
        <w:jc w:val="right"/>
      </w:pPr>
      <w:r>
        <w:t>میں میں بہت غور کرتا رہا کہ آخر کیا وجہ ہے کہ لوگ دوسروں کو مرتے ہوئے دیکھتے ہیں، اپنی موت کے لیے کیوں نہیں سوچتے؟</w:t>
      </w:r>
    </w:p>
    <w:p>
      <w:r>
        <w:rPr>
          <w:b/>
        </w:rPr>
        <w:t xml:space="preserve">[28:47] </w:t>
      </w:r>
      <w:r>
        <w:t>jo marne ke baad jo jo function hote hain, har mazhab mein marne ke baad kuch na kuch hota hai.</w:t>
      </w:r>
    </w:p>
    <w:p>
      <w:pPr>
        <w:jc w:val="right"/>
      </w:pPr>
      <w:r>
        <w:t>جو مرنے کے بعد جو جو function ہوتے ہیں، ہر مذہب میں مرنے کے بعد کچھ نہ کچھ ہوتا ہے۔</w:t>
      </w:r>
    </w:p>
    <w:p>
      <w:r>
        <w:rPr>
          <w:b/>
        </w:rPr>
        <w:t xml:space="preserve">[28:57] </w:t>
      </w:r>
      <w:r>
        <w:t>mein sharik hua hoon musalmanon ke qabristan mein bhi aur doosre mazhabon mein bhi. to kahin mein ne nahi dekha ke log apni maut ko sochte hon. kahin bhi nahi.</w:t>
      </w:r>
    </w:p>
    <w:p>
      <w:pPr>
        <w:jc w:val="right"/>
      </w:pPr>
      <w:r>
        <w:t>میں شریک ہوا ہوں مسلمانوں کے قبرستان میں بھی اور دوسرے مذہبوں میں بھی۔ تو کہیں میں نے نہیں دیکھا کہ لوگ اپنی موت کو سوچتے ہوں۔ کہیں بھی نہیں۔</w:t>
      </w:r>
    </w:p>
    <w:p>
      <w:r>
        <w:rPr>
          <w:b/>
        </w:rPr>
        <w:t xml:space="preserve">[29:07] </w:t>
      </w:r>
      <w:r>
        <w:t>na musalmanon mein, na non-muslim mein. halanke ek shakhs ki maut jo hai, yaad dila rahi ho ke yeh to bas aaj aise hi hone wala hai.</w:t>
      </w:r>
    </w:p>
    <w:p>
      <w:pPr>
        <w:jc w:val="right"/>
      </w:pPr>
      <w:r>
        <w:t>نہ مسلمانوں میں، نہ non-Muslim میں۔ حالانکہ ایک شخص کی موت جو ہے، یاد دلا رہی ہو کہ یہ تو بس آج ایسے ہی ہونے والا ہے۔</w:t>
      </w:r>
    </w:p>
    <w:p>
      <w:r>
        <w:rPr>
          <w:b/>
        </w:rPr>
        <w:t xml:space="preserve">[29:17] </w:t>
      </w:r>
      <w:r>
        <w:t>magar koi sochta nahi is tarike se. is ki wajah ghaliban yeh hai ke log jo hain, bohat zyada condition ho jate hain, dhire dhire dhire dhire.</w:t>
      </w:r>
    </w:p>
    <w:p>
      <w:pPr>
        <w:jc w:val="right"/>
      </w:pPr>
      <w:r>
        <w:t>مگر کوئی سوچتا نہیں اس طریقے سے۔ اس کی وجہ غالباً یہ ہے کہ لوگ جو ہیں، بہت زیادہ condition ہو جاتے ہیں، دھیرے دھیرے دھیرے دھیرے۔</w:t>
      </w:r>
    </w:p>
    <w:p>
      <w:r>
        <w:rPr>
          <w:b/>
        </w:rPr>
        <w:t xml:space="preserve">[29:28] </w:t>
      </w:r>
      <w:r>
        <w:t>kyun ke hum paida hue to duniya ki jo cheezein hain, woh hamari soch mein barkat ban gayi hain. mujhe pani chahiye, mujhe khana chahiye, mujhe kapda chahiye, mujhe ghar chahiye, mujhe education chahiye, mujhe job chahiye, mujhe business chahiye.</w:t>
      </w:r>
    </w:p>
    <w:p>
      <w:pPr>
        <w:jc w:val="right"/>
      </w:pPr>
      <w:r>
        <w:t>کیونکہ ہم پیدا ہوئے تو دنیا کی جو چیزیں ہیں، وہ ہماری سوچ میں برکت بن گئی ہیں۔ مجھے پانی چاہیے، مجھے کھانا چاہیے، مجھے کپڑا چاہیے، مجھے گھر چاہیے، مجھے education چاہیے، مجھے job چاہیے، مجھے business چاہیے۔</w:t>
      </w:r>
    </w:p>
    <w:p>
      <w:r>
        <w:rPr>
          <w:b/>
        </w:rPr>
        <w:t xml:space="preserve">[29:42] </w:t>
      </w:r>
      <w:r>
        <w:t>raat din yahi sochta hai aadmi.</w:t>
      </w:r>
    </w:p>
    <w:p>
      <w:pPr>
        <w:jc w:val="right"/>
      </w:pPr>
      <w:r>
        <w:t>رات دن یہی سوچتا ہے آدمی۔</w:t>
      </w:r>
    </w:p>
    <w:p>
      <w:r>
        <w:rPr>
          <w:b/>
        </w:rPr>
        <w:t xml:space="preserve">[29:46] </w:t>
      </w:r>
      <w:r>
        <w:t>yaani aaj ki duniya ko le kar ke jo masail hain, is dua ko chhaye rehte hain. to isi mein iski conditioning ho jati hai.</w:t>
      </w:r>
    </w:p>
    <w:p>
      <w:pPr>
        <w:jc w:val="right"/>
      </w:pPr>
      <w:r>
        <w:t>یعنی آج کی دنیا کو لے کر کے جو مسائل ہیں، اس دعا کو چھائے رہتے ہیں۔ تو اسی میں اس کی conditioning ہو جاتی ہے۔</w:t>
      </w:r>
    </w:p>
    <w:p>
      <w:r>
        <w:rPr>
          <w:b/>
        </w:rPr>
        <w:t xml:space="preserve">[29:59] </w:t>
      </w:r>
      <w:r>
        <w:t>is wajah se woh soch nahi pata maut ke bare mein. us waqt soch sochta hai jab ke sach much maut aa jaye, tab achaanak iski aankh khulti hai.</w:t>
      </w:r>
    </w:p>
    <w:p>
      <w:pPr>
        <w:jc w:val="right"/>
      </w:pPr>
      <w:r>
        <w:t>اس وجہ سے وہ سوچ نہیں پاتا موت کے بارے میں۔ اس وقت سوچ سوچتا ہے جب کہ سچ مچ موت آ جائے، تب اچانک اس کی آنکھ کھلتی ہے۔</w:t>
      </w:r>
    </w:p>
    <w:p>
      <w:r>
        <w:rPr>
          <w:b/>
        </w:rPr>
        <w:t xml:space="preserve">[30:11] </w:t>
      </w:r>
      <w:r>
        <w:t>hadees mein aata hai ke log so rahe hain, jab maut aayegi tab woh jaagenge.</w:t>
      </w:r>
    </w:p>
    <w:p>
      <w:pPr>
        <w:jc w:val="right"/>
      </w:pPr>
      <w:r>
        <w:t>حدیث میں آتا ہے کہ لوگ سو رہے ہیں، جب موت آئے گی تب وہ جاگیں گے۔</w:t>
      </w:r>
    </w:p>
    <w:p>
      <w:r>
        <w:rPr>
          <w:b/>
        </w:rPr>
        <w:t xml:space="preserve">[30:19] </w:t>
      </w:r>
      <w:r>
        <w:t>log so rahe hain, jab maut aayegi tab woh jaagenge. to yeh yeh haalat sochne ki, sone ki haalat hai yeh. jab asal baat ko hum na sochein, asal zindagi jo saamne aane wali hai, eternal life, is par na sochein, tab so rahe hain goya ke.</w:t>
      </w:r>
    </w:p>
    <w:p>
      <w:pPr>
        <w:jc w:val="right"/>
      </w:pPr>
      <w:r>
        <w:t>لوگ سو رہے ہیں، جب موت آئے گی تب وہ جاگیں گے۔ تو یہ یہ حالت سوچنے کی، سونے کی حالت ہے یہ۔ جب اصل بات کو ہم نہ سوچیں، اصل زندگی جو سامنے آنے والی ہے، eternal life، اس پر نہ سوچیں، تب سو رہے ہیں گویا کہ۔</w:t>
      </w:r>
    </w:p>
    <w:p>
      <w:r>
        <w:rPr>
          <w:b/>
        </w:rPr>
        <w:t xml:space="preserve">[30:40] </w:t>
      </w:r>
      <w:r>
        <w:t>lekin rasool Allah salallaho alaihi wasallam ki jo dawat thi, is dawat ka beshak nuqta hi yahi hua karta tha.</w:t>
      </w:r>
    </w:p>
    <w:p>
      <w:pPr>
        <w:jc w:val="right"/>
      </w:pPr>
      <w:r>
        <w:t>لیکن رسول اللہ صلی اللہ علیہ وسلم کی جو دعوت تھی، اس دعوت کا بے شک نقطہ ہی یہی ہوا کرتا تھا۔</w:t>
      </w:r>
    </w:p>
    <w:p>
      <w:r>
        <w:rPr>
          <w:b/>
        </w:rPr>
        <w:t xml:space="preserve">[30:50] </w:t>
      </w:r>
      <w:r>
        <w:t>jo utri ayat shuru zamane mein. ya al muddassir fam anzir utho aur logon ko dara do. inzar ka mani darana, aagah karna.</w:t>
      </w:r>
    </w:p>
    <w:p>
      <w:pPr>
        <w:jc w:val="right"/>
      </w:pPr>
      <w:r>
        <w:t>جو اتری آیت شروع زمانے میں۔ يَا الْمُدَّسِّرَةُمْ فَانْزِرْ اٹھو اور لوگوں کو ڈرا دو۔ انذار کا معنی ڈرانا، آگاہ کرنا۔</w:t>
      </w:r>
    </w:p>
    <w:p>
      <w:r>
        <w:rPr>
          <w:b/>
        </w:rPr>
        <w:t xml:space="preserve">[31:01] </w:t>
      </w:r>
      <w:r>
        <w:t>kis baat se</w:t>
      </w:r>
    </w:p>
    <w:p>
      <w:pPr>
        <w:jc w:val="right"/>
      </w:pPr>
      <w:r>
        <w:t>کس بات سے</w:t>
      </w:r>
    </w:p>
    <w:p>
      <w:r>
        <w:rPr>
          <w:b/>
        </w:rPr>
        <w:t xml:space="preserve">[31:03] </w:t>
      </w:r>
      <w:r>
        <w:t>? yeh maut se, aakhirat se, maut ke baad peshi se, jannat aur jahannum se.</w:t>
      </w:r>
    </w:p>
    <w:p>
      <w:pPr>
        <w:jc w:val="right"/>
      </w:pPr>
      <w:r>
        <w:t>؟ یہ موت سے، آخرت سے، موت کے بعد پیشی سے، جنت اور جہنم سے۔</w:t>
      </w:r>
    </w:p>
    <w:p>
      <w:r>
        <w:rPr>
          <w:b/>
        </w:rPr>
        <w:t xml:space="preserve">[31:12] </w:t>
      </w:r>
      <w:r>
        <w:t>jab makkah mein aap jante hain ke 610 isvi mein rasool Allah ne nubuwat ka ailaan kiya.</w:t>
      </w:r>
    </w:p>
    <w:p>
      <w:pPr>
        <w:jc w:val="right"/>
      </w:pPr>
      <w:r>
        <w:t>جب مکے میں آپ جانتے ہیں کہ 610 عیسوی میں رسول اللہ نے نبوت کا اعلان کیا۔</w:t>
      </w:r>
    </w:p>
    <w:p>
      <w:r>
        <w:rPr>
          <w:b/>
        </w:rPr>
        <w:t xml:space="preserve">[31:21] </w:t>
      </w:r>
      <w:r>
        <w:t>us waqt logon ko ikattha kiya aap ne.</w:t>
      </w:r>
    </w:p>
    <w:p>
      <w:pPr>
        <w:jc w:val="right"/>
      </w:pPr>
      <w:r>
        <w:t>اس وقت لوگوں کو اکٹھا کیا آپ نے۔</w:t>
      </w:r>
    </w:p>
    <w:p>
      <w:r>
        <w:rPr>
          <w:b/>
        </w:rPr>
        <w:t xml:space="preserve">[31:26] </w:t>
      </w:r>
      <w:r>
        <w:t>apne qareeb ke logon ko. aur us waqt jo aap ne taqreer ki thi, woh taqreer aaj bhi maujood hai, kitaab maujood hai.</w:t>
      </w:r>
    </w:p>
    <w:p>
      <w:pPr>
        <w:jc w:val="right"/>
      </w:pPr>
      <w:r>
        <w:t>اپنے قریب کے لوگوں کو۔ اور اس وقت جو آپ نے تقریر کی تھی، وہ تقریر آج بھی موجود ہے، کتاب موجود ہے۔</w:t>
      </w:r>
    </w:p>
    <w:p>
      <w:r>
        <w:rPr>
          <w:b/>
        </w:rPr>
        <w:t xml:space="preserve">[31:36] </w:t>
      </w:r>
      <w:r>
        <w:t>maine isko jamia tul khutab al arab mein padha, is is poori taqreer ko. jamia tul khutab al arab. to</w:t>
      </w:r>
    </w:p>
    <w:p>
      <w:pPr>
        <w:jc w:val="right"/>
      </w:pPr>
      <w:r>
        <w:t>میں نے اس کو جامعۃ الخطب العرب میں پڑھا، اس اس پوری تقریر کو۔ جامعۃ الخطب العرب۔ تو</w:t>
      </w:r>
    </w:p>
    <w:p>
      <w:r>
        <w:rPr>
          <w:b/>
        </w:rPr>
        <w:t xml:space="preserve">[31:47] </w:t>
      </w:r>
      <w:r>
        <w:t>is mein aap ne farmaya tha us waqt</w:t>
      </w:r>
    </w:p>
    <w:p>
      <w:pPr>
        <w:jc w:val="right"/>
      </w:pPr>
      <w:r>
        <w:t>اس میں آپ نے فرمایا تھا اس وقت</w:t>
      </w:r>
    </w:p>
    <w:p>
      <w:r>
        <w:rPr>
          <w:b/>
        </w:rPr>
        <w:t xml:space="preserve">[31:52] </w:t>
      </w:r>
      <w:r>
        <w:t>ke is taqreer ka jo khulasa tha, woh yeh tha ke Khuda ki qasam, tum maroge jis tarah tum sote ho.</w:t>
      </w:r>
    </w:p>
    <w:p>
      <w:pPr>
        <w:jc w:val="right"/>
      </w:pPr>
      <w:r>
        <w:t>کہ اس تقریر کا جو خلاصہ تھا، وہ یہ تھا کہ خدا کی قسم، تم مرو گے جس طرح تم سوتے ہو۔</w:t>
      </w:r>
    </w:p>
    <w:p>
      <w:r>
        <w:rPr>
          <w:b/>
        </w:rPr>
        <w:t xml:space="preserve">[32:05] </w:t>
      </w:r>
      <w:r>
        <w:t>aur dobara tum jiyoge jis tarah tum uthte ho. aur iske baad kaha to aag hai ya jannat hai.</w:t>
      </w:r>
    </w:p>
    <w:p>
      <w:pPr>
        <w:jc w:val="right"/>
      </w:pPr>
      <w:r>
        <w:t>اور دوبارہ تم جیو گے جس طرح تم اٹھتے ہو۔ اور اس کے بعد کہا تو آگ ہے یا جنت ہے۔</w:t>
      </w:r>
    </w:p>
    <w:p>
      <w:r>
        <w:rPr>
          <w:b/>
        </w:rPr>
        <w:t xml:space="preserve">[32:15] </w:t>
      </w:r>
      <w:r>
        <w:t>wallah tumutun kama tanamoon wasahyoona kama tastahqoon wa innaha la jannat abdan awwal nar abadan ya yeh yeh dawat ka khulasa tha aap ka.</w:t>
      </w:r>
    </w:p>
    <w:p>
      <w:pPr>
        <w:jc w:val="right"/>
      </w:pPr>
      <w:r>
        <w:t>واللہ تموتن کما تنامون وستحیون کما تستحقون وانہا لجنت عبدا اور اول نار ابدا یا یہ یہ دعوت کا خلاصہ تھا آپ کا۔</w:t>
      </w:r>
    </w:p>
    <w:p>
      <w:r>
        <w:rPr>
          <w:b/>
        </w:rPr>
        <w:t xml:space="preserve">[32:34] </w:t>
      </w:r>
      <w:r>
        <w:t>ae logon jo duniya ki zindagi mein phanse hue ho, asal baat ko bhule hue ho, to asal baat ko bhool socho. duniya to zaroorat ke liye hai.</w:t>
      </w:r>
    </w:p>
    <w:p>
      <w:pPr>
        <w:jc w:val="right"/>
      </w:pPr>
      <w:r>
        <w:t>اے لوگوں جو دنیا کی زندگی میں پھنسے ہوئے ہو، اصل بات کو بھولے ہوئے ہو، تو اصل بات کو بھول سوچو۔ دنیا تو ضرورت کے لیے ہے۔</w:t>
      </w:r>
    </w:p>
    <w:p>
      <w:r>
        <w:rPr>
          <w:b/>
        </w:rPr>
        <w:t xml:space="preserve">[32:46] </w:t>
      </w:r>
      <w:r>
        <w:t>yeh duniya sirf jeene ke liye hai. zaroorat ki cheezein hon, hum jee sakein taake jab yahan rehna nahi hai mustaqil, to yeh hamara goal kaise ho sakta hai?</w:t>
      </w:r>
    </w:p>
    <w:p>
      <w:pPr>
        <w:jc w:val="right"/>
      </w:pPr>
      <w:r>
        <w:t>یہ دنیا صرف جینے کے لیے ہے۔ ضرورت کی چیزیں ہوں، ہم جی سکیں تاکہ جب یہاں رہنا نہیں ہے مستقل، تو یہ ہمارا گول کیسے ہو سکتا ہے؟</w:t>
      </w:r>
    </w:p>
    <w:p>
      <w:r>
        <w:rPr>
          <w:b/>
        </w:rPr>
        <w:t xml:space="preserve">[32:57] </w:t>
      </w:r>
      <w:r>
        <w:t>aap ghor kijiye, jahan aap rehna nahi hai, hum ko woh goal kaise ho jayega? hum mein se aksar ka aisa hota hai ke hum maslan train se ja rahe hain aur train chhoot gayi, ab hum pade hue hain platform par.</w:t>
      </w:r>
    </w:p>
    <w:p>
      <w:pPr>
        <w:jc w:val="right"/>
      </w:pPr>
      <w:r>
        <w:t>آپ غور کیجئے، جہاں آپ رہنا نہیں ہے، ہم کو وہ گول کیسے ہو جائے گا؟ ہم میں سے اکثر کا ایسا ہوتا ہے کہ ہم مثلاً ٹرین سے جا رہے ہیں اور ٹرین چھوٹ گئی، اب ہم پڑے ہوئے ہیں پلیٹ فارم پر۔</w:t>
      </w:r>
    </w:p>
    <w:p>
      <w:r>
        <w:rPr>
          <w:b/>
        </w:rPr>
        <w:t xml:space="preserve">[33:11] </w:t>
      </w:r>
      <w:r>
        <w:t>abhi maine ek waqia padha tha ke ek aadmi hawai jahaz se jana tha, us ko</w:t>
      </w:r>
    </w:p>
    <w:p>
      <w:pPr>
        <w:jc w:val="right"/>
      </w:pPr>
      <w:r>
        <w:t>ابھی میں نے ایک واقعہ پڑھا تھا کہ ایک آدمی ہوائی جہاز سے جانا تھا، اس کو</w:t>
      </w:r>
    </w:p>
    <w:p>
      <w:r>
        <w:rPr>
          <w:b/>
        </w:rPr>
        <w:t xml:space="preserve">[33:17] </w:t>
      </w:r>
      <w:r>
        <w:t>abhi abhi abhi ki baat hai, umrah karne ke liye. to jab woh pahuncha wahan to maloom hua ke woh woh bhool gaya tha aur jahaz to chala gaya, us ka us ka time bhool gaya tha woh.</w:t>
      </w:r>
    </w:p>
    <w:p>
      <w:pPr>
        <w:jc w:val="right"/>
      </w:pPr>
      <w:r>
        <w:t>ابھی ابھی ابھی کی بات ہے، عمرہ کرنے کے لیے۔ تو جب وہ پہنچا وہاں تو معلوم ہوا کہ وہ وہ بھول گیا تھا اور جہاز تو چلا گیا، اس کا اس کا ٹائم بھول گیا تھا وہ۔</w:t>
      </w:r>
    </w:p>
    <w:p>
      <w:r>
        <w:rPr>
          <w:b/>
        </w:rPr>
        <w:t xml:space="preserve">[33:29] </w:t>
      </w:r>
      <w:r>
        <w:t>to phir us ko daud daud kar ke naye naya reservation lena pada. to yeh jo yeh jo thoda sa time milta hai, wahan par aadmi kya karega?</w:t>
      </w:r>
    </w:p>
    <w:p>
      <w:pPr>
        <w:jc w:val="right"/>
      </w:pPr>
      <w:r>
        <w:t>تو پھر اس کو دوڑ دوڑ کر کے نئے نیا ریزرویشن لینا پڑا۔ تو یہ جو یہ جو تھوڑا سا ٹائم ملتا ہے، وہاں پر آدمی کیا کرے گا؟</w:t>
      </w:r>
    </w:p>
    <w:p>
      <w:r>
        <w:rPr>
          <w:b/>
        </w:rPr>
        <w:t xml:space="preserve">[33:42] </w:t>
      </w:r>
      <w:r>
        <w:t>kuch bhi nahi karega.</w:t>
      </w:r>
    </w:p>
    <w:p>
      <w:pPr>
        <w:jc w:val="right"/>
      </w:pPr>
      <w:r>
        <w:t>کچھ بھی نہیں کرے گا۔</w:t>
      </w:r>
    </w:p>
    <w:p>
      <w:r>
        <w:rPr>
          <w:b/>
        </w:rPr>
        <w:t xml:space="preserve">[33:44] </w:t>
      </w:r>
      <w:r>
        <w:t>platform par ya airport par agar us ko thodi der rehna hai to bas aise hi rahega ke kuch jo zaroorat ke waqt aur kuch pani pi lega, kuch kha lega, kuch kahin let jayega, kahin.</w:t>
      </w:r>
    </w:p>
    <w:p>
      <w:pPr>
        <w:jc w:val="right"/>
      </w:pPr>
      <w:r>
        <w:t>پلیٹ فارم پر یا ایئرپورٹ پر اگر اس کو تھوڑی دیر رہنا ہے تو بس ایسے ہی رہے گا کہ کچھ جو ضرورت کے وقت اور کچھ پانی پی لے گا، کچھ کھا لے گا، کچھ کہیں لیٹ جائے گا، کہیں۔</w:t>
      </w:r>
    </w:p>
    <w:p>
      <w:r>
        <w:rPr>
          <w:b/>
        </w:rPr>
        <w:t xml:space="preserve">[33:59] </w:t>
      </w:r>
      <w:r>
        <w:t>isi liye hadith mein aata hai ke kun fi dunya kaanta ghariban aur aakhir as-sabeel dunya mein is tarah raho jaise ke tum bas aik rasta chalne wale musafir ho, thori dair ke liye hai yeh.</w:t>
      </w:r>
    </w:p>
    <w:p>
      <w:pPr>
        <w:jc w:val="right"/>
      </w:pPr>
      <w:r>
        <w:t>اسی لیے حدیث میں آتا ہے کہ كُنْ فِي الدُّنْيَا كَانْتَ غَرِيبًا اور آخر السبیل دنیا میں اس طرح رہو جیسے کہ تم بس ایک راستہ چلنے والے مسافر ہو، تھوڑی دیر کے لیے ہے یہ۔</w:t>
      </w:r>
    </w:p>
    <w:p>
      <w:r>
        <w:rPr>
          <w:b/>
        </w:rPr>
        <w:t xml:space="preserve">[34:14] </w:t>
      </w:r>
      <w:r>
        <w:t>to agar aadmi jaane ke Khuda ki creation plan kya hai, asal masla yeh hai ke Khuda ke creation plan ko jaanna.</w:t>
      </w:r>
    </w:p>
    <w:p>
      <w:pPr>
        <w:jc w:val="right"/>
      </w:pPr>
      <w:r>
        <w:t>تو اگر آدمی جانے کہ خدا کی کرسچن پلانٹ کیا ہے، اصل مسئلہ یہ ہے کہ خدا کے کرسچن پلانٹ کو جاننا۔</w:t>
      </w:r>
    </w:p>
    <w:p>
      <w:r>
        <w:rPr>
          <w:b/>
        </w:rPr>
        <w:t xml:space="preserve">[34:25] </w:t>
      </w:r>
      <w:r>
        <w:t>paida kiya Allah taala ne, wohi is liye muqarrar kiya hai ke hum hamare saath kya pesh aane wala hai.</w:t>
      </w:r>
    </w:p>
    <w:p>
      <w:pPr>
        <w:jc w:val="right"/>
      </w:pPr>
      <w:r>
        <w:t>پیدا کیا اللہ تعالی نے، وہی اس لیے مقرر کیا ہے کہ ہم ہمارے ساتھ کیا پیش آنے والا ہے۔</w:t>
      </w:r>
    </w:p>
    <w:p>
      <w:r>
        <w:rPr>
          <w:b/>
        </w:rPr>
        <w:t xml:space="preserve">[34:35] </w:t>
      </w:r>
      <w:r>
        <w:t>to Allah ke Christian plan ke mutabiq hum paida hue hain thori muddat ke liye.</w:t>
      </w:r>
    </w:p>
    <w:p>
      <w:pPr>
        <w:jc w:val="right"/>
      </w:pPr>
      <w:r>
        <w:t>تو اللہ کے کرسچن پلانٹ کے مطابق ہم پیدا ہوئے ہیں تھوڑی مدت کے لیے۔</w:t>
      </w:r>
    </w:p>
    <w:p>
      <w:r>
        <w:rPr>
          <w:b/>
        </w:rPr>
        <w:t xml:space="preserve">[34:42] </w:t>
      </w:r>
      <w:r>
        <w:t>koi pachas saal, koi sattar saal, koi kam ya zyada. is ke baad to hum jaate hain agli dunya mein jo eternal hai.</w:t>
      </w:r>
    </w:p>
    <w:p>
      <w:pPr>
        <w:jc w:val="right"/>
      </w:pPr>
      <w:r>
        <w:t>کوئی پچاس سال، کوئی ستر سال، کوئی کم یا زیادہ۔ اس کے بعد تو ہم جاتے ہیں اگلی دنیا میں جو ایٹرنل ہے۔</w:t>
      </w:r>
    </w:p>
    <w:p>
      <w:r>
        <w:rPr>
          <w:b/>
        </w:rPr>
        <w:t xml:space="preserve">[34:52] </w:t>
      </w:r>
      <w:r>
        <w:t>yeh hai Allah ke creation plan ke mutabiq zindagi ka maamla. to is ke mutabiq sochna, is ke mutabiq sochna yeh hai matloob.</w:t>
      </w:r>
    </w:p>
    <w:p>
      <w:pPr>
        <w:jc w:val="right"/>
      </w:pPr>
      <w:r>
        <w:t>یہ ہے اللہ کے کرسچن پلانٹ کے مطابق زندگی کا معاملہ۔ تو اس کے مطابق سوچنا، اس کے مطابق سوچنا یہ ہے مطلوب۔</w:t>
      </w:r>
    </w:p>
    <w:p>
      <w:r>
        <w:rPr>
          <w:b/>
        </w:rPr>
        <w:t xml:space="preserve">[35:09] </w:t>
      </w:r>
      <w:r>
        <w:t>lekin koi sochta hi nahin. itna Allah itna zyada log conditioned ho gaye hain dunya ki cheezon mein, dunya ki zarooraton mein, dunya ke taqazon mein, dunya ki khwahishon mein.</w:t>
      </w:r>
    </w:p>
    <w:p>
      <w:pPr>
        <w:jc w:val="right"/>
      </w:pPr>
      <w:r>
        <w:t>لیکن کوئی سوچتا ہی نہیں۔ اتنا اللہ اتنا زیادہ لوگ کنڈیشنڈ ہو گئے ہیں دنیا کی چیزوں میں، دنیا کی ضرورتوں میں، دنیا کے تقاضوں میں، دنیا کی خواہشوں میں۔</w:t>
      </w:r>
    </w:p>
    <w:p>
      <w:r>
        <w:rPr>
          <w:b/>
        </w:rPr>
        <w:t xml:space="preserve">[35:21] </w:t>
      </w:r>
      <w:r>
        <w:t>ke koi soch hi nahin paate.</w:t>
      </w:r>
    </w:p>
    <w:p>
      <w:pPr>
        <w:jc w:val="right"/>
      </w:pPr>
      <w:r>
        <w:t>کہ کوئی سوچ ہی نہیں پاتے۔</w:t>
      </w:r>
    </w:p>
    <w:p>
      <w:r>
        <w:rPr>
          <w:b/>
        </w:rPr>
        <w:t xml:space="preserve">[35:27] </w:t>
      </w:r>
      <w:r>
        <w:t>to yeh main samajhta hoon ke conditioning ka maamla hai yeh. jo bachpan se shuru ho jata hai. aadmi paida hota hai to kya chahiye is ko</w:t>
      </w:r>
    </w:p>
    <w:p>
      <w:pPr>
        <w:jc w:val="right"/>
      </w:pPr>
      <w:r>
        <w:t>تو یہ میں سمجھتا ہوں کہ کنڈیشننگ کا معاملہ ہے یہ۔ جو بچپن سے شروع ہو جاتا ہے۔ آدمی پیدا ہوتا ہے تو کیا چاہیے اس کو</w:t>
      </w:r>
    </w:p>
    <w:p>
      <w:r>
        <w:rPr>
          <w:b/>
        </w:rPr>
        <w:t xml:space="preserve">[35:34] </w:t>
      </w:r>
      <w:r>
        <w:t>? doodh chahiye, pani chahiye, khana chahiye. bada hota hai to phir ghar chahiye, job chahiye, business chahiye. subah shaam yahi sab sochta hai. to woh condition ho jata hai isi dunya ki cheezon mein.</w:t>
      </w:r>
    </w:p>
    <w:p>
      <w:pPr>
        <w:jc w:val="right"/>
      </w:pPr>
      <w:r>
        <w:t>؟ دودھ چاہیے، پانی چاہیے، کھانا چاہیے۔ بڑا ہوتا ہے تو پھر گھر چاہیے، جاب چاہیے، بزنس چاہیے۔ صبح شام یہی سب سوچتا ہے۔ تو وہ کنڈیشن ہو جاتا ہے اسی دنیا کی چیزوں میں۔</w:t>
      </w:r>
    </w:p>
    <w:p>
      <w:r>
        <w:rPr>
          <w:b/>
        </w:rPr>
        <w:t xml:space="preserve">[35:50] </w:t>
      </w:r>
      <w:r>
        <w:t>dunya ki cheezon mein condition ho jata hai woh. to is conditioning ki wajah se woh is ke aage is ke bayan kya hai, woh woh soch nahin paata woh.</w:t>
      </w:r>
    </w:p>
    <w:p>
      <w:pPr>
        <w:jc w:val="right"/>
      </w:pPr>
      <w:r>
        <w:t>دنیا کی چیزوں میں کنڈیشن ہو جاتا ہے وہ۔ تو اس کنڈیشننگ کی وجہ سے وہ اس کے آگے اس کے بیان کیا ہے، وہ وہ سوچ نہیں پاتا وہ۔</w:t>
      </w:r>
    </w:p>
    <w:p>
      <w:r>
        <w:rPr>
          <w:b/>
        </w:rPr>
        <w:t xml:space="preserve">[36:12] </w:t>
      </w:r>
      <w:r>
        <w:t>ab main aksar sochta hoon ke meri umar itni ho gayi. aur mere jitne bhi age group ke log the, woh sab mar gaye. jo mere janne wale the, main meri age group ke, ab koi mujhe yaad nahin ke koi zinda ho.</w:t>
      </w:r>
    </w:p>
    <w:p>
      <w:pPr>
        <w:jc w:val="right"/>
      </w:pPr>
      <w:r>
        <w:t>اب میں اکثر سوچتا ہوں کہ میری عمر اتنی ہو گئی۔ اور میرے جتنے بھی ایج گروپ کے لوگ تھے، وہ سب مر چکے۔ جو میرے جاننے والے تھے، میں میری ایج گروپ کے، اب کوئی مجھے یاد نہیں کہ کوئی زندہ ہو۔</w:t>
      </w:r>
    </w:p>
    <w:p>
      <w:r>
        <w:rPr>
          <w:b/>
        </w:rPr>
        <w:t xml:space="preserve">[36:28] </w:t>
      </w:r>
      <w:r>
        <w:t>sab mar gaye. to zahir hai ke mujhe bhi marna hai. is tarah sochna chahiye. ke doosre ki maut ko le kar apni maut ke bare mein sochna.</w:t>
      </w:r>
    </w:p>
    <w:p>
      <w:pPr>
        <w:jc w:val="right"/>
      </w:pPr>
      <w:r>
        <w:t>سب مر چکے۔ تو ظاہر ہے کہ مجھے بھی مرنا ہے۔ اس طرح سوچنا چاہیے۔ کہ دوسرے کی موت کو لے کر اپنی موت کے بارے میں سوچنا۔</w:t>
      </w:r>
    </w:p>
    <w:p>
      <w:r>
        <w:rPr>
          <w:b/>
        </w:rPr>
        <w:t xml:space="preserve">[36:46] </w:t>
      </w:r>
      <w:r>
        <w:t>yaani aik hai ke aap christian plan jo hai Allah taala, us ko le kar sochen aap. doosre ki maut ko le kar sochen aap.</w:t>
      </w:r>
    </w:p>
    <w:p>
      <w:pPr>
        <w:jc w:val="right"/>
      </w:pPr>
      <w:r>
        <w:t>یعنی ایک ہے کہ آپ کرسچن پلانٹ جو ہے اللہ تعالیٰ، اس کو لے کر سوچیں آپ۔ دوسرے کی موت کو لے کر سوچیں آپ۔</w:t>
      </w:r>
    </w:p>
    <w:p>
      <w:r>
        <w:rPr>
          <w:b/>
        </w:rPr>
        <w:t xml:space="preserve">[36:56] </w:t>
      </w:r>
      <w:r>
        <w:t>akhbaron mein khabrein aati rehti hain marne ki, us ko le kar sochen aap. yaani bar bar aise waqiat paish aate hain jo aap ko maut ki yaad dilate hain.</w:t>
      </w:r>
    </w:p>
    <w:p>
      <w:pPr>
        <w:jc w:val="right"/>
      </w:pPr>
      <w:r>
        <w:t>اخباروں میں خبریں آتی رہتی ہیں مرنے کی، اس کو لے کر سوچیں آپ۔ یعنی بار بار ایسے واقعات پیش آتے ہیں جو آپ کو موت کی یاد دلاتے ہیں۔</w:t>
      </w:r>
    </w:p>
    <w:p>
      <w:r>
        <w:rPr>
          <w:b/>
        </w:rPr>
        <w:t xml:space="preserve">[37:10] </w:t>
      </w:r>
      <w:r>
        <w:t>bar bar. us ko le kar sochen. kyunke bohat hi bhayanak maamla hai yeh. yeh maut ke baad jo hai, achaanak aadmi aise halat mein pahunchega ke dunya ki cheezon mein to koi cheez us ke saath nahin hogi.</w:t>
      </w:r>
    </w:p>
    <w:p>
      <w:pPr>
        <w:jc w:val="right"/>
      </w:pPr>
      <w:r>
        <w:t>بار بار۔ اس کو لے کر سوچیں۔ کیونکہ بہت ہی بھیانک معاملہ ہے یہ۔ یہ موت کے بعد جو ہے، اچانک آدمی ایسے حالت میں پہنچے گا کہ دنیا کی چیزوں میں تو کوئی چیز اس کے ساتھ نہیں ہوگی۔</w:t>
      </w:r>
    </w:p>
    <w:p>
      <w:r>
        <w:rPr>
          <w:b/>
        </w:rPr>
        <w:t xml:space="preserve">[37:32] </w:t>
      </w:r>
      <w:r>
        <w:t>yaani yeh yeh ghar, yeh family, yeh saathi, yeh business, yeh job, jo kuch bhi le kar ke hum dunya mein jee rahe hain,</w:t>
      </w:r>
    </w:p>
    <w:p>
      <w:pPr>
        <w:jc w:val="right"/>
      </w:pPr>
      <w:r>
        <w:t>یعنی یہ یہ گھر، یہ فیملی، یہ ساتھی، یہ بزنس، یہ جاب، جو کچھ بھی لے کر کے ہم دنیا میں جی رہے ہیں،</w:t>
      </w:r>
    </w:p>
    <w:p>
      <w:r>
        <w:rPr>
          <w:b/>
        </w:rPr>
        <w:t xml:space="preserve">[37:47] </w:t>
      </w:r>
      <w:r>
        <w:t>achaanak woh sab chhoot jayega. kaisa ajeeb halat hogi.</w:t>
      </w:r>
    </w:p>
    <w:p>
      <w:pPr>
        <w:jc w:val="right"/>
      </w:pPr>
      <w:r>
        <w:t>اچانک وہ سب چھوٹ جائے گا۔ کیسا عجیب حالت ہوگی۔</w:t>
      </w:r>
    </w:p>
    <w:p>
      <w:r>
        <w:rPr>
          <w:b/>
        </w:rPr>
        <w:t xml:space="preserve">[37:55] </w:t>
      </w:r>
      <w:r>
        <w:t>mujh par chand baar aise lamhat guzre hain ke jise laga ke mujhe aik dam cut gaya hoon.</w:t>
      </w:r>
    </w:p>
    <w:p>
      <w:pPr>
        <w:jc w:val="right"/>
      </w:pPr>
      <w:r>
        <w:t>مجھ پر چند بار ایسے لمحات گزرے ہیں کہ جسے لگا کہ مجھے ایک دم کٹ گیا ہوں۔</w:t>
      </w:r>
    </w:p>
    <w:p>
      <w:r>
        <w:rPr>
          <w:b/>
        </w:rPr>
        <w:t xml:space="preserve">[38:03] </w:t>
      </w:r>
      <w:r>
        <w:t>chand baar aisa hua. jaise Moscow mein aik baar main ne main ne bataya is se pehle ke Moscow mein jab main gaya tha to aik baar aisa hua ke main cut gaya sab se.</w:t>
      </w:r>
    </w:p>
    <w:p>
      <w:pPr>
        <w:jc w:val="right"/>
      </w:pPr>
      <w:r>
        <w:t>چند بار ایسا ہوا۔ جیسے ماسکو میں ایک بار میں نے میں نے بتایا اس سے پہلے کہ ماسکو میں جب میں گیا تھا تو ایک بار ایسا ہوا کہ میں کٹ گیا سب سے۔</w:t>
      </w:r>
    </w:p>
    <w:p>
      <w:r>
        <w:rPr>
          <w:b/>
        </w:rPr>
        <w:t xml:space="preserve">[38:15] </w:t>
      </w:r>
      <w:r>
        <w:t>main hotel ke kamre mein tha lekin wahan halat yeh thi ke sab Russian Russian zaban bolte the. main un se baat nahin kar sakta tha. mera jo guide tha, woh chala gaya tha apni maan, us ki bimari se chala gaya tha.</w:t>
      </w:r>
    </w:p>
    <w:p>
      <w:pPr>
        <w:jc w:val="right"/>
      </w:pPr>
      <w:r>
        <w:t>میں ہوٹل کے کمرے میں تھا لیکن وہاں حالت یہ تھی کہ سب روسی روسی زبان بولتے تھے۔ میں ان سے بات نہیں کر سکتا تھا۔ میرا جو گائیڈ تھا، وہ چلا گیا تھا اپنی ماں، اس کی بیماری سے چلا گیا تھا۔</w:t>
      </w:r>
    </w:p>
    <w:p>
      <w:r>
        <w:rPr>
          <w:b/>
        </w:rPr>
        <w:t xml:space="preserve">[38:29] </w:t>
      </w:r>
      <w:r>
        <w:t>maan ke paas milne ke liye.</w:t>
      </w:r>
    </w:p>
    <w:p>
      <w:pPr>
        <w:jc w:val="right"/>
      </w:pPr>
      <w:r>
        <w:t>ماں کے پاس ملنے کے لیے۔</w:t>
      </w:r>
    </w:p>
    <w:p>
      <w:r>
        <w:rPr>
          <w:b/>
        </w:rPr>
        <w:t xml:space="preserve">[38:34] </w:t>
      </w:r>
      <w:r>
        <w:t>to mere paas khane ka coupon bhi nahin tha. khane ka coupon isi guide ke paas hua karta tha Russia mein. main gaya tha us waqt jab kafi community nizam toota nahin tha.</w:t>
      </w:r>
    </w:p>
    <w:p>
      <w:pPr>
        <w:jc w:val="right"/>
      </w:pPr>
      <w:r>
        <w:t>تو میرے پاس کھانے کا کوپن بھی نہیں تھا۔ کھانے کا کوپن اسی گائیڈ کے پاس ہوا کرتا تھا روس میں۔ میں گیا تھا اس وقت جب کافی کمیونٹی نظام ٹوٹا نہیں تھا۔</w:t>
      </w:r>
    </w:p>
    <w:p>
      <w:r>
        <w:rPr>
          <w:b/>
        </w:rPr>
        <w:t xml:space="preserve">[38:43] </w:t>
      </w:r>
      <w:r>
        <w:t>tab hum direct ja kar hotel mein nahin kha sakte the. woh hamara guide hota tha, uska coupon hota tha, to coupon se khana milta tha.</w:t>
      </w:r>
    </w:p>
    <w:p>
      <w:pPr>
        <w:jc w:val="right"/>
      </w:pPr>
      <w:r>
        <w:t>تب ہم ڈائریکٹ جا کر ہوٹل میں نہیں کھا سکتے تھے۔ وہ ہمارا گائیڈ ہوتا تھا، اس کا کوپن ہوتا تھا، تو کوپن سے کھانا ملتا تھا۔</w:t>
      </w:r>
    </w:p>
    <w:p>
      <w:r>
        <w:rPr>
          <w:b/>
        </w:rPr>
        <w:t xml:space="preserve">[38:54] </w:t>
      </w:r>
      <w:r>
        <w:t>to ab maine socha yeh kya ajeeb halat hai. log jo aap ke aas paas reh rahe hain, un se main exchange nahin kar sakta, kuch baat nahin ho sakti.</w:t>
      </w:r>
    </w:p>
    <w:p>
      <w:pPr>
        <w:jc w:val="right"/>
      </w:pPr>
      <w:r>
        <w:t>تو اب میں نے سوچا یہ کیا عجیب حالت ہے۔ لوگ جو آپ کے آس پاس رہ رہے ہیں، ان سے میں ایکسچینج نہیں کر سکتا، کچھ بات نہیں ہو سکتی۔</w:t>
      </w:r>
    </w:p>
    <w:p>
      <w:r>
        <w:rPr>
          <w:b/>
        </w:rPr>
        <w:t xml:space="preserve">[39:03] </w:t>
      </w:r>
      <w:r>
        <w:t>agar mujhe khana peena ho to main hotel mein ja kar keh nahi kuch kar sakta is liye ke coupon to mere guide ke paas hai.</w:t>
      </w:r>
    </w:p>
    <w:p>
      <w:pPr>
        <w:jc w:val="right"/>
      </w:pPr>
      <w:r>
        <w:t>اگر مجھے کھانا پینا ہو تو میں ہوٹل میں جا کر کہ نہیں کچھ کر سکتا اس لیے کہ کوپن تو میرے گائیڈ کے پاس ہے۔</w:t>
      </w:r>
    </w:p>
    <w:p>
      <w:r>
        <w:rPr>
          <w:b/>
        </w:rPr>
        <w:t xml:space="preserve">[39:13] </w:t>
      </w:r>
      <w:r>
        <w:t>to kuch der ke liye aisa laga mujhe, phir masla hal hua baat ko. kuch der ke liye aisa laga jaise ke main aik dam cut gaya hoon dunya se. kuch bhi mere paas nahi hai.</w:t>
      </w:r>
    </w:p>
    <w:p>
      <w:pPr>
        <w:jc w:val="right"/>
      </w:pPr>
      <w:r>
        <w:t>تو کچھ دیر کے لیے ایسا لگا مجھے، پھر مسئلہ حل ہوا بات کو۔ کچھ دیر کے لیے ایسا لگا جیسے کہ میں ایک دم کٹ گیا ہوں دنیا سے۔ کچھ بھی میرے پاس نہیں ہے۔</w:t>
      </w:r>
    </w:p>
    <w:p>
      <w:r>
        <w:rPr>
          <w:b/>
        </w:rPr>
        <w:t xml:space="preserve">[39:24] </w:t>
      </w:r>
      <w:r>
        <w:t>bilkul mutaqdaat, mahmul asbab ka mamla hai yeh.</w:t>
      </w:r>
    </w:p>
    <w:p>
      <w:pPr>
        <w:jc w:val="right"/>
      </w:pPr>
      <w:r>
        <w:t>بالکل متقدات، محمول اسباب کا معاملہ ہے یہ۔</w:t>
      </w:r>
    </w:p>
    <w:p>
      <w:r>
        <w:rPr>
          <w:b/>
        </w:rPr>
        <w:t xml:space="preserve">[39:29] </w:t>
      </w:r>
      <w:r>
        <w:t>is waqt jo kaifiyat mujhe guzri thi, helplessness ki, wo aaj tak mujhe yaad hai.</w:t>
      </w:r>
    </w:p>
    <w:p>
      <w:pPr>
        <w:jc w:val="right"/>
      </w:pPr>
      <w:r>
        <w:t>اس وقت جو کیفیت مجھے گزری تھی، ہیلپ لیسنس کی، وہ آج تک مجھے یاد ہے۔</w:t>
      </w:r>
    </w:p>
    <w:p>
      <w:r>
        <w:rPr>
          <w:b/>
        </w:rPr>
        <w:t xml:space="preserve">[39:38] </w:t>
      </w:r>
      <w:r>
        <w:t>is waqt maine yani jo alfaaz mere zuban se nikle the, jo mera jee meri jo halat thi, wo is tarah ki halat sirf aik hi baar hui.</w:t>
      </w:r>
    </w:p>
    <w:p>
      <w:pPr>
        <w:jc w:val="right"/>
      </w:pPr>
      <w:r>
        <w:t>اس وقت میں نے یعنی جو الفاظ میرے زبان سے نکلے تھے، جو میرا جی میری جو حالت تھی، وہ اس طرح کی حالت صرف ایک ہی بار ہوئی۔</w:t>
      </w:r>
    </w:p>
    <w:p>
      <w:r>
        <w:rPr>
          <w:b/>
        </w:rPr>
        <w:t xml:space="preserve">[39:51] </w:t>
      </w:r>
      <w:r>
        <w:t>isi waqt phir nahi hui. kyun ke bohat zabardast jo yani helplessness jo ki kaifiyat jo guzri thi mere uper, wo to wo bohat ajeeb thi.</w:t>
      </w:r>
    </w:p>
    <w:p>
      <w:pPr>
        <w:jc w:val="right"/>
      </w:pPr>
      <w:r>
        <w:t>اسی وقت پھر نہیں ہوئی۔ کیونکہ بہت زبردست جو یعنی ہیلپ لیسنس جو کی کیفیت جو گزری تھی میرے اوپر، وہ تو وہ بہت عجیب تھی۔</w:t>
      </w:r>
    </w:p>
    <w:p>
      <w:r>
        <w:rPr>
          <w:b/>
        </w:rPr>
        <w:t xml:space="preserve">[40:02] </w:t>
      </w:r>
      <w:r>
        <w:t>to main aksar sochta hoon ke wo jo temporary tor par hua tha, wo yeh ho jayega eternal tor par maut ke baad.</w:t>
      </w:r>
    </w:p>
    <w:p>
      <w:pPr>
        <w:jc w:val="right"/>
      </w:pPr>
      <w:r>
        <w:t>تو میں اکثر سوچتا ہوں کہ وہ جو ٹیمپریری طور پر ہوا تھا، وہ یہ ہو جائے گا ایٹرنل طور پر موت کے بعد۔</w:t>
      </w:r>
    </w:p>
    <w:p>
      <w:r>
        <w:rPr>
          <w:b/>
        </w:rPr>
        <w:t xml:space="preserve">[40:14] </w:t>
      </w:r>
      <w:r>
        <w:t>yani helplessness ki jo kaifiyat mujhe is par guzri thi, mere uper temporary tor par. to maut ke baad kya hoga? ke wahi cheez eternal tor par ho jayegi.</w:t>
      </w:r>
    </w:p>
    <w:p>
      <w:pPr>
        <w:jc w:val="right"/>
      </w:pPr>
      <w:r>
        <w:t>یعنی ہیلپ لیسنس کی جو کیفیت مجھے اس پر گزری تھی، میرے اوپر ٹیمپریری طور پر۔ تو موت کے بعد کیا ہوگا؟ کہ وہی چیز ایٹرنل طور پر ہو جائے گی۔</w:t>
      </w:r>
    </w:p>
    <w:p>
      <w:r>
        <w:rPr>
          <w:b/>
        </w:rPr>
        <w:t xml:space="preserve">[40:26] </w:t>
      </w:r>
      <w:r>
        <w:t>to kaisi ajeeb halat hogi. aap jante hain ke maut jo hai, point of no return par aati hai. yani hum wapas nahi aa sakte is dunya mein.</w:t>
      </w:r>
    </w:p>
    <w:p>
      <w:pPr>
        <w:jc w:val="right"/>
      </w:pPr>
      <w:r>
        <w:t>تو کیسی عجیب حالت ہوگی۔ آپ جانتے ہیں کہ موت جو ہے، پوائنٹ آف نو ریٹرن پر آتی ہے۔ یعنی ہم واپس نہیں آ سکتے اس دنیا میں۔</w:t>
      </w:r>
    </w:p>
    <w:p>
      <w:r>
        <w:rPr>
          <w:b/>
        </w:rPr>
        <w:t xml:space="preserve">[40:36] </w:t>
      </w:r>
      <w:r>
        <w:t>mar gaya to mar gaya.</w:t>
      </w:r>
    </w:p>
    <w:p>
      <w:pPr>
        <w:jc w:val="right"/>
      </w:pPr>
      <w:r>
        <w:t>مر گیا تو مر گیا۔</w:t>
      </w:r>
    </w:p>
    <w:p>
      <w:r>
        <w:rPr>
          <w:b/>
        </w:rPr>
        <w:t xml:space="preserve">[40:40] </w:t>
      </w:r>
      <w:r>
        <w:t>h</w:t>
      </w:r>
    </w:p>
    <w:p>
      <w:pPr>
        <w:jc w:val="right"/>
      </w:pPr>
      <w:r>
        <w:t>ہ</w:t>
      </w:r>
    </w:p>
    <w:p>
      <w:r>
        <w:rPr>
          <w:b/>
        </w:rPr>
        <w:t xml:space="preserve">[40:41] </w:t>
      </w:r>
      <w:r>
        <w:t>m kahin jate hain to hamari jeb mein ticket hota hai, yani return ticket hota hai. aik taraf jane ka ticket hota hai, phir wapsi ka ticket hota hai.</w:t>
      </w:r>
    </w:p>
    <w:p>
      <w:pPr>
        <w:jc w:val="right"/>
      </w:pPr>
      <w:r>
        <w:t>م کہیں جاتے ہیں تو ہماری جیب میں ٹکٹ ہوتا ہے، یعنی ریٹرن ٹکٹ ہوتا ہے۔ ایک طرف جانے کا ٹکٹ ہوتا ہے، پھر واپسی کا ٹکٹ ہوتا ہے۔</w:t>
      </w:r>
    </w:p>
    <w:p>
      <w:r>
        <w:rPr>
          <w:b/>
        </w:rPr>
        <w:t xml:space="preserve">[40:50] </w:t>
      </w:r>
      <w:r>
        <w:t>to yeh itminan hota hai ke ja rahe hain to phir loot bhi aayenge.</w:t>
      </w:r>
    </w:p>
    <w:p>
      <w:pPr>
        <w:jc w:val="right"/>
      </w:pPr>
      <w:r>
        <w:t>تو یہ اطمینان ہوتا ہے کہ جا رہے ہیں تو پھر لوٹ بھی آئیں گے۔</w:t>
      </w:r>
    </w:p>
    <w:p>
      <w:r>
        <w:rPr>
          <w:b/>
        </w:rPr>
        <w:t xml:space="preserve">[40:58] </w:t>
      </w:r>
      <w:r>
        <w:t>aik jagah mein aik baar gaya, aik wahan Africa ke aik mulk mein naya naya nai jagah thi. to airport pe jab utra main bahar to conference mein bulaya gaya tha mujh ko.</w:t>
      </w:r>
    </w:p>
    <w:p>
      <w:pPr>
        <w:jc w:val="right"/>
      </w:pPr>
      <w:r>
        <w:t>ایک جگہ میں ایک بار گیا، ایک وہاں افریقہ کے ایک ملک میں نیا نیا نئی جگہ تھی۔ تو ایئرپورٹ پہ جب اترا میں باہر تو کانفرنس میں بلایا گیا تھا مجھ کو۔</w:t>
      </w:r>
    </w:p>
    <w:p>
      <w:r>
        <w:rPr>
          <w:b/>
        </w:rPr>
        <w:t xml:space="preserve">[41:10] </w:t>
      </w:r>
      <w:r>
        <w:t>to wahan koi aadmi nahi, conference ka koi aadmi mujhe receive karne ke liye. aur wo sab wahan French bolte the log, French zuban. wo ilaqa tha jahan pehle kuch ki zabanein French ki hukumat hua karti thi, France ki hukumat.</w:t>
      </w:r>
    </w:p>
    <w:p>
      <w:pPr>
        <w:jc w:val="right"/>
      </w:pPr>
      <w:r>
        <w:t>تو وہاں کوئی آدمی نہیں، کانفرنس کا کوئی آدمی مجھے ریسیو کرنے کے لیے۔ اور وہ سب وہاں فرینچ بولتے تھے لوگ، فرینچ زبان۔ وہ علاقہ تھا جہاں پہلے کچھ کی زبانیں فرینچ کی حکومت ہوا کرتی تھی، فرانس کی حکومت۔</w:t>
      </w:r>
    </w:p>
    <w:p>
      <w:r>
        <w:rPr>
          <w:b/>
        </w:rPr>
        <w:t xml:space="preserve">[41:24] </w:t>
      </w:r>
      <w:r>
        <w:t>to ajeeb halat thi meri.</w:t>
      </w:r>
    </w:p>
    <w:p>
      <w:pPr>
        <w:jc w:val="right"/>
      </w:pPr>
      <w:r>
        <w:t>تو عجیب حالت تھی میری۔</w:t>
      </w:r>
    </w:p>
    <w:p>
      <w:r>
        <w:rPr>
          <w:b/>
        </w:rPr>
        <w:t xml:space="preserve">[41:27] </w:t>
      </w:r>
      <w:r>
        <w:t>jis se miloon to wo French bolta tha wo. aur jo main jo jis conference mein mujhe bulaya gaya tha, us ke log mujhe receive karne ke liye aaye hue nahi the wahan par airport par.</w:t>
      </w:r>
    </w:p>
    <w:p>
      <w:pPr>
        <w:jc w:val="right"/>
      </w:pPr>
      <w:r>
        <w:t>جس سے ملوں تو وہ فرینچ بولتا تھا وہ۔ اور جو میں جو جس کانفرنس میں مجھے بلایا گیا تھا، اس کے لوگ مجھے ریسیو کرنے کے لیے آئے ہوئے نہیں تھے وہاں پر ایئرپورٹ پر۔</w:t>
      </w:r>
    </w:p>
    <w:p>
      <w:r>
        <w:rPr>
          <w:b/>
        </w:rPr>
        <w:t xml:space="preserve">[41:38] </w:t>
      </w:r>
      <w:r>
        <w:t>to aik ajeeb deewangi thori der ke liye hui. lekin phir bhi yeh itminan tha ke meri jeb mein wapsi ka ticket hai.</w:t>
      </w:r>
    </w:p>
    <w:p>
      <w:pPr>
        <w:jc w:val="right"/>
      </w:pPr>
      <w:r>
        <w:t>تو ایک عجیب دیوانگی تھوڑی دیر کے لیے ہوئی۔ لیکن پھر بھی یہ اطمینان تھا کہ میری جیب میں واپسی کا ٹکٹ ہے۔</w:t>
      </w:r>
    </w:p>
    <w:p>
      <w:r>
        <w:rPr>
          <w:b/>
        </w:rPr>
        <w:t xml:space="preserve">[41:48] </w:t>
      </w:r>
      <w:r>
        <w:t>to char jab main window par gaya, ticket dikhaya us ko.</w:t>
      </w:r>
    </w:p>
    <w:p>
      <w:pPr>
        <w:jc w:val="right"/>
      </w:pPr>
      <w:r>
        <w:t>تو چار جب میں ونڈو پر گیا، ٹکٹ دکھایا اس کو۔</w:t>
      </w:r>
    </w:p>
    <w:p>
      <w:r>
        <w:rPr>
          <w:b/>
        </w:rPr>
        <w:t xml:space="preserve">[41:54] </w:t>
      </w:r>
      <w:r>
        <w:t>mere paas first class ka ticket tha is waqt. dikhaya ke bhai wapsi ke jahaz hai Delhi jane ke liye. to unhon ne kaha ke aaj to nahi, kal ho sakta hai. wo lady thi, wo kuch thori mazahiya bolti thi wo.</w:t>
      </w:r>
    </w:p>
    <w:p>
      <w:pPr>
        <w:jc w:val="right"/>
      </w:pPr>
      <w:r>
        <w:t>میرے پاس فرسٹ کلاس کا ٹکٹ تھا اس وقت۔ دکھایا کہ بھئی واپسی کے جہاز ہے دہلی جانے کے لیے۔ تو انہوں نے کہا کہ آج تو نہیں، کل ہو سکتا ہے۔ وہ لیڈی تھی، وہ کچھ تھوڑی مزاحیہ بولتی تھی وہ۔</w:t>
      </w:r>
    </w:p>
    <w:p>
      <w:r>
        <w:rPr>
          <w:b/>
        </w:rPr>
        <w:t xml:space="preserve">[42:09] </w:t>
      </w:r>
      <w:r>
        <w:t>to is dunya mein aap safar karte hain to is mein aap ko itminan rehta hai ke wapsi ka bhi ticket meri jeb mein hai.</w:t>
      </w:r>
    </w:p>
    <w:p>
      <w:pPr>
        <w:jc w:val="right"/>
      </w:pPr>
      <w:r>
        <w:t>تو اس دنیا میں آپ سفر کرتے ہیں تو اس میں آپ کو اطمینان رہتا ہے کہ واپسی کا بھی ٹکٹ میری جیب میں ہے۔</w:t>
      </w:r>
    </w:p>
    <w:p>
      <w:r>
        <w:rPr>
          <w:b/>
        </w:rPr>
        <w:t xml:space="preserve">[42:17] </w:t>
      </w:r>
      <w:r>
        <w:t>lekin maut ka safar aik aisa safar hai jis mein aap wapsi ka ticket nahi hain.</w:t>
      </w:r>
    </w:p>
    <w:p>
      <w:pPr>
        <w:jc w:val="right"/>
      </w:pPr>
      <w:r>
        <w:t>لیکن موت کا سفر ایک ایسا سفر ہے جس میں آپ واپسی کا ٹکٹ نہیں ہیں۔</w:t>
      </w:r>
    </w:p>
    <w:p>
      <w:r>
        <w:rPr>
          <w:b/>
        </w:rPr>
        <w:t xml:space="preserve">[42:27] </w:t>
      </w:r>
      <w:r>
        <w:t>aadmi hamesha ke liye chhod deta hai is dunya ko. phir yahan wapsi nahi hone wali hai.</w:t>
      </w:r>
    </w:p>
    <w:p>
      <w:pPr>
        <w:jc w:val="right"/>
      </w:pPr>
      <w:r>
        <w:t>آدمی ہمیشہ کے لیے چھوڑ دیتا ہے اس دنیا کو۔ پھر یہاں واپسی نہیں ہونے والی ہے۔</w:t>
      </w:r>
    </w:p>
    <w:p>
      <w:r>
        <w:rPr>
          <w:b/>
        </w:rPr>
        <w:t xml:space="preserve">[42:34] </w:t>
      </w:r>
      <w:r>
        <w:t>aur hadith mein aata hai ke aaj tum aisi dunya mein ho jahan amal hai aur anjam nahi. aur maut ke baad tum aisi dunya mein pahunchoge jahan anjam hoga aur amal na hoga.</w:t>
      </w:r>
    </w:p>
    <w:p>
      <w:pPr>
        <w:jc w:val="right"/>
      </w:pPr>
      <w:r>
        <w:t>اور حدیث میں آتا ہے کہ آج تم ایسی دنیا میں ہو جہاں عمل ہے اور انجام نہیں۔ اور موت کے بعد تم ایسی دنیا میں پہنچو گے جہاں انجام ہوگا اور عمل نہ ہوگا۔</w:t>
      </w:r>
    </w:p>
    <w:p>
      <w:r>
        <w:rPr>
          <w:b/>
        </w:rPr>
        <w:t xml:space="preserve">[42:49] </w:t>
      </w:r>
      <w:r>
        <w:t>aap ghor kijiye kaisi ajeeb baat hai yeh.</w:t>
      </w:r>
    </w:p>
    <w:p>
      <w:pPr>
        <w:jc w:val="right"/>
      </w:pPr>
      <w:r>
        <w:t>آپ غور کیجئے کیسی عجیب بات ہے یہ۔</w:t>
      </w:r>
    </w:p>
    <w:p>
      <w:r>
        <w:rPr>
          <w:b/>
        </w:rPr>
        <w:t xml:space="preserve">[42:56] </w:t>
      </w:r>
      <w:r>
        <w:t>keh aaj jo hai hum is haal, yeh mauqa humein hai ke hum amal karein.</w:t>
      </w:r>
    </w:p>
    <w:p>
      <w:pPr>
        <w:jc w:val="right"/>
      </w:pPr>
      <w:r>
        <w:t>کہ آج جو ہے ہم اس حال، یہ موقع ہمیں ہے کہ ہم عمل کریں۔</w:t>
      </w:r>
    </w:p>
    <w:p>
      <w:r>
        <w:rPr>
          <w:b/>
        </w:rPr>
        <w:t xml:space="preserve">[43:03] </w:t>
      </w:r>
      <w:r>
        <w:t>aur is ka anjaam paayein. Lekin maut ke baad ek aisa, yaani hum par aisa waqt guzrega ke wahan sirf anjaam hi paana hoga.</w:t>
      </w:r>
    </w:p>
    <w:p>
      <w:pPr>
        <w:jc w:val="right"/>
      </w:pPr>
      <w:r>
        <w:t>اور اس کا انجام پائیں۔ لیکن موت کے بعد ایک ایسا، یعنی ہم پر ایسا وقت گزرے گا کہ وہاں صرف انجام ہی پانا ہوگا۔</w:t>
      </w:r>
    </w:p>
    <w:p>
      <w:r>
        <w:rPr>
          <w:b/>
        </w:rPr>
        <w:t xml:space="preserve">[43:13] </w:t>
      </w:r>
      <w:r>
        <w:t>amal ka mauqa nahi hoga ke phir se aap amal karein. Phir se apne ko durust karein. Phir se aap Allah ki raaste par chalein.</w:t>
      </w:r>
    </w:p>
    <w:p>
      <w:pPr>
        <w:jc w:val="right"/>
      </w:pPr>
      <w:r>
        <w:t>عمل کا موقع نہیں ہوگا کہ پھر سے آپ عمل کریں۔ پھر سے اپنے کو درست کریں۔ پھر سے آپ اللہ کی راستے پر چلیں۔</w:t>
      </w:r>
    </w:p>
    <w:p>
      <w:r>
        <w:rPr>
          <w:b/>
        </w:rPr>
        <w:t xml:space="preserve">[43:21] </w:t>
      </w:r>
      <w:r>
        <w:t>yeh is ka mauqa nahi hoga.</w:t>
      </w:r>
    </w:p>
    <w:p>
      <w:pPr>
        <w:jc w:val="right"/>
      </w:pPr>
      <w:r>
        <w:t>یہ اس کا موقع نہیں ہوگا۔</w:t>
      </w:r>
    </w:p>
    <w:p>
      <w:r>
        <w:rPr>
          <w:b/>
        </w:rPr>
        <w:t xml:space="preserve">[43:26] </w:t>
      </w:r>
      <w:r>
        <w:t>toh kaisi ajeeb baat hai yeh. Kaisi anokhi baat hai yeh. Aap ghaur kijiye.</w:t>
      </w:r>
    </w:p>
    <w:p>
      <w:pPr>
        <w:jc w:val="right"/>
      </w:pPr>
      <w:r>
        <w:t>تو کیسی عجیب بات ہے یہ۔ کیسی انوکھی بات ہے یہ۔ آپ غور کیجئے۔</w:t>
      </w:r>
    </w:p>
    <w:p>
      <w:r>
        <w:rPr>
          <w:b/>
        </w:rPr>
        <w:t xml:space="preserve">[43:39] </w:t>
      </w:r>
      <w:r>
        <w:t>toh hamari jo dawat hai, dawat ka sach poochhein toh barkat ka nuqta yahi hai. Agar aadmi yeh na soche ke mujhe marna hai, Allah ke saamne pesh hona hai.</w:t>
      </w:r>
    </w:p>
    <w:p>
      <w:pPr>
        <w:jc w:val="right"/>
      </w:pPr>
      <w:r>
        <w:t>تو ہماری جو دعوت ہے، دعوت کا سچ پوچھیں تو برکت کا نقطہ یہی ہے۔ اگر آدمی یہ نہ سوچے کہ مجھے مرنا ہے، اللہ کے سامنے پیش ہونا ہے۔</w:t>
      </w:r>
    </w:p>
    <w:p>
      <w:r>
        <w:rPr>
          <w:b/>
        </w:rPr>
        <w:t xml:space="preserve">[43:49] </w:t>
      </w:r>
      <w:r>
        <w:t>toh woh seriously lega kyun aap ki dawat ko?</w:t>
      </w:r>
    </w:p>
    <w:p>
      <w:pPr>
        <w:jc w:val="right"/>
      </w:pPr>
      <w:r>
        <w:t>تو وہ سیریسلی لے گا کیوں آپ کی دعوت کو؟</w:t>
      </w:r>
    </w:p>
    <w:p>
      <w:r>
        <w:rPr>
          <w:b/>
        </w:rPr>
        <w:t xml:space="preserve">[43:54] </w:t>
      </w:r>
      <w:r>
        <w:t>aap ki dawat ko seriously kyun lega woh? Jab lega ke jab us ko maloom ho ke bhai agar maine is ko nahi maana toh Allah ke saamne jab main khada hounga toh main kya jawab dunga?</w:t>
      </w:r>
    </w:p>
    <w:p>
      <w:pPr>
        <w:jc w:val="right"/>
      </w:pPr>
      <w:r>
        <w:t>آپ کی دعوت کو سیریسلی کیوں لے گا وہ؟ جب لے گا کہ جب اس کو معلوم ہو کہ بھئی اگر میں نے اس کو نہیں مانا تو اللہ کے سامنے جب میں کھڑا ہوں گا تو میں کیا جواب دوں گا؟</w:t>
      </w:r>
    </w:p>
    <w:p>
      <w:r>
        <w:rPr>
          <w:b/>
        </w:rPr>
        <w:t xml:space="preserve">[44:08] </w:t>
      </w:r>
      <w:r>
        <w:t>tab woh us ko seriously le sakta hai. Warna woh seriously le hi ga nahi.</w:t>
      </w:r>
    </w:p>
    <w:p>
      <w:pPr>
        <w:jc w:val="right"/>
      </w:pPr>
      <w:r>
        <w:t>تب وہ اس کو سیریسلی لے سکتا ہے۔ ورنہ وہ سیریسلی لے ہی گا نہیں۔</w:t>
      </w:r>
    </w:p>
    <w:p>
      <w:r>
        <w:rPr>
          <w:b/>
        </w:rPr>
        <w:t xml:space="preserve">[44:20] </w:t>
      </w:r>
      <w:r>
        <w:t>hamare baap jo the woh bohat hi, agarche zamindar the woh, lekin bohat hi saada. Is zamane mein kaafi badi zamindari thi.</w:t>
      </w:r>
    </w:p>
    <w:p>
      <w:pPr>
        <w:jc w:val="right"/>
      </w:pPr>
      <w:r>
        <w:t>ہمارے باپ جو تھے وہ بہت ہی، اگرچہ زمیندار تھے وہ، لیکن بہت ہی سادہ۔ اس زمانے میں کافی بڑی زمینداری تھی۔</w:t>
      </w:r>
    </w:p>
    <w:p>
      <w:r>
        <w:rPr>
          <w:b/>
        </w:rPr>
        <w:t xml:space="preserve">[44:29] </w:t>
      </w:r>
      <w:r>
        <w:t>lekin hamare baap jo the bohat hi saada, bohat hi saada the woh. Aur bohat sach poochhein, pious aadmi the, pious.</w:t>
      </w:r>
    </w:p>
    <w:p>
      <w:pPr>
        <w:jc w:val="right"/>
      </w:pPr>
      <w:r>
        <w:t>لیکن ہمارے باپ جو تھے بہت ہی سادہ، بہت ہی سادہ تھے وہ۔ اور بہت سچ پوچھیں، پائس آدمی تھے، پائس۔</w:t>
      </w:r>
    </w:p>
    <w:p>
      <w:r>
        <w:rPr>
          <w:b/>
        </w:rPr>
        <w:t xml:space="preserve">[44:39] </w:t>
      </w:r>
      <w:r>
        <w:t>jitne maine un ke qisse sune hain toh bohat hi pious aadmi the. Toh hamari maa batati hain ke woh kaha karte the aksar ke Khuda ko munh dikhana hai.</w:t>
      </w:r>
    </w:p>
    <w:p>
      <w:pPr>
        <w:jc w:val="right"/>
      </w:pPr>
      <w:r>
        <w:t>جتنے میں نے ان کے قصے سنے ہیں تو بہت ہی پائس آدمی تھے۔ تو ہماری ماں بتاتی ہیں کہ وہ کہا کرتے تھے اکثر کہ خدا کو منہ دکھانا ہے۔</w:t>
      </w:r>
    </w:p>
    <w:p>
      <w:r>
        <w:rPr>
          <w:b/>
        </w:rPr>
        <w:t xml:space="preserve">[44:50] </w:t>
      </w:r>
      <w:r>
        <w:t>yeh un ka aksar yeh kaha karte the. Koi baat ho ke aaj hum agar aisa karein toh kal Khuda ko kya jawab denge?</w:t>
      </w:r>
    </w:p>
    <w:p>
      <w:pPr>
        <w:jc w:val="right"/>
      </w:pPr>
      <w:r>
        <w:t>یہ ان کا اکثر یہ کہا کرتے تھے۔ کوئی بات ہو کہ آج ہم اگر ایسا کریں تو کل خدا کو کیا جواب دیں گے؟</w:t>
      </w:r>
    </w:p>
    <w:p>
      <w:r>
        <w:rPr>
          <w:b/>
        </w:rPr>
        <w:t xml:space="preserve">[45:01] </w:t>
      </w:r>
      <w:r>
        <w:t>aaj hum kuch gadbad karein, kuch</w:t>
      </w:r>
    </w:p>
    <w:p>
      <w:pPr>
        <w:jc w:val="right"/>
      </w:pPr>
      <w:r>
        <w:t>آج ہم کچھ گڑبڑ کریں، کچھ</w:t>
      </w:r>
    </w:p>
    <w:p>
      <w:r>
        <w:rPr>
          <w:b/>
        </w:rPr>
        <w:t xml:space="preserve">[45:07] </w:t>
      </w:r>
      <w:r>
        <w:t>Allah ke raaste ko chal ke chhod ke kisi aur raaste par chalein, kuch bhi karein toh kal jo hoga woh Allah ke saamne peshi toh wahan kya karenge?</w:t>
      </w:r>
    </w:p>
    <w:p>
      <w:pPr>
        <w:jc w:val="right"/>
      </w:pPr>
      <w:r>
        <w:t>اللہ کے راستے کو چل کے چھوڑ کے کسی اور راستے پر چلیں، کچھ بھی کریں تو کل جو ہوگا وہ اللہ کے سامنے پیشی تو وہاں کیا کریں گے؟</w:t>
      </w:r>
    </w:p>
    <w:p>
      <w:r>
        <w:rPr>
          <w:b/>
        </w:rPr>
        <w:t xml:space="preserve">[45:17] </w:t>
      </w:r>
      <w:r>
        <w:t>aksar yeh kaha karte the woh Khuda ko munh dikhana hai.</w:t>
      </w:r>
    </w:p>
    <w:p>
      <w:pPr>
        <w:jc w:val="right"/>
      </w:pPr>
      <w:r>
        <w:t>اکثر یہ کہا کرتے تھے وہ خدا کو منہ دکھانا ہے۔</w:t>
      </w:r>
    </w:p>
    <w:p>
      <w:r>
        <w:rPr>
          <w:b/>
        </w:rPr>
        <w:t xml:space="preserve">[45:30] </w:t>
      </w:r>
      <w:r>
        <w:t>toh yeh yeh soch banti hai jo jo jo maani sahi maano mein maut ko.</w:t>
      </w:r>
    </w:p>
    <w:p>
      <w:pPr>
        <w:jc w:val="right"/>
      </w:pPr>
      <w:r>
        <w:t>تو یہ یہ سوچ بنتی ہے جو جو جو معنی صحیح معنوں میں موت کو۔</w:t>
      </w:r>
    </w:p>
    <w:p>
      <w:r>
        <w:rPr>
          <w:b/>
        </w:rPr>
        <w:t xml:space="preserve">[45:43] </w:t>
      </w:r>
      <w:r>
        <w:t>hadees mein aata hai ke la tazal qadam abde hatta yus'ala an arba' yaani insaan ke paon Allah ke aage se hatenge nahi jab tak woh chaar baaton ka jawab na de le.</w:t>
      </w:r>
    </w:p>
    <w:p>
      <w:pPr>
        <w:jc w:val="right"/>
      </w:pPr>
      <w:r>
        <w:t>حدیث میں آتا ہے کہ لا تزال قدم عبد حتى اس اربع یعنی انسان کے پاؤں اللہ کے آگے سے ہٹیں گے نہیں جب تک وہ چار باتوں کا جواب نہ دے لے۔</w:t>
      </w:r>
    </w:p>
    <w:p>
      <w:r>
        <w:rPr>
          <w:b/>
        </w:rPr>
        <w:t xml:space="preserve">[46:00] </w:t>
      </w:r>
      <w:r>
        <w:t>kaisi ajeeb baat hai.</w:t>
      </w:r>
    </w:p>
    <w:p>
      <w:pPr>
        <w:jc w:val="right"/>
      </w:pPr>
      <w:r>
        <w:t>کیسی عجیب بات ہے۔</w:t>
      </w:r>
    </w:p>
    <w:p>
      <w:r>
        <w:rPr>
          <w:b/>
        </w:rPr>
        <w:t xml:space="preserve">[46:06] </w:t>
      </w:r>
      <w:r>
        <w:t>aur har insaan Allah ke saamne khada kiya jayega. Har har aadmi, har individual.</w:t>
      </w:r>
    </w:p>
    <w:p>
      <w:pPr>
        <w:jc w:val="right"/>
      </w:pPr>
      <w:r>
        <w:t>اور ہر انسان اللہ کے سامنے کھڑا کیا جائے گا۔ ہر ہر آدمی، ہر انڈیویجول۔</w:t>
      </w:r>
    </w:p>
    <w:p>
      <w:r>
        <w:rPr>
          <w:b/>
        </w:rPr>
        <w:t xml:space="preserve">[46:15] </w:t>
      </w:r>
      <w:r>
        <w:t>aur is mein hai ke chaar baaton ka jawab dena padega. Ek yeh ke maal kahan se kamaya aur kahan kharch kiya is ko.</w:t>
      </w:r>
    </w:p>
    <w:p>
      <w:pPr>
        <w:jc w:val="right"/>
      </w:pPr>
      <w:r>
        <w:t>اور اس میں ہے کہ چار باتوں کا جواب دینا پڑے گا۔ ایک یہ کہ مال کہاں سے کمایا اور کہاں خرچ کیا اس کو۔</w:t>
      </w:r>
    </w:p>
    <w:p>
      <w:r>
        <w:rPr>
          <w:b/>
        </w:rPr>
        <w:t xml:space="preserve">[46:28] </w:t>
      </w:r>
      <w:r>
        <w:t>maal kahan se kamaya yeh batana padega. Matlab chori kar ke kamaya ya tijarat kar ke kamaya. Najaiz tareeqe se kamaya, jaiz tareeqe se kamaya.</w:t>
      </w:r>
    </w:p>
    <w:p>
      <w:pPr>
        <w:jc w:val="right"/>
      </w:pPr>
      <w:r>
        <w:t>مال کہاں سے کمایا یہ بتانا پڑے گا۔ مطلب چوری کر کے کمایا یا تجارت کر کے کمایا۔ ناجائز طریقے سے کمایا، جائز طریقے سے کمایا۔</w:t>
      </w:r>
    </w:p>
    <w:p>
      <w:r>
        <w:rPr>
          <w:b/>
        </w:rPr>
        <w:t xml:space="preserve">[46:39] </w:t>
      </w:r>
      <w:r>
        <w:t>corruption kar ke kamaya ya sahi tareeqe se kamaya.</w:t>
      </w:r>
    </w:p>
    <w:p>
      <w:pPr>
        <w:jc w:val="right"/>
      </w:pPr>
      <w:r>
        <w:t>کرپشن کر کے کمایا یا صحیح طریقے سے کمایا۔</w:t>
      </w:r>
    </w:p>
    <w:p>
      <w:r>
        <w:rPr>
          <w:b/>
        </w:rPr>
        <w:t xml:space="preserve">[46:46] </w:t>
      </w:r>
      <w:r>
        <w:t>toh ek yeh hai ke kahan se kamaya paisa. Doosra yeh ke kahan kharch kiya is ko.</w:t>
      </w:r>
    </w:p>
    <w:p>
      <w:pPr>
        <w:jc w:val="right"/>
      </w:pPr>
      <w:r>
        <w:t>تو ایک یہ ہے کہ کہاں سے کمایا پیسہ۔ دوسرا یہ کہ کہاں خرچ کیا اس کو۔</w:t>
      </w:r>
    </w:p>
    <w:p>
      <w:r>
        <w:rPr>
          <w:b/>
        </w:rPr>
        <w:t xml:space="preserve">[46:53] </w:t>
      </w:r>
      <w:r>
        <w:t>aur is mein hai ke jawani kahan bitayi.</w:t>
      </w:r>
    </w:p>
    <w:p>
      <w:pPr>
        <w:jc w:val="right"/>
      </w:pPr>
      <w:r>
        <w:t>اور اس میں ہے کہ جوانی کہاں بتائی۔</w:t>
      </w:r>
    </w:p>
    <w:p>
      <w:r>
        <w:rPr>
          <w:b/>
        </w:rPr>
        <w:t xml:space="preserve">[46:58] </w:t>
      </w:r>
      <w:r>
        <w:t>yeh jo allah ta'ala ne di hai aap ko jismani taqat. jawani ke andar aadmi ke andar kitni taqat hoti hai, ghor kijiye.</w:t>
      </w:r>
    </w:p>
    <w:p>
      <w:pPr>
        <w:jc w:val="right"/>
      </w:pPr>
      <w:r>
        <w:t>یہ جو اللہ تعالیٰ نے دی ہے آپ کو جسمانی طاقت۔ جوانی کے اندر آدمی کے اندر کتنی طاقت ہوتی ہے، غور کیجئے۔</w:t>
      </w:r>
    </w:p>
    <w:p>
      <w:r>
        <w:rPr>
          <w:b/>
        </w:rPr>
        <w:t xml:space="preserve">[47:09] </w:t>
      </w:r>
      <w:r>
        <w:t>to yeh sab jo allah ta'ala ne diya hai aap ko is duniya mein, in sab ke bare mein poocha jayega.</w:t>
      </w:r>
    </w:p>
    <w:p>
      <w:pPr>
        <w:jc w:val="right"/>
      </w:pPr>
      <w:r>
        <w:t>تو یہ سب جو اللہ تعالیٰ نے دیا ہے آپ کو اس دنیا میں، ان سب کے بارے میں پوچھا جائے گا۔</w:t>
      </w:r>
    </w:p>
    <w:p>
      <w:r>
        <w:rPr>
          <w:b/>
        </w:rPr>
        <w:t xml:space="preserve">[47:17] </w:t>
      </w:r>
      <w:r>
        <w:t>aap ghor kijiye kaisi ajeeb hai yeh soch hai aadmi ke mujh se poocha jayega yeh zuban jo di hai bolne ke liye to is ko bhi poocha jayega ke tum ne apni zuban ko sach bolne ke liye istemal kiya, jhoot bolne ke liye istemal kiya?</w:t>
      </w:r>
    </w:p>
    <w:p>
      <w:pPr>
        <w:jc w:val="right"/>
      </w:pPr>
      <w:r>
        <w:t>آپ غور کیجئے کیسی عجیب ہے یہ سوچ ہے آدمی کہ مجھ سے پوچھا جائے گا یہ زبان جو دی ہے بولنے کے لیے تو اس کو بھی پوچھا جائے گا کہ تم نے اپنی زبان کو سچ بولنے کے لیے استعمال کیا، جھوٹ بولنے کے لیے استعمال کیا؟</w:t>
      </w:r>
    </w:p>
    <w:p>
      <w:r>
        <w:rPr>
          <w:b/>
        </w:rPr>
        <w:t xml:space="preserve">[47:37] </w:t>
      </w:r>
      <w:r>
        <w:t>jo bhi mila hai hum ko, dimagh mila hai sochne ke liye, kaan mila hai sunne ke liye, zuban mili hai bolne ke liye, paon mila hai chalne ke liye, paisa mila hai kharch karne ke liye.</w:t>
      </w:r>
    </w:p>
    <w:p>
      <w:pPr>
        <w:jc w:val="right"/>
      </w:pPr>
      <w:r>
        <w:t>جو بھی ملا ہے ہم کو، دماغ ملا ہے سوچنے کے لیے، کان ملا ہے سننے کے لیے، زبان ملی ہے بولنے کے لیے، پاؤں ملا ہے چلنے کے لیے، پیسہ ملا ہے خرچ کرنے کے لیے۔</w:t>
      </w:r>
    </w:p>
    <w:p>
      <w:r>
        <w:rPr>
          <w:b/>
        </w:rPr>
        <w:t xml:space="preserve">[47:47] </w:t>
      </w:r>
      <w:r>
        <w:t>yeh sab cheezen jo mili hui hain, in sab ke bare mein poocha jayega ke khuda ki di hui cheezon ko tum ne kahan kharch kiya?</w:t>
      </w:r>
    </w:p>
    <w:p>
      <w:pPr>
        <w:jc w:val="right"/>
      </w:pPr>
      <w:r>
        <w:t>یہ سب چیزیں جو ملی ہوئی ہیں، ان سب کے بارے میں پوچھا جائے گا کہ خدا کی دی ہوئی چیزوں کو تم نے کہاں خرچ کیا؟</w:t>
      </w:r>
    </w:p>
    <w:p>
      <w:r>
        <w:rPr>
          <w:b/>
        </w:rPr>
        <w:t xml:space="preserve">[48:04] </w:t>
      </w:r>
      <w:r>
        <w:t>khuda ki di hui cheezon ko tum ne kahan kharch kiya?</w:t>
      </w:r>
    </w:p>
    <w:p>
      <w:pPr>
        <w:jc w:val="right"/>
      </w:pPr>
      <w:r>
        <w:t>خدا کی دی ہوئی چیزوں کو تم نے کہاں خرچ کیا؟</w:t>
      </w:r>
    </w:p>
    <w:p>
      <w:r>
        <w:rPr>
          <w:b/>
        </w:rPr>
        <w:t xml:space="preserve">[48:07] </w:t>
      </w:r>
      <w:r>
        <w:t>jaise ek hadith hai, dekhiye ke mun kaana yoman billahi wal yawm al akhir falyaq al khar aur laisbat</w:t>
      </w:r>
    </w:p>
    <w:p>
      <w:pPr>
        <w:jc w:val="right"/>
      </w:pPr>
      <w:r>
        <w:t>جیسے ایک حدیث ہے، دیکھیے کہ من کان یومن باللہ والیوم الاخر فلیق الخر اور لیثبت</w:t>
      </w:r>
    </w:p>
    <w:p>
      <w:r>
        <w:rPr>
          <w:b/>
        </w:rPr>
        <w:t xml:space="preserve">[48:21] </w:t>
      </w:r>
      <w:r>
        <w:t>jo aadmi allah par aur akhirat ke din par yaqeen rakhta ho to is ko chahiye ke bole to theek theek baat bole ya chup rahe.</w:t>
      </w:r>
    </w:p>
    <w:p>
      <w:pPr>
        <w:jc w:val="right"/>
      </w:pPr>
      <w:r>
        <w:t>جو آدمی اللہ پر اور آخرت کے دن پر یقین رکھتا ہو تو اس کو چاہیے کہ بولے تو ٹھیک ٹھیک بات بولے یا چپ رہے۔</w:t>
      </w:r>
    </w:p>
    <w:p>
      <w:r>
        <w:rPr>
          <w:b/>
        </w:rPr>
        <w:t xml:space="preserve">[48:35] </w:t>
      </w:r>
      <w:r>
        <w:t>yani wohi bole jo sach hai. kuch bhi nahi, yani ke kuch bhi bole chala jaye, kuch bhi bole chala jaye. yeh kab hota hai? jab aap yeh samjhen ke main bol kar ke chhutti nahi mil gayi.</w:t>
      </w:r>
    </w:p>
    <w:p>
      <w:pPr>
        <w:jc w:val="right"/>
      </w:pPr>
      <w:r>
        <w:t>یعنی وہی بولے جو سچ ہے۔ کچھ بھی نہیں، یعنی کہ کچھ بھی بولے چلا جائے، کچھ بھی بولے چلا جائے۔ یہ کب ہوتا ہے؟ جب آپ یہ سمجھیں کہ میں بول کر کے چھٹی نہیں مل گئی۔</w:t>
      </w:r>
    </w:p>
    <w:p>
      <w:r>
        <w:rPr>
          <w:b/>
        </w:rPr>
        <w:t xml:space="preserve">[48:50] </w:t>
      </w:r>
      <w:r>
        <w:t>har bola record hai. har bola hua mera jo record hai, woh record pesh hoga allah ta'ala ke samne.</w:t>
      </w:r>
    </w:p>
    <w:p>
      <w:pPr>
        <w:jc w:val="right"/>
      </w:pPr>
      <w:r>
        <w:t>ہر بولا ریکارڈ ہے۔ ہر بولا ہوا میرا جو ریکارڈ ہے، وہ ریکارڈ پیش ہوگا اللہ تعالیٰ کے سامنے۔</w:t>
      </w:r>
    </w:p>
    <w:p>
      <w:r>
        <w:rPr>
          <w:b/>
        </w:rPr>
        <w:t xml:space="preserve">[49:00] </w:t>
      </w:r>
      <w:r>
        <w:t>jaise ek qissa maine padha tha, shuru zamane mein jab dilli mein connaught place ke area mein woh lagaya gaya tha, video jo kiya tha, us ko kya system kehte hain?</w:t>
      </w:r>
    </w:p>
    <w:p>
      <w:pPr>
        <w:jc w:val="right"/>
      </w:pPr>
      <w:r>
        <w:t>جیسے ایک قصہ میں نے پڑھا تھا، شروع زمانے میں جب دہلی میں کنار پلیس کے ایریا میں وہ لگایا گیا تھا، ویڈیو جو کیا تھا، اس کو کیا سسٹم کہتے ہیں؟</w:t>
      </w:r>
    </w:p>
    <w:p>
      <w:r>
        <w:rPr>
          <w:b/>
        </w:rPr>
        <w:t xml:space="preserve">[49:13] </w:t>
      </w:r>
      <w:r>
        <w:t>lagate hain sadkon par? surveillance hain, CCTV, CCTV. haan, woh camere lage rehte hain, aane janey walon ko record karte rehte hain.</w:t>
      </w:r>
    </w:p>
    <w:p>
      <w:pPr>
        <w:jc w:val="right"/>
      </w:pPr>
      <w:r>
        <w:t>لگاتے ہیں سڑکوں پر؟ سرولنس ہیں، سی سی ٹی وی، سی سی ٹی وی۔ ہاں، وہ کیمرے لگے رہتے ہیں، آنے جانے والوں کو ریکارڈ کرتے رہتے ہیں۔</w:t>
      </w:r>
    </w:p>
    <w:p>
      <w:r>
        <w:rPr>
          <w:b/>
        </w:rPr>
        <w:t xml:space="preserve">[49:26] </w:t>
      </w:r>
      <w:r>
        <w:t>to ab woh control room mein ek aadmi bahar ko pass karta hai. to ek scooter wala hai, three wheeler wala, aaya wahan, no parking, jahan likha hua tha, wahan par khada kar diya us ne apna scooter.</w:t>
      </w:r>
    </w:p>
    <w:p>
      <w:pPr>
        <w:jc w:val="right"/>
      </w:pPr>
      <w:r>
        <w:t>تو اب وہ کنٹرول روم میں ایک آدمی باہر کو پاس کرتا ہے۔ تو ایک اسکوٹر والا ہے، تھری ویلر والا، آیا وہاں، نو پارکنگ، جہاں لکھا ہوا تھا، وہاں پر کھڑا کر دیا اس نے اپنا اسکوٹر۔</w:t>
      </w:r>
    </w:p>
    <w:p>
      <w:r>
        <w:rPr>
          <w:b/>
        </w:rPr>
        <w:t xml:space="preserve">[49:41] </w:t>
      </w:r>
      <w:r>
        <w:t>kyun ke is ko koi dost mil gaya tha.</w:t>
      </w:r>
    </w:p>
    <w:p>
      <w:pPr>
        <w:jc w:val="right"/>
      </w:pPr>
      <w:r>
        <w:t>کیونکہ اس کو کوئی دوست مل گیا تھا۔</w:t>
      </w:r>
    </w:p>
    <w:p>
      <w:r>
        <w:rPr>
          <w:b/>
        </w:rPr>
        <w:t xml:space="preserve">[49:47] </w:t>
      </w:r>
      <w:r>
        <w:t>to scooter khada kiya, jeeb se cigarette nikala, do, ek khud piya, ek apne dost ko diya.</w:t>
      </w:r>
    </w:p>
    <w:p>
      <w:pPr>
        <w:jc w:val="right"/>
      </w:pPr>
      <w:r>
        <w:t>تو اسکوٹر کھڑا کیا، جیب سے سگریٹ نکالا، دو، ایک خود پیا، ایک اپنے دوست کو دیا۔</w:t>
      </w:r>
    </w:p>
    <w:p>
      <w:r>
        <w:rPr>
          <w:b/>
        </w:rPr>
        <w:t xml:space="preserve">[49:55] </w:t>
      </w:r>
      <w:r>
        <w:t>ab yeh sab kar raha hai woh, no parking par. ab wahan par aa gaya police wala ek aadmi. yeh ek qissa chupa tha is zamane mein Hindustan Times mein.</w:t>
      </w:r>
    </w:p>
    <w:p>
      <w:pPr>
        <w:jc w:val="right"/>
      </w:pPr>
      <w:r>
        <w:t>اب یہ سب کر رہا ہے وہ، نو پارکنگ پر۔ اب وہاں پر آ گیا پولیس والا ایک آدمی۔ یہ ایک قصہ چھپا تھا اس زمانے میں ہندوستان ٹائمز میں۔</w:t>
      </w:r>
    </w:p>
    <w:p>
      <w:r>
        <w:rPr>
          <w:b/>
        </w:rPr>
        <w:t xml:space="preserve">[50:08] </w:t>
      </w:r>
      <w:r>
        <w:t>to police wale ne kaha ke tum ne khada kar ke dekhiye gaadi yahan, yeh to no parking hai. to us ne is ko suna nahi, police ki baaten, koi suna</w:t>
      </w:r>
    </w:p>
    <w:p>
      <w:pPr>
        <w:jc w:val="right"/>
      </w:pPr>
      <w:r>
        <w:t>تو پولیس والے نے کہا کہ تم نے کھڑے کر کے دیکھیے گاڑی یہاں، یہ تو نو پارکنگ ہے۔ تو اس نے اس کو سنا نہیں، پولیس کی باتیں، کوئی سنا</w:t>
      </w:r>
    </w:p>
    <w:p>
      <w:r>
        <w:rPr>
          <w:b/>
        </w:rPr>
        <w:t xml:space="preserve">[50:16] </w:t>
      </w:r>
      <w:r>
        <w:t>nahi is ko. apne dost se baaten karta raha, cigarette peeta raha.</w:t>
      </w:r>
    </w:p>
    <w:p>
      <w:pPr>
        <w:jc w:val="right"/>
      </w:pPr>
      <w:r>
        <w:t>نہیں اس کو۔ اپنے دوست سے باتیں کرتا رہا، سگریٹ پیتا رہا۔</w:t>
      </w:r>
    </w:p>
    <w:p>
      <w:r>
        <w:rPr>
          <w:b/>
        </w:rPr>
        <w:t xml:space="preserve">[50:22] </w:t>
      </w:r>
      <w:r>
        <w:t>to police ne kaha acha theek hai, chalo hamare room mein chalo. to is ko room mein le gaya wahan.</w:t>
      </w:r>
    </w:p>
    <w:p>
      <w:pPr>
        <w:jc w:val="right"/>
      </w:pPr>
      <w:r>
        <w:t>تو پولیس نے کہا اچھا ٹھیک ہے، چلو ہمارے روم میں چلو۔ تو اس کو روم میں لے گیا وہاں۔</w:t>
      </w:r>
    </w:p>
    <w:p>
      <w:r>
        <w:rPr>
          <w:b/>
        </w:rPr>
        <w:t xml:space="preserve">[50:32] </w:t>
      </w:r>
      <w:r>
        <w:t>wahan afsar baitha hua tha control room mein.</w:t>
      </w:r>
    </w:p>
    <w:p>
      <w:pPr>
        <w:jc w:val="right"/>
      </w:pPr>
      <w:r>
        <w:t>وہاں افسر بیٹھا ہوا تھا کنٹرول روم میں۔</w:t>
      </w:r>
    </w:p>
    <w:p>
      <w:r>
        <w:rPr>
          <w:b/>
        </w:rPr>
        <w:t xml:space="preserve">[50:38] </w:t>
      </w:r>
      <w:r>
        <w:t>to is ne bataya police wale ne ke aisa kar raha tha yeh.</w:t>
      </w:r>
    </w:p>
    <w:p>
      <w:pPr>
        <w:jc w:val="right"/>
      </w:pPr>
      <w:r>
        <w:t>تو اس نے بتایا پولیس والے نے کہ ایسا کر رہا تھا یہ۔</w:t>
      </w:r>
    </w:p>
    <w:p>
      <w:r>
        <w:rPr>
          <w:b/>
        </w:rPr>
        <w:t xml:space="preserve">[50:42] </w:t>
      </w:r>
      <w:r>
        <w:t>aur woh to khud hi dekh dekh raha tha is par andar, woh screen par. to wahan jo control room mein jo baitha hua tha, us ne kaha ke dekho tum ne yeh kiya hai ke no parking par apni gaadi khadi ki, wahan par baaten kar rahe ho tum, wahan cigarette pi rahe ho.</w:t>
      </w:r>
    </w:p>
    <w:p>
      <w:pPr>
        <w:jc w:val="right"/>
      </w:pPr>
      <w:r>
        <w:t>اور وہ تو خود ہی دیکھ دیکھ رہا تھا اس پر اندر، وہ سکرین پر۔ تو وہاں جو کنٹرول روم میں جو بیٹھا ہوا تھا، اس نے کہا کہ دیکھو تم نے یہ کیا ہے کہ نو پارکنگ پر اپنی گاڑی کھڑی کی، وہاں پر باتیں کر رہے ہو تم، وہاں سگریٹ پی رہے ہو۔</w:t>
      </w:r>
    </w:p>
    <w:p>
      <w:r>
        <w:rPr>
          <w:b/>
        </w:rPr>
        <w:t xml:space="preserve">[50:59] </w:t>
      </w:r>
      <w:r>
        <w:t>kaha nahi nahi, main ne aisa kabhi nahi kiya, yeh to galat baat hai. yani bilkul saaf inkar kar diya is ne.</w:t>
      </w:r>
    </w:p>
    <w:p>
      <w:pPr>
        <w:jc w:val="right"/>
      </w:pPr>
      <w:r>
        <w:t>کہا نہیں نہیں، میں نے ایسا کبھی نہیں کیا، یہ تو غلط بات ہے۔ یعنی بالکل صاف انکار کر دیا اس نے۔</w:t>
      </w:r>
    </w:p>
    <w:p>
      <w:r>
        <w:rPr>
          <w:b/>
        </w:rPr>
        <w:t xml:space="preserve">[51:07] </w:t>
      </w:r>
      <w:r>
        <w:t>to phir is ne screen par jo un ka record tha us ka, us ko shuru dohrai replay hone laga woh.</w:t>
      </w:r>
    </w:p>
    <w:p>
      <w:pPr>
        <w:jc w:val="right"/>
      </w:pPr>
      <w:r>
        <w:t>تو پھر اس نے اسکرین پر جو ان کا ریکارڈ تھا اس کا، اس کو شروع دوائیوں ری پلے ہونے لگا وہ۔</w:t>
      </w:r>
    </w:p>
    <w:p>
      <w:r>
        <w:rPr>
          <w:b/>
        </w:rPr>
        <w:t xml:space="preserve">[51:16] </w:t>
      </w:r>
      <w:r>
        <w:t>ab woh dekh raha hai ke main aata hoon, apne ko dekh raha hai woh. ke main gaadi chalata hoon, aata hoon. mera dost wahan mil jata hai.</w:t>
      </w:r>
    </w:p>
    <w:p>
      <w:pPr>
        <w:jc w:val="right"/>
      </w:pPr>
      <w:r>
        <w:t>اب وہ دیکھ رہا ہے کہ میں آتا ہوں، اپنے کو دیکھ رہا ہے وہ۔ کہ میں گاڑی چلاتا ہوں، آتا ہوں۔ میرا دوست وہاں مل جاتا ہے۔</w:t>
      </w:r>
    </w:p>
    <w:p>
      <w:r>
        <w:rPr>
          <w:b/>
        </w:rPr>
        <w:t xml:space="preserve">[51:26] </w:t>
      </w:r>
      <w:r>
        <w:t>mein gaari rokta hoon. sigret nikaalta hoon, us ko deta hoon. woh peeta hai, mein peeta hoon. aur mana kar raha hai, woh nahin maanta mein.</w:t>
      </w:r>
    </w:p>
    <w:p>
      <w:pPr>
        <w:jc w:val="right"/>
      </w:pPr>
      <w:r>
        <w:t>میں گاڑی روکتا ہوں۔ سگریٹ نکالتا ہوں، اس کو دیتا ہوں۔ وہ پیتا ہے، میں پیتا ہوں۔ اور منع کر رہا ہے، وہ نہیں مانتا میں۔</w:t>
      </w:r>
    </w:p>
    <w:p>
      <w:r>
        <w:rPr>
          <w:b/>
        </w:rPr>
        <w:t xml:space="preserve">[51:34] </w:t>
      </w:r>
      <w:r>
        <w:t>yeh sab dekha is ne.</w:t>
      </w:r>
    </w:p>
    <w:p>
      <w:pPr>
        <w:jc w:val="right"/>
      </w:pPr>
      <w:r>
        <w:t>یہ سب دیکھا اس نے۔</w:t>
      </w:r>
    </w:p>
    <w:p>
      <w:r>
        <w:rPr>
          <w:b/>
        </w:rPr>
        <w:t xml:space="preserve">[51:36] </w:t>
      </w:r>
      <w:r>
        <w:t>toh is ka is ka kaha tha ke is mein report karte hue ke bilkul woh chup ho gaya bolti band ho gayi is ki.</w:t>
      </w:r>
    </w:p>
    <w:p>
      <w:pPr>
        <w:jc w:val="right"/>
      </w:pPr>
      <w:r>
        <w:t>تو اس کا اس کا کہا تھا کہ اس میں رپورٹ کرتے ہوئے کہ بالکل وہ چپ ہو گیا۔ بولتی بند ہو گئی اس کی۔</w:t>
      </w:r>
    </w:p>
    <w:p>
      <w:r>
        <w:rPr>
          <w:b/>
        </w:rPr>
        <w:t xml:space="preserve">[51:46] </w:t>
      </w:r>
      <w:r>
        <w:t>yaani jaise hi dekha apne aap ko screen par, us ne is ki ek dam zabaan khamosh ho gayi. phir bol nahin nikli is ko, kuch bhi nahin bol paaya woh. toh yeh haal hum mein har shakhs ka hone wala hai.</w:t>
      </w:r>
    </w:p>
    <w:p>
      <w:pPr>
        <w:jc w:val="right"/>
      </w:pPr>
      <w:r>
        <w:t>یعنی جیسے ہی دیکھا اپنے آپ کو سکرین پر، اس نے اس کی ایک دم زبان خاموش ہو گئی۔ پھر بول نہیں نکلی اس کو، کچھ بھی نہیں بول پایا وہ۔ تو یہ حال ہم میں ہر شخص کا ہونے والا ہے۔</w:t>
      </w:r>
    </w:p>
    <w:p>
      <w:r>
        <w:rPr>
          <w:b/>
        </w:rPr>
        <w:t xml:space="preserve">[52:03] </w:t>
      </w:r>
      <w:r>
        <w:t>mein aksar apne baray mein sochta hoon, rozana mujhe yeh khabrein milti hain ke choti baatein phailate rehte hain log. abhi kal mere paas telephone aaya ke ek saahab mere baray mein phaila rahe hain ke mein yaani Islam dushman taaqaton ka agent hoon.</w:t>
      </w:r>
    </w:p>
    <w:p>
      <w:pPr>
        <w:jc w:val="right"/>
      </w:pPr>
      <w:r>
        <w:t>میں اکثر اپنے بارے میں سوچتا ہوں، روزانہ مجھے یہ خبریں ملتی ہیں کہ چھوٹی باتیں پھیلاتے رہتے ہیں لوگ۔ ابھی کل میرے پاس ٹیلی فون آیا کہ ایک صاحب میرے بارے میں پھیلا رہے ہیں کہ میں یعنی اسلام دشمن طاقتوں کا ایجنٹ ہوں۔</w:t>
      </w:r>
    </w:p>
    <w:p>
      <w:r>
        <w:rPr>
          <w:b/>
        </w:rPr>
        <w:t xml:space="preserve">[52:22] </w:t>
      </w:r>
      <w:r>
        <w:t>dhoom se phaila rahe hain, kai log is ko maan bhi rahe hain. toh mere baray mein shayad ajeeb baat hai, shayad abhi America gaya toh wahan bhi yeh sab phaili hui baatein.</w:t>
      </w:r>
    </w:p>
    <w:p>
      <w:pPr>
        <w:jc w:val="right"/>
      </w:pPr>
      <w:r>
        <w:t>دھوم سے پھیلا رہے ہیں، کئی لوگ اس کو مان بھی رہے ہیں۔ تو میرے بارے میں شاید عجیب بات ہے، شاید ابھی امریکہ گیا تو وہاں بھی یہ سب پھیلی ہوئی باتیں۔</w:t>
      </w:r>
    </w:p>
    <w:p>
      <w:r>
        <w:rPr>
          <w:b/>
        </w:rPr>
        <w:t xml:space="preserve">[52:32] </w:t>
      </w:r>
      <w:r>
        <w:t>jahan jaata hoon, wahan phaili hui hoti hain baatein, choti baatein, bilkul base less baatein.</w:t>
      </w:r>
    </w:p>
    <w:p>
      <w:pPr>
        <w:jc w:val="right"/>
      </w:pPr>
      <w:r>
        <w:t>جہاں جاتا ہوں، وہاں پھیلی ہوئی ہوتی ہیں باتیں، چھوٹی باتیں، بالکل بیس لیس باتیں۔</w:t>
      </w:r>
    </w:p>
    <w:p>
      <w:r>
        <w:rPr>
          <w:b/>
        </w:rPr>
        <w:t xml:space="preserve">[52:39] </w:t>
      </w:r>
      <w:r>
        <w:t>toh agar in ko yeh pata ho ke yeh jo bol rahe hain, jo yeh baatein phaila rahe hain, yeh sab record ho rahi hain, record jis tarah is is aadmi ki baat record ho rahi thi.</w:t>
      </w:r>
    </w:p>
    <w:p>
      <w:pPr>
        <w:jc w:val="right"/>
      </w:pPr>
      <w:r>
        <w:t>تو اگر ان کو یہ پتہ ہو کہ یہ جو بول رہے ہیں، جو یہ باتیں پھیلا رہے ہیں، یہ سب ریکارڈ ہو رہی ہیں، ریکارڈ جس طرح اس اس آدمی کی بات ریکارڈ ہو رہی تھی۔</w:t>
      </w:r>
    </w:p>
    <w:p>
      <w:r>
        <w:rPr>
          <w:b/>
        </w:rPr>
        <w:t xml:space="preserve">[52:52] </w:t>
      </w:r>
      <w:r>
        <w:t>three wheeler wala jo tha, us ko pata nahin tha ke meri baat record ho rahi hai.</w:t>
      </w:r>
    </w:p>
    <w:p>
      <w:pPr>
        <w:jc w:val="right"/>
      </w:pPr>
      <w:r>
        <w:t>تھری ویلر والا جو تھا، اس کو پتہ نہیں تھا کہ میری بات ریکارڈ ہو رہی ہے۔</w:t>
      </w:r>
    </w:p>
    <w:p>
      <w:r>
        <w:rPr>
          <w:b/>
        </w:rPr>
        <w:t xml:space="preserve">[52:59] </w:t>
      </w:r>
      <w:r>
        <w:t>toh hum jo kuch bolte hain, hadees quran majeed mein hai ke dono, har aadmi ke dono kandhay par farishtay hotay hain.</w:t>
      </w:r>
    </w:p>
    <w:p>
      <w:pPr>
        <w:jc w:val="right"/>
      </w:pPr>
      <w:r>
        <w:t>تو ہم جو کچھ بولتے ہیں، حدیث قرآن مجید میں ہے کہ دونوں، ہر آدمی کے دونوں کندھے پر فرشتے ہوتے ہیں۔</w:t>
      </w:r>
    </w:p>
    <w:p>
      <w:r>
        <w:rPr>
          <w:b/>
        </w:rPr>
        <w:t xml:space="preserve">[53:11] </w:t>
      </w:r>
      <w:r>
        <w:t>har aadmi ke saath do farishtay, yeh record karne ke liye.</w:t>
      </w:r>
    </w:p>
    <w:p>
      <w:pPr>
        <w:jc w:val="right"/>
      </w:pPr>
      <w:r>
        <w:t>ہر آدمی کے ساتھ دو فرشتے، یہ ریکارڈ کرنے کے لیے۔</w:t>
      </w:r>
    </w:p>
    <w:p>
      <w:r>
        <w:rPr>
          <w:b/>
        </w:rPr>
        <w:t xml:space="preserve">[53:18] </w:t>
      </w:r>
      <w:r>
        <w:t>jo aadmi bolta hai, jo kuch karta hai, har cheez record kar raha hai woh.</w:t>
      </w:r>
    </w:p>
    <w:p>
      <w:pPr>
        <w:jc w:val="right"/>
      </w:pPr>
      <w:r>
        <w:t>جو آدمی بولتا ہے، جو کچھ کرتا ہے، ہر چیز ریکارڈ کر رہا ہے وہ۔</w:t>
      </w:r>
    </w:p>
    <w:p>
      <w:r>
        <w:rPr>
          <w:b/>
        </w:rPr>
        <w:t xml:space="preserve">[53:24] </w:t>
      </w:r>
      <w:r>
        <w:t>aap ghhor kijiye ke aadmi yeh soche ke kis tarah se mein kisi ke khilaaf jhooti jhooti baat phailata raha.</w:t>
      </w:r>
    </w:p>
    <w:p>
      <w:pPr>
        <w:jc w:val="right"/>
      </w:pPr>
      <w:r>
        <w:t>آپ غور کیجئے کہ آدمی یہ سوچے کہ کس طرح سے میں کسی کے خلاف جھوٹی جھوٹی بات پھیلاتا رہا۔</w:t>
      </w:r>
    </w:p>
    <w:p>
      <w:r>
        <w:rPr>
          <w:b/>
        </w:rPr>
        <w:t xml:space="preserve">[53:36] </w:t>
      </w:r>
      <w:r>
        <w:t>base less baatein phailata raha. kisi ko kisi ke khilaaf na-insaafi karta raha.</w:t>
      </w:r>
    </w:p>
    <w:p>
      <w:pPr>
        <w:jc w:val="right"/>
      </w:pPr>
      <w:r>
        <w:t>بیس لیس باتیں پھیلاتا رہا۔ کسی کو کسی کے خلاف ناانصافی کرتا رہا۔</w:t>
      </w:r>
    </w:p>
    <w:p>
      <w:r>
        <w:rPr>
          <w:b/>
        </w:rPr>
        <w:t xml:space="preserve">[53:46] </w:t>
      </w:r>
      <w:r>
        <w:t>toh us waqt jab Allah taala ke saamnay pahunche ga, wahan woh screen khol di jaye gi wahan ke dekho yeh yeh tum karte rahe. wahan inkaar kare ga, wahan bhi inkaar kare ga woh.</w:t>
      </w:r>
    </w:p>
    <w:p>
      <w:pPr>
        <w:jc w:val="right"/>
      </w:pPr>
      <w:r>
        <w:t>تو اس وقت جب اللہ تعالیٰ کے سامنے پہنچے گا، وہاں وہ اسکرین کھول دی جائے گی وہاں کہ دیکھو یہ یہ تم کرتے رہے۔ وہاں انکار کرے گا، وہاں بھی انکار کرے گا وہ۔</w:t>
      </w:r>
    </w:p>
    <w:p>
      <w:r>
        <w:rPr>
          <w:b/>
        </w:rPr>
        <w:t xml:space="preserve">[53:54] </w:t>
      </w:r>
      <w:r>
        <w:t>lekin jab khol di jaye gi toh wahan par wohi hoga. us ko is ka alfaaz gum ho jayen ge.</w:t>
      </w:r>
    </w:p>
    <w:p>
      <w:pPr>
        <w:jc w:val="right"/>
      </w:pPr>
      <w:r>
        <w:t>لیکن جب کھول دی جائے گی تو وہاں پر وہی ہوگا۔ اس کو اس کا الفاظ گم ہو جائیں گے۔</w:t>
      </w:r>
    </w:p>
    <w:p>
      <w:r>
        <w:rPr>
          <w:b/>
        </w:rPr>
        <w:t xml:space="preserve">[54:04] </w:t>
      </w:r>
      <w:r>
        <w:t>yeh bohat ziyada sochne ki baat hai.</w:t>
      </w:r>
    </w:p>
    <w:p>
      <w:pPr>
        <w:jc w:val="right"/>
      </w:pPr>
      <w:r>
        <w:t>یہ بہت زیادہ سوچنے کی بات ہے۔</w:t>
      </w:r>
    </w:p>
    <w:p>
      <w:r>
        <w:rPr>
          <w:b/>
        </w:rPr>
        <w:t xml:space="preserve">[54:07] </w:t>
      </w:r>
      <w:r>
        <w:t>mein samajhta hoon ke agar sirf aadmi yeh soche ke mujhe marna hai aur marne ke baad Allah taala ke saamnay pesh hona hai toh yeh baat aadmi ki islaah ke liye kaafi ho jaye.</w:t>
      </w:r>
    </w:p>
    <w:p>
      <w:pPr>
        <w:jc w:val="right"/>
      </w:pPr>
      <w:r>
        <w:t>میں سمجھتا ہوں کہ اگر صرف آدمی یہی سوچے کہ مجھے مرنا ہے اور مرنے کے بعد اللہ تعالیٰ کے سامنے پیش ہونا ہے تو یہی بات آدمی کی اصلاح کے لیے کافی ہو جائے۔</w:t>
      </w:r>
    </w:p>
    <w:p>
      <w:r>
        <w:rPr>
          <w:b/>
        </w:rPr>
        <w:t xml:space="preserve">[54:26] </w:t>
      </w:r>
      <w:r>
        <w:t>yeh baat aadmi ki islaah ke liye kaafi ho jaye.</w:t>
      </w:r>
    </w:p>
    <w:p>
      <w:pPr>
        <w:jc w:val="right"/>
      </w:pPr>
      <w:r>
        <w:t>یہ بات آدمی کی اصلاح کے لیے کافی ہو جائے۔</w:t>
      </w:r>
    </w:p>
    <w:p>
      <w:r>
        <w:rPr>
          <w:b/>
        </w:rPr>
        <w:t xml:space="preserve">[54:32] </w:t>
      </w:r>
      <w:r>
        <w:t>sahaba ke baray mein bohat se waaqiaat aise aate hain ke unhon ne ek ek tareeqa alag kiya</w:t>
      </w:r>
    </w:p>
    <w:p>
      <w:pPr>
        <w:jc w:val="right"/>
      </w:pPr>
      <w:r>
        <w:t>صحابہ کے بارے میں بہت سے واقعات ایسے آتے ہیں کہ انہوں نے ایک ایک طریقہ علیحدہ کیا</w:t>
      </w:r>
    </w:p>
    <w:p>
      <w:r>
        <w:rPr>
          <w:b/>
        </w:rPr>
        <w:t xml:space="preserve">[54:38] </w:t>
      </w:r>
      <w:r>
        <w:t>jo theek nahin tha. phir kisi ne yaad dilaya ke yeh jo aap karne ja rahe hain toh Allah ke saamnay kya jawab den ge?</w:t>
      </w:r>
    </w:p>
    <w:p>
      <w:pPr>
        <w:jc w:val="right"/>
      </w:pPr>
      <w:r>
        <w:t>جو ٹھیک نہیں تھا۔ پھر کسی نے یاد دلایا کہ یہ جو آپ کرنے جا رہے ہیں تو اللہ کے سامنے کیا جواب دیں گے؟</w:t>
      </w:r>
    </w:p>
    <w:p>
      <w:r>
        <w:rPr>
          <w:b/>
        </w:rPr>
        <w:t xml:space="preserve">[54:48] </w:t>
      </w:r>
      <w:r>
        <w:t>achaanak woh aadmi, jo hai badal jata hai. achaanak badal jata hai kyunke us ko yaad aa jata hai ke wahan par mera koi, mera koi banawati baat nahin chalay gi.</w:t>
      </w:r>
    </w:p>
    <w:p>
      <w:pPr>
        <w:jc w:val="right"/>
      </w:pPr>
      <w:r>
        <w:t>اچانک وہ آدمی جو ہے بدل جاتا ہے۔ اچانک بدل جاتا ہے کیونکہ اس کو یاد آ جاتا ہے کہ وہاں پر میرا کوئی، میرا کوئی بناوٹی بات نہیں چلے گی۔</w:t>
      </w:r>
    </w:p>
    <w:p>
      <w:r>
        <w:rPr>
          <w:b/>
        </w:rPr>
        <w:t xml:space="preserve">[55:02] </w:t>
      </w:r>
      <w:r>
        <w:t>koi excuse wahan nahin chalay ga.</w:t>
      </w:r>
    </w:p>
    <w:p>
      <w:pPr>
        <w:jc w:val="right"/>
      </w:pPr>
      <w:r>
        <w:t>کوئی ایکسکیوز وہاں نہیں چلے گا۔</w:t>
      </w:r>
    </w:p>
    <w:p>
      <w:r>
        <w:rPr>
          <w:b/>
        </w:rPr>
        <w:t xml:space="preserve">[55:06] </w:t>
      </w:r>
      <w:r>
        <w:t>jo haqeeqatan mein jaisa tha, waisay hi wahan par saamnay kar diya jaye ga us ko. toh yeh jo hadees hai ke "remember death birth" ka matlab yeh hai ke death ko le kar ke tum socho, death ko le kar ke apni planning karo.</w:t>
      </w:r>
    </w:p>
    <w:p>
      <w:pPr>
        <w:jc w:val="right"/>
      </w:pPr>
      <w:r>
        <w:t>جو حقیقتاً میں جیسا تھا، ویسے ہی وہاں پر سامنے کر دیا جائے گا اس کو۔ تو یہ جو حدیث ہے کہ "ریمبر ڈیتھ برتھ" کا مطلب یہ ہے کہ ڈیتھ کو لے کر کے تم سوچو، ڈیتھ کو لے کر کے اپنی پلاننگ کرو۔</w:t>
      </w:r>
    </w:p>
    <w:p>
      <w:r>
        <w:rPr>
          <w:b/>
        </w:rPr>
        <w:t xml:space="preserve">[55:24] </w:t>
      </w:r>
      <w:r>
        <w:t>death ko le kar ke tumhara mind banay. death ko le kar ke tum</w:t>
      </w:r>
    </w:p>
    <w:p>
      <w:pPr>
        <w:jc w:val="right"/>
      </w:pPr>
      <w:r>
        <w:t>ڈیتھ کو لے کر کے تمہارا مائنڈ بنے۔ ڈیتھ کو لے کر کے تم</w:t>
      </w:r>
    </w:p>
    <w:p>
      <w:r>
        <w:rPr>
          <w:b/>
        </w:rPr>
        <w:t xml:space="preserve">[55:31] </w:t>
      </w:r>
      <w:r>
        <w:t>apni zindagi ka naqsha banao. death ke mani kya hain?</w:t>
      </w:r>
    </w:p>
    <w:p>
      <w:pPr>
        <w:jc w:val="right"/>
      </w:pPr>
      <w:r>
        <w:t>اپنی زندگی کا نقشہ بناؤ۔ ڈیتھ کے معنی کیا ہیں؟</w:t>
      </w:r>
    </w:p>
    <w:p>
      <w:r>
        <w:rPr>
          <w:b/>
        </w:rPr>
        <w:t xml:space="preserve">[55:36] </w:t>
      </w:r>
      <w:r>
        <w:t>death ke mani hain ke woh darwaza jahan se aadmi idhar se udhar chala jata hai. death ke mani fana nahi hain.</w:t>
      </w:r>
    </w:p>
    <w:p>
      <w:pPr>
        <w:jc w:val="right"/>
      </w:pPr>
      <w:r>
        <w:t>ڈیتھ کے معنی ہیں کہ وہ دروازہ جہاں سے آدمی ادھر سے ادھر چلا جاتا ہے۔ ڈیتھ کے معنی فنا نہیں ہیں۔</w:t>
      </w:r>
    </w:p>
    <w:p>
      <w:r>
        <w:rPr>
          <w:b/>
        </w:rPr>
        <w:t xml:space="preserve">[55:45] </w:t>
      </w:r>
      <w:r>
        <w:t>death ke mani yeh nahi ke aadmi ka wajood mit gaya. aik martaba mein ne aik article likha tha aik janaze mein shirkat ke baad</w:t>
      </w:r>
    </w:p>
    <w:p>
      <w:pPr>
        <w:jc w:val="right"/>
      </w:pPr>
      <w:r>
        <w:t>ڈیتھ کے معنی یہ نہیں کہ آدمی کا وجود مٹ گیا۔ ایک مرتبہ میں نے ایک آرٹیکل لکھا تھا ایک جنازے میں شرکت کے بعد</w:t>
      </w:r>
    </w:p>
    <w:p>
      <w:r>
        <w:rPr>
          <w:b/>
        </w:rPr>
        <w:t xml:space="preserve">[55:55] </w:t>
      </w:r>
      <w:r>
        <w:t>ke qabar agli dunya mein dakhle ka darwaza. yani allamati tor par, tamtheeli tor par kaha ke jo qabar khodi jati hai us mein aadmi dala jata hai.</w:t>
      </w:r>
    </w:p>
    <w:p>
      <w:pPr>
        <w:jc w:val="right"/>
      </w:pPr>
      <w:r>
        <w:t>کہ قبر اگلی دنیا میں داخلے کا دروازہ۔ یعنی علامتی طور پر، تمثیلی طور پر کہا کہ جو قبر کھودی آتی ہے اس میں آدمی ڈالا جاتا ہے۔</w:t>
      </w:r>
    </w:p>
    <w:p>
      <w:r>
        <w:rPr>
          <w:b/>
        </w:rPr>
        <w:t xml:space="preserve">[56:05] </w:t>
      </w:r>
      <w:r>
        <w:t>to kaha ke us ko doosri dunya mein dakhil kar diya gaya. idhar se nikal, idhar se nikal, idhar chala gaya.</w:t>
      </w:r>
    </w:p>
    <w:p>
      <w:pPr>
        <w:jc w:val="right"/>
      </w:pPr>
      <w:r>
        <w:t>تو کہا کہ اس کو دوسری دنیا میں داخل کر دیا گیا۔ ادھر سے نکل، ادھر سے نکل، ادھر چلا گیا۔</w:t>
      </w:r>
    </w:p>
    <w:p>
      <w:r>
        <w:rPr>
          <w:b/>
        </w:rPr>
        <w:t xml:space="preserve">[56:17] </w:t>
      </w:r>
      <w:r>
        <w:t>to dekhen jab tak aadmi isi se accountability ati hai, accountability.</w:t>
      </w:r>
    </w:p>
    <w:p>
      <w:pPr>
        <w:jc w:val="right"/>
      </w:pPr>
      <w:r>
        <w:t>تو دیکھیں جب تک آدمی اسی سے اکاؤنٹیبلٹی آتی ہے، اکاؤنٹیبلٹی۔</w:t>
      </w:r>
    </w:p>
    <w:p>
      <w:r>
        <w:rPr>
          <w:b/>
        </w:rPr>
        <w:t xml:space="preserve">[56:24] </w:t>
      </w:r>
      <w:r>
        <w:t>jab tak dekhen accountability ka ehsas aadmi ko zinda na ho, us ki koi baat theek nahi hogi. us ke bol, us ka behavior, us ka character, us ki dealing,</w:t>
      </w:r>
    </w:p>
    <w:p>
      <w:pPr>
        <w:jc w:val="right"/>
      </w:pPr>
      <w:r>
        <w:t>جب تک دیکھیں اکاؤنٹیبلٹی کا احساس آدمی کو زندہ نہ ہو، اس کی کوئی بات ٹھیک نہیں ہوگی۔ اس کے بول، اس کا بیہیویئر، اس کا کریکٹر، اس کی ڈیلنگ،</w:t>
      </w:r>
    </w:p>
    <w:p>
      <w:r>
        <w:rPr>
          <w:b/>
        </w:rPr>
        <w:t xml:space="preserve">[56:40] </w:t>
      </w:r>
      <w:r>
        <w:t>koi cheez bhi theek nahi hogi. kahin bhi justice nahi hoga.</w:t>
      </w:r>
    </w:p>
    <w:p>
      <w:pPr>
        <w:jc w:val="right"/>
      </w:pPr>
      <w:r>
        <w:t>کوئی چیز بھی ٹھیک نہیں ہوگی۔ کہیں بھی جسٹس نہیں ہوگا۔</w:t>
      </w:r>
    </w:p>
    <w:p>
      <w:r>
        <w:rPr>
          <w:b/>
        </w:rPr>
        <w:t xml:space="preserve">[56:45] </w:t>
      </w:r>
      <w:r>
        <w:t>woh apni desire par chalega woh. lekin jaise hi aadmi ko yeh ehsas ho jaye, yaqeen ho jaye ke marna hai aur marne ke baad Allah ke samne pesh hona hai to us ko mein kahunga ke yeh cricket Islam yeh master stroke hai.</w:t>
      </w:r>
    </w:p>
    <w:p>
      <w:pPr>
        <w:jc w:val="right"/>
      </w:pPr>
      <w:r>
        <w:t>وہ اپنی ڈیزائر پر چلے گا وہ۔ لیکن جیسے ہی آدمی کو یہ احساس ہو جائے، یقین ہو جائے کہ مرنا ہے اور مرنے کے بعد اللہ کے سامنے پیش ہونا ہے تو اس کو میں کہوں گا کہ یہ کرک اسلام یہ ماسٹر سٹروک ہے۔</w:t>
      </w:r>
    </w:p>
    <w:p>
      <w:r>
        <w:rPr>
          <w:b/>
        </w:rPr>
        <w:t xml:space="preserve">[57:03] </w:t>
      </w:r>
      <w:r>
        <w:t>aap jante honge ke cricket board jo hota hai, cricket board aik aisa chokor sa hota hai, us ke pas board rakhi jati hai. aik striker hota hai, striker se part aa jata hai.</w:t>
      </w:r>
    </w:p>
    <w:p>
      <w:pPr>
        <w:jc w:val="right"/>
      </w:pPr>
      <w:r>
        <w:t>آپ جانتے ہوں کہ کرک بورڈ جو ہوتا ہے، کرک بورڈ ایک ایسا چوکور سا ہوتا ہے، اس کے پاس بورڈ رکھی جاتی ہے۔ ایک سٹرائیکر ہوتا ہے، سٹرائیکر سے پارٹ آ جاتا ہے۔</w:t>
      </w:r>
    </w:p>
    <w:p>
      <w:r>
        <w:rPr>
          <w:b/>
        </w:rPr>
        <w:t xml:space="preserve">[57:16] </w:t>
      </w:r>
      <w:r>
        <w:t>phir striker agar bohat sahi lage, sari board bikhar jati hai.</w:t>
      </w:r>
    </w:p>
    <w:p>
      <w:pPr>
        <w:jc w:val="right"/>
      </w:pPr>
      <w:r>
        <w:t>پھر سٹرائیکر اگر بہت صحیح لگے، ساری بورڈ بکھر جاتی ہے۔</w:t>
      </w:r>
    </w:p>
    <w:p>
      <w:r>
        <w:rPr>
          <w:b/>
        </w:rPr>
        <w:t xml:space="preserve">[57:21] </w:t>
      </w:r>
      <w:r>
        <w:t>us ko kehte hain master stroke. to maut yaad jo hai, master stroke hai. yaad rakhiye,</w:t>
      </w:r>
    </w:p>
    <w:p>
      <w:pPr>
        <w:jc w:val="right"/>
      </w:pPr>
      <w:r>
        <w:t>اس کو کہتے ہیں ماسٹر سٹروک۔ تو موت یاد جو ہے، ماسٹر سٹروک ہے۔ یاد رکھیے،</w:t>
      </w:r>
    </w:p>
    <w:p>
      <w:r>
        <w:rPr>
          <w:b/>
        </w:rPr>
        <w:t xml:space="preserve">[57:33] </w:t>
      </w:r>
      <w:r>
        <w:t>maut yaad jo hai, master stroke.</w:t>
      </w:r>
    </w:p>
    <w:p>
      <w:pPr>
        <w:jc w:val="right"/>
      </w:pPr>
      <w:r>
        <w:t>موت یاد جو ہے، ماسٹر سٹروک۔</w:t>
      </w:r>
    </w:p>
    <w:p>
      <w:r>
        <w:rPr>
          <w:b/>
        </w:rPr>
        <w:t xml:space="preserve">[57:37] </w:t>
      </w:r>
      <w:r>
        <w:t>puri zindagi bhula deti hai. hamare alam mein aik sahab the, woh</w:t>
      </w:r>
    </w:p>
    <w:p>
      <w:pPr>
        <w:jc w:val="right"/>
      </w:pPr>
      <w:r>
        <w:t>پوری زندگی بھلا دیتی ہے۔ ہمارے عالم میں ایک صاحب تھے، وہ</w:t>
      </w:r>
    </w:p>
    <w:p>
      <w:r>
        <w:rPr>
          <w:b/>
        </w:rPr>
        <w:t xml:space="preserve">[57:47] </w:t>
      </w:r>
      <w:r>
        <w:t>zameendar the. ab un ka intiqal ho chuka hai. to un se mera kai bar milna hota tha.</w:t>
      </w:r>
    </w:p>
    <w:p>
      <w:pPr>
        <w:jc w:val="right"/>
      </w:pPr>
      <w:r>
        <w:t>زمیندار تھے۔ اب ان کا انتقال ہو چکا ہے۔ تو ان سے میرا کئی بار ملنا ہوتا تھا۔</w:t>
      </w:r>
    </w:p>
    <w:p>
      <w:r>
        <w:rPr>
          <w:b/>
        </w:rPr>
        <w:t xml:space="preserve">[57:56] </w:t>
      </w:r>
      <w:r>
        <w:t>to bohat zameen log idhar udhar ke log qabza kar lete the, ghalat tareeqe se.</w:t>
      </w:r>
    </w:p>
    <w:p>
      <w:pPr>
        <w:jc w:val="right"/>
      </w:pPr>
      <w:r>
        <w:t>تو بہت زمینیں لوگ ادھر ادھر کے لوگ قبضہ کر لیتے تھے، غلط طریقے سے۔</w:t>
      </w:r>
    </w:p>
    <w:p>
      <w:r>
        <w:rPr>
          <w:b/>
        </w:rPr>
        <w:t xml:space="preserve">[58:04] </w:t>
      </w:r>
      <w:r>
        <w:t>apne apne us ko bohat parha liya tha unhon ne.</w:t>
      </w:r>
    </w:p>
    <w:p>
      <w:pPr>
        <w:jc w:val="right"/>
      </w:pPr>
      <w:r>
        <w:t>اپنے اپنے اس کو بہت پڑھا لیا تھا انہوں نے۔</w:t>
      </w:r>
    </w:p>
    <w:p>
      <w:r>
        <w:rPr>
          <w:b/>
        </w:rPr>
        <w:t xml:space="preserve">[58:08] </w:t>
      </w:r>
      <w:r>
        <w:t>phir un ko kuch parha, unhon ne literature ko. aur un ko yeh ehsas hua ke marna hai, marne ke baad Allah ke samne pesh hona hai.</w:t>
      </w:r>
    </w:p>
    <w:p>
      <w:pPr>
        <w:jc w:val="right"/>
      </w:pPr>
      <w:r>
        <w:t>پھر ان کو کچھ پڑھا، انہوں نے لٹریچر کو۔ اور ان کو یہ احساس ہوا کہ مرنا ہے، مرنے کے بعد اللہ کے سامنے پیش ہونا ہے۔</w:t>
      </w:r>
    </w:p>
    <w:p>
      <w:r>
        <w:rPr>
          <w:b/>
        </w:rPr>
        <w:t xml:space="preserve">[58:19] </w:t>
      </w:r>
      <w:r>
        <w:t>to aik aik shakhs ko unhon ne zameen lotai, jo zameen ghalat tareeqe se unhon ne qabza kar liya tha, woh sab lotai hai.</w:t>
      </w:r>
    </w:p>
    <w:p>
      <w:pPr>
        <w:jc w:val="right"/>
      </w:pPr>
      <w:r>
        <w:t>تو ایک ایک شخص کو انہوں نے زمین لوٹائی، جو زمین غلط طریقے سے انہوں نے قبضہ کر لیا تھا، وہ سب لوٹائی ہے۔</w:t>
      </w:r>
    </w:p>
    <w:p>
      <w:r>
        <w:rPr>
          <w:b/>
        </w:rPr>
        <w:t xml:space="preserve">[58:30] </w:t>
      </w:r>
      <w:r>
        <w:t>unhon ne aik hadith parhi, us mein hadith mein tha ke aik aik zameen thi, us par do aadmi jhagad rahe the ke koi meri aur koi meri.</w:t>
      </w:r>
    </w:p>
    <w:p>
      <w:pPr>
        <w:jc w:val="right"/>
      </w:pPr>
      <w:r>
        <w:t>انہوں نے ایک حدیث پڑھی، اس میں حدیث میں تھا کہ ایک ایک زمین تھی، اس پر دو آدمی جھگڑ رہے تھے کہ کوئی میری اور کوئی میری۔</w:t>
      </w:r>
    </w:p>
    <w:p>
      <w:r>
        <w:rPr>
          <w:b/>
        </w:rPr>
        <w:t xml:space="preserve">[58:40] </w:t>
      </w:r>
      <w:r>
        <w:t>to rasool Allah ne farmaya ke jo aadmi ghalat qabza kar le zameen par, to woh zameen us ko nahi ho jayegi. us ki akhirat mein us ke liye aag ka tukra banegi.</w:t>
      </w:r>
    </w:p>
    <w:p>
      <w:pPr>
        <w:jc w:val="right"/>
      </w:pPr>
      <w:r>
        <w:t>تو رسول اللہ نے فرمایا کہ جو آدمی غلط قبضہ کر لے زمین پر، تو وہ زمین اس کو نہیں ہو جائے گی۔ اس کی آخرت میں اس کے لیے آگ کا ٹکڑا بنے گی۔</w:t>
      </w:r>
    </w:p>
    <w:p>
      <w:r>
        <w:rPr>
          <w:b/>
        </w:rPr>
        <w:t xml:space="preserve">[58:50] </w:t>
      </w:r>
      <w:r>
        <w:t>yahan to woh samajhta hai ke mein ne zameen par qabza kar liya, wahan us ke hisse mein akhirat mein aag ka tukra ayega.</w:t>
      </w:r>
    </w:p>
    <w:p>
      <w:pPr>
        <w:jc w:val="right"/>
      </w:pPr>
      <w:r>
        <w:t>یہاں تو وہ سمجھتا ہے کہ میں نے زمین پر قبضہ کر لیا، وہاں اس کے حصے میں آخرت میں آگ کا ٹکڑا آئے گا۔</w:t>
      </w:r>
    </w:p>
    <w:p>
      <w:r>
        <w:rPr>
          <w:b/>
        </w:rPr>
        <w:t xml:space="preserve">[58:58] </w:t>
      </w:r>
      <w:r>
        <w:t>to unhon ne sari zameen apne logon ki taraf wapas kardi. to maut aik aisi cheez hai ji jo aap ko aik dam badal deti hai.</w:t>
      </w:r>
    </w:p>
    <w:p>
      <w:pPr>
        <w:jc w:val="right"/>
      </w:pPr>
      <w:r>
        <w:t>تو انہوں نے ساری زمین اپنے لوگوں کی طرف واپس کر دی۔ تو موت ایک ایسی چیز ہے جی جو آپ کو ایک دم بدل دیتی ہے۔</w:t>
      </w:r>
    </w:p>
    <w:p>
      <w:r>
        <w:rPr>
          <w:b/>
        </w:rPr>
        <w:t xml:space="preserve">[59:11] </w:t>
      </w:r>
      <w:r>
        <w:t>aik dam badal deti hai aap ko. hamein is har shakhs ko chahiye ke woh maut ki yaad karta rahe.</w:t>
      </w:r>
    </w:p>
    <w:p>
      <w:pPr>
        <w:jc w:val="right"/>
      </w:pPr>
      <w:r>
        <w:t>ایک دم بدل دیتی ہے آپ کو۔ ہمیں اس ہر شخص کو چاہیے کہ وہ موت کی یاد کرتا رہے۔</w:t>
      </w:r>
    </w:p>
    <w:p>
      <w:r>
        <w:rPr>
          <w:b/>
        </w:rPr>
        <w:t xml:space="preserve">[59:22] </w:t>
      </w:r>
      <w:r>
        <w:t>kyun ke agar hum maut ko bhule rahenge, agar achanak maut ayegi to kya haal hoga?</w:t>
      </w:r>
    </w:p>
    <w:p>
      <w:pPr>
        <w:jc w:val="right"/>
      </w:pPr>
      <w:r>
        <w:t>کیونکہ اگر ہم موت کو بھولے رہیں گے، اگر اچانک موت آئے گی تو کیا حال ہوگا؟</w:t>
      </w:r>
    </w:p>
    <w:p>
      <w:r>
        <w:rPr>
          <w:b/>
        </w:rPr>
        <w:t xml:space="preserve">[59:31] </w:t>
      </w:r>
      <w:r>
        <w:t>kya haal hoga ke maut to aani hai behal.</w:t>
      </w:r>
    </w:p>
    <w:p>
      <w:pPr>
        <w:jc w:val="right"/>
      </w:pPr>
      <w:r>
        <w:t>کیا حال ہوگا کہ موت تو آنی ہے بہرحال۔</w:t>
      </w:r>
    </w:p>
    <w:p>
      <w:r>
        <w:rPr>
          <w:b/>
        </w:rPr>
        <w:t xml:space="preserve">[59:37] </w:t>
      </w:r>
      <w:r>
        <w:t>aik yeh hai ke aap aain to aap tayyar hon is ka istaghfar karne ke liye. to meri dua hai ke Allah taala mujh ko aur aap ko tofeeq de ke dunya mein hum achi tarah jiyein aur aakhirat mein Allah ke samne sorkhro hon.</w:t>
      </w:r>
    </w:p>
    <w:p>
      <w:pPr>
        <w:jc w:val="right"/>
      </w:pPr>
      <w:r>
        <w:t>ایک یہ ہے کہ آپ آئیں تو آپ تیار ہوں اس کا استغفار کرنے کے لیے۔ تو میری دعا ہے کہ اللہ تعالیٰ مجھ کو اور آپ کو توفیق دے کہ دنیا میں ہم اچھی طرح جیئیں اور آخرت میں اللہ کے سامنے سرخرو ہوں۔</w:t>
      </w:r>
    </w:p>
    <w:p>
      <w:r>
        <w:rPr>
          <w:b/>
        </w:rPr>
        <w:t xml:space="preserve">[59:53] </w:t>
      </w:r>
      <w:r>
        <w:t>aqool qooli haaza wastaghfirullaha walakum ajmaeen</w:t>
      </w:r>
    </w:p>
    <w:p>
      <w:pPr>
        <w:jc w:val="right"/>
      </w:pPr>
      <w:r>
        <w:t>أقول قولي هذا واستغفرالله ولكم اجمعین</w:t>
      </w:r>
    </w:p>
    <w:p>
      <w:r>
        <w:rPr>
          <w:b/>
        </w:rPr>
        <w:t xml:space="preserve">[1:00:12] </w:t>
      </w:r>
      <w:r>
        <w:t>aah, mister khawaja kareemuddin ne pennsylvania se sawal kiya hai. unhon ne likha hai: "I heard a speaker say in his Friday sermon that Allah made Maryam, the mother of Jesus, a prophet.</w:t>
      </w:r>
    </w:p>
    <w:p>
      <w:pPr>
        <w:jc w:val="right"/>
      </w:pPr>
      <w:r>
        <w:t>آہ، مسٹر خواجہ کریم الدین نے پینسلوینیا سے سوال کیا ہے۔ انہوں نے لکھا ہے: "I heard a speaker say in his Friday sermon that Allah made Maryam, the mother of Jesus, a prophet.</w:t>
      </w:r>
    </w:p>
    <w:p>
      <w:r>
        <w:rPr>
          <w:b/>
        </w:rPr>
        <w:t xml:space="preserve">[1:00:29] </w:t>
      </w:r>
      <w:r>
        <w:t>As a support to his claim, he referred from a chapter of Quran, Surah Al-Anbiya, which is chapter twenty-one, verse number ninety-one, which says: 'So we breathed our spirit into her and made her and her son a sign for all people.'" Maulana sahib, aah, I would request you to kindly clarify this matter.</w:t>
      </w:r>
    </w:p>
    <w:p>
      <w:pPr>
        <w:jc w:val="right"/>
      </w:pPr>
      <w:r>
        <w:t>As a support to his claim, he referred from a chapter of Quran, Surah Al-Anbiya, which is chapter twenty-one, verse number ninety-one, which says: 'So we breathed our spirit into her and made her and her son a sign for all people.'" مولانا صاحب، آہ، I would request you to kindly clarify this matter.</w:t>
      </w:r>
    </w:p>
    <w:p>
      <w:r>
        <w:rPr>
          <w:b/>
        </w:rPr>
        <w:t xml:space="preserve">[1:00:55] </w:t>
      </w:r>
      <w:r>
        <w:t>yeh bilkul galat hai, bees less hai.</w:t>
      </w:r>
    </w:p>
    <w:p>
      <w:pPr>
        <w:jc w:val="right"/>
      </w:pPr>
      <w:r>
        <w:t>یہ بالکل غلط ہے، بیس لیس ہے۔</w:t>
      </w:r>
    </w:p>
    <w:p>
      <w:r>
        <w:rPr>
          <w:b/>
        </w:rPr>
        <w:t xml:space="preserve">[1:00:59] </w:t>
      </w:r>
      <w:r>
        <w:t>hazrat maryam jo hain peghambar nahi theen, hazrat maseeh peghambar thay.</w:t>
      </w:r>
    </w:p>
    <w:p>
      <w:pPr>
        <w:jc w:val="right"/>
      </w:pPr>
      <w:r>
        <w:t>حضرت مریم جو ہیں پیغمبر نہیں تھیں، حضرت مسیح پیغمبر تھے۔</w:t>
      </w:r>
    </w:p>
    <w:p>
      <w:r>
        <w:rPr>
          <w:b/>
        </w:rPr>
        <w:t xml:space="preserve">[1:01:07] </w:t>
      </w:r>
      <w:r>
        <w:t>asal mein western countries mein chounke bohat logon ko bohat ziyada obsession hai gender equality ka, aurat mard barabar, to wahan aksar aurtein jo is tarah ki baatein karti rehti hain ke auraton mein nabi kyun nahi aya?</w:t>
      </w:r>
    </w:p>
    <w:p>
      <w:pPr>
        <w:jc w:val="right"/>
      </w:pPr>
      <w:r>
        <w:t>اصل میں ویسٹرن کنٹریز میں چونکہ بہت لوگوں کو بہت زیادہ obsession ہے gender equality کا، عورت مرد برابر، تو وہاں اکثر عورتیں جو اس طرح کی باتیں کرتی رہتی ہیں کہ عورتوں میں نبی کیوں نہیں آیا؟</w:t>
      </w:r>
    </w:p>
    <w:p>
      <w:r>
        <w:rPr>
          <w:b/>
        </w:rPr>
        <w:t xml:space="preserve">[1:01:25] </w:t>
      </w:r>
      <w:r>
        <w:t>thori yeh nikal liya hoga. lekin is ayat mein sirf aik lafz hai, ayat, is ka tarjuma hai sign. ke un ko sign banaya.</w:t>
      </w:r>
    </w:p>
    <w:p>
      <w:pPr>
        <w:jc w:val="right"/>
      </w:pPr>
      <w:r>
        <w:t>تھوڑی یہ نکال لیا ہوگا۔ لیکن اس آیت میں صرف ایک لفظ ہے، آیت، اس کا ترجمہ ہے sign۔ کہ ان کو sign بنایا۔</w:t>
      </w:r>
    </w:p>
    <w:p>
      <w:r>
        <w:rPr>
          <w:b/>
        </w:rPr>
        <w:t xml:space="preserve">[1:01:35] </w:t>
      </w:r>
      <w:r>
        <w:t>to sign se nabi kahan se nikal aye ga?</w:t>
      </w:r>
    </w:p>
    <w:p>
      <w:pPr>
        <w:jc w:val="right"/>
      </w:pPr>
      <w:r>
        <w:t>تو sign سے نبی کہاں سے نکل آئے گا؟</w:t>
      </w:r>
    </w:p>
    <w:p>
      <w:r>
        <w:rPr>
          <w:b/>
        </w:rPr>
        <w:t xml:space="preserve">[1:01:41] </w:t>
      </w:r>
      <w:r>
        <w:t>yani hazrat maseeh ko aik ayat banaya, yani sign banaya, nishani. to nishani ke mani peghambar kahan se ban jayen ge?</w:t>
      </w:r>
    </w:p>
    <w:p>
      <w:pPr>
        <w:jc w:val="right"/>
      </w:pPr>
      <w:r>
        <w:t>یعنی حضرت مسیح کو ایک آیت بنایا، یعنی sign بنایا، نشانی۔ تو نشانی کے معنی پیغمبر کہاں سے بن جائیں گے؟</w:t>
      </w:r>
    </w:p>
    <w:p>
      <w:r>
        <w:rPr>
          <w:b/>
        </w:rPr>
        <w:t xml:space="preserve">[1:01:49] </w:t>
      </w:r>
      <w:r>
        <w:t>yeh to bilkul bees less baat hai. aur sari tareekh mein koi aalim nahi hai jis ne yeh matlab nikala ho is se. lekin shareef sahib ka matlab bhi nikalta hai, neki se sabit hota hai.</w:t>
      </w:r>
    </w:p>
    <w:p>
      <w:pPr>
        <w:jc w:val="right"/>
      </w:pPr>
      <w:r>
        <w:t>یہ تو بالکل بیس لیس بات ہے۔ اور ساری تاریخ میں کوئی عالم نہیں ہے جس نے یہ مطلب نکالا ہو اس سے۔ لیکن شریف صاحب کا مطلب بھی نکلتا ہے، نیکی سے ثابت ہوتا ہے۔</w:t>
      </w:r>
    </w:p>
    <w:p>
      <w:r>
        <w:rPr>
          <w:b/>
        </w:rPr>
        <w:t xml:space="preserve">[1:02:01] </w:t>
      </w:r>
      <w:r>
        <w:t>yani agar kuch log jo hain is tarah ki baatein karein ke aurat peghambar kyun nahi, to aap aap ko yeh right nahi ke aap Quran ki ayaton ko is tarah se, yani ajeeb ghareeb tor par, is ka matlab yeh nikalein.</w:t>
      </w:r>
    </w:p>
    <w:p>
      <w:pPr>
        <w:jc w:val="right"/>
      </w:pPr>
      <w:r>
        <w:t>یعنی اگر کچھ لوگ جو ہیں اس طرح کی باتیں کریں کہ عورت پیغمبر کیوں نہیں، تو آپ آپ کو یہ رائٹ نہیں کہ آپ قرآن کی آیتوں کو اس طرح سے، یعنی عجیب غریب طور پر، اس کا مطلب یہ نکالیں۔</w:t>
      </w:r>
    </w:p>
    <w:p>
      <w:r>
        <w:rPr>
          <w:b/>
        </w:rPr>
        <w:t xml:space="preserve">[1:02:14] </w:t>
      </w:r>
      <w:r>
        <w:t>ya koi is ka koi bilkul bees less qism ka matlab nikalen.</w:t>
      </w:r>
    </w:p>
    <w:p>
      <w:pPr>
        <w:jc w:val="right"/>
      </w:pPr>
      <w:r>
        <w:t>یا کوئی اس کا کوئی بالکل بیس لیس قسم کا مطلب نکالیں۔</w:t>
      </w:r>
    </w:p>
    <w:p>
      <w:r>
        <w:rPr>
          <w:b/>
        </w:rPr>
        <w:t xml:space="preserve">[1:02:19] </w:t>
      </w:r>
      <w:r>
        <w:t>yeh to bohat hi childish kaam hai mere nazdeek. hazrat maseeh bilashubah peghambar thay. hazrat maryam aik pak baz khatoon theen, lekin woh peghambar nahi theen.</w:t>
      </w:r>
    </w:p>
    <w:p>
      <w:pPr>
        <w:jc w:val="right"/>
      </w:pPr>
      <w:r>
        <w:t>یہ تو بہت ہی چائلڈش کام ہے میرے نزدیک۔ حضرت مسیح بلاشبہ پیغمبر تھے۔ حضرت مریم ایک پاک باز خاتون تھیں، لیکن وہ پیغمبر نہیں تھیں۔</w:t>
      </w:r>
    </w:p>
    <w:p>
      <w:r>
        <w:rPr>
          <w:b/>
        </w:rPr>
        <w:t xml:space="preserve">[1:02:33] </w:t>
      </w:r>
      <w:r>
        <w:t>aisi baat kehna jo hai bohat bari jasarat hai.</w:t>
      </w:r>
    </w:p>
    <w:p>
      <w:pPr>
        <w:jc w:val="right"/>
      </w:pPr>
      <w:r>
        <w:t>ایسی بات کہنا جو ہے بہت بڑی جسارت ہے۔</w:t>
      </w:r>
    </w:p>
    <w:p>
      <w:r>
        <w:rPr>
          <w:b/>
        </w:rPr>
        <w:t xml:space="preserve">[1:02:40] </w:t>
      </w:r>
      <w:r>
        <w:t>Miss Poonam ne Delhi se likha hai: "There is the story about Prophet Yunus who recited ayat karima while being stuck inside a fish.</w:t>
      </w:r>
    </w:p>
    <w:p>
      <w:pPr>
        <w:jc w:val="right"/>
      </w:pPr>
      <w:r>
        <w:t>Miss Poonam نے دلی سے لکھا ہے: "There is the story about Prophet یونس who recited آیت کریمہ while being stuck inside a fish.</w:t>
      </w:r>
    </w:p>
    <w:p>
      <w:r>
        <w:rPr>
          <w:b/>
        </w:rPr>
        <w:t xml:space="preserve">[1:02:52] </w:t>
      </w:r>
      <w:r>
        <w:t>I was reading a version of the story describing fish, symbolic to life and person stuck there. My question is whether Prophet Yunus story is based on a factual situation or symbolic.</w:t>
      </w:r>
    </w:p>
    <w:p>
      <w:pPr>
        <w:jc w:val="right"/>
      </w:pPr>
      <w:r>
        <w:t>I was reading a version of the story describing fish, symbolic to life and person stuck there. My question is whether Prophet یونس story is based on a factual situation or symbolic.</w:t>
      </w:r>
    </w:p>
    <w:p>
      <w:r>
        <w:rPr>
          <w:b/>
        </w:rPr>
        <w:t xml:space="preserve">[1:03:08] </w:t>
      </w:r>
      <w:r>
        <w:t>Kindly explain."</w:t>
      </w:r>
    </w:p>
    <w:p>
      <w:pPr>
        <w:jc w:val="right"/>
      </w:pPr>
      <w:r>
        <w:t>Kindly explain."</w:t>
      </w:r>
    </w:p>
    <w:p>
      <w:r>
        <w:rPr>
          <w:b/>
        </w:rPr>
        <w:t xml:space="preserve">[1:03:11] </w:t>
      </w:r>
      <w:r>
        <w:t>dekhein, symbolic manne ke liye koi reason hona chahiye. aap khwah makhwah symbolic nahi maan sakte. yahan par koi reason aisa nahi hai.</w:t>
      </w:r>
    </w:p>
    <w:p>
      <w:pPr>
        <w:jc w:val="right"/>
      </w:pPr>
      <w:r>
        <w:t>دیکھیں، symbolic ماننے کے لیے کوئی reason ہونا چاہیے۔ آپ خواہ مخواہ symbolic نہیں مان سکتے۔ یہاں پر کوئی reason ایسا نہیں ہے۔</w:t>
      </w:r>
    </w:p>
    <w:p>
      <w:r>
        <w:rPr>
          <w:b/>
        </w:rPr>
        <w:t xml:space="preserve">[1:03:24] </w:t>
      </w:r>
      <w:r>
        <w:t>to mein is ko symbolic nahi manta. mein is ko manta hoon bilkul haqeeqat. baaz machhliyan aisi hoti hain, yeh bari, jaise whale hai, shark hai, bohat hi bari hoti hain.</w:t>
      </w:r>
    </w:p>
    <w:p>
      <w:pPr>
        <w:jc w:val="right"/>
      </w:pPr>
      <w:r>
        <w:t>تو میں اس کو symbolic نہیں مانتا۔ میں اس کو مانتا ہوں بالکل حقیقت۔ بعض مچھلیاں ایسی ہوتی ہیں، یہ بڑی، جیسے whale ہے، shark ہے، بہت ہی بڑی ہوتی ہیں۔</w:t>
      </w:r>
    </w:p>
    <w:p>
      <w:r>
        <w:rPr>
          <w:b/>
        </w:rPr>
        <w:t xml:space="preserve">[1:03:36] </w:t>
      </w:r>
      <w:r>
        <w:t>woh insan ko nigal sakti hain.</w:t>
      </w:r>
    </w:p>
    <w:p>
      <w:pPr>
        <w:jc w:val="right"/>
      </w:pPr>
      <w:r>
        <w:t>وہ انسان کو نگل سکتی ہیں۔</w:t>
      </w:r>
    </w:p>
    <w:p>
      <w:r>
        <w:rPr>
          <w:b/>
        </w:rPr>
        <w:t xml:space="preserve">[1:03:40] </w:t>
      </w:r>
      <w:r>
        <w:t>to is qism ki koi machhli hogi jis ne un ko nigal liya hoga. aur us waqt un ko ehsas hua, Allah ko yaad kiya, unhon ne duaein parheen.</w:t>
      </w:r>
    </w:p>
    <w:p>
      <w:pPr>
        <w:jc w:val="right"/>
      </w:pPr>
      <w:r>
        <w:t>تو اس قسم کی کوئی مچھلی ہوگی جس نے ان کو نگل لیا ہوگا۔ اور اس وقت ان کو احساس ہوا، اللہ کو یاد کیا، انہوں نے دعائیں پڑھیں۔</w:t>
      </w:r>
    </w:p>
    <w:p>
      <w:r>
        <w:rPr>
          <w:b/>
        </w:rPr>
        <w:t xml:space="preserve">[1:03:51] </w:t>
      </w:r>
      <w:r>
        <w:t>to Allah taala ne un ko is se bachaya. lekin yeh mere nazdeek yeh theek nahi ke woh chalis din tak pait mein rahe. chalis din nahi, woh kam muddat thi woh jate hue machhli.</w:t>
      </w:r>
    </w:p>
    <w:p>
      <w:pPr>
        <w:jc w:val="right"/>
      </w:pPr>
      <w:r>
        <w:t>تو اللہ تعالیٰ نے ان کو اس سے بچایا۔ لیکن یہ میرے نزدیک یہ ٹھیک نہیں کہ وہ چالیس دن تک پیٹ میں رہے۔ چالیس دن نہیں، وہ کم مدت تھی وہ جاتے ہوئے مچھلی۔</w:t>
      </w:r>
    </w:p>
    <w:p>
      <w:r>
        <w:rPr>
          <w:b/>
        </w:rPr>
        <w:t xml:space="preserve">[1:04:02] </w:t>
      </w:r>
      <w:r>
        <w:t>to riwayatein mukhtalif hain is mamle mein. to kuch log mante hain ke chalis din tak pait mein rahe machhli ke, yeh baat sahi nahi hai.</w:t>
      </w:r>
    </w:p>
    <w:p>
      <w:pPr>
        <w:jc w:val="right"/>
      </w:pPr>
      <w:r>
        <w:t>تو روایتیں مختلف ہیں اس معاملے میں۔ تو کچھ لوگ مانتے ہیں کہ چالیس دن تک پیٹ میں رہے مچھلی کے، یہ بات صحیح نہیں ہے۔</w:t>
      </w:r>
    </w:p>
    <w:p>
      <w:r>
        <w:rPr>
          <w:b/>
        </w:rPr>
        <w:t xml:space="preserve">[1:04:10] </w:t>
      </w:r>
      <w:r>
        <w:t>dusri ravayatein maujood hain jo bohat kam din ki hain. to is mein koi shakk nahi ke machhli nagla un ko, lekin chalis din tak nahi peit mein rahe woh.</w:t>
      </w:r>
    </w:p>
    <w:p>
      <w:pPr>
        <w:jc w:val="right"/>
      </w:pPr>
      <w:r>
        <w:t>دوسری روایتیں موجود ہیں جو بہت کم دن کی ہیں۔ تو اس میں کوئی شک نہیں کہ مچھلی نگلا ان کو، لیکن چالیس دن تک نہیں پیٹ میں رہے وہ۔</w:t>
      </w:r>
    </w:p>
    <w:p>
      <w:r>
        <w:rPr>
          <w:b/>
        </w:rPr>
        <w:t xml:space="preserve">[1:04:20] </w:t>
      </w:r>
      <w:r>
        <w:t>bohat kam arsay ke liye rahe. aur Allah se dua kar ke woh is se bahar aa gaye. to yeh tamseel nahi hai, symbolic sense mein nahi hai, yeh real sense mein hai.</w:t>
      </w:r>
    </w:p>
    <w:p>
      <w:pPr>
        <w:jc w:val="right"/>
      </w:pPr>
      <w:r>
        <w:t>بہت کم عرصے کے لیے رہے۔ اور اللہ سے دعا کر کے وہ اس سے باہر آئے۔ تو یہ تمثیل نہیں ہے، symbolic sense میں نہیں ہے، یہ real sense میں ہے۔</w:t>
      </w:r>
    </w:p>
    <w:p>
      <w:r>
        <w:rPr>
          <w:b/>
        </w:rPr>
        <w:t xml:space="preserve">[1:04:35] </w:t>
      </w:r>
      <w:r>
        <w:t>Mr. Abu Ibrahim Khalilullah ne Pakistan se sawal kiya hai.</w:t>
      </w:r>
    </w:p>
    <w:p>
      <w:pPr>
        <w:jc w:val="right"/>
      </w:pPr>
      <w:r>
        <w:t>Mr. Abu Ibrahim Khalilullah نے پاکستان سے سوال کیا ہے۔</w:t>
      </w:r>
    </w:p>
    <w:p>
      <w:r>
        <w:rPr>
          <w:b/>
        </w:rPr>
        <w:t xml:space="preserve">[1:04:39] </w:t>
      </w:r>
      <w:r>
        <w:t>unhon ne likha hai: "aqeeqa kiya farz hai? Please Quran aur sunnat ki roshni se bataein." nahi, farz harghiz nahi hai.</w:t>
      </w:r>
    </w:p>
    <w:p>
      <w:pPr>
        <w:jc w:val="right"/>
      </w:pPr>
      <w:r>
        <w:t>انہوں نے لکھا ہے: "عقیقہ کیا فرض ہے؟ Please قرآن اور سنت کی روشنی سے بتائیں۔" نہیں، فرض ہرگز نہیں ہے۔</w:t>
      </w:r>
    </w:p>
    <w:p>
      <w:r>
        <w:rPr>
          <w:b/>
        </w:rPr>
        <w:t xml:space="preserve">[1:04:51] </w:t>
      </w:r>
      <w:r>
        <w:t>harghiz farz nahi hai. yeh to bas aik aik</w:t>
      </w:r>
    </w:p>
    <w:p>
      <w:pPr>
        <w:jc w:val="right"/>
      </w:pPr>
      <w:r>
        <w:t>ہرگز فرض نہیں ہے۔ یہ تو بس ایک ایک</w:t>
      </w:r>
    </w:p>
    <w:p>
      <w:r>
        <w:rPr>
          <w:b/>
        </w:rPr>
        <w:t xml:space="preserve">[1:04:57] </w:t>
      </w:r>
      <w:r>
        <w:t>is mani mein sunnat bhi nahi hai jis mani mein hum sunnat ka lafz bolte hain.</w:t>
      </w:r>
    </w:p>
    <w:p>
      <w:pPr>
        <w:jc w:val="right"/>
      </w:pPr>
      <w:r>
        <w:t>اس معنی میں سنت بھی نہیں ہے جس معنی میں ہم سنت کا لفظ بولتے ہیں۔</w:t>
      </w:r>
    </w:p>
    <w:p>
      <w:r>
        <w:rPr>
          <w:b/>
        </w:rPr>
        <w:t xml:space="preserve">[1:05:02] </w:t>
      </w:r>
      <w:r>
        <w:t>bohat se bohat aap mustahab mustahab keh sakte hain is ko. aur Madine mein chunke khane peene ki ghalat thi, to wahan promote kiya gaya ke kisi mauqe par log log jo koi baat ho to log khayein khilayein pilayein doosron ko.</w:t>
      </w:r>
    </w:p>
    <w:p>
      <w:pPr>
        <w:jc w:val="right"/>
      </w:pPr>
      <w:r>
        <w:t>بہت سے بہت آپ مستحب مستحب کہہ سکتے ہیں اس کو۔ اور مدینے میں چونکہ کھانے پینے کی غلط تھی، تو وہاں promote کیا گیا کہ کسی موقع پر لوگ لوگ جو کوئی بات ہو تو لوگ کھائیں کھلائیں پلائیں دوسروں کو۔</w:t>
      </w:r>
    </w:p>
    <w:p>
      <w:r>
        <w:rPr>
          <w:b/>
        </w:rPr>
        <w:t xml:space="preserve">[1:05:19] </w:t>
      </w:r>
      <w:r>
        <w:t>logon ko mauqa mile. kyunke wahan faqa hota tha aksar.</w:t>
      </w:r>
    </w:p>
    <w:p>
      <w:pPr>
        <w:jc w:val="right"/>
      </w:pPr>
      <w:r>
        <w:t>لوگوں کو موقع ملے۔ کیونکہ وہاں فاقہ ہوتا تھا اکثر۔</w:t>
      </w:r>
    </w:p>
    <w:p>
      <w:r>
        <w:rPr>
          <w:b/>
        </w:rPr>
        <w:t xml:space="preserve">[1:05:25] </w:t>
      </w:r>
      <w:r>
        <w:t>to bilkul behal aqeeqa harghiz farz nahi hai. aur aqeeqa agar na karein aap to is mein koi ab gunah nahi hai aap ke upar.</w:t>
      </w:r>
    </w:p>
    <w:p>
      <w:pPr>
        <w:jc w:val="right"/>
      </w:pPr>
      <w:r>
        <w:t>تو بالکل بہرحال عقیقہ ہرگز فرض نہیں ہے۔ اور عقیقہ اگر نہ کریں آپ تو اس میں کوئی اب گناہ نہیں ہے آپ کے اوپر۔</w:t>
      </w:r>
    </w:p>
    <w:p>
      <w:r>
        <w:rPr>
          <w:b/>
        </w:rPr>
        <w:t xml:space="preserve">[1:05:35] </w:t>
      </w:r>
      <w:r>
        <w:t>jo bare bare ulma hain is ko aise hi mante hain. koi mein nai baat nahi kar raha hoon.</w:t>
      </w:r>
    </w:p>
    <w:p>
      <w:pPr>
        <w:jc w:val="right"/>
      </w:pPr>
      <w:r>
        <w:t>جو بڑے بڑے علماء ہیں اس کو ایسے ہی مانتے ہیں۔ کوئی میں نئی بات نہیں کر رہا ہوں۔</w:t>
      </w:r>
    </w:p>
    <w:p>
      <w:r>
        <w:rPr>
          <w:b/>
        </w:rPr>
        <w:t xml:space="preserve">[1:05:43] </w:t>
      </w:r>
      <w:r>
        <w:t>Mr. Amir bin Yusuf ne Karachi se sawal kiya</w:t>
      </w:r>
    </w:p>
    <w:p>
      <w:pPr>
        <w:jc w:val="right"/>
      </w:pPr>
      <w:r>
        <w:t>Mr. Amir bin Yusuf نے کراچی سے سوال کیا</w:t>
      </w:r>
    </w:p>
    <w:p>
      <w:r>
        <w:rPr>
          <w:b/>
        </w:rPr>
        <w:t xml:space="preserve">[1:05:47] </w:t>
      </w:r>
      <w:r>
        <w:t>hai. unhon ne likha hai: "Ramzan ko kis tarah hum plan karein taake is ka asar saara saal discovery ke level par rahe?" is ke baray mein bataein.</w:t>
      </w:r>
    </w:p>
    <w:p>
      <w:pPr>
        <w:jc w:val="right"/>
      </w:pPr>
      <w:r>
        <w:t>ہے۔ انہوں نے لکھا ہے: "رمضان کو کس طرح ہم plan کریں تاکہ اس کا اثر سارا سال discovery کے level پر رہے؟" اس کے بارے میں بتائیں۔</w:t>
      </w:r>
    </w:p>
    <w:p>
      <w:r>
        <w:rPr>
          <w:b/>
        </w:rPr>
        <w:t xml:space="preserve">[1:06:01] </w:t>
      </w:r>
      <w:r>
        <w:t>pehli baat yeh hai ke yeh sab push kar nahi hota. yeh sab baatein push kar nahi hoti. soch kar hoti hain. dekhein yeh poochne ka matlab hai ke wahan par koi technical tareeqa to hai nahi?</w:t>
      </w:r>
    </w:p>
    <w:p>
      <w:pPr>
        <w:jc w:val="right"/>
      </w:pPr>
      <w:r>
        <w:t>پہلی بات یہ ہے کہ یہ سب push کر نہیں ہوتا۔ یہ سب باتیں push کر نہیں ہوتی۔ سوچ کر ہوتی ہیں۔ دیکھیں یہ پوچھنے کا مطلب ہے کہ وہاں پر کوئی technical طریقہ تو ہے نہیں؟</w:t>
      </w:r>
    </w:p>
    <w:p>
      <w:r>
        <w:rPr>
          <w:b/>
        </w:rPr>
        <w:t xml:space="preserve">[1:06:16] </w:t>
      </w:r>
      <w:r>
        <w:t>is ka koi manual nahi hota ke hum koi manual bata dein aap ko. is tarah se aap karein to saal bhar is ka asar rahega. is type ki cheezein nahi hoti hain.</w:t>
      </w:r>
    </w:p>
    <w:p>
      <w:pPr>
        <w:jc w:val="right"/>
      </w:pPr>
      <w:r>
        <w:t>اس کا کوئی manual نہیں ہوتا کہ ہم کوئی manual بتا دیں آپ کو۔ اس طرح سے آپ کریں تو سال بھر اس کا اثر رہے گا۔ اس type کی چیزیں نہیں ہوتی ہیں۔</w:t>
      </w:r>
    </w:p>
    <w:p>
      <w:r>
        <w:rPr>
          <w:b/>
        </w:rPr>
        <w:t xml:space="preserve">[1:06:27] </w:t>
      </w:r>
      <w:r>
        <w:t>yeh to aap khud sochein ke aap khud plan karein. aksar log cheezon ko is sense mein lete hain jaise koi manual likha hai. aik routine hai us ko kar lo to yeh ho jayega woh ho jayega.</w:t>
      </w:r>
    </w:p>
    <w:p>
      <w:pPr>
        <w:jc w:val="right"/>
      </w:pPr>
      <w:r>
        <w:t>یہ تو آپ خود سوچیں کہ آپ خود plan کریں۔ اکثر لوگ چیزوں کو اس sense میں لیتے ہیں جیسے کوئی manual لکھا ہے۔ ایک routine ہے اس کو کر لو تو یہ ہو جائے گا وہ ہو جائے گا۔</w:t>
      </w:r>
    </w:p>
    <w:p>
      <w:r>
        <w:rPr>
          <w:b/>
        </w:rPr>
        <w:t xml:space="preserve">[1:06:40] </w:t>
      </w:r>
      <w:r>
        <w:t>to aap ko khud sochna hoga.</w:t>
      </w:r>
    </w:p>
    <w:p>
      <w:pPr>
        <w:jc w:val="right"/>
      </w:pPr>
      <w:r>
        <w:t>تو آپ کو خود سوچنا ہوگا۔</w:t>
      </w:r>
    </w:p>
    <w:p>
      <w:r>
        <w:rPr>
          <w:b/>
        </w:rPr>
        <w:t xml:space="preserve">[1:06:43] </w:t>
      </w:r>
      <w:r>
        <w:t>aur inshallah agle Sunday ko mein inshallah Ramzan ke baray mein kuch arz karunga. ho sakta hai is mein aap ko kuch is ka jawab mil jaye.</w:t>
      </w:r>
    </w:p>
    <w:p>
      <w:pPr>
        <w:jc w:val="right"/>
      </w:pPr>
      <w:r>
        <w:t>اور انشاءاللہ اگلے Sunday کو میں انشاءاللہ رمضان کے بارے میں کچھ عرض کروں گا۔ ہو سکتا ہے اس میں آپ کو کچھ اس کا جواب مل جائے۔</w:t>
      </w:r>
    </w:p>
    <w:p>
      <w:r>
        <w:rPr>
          <w:b/>
        </w:rPr>
        <w:t xml:space="preserve">[1:06:57] </w:t>
      </w:r>
      <w:r>
        <w:t>Jamshedpur se Mr. Sajid Anwar ne sawal kiya hai. unhon ne likha hai: "Moulana sahib, what is pride and how we can save ourselves from it?" Pride P R I D E.</w:t>
      </w:r>
    </w:p>
    <w:p>
      <w:pPr>
        <w:jc w:val="right"/>
      </w:pPr>
      <w:r>
        <w:t>چمشید پور سے مسٹر ساجد انور نے سوال کیا ہے۔ انہوں نے لکھا ہے: "Moulana صاحب, what is pride and how we can save ourselves from it?" Pride پی آر آئی ڈی۔</w:t>
      </w:r>
    </w:p>
    <w:p>
      <w:r>
        <w:rPr>
          <w:b/>
        </w:rPr>
        <w:t xml:space="preserve">[1:07:11] </w:t>
      </w:r>
      <w:r>
        <w:t>Pride P R I D E pride.</w:t>
      </w:r>
    </w:p>
    <w:p>
      <w:pPr>
        <w:jc w:val="right"/>
      </w:pPr>
      <w:r>
        <w:t>Pride پی آر آئی ڈی ای pride۔</w:t>
      </w:r>
    </w:p>
    <w:p>
      <w:r>
        <w:rPr>
          <w:b/>
        </w:rPr>
        <w:t xml:space="preserve">[1:07:16] </w:t>
      </w:r>
      <w:r>
        <w:t>hadees mein is ki tareef aayi hai. inshallah poocha gaya ke kibr kya hai? kibr matlab pride. aap ne farmaya ke batrul haqq wa ghamtun naas do cheezein.</w:t>
      </w:r>
    </w:p>
    <w:p>
      <w:pPr>
        <w:jc w:val="right"/>
      </w:pPr>
      <w:r>
        <w:t>حدیث میں اس کی تعریف آئی ہے۔ انشاءاللہ پوچھا گیا کہ کبر کیا ہے؟ کبر مطلب pride۔ آپ نے فرمایا کہ بَطْرُ الْحَقِّ وَغَمْطُ النَّاسِ دو چیزیں۔</w:t>
      </w:r>
    </w:p>
    <w:p>
      <w:r>
        <w:rPr>
          <w:b/>
        </w:rPr>
        <w:t xml:space="preserve">[1:07:33] </w:t>
      </w:r>
      <w:r>
        <w:t>batrul haqq ka matlab hota hai haq ko jhaṛak dena, pressure side karna. yaani haq pesh kiya jaye aap ke samne to aap kahein chalo chalo hum tum se zyada jante hain.</w:t>
      </w:r>
    </w:p>
    <w:p>
      <w:pPr>
        <w:jc w:val="right"/>
      </w:pPr>
      <w:r>
        <w:t>بَطْرُ الْحَقِّ کا معنی ہوتا ہے حق کو جھڑک دینا، pressure side کرنا۔ یعنی حق پیش کیا جائے آپ کے سامنے تو آپ کہیں چلو چلو ہم تم سے زیادہ جانتے ہیں۔</w:t>
      </w:r>
    </w:p>
    <w:p>
      <w:r>
        <w:rPr>
          <w:b/>
        </w:rPr>
        <w:t xml:space="preserve">[1:07:45] </w:t>
      </w:r>
      <w:r>
        <w:t>to haq pesh kiya jaye aap us ko pressure side kar dein. aur ghamtun naas haq hi samajh aaye insaan ko. yeh do alamatain hain pride ki ya fakhr ki ya kibr ki.</w:t>
      </w:r>
    </w:p>
    <w:p>
      <w:pPr>
        <w:jc w:val="right"/>
      </w:pPr>
      <w:r>
        <w:t>تو حق پیش کیا جائے آپ اس کو pressure side کر دیں۔ اور غمط الناس حق ہی سمجھ آئے انسان کو۔ یہ دو علامتیں ہیں pride کی یا فخر کی یا کبر کی۔</w:t>
      </w:r>
    </w:p>
    <w:p>
      <w:r>
        <w:rPr>
          <w:b/>
        </w:rPr>
        <w:t xml:space="preserve">[1:08:00] </w:t>
      </w:r>
      <w:r>
        <w:t>ke haq pesh kiya gaya aap ke samne aur aap ne us ko qabool nahi kiya.</w:t>
      </w:r>
    </w:p>
    <w:p>
      <w:pPr>
        <w:jc w:val="right"/>
      </w:pPr>
      <w:r>
        <w:t>کہ حق پیش کیا گیا آپ کے سامنے اور آپ نے اس کو قبول نہیں کیا۔</w:t>
      </w:r>
    </w:p>
    <w:p>
      <w:r>
        <w:rPr>
          <w:b/>
        </w:rPr>
        <w:t xml:space="preserve">[1:08:08] </w:t>
      </w:r>
      <w:r>
        <w:t>jaise mere pas aik telephone aaya aik sahab ka ke aap ke baray mein kaha jata hai ke aap falan dushman dushman Islam taqat ke agent hain.</w:t>
      </w:r>
    </w:p>
    <w:p>
      <w:pPr>
        <w:jc w:val="right"/>
      </w:pPr>
      <w:r>
        <w:t>جیسے میرے پاس ایک telephone آیا ایک صاحب کا کہ آپ کے بارے میں کہا جاتا ہے کہ آپ فلاں دشمن دشمن اسلام طاقت کے agent ہیں۔</w:t>
      </w:r>
    </w:p>
    <w:p>
      <w:r>
        <w:rPr>
          <w:b/>
        </w:rPr>
        <w:t xml:space="preserve">[1:08:18] </w:t>
      </w:r>
      <w:r>
        <w:t>to mein ne kaha astaghfirullah yeh jhooti baat hai yeh. phir bhi woh bolte rahe woh. aur woh darte hain Allah ta'ala se chup jate hain woh.</w:t>
      </w:r>
    </w:p>
    <w:p>
      <w:pPr>
        <w:jc w:val="right"/>
      </w:pPr>
      <w:r>
        <w:t>تو میں نے کہا استغفراللہ یہ جھوٹی بات ہے یہ۔ پھر بھی وہ بولتے رہے وہ۔ اور وہ ڈرتے ہیں اللہ تعالیٰ سے چھپ جاتے ہیں وہ۔</w:t>
      </w:r>
    </w:p>
    <w:p>
      <w:r>
        <w:rPr>
          <w:b/>
        </w:rPr>
        <w:t xml:space="preserve">[1:08:29] </w:t>
      </w:r>
      <w:r>
        <w:t>to ek yeh hai ke aap ko haq pesh kiya jaye to aap pressure side karen to aap fakhr ki nafsiyat mein mubtala hain.</w:t>
      </w:r>
    </w:p>
    <w:p>
      <w:pPr>
        <w:jc w:val="right"/>
      </w:pPr>
      <w:r>
        <w:t>تو ایک یہ ہے کہ آپ کو حق پیش کیا جائے تو آپ pressure side کریں تو آپ فخر کی نفسیات میں مبتلا ہیں۔</w:t>
      </w:r>
    </w:p>
    <w:p>
      <w:r>
        <w:rPr>
          <w:b/>
        </w:rPr>
        <w:t xml:space="preserve">[1:08:38] </w:t>
      </w:r>
      <w:r>
        <w:t>agar aap awam aap insaan ko haqeer samjhen aap apne ko muqable mein to woh fakhr ki nafsiyat mein mubtala hain aap.</w:t>
      </w:r>
    </w:p>
    <w:p>
      <w:pPr>
        <w:jc w:val="right"/>
      </w:pPr>
      <w:r>
        <w:t>اگر آپ عوام آپ انسان کو حقیر سمجھیں آپ اپنے کو مقابلے میں تو وہ فخر کی نفسیات میں مبتلا ہیں آپ۔</w:t>
      </w:r>
    </w:p>
    <w:p>
      <w:r>
        <w:rPr>
          <w:b/>
        </w:rPr>
        <w:t xml:space="preserve">[1:08:50] </w:t>
      </w:r>
      <w:r>
        <w:t>mein ek waqia batana chahunga is mauqe par.</w:t>
      </w:r>
    </w:p>
    <w:p>
      <w:pPr>
        <w:jc w:val="right"/>
      </w:pPr>
      <w:r>
        <w:t>میں ایک واقعہ بتانا چاہوں گا اس موقع پر۔</w:t>
      </w:r>
    </w:p>
    <w:p>
      <w:r>
        <w:rPr>
          <w:b/>
        </w:rPr>
        <w:t xml:space="preserve">[1:08:56] </w:t>
      </w:r>
      <w:r>
        <w:t>tabein ke zamane ka ek waqia hai.</w:t>
      </w:r>
    </w:p>
    <w:p>
      <w:pPr>
        <w:jc w:val="right"/>
      </w:pPr>
      <w:r>
        <w:t>تابعین کے زمانے کا ایک واقعہ ہے۔</w:t>
      </w:r>
    </w:p>
    <w:p>
      <w:r>
        <w:rPr>
          <w:b/>
        </w:rPr>
        <w:t xml:space="preserve">[1:09:00] </w:t>
      </w:r>
      <w:r>
        <w:t>ek tabeyi ke bare mein mashhoor hua hai ek baat. to doosra tabeyi jo door ke maqam par rehte the unhone</w:t>
      </w:r>
    </w:p>
    <w:p>
      <w:pPr>
        <w:jc w:val="right"/>
      </w:pPr>
      <w:r>
        <w:t>ایک تابعی کے بارے میں مشہور ہوا ہے ایک بات۔ تو دوسرا تابعی جو دور کے مقام پر رہتے تھے انہوں نے</w:t>
      </w:r>
    </w:p>
    <w:p>
      <w:r>
        <w:rPr>
          <w:b/>
        </w:rPr>
        <w:t xml:space="preserve">[1:09:13] </w:t>
      </w:r>
      <w:r>
        <w:t>wo suna to woh oont par baith kar gaye wahan par. to unhone poocha ke aag ke bare mein unhone suna hai ke aap aisa aisa kehte hain yani ek galat baat unse mashhoor ho gayi thi.</w:t>
      </w:r>
    </w:p>
    <w:p>
      <w:pPr>
        <w:jc w:val="right"/>
      </w:pPr>
      <w:r>
        <w:t>وہ سنا تو وہ اونٹ پر بیٹھ کر گئے وہاں پر۔ تو انہوں نے پوچھا کہ آگ کے بارے میں انہوں نے سنا ہے کہ آپ ایسا ایسا کہتے ہیں یعنی ایک غلط بات ان سے مشہور ہو گئی تھی۔</w:t>
      </w:r>
    </w:p>
    <w:p>
      <w:r>
        <w:rPr>
          <w:b/>
        </w:rPr>
        <w:t xml:space="preserve">[1:09:29] </w:t>
      </w:r>
      <w:r>
        <w:t>to woh galat baat yeh thi ke qaum loot jo fail karti thi is fail ke bare mein kisi ne keh diya ke woh yeh kehte hain ke woh to muqaddar tha is liye kiya unhone.</w:t>
      </w:r>
    </w:p>
    <w:p>
      <w:pPr>
        <w:jc w:val="right"/>
      </w:pPr>
      <w:r>
        <w:t>تو وہ غلط بات یہ تھی کہ قوم لوط جو fail کرتی تھی اس fail کے بارے میں کسی نے کہہ دیا کہ وہ یہ کہتے ہیں کہ وہ تو مقدر تھا اس لیے کیا انہوں نے۔</w:t>
      </w:r>
    </w:p>
    <w:p>
      <w:r>
        <w:rPr>
          <w:b/>
        </w:rPr>
        <w:t xml:space="preserve">[1:09:40] </w:t>
      </w:r>
      <w:r>
        <w:t>woh jo unki ghalti kiya hai woh to muqaddar tha is liye kiya. zahir hai ke ek lago baat hai yeh. to woh oont par sawar ho kar aaye aur unse poocha</w:t>
      </w:r>
    </w:p>
    <w:p>
      <w:pPr>
        <w:jc w:val="right"/>
      </w:pPr>
      <w:r>
        <w:t>وہ جو ان کی غلطی کیا ہے وہ تو مقدر تھا اس لیے کیا۔ ظاہر ہے کہ ایک لغو بات ہے یہ۔ تو وہ اونٹ پر سوار ہو کر آئے اور ان سے پوچھا</w:t>
      </w:r>
    </w:p>
    <w:p>
      <w:r>
        <w:rPr>
          <w:b/>
        </w:rPr>
        <w:t xml:space="preserve">[1:09:55] </w:t>
      </w:r>
      <w:r>
        <w:t>ek ka naam tha taos ek ka naam tha ibn murre</w:t>
      </w:r>
    </w:p>
    <w:p>
      <w:pPr>
        <w:jc w:val="right"/>
      </w:pPr>
      <w:r>
        <w:t>ایک کا نام تھا طاؤس ایک کا نام تھا ابن مربے</w:t>
      </w:r>
    </w:p>
    <w:p>
      <w:r>
        <w:rPr>
          <w:b/>
        </w:rPr>
        <w:t xml:space="preserve">[1:09:59] </w:t>
      </w:r>
      <w:r>
        <w:t>ke aap ka aisa aisa suna hai hum ne. to unhone jante hain kiya kiya? yeh nahi kaha ke nahi yeh nahi kaha unhone. unhone kaha astaghfirullah.</w:t>
      </w:r>
    </w:p>
    <w:p>
      <w:pPr>
        <w:jc w:val="right"/>
      </w:pPr>
      <w:r>
        <w:t>کہ آپ کا ایسا ایسا سنا ہے ہم نے۔ تو انہوں نے جانتے ہیں کیا کیا؟ یہ نہیں کہا کہ نہیں یہ نہیں کہا انہوں نے۔ انہوں نے کہا استغفراللہ۔</w:t>
      </w:r>
    </w:p>
    <w:p>
      <w:r>
        <w:rPr>
          <w:b/>
        </w:rPr>
        <w:t xml:space="preserve">[1:10:08] </w:t>
      </w:r>
      <w:r>
        <w:t>to sunne wale ne kaha kehne wale ne kaha ke aisa aisa aap ke bare mein kaha jata hai ke aap ka yeh manna hai.</w:t>
      </w:r>
    </w:p>
    <w:p>
      <w:pPr>
        <w:jc w:val="right"/>
      </w:pPr>
      <w:r>
        <w:t>تو سننے والے نے کہا کہنے والے نے کہا کہ ایسا ایسا آپ کے بارے میں کہا جاتا ہے کہ آپ کا یہ ماننا ہے۔</w:t>
      </w:r>
    </w:p>
    <w:p>
      <w:r>
        <w:rPr>
          <w:b/>
        </w:rPr>
        <w:t xml:space="preserve">[1:10:17] </w:t>
      </w:r>
      <w:r>
        <w:t>to unhone jawab nahi diya ke mera naam manna nahi yeh nahi kaha unhone. kaha astaghfirullah. aur is ke baad woh aadmi chala gaya wapas chala gaya woh.</w:t>
      </w:r>
    </w:p>
    <w:p>
      <w:pPr>
        <w:jc w:val="right"/>
      </w:pPr>
      <w:r>
        <w:t>تو انہوں نے جواب نہیں دیا کہ میرا نام ماننا نہیں یہ نہیں کہا انہوں نے۔ کہا استغفراللہ۔ اور اس کے بعد وہ آدمی چلا گیا واپس چلا گیا وہ۔</w:t>
      </w:r>
    </w:p>
    <w:p>
      <w:r>
        <w:rPr>
          <w:b/>
        </w:rPr>
        <w:t xml:space="preserve">[1:10:26] </w:t>
      </w:r>
      <w:r>
        <w:t>to rawi ke rawi se poocha gaya hal yakhtasim kiya dono mein koi argument hua?</w:t>
      </w:r>
    </w:p>
    <w:p>
      <w:pPr>
        <w:jc w:val="right"/>
      </w:pPr>
      <w:r>
        <w:t>تو راوی کے راوی سے پوچھا گیا هل يختصم کیا دونوں میں کوئی argument ہوا؟</w:t>
      </w:r>
    </w:p>
    <w:p>
      <w:r>
        <w:rPr>
          <w:b/>
        </w:rPr>
        <w:t xml:space="preserve">[1:10:37] </w:t>
      </w:r>
      <w:r>
        <w:t>hal yakhtasim aapas mein behas hui? to usne kaha ke nahi kuch nahi. astaghfirullah kaha usne chala gaya.</w:t>
      </w:r>
    </w:p>
    <w:p>
      <w:pPr>
        <w:jc w:val="right"/>
      </w:pPr>
      <w:r>
        <w:t>هل يختصم آپس میں بحث ہوئی؟ تو اس نے کہا کہ نہیں کچھ نہیں۔ استغفرالله کہا اس نے چلا گیا۔</w:t>
      </w:r>
    </w:p>
    <w:p>
      <w:r>
        <w:rPr>
          <w:b/>
        </w:rPr>
        <w:t xml:space="preserve">[1:10:45] </w:t>
      </w:r>
      <w:r>
        <w:t>aaj hum dekhte hain khud mera tajurba hai ke mere bare mein choti baat hai, bilkul choti baat hai mashhoor karti</w:t>
      </w:r>
    </w:p>
    <w:p>
      <w:pPr>
        <w:jc w:val="right"/>
      </w:pPr>
      <w:r>
        <w:t>آج ہم دیکھتے ہیں خود میرا تجربہ ہے کہ میرے بارے میں چھوٹی بات ہے، بالکل چھوٹی بات ہے مشہور کرتی</w:t>
      </w:r>
    </w:p>
    <w:p>
      <w:r>
        <w:rPr>
          <w:b/>
        </w:rPr>
        <w:t xml:space="preserve">[1:10:51] </w:t>
      </w:r>
      <w:r>
        <w:t>hai. mein kehta hoon ke bhai jhoot hai to phir manta nahi aadmi. phir bhi woh apna behas jari rakhta hai. woh phir bhi behas jari rakhta hai.</w:t>
      </w:r>
    </w:p>
    <w:p>
      <w:pPr>
        <w:jc w:val="right"/>
      </w:pPr>
      <w:r>
        <w:t>ہے۔ میں کہتا ہوں کہ بھئی جھوٹ ہے تو پھر مانتا نہیں آدمی۔ پھر بھی وہ اپنا بحث جاری رکھتا ہے۔ وہ پھر بھی بحث جاری رکھتا ہے۔</w:t>
      </w:r>
    </w:p>
    <w:p>
      <w:r>
        <w:rPr>
          <w:b/>
        </w:rPr>
        <w:t xml:space="preserve">[1:11:03] </w:t>
      </w:r>
      <w:r>
        <w:t>to yeh yeh hai iman ki pehchan. aane wale ne kaha ke aap ke bare mein aisa to kaha jata hai.</w:t>
      </w:r>
    </w:p>
    <w:p>
      <w:pPr>
        <w:jc w:val="right"/>
      </w:pPr>
      <w:r>
        <w:t>تو یہ یہ ہے ایمان کی پہچان۔ آنے والے نے کہا کہ آپ کے بارے میں ایسا تو کہا جاتا ہے۔</w:t>
      </w:r>
    </w:p>
    <w:p>
      <w:r>
        <w:rPr>
          <w:b/>
        </w:rPr>
        <w:t xml:space="preserve">[1:11:15] </w:t>
      </w:r>
      <w:r>
        <w:t>to unhone yeh nahi kaha ke galat hai mein mere mere mera yeh manna nahi hai. sirf yeh kaha astaghfirullah.</w:t>
      </w:r>
    </w:p>
    <w:p>
      <w:pPr>
        <w:jc w:val="right"/>
      </w:pPr>
      <w:r>
        <w:t>تو انہوں نے یہ نہیں کہا کہ غلط ہے میں میرے میرے میرا یہ ماننا نہیں ہے۔ صرف یہ کہا استغفراللہ۔</w:t>
      </w:r>
    </w:p>
    <w:p>
      <w:r>
        <w:rPr>
          <w:b/>
        </w:rPr>
        <w:t xml:space="preserve">[1:11:22] </w:t>
      </w:r>
      <w:r>
        <w:t>aur woh aadmi ne sunte hi maan liya ke haan yeh aadmi is se bari hai. wapas chala gaya woh. aaj aap tajurba kar lijiye. koi kis kisi kisi ki zuban band nahi hoti.</w:t>
      </w:r>
    </w:p>
    <w:p>
      <w:pPr>
        <w:jc w:val="right"/>
      </w:pPr>
      <w:r>
        <w:t>اور وہ آدمی نے سنتے ہی مان لیا کہ ہاں یہ آدمی اس سے بری ہے۔ واپس چلا گیا وہ۔ آج آپ تجربہ کر لیجیے۔ کوئی کس کسی کسی کی زبان بند نہیں ہوتی۔</w:t>
      </w:r>
    </w:p>
    <w:p>
      <w:r>
        <w:rPr>
          <w:b/>
        </w:rPr>
        <w:t xml:space="preserve">[1:11:35] </w:t>
      </w:r>
      <w:r>
        <w:t>kisi zuban band hi nahi hoti woh. kuch bhi kehte rahiye.</w:t>
      </w:r>
    </w:p>
    <w:p>
      <w:pPr>
        <w:jc w:val="right"/>
      </w:pPr>
      <w:r>
        <w:t>کسی زبان بند ہی نہیں ہوتی وہ۔ کچھ بھی کہتے رہیے۔</w:t>
      </w:r>
    </w:p>
    <w:p>
      <w:r>
        <w:rPr>
          <w:b/>
        </w:rPr>
        <w:t xml:space="preserve">[1:11:43] </w:t>
      </w:r>
      <w:r>
        <w:t>ajeeb haal logon ka hai. logon ko maut ka dar nahi, Allah ka dar nahi, aakhirat mein peshi ka dar nahi.</w:t>
      </w:r>
    </w:p>
    <w:p>
      <w:pPr>
        <w:jc w:val="right"/>
      </w:pPr>
      <w:r>
        <w:t>عجیب حال لوگوں کا ہے۔ لوگوں کو موت کا ڈر نہیں، اللہ کا ڈر نہیں، آخرت میں پیشی کا ڈر نہیں۔</w:t>
      </w:r>
    </w:p>
    <w:p>
      <w:r>
        <w:rPr>
          <w:b/>
        </w:rPr>
        <w:t xml:space="preserve">[1:11:50] </w:t>
      </w:r>
      <w:r>
        <w:t>aise daur mein hum hum aap jee rahe hain.</w:t>
      </w:r>
    </w:p>
    <w:p>
      <w:pPr>
        <w:jc w:val="right"/>
      </w:pPr>
      <w:r>
        <w:t>ایسے دور میں ہم ہم آپ جی رہے ہیں۔</w:t>
      </w:r>
    </w:p>
    <w:p>
      <w:r>
        <w:rPr>
          <w:b/>
        </w:rPr>
        <w:t xml:space="preserve">[1:11:58] </w:t>
      </w:r>
      <w:r>
        <w:t>Miss Nagma Siddiqui ne Dilli se sawal kiya hai. unhone likha hai Why is man not able to think of death?</w:t>
      </w:r>
    </w:p>
    <w:p>
      <w:pPr>
        <w:jc w:val="right"/>
      </w:pPr>
      <w:r>
        <w:t>Miss Nagma Siddiqui نے دلی سے سوال کیا ہے۔ انہوں نے لکھا ہے Why is man not able to think of death?</w:t>
      </w:r>
    </w:p>
    <w:p>
      <w:r>
        <w:rPr>
          <w:b/>
        </w:rPr>
        <w:t xml:space="preserve">[1:12:07] </w:t>
      </w:r>
      <w:r>
        <w:t>Why is he not able to decondition himself?</w:t>
      </w:r>
    </w:p>
    <w:p>
      <w:pPr>
        <w:jc w:val="right"/>
      </w:pPr>
      <w:r>
        <w:t>Why is he not able to decondition himself?</w:t>
      </w:r>
    </w:p>
    <w:p>
      <w:r>
        <w:rPr>
          <w:b/>
        </w:rPr>
        <w:t xml:space="preserve">[1:12:16] </w:t>
      </w:r>
      <w:r>
        <w:t>ab yahi kaha jaye ke log sochte nahi.</w:t>
      </w:r>
    </w:p>
    <w:p>
      <w:pPr>
        <w:jc w:val="right"/>
      </w:pPr>
      <w:r>
        <w:t>اب یہی کہا جائے کہ لوگ سوچتے نہیں۔</w:t>
      </w:r>
    </w:p>
    <w:p>
      <w:r>
        <w:rPr>
          <w:b/>
        </w:rPr>
        <w:t xml:space="preserve">[1:12:19] </w:t>
      </w:r>
      <w:r>
        <w:t>zindagi ki baaton par sochte hain aur maut ke bare mein sochte hi nahin. kyunke yeh yeh jo cheezen hain yeh to apne aap sochne par majboor karti hain.</w:t>
      </w:r>
    </w:p>
    <w:p>
      <w:pPr>
        <w:jc w:val="right"/>
      </w:pPr>
      <w:r>
        <w:t>زندگی کی باتوں پر سوچتے ہیں اور موت کے بارے میں سوچتے ہی نہیں۔ کیونکہ یہ یہ جو چیزیں ہیں یہ تو اپنے آپ سوچنے پر مجبور کرتی ہیں۔</w:t>
      </w:r>
    </w:p>
    <w:p>
      <w:r>
        <w:rPr>
          <w:b/>
        </w:rPr>
        <w:t xml:space="preserve">[1:12:30] </w:t>
      </w:r>
      <w:r>
        <w:t>har waqt pyas lagi hai pani chahiye. bhook lagi hai khana chahiye. neend lagi hai bistar chahiye. barish ho rahi hai shelter chahiye. kahin jana hai gari chahiye.</w:t>
      </w:r>
    </w:p>
    <w:p>
      <w:pPr>
        <w:jc w:val="right"/>
      </w:pPr>
      <w:r>
        <w:t>ہر وقت پیاس لگی ہے پانی چاہیے۔ بھوک لگی ہے کھانا چاہیے۔ نیند لگی ہے بستر چاہیے۔ بارش ہو رہی ہے shelter چاہیے۔ کہیں جانا ہے گاڑی چاہیے۔</w:t>
      </w:r>
    </w:p>
    <w:p>
      <w:r>
        <w:rPr>
          <w:b/>
        </w:rPr>
        <w:t xml:space="preserve">[1:12:42] </w:t>
      </w:r>
      <w:r>
        <w:t>paise zarurat hai to kamana chahiye. yaani zindagi ke taqaze jo hain har waqt chhaye rehte hain aap ke upar.</w:t>
      </w:r>
    </w:p>
    <w:p>
      <w:pPr>
        <w:jc w:val="right"/>
      </w:pPr>
      <w:r>
        <w:t>پیسے ضرورت ہے تو کمانا چاہیے۔ یعنی زندگی کے تقاضے جو ہیں ہر وقت چھائے رہتے ہیں آپ کے اوپر۔</w:t>
      </w:r>
    </w:p>
    <w:p>
      <w:r>
        <w:rPr>
          <w:b/>
        </w:rPr>
        <w:t xml:space="preserve">[1:12:49] </w:t>
      </w:r>
      <w:r>
        <w:t>zindagi ke taqaze. isi mein sochte hain isi mein sochte hain. is se alag ho kar sochna. inteqam inteqam se bahar aa kar sochna.</w:t>
      </w:r>
    </w:p>
    <w:p>
      <w:pPr>
        <w:jc w:val="right"/>
      </w:pPr>
      <w:r>
        <w:t>زندگی کے تقاضے۔ اسی میں سوچتے ہیں اسی میں سوچتے ہیں۔ اس سے الگ ہو کر سوچنا۔ انتقام انتقام سے باہر آ کر سوچنا۔</w:t>
      </w:r>
    </w:p>
    <w:p>
      <w:r>
        <w:rPr>
          <w:b/>
        </w:rPr>
        <w:t xml:space="preserve">[1:13:00] </w:t>
      </w:r>
      <w:r>
        <w:t>yeh bohat mushkil kaam hai. isi ka naam hai deconditioning. aap ghor kisi ke paas baithiye chand din. har waqt kya hoga? telephone aa raha hai.</w:t>
      </w:r>
    </w:p>
    <w:p>
      <w:pPr>
        <w:jc w:val="right"/>
      </w:pPr>
      <w:r>
        <w:t>یہ بہت مشکل کام ہے۔ اسی کا نام ہے deconditioning۔ آپ غور کسی کے پاس بیٹھیے چند دن۔ ہر وقت کیا ہوگا؟ telephone آ رہا ہے۔</w:t>
      </w:r>
    </w:p>
    <w:p>
      <w:r>
        <w:rPr>
          <w:b/>
        </w:rPr>
        <w:t xml:space="preserve">[1:13:10] </w:t>
      </w:r>
      <w:r>
        <w:t>mobile ghanti baj rahi hai. to is ka dimagh baat baat ki taraf jata rehta hai.</w:t>
      </w:r>
    </w:p>
    <w:p>
      <w:pPr>
        <w:jc w:val="right"/>
      </w:pPr>
      <w:r>
        <w:t>موبائل گھنٹی بج رہی ہے۔ تو اس کا دماغ بات بات کی طرف جاتا رہتا ہے۔</w:t>
      </w:r>
    </w:p>
    <w:p>
      <w:r>
        <w:rPr>
          <w:b/>
        </w:rPr>
        <w:t xml:space="preserve">[1:13:18] </w:t>
      </w:r>
      <w:r>
        <w:t>koi mobile wala is ko baat thori yaad dilata hai is ko. yeh zindagi ki baaten yaad dilata hai. aijab ki baat business ki baat family ki baat yahi yaad dilata hai.</w:t>
      </w:r>
    </w:p>
    <w:p>
      <w:pPr>
        <w:jc w:val="right"/>
      </w:pPr>
      <w:r>
        <w:t>کوئی موبائل والا اس کو بات تھوڑی یاد دلاتا ہے اس کو۔ یہ زندگی کی باتیں یاد دلاتا ہے۔ اعجاب کی بات business کی بات family کی بات یہی یاد دلاتا ہے۔</w:t>
      </w:r>
    </w:p>
    <w:p>
      <w:r>
        <w:rPr>
          <w:b/>
        </w:rPr>
        <w:t xml:space="preserve">[1:13:28] </w:t>
      </w:r>
      <w:r>
        <w:t>to main samajhta hoon ke</w:t>
      </w:r>
    </w:p>
    <w:p>
      <w:pPr>
        <w:jc w:val="right"/>
      </w:pPr>
      <w:r>
        <w:t>تو میں سمجھتا ہوں کہ</w:t>
      </w:r>
    </w:p>
    <w:p>
      <w:r>
        <w:rPr>
          <w:b/>
        </w:rPr>
        <w:t xml:space="preserve">[1:13:33] </w:t>
      </w:r>
      <w:r>
        <w:t>is ka sabab yahi mujhe samajh mein aata hai ke bachpan se le kar sari zindagi tak aadmi jo masail hayat hain yeh zindagi ke jo masail hain woh chhaye rehte hain is ko.</w:t>
      </w:r>
    </w:p>
    <w:p>
      <w:pPr>
        <w:jc w:val="right"/>
      </w:pPr>
      <w:r>
        <w:t>اس کا سبب یہی مجھے سمجھ میں آتا ہے کہ بچپن سے لے کر ساری زندگی تک آدمی جو مسائل حیات ہیں یہ زندگی کے جو مسائل ہیں وہ چھائے رہتے ہیں اس کو۔</w:t>
      </w:r>
    </w:p>
    <w:p>
      <w:r>
        <w:rPr>
          <w:b/>
        </w:rPr>
        <w:t xml:space="preserve">[1:13:46] </w:t>
      </w:r>
      <w:r>
        <w:t>har waqt aik aik ki baat har aik aik aik ki baat.</w:t>
      </w:r>
    </w:p>
    <w:p>
      <w:pPr>
        <w:jc w:val="right"/>
      </w:pPr>
      <w:r>
        <w:t>ہر وقت ایک ایک کی بات ہر ایک ایک ایک کی بات۔</w:t>
      </w:r>
    </w:p>
    <w:p>
      <w:r>
        <w:rPr>
          <w:b/>
        </w:rPr>
        <w:t xml:space="preserve">[1:13:51] </w:t>
      </w:r>
      <w:r>
        <w:t>aik baar main aik baray office mein gaya. woh bohat bara office tha is ka naam tha Express block. is office ka naam tha Express block.</w:t>
      </w:r>
    </w:p>
    <w:p>
      <w:pPr>
        <w:jc w:val="right"/>
      </w:pPr>
      <w:r>
        <w:t>ایک بار میں ایک بڑے آفس میں گیا۔ وہ بہت بڑا آفس تھا اس کا نام تھا Express بلاک۔ اس آفس کا نام تھا Express بلاک۔</w:t>
      </w:r>
    </w:p>
    <w:p>
      <w:r>
        <w:rPr>
          <w:b/>
        </w:rPr>
        <w:t xml:space="preserve">[1:13:59] </w:t>
      </w:r>
      <w:r>
        <w:t>bohat bari building thi. to jo telephone baitha hua tha aadmi to bar bar telephone aata tha. bar bar. to jab ise uthaya tha woh to is se pata laga Express block.</w:t>
      </w:r>
    </w:p>
    <w:p>
      <w:pPr>
        <w:jc w:val="right"/>
      </w:pPr>
      <w:r>
        <w:t>بہت بڑی بلڈنگ تھی۔ تو جو ٹیلی فون بیٹھا ہوا تھا آدمی تو بار بار ٹیلی فون آتا تھا۔ بار بار۔ تو جب اسے اٹھایا تھا وہ تو اس سے پتہ لگا Express بلاک۔</w:t>
      </w:r>
    </w:p>
    <w:p>
      <w:r>
        <w:rPr>
          <w:b/>
        </w:rPr>
        <w:t xml:space="preserve">[1:14:11] </w:t>
      </w:r>
      <w:r>
        <w:t>kuch aur karne ki fursat nahin thi is ko. yaani itna time nahin tha ke kuch aur bolay woh. ke main Express block se bol raha hoon yeh nahin time tha is ko.</w:t>
      </w:r>
    </w:p>
    <w:p>
      <w:pPr>
        <w:jc w:val="right"/>
      </w:pPr>
      <w:r>
        <w:t>کچھ اور کرنے کی فرصت نہیں تھی اس کو۔ یعنی اتنا ٹائم نہیں تھا کہ کچھ اور بولے وہ۔ کہ میں Express بلاک سے بول رہا ہوں یہ نہیں ٹائم تھا اس کو۔</w:t>
      </w:r>
    </w:p>
    <w:p>
      <w:r>
        <w:rPr>
          <w:b/>
        </w:rPr>
        <w:t xml:space="preserve">[1:14:20] </w:t>
      </w:r>
      <w:r>
        <w:t>ke main falan shakhs hoon. mera naam Mr. so and so hai. main Express block se bol raha hoon yeh nahin is ko moqa tha. bas Express block. itna busy hai aadmi.</w:t>
      </w:r>
    </w:p>
    <w:p>
      <w:pPr>
        <w:jc w:val="right"/>
      </w:pPr>
      <w:r>
        <w:t>کہ میں فلاں شخص ہوں۔ میرا نام مسٹر سو اینڈ سو ہے۔ میں Express بلاک سے بول رہا ہوں یہ نہیں اس کو موقع تھا۔ بس Express بلاک۔ اتنا busy ہے آدمی۔</w:t>
      </w:r>
    </w:p>
    <w:p>
      <w:r>
        <w:rPr>
          <w:b/>
        </w:rPr>
        <w:t xml:space="preserve">[1:14:32] </w:t>
      </w:r>
      <w:r>
        <w:t>to ab yeh chahiye ke aadmi ke maut ko dekh kar bahar aaye. kisi ko maut ki khabar sune to soche ke bhai mujhe mujhe abhi aise hi marna hai. phir kahan time rahega.</w:t>
      </w:r>
    </w:p>
    <w:p>
      <w:pPr>
        <w:jc w:val="right"/>
      </w:pPr>
      <w:r>
        <w:t>تو اب یہ چاہیے کہ آدمی کہ موت کو دیکھ کر باہر آئے۔ کسی کو موت کی خبر سنے تو سوچے کہ بھئی مجھے مجھے ابھی ایسے ہی مرنا ہے۔ پھر کہاں ٹائم رہے گا۔</w:t>
      </w:r>
    </w:p>
    <w:p>
      <w:r>
        <w:rPr>
          <w:b/>
        </w:rPr>
        <w:t xml:space="preserve">[1:14:44] </w:t>
      </w:r>
      <w:r>
        <w:t>to self thinking paida karna asal asal zarurat hai aik aadmi aadmi mein self thinking paida karay. apne bare mein sochna apne bare mein sochna.</w:t>
      </w:r>
    </w:p>
    <w:p>
      <w:pPr>
        <w:jc w:val="right"/>
      </w:pPr>
      <w:r>
        <w:t>تو self thinking پیدا کرنا اصل اصل ضرورت ہے ایک آدمی آدمی میں self thinking پیدا کرے۔ اپنے بارے میں سوچنا اپنے بارے میں سوچنا۔</w:t>
      </w:r>
    </w:p>
    <w:p>
      <w:r>
        <w:rPr>
          <w:b/>
        </w:rPr>
        <w:t xml:space="preserve">[1:14:56] </w:t>
      </w:r>
      <w:r>
        <w:t>aur koi is ka hal mere samajh mein nahin aata.</w:t>
      </w:r>
    </w:p>
    <w:p>
      <w:pPr>
        <w:jc w:val="right"/>
      </w:pPr>
      <w:r>
        <w:t>اور کوئی اس کا حل میرے سمجھ میں نہیں آتا۔</w:t>
      </w:r>
    </w:p>
    <w:p>
      <w:r>
        <w:rPr>
          <w:b/>
        </w:rPr>
        <w:t xml:space="preserve">[1:15:02] </w:t>
      </w:r>
      <w:r>
        <w:t>Dr. Muslima Siddiqui ne Dilli se likha hai: Hazrat Muhammad (SAW) ne kaha: mujhe aisa deen le kar bheja gaya hai jis ki raaten bhi din ki tarah roshan hain.</w:t>
      </w:r>
    </w:p>
    <w:p>
      <w:pPr>
        <w:jc w:val="right"/>
      </w:pPr>
      <w:r>
        <w:t>Dr. Muslima Siddiqui نے دلی سے لکھا ہے: حضرت محمد صلى الله عليه وسلم نے کہا: مجھے ایسا دین لے کر بھیجا گیا ہے جس کی راتیں بھی دن کی طرح روشن ہیں۔</w:t>
      </w:r>
    </w:p>
    <w:p>
      <w:r>
        <w:rPr>
          <w:b/>
        </w:rPr>
        <w:t xml:space="preserve">[1:15:16] </w:t>
      </w:r>
      <w:r>
        <w:t>is ko aap wazeh karen.</w:t>
      </w:r>
    </w:p>
    <w:p>
      <w:pPr>
        <w:jc w:val="right"/>
      </w:pPr>
      <w:r>
        <w:t>اس کو آپ واضح کریں۔</w:t>
      </w:r>
    </w:p>
    <w:p>
      <w:r>
        <w:rPr>
          <w:b/>
        </w:rPr>
        <w:t xml:space="preserve">[1:15:21] </w:t>
      </w:r>
      <w:r>
        <w:t>dekhiye is mein aik hai deen, aik hai woh aadmi jo parh raha hai, is ko sun raha hai.</w:t>
      </w:r>
    </w:p>
    <w:p>
      <w:pPr>
        <w:jc w:val="right"/>
      </w:pPr>
      <w:r>
        <w:t>دیکھیے اس میں ایک ہے دین، ایک ہے وہ آدمی جو پڑھ رہا ہے، اس کو سن رہا ہے۔</w:t>
      </w:r>
    </w:p>
    <w:p>
      <w:r>
        <w:rPr>
          <w:b/>
        </w:rPr>
        <w:t xml:space="preserve">[1:15:29] </w:t>
      </w:r>
      <w:r>
        <w:t>to jab tak aadmi sincere na ho, woh deen is ko tareek hi rahega. roshan nahin rahega is ko. matlab is ka matlab yeh hai is hadith ka ke jo aadmi serious ho, jis ka jo sincerity ho, jo sach much seeker ho,</w:t>
      </w:r>
    </w:p>
    <w:p>
      <w:pPr>
        <w:jc w:val="right"/>
      </w:pPr>
      <w:r>
        <w:t>تو جب تک آدمی sincere نہ ہو، وہ دین اس کو تاریک ہی رہے گا۔ روشن نہیں رہے گا اس کو۔ مطلب اس کا مطلب یہ ہے اس حدیث کا کہ جو آدمی serious ہو، جس کا جو sincerity ہو، جو سچ مچ seeker ہو،</w:t>
      </w:r>
    </w:p>
    <w:p>
      <w:r>
        <w:rPr>
          <w:b/>
        </w:rPr>
        <w:t xml:space="preserve">[1:15:44] </w:t>
      </w:r>
      <w:r>
        <w:t>jo sach much baat ko janna chahta ho, is ke liye koi ambiguity nahin hai. woh foran samajh le ga is ko. koi ambiguity nahin, koi confusion nahin.</w:t>
      </w:r>
    </w:p>
    <w:p>
      <w:pPr>
        <w:jc w:val="right"/>
      </w:pPr>
      <w:r>
        <w:t>جو سچ مچ بات کو جاننا چاہتا ہو، اس کے لیے کوئی ambiguity نہیں ہے۔ وہ فوراً سمجھ لے گا اس کو۔ کوئی ambiguity نہیں، کوئی confusion نہیں۔</w:t>
      </w:r>
    </w:p>
    <w:p>
      <w:r>
        <w:rPr>
          <w:b/>
        </w:rPr>
        <w:t xml:space="preserve">[1:15:55] </w:t>
      </w:r>
      <w:r>
        <w:t>yeh matlab hai is ka. yeh matlab nahin ke chahe aap kitne hi confusion mein paray hue hon, woh zabardasti deen aap ko aa kar samjha de ga. aisa nahin ho sakta hai.</w:t>
      </w:r>
    </w:p>
    <w:p>
      <w:pPr>
        <w:jc w:val="right"/>
      </w:pPr>
      <w:r>
        <w:t>یہ مطلب ہے اس کا۔ یہ مطلب نہیں کہ چاہے آپ کتنے ہی confusion میں پڑے ہوئے ہوں، وہ زبردستی دین آپ کو آ کر سمجھا دے گا۔ ایسا نہیں ہو سکتا ہے۔</w:t>
      </w:r>
    </w:p>
    <w:p>
      <w:r>
        <w:rPr>
          <w:b/>
        </w:rPr>
        <w:t xml:space="preserve">[1:16:07] </w:t>
      </w:r>
      <w:r>
        <w:t>jaise aik aaina hai, kitna hi acha aaina ho, aap aankhen band kar dijiye to kuch bhi nahin dikhai de ga. bohat acha aaina ho, dunya ka sab se acha aaina ho, tab bhi aankh kholni pare gi.</w:t>
      </w:r>
    </w:p>
    <w:p>
      <w:pPr>
        <w:jc w:val="right"/>
      </w:pPr>
      <w:r>
        <w:t>جیسے ایک آئینہ ہے، کتنا ہی اچھا آئینہ ہو، آپ آنکھیں بند کر دیجیے تو کچھ بھی نہیں دکھائی دے گا۔ بہت اچھا آئینہ ہو، دنیا کا سب سے اچھا آئینہ ہو، تب بھی آنکھ کھولنی پڑے گی۔</w:t>
      </w:r>
    </w:p>
    <w:p>
      <w:r>
        <w:rPr>
          <w:b/>
        </w:rPr>
        <w:t xml:space="preserve">[1:16:19] </w:t>
      </w:r>
      <w:r>
        <w:t>aise hi jo hai deen bilashuba bohat hi khula hua hai, bohat hi saaf hai.</w:t>
      </w:r>
    </w:p>
    <w:p>
      <w:pPr>
        <w:jc w:val="right"/>
      </w:pPr>
      <w:r>
        <w:t>ایسے ہی جو ہے دین بلاشبہ بہت ہی کھلا ہوا ہے، بہت ہی صاف ہے۔</w:t>
      </w:r>
    </w:p>
    <w:p>
      <w:r>
        <w:rPr>
          <w:b/>
        </w:rPr>
        <w:t xml:space="preserve">[1:16:24] </w:t>
      </w:r>
      <w:r>
        <w:t>is mein is mein bohat ziyada clarity hai. lekin jo aadmi hai, us ko apne apne mind se bias ko nikalna hoga.</w:t>
      </w:r>
    </w:p>
    <w:p>
      <w:pPr>
        <w:jc w:val="right"/>
      </w:pPr>
      <w:r>
        <w:t>اس میں اس میں بہت زیادہ clarity ہے۔ لیکن جو آدمی ہے، اس کو اپنے اپنے mind سے bias کو نکالنا ہوگا۔</w:t>
      </w:r>
    </w:p>
    <w:p>
      <w:r>
        <w:rPr>
          <w:b/>
        </w:rPr>
        <w:t xml:space="preserve">[1:16:36] </w:t>
      </w:r>
      <w:r>
        <w:t>apne andar se insincerity ko khatm kar raha ho, insincerity ko. nahin to nahin to kuch bhi nahin us ko milega us ko. us ko din bhi raat ki tarah dikhai dega.</w:t>
      </w:r>
    </w:p>
    <w:p>
      <w:pPr>
        <w:jc w:val="right"/>
      </w:pPr>
      <w:r>
        <w:t>اپنے اندر سے insincerity کو ختم کر رہا ہو، insincerity کو۔ نہیں تو نہیں تو کچھ بھی نہیں اس کو ملے گا اس کو۔ اس کو دن بھی رات کی طرح دکھائی دے گا۔</w:t>
      </w:r>
    </w:p>
    <w:p>
      <w:r>
        <w:rPr>
          <w:b/>
        </w:rPr>
        <w:t xml:space="preserve">[1:16:50] </w:t>
      </w:r>
      <w:r>
        <w:t>Sincerity must hai.</w:t>
      </w:r>
    </w:p>
    <w:p>
      <w:pPr>
        <w:jc w:val="right"/>
      </w:pPr>
      <w:r>
        <w:t>Sincerity must ہے۔</w:t>
      </w:r>
    </w:p>
    <w:p>
      <w:r>
        <w:rPr>
          <w:b/>
        </w:rPr>
        <w:t xml:space="preserve">[1:16:54] </w:t>
      </w:r>
      <w:r>
        <w:t>ek martaba mein ne ek mazmoon parha tha Plain Truth mein. Plain Truth ek aata tha America se. to us ka jo editor tha, aakhri zamanay mein us ne ek article likha tha, ya us waqt shayad 80 saal ka ho chuka tha woh.</w:t>
      </w:r>
    </w:p>
    <w:p>
      <w:pPr>
        <w:jc w:val="right"/>
      </w:pPr>
      <w:r>
        <w:t>ایک مرتبہ میں نے ایک مضمون پڑھا تھا Plain Truth میں۔ Plain Truth ایک آتا تھا امریکہ سے۔ تو اس کا جو editor تھا، آخری زمانے میں اس نے ایک آرٹیکل لکھا تھا، یا اس وقت شاید 80 سال کا ہو چکا تھا وہ۔</w:t>
      </w:r>
    </w:p>
    <w:p>
      <w:r>
        <w:rPr>
          <w:b/>
        </w:rPr>
        <w:t xml:space="preserve">[1:17:11] </w:t>
      </w:r>
      <w:r>
        <w:t>to us ne kaha tha ke itni lambi meri umar ho chuki hai aur mein bohat dinon se insanon se deal kar raha hoon. aur hazaron hazar logon se mein ne deal kiya hai.</w:t>
      </w:r>
    </w:p>
    <w:p>
      <w:pPr>
        <w:jc w:val="right"/>
      </w:pPr>
      <w:r>
        <w:t>تو اس نے کہا تھا کہ اتنی لمبی میری عمر ہو چکی ہے اور میں بہت دنوں سے انسانوں سے deal کر رہا ہوں۔ اور ہزاروں ہزار لوگوں سے میں نے deal کیا ہے۔</w:t>
      </w:r>
    </w:p>
    <w:p>
      <w:r>
        <w:rPr>
          <w:b/>
        </w:rPr>
        <w:t xml:space="preserve">[1:17:21] </w:t>
      </w:r>
      <w:r>
        <w:t>to us ne kaha tha ke sab se kam jo cheez mein ne payi insaan mein, woh thi sincerity.</w:t>
      </w:r>
    </w:p>
    <w:p>
      <w:pPr>
        <w:jc w:val="right"/>
      </w:pPr>
      <w:r>
        <w:t>تو اس نے کہا تھا کہ سب سے کم جو چیز میں نے پائی انسان میں، وہ تھی sincerity۔</w:t>
      </w:r>
    </w:p>
    <w:p>
      <w:r>
        <w:rPr>
          <w:b/>
        </w:rPr>
        <w:t xml:space="preserve">[1:17:31] </w:t>
      </w:r>
      <w:r>
        <w:t>sab se kam jo cheez payi mein ne insaan mein, woh sincerity hai. to sincerity logon mein hai hi nahin. to din bhi andhera dikhai dega logon ko.</w:t>
      </w:r>
    </w:p>
    <w:p>
      <w:pPr>
        <w:jc w:val="right"/>
      </w:pPr>
      <w:r>
        <w:t>سب سے کم جو چیز پائی میں نے انسان میں، وہ sincerity ہے۔ تو sincerity لوگوں میں ہے ہی نہیں۔ تو دن بھی ادھیرا دکھائی دے گا لوگوں کو۔</w:t>
      </w:r>
    </w:p>
    <w:p>
      <w:r>
        <w:rPr>
          <w:b/>
        </w:rPr>
        <w:t xml:space="preserve">[1:17:42] </w:t>
      </w:r>
      <w:r>
        <w:t>to asal cheez hai aap sincere hon. aap aap ke andar bias na ho. aap ke andar as it is thinking ho. Objectivity ho.</w:t>
      </w:r>
    </w:p>
    <w:p>
      <w:pPr>
        <w:jc w:val="right"/>
      </w:pPr>
      <w:r>
        <w:t>تو اصل چیز ہے آپ sincere ہوں۔ آپ آپ کے اندر bias نہ ہو۔ آپ کے اندر as it is thinking ہو۔ Objectivity ہو۔</w:t>
      </w:r>
    </w:p>
    <w:p>
      <w:r>
        <w:rPr>
          <w:b/>
        </w:rPr>
        <w:t xml:space="preserve">[1:17:51] </w:t>
      </w:r>
      <w:r>
        <w:t>tab deen foran samajh mein aa jayega. Maulana un ka ek aur sawal hai. unhon ne likha hai: Quran mein Khuda ne kaha hai ke insaan ghaati par nahin charha.</w:t>
      </w:r>
    </w:p>
    <w:p>
      <w:pPr>
        <w:jc w:val="right"/>
      </w:pPr>
      <w:r>
        <w:t>تب دین فوراً سمجھ میں آ جائے گا۔ مولانا ان کا ایک اور سوال ہے۔ انہوں نے لکھا ہے: قرآن میں خدا نے کہا ہے کہ انسان گھاٹی پر نہیں چڑھا۔</w:t>
      </w:r>
    </w:p>
    <w:p>
      <w:r>
        <w:rPr>
          <w:b/>
        </w:rPr>
        <w:t xml:space="preserve">[1:18:04] </w:t>
      </w:r>
      <w:r>
        <w:t>aur tum kya jano ke kya hai woh ghaati? Please explain this.</w:t>
      </w:r>
    </w:p>
    <w:p>
      <w:pPr>
        <w:jc w:val="right"/>
      </w:pPr>
      <w:r>
        <w:t>اور تم کیا جانو کہ کیا ہے وہ گھاٹی؟ Please explain this.</w:t>
      </w:r>
    </w:p>
    <w:p>
      <w:r>
        <w:rPr>
          <w:b/>
        </w:rPr>
        <w:t xml:space="preserve">[1:18:16] </w:t>
      </w:r>
      <w:r>
        <w:t>woh وَهَدَىٰنَاهُمْ نَجْدًا فَلَقْطَهُمْ لَقَبَيَّةً yeh tafseel ki zabaan hai yeh. yaani bulandi, yahan par bulandi murad hai.</w:t>
      </w:r>
    </w:p>
    <w:p>
      <w:pPr>
        <w:jc w:val="right"/>
      </w:pPr>
      <w:r>
        <w:t>وہ وَهَدَىٰنَاهُمْ نَجْدًا فَلَقْطَهُمْ لَقَبَيَّةً یہ تفصیل کی زبان ہے یہ۔ یعنی بلندی، یہاں پر بلندی مراد ہے۔</w:t>
      </w:r>
    </w:p>
    <w:p>
      <w:r>
        <w:rPr>
          <w:b/>
        </w:rPr>
        <w:t xml:space="preserve">[1:18:25] </w:t>
      </w:r>
      <w:r>
        <w:t>bulandi, najd maani bulandi. bulandi par nahin charha.</w:t>
      </w:r>
    </w:p>
    <w:p>
      <w:pPr>
        <w:jc w:val="right"/>
      </w:pPr>
      <w:r>
        <w:t>بلندی، نجد معنی بلندی۔ بلندی پر نہیں چڑھا۔</w:t>
      </w:r>
    </w:p>
    <w:p>
      <w:r>
        <w:rPr>
          <w:b/>
        </w:rPr>
        <w:t xml:space="preserve">[1:18:28] </w:t>
      </w:r>
      <w:r>
        <w:t>to is mein hai ke Allah taala ne insaan ko sirat-e-mustaqeem dikhai. lekin sirat-e-mustaqeem mein us ko apni khwahish ko kuchalna tha.</w:t>
      </w:r>
    </w:p>
    <w:p>
      <w:pPr>
        <w:jc w:val="right"/>
      </w:pPr>
      <w:r>
        <w:t>تو اس میں ہے کہ اللہ تعالیٰ نے انسان کو صراط مستقیم دکھائی۔ لیکن صراط مستقیم میں اس کو اپنی خواہش کو کچلنا تھا۔</w:t>
      </w:r>
    </w:p>
    <w:p>
      <w:r>
        <w:rPr>
          <w:b/>
        </w:rPr>
        <w:t xml:space="preserve">[1:18:38] </w:t>
      </w:r>
      <w:r>
        <w:t>apni apne thinking ko mor kar sahi rukh par lana tha. apne mind ko nikalna tha har negative thought ke sath.</w:t>
      </w:r>
    </w:p>
    <w:p>
      <w:pPr>
        <w:jc w:val="right"/>
      </w:pPr>
      <w:r>
        <w:t>اپنی اپنے thinking کو موڑ کر صحیح رخ پر لانا تھا۔ اپنے mind کو نکالنا تھا ہر negative thought کے ساتھ۔</w:t>
      </w:r>
    </w:p>
    <w:p>
      <w:r>
        <w:rPr>
          <w:b/>
        </w:rPr>
        <w:t xml:space="preserve">[1:18:48] </w:t>
      </w:r>
      <w:r>
        <w:t>to yeh nahin kar paya woh. use bulandi par charhne se kaha gaya tha. taabeer kiya gaya hai.</w:t>
      </w:r>
    </w:p>
    <w:p>
      <w:pPr>
        <w:jc w:val="right"/>
      </w:pPr>
      <w:r>
        <w:t>تو یہ نہیں کر پایا وہ۔ اسے بلندی پر چڑھنے سے کہا گیا تھا۔ تعبیر کیا گیا ہے۔</w:t>
      </w:r>
    </w:p>
    <w:p>
      <w:r>
        <w:rPr>
          <w:b/>
        </w:rPr>
        <w:t xml:space="preserve">[1:18:57] </w:t>
      </w:r>
      <w:r>
        <w:t>to kya hua ke rasta dikhaya Allah taala ne lekin woh parha raha hai. isi par parha raha hai phir woh. apne bias ki wajah se, apni apni ghalat soch ki wajah se, apne mind ko decondition na karne ki wajah se.</w:t>
      </w:r>
    </w:p>
    <w:p>
      <w:pPr>
        <w:jc w:val="right"/>
      </w:pPr>
      <w:r>
        <w:t>تو کیا ہوا کہ راستہ دکھایا اللہ تعالیٰ نے لیکن وہ پڑھا رہا ہے۔ اسی پر پڑھا رہا ہے پھر وہ۔ اپنے bias کی وجہ سے، اپنی اپنی غلط سوچ کی وجہ سے، اپنے mind کو decondition نہ کرنے کی وجہ سے۔</w:t>
      </w:r>
    </w:p>
    <w:p>
      <w:r>
        <w:rPr>
          <w:b/>
        </w:rPr>
        <w:t xml:space="preserve">[1:19:10] </w:t>
      </w:r>
      <w:r>
        <w:t>yeh matlab hai is ka. is ke liye hum ne tazkir-ul-Quran mein jo hum ne likha hai us ko aap parh lijiye.</w:t>
      </w:r>
    </w:p>
    <w:p>
      <w:pPr>
        <w:jc w:val="right"/>
      </w:pPr>
      <w:r>
        <w:t>یہ مطلب ہے اس کا۔ اس کے لیے ہم نے تذکر القرآن میں جو ہم نے لکھا ہے اس کو آپ پڑھ لیجیے۔</w:t>
      </w:r>
    </w:p>
    <w:p>
      <w:r>
        <w:rPr>
          <w:b/>
        </w:rPr>
        <w:t xml:space="preserve">[1:19:19] </w:t>
      </w:r>
      <w:r>
        <w:t>Dr. Faridah Khanam ne Dilli se likha hai: One CPS member told me that he was reading some book written by you.</w:t>
      </w:r>
    </w:p>
    <w:p>
      <w:pPr>
        <w:jc w:val="right"/>
      </w:pPr>
      <w:r>
        <w:t>Dr. Faridah Khanam نے دلی سے لکھا ہے: One CPS member told me that he was reading some book written by you.</w:t>
      </w:r>
    </w:p>
    <w:p>
      <w:r>
        <w:rPr>
          <w:b/>
        </w:rPr>
        <w:t xml:space="preserve">[1:19:31] </w:t>
      </w:r>
      <w:r>
        <w:t>When a friend of his saw him reading the book, he forbade him to do so, as these books were designed to distance away from Islam.</w:t>
      </w:r>
    </w:p>
    <w:p>
      <w:pPr>
        <w:jc w:val="right"/>
      </w:pPr>
      <w:r>
        <w:t>When a friend of his saw him reading the book, he forbade him to do so, as these books were designed to distance away from Islam.</w:t>
      </w:r>
    </w:p>
    <w:p>
      <w:r>
        <w:rPr>
          <w:b/>
        </w:rPr>
        <w:t xml:space="preserve">[1:19:42] </w:t>
      </w:r>
      <w:r>
        <w:t>What would be your comment?</w:t>
      </w:r>
    </w:p>
    <w:p>
      <w:pPr>
        <w:jc w:val="right"/>
      </w:pPr>
      <w:r>
        <w:t>What would be your comment?</w:t>
      </w:r>
    </w:p>
    <w:p>
      <w:r>
        <w:rPr>
          <w:b/>
        </w:rPr>
        <w:t xml:space="preserve">[1:19:46] </w:t>
      </w:r>
      <w:r>
        <w:t>dekhiye yeh to bohat aasan hai samajhna. kyunke hamara jo literature hai, hazaron hazar logon ne parha hai.</w:t>
      </w:r>
    </w:p>
    <w:p>
      <w:pPr>
        <w:jc w:val="right"/>
      </w:pPr>
      <w:r>
        <w:t>دیکھیں یہ تو بہت آسان ہے سمجھنا۔ کیونکہ ہمارا جو literature ہے، ہزاروں ہزار لوگوں نے پڑھا ہے۔</w:t>
      </w:r>
    </w:p>
    <w:p>
      <w:r>
        <w:rPr>
          <w:b/>
        </w:rPr>
        <w:t xml:space="preserve">[1:19:56] </w:t>
      </w:r>
      <w:r>
        <w:t>saari duniya mein parha gaya hai. mein to America mein, mein wahan jo stall lagaya gaya tha, wahan par bohat bara ek bazaar tha.</w:t>
      </w:r>
    </w:p>
    <w:p>
      <w:pPr>
        <w:jc w:val="right"/>
      </w:pPr>
      <w:r>
        <w:t>ساری دنیا میں پڑھا گیا ہے۔ میں تو امریکہ میں، میں وہاں جو اسٹال لگایا گیا تھا، وہاں پر بہت بڑا ایک بازار تھا۔</w:t>
      </w:r>
    </w:p>
    <w:p>
      <w:r>
        <w:rPr>
          <w:b/>
        </w:rPr>
        <w:t xml:space="preserve">[1:20:05] </w:t>
      </w:r>
      <w:r>
        <w:t>duniya mukhtalif mulkon ke log aaye hue thay wahan. jab mein baithta tha aa kar ke to koi na koi mujhe pehchan leta tha. woh har ek mouse ko nahin janta tha us ko. to beshumar logon ne parha hai.</w:t>
      </w:r>
    </w:p>
    <w:p>
      <w:pPr>
        <w:jc w:val="right"/>
      </w:pPr>
      <w:r>
        <w:t>دنیا مختلف ملکوں کے لوگ آئے ہوئے تھے وہاں۔ جب میں بیٹھتا تھا آ کر کے تو کوئی نہ کوئی مجھے پہچان لیتا تھا۔ وہ ہر ایک ماؤس کو نہیں جانتا تھا اس کو۔ تو بے شمار لوگوں نے پڑھا ہے۔</w:t>
      </w:r>
    </w:p>
    <w:p>
      <w:r>
        <w:rPr>
          <w:b/>
        </w:rPr>
        <w:t xml:space="preserve">[1:20:16] </w:t>
      </w:r>
      <w:r>
        <w:t>aap kisi bhi ek insaan ko pakriye, yahin par log bohat sare baithe hue hain. us se poochhein: kya tum ne is letter ko parha hai?</w:t>
      </w:r>
    </w:p>
    <w:p>
      <w:pPr>
        <w:jc w:val="right"/>
      </w:pPr>
      <w:r>
        <w:t>آپ کسی بھی ایک انسان کو پکڑیے، یہیں پر لوگ بہت سارے بیٹھے ہوئے ہیں۔ اس سے پوچھیں: کیا تم نے اس لیٹر کو پڑھا ہے؟</w:t>
      </w:r>
    </w:p>
    <w:p>
      <w:r>
        <w:rPr>
          <w:b/>
        </w:rPr>
        <w:t xml:space="preserve">[1:20:24] </w:t>
      </w:r>
      <w:r>
        <w:t>jab woh kahe ke haan. to phir us se poochhein ke parhne se pehle tum kaise thay, parhne ke baad kaise ho gaye tum? bohat aasan hai.</w:t>
      </w:r>
    </w:p>
    <w:p>
      <w:pPr>
        <w:jc w:val="right"/>
      </w:pPr>
      <w:r>
        <w:t>جب وہ کہے کہ ہاں۔ تو پھر اس سے پوچھیں کہ پڑھنے سے پہلے تم کیسے تھے، پڑھنے کے بعد کیسے ہو گئے تم؟ بہت آسان ہے۔</w:t>
      </w:r>
    </w:p>
    <w:p>
      <w:r>
        <w:rPr>
          <w:b/>
        </w:rPr>
        <w:t xml:space="preserve">[1:20:35] </w:t>
      </w:r>
      <w:r>
        <w:t>har shehar mein, har basti mein, har mulk mein, har maqam par aise aadmi mil jayenge jo kahein ke hum ne parha hai is literature ko. to woh kya kehta hai?</w:t>
      </w:r>
    </w:p>
    <w:p>
      <w:pPr>
        <w:jc w:val="right"/>
      </w:pPr>
      <w:r>
        <w:t>ہر شہر میں، ہر بستی میں، ہر ملک میں، ہر مقام پر ایسے آدمی مل جائیں گے جو کہیں کہ ہم نے پڑھا ہے اس literature کو۔ تو وہ کیا کہتا ہے؟</w:t>
      </w:r>
    </w:p>
    <w:p>
      <w:r>
        <w:rPr>
          <w:b/>
        </w:rPr>
        <w:t xml:space="preserve">[1:20:47] </w:t>
      </w:r>
      <w:r>
        <w:t>yeh to jhoota daawa hai na ke hamari kitaab parhne se Islam se door</w:t>
      </w:r>
    </w:p>
    <w:p>
      <w:pPr>
        <w:jc w:val="right"/>
      </w:pPr>
      <w:r>
        <w:t>یہ تو جھوٹا دعویٰ ہے نا کہ ہماری کتاب پڑھنے سے اسلام سے دور</w:t>
      </w:r>
    </w:p>
    <w:p>
      <w:r>
        <w:rPr>
          <w:b/>
        </w:rPr>
        <w:t xml:space="preserve">[1:20:51] </w:t>
      </w:r>
      <w:r>
        <w:t>ho jata hai aadmi? to jo door hone walon ko batao, is ka naam batao jo door ho gaya hai.</w:t>
      </w:r>
    </w:p>
    <w:p>
      <w:pPr>
        <w:jc w:val="right"/>
      </w:pPr>
      <w:r>
        <w:t>ہو جاتا ہے آدمی؟ تو جو دور ہونے والوں کو بتاؤ، اس کا نام بتاؤ جو دور ہو گیا ہے۔</w:t>
      </w:r>
    </w:p>
    <w:p>
      <w:r>
        <w:rPr>
          <w:b/>
        </w:rPr>
        <w:t xml:space="preserve">[1:20:58] </w:t>
      </w:r>
      <w:r>
        <w:t>jo door ho gaya. ek sahib mere paas aaye hain Dilli mein. unhon ne kaha ke aap ki kitaab jo hai woh to akhbar ki tarah chalta hai. aap ke risala, risala, risala.</w:t>
      </w:r>
    </w:p>
    <w:p>
      <w:pPr>
        <w:jc w:val="right"/>
      </w:pPr>
      <w:r>
        <w:t>جو دور ہو گیا۔ ایک صاحب میرے پاس آئے ہیں دلی میں۔ انہوں نے کہا کہ آپ کی کتاب جو ہے وہ تو اخبار کی طرح چلتا ہے۔ آپ کے رسالہ، رسالہ، رسالہ۔</w:t>
      </w:r>
    </w:p>
    <w:p>
      <w:r>
        <w:rPr>
          <w:b/>
        </w:rPr>
        <w:t xml:space="preserve">[1:21:08] </w:t>
      </w:r>
      <w:r>
        <w:t>is mein Quran o Hadees ki baat hoti hai ya nahi hai? kuch qisse kahaniyan aap naqal karte hain. yaani Europe, America ke qisse, idhar udhar ke qisse.</w:t>
      </w:r>
    </w:p>
    <w:p>
      <w:pPr>
        <w:jc w:val="right"/>
      </w:pPr>
      <w:r>
        <w:t>اس میں قرآن و حدیث کی بات ہوتی ہے یا نہیں ہے؟ کچھ قصے کہانیاں آپ نقل کرتے ہیں۔ یعنی یورپ، امریکہ کے قصے، ادھر ادھر کے قصے۔</w:t>
      </w:r>
    </w:p>
    <w:p>
      <w:r>
        <w:rPr>
          <w:b/>
        </w:rPr>
        <w:t xml:space="preserve">[1:21:16] </w:t>
      </w:r>
      <w:r>
        <w:t>Quran o Hadees nahi hota. to main ne kaha: acha th</w:t>
      </w:r>
    </w:p>
    <w:p>
      <w:pPr>
        <w:jc w:val="right"/>
      </w:pPr>
      <w:r>
        <w:t>قرآن و حدیث نہیں ہوتا۔ تو میں نے کہا: اچھا ٹ</w:t>
      </w:r>
    </w:p>
    <w:p>
      <w:r>
        <w:rPr>
          <w:b/>
        </w:rPr>
        <w:t xml:space="preserve">[1:21:21] </w:t>
      </w:r>
      <w:r>
        <w:t>heek hai, baithiye. to main ne kaha: is mahine ka parcha jo hai mere paas tha, main ne kaha: dekhiye, dekhiye, is mahine ka parcha kahein.</w:t>
      </w:r>
    </w:p>
    <w:p>
      <w:pPr>
        <w:jc w:val="right"/>
      </w:pPr>
      <w:r>
        <w:t>ھیک ہے، بیٹھیے۔ تو میں نے کہا: اس مہینے کا پرچہ جو ہے میرے پاس تھا، میں نے کہا: دیکھیے، دیکھیے، اس مہینے کا پرچہ کہیں۔</w:t>
      </w:r>
    </w:p>
    <w:p>
      <w:r>
        <w:rPr>
          <w:b/>
        </w:rPr>
        <w:t xml:space="preserve">[1:21:29] </w:t>
      </w:r>
      <w:r>
        <w:t>unhon ne kaha: isi mahine ka hai jo aap jis mein aap baat kar rahe hain. main ne kaha: acha ultiye, is ka waraq ultiye. ek ek parche mein koi na koi ya to aayat thi ya Hadees thi, aayat thi ya Hadees thi.</w:t>
      </w:r>
    </w:p>
    <w:p>
      <w:pPr>
        <w:jc w:val="right"/>
      </w:pPr>
      <w:r>
        <w:t>انہوں نے کہا: اسی مہینے کا ہے جو آپ جس میں آپ بات کر رہے ہیں۔ میں نے کہا: اچھا الٹیے، اس کا ورق الٹیے۔ ایک ایک پرچے میں کوئی نہ کوئی یا تو آیت تھی یا حدیث تھی، آیت تھی یا حدیث تھی۔</w:t>
      </w:r>
    </w:p>
    <w:p>
      <w:r>
        <w:rPr>
          <w:b/>
        </w:rPr>
        <w:t xml:space="preserve">[1:21:39] </w:t>
      </w:r>
      <w:r>
        <w:t>ek hi Sahabi ka woh tha. unhon ne kaha: kahan hai woh risala jis mein ke aap bata rahe hain ke is mein Europe, America kaise kahani hoti hai?</w:t>
      </w:r>
    </w:p>
    <w:p>
      <w:pPr>
        <w:jc w:val="right"/>
      </w:pPr>
      <w:r>
        <w:t>ایک ہی صحابی کا وہ تھا۔ انہوں نے کہا: کہاں ہے وہ رسالہ جس میں کہ آپ بتا رہے ہیں کہ اس میں یورپ، امریکہ کیسے کہانی ہوتی ہے؟</w:t>
      </w:r>
    </w:p>
    <w:p>
      <w:r>
        <w:rPr>
          <w:b/>
        </w:rPr>
        <w:t xml:space="preserve">[1:21:49] </w:t>
      </w:r>
      <w:r>
        <w:t>woh kahan hai? woh woh woh parcha kahan hai? woh aap aap laiye, agar aap ke paas ho to dikhaiye. main dikha raha hoon to aap aap dikha dijiye. to log aise hawaai baatein karte hain bila daleel diye hue.</w:t>
      </w:r>
    </w:p>
    <w:p>
      <w:pPr>
        <w:jc w:val="right"/>
      </w:pPr>
      <w:r>
        <w:t>وہ کہاں ہے؟ وہ وہ وہ پرچہ کہاں ہے؟ وہ آپ آپ لائیے، اگر آپ کے پاس ہو تو دکھائیے۔ میں دکھا رہا ہوں تو آپ آپ دکھا دیجیے۔ تو لوگ ایسے ہوائی باتیں کرتے ہیں بلا دلیل دیے ہوئے۔</w:t>
      </w:r>
    </w:p>
    <w:p>
      <w:r>
        <w:rPr>
          <w:b/>
        </w:rPr>
        <w:t xml:space="preserve">[1:22:04] </w:t>
      </w:r>
      <w:r>
        <w:t>to jab bhi koi main main logon se kaha karta hoon, foran misaal poochein us se ke falan aadmi jis ka naam Mr. so and so hai, woh us ne aap ki kitabein parhein aur deen se door ho gaya.</w:t>
      </w:r>
    </w:p>
    <w:p>
      <w:pPr>
        <w:jc w:val="right"/>
      </w:pPr>
      <w:r>
        <w:t>تو جب بھی کوئی میں میں لوگوں سے کہا کرتا ہوں، فوراً مثال پوچھیں اس سے کہ فلاں آدمی جس کا نام مسٹر سو اینڈ سو ہے، وہ اس نے آپ کی کتابیں پڑھیں اور دین سے دور ہو گیا۔</w:t>
      </w:r>
    </w:p>
    <w:p>
      <w:r>
        <w:rPr>
          <w:b/>
        </w:rPr>
        <w:t xml:space="preserve">[1:22:13] </w:t>
      </w:r>
      <w:r>
        <w:t>woh is ka naam bataiye? Hazrat, koi bhi aadmi nahin.</w:t>
      </w:r>
    </w:p>
    <w:p>
      <w:pPr>
        <w:jc w:val="right"/>
      </w:pPr>
      <w:r>
        <w:t>وہ اس کا نام بتائیے؟ حضرت، کوئی بھی آدمی نہیں۔</w:t>
      </w:r>
    </w:p>
    <w:p>
      <w:r>
        <w:rPr>
          <w:b/>
        </w:rPr>
        <w:t xml:space="preserve">[1:22:19] </w:t>
      </w:r>
      <w:r>
        <w:t>saari duniya mein ek aadmi aisa nahi milega aap ko. har aadmi yeh kahega ke yeh tehreeron ko parh kar ke main ibaadat karne wala ban gaya.</w:t>
      </w:r>
    </w:p>
    <w:p>
      <w:pPr>
        <w:jc w:val="right"/>
      </w:pPr>
      <w:r>
        <w:t>ساری دنیا میں ایک آدمی ایسا نہیں ملے گا آپ کو۔ ہر آدمی یہ کہے گا کہ یہ تحریروں کو پڑھ کر کے میں عبادت کرنے والا بن گیا۔</w:t>
      </w:r>
    </w:p>
    <w:p>
      <w:r>
        <w:rPr>
          <w:b/>
        </w:rPr>
        <w:t xml:space="preserve">[1:22:30] </w:t>
      </w:r>
      <w:r>
        <w:t>is ko parh kar ke main mere andar positive thinking aayi. is ko parh kar ke mere andar nafrat khatm ho gayi.</w:t>
      </w:r>
    </w:p>
    <w:p>
      <w:pPr>
        <w:jc w:val="right"/>
      </w:pPr>
      <w:r>
        <w:t>اس کو پڑھ کر کے میں میرے اندر positive thinking آئی۔ اس کو پڑھ کر کے میرے اندر نفرت ختم ہو گئی۔</w:t>
      </w:r>
    </w:p>
    <w:p>
      <w:r>
        <w:rPr>
          <w:b/>
        </w:rPr>
        <w:t xml:space="preserve">[1:22:39] </w:t>
      </w:r>
      <w:r>
        <w:t>is ko parh kar ke mere andar se ladai jhagda khatm ho gaya. is ko parh kar ke main aakhirat se darne laga. is ko parh kar ke main jannat ka hareese ban gaya.</w:t>
      </w:r>
    </w:p>
    <w:p>
      <w:pPr>
        <w:jc w:val="right"/>
      </w:pPr>
      <w:r>
        <w:t>اس کو پڑھ کر کے میرے اندر سے لڑائی جھگڑا ختم ہو گیا۔ اس کو پڑھ کر کے میں آخرت سے ڈرنے لگا۔ اس کو پڑھ کر کے میں جنت کا حریص بن گیا۔</w:t>
      </w:r>
    </w:p>
    <w:p>
      <w:r>
        <w:rPr>
          <w:b/>
        </w:rPr>
        <w:t xml:space="preserve">[1:22:49] </w:t>
      </w:r>
      <w:r>
        <w:t>yeh kahega har aadmi, yeh kahega. to farzi kyun? jab bhi koi aadmi aisi baat kahe to foran misaal poochein us se.</w:t>
      </w:r>
    </w:p>
    <w:p>
      <w:pPr>
        <w:jc w:val="right"/>
      </w:pPr>
      <w:r>
        <w:t>یہ کہے گا ہر آدمی، یہ کہے گا۔ تو فرضی کیوں؟ جب بھی کوئی آدمی ایسی بات کہے تو فوراً مثال پوچھیں اس سے۔</w:t>
      </w:r>
    </w:p>
    <w:p>
      <w:r>
        <w:rPr>
          <w:b/>
        </w:rPr>
        <w:t xml:space="preserve">[1:22:59] </w:t>
      </w:r>
      <w:r>
        <w:t>foran misaal poochhiye. woh kaun aadmi hai jo hamari kitabein parh kar ke deen se door ho gaya hai? yeh jhooti baat hai bilkul. log aadi hain, lekin log farq nahi karte ek ek ek ek statement mein aur ek reason, ek simply statement mein aur reason statement mein.</w:t>
      </w:r>
    </w:p>
    <w:p>
      <w:pPr>
        <w:jc w:val="right"/>
      </w:pPr>
      <w:r>
        <w:t>فوراً مثال پوچھیے۔ وہ کون آدمی ہے جو ہماری کتابیں پڑھ کر کے دین سے دور ہو گیا ہے؟ یہ جھوٹی بات ہے بالکل۔ لوگ عادی ہیں، لیکن لوگ فرق نہیں کرتے ایک ایک ایک ایک اسٹیٹمنٹ میں اور ایک ریزن، ایک سمپلی اسٹیٹمنٹ میں اور ریزن اسٹیٹمنٹ میں۔</w:t>
      </w:r>
    </w:p>
    <w:p>
      <w:r>
        <w:rPr>
          <w:b/>
        </w:rPr>
        <w:t xml:space="preserve">[1:23:18] </w:t>
      </w:r>
      <w:r>
        <w:t>ek simply statement, ek reason statement. jaise main kahoon ke yeh yeh yeh is is haal mein koi nahi hai, khali pada hua hai.</w:t>
      </w:r>
    </w:p>
    <w:p>
      <w:pPr>
        <w:jc w:val="right"/>
      </w:pPr>
      <w:r>
        <w:t>ایک سمپلی اسٹیٹمنٹ، ایک ریزن اسٹیٹمنٹ۔ جیسے میں کہوں کہ یہ یہ یہ اس اس حال میں کوئی نہیں ہے، خالی پڑا ہوا ہے۔</w:t>
      </w:r>
    </w:p>
    <w:p>
      <w:r>
        <w:rPr>
          <w:b/>
        </w:rPr>
        <w:t xml:space="preserve">[1:23:29] </w:t>
      </w:r>
      <w:r>
        <w:t>yeh yahan main agar aaon, woh koi pada hua hai to kehne ke liye keh sakta hoon main. lekin agar agar lalach ko reason se dekh raha ho to kahenge ke saare log baithe hue hain, sab ko sar dikhai de rahe hain logon ke.</w:t>
      </w:r>
    </w:p>
    <w:p>
      <w:pPr>
        <w:jc w:val="right"/>
      </w:pPr>
      <w:r>
        <w:t>یہ یہاں میں اگر آؤں، وہ کوئی پڑا ہوا ہے تو کہنے کے لیے کہہ سکتا ہوں میں۔ لیکن اگر اگر لالچ کو ریزن سے دیکھ رہا ہو تو کہیں گے کہ سارے لوگ بیٹھے ہوئے ہیں، سب کو سر دکھائی دے رہے ہیں لوگوں کے۔</w:t>
      </w:r>
    </w:p>
    <w:p>
      <w:r>
        <w:rPr>
          <w:b/>
        </w:rPr>
        <w:t xml:space="preserve">[1:23:43] </w:t>
      </w:r>
      <w:r>
        <w:t>to jo aadmi phir is tarah ki baat kare, foran us se misaal poochhni chahiye.</w:t>
      </w:r>
    </w:p>
    <w:p>
      <w:pPr>
        <w:jc w:val="right"/>
      </w:pPr>
      <w:r>
        <w:t>تو جو آدمی پھر اس طرح کی بات کرے، فوراً اس سے مثال پوچھنی چاہیے۔</w:t>
      </w:r>
    </w:p>
    <w:p>
      <w:r>
        <w:rPr>
          <w:b/>
        </w:rPr>
        <w:t xml:space="preserve">[1:23:48] </w:t>
      </w:r>
      <w:r>
        <w:t>is is insaan ko batao jis insaan ne kitabon ko parh kar ke deen se door door ho gaya ho. to ek bhi nahi bata payenge woh. to yeh to bohat hi zyada Hadees mein aata hai ke man kan yoman billahi wali aakhir khair walay aswad yaani baat kaho to pakki baat kaho, warna chup raho, bolo bas.</w:t>
      </w:r>
    </w:p>
    <w:p>
      <w:pPr>
        <w:jc w:val="right"/>
      </w:pPr>
      <w:r>
        <w:t>اس اس انسان کو بتاؤ جس انسان نے کتابوں کو پڑھ کر کے دین سے دور دور ہو گیا ہو۔ تو ایک بھی نہیں بتا پائیں گے وہ۔ تو یہ تو بہت ہی زیادہ حدیث میں آتا ہے کہ من کان یومن باللہ ولی الاخر خلق الخیر ولی اسود یعنی بات کہو تو پکی بات کہو، ورنہ چپ رہو، بولو بس۔</w:t>
      </w:r>
    </w:p>
    <w:p>
      <w:r>
        <w:rPr>
          <w:b/>
        </w:rPr>
        <w:t xml:space="preserve">[1:24:14] </w:t>
      </w:r>
      <w:r>
        <w:t>to koi misaal jab tak dab aadmi de, tab tak woh Quran ki Hadees ke mutabiq jhoota hai. Quran mein jo khud yeh batayegi yeh usool ke jo jo daawa karte hain, woh laayein, is ka saboot dein.</w:t>
      </w:r>
    </w:p>
    <w:p>
      <w:pPr>
        <w:jc w:val="right"/>
      </w:pPr>
      <w:r>
        <w:t>تو کوئی مثال جب تک دب آدمی دے، تب تک وہ قرآن کی حدیث کے مطابق جھوٹا ہے۔ قرآن میں جو خود یہ بتائے گی یہ اصول کہ جو جو دعویٰ کرتے ہیں، وہ لائیں، اس کا ثبوت دیں۔</w:t>
      </w:r>
    </w:p>
    <w:p>
      <w:r>
        <w:rPr>
          <w:b/>
        </w:rPr>
        <w:t xml:space="preserve">[1:24:28] </w:t>
      </w:r>
      <w:r>
        <w:t>saboot denge to woh jhoote hain. fa'ula'ika humul kaaziboon agar aadmi misaal na de saka to fa'ula'ika humul kaaziboon ka lafz us par chaspana hoga.</w:t>
      </w:r>
    </w:p>
    <w:p>
      <w:pPr>
        <w:jc w:val="right"/>
      </w:pPr>
      <w:r>
        <w:t>ثبوت دیں گے تو وہ جھوٹے ہیں۔ فَاُولَٰئِكَ هُمُ الْكَاذِبُونَ اگر آدمی مثال نہ دے سکا تو فَاُولَٰئِكَ هُمُ الْكَاذِبُونَ کا لفظ اس پر چسپاں ہوگا۔</w:t>
      </w:r>
    </w:p>
    <w:p>
      <w:r>
        <w:rPr>
          <w:b/>
        </w:rPr>
        <w:t xml:space="preserve">[1:24:41] </w:t>
      </w:r>
      <w:r>
        <w:t>Miss Aisha ne Dilli se</w:t>
      </w:r>
    </w:p>
    <w:p>
      <w:pPr>
        <w:jc w:val="right"/>
      </w:pPr>
      <w:r>
        <w:t>Miss Aisha نے دلی سے</w:t>
      </w:r>
    </w:p>
    <w:p>
      <w:r>
        <w:rPr>
          <w:b/>
        </w:rPr>
        <w:t xml:space="preserve">[1:24:43] </w:t>
      </w:r>
      <w:r>
        <w:t>sawal kiya hai, unhon ne likha hai: "Molana, is there any difference between ego and self-respect, or they both are same?</w:t>
      </w:r>
    </w:p>
    <w:p>
      <w:pPr>
        <w:jc w:val="right"/>
      </w:pPr>
      <w:r>
        <w:t>سوال کیا ہے، انہوں نے لکھا ہے: "Molana, is there any difference between ego and self-respect, or they both are same?</w:t>
      </w:r>
    </w:p>
    <w:p>
      <w:r>
        <w:rPr>
          <w:b/>
        </w:rPr>
        <w:t xml:space="preserve">[1:24:54] </w:t>
      </w:r>
      <w:r>
        <w:t>Kindly explain." bhai, maine dekha dono ek hi hain. Self-respect khoobsurat naam hai arrogance ka.</w:t>
      </w:r>
    </w:p>
    <w:p>
      <w:pPr>
        <w:jc w:val="right"/>
      </w:pPr>
      <w:r>
        <w:t>Kindly explain." بھائی، میں نے دیکھا دونوں ایک ہی ہیں۔ Self-respect خوبصورت نام ہے arrogance کا۔</w:t>
      </w:r>
    </w:p>
    <w:p>
      <w:r>
        <w:rPr>
          <w:b/>
        </w:rPr>
        <w:t xml:space="preserve">[1:25:03] </w:t>
      </w:r>
      <w:r>
        <w:t>kya aap phir se padhiye? "Is there any difference between ego and self-respect?" haan,</w:t>
      </w:r>
    </w:p>
    <w:p>
      <w:pPr>
        <w:jc w:val="right"/>
      </w:pPr>
      <w:r>
        <w:t>کیا آپ پھر سے پڑھیے؟ "Is there any difference between ego and self-respect?" ہاں،</w:t>
      </w:r>
    </w:p>
    <w:p>
      <w:r>
        <w:rPr>
          <w:b/>
        </w:rPr>
        <w:t xml:space="preserve">[1:25:12] </w:t>
      </w:r>
      <w:r>
        <w:t>ego ka yaani self-respect, ego ka khoobsurat naam hai, bas. Self-respect theek wahi cheez hai jis ko hum ego kehte hain.</w:t>
      </w:r>
    </w:p>
    <w:p>
      <w:pPr>
        <w:jc w:val="right"/>
      </w:pPr>
      <w:r>
        <w:t>ego کا یعنی self-respect، ego کا خوبصورت نام ہے، بس۔ Self-respect ٹھیک وہی چیز ہے جس کو ہم ego کہتے ہیں۔</w:t>
      </w:r>
    </w:p>
    <w:p>
      <w:r>
        <w:rPr>
          <w:b/>
        </w:rPr>
        <w:t xml:space="preserve">[1:25:23] </w:t>
      </w:r>
      <w:r>
        <w:t>dono mein koi farq nahi, maine diya. Asal cheez hai modesty. Jo cheez valuable hai, woh modesty hai, self-respect nahi hai.</w:t>
      </w:r>
    </w:p>
    <w:p>
      <w:pPr>
        <w:jc w:val="right"/>
      </w:pPr>
      <w:r>
        <w:t>دونوں میں کوئی فرق نہیں، میں نے دیا۔ اصل چیز ہے modesty۔ جو چیز valuable ہے، وہ modesty ہے، self-respect نہیں ہے۔</w:t>
      </w:r>
    </w:p>
    <w:p>
      <w:r>
        <w:rPr>
          <w:b/>
        </w:rPr>
        <w:t xml:space="preserve">[1:25:34] </w:t>
      </w:r>
      <w:r>
        <w:t>"Self-respect is only the other name of ego." main dono mein farq nahi manta hoon.</w:t>
      </w:r>
    </w:p>
    <w:p>
      <w:pPr>
        <w:jc w:val="right"/>
      </w:pPr>
      <w:r>
        <w:t>"Self-respect is only the other name of ego." میں دونوں میں فرق نہیں مانتا ہوں۔</w:t>
      </w:r>
    </w:p>
    <w:p>
      <w:r>
        <w:rPr>
          <w:b/>
        </w:rPr>
        <w:t xml:space="preserve">[1:25:42] </w:t>
      </w:r>
      <w:r>
        <w:t>main dono ke andar farq nahi manta.</w:t>
      </w:r>
    </w:p>
    <w:p>
      <w:pPr>
        <w:jc w:val="right"/>
      </w:pPr>
      <w:r>
        <w:t>میں دونوں کے اندر فرق نہیں مانتا۔</w:t>
      </w:r>
    </w:p>
    <w:p>
      <w:r>
        <w:rPr>
          <w:b/>
        </w:rPr>
        <w:t xml:space="preserve">[1:25:48] </w:t>
      </w:r>
      <w:r>
        <w:t>Miss Tuti Malhotra ne Dilli se sawal kiya hai, unhon ne likha hai: "How can thinking of death much help us to become better days?" bahut zyada.</w:t>
      </w:r>
    </w:p>
    <w:p>
      <w:pPr>
        <w:jc w:val="right"/>
      </w:pPr>
      <w:r>
        <w:t>Miss Tuti Malhotra نے دلی سے سوال کیا ہے، انہوں نے لکھا ہے: "How can thinking of death much help us to become better days?" بہت زیادہ۔</w:t>
      </w:r>
    </w:p>
    <w:p>
      <w:r>
        <w:rPr>
          <w:b/>
        </w:rPr>
        <w:t xml:space="preserve">[1:26:00] </w:t>
      </w:r>
      <w:r>
        <w:t>jab zyada sochenge maut ke bare mein, to zyada achhe daai banenge. Kyun ke maut ke bare mein sochne ke maani kya hain?</w:t>
      </w:r>
    </w:p>
    <w:p>
      <w:pPr>
        <w:jc w:val="right"/>
      </w:pPr>
      <w:r>
        <w:t>جب زیادہ سوچیں گے موت کے بارے میں، تو زیادہ اچھے داعی بنیں گے۔ کیونکہ موت کے بارے میں سوچنے کے معنی کیا ہیں؟</w:t>
      </w:r>
    </w:p>
    <w:p>
      <w:r>
        <w:rPr>
          <w:b/>
        </w:rPr>
        <w:t xml:space="preserve">[1:26:09] </w:t>
      </w:r>
      <w:r>
        <w:t>aap ko sincerity aati hai. Responsibility aati hai.</w:t>
      </w:r>
    </w:p>
    <w:p>
      <w:pPr>
        <w:jc w:val="right"/>
      </w:pPr>
      <w:r>
        <w:t>آپ کو sincerity آتی ہے۔ Responsibility آتی ہے۔</w:t>
      </w:r>
    </w:p>
    <w:p>
      <w:r>
        <w:rPr>
          <w:b/>
        </w:rPr>
        <w:t xml:space="preserve">[1:26:18] </w:t>
      </w:r>
      <w:r>
        <w:t>yeh khayal hota hai ke bahut kam waqt hai. Subah mar jaaun, shaam mar jaaun. To kar daalna chahiye, mujhe kar dena chahiye.</w:t>
      </w:r>
    </w:p>
    <w:p>
      <w:pPr>
        <w:jc w:val="right"/>
      </w:pPr>
      <w:r>
        <w:t>یہ خیال ہوتا ہے کہ بہت کم وقت ہے۔ صبح مر جاؤں، شام مر جاؤں۔ تو کر ڈالنا چاہیے، مجھے کر دینا چاہیے۔</w:t>
      </w:r>
    </w:p>
    <w:p>
      <w:r>
        <w:rPr>
          <w:b/>
        </w:rPr>
        <w:t xml:space="preserve">[1:26:28] </w:t>
      </w:r>
      <w:r>
        <w:t>jaise main ek qissa arz karun. Umar bin Abdul Aziz jo the, woh Khalifa the. To Dilli mein hote the woh.</w:t>
      </w:r>
    </w:p>
    <w:p>
      <w:pPr>
        <w:jc w:val="right"/>
      </w:pPr>
      <w:r>
        <w:t>جیسے میں ایک قصہ عرض کروں۔ عمر ابن عبدالعزیز جو تھے، وہ خلیفہ تھے۔ تو دمشق میں ہوتے تھے وہ۔</w:t>
      </w:r>
    </w:p>
    <w:p>
      <w:r>
        <w:rPr>
          <w:b/>
        </w:rPr>
        <w:t xml:space="preserve">[1:26:39] </w:t>
      </w:r>
      <w:r>
        <w:t>to jis din bait hui, to subah se shaam tak bait hui. Dopahar se shaam tak. To thak gaye woh.</w:t>
      </w:r>
    </w:p>
    <w:p>
      <w:pPr>
        <w:jc w:val="right"/>
      </w:pPr>
      <w:r>
        <w:t>تو جس دن بیعت ہوئی، تو صبح سے شام تک بیعت ہوئی۔ دوپہر سے شام تک۔ تو تھک گئے وہ۔</w:t>
      </w:r>
    </w:p>
    <w:p>
      <w:r>
        <w:rPr>
          <w:b/>
        </w:rPr>
        <w:t xml:space="preserve">[1:26:48] </w:t>
      </w:r>
      <w:r>
        <w:t>to ghar mein aaye shaam ko, to let gaye. Lekin jab yeh mashhoor ho gaye ke Khalifa muqarrar ho gaye hain, to log aaye apne apne kaam ko le kar ke.</w:t>
      </w:r>
    </w:p>
    <w:p>
      <w:pPr>
        <w:jc w:val="right"/>
      </w:pPr>
      <w:r>
        <w:t>تو گھر میں آئے شام کو، تو لیٹ گئے۔ لیکن جب یہ مشہور ہو گئے کہ خلیفہ مقرر ہو گئے ہیں، تو لوگ آئے اپنے اپنے کام کو لے کر کے۔</w:t>
      </w:r>
    </w:p>
    <w:p>
      <w:r>
        <w:rPr>
          <w:b/>
        </w:rPr>
        <w:t xml:space="preserve">[1:26:59] </w:t>
      </w:r>
      <w:r>
        <w:t>darwaze par kuch log ikhatta ho gaye.</w:t>
      </w:r>
    </w:p>
    <w:p>
      <w:pPr>
        <w:jc w:val="right"/>
      </w:pPr>
      <w:r>
        <w:t>دروازے پر کچھ لوگ اکٹھا ہو گئے۔</w:t>
      </w:r>
    </w:p>
    <w:p>
      <w:r>
        <w:rPr>
          <w:b/>
        </w:rPr>
        <w:t xml:space="preserve">[1:27:02] </w:t>
      </w:r>
      <w:r>
        <w:t>to un ke bete the, Umar Abdul Aziz ke bete the. Woh unhon ne dekha ke log aaye hain apne apne kaam ko le kar ke, to baap ke paas gaye jo leTe hue the andar.</w:t>
      </w:r>
    </w:p>
    <w:p>
      <w:pPr>
        <w:jc w:val="right"/>
      </w:pPr>
      <w:r>
        <w:t>تو ان کے بیٹے تھے، عمر عبدالعزیز کے بیٹے تھے۔ وہ انہوں نے دیکھا کہ لوگ آئے ہیں اپنے اپنے کام کو لے کر کے، تو باپ کے پاس گئے جو لیٹے ہوئے تھے اندر۔</w:t>
      </w:r>
    </w:p>
    <w:p>
      <w:r>
        <w:rPr>
          <w:b/>
        </w:rPr>
        <w:t xml:space="preserve">[1:27:14] </w:t>
      </w:r>
      <w:r>
        <w:t>ke woh yahan kuch log aaye hain, un ke kuch problem hain, to un se aap mil li jiye. To unhon ne keh diya ke un se keh do kal aayen.</w:t>
      </w:r>
    </w:p>
    <w:p>
      <w:pPr>
        <w:jc w:val="right"/>
      </w:pPr>
      <w:r>
        <w:t>کہ وہ یہاں کچھ لوگ آئے ہیں، ان کے کچھ problem ہیں، تو ان سے آپ مل لیجیے۔ تو انہوں نے کہہ دیا کہ ان سے کہہ دو کل آئیں۔</w:t>
      </w:r>
    </w:p>
    <w:p>
      <w:r>
        <w:rPr>
          <w:b/>
        </w:rPr>
        <w:t xml:space="preserve">[1:27:27] </w:t>
      </w:r>
      <w:r>
        <w:t>mujhe kaho ke apna problem le kar kal aayen. To</w:t>
      </w:r>
    </w:p>
    <w:p>
      <w:pPr>
        <w:jc w:val="right"/>
      </w:pPr>
      <w:r>
        <w:t>مجھے کہو کہ اپنا problem لے کر کل آئیں۔ تو</w:t>
      </w:r>
    </w:p>
    <w:p>
      <w:r>
        <w:rPr>
          <w:b/>
        </w:rPr>
        <w:t xml:space="preserve">[1:27:31] </w:t>
      </w:r>
      <w:r>
        <w:t>bete ne kaha: "kya aap ko yaqeen hai ke aap kal tak zinda rahenge?"</w:t>
      </w:r>
    </w:p>
    <w:p>
      <w:pPr>
        <w:jc w:val="right"/>
      </w:pPr>
      <w:r>
        <w:t>بیٹے نے کہا: "کیا آپ کو یقین ہے کہ آپ کل تک زندہ رہیں گے؟"</w:t>
      </w:r>
    </w:p>
    <w:p>
      <w:r>
        <w:rPr>
          <w:b/>
        </w:rPr>
        <w:t xml:space="preserve">[1:27:43] </w:t>
      </w:r>
      <w:r>
        <w:t>un ke bete ne kaha: "kya aap ko yaqeen hai ke aap kal tak zinda rahenge?" To isi waqt uth gaye woh.</w:t>
      </w:r>
    </w:p>
    <w:p>
      <w:pPr>
        <w:jc w:val="right"/>
      </w:pPr>
      <w:r>
        <w:t>ان کے بیٹے نے کہا: "کیا آپ کو یقین ہے کہ آپ کل تک زندہ رہیں گے؟" تو اسی وقت اٹھ گئے وہ۔</w:t>
      </w:r>
    </w:p>
    <w:p>
      <w:r>
        <w:rPr>
          <w:b/>
        </w:rPr>
        <w:t xml:space="preserve">[1:27:53] </w:t>
      </w:r>
      <w:r>
        <w:t>apne bete ko bahut hamesha kehte the: "bete, tum ne mujhe bacha liya ek.</w:t>
      </w:r>
    </w:p>
    <w:p>
      <w:pPr>
        <w:jc w:val="right"/>
      </w:pPr>
      <w:r>
        <w:t>اپنے بیٹے کو بہت ہمیشہ کہتے تھے: "بیٹے، تم نے مجھے بچا لیا ایک۔</w:t>
      </w:r>
    </w:p>
    <w:p>
      <w:r>
        <w:rPr>
          <w:b/>
        </w:rPr>
        <w:t xml:space="preserve">[1:28:00] </w:t>
      </w:r>
      <w:r>
        <w:t>" To bahut is qadar karte the woh bete ko.</w:t>
      </w:r>
    </w:p>
    <w:p>
      <w:pPr>
        <w:jc w:val="right"/>
      </w:pPr>
      <w:r>
        <w:t>" تو بہت اس قدر کرتے تھے وہ بیٹے کو۔</w:t>
      </w:r>
    </w:p>
    <w:p>
      <w:r>
        <w:rPr>
          <w:b/>
        </w:rPr>
        <w:t xml:space="preserve">[1:28:06] </w:t>
      </w:r>
      <w:r>
        <w:t>to unhon ne jab Khalifa ho gaye to aap par zimmedari padh gayi. Aap ko sunna hai logon ki. To us ne kaha: "kya aap ko yaqeen hai ke aap kal tak zinda rahenge?"</w:t>
      </w:r>
    </w:p>
    <w:p>
      <w:pPr>
        <w:jc w:val="right"/>
      </w:pPr>
      <w:r>
        <w:t>تو انہوں نے جب خلیفہ ہو گئے تو آپ پر ذمہ داری پڑ گئی۔ آپ کو سننا ہے لوگوں کی۔ تو اس نے کہا: "کیا آپ کو یقین ہے کہ آپ کل تک زندہ رہیں گے؟"</w:t>
      </w:r>
    </w:p>
    <w:p>
      <w:r>
        <w:rPr>
          <w:b/>
        </w:rPr>
        <w:t xml:space="preserve">[1:28:19] </w:t>
      </w:r>
      <w:r>
        <w:t>to yeh daai ka haal yeh ho jata hai</w:t>
      </w:r>
    </w:p>
    <w:p>
      <w:pPr>
        <w:jc w:val="right"/>
      </w:pPr>
      <w:r>
        <w:t>تو یہ داعی کا حال یہ ہو جاتا ہے</w:t>
      </w:r>
    </w:p>
    <w:p>
      <w:r>
        <w:rPr>
          <w:b/>
        </w:rPr>
        <w:t xml:space="preserve">[1:28:25] </w:t>
      </w:r>
      <w:r>
        <w:t>ke ke aaj aaj mein agar zimmedari poori na kar paun to kal kal qayamat mein meri maut aa chuki ho. To maut ka ehsaas aap ko urgency ka paida karta hai.</w:t>
      </w:r>
    </w:p>
    <w:p>
      <w:pPr>
        <w:jc w:val="right"/>
      </w:pPr>
      <w:r>
        <w:t>کہ کہ آج آج میں اگر ذمہ داری پوری نہ کر پاؤں تو کل کل قیامت میں میری موت آ چکی ہو۔ تو موت کا احساس آپ کوurgency کا پیدا کرتا ہے۔</w:t>
      </w:r>
    </w:p>
    <w:p>
      <w:r>
        <w:rPr>
          <w:b/>
        </w:rPr>
        <w:t xml:space="preserve">[1:28:38] </w:t>
      </w:r>
      <w:r>
        <w:t>Urgency ka mizaj paida karta hai. Foran kar daalne ka, foran kar daalne ka. Koi nahi pata ke kal kya hoga, kal kal kya hoga.</w:t>
      </w:r>
    </w:p>
    <w:p>
      <w:pPr>
        <w:jc w:val="right"/>
      </w:pPr>
      <w:r>
        <w:t>Urgency کا مزاج پیدا کرتا ہے۔ فوراً کر ڈالنے کا، فوراً کر ڈالنے کا۔ کوئی نہیں پتا کہ کل کیا ہوگا، کل کل کیا ہوگا۔</w:t>
      </w:r>
    </w:p>
    <w:p>
      <w:r>
        <w:rPr>
          <w:b/>
        </w:rPr>
        <w:t xml:space="preserve">[1:28:49] </w:t>
      </w:r>
      <w:r>
        <w:t>to bohat ziyada aham baat hai ke aadmi daai ko hamesha apni maut ko yaad rakhna chahiye.</w:t>
      </w:r>
    </w:p>
    <w:p>
      <w:pPr>
        <w:jc w:val="right"/>
      </w:pPr>
      <w:r>
        <w:t>تو بہت زیادہ اہم بات ہے کہ آدمی داعی کو ہمیشہ اپنی موت کو یاد رکھنا چاہیے۔</w:t>
      </w:r>
    </w:p>
    <w:p>
      <w:r>
        <w:rPr>
          <w:b/>
        </w:rPr>
        <w:t xml:space="preserve">[1:28:59] </w:t>
      </w:r>
      <w:r>
        <w:t>"Molana Zaqwan Nadvi ne Dilli se sawal kiya hai, unhon ne likha hai: "Qur'an mein bataya gaya hai, chapter two mein ke ahle iman par jab koi musibat aati hai to woh kehte hain: 'Inna lillah'.</w:t>
      </w:r>
    </w:p>
    <w:p>
      <w:pPr>
        <w:jc w:val="right"/>
      </w:pPr>
      <w:r>
        <w:t>"Molana Zaqwan Nadvi نے دلی سے سوال کیا ہے، انہوں نے لکھا ہے: "قرآن میں بتایا گیا ہے، چیپٹر ٹو میں کہ اہل ایمان پر جب کوئی مصیبت آتی ہے تو وہ کہتے ہیں: 'انا للہ'۔</w:t>
      </w:r>
    </w:p>
    <w:p>
      <w:r>
        <w:rPr>
          <w:b/>
        </w:rPr>
        <w:t xml:space="preserve">[1:29:15] </w:t>
      </w:r>
      <w:r>
        <w:t>is ayat ka mafhoom wazeh farmayen."</w:t>
      </w:r>
    </w:p>
    <w:p>
      <w:pPr>
        <w:jc w:val="right"/>
      </w:pPr>
      <w:r>
        <w:t>اس آیت کا مفہوم واضح فرمائیں۔"</w:t>
      </w:r>
    </w:p>
    <w:p>
      <w:r>
        <w:rPr>
          <w:b/>
        </w:rPr>
        <w:t xml:space="preserve">[1:29:27] </w:t>
      </w:r>
      <w:r>
        <w:t>"Inna lillahi wa inna ilaihi raji'un" . to is mein yeh hai ke koi musibat parti hai to yeh aadmi ek kaf kar deta hai ke hum Allah ke liye hain aur Allah ki taraf wapas jana hai humein.</w:t>
      </w:r>
    </w:p>
    <w:p>
      <w:pPr>
        <w:jc w:val="right"/>
      </w:pPr>
      <w:r>
        <w:t>"انا لله وانا الیہ راجعون" ۔ تو اس میں یہ ہے کہ کوئی مصیبت پڑتی ہے تو یہ آدمی ایک کف کر دیتا ہے کہ ہم اللہ کے لیے ہیں اور اللہ کی طرف واپس جانا ہے ہمیں۔</w:t>
      </w:r>
    </w:p>
    <w:p>
      <w:r>
        <w:rPr>
          <w:b/>
        </w:rPr>
        <w:t xml:space="preserve">[1:29:39] </w:t>
      </w:r>
      <w:r>
        <w:t>matlab yeh jo musibat aayi, yeh Allah ki taraf se aayi hai. yeh dunya mein jo hukm hai, Khuda ke hukm se hota hai. jab Khuda hukm hua hai to phir hum is ko, humein yani is ko lena hai jaisa ke hai.</w:t>
      </w:r>
    </w:p>
    <w:p>
      <w:pPr>
        <w:jc w:val="right"/>
      </w:pPr>
      <w:r>
        <w:t>مطلب یہ جو مصیبت آئی، یہ اللہ کی طرف سے آئی ہے۔ یہ دنیا میں جو حکم ہے، خدا کے حکم سے ہوتا ہے۔ جب خدا حکم ہوا ہے تو پھر ہم اس کو، ہمیں یعنی اس کو لینا ہے جیسا کہ ہے۔</w:t>
      </w:r>
    </w:p>
    <w:p>
      <w:r>
        <w:rPr>
          <w:b/>
        </w:rPr>
        <w:t xml:space="preserve">[1:29:52] </w:t>
      </w:r>
      <w:r>
        <w:t>woh</w:t>
      </w:r>
    </w:p>
    <w:p>
      <w:pPr>
        <w:jc w:val="right"/>
      </w:pPr>
      <w:r>
        <w:t>وہ</w:t>
      </w:r>
    </w:p>
    <w:p>
      <w:r>
        <w:rPr>
          <w:b/>
        </w:rPr>
        <w:t xml:space="preserve">[1:29:53] </w:t>
      </w:r>
      <w:r>
        <w:t>is par rona dhona, noha karna, shikayaten karna, negative ban jana, woh to nahi karna chahiye humein.</w:t>
      </w:r>
    </w:p>
    <w:p>
      <w:pPr>
        <w:jc w:val="right"/>
      </w:pPr>
      <w:r>
        <w:t>اس پر رونا دھونا، نوحہ کرنا، شکایتیں کرنا، نیگیٹیو بن جانا، وہ تو نہیں کرنا چاہیے ہمیں۔</w:t>
      </w:r>
    </w:p>
    <w:p>
      <w:r>
        <w:rPr>
          <w:b/>
        </w:rPr>
        <w:t xml:space="preserve">[1:30:05] </w:t>
      </w:r>
      <w:r>
        <w:t>aur Allah ke haan humein lotna hai, yani aaj hum ne kiya response diya, is ka jawab dena hai Allah taala ke haan</w:t>
      </w:r>
    </w:p>
    <w:p>
      <w:pPr>
        <w:jc w:val="right"/>
      </w:pPr>
      <w:r>
        <w:t>اور اللہ کے ہاں ہمیں لوٹنا ہے، یعنی آج ہم نے کیا رسپانس دیا، اس کا جواب دینا ہے اللہ تعالی کے ہ</w:t>
      </w:r>
    </w:p>
    <w:p>
      <w:r>
        <w:rPr>
          <w:b/>
        </w:rPr>
        <w:t xml:space="preserve">[1:30:11] </w:t>
      </w:r>
      <w:r>
        <w:t>haan ke tum par jo baaten guzren, is mein hai ke kabhi maal ka nuqsan hota hai, kabhi aulad ka nuqsan hota hai, kabhi izzat ka nuqsan hota hai.</w:t>
      </w:r>
    </w:p>
    <w:p>
      <w:pPr>
        <w:jc w:val="right"/>
      </w:pPr>
      <w:r>
        <w:t>اں کہ تم پر جو باتیں گزریں، اس میں ہے کہ کبھی مال کا نقصان ہوتا ہے، کبھی اولاد کا نقصان ہوتا ہے، کبھی عزت کا نقصان ہوتا ہے۔</w:t>
      </w:r>
    </w:p>
    <w:p>
      <w:r>
        <w:rPr>
          <w:b/>
        </w:rPr>
        <w:t xml:space="preserve">[1:30:21] </w:t>
      </w:r>
      <w:r>
        <w:t>mukhtalif nuqsanat pesh aate hain.</w:t>
      </w:r>
    </w:p>
    <w:p>
      <w:pPr>
        <w:jc w:val="right"/>
      </w:pPr>
      <w:r>
        <w:t>مختلف نقصانات پیش آتے ہیں۔</w:t>
      </w:r>
    </w:p>
    <w:p>
      <w:r>
        <w:rPr>
          <w:b/>
        </w:rPr>
        <w:t xml:space="preserve">[1:30:24] </w:t>
      </w:r>
      <w:r>
        <w:t>"Munkhasir min al-amwal" . nuqs ka lafz hai is mein. kisi na kisi ka nuqsan pesh aata rehta hai bar bar. to wahan par yeh ayat aati hai ke woh nuqsan jo tum ko hua hai, woh Allah ke hukm se hua hai.</w:t>
      </w:r>
    </w:p>
    <w:p>
      <w:pPr>
        <w:jc w:val="right"/>
      </w:pPr>
      <w:r>
        <w:t>"منخسر من الاموال" ۔ نقص کا لفظ ہے اس میں۔ کسی نہ کسی کا نقصان پیش آتا رہتا ہے بار بار۔ تو وہاں پر یہ آیت آتی ہے کہ وہ نقصان جو تم کو ہوا ہے، وہ اللہ کے حکم سے ہوا ہے۔</w:t>
      </w:r>
    </w:p>
    <w:p>
      <w:r>
        <w:rPr>
          <w:b/>
        </w:rPr>
        <w:t xml:space="preserve">[1:30:36] </w:t>
      </w:r>
      <w:r>
        <w:t>hukm mani hai ke jo nizam-e-fitrat banaya hai Allah taala ne, is ki wajah se aisa pesh aaya hai. to is ko agar tum ne positive taur par nahi liya, negative taur par liya, to Allah taala ke haan tum jahan jahan jana hai, wahan kya jawab doge?</w:t>
      </w:r>
    </w:p>
    <w:p>
      <w:pPr>
        <w:jc w:val="right"/>
      </w:pPr>
      <w:r>
        <w:t>حکم معنی ہے کہ جو نظام فطرت بنایا ہے اللہ تعالی نے، اس کی وجہ سے ایسا پیش آیا ہے۔ تو اس کو اگر تم نے positive طور پر نہیں لیا، negative طور پر لیا، تو اللہ تعالی کے ہاں تم جہاں جہاں جانا ہے، وہاں کیا جواب دو گے؟</w:t>
      </w:r>
    </w:p>
    <w:p>
      <w:r>
        <w:rPr>
          <w:b/>
        </w:rPr>
        <w:t xml:space="preserve">[1:30:51] </w:t>
      </w:r>
      <w:r>
        <w:t>yeh soch kar ke aadmi, yeh soch jab aadmi yeh sochta hai ke lotna Allah ki taraf hai, to woh jo pesh aaya hai, us mein woh apni positive response dene lagta hai.</w:t>
      </w:r>
    </w:p>
    <w:p>
      <w:pPr>
        <w:jc w:val="right"/>
      </w:pPr>
      <w:r>
        <w:t>یہ سوچ کر کے آدمی، یہ سوچ جب آدمی یہ سوچتا ہے کہ لوٹنا اللہ کی طرف ہے، تو وہ جو پیش آیا ہے، اس میں وہ اپنی positive response دینے لگتا ہے۔</w:t>
      </w:r>
    </w:p>
    <w:p>
      <w:r>
        <w:rPr>
          <w:b/>
        </w:rPr>
        <w:t xml:space="preserve">[1:31:03] </w:t>
      </w:r>
      <w:r>
        <w:t>apne aap ko is se bachata hai ke main negative response de kar ke Allah taala ke haan pakda jaon.</w:t>
      </w:r>
    </w:p>
    <w:p>
      <w:pPr>
        <w:jc w:val="right"/>
      </w:pPr>
      <w:r>
        <w:t>اپنے آپ کو اس سے بچاتا ہے کہ میں negative response دے کر کے اللہ تعالی کے ہاں پکڑ جاؤں۔</w:t>
      </w:r>
    </w:p>
    <w:p>
      <w:r>
        <w:rPr>
          <w:b/>
        </w:rPr>
        <w:t xml:space="preserve">[1:31:12] </w:t>
      </w:r>
      <w:r>
        <w:t>"Molana Shariq Hussain ne Dilli se likha hai: "Hadith aktharu dhikra ladhdhatil ladhdhat".</w:t>
      </w:r>
    </w:p>
    <w:p>
      <w:pPr>
        <w:jc w:val="right"/>
      </w:pPr>
      <w:r>
        <w:t>"Molana Shariq Hussain نے دلی سے لکھا ہے: "حدیث اکثرو ذکراھذی مل لذات میںھذی مل"۔</w:t>
      </w:r>
    </w:p>
    <w:p>
      <w:r>
        <w:rPr>
          <w:b/>
        </w:rPr>
        <w:t xml:space="preserve">[1:31:21] </w:t>
      </w:r>
      <w:r>
        <w:t>al-ladhdhat se kya murad hai? "Desire" . ladhdhat ke mani desire. Desire hi nahi hota to bhatakte rehte hain.</w:t>
      </w:r>
    </w:p>
    <w:p>
      <w:pPr>
        <w:jc w:val="right"/>
      </w:pPr>
      <w:r>
        <w:t>اللذات سے کیا مراد ہے؟ "Desire" ۔ لذات کے معنی desire۔ Desire ہی نہیں ہوتا تو بھٹکتے رہتے ہیں۔</w:t>
      </w:r>
    </w:p>
    <w:p>
      <w:r>
        <w:rPr>
          <w:b/>
        </w:rPr>
        <w:t xml:space="preserve">[1:31:33] </w:t>
      </w:r>
      <w:r>
        <w:t>jitna bhatkao dunya mein hota hai, jitna distraction jo hota hai, woh sab ladhdhat ya desire ki wajah se hota hai.</w:t>
      </w:r>
    </w:p>
    <w:p>
      <w:pPr>
        <w:jc w:val="right"/>
      </w:pPr>
      <w:r>
        <w:t>جتنا بھٹکاؤ دنیا میں ہوتا ہے، جتنا distraction جو ہوتا ہے، وہ سب لذات یا desire کی وجہ سے ہوتا ہے۔</w:t>
      </w:r>
    </w:p>
    <w:p>
      <w:r>
        <w:rPr>
          <w:b/>
        </w:rPr>
        <w:t xml:space="preserve">[1:31:39] </w:t>
      </w:r>
      <w:r>
        <w:t>to kaha ke is ko yun kaha keh sakte hain aap ke maut jo hai, aap ko desire ko control karne ka qabil banati hai.</w:t>
      </w:r>
    </w:p>
    <w:p>
      <w:pPr>
        <w:jc w:val="right"/>
      </w:pPr>
      <w:r>
        <w:t>تو کہا کہ اس کو یوں کہا جا کہہ سکتے ہیں آپ کہ موت جو ہے، آپ کو desire کو کنٹرول کرنے کا قابل بناتی ہے۔</w:t>
      </w:r>
    </w:p>
    <w:p>
      <w:r>
        <w:rPr>
          <w:b/>
        </w:rPr>
        <w:t xml:space="preserve">[1:31:50] </w:t>
      </w:r>
      <w:r>
        <w:t>yani desire ko control karne ka mizaj banati hai maut. ek hai khwahishon ke peeche daurna. khwahishen hain, ladhdhat hain, desire hain, peeche daurna.</w:t>
      </w:r>
    </w:p>
    <w:p>
      <w:pPr>
        <w:jc w:val="right"/>
      </w:pPr>
      <w:r>
        <w:t>یعنی desire کو کنٹرول کرنے کا مزاج بناتی ہے موت۔ ایک ہے خواہشوں کے پیچھے دوڑنا۔ خواہشیں ہیں، لذتیں ہیں، desire ہیں، پیچھے دوڑنا۔</w:t>
      </w:r>
    </w:p>
    <w:p>
      <w:r>
        <w:rPr>
          <w:b/>
        </w:rPr>
        <w:t xml:space="preserve">[1:32:01] </w:t>
      </w:r>
      <w:r>
        <w:t>ek yeh hai. yeh woh karta hai jo aadmi maut ko yaad na rakhta ho, maut ko bhula hua ho. lekin jo maut ko bhula hua hoga, to desire ko control karega.</w:t>
      </w:r>
    </w:p>
    <w:p>
      <w:pPr>
        <w:jc w:val="right"/>
      </w:pPr>
      <w:r>
        <w:t>ایک یہ ہے۔ یہ وہ کرتا ہے جو آدمی موت کو یاد نہ رکھتا ہو، موت کو بھلا ہوا ہو۔ لیکن جو موت کو بھلا ہوا ہوگا، تو desire کو کنٹرول کرے گا۔</w:t>
      </w:r>
    </w:p>
    <w:p>
      <w:r>
        <w:rPr>
          <w:b/>
        </w:rPr>
        <w:t xml:space="preserve">[1:32:10] </w:t>
      </w:r>
      <w:r>
        <w:t>woh apni khwahishon ko control karega. woh</w:t>
      </w:r>
    </w:p>
    <w:p>
      <w:pPr>
        <w:jc w:val="right"/>
      </w:pPr>
      <w:r>
        <w:t>وہ اپنی خواہشوں کو کنٹرول کرے گا۔ وہ</w:t>
      </w:r>
    </w:p>
    <w:p>
      <w:r>
        <w:rPr>
          <w:b/>
        </w:rPr>
        <w:t xml:space="preserve">[1:32:16] </w:t>
      </w:r>
      <w:r>
        <w:t>is ke andar responsibility aa jayegi. yeh matlab hai is ka.</w:t>
      </w:r>
    </w:p>
    <w:p>
      <w:pPr>
        <w:jc w:val="right"/>
      </w:pPr>
      <w:r>
        <w:t>اس کے اندر responsibility آ جائے گی۔ یہ مطلب ہے اس کا۔</w:t>
      </w:r>
    </w:p>
    <w:p>
      <w:r>
        <w:rPr>
          <w:b/>
        </w:rPr>
        <w:t xml:space="preserve">[1:32:24] </w:t>
      </w:r>
      <w:r>
        <w:t>"Mr. Khurram Qureshi ne Dilli se sawal kiya hai, unhon ne likha hai:</w:t>
      </w:r>
    </w:p>
    <w:p>
      <w:pPr>
        <w:jc w:val="right"/>
      </w:pPr>
      <w:r>
        <w:t>"Mr. Khurram Qureshi نے دلی سے سوال کیا ہے، انہوں نے لکھا ہے:</w:t>
      </w:r>
    </w:p>
    <w:p>
      <w:r>
        <w:rPr>
          <w:b/>
        </w:rPr>
        <w:t xml:space="preserve">[1:32:30] </w:t>
      </w:r>
      <w:r>
        <w:t>"Some Muslim groups create obstacles in distribution of Quran to non-Muslims, saying that it is notright to give Quran to them as they are unclean.</w:t>
      </w:r>
    </w:p>
    <w:p>
      <w:pPr>
        <w:jc w:val="right"/>
      </w:pPr>
      <w:r>
        <w:t>"Some Muslim groups create obstacles in distribution of Quran to non-Muslims, saying that it is notright to give Quran to them as they are unclean.</w:t>
      </w:r>
    </w:p>
    <w:p>
      <w:r>
        <w:rPr>
          <w:b/>
        </w:rPr>
        <w:t xml:space="preserve">[1:32:41] </w:t>
      </w:r>
      <w:r>
        <w:t>They also cite an example from the life of Caliph Umar to justify their claim. Molana, what is your advice on this?"</w:t>
      </w:r>
    </w:p>
    <w:p>
      <w:pPr>
        <w:jc w:val="right"/>
      </w:pPr>
      <w:r>
        <w:t>They also cite an example from the life of Caliph Umar to justify their claim. Molana, what is your advice on this?"</w:t>
      </w:r>
    </w:p>
    <w:p>
      <w:r>
        <w:rPr>
          <w:b/>
        </w:rPr>
        <w:t xml:space="preserve">[1:32:54] </w:t>
      </w:r>
      <w:r>
        <w:t>dekhen, yeh aaj kal jo Quran ka translation hamare log idhar udhar de rahe hain, is ke context mein yeh masla uthate hain log ke aap ghair muslimon ko Quran de rahe hain aur Quran ke liye hukum hai ke wuzu kar ke us ko chho'o, to woh to us ke paband nahin hain, woh be-hurmati karen ge.</w:t>
      </w:r>
    </w:p>
    <w:p>
      <w:pPr>
        <w:jc w:val="right"/>
      </w:pPr>
      <w:r>
        <w:t>دیکھیں، یہ آج کل جو Quran کا translation ہمارے لوگ ادھر ادھر دے رہے ہیں، اس کے context میں یہ مسئلہ اٹھاتے ہیں لوگ کہ آپ غیر مسلموں کو Quran دے رہے ہیں اور Quran کے لیے حکم ہے کہ وضو کر کے اس کو چھوؤ، تو وہ تو اس کے پابند نہیں ہیں، وہ بے حرمتی کریں گے۔</w:t>
      </w:r>
    </w:p>
    <w:p>
      <w:r>
        <w:rPr>
          <w:b/>
        </w:rPr>
        <w:t xml:space="preserve">[1:33:17] </w:t>
      </w:r>
      <w:r>
        <w:t>dekhen, yeh galat baat hai.</w:t>
      </w:r>
    </w:p>
    <w:p>
      <w:pPr>
        <w:jc w:val="right"/>
      </w:pPr>
      <w:r>
        <w:t>دیکھیں، یہ غلط بات ہے۔</w:t>
      </w:r>
    </w:p>
    <w:p>
      <w:r>
        <w:rPr>
          <w:b/>
        </w:rPr>
        <w:t xml:space="preserve">[1:33:20] </w:t>
      </w:r>
      <w:r>
        <w:t>ek baat samajh lijiye ke ulama mein do groh hain. ek groh woh hai jo manta hai ke wuzu zaroori hai Quran chho'ne ke liye,</w:t>
      </w:r>
    </w:p>
    <w:p>
      <w:pPr>
        <w:jc w:val="right"/>
      </w:pPr>
      <w:r>
        <w:t>ایک بات سمجھ لیجیے کہ علماء میں دو گروہ ہیں۔ ایک گروہ وہ ہے جو مانتا ہے کہ وضو ضروری ہے Quran چھونے کے لیے،</w:t>
      </w:r>
    </w:p>
    <w:p>
      <w:r>
        <w:rPr>
          <w:b/>
        </w:rPr>
        <w:t xml:space="preserve">[1:33:34] </w:t>
      </w:r>
      <w:r>
        <w:t>lekin doosra groh bhi hai jo us ko zaroori nahin manta. dono groh mein ek mazmoon chha-pa hai, abhi hamare risala mein, July mein chha-pa hai, abhi July mein.</w:t>
      </w:r>
    </w:p>
    <w:p>
      <w:pPr>
        <w:jc w:val="right"/>
      </w:pPr>
      <w:r>
        <w:t>لیکن دوسرا گروہ بھی ہے جو اس کو ضروری نہیں مانتا۔ دونوں گروہ میں ایک مضمون چھپا ہے، ابھی ہمارے رسالہ میں، جولائی میں چھپا ہے، ابھی جولائی میں۔</w:t>
      </w:r>
    </w:p>
    <w:p>
      <w:r>
        <w:rPr>
          <w:b/>
        </w:rPr>
        <w:t xml:space="preserve">[1:33:44] </w:t>
      </w:r>
      <w:r>
        <w:t>to yeh yeh manna yeh galat hoga. yeh manna ke saare ulama yahi kehte hain.</w:t>
      </w:r>
    </w:p>
    <w:p>
      <w:pPr>
        <w:jc w:val="right"/>
      </w:pPr>
      <w:r>
        <w:t>تو یہ یہ ماننا یہ غلط ہوگا۔ یہ ماننا کہ سارے علماء یہی کہتے ہیں۔</w:t>
      </w:r>
    </w:p>
    <w:p>
      <w:r>
        <w:rPr>
          <w:b/>
        </w:rPr>
        <w:t xml:space="preserve">[1:33:50] </w:t>
      </w:r>
      <w:r>
        <w:t>ulama mein do groh hain. ek woh hain jo kehte hain ke wuzu zaroori hai, lekin jis ayat se nikalte hain, woh to doosre ulama kehte hain ke is ayat se to nikalta nahin hai.</w:t>
      </w:r>
    </w:p>
    <w:p>
      <w:pPr>
        <w:jc w:val="right"/>
      </w:pPr>
      <w:r>
        <w:t>علماء میں دو گروہ ہیں۔ ایک وہ ہیں جو کہتے ہیں کہ وضو ضروری ہے، لیکن جس آیت سے نکالتے ہیں، وہ تو دوسرے علماء کہتے ہیں کہ اس آیت سے تو نکلتا نہیں ہے۔</w:t>
      </w:r>
    </w:p>
    <w:p>
      <w:r>
        <w:rPr>
          <w:b/>
        </w:rPr>
        <w:t xml:space="preserve">[1:34:05] </w:t>
      </w:r>
      <w:r>
        <w:t>doosri baat yeh hai, ek to ek ek pehlu yeh hai. doosra baat yeh hai ke ulama ka jo maslak hai, woh sirf text ke bare mein hai, tarjume ke bare mein nahin hai.</w:t>
      </w:r>
    </w:p>
    <w:p>
      <w:pPr>
        <w:jc w:val="right"/>
      </w:pPr>
      <w:r>
        <w:t>دوسری بات یہ ہے، ایک تو ایک ایک پہلو یہ ہے۔ دوسرا بات یہ ہے کہ علماء کا جو مسلک ہے، وہ صرف ٹیکسٹ کے بارے میں ہے، ترجمے کے بارے میں نہیں ہے۔</w:t>
      </w:r>
    </w:p>
    <w:p>
      <w:r>
        <w:rPr>
          <w:b/>
        </w:rPr>
        <w:t xml:space="preserve">[1:34:15] </w:t>
      </w:r>
      <w:r>
        <w:t>yeh to naya shosha nikala hai logon ne.</w:t>
      </w:r>
    </w:p>
    <w:p>
      <w:pPr>
        <w:jc w:val="right"/>
      </w:pPr>
      <w:r>
        <w:t>یہ تو نیا شوشہ نکالا ہے لوگوں نے۔</w:t>
      </w:r>
    </w:p>
    <w:p>
      <w:r>
        <w:rPr>
          <w:b/>
        </w:rPr>
        <w:t xml:space="preserve">[1:34:19] </w:t>
      </w:r>
      <w:r>
        <w:t>yeh naya shosha nikala hai. yaani ba-wuzu chho'na ya parhna text ke liye hai, yeh tarjume ke liye nahin hai.</w:t>
      </w:r>
    </w:p>
    <w:p>
      <w:pPr>
        <w:jc w:val="right"/>
      </w:pPr>
      <w:r>
        <w:t>یہ نیا شوشہ نکالا ہے۔ یعنی باوضو چھونا یا پڑھنا ٹیکسٹ کے لیے ہے، یہ ترجمے کے لیے نہیں ہے۔</w:t>
      </w:r>
    </w:p>
    <w:p>
      <w:r>
        <w:rPr>
          <w:b/>
        </w:rPr>
        <w:t xml:space="preserve">[1:34:28] </w:t>
      </w:r>
      <w:r>
        <w:t>yeh to bilkul hi galat masla nikal rakha hai logon ne. is ka ulama se koi ta'alluq hi nahin hai.</w:t>
      </w:r>
    </w:p>
    <w:p>
      <w:pPr>
        <w:jc w:val="right"/>
      </w:pPr>
      <w:r>
        <w:t>یہ تو بالکل ہی غلط مسئلہ نکال رکھا ہے لوگوں نے۔ اس کا علماء سے کوئی تعلق ہی نہیں ہے۔</w:t>
      </w:r>
    </w:p>
    <w:p>
      <w:r>
        <w:rPr>
          <w:b/>
        </w:rPr>
        <w:t xml:space="preserve">[1:34:34] </w:t>
      </w:r>
      <w:r>
        <w:t>jo maslak ke ulama jo hain, maslak ke ulama ke bare mein samajh lijiye ke ek tabqa kehta hai ke wuzu zaroori hai Quran chho'ne ke liye, yaani Quran arabi Quran, arabi Quran chho'ne ke liye.</w:t>
      </w:r>
    </w:p>
    <w:p>
      <w:pPr>
        <w:jc w:val="right"/>
      </w:pPr>
      <w:r>
        <w:t>جو مسلک کے علماء جو ہیں، مسلک کے علماء کے بارے میں سمجھ لیجیے کہ ایک طبقہ کہتا ہے کہ وضو ضروری ہے Quran چھونے کے لیے، یعنی قرآن عربی قرآن، عربی قرآن چھونے کے لیے۔</w:t>
      </w:r>
    </w:p>
    <w:p>
      <w:r>
        <w:rPr>
          <w:b/>
        </w:rPr>
        <w:t xml:space="preserve">[1:34:47] </w:t>
      </w:r>
      <w:r>
        <w:t>doosra tabqa kehta hai ke nahin, zaroori nahin hai, woh baghair wuzu bhi chho sakte hain aap. lekin jahan tak tarjume ki baat hai, sirf tarjuma, baghair without text, us mein to koi ikhtilaf hi nahin hai.</w:t>
      </w:r>
    </w:p>
    <w:p>
      <w:pPr>
        <w:jc w:val="right"/>
      </w:pPr>
      <w:r>
        <w:t>دوسرا طبقہ کہتا ہے کہ نہیں، ضروری نہیں ہے، وہ بغیر وضو بھی چھو سکتے ہیں آپ۔ لیکن جہاں تک ترجمے کی بات ہے، صرف ترجمہ، بغیر without ٹیکسٹ، اس میں تو کوئی اختلاف ہی نہیں ہے۔</w:t>
      </w:r>
    </w:p>
    <w:p>
      <w:r>
        <w:rPr>
          <w:b/>
        </w:rPr>
        <w:t xml:space="preserve">[1:34:59] </w:t>
      </w:r>
      <w:r>
        <w:t>koi aalim nahin kehta hai, us mein koi fatwa nahin</w:t>
      </w:r>
    </w:p>
    <w:p>
      <w:pPr>
        <w:jc w:val="right"/>
      </w:pPr>
      <w:r>
        <w:t>کوئی عالم نہیں کہتا ہے، اس میں کوئی فتویٰ نہیں</w:t>
      </w:r>
    </w:p>
    <w:p>
      <w:r>
        <w:rPr>
          <w:b/>
        </w:rPr>
        <w:t xml:space="preserve">[1:35:02] </w:t>
      </w:r>
      <w:r>
        <w:t>hai ke us ko bhi wuzu ke baghair nahin chho sakte aap. yeh bohat bara confusion hai. us mein mein ek baat yeh arz kar doon ke log ah, us mein ek confusion is liye aaya hai ke log us ko us par qiyas karte hain, Bible par.</w:t>
      </w:r>
    </w:p>
    <w:p>
      <w:pPr>
        <w:jc w:val="right"/>
      </w:pPr>
      <w:r>
        <w:t>ہے کہ اس کو بھی وضو کے بغیر نہیں چھو سکتے آپ۔ یہ بہت بڑا کنفیوژن ہے۔ اس میں میں ایک بات یہ عرض کر دوں کہ لوگ اہ، اس میں ایک کنفیوژن اس لیے آیا ہے کہ لوگ اس کو اس پر قیاس کرتے ہیں، بائبل پر۔</w:t>
      </w:r>
    </w:p>
    <w:p>
      <w:r>
        <w:rPr>
          <w:b/>
        </w:rPr>
        <w:t xml:space="preserve">[1:35:21] </w:t>
      </w:r>
      <w:r>
        <w:t>dekhen, Bible mein jo tarjuma hota hai, us ko woh us ko kehte hain authentic version. Quran ka tarjuma authentic version nahin hota hai.</w:t>
      </w:r>
    </w:p>
    <w:p>
      <w:pPr>
        <w:jc w:val="right"/>
      </w:pPr>
      <w:r>
        <w:t>دیکھیں، بائبل میں جو ترجمہ ہوتا ہے، اس کو وہ اس کو کہتے ہیں اتھینٹک ورژن۔ قرآن کا ترجمہ اتھینٹک ورژن نہیں ہوتا ہے۔</w:t>
      </w:r>
    </w:p>
    <w:p>
      <w:r>
        <w:rPr>
          <w:b/>
        </w:rPr>
        <w:t xml:space="preserve">[1:35:30] </w:t>
      </w:r>
      <w:r>
        <w:t>yeh bohat bari galat fehmi logon ko shayad is liye paida hui hai. Bible ka jo tarjuma hai, woh us ka text dono ek hain. un ke nazdeek, un ki aqeedat ke mutabiq, ek hi darja dono ka hai, kyunke us ko woh authentic version mante hain.</w:t>
      </w:r>
    </w:p>
    <w:p>
      <w:pPr>
        <w:jc w:val="right"/>
      </w:pPr>
      <w:r>
        <w:t>یہ بہت بڑی غلط فہمی لوگوں کو شاید اس لیے پیدا ہوئی ہے۔ بائبل کا جو ترجمہ ہے، وہ اس کا ٹیکسٹ دونوں ایک ہیں۔ ان کے نزدیک، ان کی عقیدے کے مطابق، ایک ہی درجہ دونوں کا ہے، کیونکہ اس کو وہ اتھینٹک ورژن مانتے ہیں۔</w:t>
      </w:r>
    </w:p>
    <w:p>
      <w:r>
        <w:rPr>
          <w:b/>
        </w:rPr>
        <w:t xml:space="preserve">[1:35:45] </w:t>
      </w:r>
      <w:r>
        <w:t>un ke haan tarjuma aisa nahin hota, jaise ke kisi ne tarjuma kar diya. un ke haan tarjuma hota hai ke baqayda un ka jo jo Pope hai, us ki taraf se ek board banaya jata hai.</w:t>
      </w:r>
    </w:p>
    <w:p>
      <w:pPr>
        <w:jc w:val="right"/>
      </w:pPr>
      <w:r>
        <w:t>ان کے ہاں ترجمہ ایسا نہیں ہوتا، جیسے کہ کسی نے ترجمہ کر دیا۔ ان کے ہاں ترجمہ ہوتا ہے کہ باقاعدہ ان کا جو جو پوپ ہے، اس کی طرف سے ایک بورڈ بنایا جاتا ہے۔</w:t>
      </w:r>
    </w:p>
    <w:p>
      <w:r>
        <w:rPr>
          <w:b/>
        </w:rPr>
        <w:t xml:space="preserve">[1:35:58] </w:t>
      </w:r>
      <w:r>
        <w:t>woh board tarjuma karta hai, phir woh authorize karte hain. us ko authorized version kehte hain, ya authentic version, ya authorized version.</w:t>
      </w:r>
    </w:p>
    <w:p>
      <w:pPr>
        <w:jc w:val="right"/>
      </w:pPr>
      <w:r>
        <w:t>وہ بورڈ ترجمہ کرتا ہے، پھر وہ اتھورائز کرتے ہیں۔ اس کو اتھورائزڈ ورژن کہتے ہیں، یا اتھینٹک ورژن، یا اتھورائزڈ ورژن۔</w:t>
      </w:r>
    </w:p>
    <w:p>
      <w:r>
        <w:rPr>
          <w:b/>
        </w:rPr>
        <w:t xml:space="preserve">[1:36:08] </w:t>
      </w:r>
      <w:r>
        <w:t>to hamara authorized version ka concept hamari Islam mein hai hi nahin. Islam mein koi bhi tarjuma authorized version keh nahin sakta. yeh ek aadmi ka tarjuma hai, bas woh to us se compare kar ke log samajh lete hain ke jis tarah se wahan authorized version hote hain, aise yahan bhi authorized version nahin hai.</w:t>
      </w:r>
    </w:p>
    <w:p>
      <w:pPr>
        <w:jc w:val="right"/>
      </w:pPr>
      <w:r>
        <w:t>تو ہمارا اتھورائزڈ ورژن کا کانسیپٹ ہماری اسلام میں ہے ہی نہیں۔ اسلام میں کوئی بھی ترجمہ اتھورائزڈ ورژن کہہ نہیں سکتا۔ یہ ایک آدمی کا ترجمہ ہے، بس وہ تو اس سے کمپیئر کر کے لوگ سمجھ لیتے ہیں کہ جس طرح سے وہاں اتھورائزڈ ورژن ہوتے ہیں، ایسے یہاں بھی اتھورائزڈ ورژن نہیں ہے۔</w:t>
      </w:r>
    </w:p>
    <w:p>
      <w:r>
        <w:rPr>
          <w:b/>
        </w:rPr>
        <w:t xml:space="preserve">[1:36:24] </w:t>
      </w:r>
      <w:r>
        <w:t>aisa nahin hai, yeh</w:t>
      </w:r>
    </w:p>
    <w:p>
      <w:pPr>
        <w:jc w:val="right"/>
      </w:pPr>
      <w:r>
        <w:t>ایسا نہیں ہے، یہ</w:t>
      </w:r>
    </w:p>
    <w:p>
      <w:r>
        <w:rPr>
          <w:b/>
        </w:rPr>
        <w:t xml:space="preserve">[1:36:25] </w:t>
      </w:r>
      <w:r>
        <w:t>yeh sirf tarjuma hai ek aadmi ka, yaani mustanad tarjuma nahin hai, authorized version nahin hai. woh to yeh is confusion ki wajah se yeh masla paida kiya logon ne.</w:t>
      </w:r>
    </w:p>
    <w:p>
      <w:pPr>
        <w:jc w:val="right"/>
      </w:pPr>
      <w:r>
        <w:t>یہ صرف ترجمہ ہے ایک آدمی کا، یعنی مستند ترجمہ نہیں ہے، اتھورائزڈ ورژن نہیں ہے۔ وہ تو یہ اس کنفیوژن کی وجہ سے یہ مسئلہ پیدا کیا لوگوں نے۔</w:t>
      </w:r>
    </w:p>
    <w:p>
      <w:r>
        <w:rPr>
          <w:b/>
        </w:rPr>
        <w:t xml:space="preserve">[1:36:37] </w:t>
      </w:r>
      <w:r>
        <w:t>warna jo hamare haan jo English tarjuma jo baanta ja raha hai, idhar udhar jo distribute kiya ja raha tha, us mein koi ikhtilaf ki baat nahin hai. koi us mein koi maslak ka ikhtilaf nahin hai, us mein kuch bhi nahin hai, kisi ka nahin hai.</w:t>
      </w:r>
    </w:p>
    <w:p>
      <w:pPr>
        <w:jc w:val="right"/>
      </w:pPr>
      <w:r>
        <w:t>ورنہ جو ہمارے ہاں جو انگلش ترجمہ جو بانٹا جا رہا ہے، ادھر ادھر جو ڈسٹریبیوٹ کیا جا رہا تھا، اس میں کوئی اختلاف کی بات نہیں ہے۔ کوئی اس میں کوئی مسلک کا اختلاف نہیں ہے، اس میں کچھ بھی نہیں ہے، کسی کا نہیں ہے۔</w:t>
      </w:r>
    </w:p>
    <w:p>
      <w:r>
        <w:rPr>
          <w:b/>
        </w:rPr>
        <w:t xml:space="preserve">[1:36:49] </w:t>
      </w:r>
      <w:r>
        <w:t>jaise awam mein yeh baaten phailai gayi hain khwamkhwah ke liye.</w:t>
      </w:r>
    </w:p>
    <w:p>
      <w:pPr>
        <w:jc w:val="right"/>
      </w:pPr>
      <w:r>
        <w:t>جیسے عوام میں یہ باتیں پھیلائی گئی ہیں خوامخواہ کے لیے۔</w:t>
      </w:r>
    </w:p>
    <w:p>
      <w:r>
        <w:rPr>
          <w:b/>
        </w:rPr>
        <w:t xml:space="preserve">[1:36:56] </w:t>
      </w:r>
      <w:r>
        <w:t>"Mr. Ravi Modi ne Dilli se likha hai "Decisions taken by the mind are known to be more correct than taken from heart.</w:t>
      </w:r>
    </w:p>
    <w:p>
      <w:pPr>
        <w:jc w:val="right"/>
      </w:pPr>
      <w:r>
        <w:t>"Mr. Ravi Modi نے دلی سے لکھا ہے "Decisions taken by the mind are known to be more correct than taken from heart.</w:t>
      </w:r>
    </w:p>
    <w:p>
      <w:r>
        <w:rPr>
          <w:b/>
        </w:rPr>
        <w:t xml:space="preserve">[1:37:08] </w:t>
      </w:r>
      <w:r>
        <w:t>But what about decisions which have to be taken regarding matters of the heart where the mind does not have control over the heart?"</w:t>
      </w:r>
    </w:p>
    <w:p>
      <w:pPr>
        <w:jc w:val="right"/>
      </w:pPr>
      <w:r>
        <w:t>But what about decisions which have to be taken regarding matters of the heart where the mind does not have control over the heart?</w:t>
      </w:r>
    </w:p>
    <w:p>
      <w:r>
        <w:rPr>
          <w:b/>
        </w:rPr>
        <w:t xml:space="preserve">[1:37:18] </w:t>
      </w:r>
      <w:r>
        <w:t>Please give your advice."</w:t>
      </w:r>
    </w:p>
    <w:p>
      <w:pPr>
        <w:jc w:val="right"/>
      </w:pPr>
      <w:r>
        <w:t>Please give your advice."</w:t>
      </w:r>
    </w:p>
    <w:p>
      <w:r>
        <w:rPr>
          <w:b/>
        </w:rPr>
        <w:t xml:space="preserve">[1:37:24] </w:t>
      </w:r>
      <w:r>
        <w:t>dekhen, mind aur heart jo hai, yeh purana khayal hai, main is ko sahi nahi manta. log samajhte hain ke heart jo hai, woh emotions ka markaz hai aur mind jo hai, woh thinking ka markaz hai.</w:t>
      </w:r>
    </w:p>
    <w:p>
      <w:pPr>
        <w:jc w:val="right"/>
      </w:pPr>
      <w:r>
        <w:t>دیکھیں، mind اور heart جو ہے، یہ پرانا خیال ہے، میں اس کو صحیح نہیں مانتا۔ لوگ سمجھتے ہیں کہ heart جو ہے، وہ emotions کا مرکز ہے اور mind جو ہے، وہ thinking کا مرکز ہے۔</w:t>
      </w:r>
    </w:p>
    <w:p>
      <w:r>
        <w:rPr>
          <w:b/>
        </w:rPr>
        <w:t xml:space="preserve">[1:37:42] </w:t>
      </w:r>
      <w:r>
        <w:t>yeh main nahi manta is ko. Heart jo hai, woh sirf circulation of blood ka zariya hai, bas aur kuch nahi hai. baqi jo jitni cheezen hain, woh sab mind mein hoti hain.</w:t>
      </w:r>
    </w:p>
    <w:p>
      <w:pPr>
        <w:jc w:val="right"/>
      </w:pPr>
      <w:r>
        <w:t>یہ میں نہیں مانتا اس کو۔ Heart جو ہے، وہ صرف circulation of blood کا ذریعہ ہے، بس اور کچھ نہیں ہے۔ باقی جو جتنی چیزیں ہیں، وہ سب mind میں ہوتی ہیں۔</w:t>
      </w:r>
    </w:p>
    <w:p>
      <w:r>
        <w:rPr>
          <w:b/>
        </w:rPr>
        <w:t xml:space="preserve">[1:37:51] </w:t>
      </w:r>
      <w:r>
        <w:t>yani emotions bhi mind mein hain aur thinking bhi mind mein hai. dono dono ka talluq mind se hai. isi ki faculty woh bhi hai, dono. to mind hi kabhi emotion se woh ke pressure mein aa jata hai to sahi decision nahi le pata.</w:t>
      </w:r>
    </w:p>
    <w:p>
      <w:pPr>
        <w:jc w:val="right"/>
      </w:pPr>
      <w:r>
        <w:t>یعنی emotions بھی mind میں ہیں اور thinking بھی mind میں ہے۔ دونوں دونوں کا تعلق mind سے ہے۔ اسی کی faculty وہ بھی ہے، دونوں۔ تو mind ہی کبھی emotion سے وہ کہ pressure میں آ جاتا ہے تو صحیح decision نہیں لے پاتا۔</w:t>
      </w:r>
    </w:p>
    <w:p>
      <w:r>
        <w:rPr>
          <w:b/>
        </w:rPr>
        <w:t xml:space="preserve">[1:38:08] </w:t>
      </w:r>
      <w:r>
        <w:t>wohi mind jab kabhi biased ho jata hai, kabhi ghusse mein aa jata hai to woh galat faisla le leta hai. to dono functions mind hi ke hain. yeh nahi ke ek ek heart ka hai, ek mind ka, aisa nahi.</w:t>
      </w:r>
    </w:p>
    <w:p>
      <w:pPr>
        <w:jc w:val="right"/>
      </w:pPr>
      <w:r>
        <w:t>وہی mind جب کبھی biased ہو جاتا ہے، کبھی غصے میں آ جاتا ہے تو وہ غلط فیصلہ لے لیتا ہے۔ تو دونوں functions mind ہی کے ہیں۔ یہ نہیں کہ ایک ایک heart کا ہے، ایک mind کا، ایسا نہیں۔</w:t>
      </w:r>
    </w:p>
    <w:p>
      <w:r>
        <w:rPr>
          <w:b/>
        </w:rPr>
        <w:t xml:space="preserve">[1:38:22] </w:t>
      </w:r>
      <w:r>
        <w:t>is par hum ne likha hai apne apne magazine mein, kafi koi parh sakta hai is ko.</w:t>
      </w:r>
    </w:p>
    <w:p>
      <w:pPr>
        <w:jc w:val="right"/>
      </w:pPr>
      <w:r>
        <w:t>اس پر ہم نے لکھا ہے اپنے اپنے magazine میں، کافی کوئی پڑھ سکتا ہے اس کو۔</w:t>
      </w:r>
    </w:p>
    <w:p>
      <w:r>
        <w:rPr>
          <w:b/>
        </w:rPr>
        <w:t xml:space="preserve">[1:38:30] </w:t>
      </w:r>
      <w:r>
        <w:t>"Mr. Vikram Arora ne dilli se likha hai "It has been said that an enlightened soul like a guru is indifferent to materialistic comfort.</w:t>
      </w:r>
    </w:p>
    <w:p>
      <w:pPr>
        <w:jc w:val="right"/>
      </w:pPr>
      <w:r>
        <w:t>"Mr. Vikram Arora نے دلی سے لکھا ہے "It has been said that an enlightened soul like a guru is indifferent to materialistic comfort.</w:t>
      </w:r>
    </w:p>
    <w:p>
      <w:r>
        <w:rPr>
          <w:b/>
        </w:rPr>
        <w:t xml:space="preserve">[1:38:42] </w:t>
      </w:r>
      <w:r>
        <w:t>But such enlightened souls have lots of followers who make them feel at ease and they needn't bother about anything.</w:t>
      </w:r>
    </w:p>
    <w:p>
      <w:pPr>
        <w:jc w:val="right"/>
      </w:pPr>
      <w:r>
        <w:t>But such enlightened souls have lots of followers who make them feel at ease and they needn't bother about anything.</w:t>
      </w:r>
    </w:p>
    <w:p>
      <w:r>
        <w:rPr>
          <w:b/>
        </w:rPr>
        <w:t xml:space="preserve">[1:38:52] </w:t>
      </w:r>
      <w:r>
        <w:t>The ground reality comes when they have to confront the adversities of life like a common man. So please tell me, what is the essence of an enlightened soul?" kya kya keh rahe hain yeh Maulana in ka woh main cheez yeh poochna chah rahe hain ke jo ek enlightened soul hoti hai, is ka is ki attributes kya hain, is ki essence kya hai.</w:t>
      </w:r>
    </w:p>
    <w:p>
      <w:pPr>
        <w:jc w:val="right"/>
      </w:pPr>
      <w:r>
        <w:t>The ground reality comes when they have to confront the adversities of life like a common man. So please tell me, what is the essence of an enlightened soul?" کیا کیا کہہ رہے ہیں یہ مولانا ان کا وہ main چیز یہ پوچھنا چاہ رہے ہیں کہ جو ایک enlightened soul ہوتی ہے، اس کا اس کے attributes کیا ہیں، اس کی essence کیا ہے۔</w:t>
      </w:r>
    </w:p>
    <w:p>
      <w:r>
        <w:rPr>
          <w:b/>
        </w:rPr>
        <w:t xml:space="preserve">[1:39:16] </w:t>
      </w:r>
      <w:r>
        <w:t>to woh example de rahe hain ke generally jo gurus hote hain, un ko bohat zyada comfort mein rakhte hain in ke followers</w:t>
      </w:r>
    </w:p>
    <w:p>
      <w:pPr>
        <w:jc w:val="right"/>
      </w:pPr>
      <w:r>
        <w:t>تو وہ example دے رہے ہیں کہ generally جو gurus ہوتے ہیں، ان کو بہت زیادہ comfort میں رکھتے ہیں ان کے followers</w:t>
      </w:r>
    </w:p>
    <w:p>
      <w:r>
        <w:rPr>
          <w:b/>
        </w:rPr>
        <w:t xml:space="preserve">[1:39:22] </w:t>
      </w:r>
      <w:r>
        <w:t>۔ to woh apne aap ko kehte to enlightened soul hain, lekin woh comfort mein rehte hain jo followers ne diye hue hain un ko. to aap ke hisab se kya hai ek enlightened soul ka essence?</w:t>
      </w:r>
    </w:p>
    <w:p>
      <w:pPr>
        <w:jc w:val="right"/>
      </w:pPr>
      <w:r>
        <w:t>۔ تو وہ اپنے آپ کو کہتے تو enlightened soul ہیں، لیکن وہ comfort میں رہتے ہیں جو followers نے دیے ہوئے ہیں ان کو۔ تو آپ کے حساب سے کیا ہے ایک enlightened soul کا essence؟</w:t>
      </w:r>
    </w:p>
    <w:p>
      <w:r>
        <w:rPr>
          <w:b/>
        </w:rPr>
        <w:t xml:space="preserve">[1:39:39] </w:t>
      </w:r>
      <w:r>
        <w:t>"Enlightened soul ko guru guru relate kar rahe hain, dono ko ek bana rahe hain. kya yeh yeh aisa lag raha hai Maulana</w:t>
      </w:r>
    </w:p>
    <w:p>
      <w:pPr>
        <w:jc w:val="right"/>
      </w:pPr>
      <w:r>
        <w:t>"Enlightened soul کو گرو گرو relate کر رہے ہیں، دونوں کو ایک بنا رہے ہیں۔ کیا یہ یہ ایسا لگ رہا ہے مولانا</w:t>
      </w:r>
    </w:p>
    <w:p>
      <w:r>
        <w:rPr>
          <w:b/>
        </w:rPr>
        <w:t xml:space="preserve">[1:39:47] </w:t>
      </w:r>
      <w:r>
        <w:t>ke aisa kar rahe hain? humm haan, dekhen enlightened soul soul enlightened soul soul alag cheez hai, guru ka mamla alag cheez hai. samjhe aap?</w:t>
      </w:r>
    </w:p>
    <w:p>
      <w:pPr>
        <w:jc w:val="right"/>
      </w:pPr>
      <w:r>
        <w:t>کہ ایسا کر رہے ہیں؟ ہمم ہاں، دیکھیں enlightened soul soul enlightened soul soul الگ چیز ہے، گرو کا معاملہ الگ چیز ہے۔ سمجھے آپ؟</w:t>
      </w:r>
    </w:p>
    <w:p>
      <w:r>
        <w:rPr>
          <w:b/>
        </w:rPr>
        <w:t xml:space="preserve">[1:39:58] </w:t>
      </w:r>
      <w:r>
        <w:t>Enlightened soul kon hai, is ka is ka talluq thinking se hai. baqi yeh sab comfort wali cheezen jo hain, is se nahi hain. Thinking ko le kar faisla kiya jaye ga ke aadmi enlightened hai ke nahi.</w:t>
      </w:r>
    </w:p>
    <w:p>
      <w:pPr>
        <w:jc w:val="right"/>
      </w:pPr>
      <w:r>
        <w:t>Enlightened soul کون ہے، اس کا اس کا تعلق thinking سے ہے۔ باقی یہ سب comfort والی چیزیں جو ہیں، اس سے نہیں ہیں۔ Thinking کو لے کر فیصلہ کیا جائے گا کہ آدمی enlightened ہے کہ نہیں۔</w:t>
      </w:r>
    </w:p>
    <w:p>
      <w:r>
        <w:rPr>
          <w:b/>
        </w:rPr>
        <w:t xml:space="preserve">[1:40:14] </w:t>
      </w:r>
      <w:r>
        <w:t>woh sab relative baaten hain, relative.</w:t>
      </w:r>
    </w:p>
    <w:p>
      <w:pPr>
        <w:jc w:val="right"/>
      </w:pPr>
      <w:r>
        <w:t>وہ سب relative باتیں ہیں، relative۔</w:t>
      </w:r>
    </w:p>
    <w:p>
      <w:r>
        <w:rPr>
          <w:b/>
        </w:rPr>
        <w:t xml:space="preserve">[1:40:18] </w:t>
      </w:r>
      <w:r>
        <w:t>to aap kisi ke bare mein agar janna hai ke woh enlightened hai ke nahi hai, to aap is ki is ki baaton ko suniye, is ki baaton ko analysis kijiye, is baaton ko le ke parkhiye is ko.</w:t>
      </w:r>
    </w:p>
    <w:p>
      <w:pPr>
        <w:jc w:val="right"/>
      </w:pPr>
      <w:r>
        <w:t>تو آپ کسی کے بارے میں اگر جاننا ہے کہ وہ enlightened ہے کہ نہیں ہے، تو آپ اس کی اس کی باتوں کو سنیے، اس کی باتوں کو analysis کیجیے، اس باتوں کو لے کے پرکھیے اس کو۔</w:t>
      </w:r>
    </w:p>
    <w:p>
      <w:r>
        <w:rPr>
          <w:b/>
        </w:rPr>
        <w:t xml:space="preserve">[1:40:29] </w:t>
      </w:r>
      <w:r>
        <w:t>to is ki baaton se aap practice kar jaan sakte hain ke aadmi enlightened hai ke nahi hai. jahan tak guru ki baat hai, to guru bhi aap ka personal choice hai.</w:t>
      </w:r>
    </w:p>
    <w:p>
      <w:pPr>
        <w:jc w:val="right"/>
      </w:pPr>
      <w:r>
        <w:t>تو اس کی باتوں سے آپ practice کر جان سکتے ہیں کہ آدمی enlightened ہے کہ نہیں ہے۔ جہاں تک گرو کی بات ہے، تو گرو بھی آپ کا personal choice ہے۔</w:t>
      </w:r>
    </w:p>
    <w:p>
      <w:r>
        <w:rPr>
          <w:b/>
        </w:rPr>
        <w:t xml:space="preserve">[1:40:40] </w:t>
      </w:r>
      <w:r>
        <w:t>koi guru appointed guru nahi hota. dekhen, prophet se appointed hota hai. yaad rakhiye,</w:t>
      </w:r>
    </w:p>
    <w:p>
      <w:pPr>
        <w:jc w:val="right"/>
      </w:pPr>
      <w:r>
        <w:t>کوئی گرو appointed گرو نہیں ہوتا۔ دیکھیں، profit سے appointed ہوتا ہے۔ یاد رکھیے،</w:t>
      </w:r>
    </w:p>
    <w:p>
      <w:r>
        <w:rPr>
          <w:b/>
        </w:rPr>
        <w:t xml:space="preserve">[1:40:47] </w:t>
      </w:r>
      <w:r>
        <w:t>prophet appointed prophet hota hai. woh kar sakta hai ke main prophet hoon. guru ko appointed nahi hota hai is sense mein. yeh aap ki apni choice ki baat hai, aap ki apni discovery ki baat hai.</w:t>
      </w:r>
    </w:p>
    <w:p>
      <w:pPr>
        <w:jc w:val="right"/>
      </w:pPr>
      <w:r>
        <w:t>profit appointed profit ہوتا ہے۔ وہ کر سکتا ہے کہ میں profit ہوں۔ گرو کو appointed نہیں ہوتا ہے اس sense میں۔ یہ آپ کی اپنی choice کی بات ہے، آپ کی اپنی discovery کی بات ہے۔</w:t>
      </w:r>
    </w:p>
    <w:p>
      <w:r>
        <w:rPr>
          <w:b/>
        </w:rPr>
        <w:t xml:space="preserve">[1:40:59] </w:t>
      </w:r>
      <w:r>
        <w:t>aap kisi mein payen, agar guru ke ke ek guru banne ke qabil hai to aap use guru bana lijie. koi claim kare, claim kare to woh guru ban jaye.</w:t>
      </w:r>
    </w:p>
    <w:p>
      <w:pPr>
        <w:jc w:val="right"/>
      </w:pPr>
      <w:r>
        <w:t>آپ کسی میں پائیں، اگر گرو کے کہ ایک گرو بننے کے قابل ہے تو آپ اسے گرو بنا لیجیے۔ کوئی claim کرے، claim کرے تو وہ گرو بن جائے۔</w:t>
      </w:r>
    </w:p>
    <w:p>
      <w:r>
        <w:rPr>
          <w:b/>
        </w:rPr>
        <w:t xml:space="preserve">[1:41:09] </w:t>
      </w:r>
      <w:r>
        <w:t>aisa main nahi manta is ko.</w:t>
      </w:r>
    </w:p>
    <w:p>
      <w:pPr>
        <w:jc w:val="right"/>
      </w:pPr>
      <w:r>
        <w:t>ایسا میں نہیں مانتا اس کو۔</w:t>
      </w:r>
    </w:p>
    <w:p>
      <w:r>
        <w:rPr>
          <w:b/>
        </w:rPr>
        <w:t xml:space="preserve">[1:41:14] </w:t>
      </w:r>
      <w:r>
        <w:t>Okay, we will end this session now. Thank you.</w:t>
      </w:r>
    </w:p>
    <w:p>
      <w:pPr>
        <w:jc w:val="right"/>
      </w:pPr>
      <w:r>
        <w:t>Okay,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