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Violence 17 Nov 2019 - Maulana Wahiduddin Khan</w:t>
      </w:r>
    </w:p>
    <w:p>
      <w:r>
        <w:t>https://www.youtube.com/watch?v=W8ybr-qO96c</w:t>
      </w:r>
    </w:p>
    <w:p>
      <w:r>
        <w:rPr>
          <w:b/>
        </w:rPr>
        <w:t xml:space="preserve">[00:14] </w:t>
      </w:r>
      <w:r>
        <w:t>bismillah-ir-rehman-ir-rahim.</w:t>
      </w:r>
    </w:p>
    <w:p>
      <w:pPr>
        <w:jc w:val="right"/>
      </w:pPr>
      <w:r>
        <w:t>بسم اللہ الرحمن الرحیم۔</w:t>
      </w:r>
    </w:p>
    <w:p>
      <w:r>
        <w:rPr>
          <w:b/>
        </w:rPr>
        <w:t xml:space="preserve">[00:19] </w:t>
      </w:r>
      <w:r>
        <w:t>17 november 2019.</w:t>
      </w:r>
    </w:p>
    <w:p>
      <w:pPr>
        <w:jc w:val="right"/>
      </w:pPr>
      <w:r>
        <w:t>17 نومبر 2019۔</w:t>
      </w:r>
    </w:p>
    <w:p>
      <w:r>
        <w:rPr>
          <w:b/>
        </w:rPr>
        <w:t xml:space="preserve">[00:29] </w:t>
      </w:r>
      <w:r>
        <w:t>aaj kal ek sawal har jagah aata hai ke musalmanon mein</w:t>
      </w:r>
    </w:p>
    <w:p>
      <w:pPr>
        <w:jc w:val="right"/>
      </w:pPr>
      <w:r>
        <w:t>آج کل ایک سوال ہر جگہ آتا ہے کہ مسلمانوں میں</w:t>
      </w:r>
    </w:p>
    <w:p>
      <w:r>
        <w:rPr>
          <w:b/>
        </w:rPr>
        <w:t xml:space="preserve">[00:37] </w:t>
      </w:r>
      <w:r>
        <w:t>military kyun?</w:t>
      </w:r>
    </w:p>
    <w:p>
      <w:pPr>
        <w:jc w:val="right"/>
      </w:pPr>
      <w:r>
        <w:t>ملٹری کیوں؟</w:t>
      </w:r>
    </w:p>
    <w:p>
      <w:r>
        <w:rPr>
          <w:b/>
        </w:rPr>
        <w:t xml:space="preserve">[00:42] </w:t>
      </w:r>
      <w:r>
        <w:t>is par mein soch raha tha,</w:t>
      </w:r>
    </w:p>
    <w:p>
      <w:pPr>
        <w:jc w:val="right"/>
      </w:pPr>
      <w:r>
        <w:t>اس پر میں سوچ رہا تھا،</w:t>
      </w:r>
    </w:p>
    <w:p>
      <w:r>
        <w:rPr>
          <w:b/>
        </w:rPr>
        <w:t xml:space="preserve">[00:46] </w:t>
      </w:r>
      <w:r>
        <w:t>wo—</w:t>
      </w:r>
    </w:p>
    <w:p>
      <w:pPr>
        <w:jc w:val="right"/>
      </w:pPr>
      <w:r>
        <w:t>وہ—</w:t>
      </w:r>
    </w:p>
    <w:p>
      <w:r>
        <w:rPr>
          <w:b/>
        </w:rPr>
        <w:t xml:space="preserve">[00:53] </w:t>
      </w:r>
      <w:r>
        <w:t>jis cheez ko musalman jihad kehte hain, wo doosron ki nazar mein military-si hoti hai. yeh hai masla.</w:t>
      </w:r>
    </w:p>
    <w:p>
      <w:pPr>
        <w:jc w:val="right"/>
      </w:pPr>
      <w:r>
        <w:t>جس چیز کو مسلمان جہاد کہتے ہیں، وہ دوسروں کی نظر میں ملٹریسی ہوتی ہے۔ یہ ہے مسئلہ۔</w:t>
      </w:r>
    </w:p>
    <w:p>
      <w:r>
        <w:rPr>
          <w:b/>
        </w:rPr>
        <w:t xml:space="preserve">[01:05] </w:t>
      </w:r>
      <w:r>
        <w:t>ab sawal yeh hai ke musalmanon mein jihad ka mizaj, ya tashaddud ka mizaj, kyun hai?</w:t>
      </w:r>
    </w:p>
    <w:p>
      <w:pPr>
        <w:jc w:val="right"/>
      </w:pPr>
      <w:r>
        <w:t>اب سوال یہ ہے کہ مسلمانوں میں جہاد کا مزاج، یا تشدد کا مزاج، کیوں ہے؟</w:t>
      </w:r>
    </w:p>
    <w:p>
      <w:r>
        <w:rPr>
          <w:b/>
        </w:rPr>
        <w:t xml:space="preserve">[01:20] </w:t>
      </w:r>
      <w:r>
        <w:t>mein samajhta hoon ke yeh doosron ki shikayat ki baat nahi hai, balkeh yeh khud hadith mein is ki peshangoi maujood hai.</w:t>
      </w:r>
    </w:p>
    <w:p>
      <w:pPr>
        <w:jc w:val="right"/>
      </w:pPr>
      <w:r>
        <w:t>میں سمجھتا ہوں کہ یہ دوسروں کی شکایت کی بات نہیں ہے، بلکہ یہ خود حدیث میں اس کی پیشن گوئی موجود ہے۔</w:t>
      </w:r>
    </w:p>
    <w:p>
      <w:r>
        <w:rPr>
          <w:b/>
        </w:rPr>
        <w:t xml:space="preserve">[01:33] </w:t>
      </w:r>
      <w:r>
        <w:t>ek hadith, rasool allah sallallahu alaihi wasallam ki hadith,</w:t>
      </w:r>
    </w:p>
    <w:p>
      <w:pPr>
        <w:jc w:val="right"/>
      </w:pPr>
      <w:r>
        <w:t>ایک حدیث، رسول اللہ صلی اللہ علیہ وسلم کی حدیث،</w:t>
      </w:r>
    </w:p>
    <w:p>
      <w:r>
        <w:rPr>
          <w:b/>
        </w:rPr>
        <w:t xml:space="preserve">[01:45] </w:t>
      </w:r>
      <w:r>
        <w:t>un alfaaz mein aayi hai ke:</w:t>
      </w:r>
    </w:p>
    <w:p>
      <w:pPr>
        <w:jc w:val="right"/>
      </w:pPr>
      <w:r>
        <w:t>ان الفاظ میں آئی ہے کہ:</w:t>
      </w:r>
    </w:p>
    <w:p>
      <w:r>
        <w:rPr>
          <w:b/>
        </w:rPr>
        <w:t xml:space="preserve">[01:57] </w:t>
      </w:r>
      <w:r>
        <w:t>"agar sيف dakhil ho jaye meri ummat mein to main us se kabhi nahi uthaunga qayamat ke din tak ya jaise unhone farmaya".</w:t>
      </w:r>
    </w:p>
    <w:p>
      <w:pPr>
        <w:jc w:val="right"/>
      </w:pPr>
      <w:r>
        <w:t>"إذا دخل السيف في أمتي لم أرفع عنها حتى يوم القيامة أو كما قال".</w:t>
      </w:r>
    </w:p>
    <w:p>
      <w:r>
        <w:rPr>
          <w:b/>
        </w:rPr>
        <w:t xml:space="preserve">[02:14] </w:t>
      </w:r>
      <w:r>
        <w:t>yani peghambar e islam ne farmaya ke jab meri ummat mein talwar dakhil hogi to phir woh qayamat tak</w:t>
      </w:r>
    </w:p>
    <w:p>
      <w:pPr>
        <w:jc w:val="right"/>
      </w:pPr>
      <w:r>
        <w:t>یعنی پیغمبر اسلام نے فرمایا کہ جب میری امت میں تلوار داخل ہوگی تو پھر وہ قیامت تک</w:t>
      </w:r>
    </w:p>
    <w:p>
      <w:r>
        <w:rPr>
          <w:b/>
        </w:rPr>
        <w:t xml:space="preserve">[02:31] </w:t>
      </w:r>
      <w:r>
        <w:t>uthai na jaye gi.</w:t>
      </w:r>
    </w:p>
    <w:p>
      <w:pPr>
        <w:jc w:val="right"/>
      </w:pPr>
      <w:r>
        <w:t>اٹھائی نہ جائے گی۔</w:t>
      </w:r>
    </w:p>
    <w:p>
      <w:r>
        <w:rPr>
          <w:b/>
        </w:rPr>
        <w:t xml:space="preserve">[02:37] </w:t>
      </w:r>
      <w:r>
        <w:t>talwar yahan par tashaddud ke mizaj</w:t>
      </w:r>
    </w:p>
    <w:p>
      <w:pPr>
        <w:jc w:val="right"/>
      </w:pPr>
      <w:r>
        <w:t>تلوار یہاں پر تشدد کے مزاج</w:t>
      </w:r>
    </w:p>
    <w:p>
      <w:r>
        <w:rPr>
          <w:b/>
        </w:rPr>
        <w:t xml:space="preserve">[02:46] </w:t>
      </w:r>
      <w:r>
        <w:t>ko batata hai. Is par main bohat din se sochta tha,</w:t>
      </w:r>
    </w:p>
    <w:p>
      <w:pPr>
        <w:jc w:val="right"/>
      </w:pPr>
      <w:r>
        <w:t>کو بتاتا ہے۔ اس پر میں بہت دن سے سوچتا تھا،</w:t>
      </w:r>
    </w:p>
    <w:p>
      <w:r>
        <w:rPr>
          <w:b/>
        </w:rPr>
        <w:t xml:space="preserve">[02:56] </w:t>
      </w:r>
      <w:r>
        <w:t>to meri samajh mein aya ke hamare ulma ek ijtihad se—</w:t>
      </w:r>
    </w:p>
    <w:p>
      <w:pPr>
        <w:jc w:val="right"/>
      </w:pPr>
      <w:r>
        <w:t>تو میری سمجھ میں آیا کہ ہمارے علماء ایک اجتہاد سے—</w:t>
      </w:r>
    </w:p>
    <w:p>
      <w:r>
        <w:rPr>
          <w:b/>
        </w:rPr>
        <w:t xml:space="preserve">[03:10] </w:t>
      </w:r>
      <w:r>
        <w:t>ek ijtihad unhein karna tha, woh kar nahi sake.</w:t>
      </w:r>
    </w:p>
    <w:p>
      <w:pPr>
        <w:jc w:val="right"/>
      </w:pPr>
      <w:r>
        <w:t>ایک اجتہاد انہیں کرنا تھا، وہ کر نہیں سکے۔</w:t>
      </w:r>
    </w:p>
    <w:p>
      <w:r>
        <w:rPr>
          <w:b/>
        </w:rPr>
        <w:t xml:space="preserve">[03:20] </w:t>
      </w:r>
      <w:r>
        <w:t>woh yeh hai</w:t>
      </w:r>
    </w:p>
    <w:p>
      <w:pPr>
        <w:jc w:val="right"/>
      </w:pPr>
      <w:r>
        <w:t>وہ یہ ہے</w:t>
      </w:r>
    </w:p>
    <w:p>
      <w:r>
        <w:rPr>
          <w:b/>
        </w:rPr>
        <w:t xml:space="preserve">[03:24] </w:t>
      </w:r>
      <w:r>
        <w:t>ke, dekhein, ijtihad—yeh kehna ghalat hai ke ijtihad—ab hum ijtihad</w:t>
      </w:r>
    </w:p>
    <w:p>
      <w:pPr>
        <w:jc w:val="right"/>
      </w:pPr>
      <w:r>
        <w:t>کہ، دیکھیں، اجتہاد—یہ کہنا غلط ہے کہ اجتہاد—اب ہم اجتہاد</w:t>
      </w:r>
    </w:p>
    <w:p>
      <w:r>
        <w:rPr>
          <w:b/>
        </w:rPr>
        <w:t xml:space="preserve">[03:36] </w:t>
      </w:r>
      <w:r>
        <w:t>ab band ho gaya hai. Ijtihad band ho nahi sakta, kabhi bhi.</w:t>
      </w:r>
    </w:p>
    <w:p>
      <w:pPr>
        <w:jc w:val="right"/>
      </w:pPr>
      <w:r>
        <w:t>اب بند ہو گیا ہے۔ اجتہاد بند ہو نہیں سکتا، کبھی بھی۔</w:t>
      </w:r>
    </w:p>
    <w:p>
      <w:r>
        <w:rPr>
          <w:b/>
        </w:rPr>
        <w:t xml:space="preserve">[03:47] </w:t>
      </w:r>
      <w:r>
        <w:t>main samajhta hoon ke baad ke zamane mein ek masla is liye paida hua, woh isi mein se yeh hai</w:t>
      </w:r>
    </w:p>
    <w:p>
      <w:pPr>
        <w:jc w:val="right"/>
      </w:pPr>
      <w:r>
        <w:t>میں سمجھتا ہوں کہ بعد کے زمانے میں ایک مسئلہ اس لیے پیدا ہوا، وہ اسی میں سے یہ ہے</w:t>
      </w:r>
    </w:p>
    <w:p>
      <w:r>
        <w:rPr>
          <w:b/>
        </w:rPr>
        <w:t xml:space="preserve">[04:04] </w:t>
      </w:r>
      <w:r>
        <w:t>ke quran mein ya hadith mein</w:t>
      </w:r>
    </w:p>
    <w:p>
      <w:pPr>
        <w:jc w:val="right"/>
      </w:pPr>
      <w:r>
        <w:t>کہ قرآن میں یا حدیث میں</w:t>
      </w:r>
    </w:p>
    <w:p>
      <w:r>
        <w:rPr>
          <w:b/>
        </w:rPr>
        <w:t xml:space="preserve">[04:13] </w:t>
      </w:r>
      <w:r>
        <w:t>kuch ahkam zamani mein the, temporary, magar is ko</w:t>
      </w:r>
    </w:p>
    <w:p>
      <w:pPr>
        <w:jc w:val="right"/>
      </w:pPr>
      <w:r>
        <w:t>کچھ احکام زمانی میں تھے، ٹیمپریری، مگر اس کو</w:t>
      </w:r>
    </w:p>
    <w:p>
      <w:r>
        <w:rPr>
          <w:b/>
        </w:rPr>
        <w:t xml:space="preserve">[04:30] </w:t>
      </w:r>
      <w:r>
        <w:t>mustaqil samajh liya gaya. Is mein se ek jihad bis saif hai.</w:t>
      </w:r>
    </w:p>
    <w:p>
      <w:pPr>
        <w:jc w:val="right"/>
      </w:pPr>
      <w:r>
        <w:t>مستقل سمجھ لیا گیا۔ اس میں سے ایک جہاد بالسیف ہے۔</w:t>
      </w:r>
    </w:p>
    <w:p>
      <w:r>
        <w:rPr>
          <w:b/>
        </w:rPr>
        <w:t xml:space="preserve">[04:40] </w:t>
      </w:r>
      <w:r>
        <w:t>islam mein jihad bis saif, mere nazdeek, ek temporary hukum tha.</w:t>
      </w:r>
    </w:p>
    <w:p>
      <w:pPr>
        <w:jc w:val="right"/>
      </w:pPr>
      <w:r>
        <w:t>اسلام میں جہاد بالسیف، میرے نزدیک، ایک ٹیمپریری حکم تھا۔</w:t>
      </w:r>
    </w:p>
    <w:p>
      <w:r>
        <w:rPr>
          <w:b/>
        </w:rPr>
        <w:t xml:space="preserve">[04:52] </w:t>
      </w:r>
      <w:r>
        <w:t>choonke islam aya saatvi sadi isvi mein, jabke duniya mein</w:t>
      </w:r>
    </w:p>
    <w:p>
      <w:pPr>
        <w:jc w:val="right"/>
      </w:pPr>
      <w:r>
        <w:t>چونکہ اسلام آیا ساتویں صدی عیسوی میں، جبکہ دنیا میں</w:t>
      </w:r>
    </w:p>
    <w:p>
      <w:r>
        <w:rPr>
          <w:b/>
        </w:rPr>
        <w:t xml:space="preserve">[05:03] </w:t>
      </w:r>
      <w:r>
        <w:t>qawali daur tha,</w:t>
      </w:r>
    </w:p>
    <w:p>
      <w:pPr>
        <w:jc w:val="right"/>
      </w:pPr>
      <w:r>
        <w:t>قوالی دور تھا،</w:t>
      </w:r>
    </w:p>
    <w:p>
      <w:r>
        <w:rPr>
          <w:b/>
        </w:rPr>
        <w:t xml:space="preserve">[05:09] </w:t>
      </w:r>
      <w:r>
        <w:t>is ka daur abhi paya paya nahi jata tha. To is ki wajah se</w:t>
      </w:r>
    </w:p>
    <w:p>
      <w:pPr>
        <w:jc w:val="right"/>
      </w:pPr>
      <w:r>
        <w:t>اس کا دور ابھی پایا پایا نہیں جاتا تھا۔ تو اس کی وجہ سے</w:t>
      </w:r>
    </w:p>
    <w:p>
      <w:r>
        <w:rPr>
          <w:b/>
        </w:rPr>
        <w:t xml:space="preserve">[05:17] </w:t>
      </w:r>
      <w:r>
        <w:t>quran aur hadith mein</w:t>
      </w:r>
    </w:p>
    <w:p>
      <w:pPr>
        <w:jc w:val="right"/>
      </w:pPr>
      <w:r>
        <w:t>قرآن اور حدیث میں</w:t>
      </w:r>
    </w:p>
    <w:p>
      <w:r>
        <w:rPr>
          <w:b/>
        </w:rPr>
        <w:t xml:space="preserve">[05:23] </w:t>
      </w:r>
      <w:r>
        <w:t>jihad bis saif ke kuch ahkam aaye,</w:t>
      </w:r>
    </w:p>
    <w:p>
      <w:pPr>
        <w:jc w:val="right"/>
      </w:pPr>
      <w:r>
        <w:t>جہاد بالسیف کے کچھ احکام آئے،</w:t>
      </w:r>
    </w:p>
    <w:p>
      <w:r>
        <w:rPr>
          <w:b/>
        </w:rPr>
        <w:t xml:space="preserve">[05:32] </w:t>
      </w:r>
      <w:r>
        <w:t>aur bhi aur bhi kai ahkam aaye,</w:t>
      </w:r>
    </w:p>
    <w:p>
      <w:pPr>
        <w:jc w:val="right"/>
      </w:pPr>
      <w:r>
        <w:t>اور بھی اور بھی کئی احکام آئے،</w:t>
      </w:r>
    </w:p>
    <w:p>
      <w:r>
        <w:rPr>
          <w:b/>
        </w:rPr>
        <w:t xml:space="preserve">[05:38] </w:t>
      </w:r>
      <w:r>
        <w:t>woh temporary the. Lekin ajib baat hai ke doosre ahkam to logon ne jaan liya ke yeh temporary hai,</w:t>
      </w:r>
    </w:p>
    <w:p>
      <w:pPr>
        <w:jc w:val="right"/>
      </w:pPr>
      <w:r>
        <w:t>وہ ٹیمپریری تھے۔ لیکن عجیب بات ہے کہ دوسرے احکام تو لوگوں نے جان لیا کہ یہ ٹیمپریری ہے،</w:t>
      </w:r>
    </w:p>
    <w:p>
      <w:r>
        <w:rPr>
          <w:b/>
        </w:rPr>
        <w:t xml:space="preserve">[05:53] </w:t>
      </w:r>
      <w:r>
        <w:t>is ko mauqoof kar diya. Lekin jihad bis saif ke bare mein yahi kaam nahi kar sake.</w:t>
      </w:r>
    </w:p>
    <w:p>
      <w:pPr>
        <w:jc w:val="right"/>
      </w:pPr>
      <w:r>
        <w:t>اس کو موقوف کر دیا۔ لیکن جہاد بالسیف کے بارے میں یہی کام نہیں کر سکے۔</w:t>
      </w:r>
    </w:p>
    <w:p>
      <w:r>
        <w:rPr>
          <w:b/>
        </w:rPr>
        <w:t xml:space="preserve">[06:04] </w:t>
      </w:r>
      <w:r>
        <w:t>misal ke taur par dekhiye, aap surah hajj ko padhiye. Surah hajj mein bataya gaya hai ke hazrat ibrahim ne kaaba banaya,</w:t>
      </w:r>
    </w:p>
    <w:p>
      <w:pPr>
        <w:jc w:val="right"/>
      </w:pPr>
      <w:r>
        <w:t>مثلاً دیکھیے، آپ سورہ حج کو پڑھیے۔ سورہ حج میں بتایا گیا ہے کہ حضرت ابراہیم نے کعبہ بنایا،</w:t>
      </w:r>
    </w:p>
    <w:p>
      <w:r>
        <w:rPr>
          <w:b/>
        </w:rPr>
        <w:t xml:space="preserve">[06:20] </w:t>
      </w:r>
      <w:r>
        <w:t>aur</w:t>
      </w:r>
    </w:p>
    <w:p>
      <w:pPr>
        <w:jc w:val="right"/>
      </w:pPr>
      <w:r>
        <w:t>اور</w:t>
      </w:r>
    </w:p>
    <w:p>
      <w:r>
        <w:rPr>
          <w:b/>
        </w:rPr>
        <w:t xml:space="preserve">[06:24] </w:t>
      </w:r>
      <w:r>
        <w:t>allah ne kaha ke ailaan kar do ke log is is baitullah ka hajj karen.</w:t>
      </w:r>
    </w:p>
    <w:p>
      <w:pPr>
        <w:jc w:val="right"/>
      </w:pPr>
      <w:r>
        <w:t>اللہ نے کہا کہ اعلان کر دو کہ لوگ اس اس بیت اللہ کا حج کریں۔</w:t>
      </w:r>
    </w:p>
    <w:p>
      <w:r>
        <w:rPr>
          <w:b/>
        </w:rPr>
        <w:t xml:space="preserve">[06:35] </w:t>
      </w:r>
      <w:r>
        <w:t>to wahan par yeh aayat aayi hai ke oonton par sawaar ho kar pahunchayen.</w:t>
      </w:r>
    </w:p>
    <w:p>
      <w:pPr>
        <w:jc w:val="right"/>
      </w:pPr>
      <w:r>
        <w:t>تو وہاں پر یہ آیت آئی ہے کہ اونٹوں پر سوار ہو کر پہنچیں۔</w:t>
      </w:r>
    </w:p>
    <w:p>
      <w:r>
        <w:rPr>
          <w:b/>
        </w:rPr>
        <w:t xml:space="preserve">[06:46] </w:t>
      </w:r>
      <w:r>
        <w:t>oonton par sawaar ho kar pahunchayen.</w:t>
      </w:r>
    </w:p>
    <w:p>
      <w:pPr>
        <w:jc w:val="right"/>
      </w:pPr>
      <w:r>
        <w:t>اونٹوں پر سوار ہو کر پہنچیں۔</w:t>
      </w:r>
    </w:p>
    <w:p>
      <w:r>
        <w:rPr>
          <w:b/>
        </w:rPr>
        <w:t xml:space="preserve">[06:51] </w:t>
      </w:r>
      <w:r>
        <w:t>ab ghore kijiye ke aaj kaun hajj karta hai oonton par sawaar ho kar?</w:t>
      </w:r>
    </w:p>
    <w:p>
      <w:pPr>
        <w:jc w:val="right"/>
      </w:pPr>
      <w:r>
        <w:t>اب غور کیجیے کہ آج کون حج کرتا ہے اونٹوں پر سوار ہو کر؟</w:t>
      </w:r>
    </w:p>
    <w:p>
      <w:r>
        <w:rPr>
          <w:b/>
        </w:rPr>
        <w:t xml:space="preserve">[06:58] </w:t>
      </w:r>
      <w:r>
        <w:t>baghair ailaan koi ijtimai faisla nahi keh diya gaya tha. Apne aap hi yeh ho gaya ke jab hawai jahaz ka daur aaya to logon ne</w:t>
      </w:r>
    </w:p>
    <w:p>
      <w:pPr>
        <w:jc w:val="right"/>
      </w:pPr>
      <w:r>
        <w:t>بغیر اعلان کوئی اجتماعی فیصلہ نہیں کہ دیا گیا تھا۔ اپنے آپ ہی یہ ہو گیا کہ جب ہوا جہاز کا دور آیا تو لوگوں نے</w:t>
      </w:r>
    </w:p>
    <w:p>
      <w:r>
        <w:rPr>
          <w:b/>
        </w:rPr>
        <w:t xml:space="preserve">[07:12] </w:t>
      </w:r>
      <w:r>
        <w:t>oont ki sawari chhod di aur hawai jahaz se safar shuru kar diya.</w:t>
      </w:r>
    </w:p>
    <w:p>
      <w:pPr>
        <w:jc w:val="right"/>
      </w:pPr>
      <w:r>
        <w:t>اونٹ کی سواری چھوڑ دی اور ہوا جہاز سے سفر شروع کر دیا۔</w:t>
      </w:r>
    </w:p>
    <w:p>
      <w:r>
        <w:rPr>
          <w:b/>
        </w:rPr>
        <w:t xml:space="preserve">[07:22] </w:t>
      </w:r>
      <w:r>
        <w:t>ke wahan kyunke wahan par ek ek tarah ka compression tha, lekin yahi kaam</w:t>
      </w:r>
    </w:p>
    <w:p>
      <w:pPr>
        <w:jc w:val="right"/>
      </w:pPr>
      <w:r>
        <w:t>کہ وہاں کیونکہ وہاں پر ایک ایک طرح کا کمپریشن تھا، لیکن یہی کام</w:t>
      </w:r>
    </w:p>
    <w:p>
      <w:r>
        <w:rPr>
          <w:b/>
        </w:rPr>
        <w:t xml:space="preserve">[07:31] </w:t>
      </w:r>
      <w:r>
        <w:t>jihad bil saif ke bare mein na kar sake.</w:t>
      </w:r>
    </w:p>
    <w:p>
      <w:pPr>
        <w:jc w:val="right"/>
      </w:pPr>
      <w:r>
        <w:t>جہاد بالسیف کے بارے میں نہ کر سکے۔</w:t>
      </w:r>
    </w:p>
    <w:p>
      <w:r>
        <w:rPr>
          <w:b/>
        </w:rPr>
        <w:t xml:space="preserve">[07:40] </w:t>
      </w:r>
      <w:r>
        <w:t>magar jis tareeqay se jihad, jis tareeqay se hajj ke bare mein yeh aayat aayi thi ke oonton par sawari kar ke pahunchayen,</w:t>
      </w:r>
    </w:p>
    <w:p>
      <w:pPr>
        <w:jc w:val="right"/>
      </w:pPr>
      <w:r>
        <w:t>مگر جس طریقے سے جہاد، جس طریقے سے حج کے بارے میں یہ آیت آئی تھی کہ اونٹوں پر سواری کر کے پہنچائیں،</w:t>
      </w:r>
    </w:p>
    <w:p>
      <w:r>
        <w:rPr>
          <w:b/>
        </w:rPr>
        <w:t xml:space="preserve">[07:56] </w:t>
      </w:r>
      <w:r>
        <w:t>to is ki wajah yeh thi ke hazrat umar ke hazrat ibrahim ke zamane mein jo available sawari thi, woh oont tha.</w:t>
      </w:r>
    </w:p>
    <w:p>
      <w:pPr>
        <w:jc w:val="right"/>
      </w:pPr>
      <w:r>
        <w:t>تو اس کی وجہ یہ تھی کہ حضرت عمر کے حضرت ابراہیم کے زمانے میں جو اویلیبل سواری تھی، وہ اونٹ تھا۔</w:t>
      </w:r>
    </w:p>
    <w:p>
      <w:r>
        <w:rPr>
          <w:b/>
        </w:rPr>
        <w:t xml:space="preserve">[08:09] </w:t>
      </w:r>
      <w:r>
        <w:t>available sawari. To ab available sawari ho gayi hawai jahaz,</w:t>
      </w:r>
    </w:p>
    <w:p>
      <w:pPr>
        <w:jc w:val="right"/>
      </w:pPr>
      <w:r>
        <w:t>اویلیبل سواری۔ تو اب اویلیبل سواری ہو گئی ہوا جہاز،</w:t>
      </w:r>
    </w:p>
    <w:p>
      <w:r>
        <w:rPr>
          <w:b/>
        </w:rPr>
        <w:t xml:space="preserve">[08:19] </w:t>
      </w:r>
      <w:r>
        <w:t>to log hawai jahaz safar karne lagay. To</w:t>
      </w:r>
    </w:p>
    <w:p>
      <w:pPr>
        <w:jc w:val="right"/>
      </w:pPr>
      <w:r>
        <w:t>تو لوگ ہوا جہاز سفر کرنے لگے۔ تو</w:t>
      </w:r>
    </w:p>
    <w:p>
      <w:r>
        <w:rPr>
          <w:b/>
        </w:rPr>
        <w:t xml:space="preserve">[08:28] </w:t>
      </w:r>
      <w:r>
        <w:t>available sawari mein jo jo change aaya, woh apne aap keh raha tha ke ijtihad karo. Is mein ijtihad kar ke yeh jano ke ab daur aa gaya hai hawai jahaz ka, ab oont par safar karne ki zaroorat nahi hai.</w:t>
      </w:r>
    </w:p>
    <w:p>
      <w:pPr>
        <w:jc w:val="right"/>
      </w:pPr>
      <w:r>
        <w:t>اویلیبل سواری میں جو جو چینج آیا، وہ اپنے آپ کہہ رہا تھا کہ اجتہاد کرو۔ اس میں اجتہاد کر کے یہ جانو کہ اب دور آ گیا ہے ہوا جہاز کا، اب اونٹ پر سفر کرنے کی ضرورت نہیں ہے۔</w:t>
      </w:r>
    </w:p>
    <w:p>
      <w:r>
        <w:rPr>
          <w:b/>
        </w:rPr>
        <w:t xml:space="preserve">[08:49] </w:t>
      </w:r>
      <w:r>
        <w:t>wohi kaam yahan nahi ho saka.</w:t>
      </w:r>
    </w:p>
    <w:p>
      <w:pPr>
        <w:jc w:val="right"/>
      </w:pPr>
      <w:r>
        <w:t>وہی کام یہاں نہیں ہو سکا۔</w:t>
      </w:r>
    </w:p>
    <w:p>
      <w:r>
        <w:rPr>
          <w:b/>
        </w:rPr>
        <w:t xml:space="preserve">[08:54] </w:t>
      </w:r>
      <w:r>
        <w:t>main samajhta hoon ke saatveen sadi isvi mein</w:t>
      </w:r>
    </w:p>
    <w:p>
      <w:pPr>
        <w:jc w:val="right"/>
      </w:pPr>
      <w:r>
        <w:t>میں سمجھتا ہوں کہ ساتویں صدی عیسوی میں</w:t>
      </w:r>
    </w:p>
    <w:p>
      <w:r>
        <w:rPr>
          <w:b/>
        </w:rPr>
        <w:t xml:space="preserve">[09:01] </w:t>
      </w:r>
      <w:r>
        <w:t>jo daur tha, wahan par ek compression tha ke jab log doosre doosron ki taraf se jab</w:t>
      </w:r>
    </w:p>
    <w:p>
      <w:pPr>
        <w:jc w:val="right"/>
      </w:pPr>
      <w:r>
        <w:t>جو دور تھا، وہاں پر ایک کمپریشن تھا کہ جب لوگ دوسرے دوسروں کی طرف سے جب</w:t>
      </w:r>
    </w:p>
    <w:p>
      <w:r>
        <w:rPr>
          <w:b/>
        </w:rPr>
        <w:t xml:space="preserve">[09:14] </w:t>
      </w:r>
      <w:r>
        <w:t>violence kiya jayega,</w:t>
      </w:r>
    </w:p>
    <w:p>
      <w:pPr>
        <w:jc w:val="right"/>
      </w:pPr>
      <w:r>
        <w:t>وائیلنس کیا جائے گا،</w:t>
      </w:r>
    </w:p>
    <w:p>
      <w:r>
        <w:rPr>
          <w:b/>
        </w:rPr>
        <w:t xml:space="preserve">[09:19] </w:t>
      </w:r>
      <w:r>
        <w:t>to musalmanon ko bhi violence se is ka defense karna hoga.</w:t>
      </w:r>
    </w:p>
    <w:p>
      <w:pPr>
        <w:jc w:val="right"/>
      </w:pPr>
      <w:r>
        <w:t>تو مسلمانوں کو بھی وائیلنس سے اس کا ڈیفنس کرنا ہوگا۔</w:t>
      </w:r>
    </w:p>
    <w:p>
      <w:r>
        <w:rPr>
          <w:b/>
        </w:rPr>
        <w:t xml:space="preserve">[09:31] </w:t>
      </w:r>
      <w:r>
        <w:t>lekin jis tareeqay se logon ne</w:t>
      </w:r>
    </w:p>
    <w:p>
      <w:pPr>
        <w:jc w:val="right"/>
      </w:pPr>
      <w:r>
        <w:t>لیکن جس طریقے سے لوگوں نے</w:t>
      </w:r>
    </w:p>
    <w:p>
      <w:r>
        <w:rPr>
          <w:b/>
        </w:rPr>
        <w:t xml:space="preserve">[09:37] </w:t>
      </w:r>
      <w:r>
        <w:t>hajj ke sawar ke bare mein jaan liya ke yahan par</w:t>
      </w:r>
    </w:p>
    <w:p>
      <w:pPr>
        <w:jc w:val="right"/>
      </w:pPr>
      <w:r>
        <w:t>حج کے سوار کے بارے میں جان لیا کہ یہاں پر</w:t>
      </w:r>
    </w:p>
    <w:p>
      <w:r>
        <w:rPr>
          <w:b/>
        </w:rPr>
        <w:t xml:space="preserve">[09:44] </w:t>
      </w:r>
      <w:r>
        <w:t>ijtihad ki zaroorat hai,</w:t>
      </w:r>
    </w:p>
    <w:p>
      <w:pPr>
        <w:jc w:val="right"/>
      </w:pPr>
      <w:r>
        <w:t>اجتہاد کی ضرورت ہے،</w:t>
      </w:r>
    </w:p>
    <w:p>
      <w:r>
        <w:rPr>
          <w:b/>
        </w:rPr>
        <w:t xml:space="preserve">[09:50] </w:t>
      </w:r>
      <w:r>
        <w:t>aur bila ailaan, bila fatwa, logon ne badal diya</w:t>
      </w:r>
    </w:p>
    <w:p>
      <w:pPr>
        <w:jc w:val="right"/>
      </w:pPr>
      <w:r>
        <w:t>اور بلا اعلان، بلا فتویٰ، لوگوں نے بدل دیا</w:t>
      </w:r>
    </w:p>
    <w:p>
      <w:r>
        <w:rPr>
          <w:b/>
        </w:rPr>
        <w:t xml:space="preserve">[09:59] </w:t>
      </w:r>
      <w:r>
        <w:t>safar bajaye hewani sawari ke, hawai jahaz se safar karne lagay.</w:t>
      </w:r>
    </w:p>
    <w:p>
      <w:pPr>
        <w:jc w:val="right"/>
      </w:pPr>
      <w:r>
        <w:t>سفر بجائے حیوانی سواری کے، ہوا جہاز سے سفر کرنے لگے۔</w:t>
      </w:r>
    </w:p>
    <w:p>
      <w:r>
        <w:rPr>
          <w:b/>
        </w:rPr>
        <w:t xml:space="preserve">[10:09] </w:t>
      </w:r>
      <w:r>
        <w:t>wohi kaam yahan nahi hua. Warna haqeeqat yeh hai ke ab jihad bil saif ki zaroorat hi nahi rahi.</w:t>
      </w:r>
    </w:p>
    <w:p>
      <w:pPr>
        <w:jc w:val="right"/>
      </w:pPr>
      <w:r>
        <w:t>وہی کام یہاں نہیں ہوا۔ ورنہ حقیقت یہ ہے کہ اب جہاد بالسیف کی ضرورت ہی نہیں رہی۔</w:t>
      </w:r>
    </w:p>
    <w:p>
      <w:r>
        <w:rPr>
          <w:b/>
        </w:rPr>
        <w:t xml:space="preserve">[10:20] </w:t>
      </w:r>
      <w:r>
        <w:t>is ki zaroorat hi khatam ho chuki hai.</w:t>
      </w:r>
    </w:p>
    <w:p>
      <w:pPr>
        <w:jc w:val="right"/>
      </w:pPr>
      <w:r>
        <w:t>اس کی ضرورت ہی ختم ہو چکی ہے۔</w:t>
      </w:r>
    </w:p>
    <w:p>
      <w:r>
        <w:rPr>
          <w:b/>
        </w:rPr>
        <w:t xml:space="preserve">[10:25] </w:t>
      </w:r>
      <w:r>
        <w:t>kyunke dekhiye, dunya mein</w:t>
      </w:r>
    </w:p>
    <w:p>
      <w:pPr>
        <w:jc w:val="right"/>
      </w:pPr>
      <w:r>
        <w:t>کیونکہ دیکھیے، دنیا میں</w:t>
      </w:r>
    </w:p>
    <w:p>
      <w:r>
        <w:rPr>
          <w:b/>
        </w:rPr>
        <w:t xml:space="preserve">[10:31] </w:t>
      </w:r>
      <w:r>
        <w:t>yeh waqea pesh aaya ke second bulwar hui. second bulwar mein do atom bomb giraye gaye.</w:t>
      </w:r>
    </w:p>
    <w:p>
      <w:pPr>
        <w:jc w:val="right"/>
      </w:pPr>
      <w:r>
        <w:t>یہ واقعہ پیش آیا کہ سیکنڈ بلوار ہوئی۔ سیکنڈ بلوار میں دو ایٹم بم گرائے گئے۔</w:t>
      </w:r>
    </w:p>
    <w:p>
      <w:r>
        <w:rPr>
          <w:b/>
        </w:rPr>
        <w:t xml:space="preserve">[10:48] </w:t>
      </w:r>
      <w:r>
        <w:t>to do atom bomb ke nateejay mein kya hua ke japan ki saari economy tabah ho gayi.</w:t>
      </w:r>
    </w:p>
    <w:p>
      <w:pPr>
        <w:jc w:val="right"/>
      </w:pPr>
      <w:r>
        <w:t>تو دو ایٹم بم کے نتیجے میں کیا ہوا کہ جاپان کی ساری اکانومی تباہ ہو گئی۔</w:t>
      </w:r>
    </w:p>
    <w:p>
      <w:r>
        <w:rPr>
          <w:b/>
        </w:rPr>
        <w:t xml:space="preserve">[10:57] </w:t>
      </w:r>
      <w:r>
        <w:t>bohat bari tabahi aayi. is ke baad aik naya lafz aaya</w:t>
      </w:r>
    </w:p>
    <w:p>
      <w:pPr>
        <w:jc w:val="right"/>
      </w:pPr>
      <w:r>
        <w:t>بہت بڑی تباہی آئی۔ اس کے بعد ایک نیا لفظ آیا</w:t>
      </w:r>
    </w:p>
    <w:p>
      <w:r>
        <w:rPr>
          <w:b/>
        </w:rPr>
        <w:t xml:space="preserve">[11:05] </w:t>
      </w:r>
      <w:r>
        <w:t>insani zabaan mein, woh tha "weapons of mass destruction". "weapons of mass destruction".</w:t>
      </w:r>
    </w:p>
    <w:p>
      <w:pPr>
        <w:jc w:val="right"/>
      </w:pPr>
      <w:r>
        <w:t>انسانی زبان میں، وہ تھا "ویپنز آف ماس ڈسٹرکشن"۔ "ویپنز آف ماس ڈسٹرکشن"۔</w:t>
      </w:r>
    </w:p>
    <w:p>
      <w:r>
        <w:rPr>
          <w:b/>
        </w:rPr>
        <w:t xml:space="preserve">[11:21] </w:t>
      </w:r>
      <w:r>
        <w:t>to "weapons of mass distance" ka jo zamana aaya, is ne insaan ko bataya ke ab</w:t>
      </w:r>
    </w:p>
    <w:p>
      <w:pPr>
        <w:jc w:val="right"/>
      </w:pPr>
      <w:r>
        <w:t>تو "ویپنز آف ماس ڈسٹنس" کا جو زمانہ آیا، اس نے انسان کو بتایا کہ اب</w:t>
      </w:r>
    </w:p>
    <w:p>
      <w:r>
        <w:rPr>
          <w:b/>
        </w:rPr>
        <w:t xml:space="preserve">[11:33] </w:t>
      </w:r>
      <w:r>
        <w:t>ab jang ya larai</w:t>
      </w:r>
    </w:p>
    <w:p>
      <w:pPr>
        <w:jc w:val="right"/>
      </w:pPr>
      <w:r>
        <w:t>اب جنگ یا لڑائی</w:t>
      </w:r>
    </w:p>
    <w:p>
      <w:r>
        <w:rPr>
          <w:b/>
        </w:rPr>
        <w:t xml:space="preserve">[11:41] </w:t>
      </w:r>
      <w:r>
        <w:t>aik aisi cheez ban gayi hai jo sirf dushman ko nahi mare gi, balkeh apne aap ko hi mare gi.</w:t>
      </w:r>
    </w:p>
    <w:p>
      <w:pPr>
        <w:jc w:val="right"/>
      </w:pPr>
      <w:r>
        <w:t>ایک ایسی چیز بن گئی ہے جو صرف دشمن کو نہیں مارے گی، بلکہ اپنے آپ کو ہی مارے گی۔</w:t>
      </w:r>
    </w:p>
    <w:p>
      <w:r>
        <w:rPr>
          <w:b/>
        </w:rPr>
        <w:t xml:space="preserve">[11:52] </w:t>
      </w:r>
      <w:r>
        <w:t>to doosron ko marna is qeemat par hoga ke khud bhi apne aap ko halak kara lega.</w:t>
      </w:r>
    </w:p>
    <w:p>
      <w:pPr>
        <w:jc w:val="right"/>
      </w:pPr>
      <w:r>
        <w:t>تو دوسروں کو مارنا اس قیمت پر ہوگا کہ خود بھی اپنے آپ کو ہلاک کرا لے گا۔</w:t>
      </w:r>
    </w:p>
    <w:p>
      <w:r>
        <w:rPr>
          <w:b/>
        </w:rPr>
        <w:t xml:space="preserve">[12:02] </w:t>
      </w:r>
      <w:r>
        <w:t>jab yeh hua to dunya mein</w:t>
      </w:r>
    </w:p>
    <w:p>
      <w:pPr>
        <w:jc w:val="right"/>
      </w:pPr>
      <w:r>
        <w:t>جب یہ ہوا تو دنیا میں</w:t>
      </w:r>
    </w:p>
    <w:p>
      <w:r>
        <w:rPr>
          <w:b/>
        </w:rPr>
        <w:t xml:space="preserve">[12:10] </w:t>
      </w:r>
      <w:r>
        <w:t>nations bani, quwam-e-mutahidda bani, aur saari quwam ke ittefaq-e-ray se yeh hua ke ab jang mauqoof.</w:t>
      </w:r>
    </w:p>
    <w:p>
      <w:pPr>
        <w:jc w:val="right"/>
      </w:pPr>
      <w:r>
        <w:t>نیشنز بنی، اقوام متحدہ بنی، اور ساری اقوام کے اتفاق رائے سے یہ ہوا کہ اب جنگ موقوف۔</w:t>
      </w:r>
    </w:p>
    <w:p>
      <w:r>
        <w:rPr>
          <w:b/>
        </w:rPr>
        <w:t xml:space="preserve">[12:26] </w:t>
      </w:r>
      <w:r>
        <w:t>ab guft-o-shuneed se mamlaat tay kiye jayen ge, larai nahi ki jayegi.</w:t>
      </w:r>
    </w:p>
    <w:p>
      <w:pPr>
        <w:jc w:val="right"/>
      </w:pPr>
      <w:r>
        <w:t>اب گفت و شنید سے معاملات طے کیے جائیں گے، لڑائی نہیں کی جائے گی۔</w:t>
      </w:r>
    </w:p>
    <w:p>
      <w:r>
        <w:rPr>
          <w:b/>
        </w:rPr>
        <w:t xml:space="preserve">[12:37] </w:t>
      </w:r>
      <w:r>
        <w:t>chunaanche dekhiye, jin quwamon ke paas</w:t>
      </w:r>
    </w:p>
    <w:p>
      <w:pPr>
        <w:jc w:val="right"/>
      </w:pPr>
      <w:r>
        <w:t>چنانچہ دیکھیے، جن قوموں کے پاس</w:t>
      </w:r>
    </w:p>
    <w:p>
      <w:r>
        <w:rPr>
          <w:b/>
        </w:rPr>
        <w:t xml:space="preserve">[12:46] </w:t>
      </w:r>
      <w:r>
        <w:t>jin quwamon ke paas nuclear bomb hai, un quwamon ke sath larai ke moqay pesh aaye.</w:t>
      </w:r>
    </w:p>
    <w:p>
      <w:pPr>
        <w:jc w:val="right"/>
      </w:pPr>
      <w:r>
        <w:t>جن قوموں کے پاس نیوکلیئر بم ہے، ان قوموں کے ساتھ لڑائی کے موقع پیش آئے۔</w:t>
      </w:r>
    </w:p>
    <w:p>
      <w:r>
        <w:rPr>
          <w:b/>
        </w:rPr>
        <w:t xml:space="preserve">[12:56] </w:t>
      </w:r>
      <w:r>
        <w:t>lekin kisi bhi qaum ne</w:t>
      </w:r>
    </w:p>
    <w:p>
      <w:pPr>
        <w:jc w:val="right"/>
      </w:pPr>
      <w:r>
        <w:t>لیکن کسی بھی قوم نے</w:t>
      </w:r>
    </w:p>
    <w:p>
      <w:r>
        <w:rPr>
          <w:b/>
        </w:rPr>
        <w:t xml:space="preserve">[13:01] </w:t>
      </w:r>
      <w:r>
        <w:t>atomic war crisis nahi liya. kisi bhi qaum ne nuclear bomb istemal nahi kiya.</w:t>
      </w:r>
    </w:p>
    <w:p>
      <w:pPr>
        <w:jc w:val="right"/>
      </w:pPr>
      <w:r>
        <w:t>ایٹمک وار کرس نہیں لیا۔ کسی بھی قوم نے نیوکلیئر بم استعمال نہیں کیا۔</w:t>
      </w:r>
    </w:p>
    <w:p>
      <w:r>
        <w:rPr>
          <w:b/>
        </w:rPr>
        <w:t xml:space="preserve">[13:13] </w:t>
      </w:r>
      <w:r>
        <w:t>kyunke ab ab jo tha,</w:t>
      </w:r>
    </w:p>
    <w:p>
      <w:pPr>
        <w:jc w:val="right"/>
      </w:pPr>
      <w:r>
        <w:t>کیونکہ اب اب جو تھا،</w:t>
      </w:r>
    </w:p>
    <w:p>
      <w:r>
        <w:rPr>
          <w:b/>
        </w:rPr>
        <w:t xml:space="preserve">[13:19] </w:t>
      </w:r>
      <w:r>
        <w:t>yeh do tarafah tabahi ka maamla ban gaya.</w:t>
      </w:r>
    </w:p>
    <w:p>
      <w:pPr>
        <w:jc w:val="right"/>
      </w:pPr>
      <w:r>
        <w:t>یہ دو طرفہ تباہی کا معاملہ بن گیا۔</w:t>
      </w:r>
    </w:p>
    <w:p>
      <w:r>
        <w:rPr>
          <w:b/>
        </w:rPr>
        <w:t xml:space="preserve">[13:27] </w:t>
      </w:r>
      <w:r>
        <w:t>so second bulwar aik aik dhamaka tha,</w:t>
      </w:r>
    </w:p>
    <w:p>
      <w:pPr>
        <w:jc w:val="right"/>
      </w:pPr>
      <w:r>
        <w:t>سو سیکنڈ بلوار ایک ایک دھماکہ تھا،</w:t>
      </w:r>
    </w:p>
    <w:p>
      <w:r>
        <w:rPr>
          <w:b/>
        </w:rPr>
        <w:t xml:space="preserve">[13:33] </w:t>
      </w:r>
      <w:r>
        <w:t>nuclear dhamaka, jis ne tareekh ko badal diya.</w:t>
      </w:r>
    </w:p>
    <w:p>
      <w:pPr>
        <w:jc w:val="right"/>
      </w:pPr>
      <w:r>
        <w:t>نیوکلیئر دھماکہ، جس نے تاریخ کو بدل دیا۔</w:t>
      </w:r>
    </w:p>
    <w:p>
      <w:r>
        <w:rPr>
          <w:b/>
        </w:rPr>
        <w:t xml:space="preserve">[13:41] </w:t>
      </w:r>
      <w:r>
        <w:t>nuclear</w:t>
      </w:r>
    </w:p>
    <w:p>
      <w:pPr>
        <w:jc w:val="right"/>
      </w:pPr>
      <w:r>
        <w:t>نیوکلیئر</w:t>
      </w:r>
    </w:p>
    <w:p>
      <w:r>
        <w:rPr>
          <w:b/>
        </w:rPr>
        <w:t xml:space="preserve">[13:47] </w:t>
      </w:r>
      <w:r>
        <w:t>shock mein kahoon ga, is ko second bulwar ke baad nuclear shock ka dhamaka hua, aur dunya ki tareekh badal gayi.</w:t>
      </w:r>
    </w:p>
    <w:p>
      <w:pPr>
        <w:jc w:val="right"/>
      </w:pPr>
      <w:r>
        <w:t>شاک میں کہوں گا، اس کو سیکنڈ بلوار کے بعد نیوکلیئر شاک کا دھماکہ ہوا، اور دنیا کی تاریخ بدل گئی۔</w:t>
      </w:r>
    </w:p>
    <w:p>
      <w:r>
        <w:rPr>
          <w:b/>
        </w:rPr>
        <w:t xml:space="preserve">[14:01] </w:t>
      </w:r>
      <w:r>
        <w:t>ab new nations ka adara bana, aur bohat se adaray bane, bohat si anjumanen bani, bohat si koshishen huin,</w:t>
      </w:r>
    </w:p>
    <w:p>
      <w:pPr>
        <w:jc w:val="right"/>
      </w:pPr>
      <w:r>
        <w:t>اب نیو نیشنز کا ادارہ بنا، اور بہت سے ادارے بنے، بہت سے انجمنیں بنیں، بہت سی کوششیں ہوئیں،</w:t>
      </w:r>
    </w:p>
    <w:p>
      <w:r>
        <w:rPr>
          <w:b/>
        </w:rPr>
        <w:t xml:space="preserve">[14:15] </w:t>
      </w:r>
      <w:r>
        <w:t>yahan tak ke saare kaam ab peaceful baat cheet se hone lage.</w:t>
      </w:r>
    </w:p>
    <w:p>
      <w:pPr>
        <w:jc w:val="right"/>
      </w:pPr>
      <w:r>
        <w:t>یہاں تک کہ سارے کام اب پیس فل بات چیت سے ہونے لگے۔</w:t>
      </w:r>
    </w:p>
    <w:p>
      <w:r>
        <w:rPr>
          <w:b/>
        </w:rPr>
        <w:t xml:space="preserve">[14:25] </w:t>
      </w:r>
      <w:r>
        <w:t>lekin</w:t>
      </w:r>
    </w:p>
    <w:p>
      <w:pPr>
        <w:jc w:val="right"/>
      </w:pPr>
      <w:r>
        <w:t>لیکن</w:t>
      </w:r>
    </w:p>
    <w:p>
      <w:r>
        <w:rPr>
          <w:b/>
        </w:rPr>
        <w:t xml:space="preserve">[14:29] </w:t>
      </w:r>
      <w:r>
        <w:t>musalman abhi bhi pichhle zehan mein jee rahe hain. is ki wajah se unhon ne is ko mazhab se justify kar liya tha.</w:t>
      </w:r>
    </w:p>
    <w:p>
      <w:pPr>
        <w:jc w:val="right"/>
      </w:pPr>
      <w:r>
        <w:t>مسلمان ابھی بھی پچھلے ذہن میں جی رہے ہیں۔ اس کی وجہ سے انہوں نے اس کو مذہب سے جسٹیفائی کر لیا تھا۔</w:t>
      </w:r>
    </w:p>
    <w:p>
      <w:r>
        <w:rPr>
          <w:b/>
        </w:rPr>
        <w:t xml:space="preserve">[14:41] </w:t>
      </w:r>
      <w:r>
        <w:t>doosri qaumon mein jang</w:t>
      </w:r>
    </w:p>
    <w:p>
      <w:pPr>
        <w:jc w:val="right"/>
      </w:pPr>
      <w:r>
        <w:t>دوسری قوموں میں جنگ</w:t>
      </w:r>
    </w:p>
    <w:p>
      <w:r>
        <w:rPr>
          <w:b/>
        </w:rPr>
        <w:t xml:space="preserve">[14:48] </w:t>
      </w:r>
      <w:r>
        <w:t>muqaddas jang nahi thi.</w:t>
      </w:r>
    </w:p>
    <w:p>
      <w:pPr>
        <w:jc w:val="right"/>
      </w:pPr>
      <w:r>
        <w:t>مقدس جنگ نہیں تھی۔</w:t>
      </w:r>
    </w:p>
    <w:p>
      <w:r>
        <w:rPr>
          <w:b/>
        </w:rPr>
        <w:t xml:space="preserve">[14:52] </w:t>
      </w:r>
      <w:r>
        <w:t>musalmanon ne is ko shaheed aur jihad fi sabilillah aur kya kya alfaaz de kar ke is ko muqaddam na liya.</w:t>
      </w:r>
    </w:p>
    <w:p>
      <w:pPr>
        <w:jc w:val="right"/>
      </w:pPr>
      <w:r>
        <w:t>مسلمانوں نے اس کو شہید اور جہاد فی سبیل اللہ اور کیا کیا الفاظ دے کر کے اس کو مقدم نہ لیا۔</w:t>
      </w:r>
    </w:p>
    <w:p>
      <w:r>
        <w:rPr>
          <w:b/>
        </w:rPr>
        <w:t xml:space="preserve">[15:04] </w:t>
      </w:r>
      <w:r>
        <w:t>ab yeh ho gaya ke</w:t>
      </w:r>
    </w:p>
    <w:p>
      <w:pPr>
        <w:jc w:val="right"/>
      </w:pPr>
      <w:r>
        <w:t>اب یہ ہو گیا کہ</w:t>
      </w:r>
    </w:p>
    <w:p>
      <w:r>
        <w:rPr>
          <w:b/>
        </w:rPr>
        <w:t xml:space="preserve">[15:08] </w:t>
      </w:r>
      <w:r>
        <w:t>woh aik mazhabi amal ban gaya. is wajah se abhi tak musalmanon mein yeh zehan khatm nahi hua ke jihad bil saif ka daur hi khatm ho gaya.</w:t>
      </w:r>
    </w:p>
    <w:p>
      <w:pPr>
        <w:jc w:val="right"/>
      </w:pPr>
      <w:r>
        <w:t>وہ ایک مذہبی عمل بن گیا۔ اس وجہ سے ابھی تک مسلمانوں میں یہ ذہن ختم نہیں ہوا کہ جہاد بالسیف کا دور ہی ختم ہو گیا۔</w:t>
      </w:r>
    </w:p>
    <w:p>
      <w:r>
        <w:rPr>
          <w:b/>
        </w:rPr>
        <w:t xml:space="preserve">[15:21] </w:t>
      </w:r>
      <w:r>
        <w:t>ab saare kaam anjam paate hain peaceful digostation ke zariye.</w:t>
      </w:r>
    </w:p>
    <w:p>
      <w:pPr>
        <w:jc w:val="right"/>
      </w:pPr>
      <w:r>
        <w:t>اب سارے کام انجام پاتے ہیں پیس فل ڈگوسٹیشن کے ذریعے۔</w:t>
      </w:r>
    </w:p>
    <w:p>
      <w:r>
        <w:rPr>
          <w:b/>
        </w:rPr>
        <w:t xml:space="preserve">[15:33] </w:t>
      </w:r>
      <w:r>
        <w:t>yeh hai masla. ab jo age of communication aaya hai, is mein beshumar naye naye zariye wajood mein aaye hain.</w:t>
      </w:r>
    </w:p>
    <w:p>
      <w:pPr>
        <w:jc w:val="right"/>
      </w:pPr>
      <w:r>
        <w:t>یہ ہے مسئلہ۔ اب جو ایج آف کمیونیکیشن آیا ہے، اس میں بے شمار نئے نئے ذریعے وجود میں آئے ہیں۔</w:t>
      </w:r>
    </w:p>
    <w:p>
      <w:r>
        <w:rPr>
          <w:b/>
        </w:rPr>
        <w:t xml:space="preserve">[15:51] </w:t>
      </w:r>
      <w:r>
        <w:t>ab kisi bade maqsad ko hasil karne ke liye jang ki zaroorat hi nahi.</w:t>
      </w:r>
    </w:p>
    <w:p>
      <w:pPr>
        <w:jc w:val="right"/>
      </w:pPr>
      <w:r>
        <w:t>اب کسی بڑے مقصد کو حاصل کرنے کے لیے جنگ کی ضرورت ہی نہیں۔</w:t>
      </w:r>
    </w:p>
    <w:p>
      <w:r>
        <w:rPr>
          <w:b/>
        </w:rPr>
        <w:t xml:space="preserve">[16:04] </w:t>
      </w:r>
      <w:r>
        <w:t>chhota maqsad ho ya bada maqsad ho, ab jang ke baghair hasil kiya ja sakta hai.</w:t>
      </w:r>
    </w:p>
    <w:p>
      <w:pPr>
        <w:jc w:val="right"/>
      </w:pPr>
      <w:r>
        <w:t>چھوٹا مقصد ہو یا بڑا مقصد ہو، اب جنگ کے بغیر حاصل کیا جا سکتا ہے۔</w:t>
      </w:r>
    </w:p>
    <w:p>
      <w:r>
        <w:rPr>
          <w:b/>
        </w:rPr>
        <w:t xml:space="preserve">[16:15] </w:t>
      </w:r>
      <w:r>
        <w:t>ab aap dekhiye, is se pehle logon ne hukoomaten qaim ki thin, empire qaim kiya tha, to lad kar qaim kiya tha.</w:t>
      </w:r>
    </w:p>
    <w:p>
      <w:pPr>
        <w:jc w:val="right"/>
      </w:pPr>
      <w:r>
        <w:t>اب آپ دیکھیے، اس سے پہلے لوگوں نے حکومتیں قائم کی تھیں، ایمپائر قائم کیا تھا، تو لڑ کر قائم کیا تھا۔</w:t>
      </w:r>
    </w:p>
    <w:p>
      <w:r>
        <w:rPr>
          <w:b/>
        </w:rPr>
        <w:t xml:space="preserve">[16:27] </w:t>
      </w:r>
      <w:r>
        <w:t>duniya mein kai empire bane, badi badi hukoomaten banin, woh sab lad kar bani thin. ab aaj kya hai?</w:t>
      </w:r>
    </w:p>
    <w:p>
      <w:pPr>
        <w:jc w:val="right"/>
      </w:pPr>
      <w:r>
        <w:t>دنیا میں کئی ایمپائر بنے، بڑی بڑی حکومتیں بنیں، وہ سب لڑ کر بنی تھیں۔ اب آج کیا ہے؟</w:t>
      </w:r>
    </w:p>
    <w:p>
      <w:r>
        <w:rPr>
          <w:b/>
        </w:rPr>
        <w:t xml:space="preserve">[16:39] </w:t>
      </w:r>
      <w:r>
        <w:t>ab aaj</w:t>
      </w:r>
    </w:p>
    <w:p>
      <w:pPr>
        <w:jc w:val="right"/>
      </w:pPr>
      <w:r>
        <w:t>اب آج</w:t>
      </w:r>
    </w:p>
    <w:p>
      <w:r>
        <w:rPr>
          <w:b/>
        </w:rPr>
        <w:t xml:space="preserve">[16:44] </w:t>
      </w:r>
      <w:r>
        <w:t>america super power bana hua hai,</w:t>
      </w:r>
    </w:p>
    <w:p>
      <w:pPr>
        <w:jc w:val="right"/>
      </w:pPr>
      <w:r>
        <w:t>امریکہ سپر پاور بنا ہوا ہے،</w:t>
      </w:r>
    </w:p>
    <w:p>
      <w:r>
        <w:rPr>
          <w:b/>
        </w:rPr>
        <w:t xml:space="preserve">[16:49] </w:t>
      </w:r>
      <w:r>
        <w:t>super power.</w:t>
      </w:r>
    </w:p>
    <w:p>
      <w:pPr>
        <w:jc w:val="right"/>
      </w:pPr>
      <w:r>
        <w:t>سپر پاور۔</w:t>
      </w:r>
    </w:p>
    <w:p>
      <w:r>
        <w:rPr>
          <w:b/>
        </w:rPr>
        <w:t xml:space="preserve">[16:54] </w:t>
      </w:r>
      <w:r>
        <w:t>lekin america ne ab super power ka maqam jo hasil kiya hai, woh lad kar nahi, lad kar nahi, balkeh peaceful zarye se, communication ke zariye se.</w:t>
      </w:r>
    </w:p>
    <w:p>
      <w:pPr>
        <w:jc w:val="right"/>
      </w:pPr>
      <w:r>
        <w:t>لیکن امریکہ نے اب سپر پاور کا مقام جو حاصل کیا ہے، وہ لڑ کر نہیں، لڑ کر نہیں، بلکہ پیس فل ذرائع سے، کمیونیکیشن کے ذریعے سے۔</w:t>
      </w:r>
    </w:p>
    <w:p>
      <w:r>
        <w:rPr>
          <w:b/>
        </w:rPr>
        <w:t xml:space="preserve">[17:13] </w:t>
      </w:r>
      <w:r>
        <w:t>toh aik naya daur aa gaya hai, jabke koi bhi bada maqsad hasil kiya ja sakta hai</w:t>
      </w:r>
    </w:p>
    <w:p>
      <w:pPr>
        <w:jc w:val="right"/>
      </w:pPr>
      <w:r>
        <w:t>تو ایک نیا دور آ گیا ہے، جبکہ کوئی بھی بڑا مقصد حاصل کیا جا سکتا ہے</w:t>
      </w:r>
    </w:p>
    <w:p>
      <w:r>
        <w:rPr>
          <w:b/>
        </w:rPr>
        <w:t xml:space="preserve">[17:22] </w:t>
      </w:r>
      <w:r>
        <w:t>tashaddud ke baghair. lekin</w:t>
      </w:r>
    </w:p>
    <w:p>
      <w:pPr>
        <w:jc w:val="right"/>
      </w:pPr>
      <w:r>
        <w:t>تشدد کے بغیر۔ لیکن</w:t>
      </w:r>
    </w:p>
    <w:p>
      <w:r>
        <w:rPr>
          <w:b/>
        </w:rPr>
        <w:t xml:space="preserve">[17:29] </w:t>
      </w:r>
      <w:r>
        <w:t>musalman abhi tak yeh nahi samajh sake ke jihad bil saif ka daur hi khatm ho gaya.</w:t>
      </w:r>
    </w:p>
    <w:p>
      <w:pPr>
        <w:jc w:val="right"/>
      </w:pPr>
      <w:r>
        <w:t>مسلمان ابھی تک یہ نہیں سمجھ سکے کہ جہاد بالسیف کا دور ہی ختم ہو گیا۔</w:t>
      </w:r>
    </w:p>
    <w:p>
      <w:r>
        <w:rPr>
          <w:b/>
        </w:rPr>
        <w:t xml:space="preserve">[17:39] </w:t>
      </w:r>
      <w:r>
        <w:t>kyun ke woh toh sochte hain ke lado aur shaheed ho jao, aur phir se jannat mein jao. lado aur shaheed ho jao, aur jannat mein jao.</w:t>
      </w:r>
    </w:p>
    <w:p>
      <w:pPr>
        <w:jc w:val="right"/>
      </w:pPr>
      <w:r>
        <w:t>کیونکہ وہ تو سوچتے ہیں کہ لڑو اور شہید ہو جاؤ، اور پھر سے جنت میں جاؤ۔ لڑو اور شہید ہو جاؤ، اور جنت میں جاؤ۔</w:t>
      </w:r>
    </w:p>
    <w:p>
      <w:r>
        <w:rPr>
          <w:b/>
        </w:rPr>
        <w:t xml:space="preserve">[17:56] </w:t>
      </w:r>
      <w:r>
        <w:t>ab pathar maarne ki zaroorat nahi hai. ab ideas aap ke paas hain, toh aap sari duniya mein modern communication ko istemal kar ke har maqsad hasil kar sakte hain.</w:t>
      </w:r>
    </w:p>
    <w:p>
      <w:pPr>
        <w:jc w:val="right"/>
      </w:pPr>
      <w:r>
        <w:t>اب پتھر مارنے کی ضرورت نہیں ہے۔ اب آئیڈیاز آپ کے پاس ہیں، تو آپ ساری دنیا میں ماڈرن کمیونیکیشن کو استعمال کر کے ہر مقصد حاصل کر سکتے ہیں۔</w:t>
      </w:r>
    </w:p>
    <w:p>
      <w:r>
        <w:rPr>
          <w:b/>
        </w:rPr>
        <w:t xml:space="preserve">[18:22] </w:t>
      </w:r>
      <w:r>
        <w:t>misalan hum logon ka yeh jo program hota hai, hafte mein do baar, aur doosre program hote hain,</w:t>
      </w:r>
    </w:p>
    <w:p>
      <w:pPr>
        <w:jc w:val="right"/>
      </w:pPr>
      <w:r>
        <w:t>مثلاً ہم لوگوں کا یہ جو پروگرام ہوتا ہے، ہفتے میں دو بار، اور دوسرے پروگرام ہوتے ہیں،</w:t>
      </w:r>
    </w:p>
    <w:p>
      <w:r>
        <w:rPr>
          <w:b/>
        </w:rPr>
        <w:t xml:space="preserve">[18:34] </w:t>
      </w:r>
      <w:r>
        <w:t>toh ab is mein koi tashaddud nahi istemal nahi hota. peaceful communication ke zariye hum sari duniya mein apna paigham pohncha rahe hain.</w:t>
      </w:r>
    </w:p>
    <w:p>
      <w:pPr>
        <w:jc w:val="right"/>
      </w:pPr>
      <w:r>
        <w:t>تو اب اس میں کوئی تشدد نہیں استعمال نہیں ہوتا۔ پیس فل کمیونیکیشن کے ذریعے ہم ساری دنیا میں اپنا پیغام پہنچا رہے ہیں۔</w:t>
      </w:r>
    </w:p>
    <w:p>
      <w:r>
        <w:rPr>
          <w:b/>
        </w:rPr>
        <w:t xml:space="preserve">[18:48] </w:t>
      </w:r>
      <w:r>
        <w:t>peaceful communication.</w:t>
      </w:r>
    </w:p>
    <w:p>
      <w:pPr>
        <w:jc w:val="right"/>
      </w:pPr>
      <w:r>
        <w:t>پیس فل کمیونیکیشن۔</w:t>
      </w:r>
    </w:p>
    <w:p>
      <w:r>
        <w:rPr>
          <w:b/>
        </w:rPr>
        <w:t xml:space="preserve">[18:58] </w:t>
      </w:r>
      <w:r>
        <w:t>toh asal cheez yeh hai ke</w:t>
      </w:r>
    </w:p>
    <w:p>
      <w:pPr>
        <w:jc w:val="right"/>
      </w:pPr>
      <w:r>
        <w:t>تو اصل چیز یہ ہے کہ</w:t>
      </w:r>
    </w:p>
    <w:p>
      <w:r>
        <w:rPr>
          <w:b/>
        </w:rPr>
        <w:t xml:space="preserve">[19:02] </w:t>
      </w:r>
      <w:r>
        <w:t>logon ne jis tarah se</w:t>
      </w:r>
    </w:p>
    <w:p>
      <w:pPr>
        <w:jc w:val="right"/>
      </w:pPr>
      <w:r>
        <w:t>لوگوں نے جس طرح سے</w:t>
      </w:r>
    </w:p>
    <w:p>
      <w:r>
        <w:rPr>
          <w:b/>
        </w:rPr>
        <w:t xml:space="preserve">[19:10] </w:t>
      </w:r>
      <w:r>
        <w:t>bohat se doosre ahkam ko mauqoof kar diya, jis haj haj ke liye oonton ke liye safar karna,</w:t>
      </w:r>
    </w:p>
    <w:p>
      <w:pPr>
        <w:jc w:val="right"/>
      </w:pPr>
      <w:r>
        <w:t>بہت سے دوسرے احکام کو موقوف کر دیا، جس حج حج کے لیے اونٹوں کے لیے سفر کرنا،</w:t>
      </w:r>
    </w:p>
    <w:p>
      <w:r>
        <w:rPr>
          <w:b/>
        </w:rPr>
        <w:t xml:space="preserve">[19:30] </w:t>
      </w:r>
      <w:r>
        <w:t>isi tarah ab jihad bil saif ke bare mein ailan karna dena chahiye</w:t>
      </w:r>
    </w:p>
    <w:p>
      <w:pPr>
        <w:jc w:val="right"/>
      </w:pPr>
      <w:r>
        <w:t>اسی طرح اب جہاد بالسیف کے بارے میں اعلان کرنا دینا چاہیے</w:t>
      </w:r>
    </w:p>
    <w:p>
      <w:r>
        <w:rPr>
          <w:b/>
        </w:rPr>
        <w:t xml:space="preserve">[19:40] </w:t>
      </w:r>
      <w:r>
        <w:t>logon ko ke jihad bil saif ka daur khatm ho gaya. ab to</w:t>
      </w:r>
    </w:p>
    <w:p>
      <w:pPr>
        <w:jc w:val="right"/>
      </w:pPr>
      <w:r>
        <w:t>لوگوں کو کہ جہاد بالسیف کا دور ختم ہو گیا۔ اب تو</w:t>
      </w:r>
    </w:p>
    <w:p>
      <w:r>
        <w:rPr>
          <w:b/>
        </w:rPr>
        <w:t xml:space="preserve">[19:50] </w:t>
      </w:r>
      <w:r>
        <w:t>aman ke zariye jihad</w:t>
      </w:r>
    </w:p>
    <w:p>
      <w:pPr>
        <w:jc w:val="right"/>
      </w:pPr>
      <w:r>
        <w:t>امن کے ذریعے جہاد</w:t>
      </w:r>
    </w:p>
    <w:p>
      <w:r>
        <w:rPr>
          <w:b/>
        </w:rPr>
        <w:t xml:space="preserve">[19:56] </w:t>
      </w:r>
      <w:r>
        <w:t>ka zamana aa gaya hai.</w:t>
      </w:r>
    </w:p>
    <w:p>
      <w:pPr>
        <w:jc w:val="right"/>
      </w:pPr>
      <w:r>
        <w:t>کا زمانہ آ گیا ہے۔</w:t>
      </w:r>
    </w:p>
    <w:p>
      <w:r>
        <w:rPr>
          <w:b/>
        </w:rPr>
        <w:t xml:space="preserve">[20:07] </w:t>
      </w:r>
      <w:r>
        <w:t>bade bade maqsad aman ke liye hasil kar sakte hain.</w:t>
      </w:r>
    </w:p>
    <w:p>
      <w:pPr>
        <w:jc w:val="right"/>
      </w:pPr>
      <w:r>
        <w:t>بڑے بڑے مقصد امن کے لیے حاصل کر سکتے ہیں۔</w:t>
      </w:r>
    </w:p>
    <w:p>
      <w:r>
        <w:rPr>
          <w:b/>
        </w:rPr>
        <w:t xml:space="preserve">[20:18] </w:t>
      </w:r>
      <w:r>
        <w:t>main sochta hoon ke jis tarah haj ke liye oont ka safar mauqoof ho gaya, isi tarah ab</w:t>
      </w:r>
    </w:p>
    <w:p>
      <w:pPr>
        <w:jc w:val="right"/>
      </w:pPr>
      <w:r>
        <w:t>میں سوچتا ہوں کہ جس طرح حج کے لیے اونٹ کا سفر موقوف ہو گیا، اسی طرح اب</w:t>
      </w:r>
    </w:p>
    <w:p>
      <w:r>
        <w:rPr>
          <w:b/>
        </w:rPr>
        <w:t xml:space="preserve">[20:38] </w:t>
      </w:r>
      <w:r>
        <w:t>takrao ke liye bomb istemal karna, jang chhedna, yeh khatm ho jana chahiye.</w:t>
      </w:r>
    </w:p>
    <w:p>
      <w:pPr>
        <w:jc w:val="right"/>
      </w:pPr>
      <w:r>
        <w:t>ٹکراؤ کے لیے بم استعمال کرنا، جنگ چھیڑنا، یہ ختم ہو جانا چاہیے۔</w:t>
      </w:r>
    </w:p>
    <w:p>
      <w:r>
        <w:rPr>
          <w:b/>
        </w:rPr>
        <w:t xml:space="preserve">[20:50] </w:t>
      </w:r>
      <w:r>
        <w:t>is ko khatm ho jana chahiye.</w:t>
      </w:r>
    </w:p>
    <w:p>
      <w:pPr>
        <w:jc w:val="right"/>
      </w:pPr>
      <w:r>
        <w:t>اس کو ختم ہو جانا چاہیے۔</w:t>
      </w:r>
    </w:p>
    <w:p>
      <w:r>
        <w:rPr>
          <w:b/>
        </w:rPr>
        <w:t xml:space="preserve">[21:00] </w:t>
      </w:r>
      <w:r>
        <w:t>main khud jab paida hua 1925 mein, to us waqt main khud nahi janta tha ke jihad bil saif mauqoof ho chuka hai.</w:t>
      </w:r>
    </w:p>
    <w:p>
      <w:pPr>
        <w:jc w:val="right"/>
      </w:pPr>
      <w:r>
        <w:t>میں خود جب پیدا ہوا 1925 میں، تو اس وقت میں خود نہیں جانتا تھا کہ جہاد بالسیف موقوف ہو چکا ہے۔</w:t>
      </w:r>
    </w:p>
    <w:p>
      <w:r>
        <w:rPr>
          <w:b/>
        </w:rPr>
        <w:t xml:space="preserve">[21:17] </w:t>
      </w:r>
      <w:r>
        <w:t>lekin mera mizaj yeh hai ke main har lamha rasani karta hoon,</w:t>
      </w:r>
    </w:p>
    <w:p>
      <w:pPr>
        <w:jc w:val="right"/>
      </w:pPr>
      <w:r>
        <w:t>لیکن میرا مزاج یہ ہے کہ میں ہر لمحہ رسانی کرتا ہوں،</w:t>
      </w:r>
    </w:p>
    <w:p>
      <w:r>
        <w:rPr>
          <w:b/>
        </w:rPr>
        <w:t xml:space="preserve">[21:28] </w:t>
      </w:r>
      <w:r>
        <w:t>har lamha phir se sochta hoon. rethinking ka process mere mind mein hamesha chalta rehta hai. to bohat jald maine daryaft kar liya ke ab jihad bil saif mauqoof ho gaya.</w:t>
      </w:r>
    </w:p>
    <w:p>
      <w:pPr>
        <w:jc w:val="right"/>
      </w:pPr>
      <w:r>
        <w:t>ہر لمحہ پھر سے سوچتا ہوں۔ ری تھنکنگ کا پراسیس میرے مائنڈ میں ہمیشہ چلتا رہتا ہے۔ تو بہت جلد میں نے دریافت کر لیا کہ اب جہاد بالسیف موقوف ہو گیا۔</w:t>
      </w:r>
    </w:p>
    <w:p>
      <w:r>
        <w:rPr>
          <w:b/>
        </w:rPr>
        <w:t xml:space="preserve">[21:47] </w:t>
      </w:r>
      <w:r>
        <w:t>ab to aman ke liye jihad peace ke zariye</w:t>
      </w:r>
    </w:p>
    <w:p>
      <w:pPr>
        <w:jc w:val="right"/>
      </w:pPr>
      <w:r>
        <w:t>اب تو امن کے لیے جہاد پیس کے ذریعے</w:t>
      </w:r>
    </w:p>
    <w:p>
      <w:r>
        <w:rPr>
          <w:b/>
        </w:rPr>
        <w:t xml:space="preserve">[22:00] </w:t>
      </w:r>
      <w:r>
        <w:t>planning ka zamana aa gaya hai.</w:t>
      </w:r>
    </w:p>
    <w:p>
      <w:pPr>
        <w:jc w:val="right"/>
      </w:pPr>
      <w:r>
        <w:t>پلاننگ کا زمانہ آ چکا ہے۔</w:t>
      </w:r>
    </w:p>
    <w:p>
      <w:r>
        <w:rPr>
          <w:b/>
        </w:rPr>
        <w:t xml:space="preserve">[22:07] </w:t>
      </w:r>
      <w:r>
        <w:t>ab dekhiye, hamare jo sathi hain, hamare sathi</w:t>
      </w:r>
    </w:p>
    <w:p>
      <w:pPr>
        <w:jc w:val="right"/>
      </w:pPr>
      <w:r>
        <w:t>اب دیکھیے، ہمارے جو ساتھی ہیں، ہمارے ساتھی</w:t>
      </w:r>
    </w:p>
    <w:p>
      <w:r>
        <w:rPr>
          <w:b/>
        </w:rPr>
        <w:t xml:space="preserve">[22:16] </w:t>
      </w:r>
      <w:r>
        <w:t>quran ka distribution ka kaam kar rahe hain sari duniya mein. sari duniya mein</w:t>
      </w:r>
    </w:p>
    <w:p>
      <w:pPr>
        <w:jc w:val="right"/>
      </w:pPr>
      <w:r>
        <w:t>قرآن کا ڈسٹریبیوشن کا کام کر رہے ہیں ساری دنیا میں۔ ساری دنیا میں</w:t>
      </w:r>
    </w:p>
    <w:p>
      <w:r>
        <w:rPr>
          <w:b/>
        </w:rPr>
        <w:t xml:space="preserve">[22:30] </w:t>
      </w:r>
      <w:r>
        <w:t>to kaise ho raha hai?</w:t>
      </w:r>
    </w:p>
    <w:p>
      <w:pPr>
        <w:jc w:val="right"/>
      </w:pPr>
      <w:r>
        <w:t>تو کیسے ہو رہا ہے؟</w:t>
      </w:r>
    </w:p>
    <w:p>
      <w:r>
        <w:rPr>
          <w:b/>
        </w:rPr>
        <w:t xml:space="preserve">[22:35] </w:t>
      </w:r>
      <w:r>
        <w:t>aman ke zariye,</w:t>
      </w:r>
    </w:p>
    <w:p>
      <w:pPr>
        <w:jc w:val="right"/>
      </w:pPr>
      <w:r>
        <w:t>امن کے ذریعے،</w:t>
      </w:r>
    </w:p>
    <w:p>
      <w:r>
        <w:rPr>
          <w:b/>
        </w:rPr>
        <w:t xml:space="preserve">[22:39] </w:t>
      </w:r>
      <w:r>
        <w:t>peace ke zariye.</w:t>
      </w:r>
    </w:p>
    <w:p>
      <w:pPr>
        <w:jc w:val="right"/>
      </w:pPr>
      <w:r>
        <w:t>پیس کے ذریعے۔</w:t>
      </w:r>
    </w:p>
    <w:p>
      <w:r>
        <w:rPr>
          <w:b/>
        </w:rPr>
        <w:t xml:space="preserve">[22:43] </w:t>
      </w:r>
      <w:r>
        <w:t>dekhiye, qadeem zamane mein jo jang, jo ghazwat pesh aaye the, ghazwat woh kis kis kyun kyun hue the?</w:t>
      </w:r>
    </w:p>
    <w:p>
      <w:pPr>
        <w:jc w:val="right"/>
      </w:pPr>
      <w:r>
        <w:t>دیکھیے، قدیم زمانے میں جو جنگ، جو غزوات پیش آئے تھے، غزوات وہ کس کس کیوں کیوں ہوئے تھے؟</w:t>
      </w:r>
    </w:p>
    <w:p>
      <w:r>
        <w:rPr>
          <w:b/>
        </w:rPr>
        <w:t xml:space="preserve">[22:55] </w:t>
      </w:r>
      <w:r>
        <w:t>woh haqeeqat hai, woh ladai nahi thi. qadeem zamane mein</w:t>
      </w:r>
    </w:p>
    <w:p>
      <w:pPr>
        <w:jc w:val="right"/>
      </w:pPr>
      <w:r>
        <w:t>وہ حقیقت ہے، وہ لڑائی نہیں تھی۔ قدیم زمانے میں</w:t>
      </w:r>
    </w:p>
    <w:p>
      <w:r>
        <w:rPr>
          <w:b/>
        </w:rPr>
        <w:t xml:space="preserve">[23:03] </w:t>
      </w:r>
      <w:r>
        <w:t>tribal age ka zamana tha. tribal age ke zamane mein log siwaye talwar ke aur kuch jante nahi the.</w:t>
      </w:r>
    </w:p>
    <w:p>
      <w:pPr>
        <w:jc w:val="right"/>
      </w:pPr>
      <w:r>
        <w:t>ٹرائبل ایج کا زمانہ تھا۔ ٹرائبل ایج کے زمانے میں لوگ سوائے تلوار کے اور کچھ جانتے نہیں تھے۔</w:t>
      </w:r>
    </w:p>
    <w:p>
      <w:r>
        <w:rPr>
          <w:b/>
        </w:rPr>
        <w:t xml:space="preserve">[23:13] </w:t>
      </w:r>
      <w:r>
        <w:t>kuch tha hi nahi. jante kya? to bismillah ke sathi jate the dawat ke liye.</w:t>
      </w:r>
    </w:p>
    <w:p>
      <w:pPr>
        <w:jc w:val="right"/>
      </w:pPr>
      <w:r>
        <w:t>کچھ تھا ہی نہیں۔ جانتے کیا؟ تو بسم اللہ کے ساتھی جاتے تھے دعوت کے لیے۔</w:t>
      </w:r>
    </w:p>
    <w:p>
      <w:r>
        <w:rPr>
          <w:b/>
        </w:rPr>
        <w:t xml:space="preserve">[23:28] </w:t>
      </w:r>
      <w:r>
        <w:t>dawat ke liye qabail mein to qabail ki taraf se muzahamat hoti thi. muzahamat, resistance, us ki wajah se takrao ho jata tha.</w:t>
      </w:r>
    </w:p>
    <w:p>
      <w:pPr>
        <w:jc w:val="right"/>
      </w:pPr>
      <w:r>
        <w:t>دعوت کے لیے قبائل میں تو قبائل کی طرف سے مزاحمت ہوتی تھی۔ مزاحمت، ریزسٹنس، اس کی وجہ سے ٹکراؤ ہو جاتا تھا۔</w:t>
      </w:r>
    </w:p>
    <w:p>
      <w:r>
        <w:rPr>
          <w:b/>
        </w:rPr>
        <w:t xml:space="preserve">[23:44] </w:t>
      </w:r>
      <w:r>
        <w:t>kyunke paray zamanay mein</w:t>
      </w:r>
    </w:p>
    <w:p>
      <w:pPr>
        <w:jc w:val="right"/>
      </w:pPr>
      <w:r>
        <w:t>کیونکہ پرے زمانے میں</w:t>
      </w:r>
    </w:p>
    <w:p>
      <w:r>
        <w:rPr>
          <w:b/>
        </w:rPr>
        <w:t xml:space="preserve">[23:50] </w:t>
      </w:r>
      <w:r>
        <w:t>log jis tarah se aaj kal log chhori le ke chalte hain, to paray zamanay mein log talwar le ke chalte thay. kyunke rezeni hoti thi, muzahamat pe paish aati thi.</w:t>
      </w:r>
    </w:p>
    <w:p>
      <w:pPr>
        <w:jc w:val="right"/>
      </w:pPr>
      <w:r>
        <w:t>لوگ جس طرح سے آج کل لوگ چھوڑی لے کے چلتے ہیں، تو پرے زمانے میں لوگ تلوار لے کے چلتے تھے۔ کیونکہ ریزنی ہوتی تھی، مزاحمت پہ پیش آتی تھی۔</w:t>
      </w:r>
    </w:p>
    <w:p>
      <w:r>
        <w:rPr>
          <w:b/>
        </w:rPr>
        <w:t xml:space="preserve">[24:05] </w:t>
      </w:r>
      <w:r>
        <w:t>to musafir ko apne difa ke liye waqt ki zaroorat ke mutabiq talwar bhi apne sath rakhna parta tha.</w:t>
      </w:r>
    </w:p>
    <w:p>
      <w:pPr>
        <w:jc w:val="right"/>
      </w:pPr>
      <w:r>
        <w:t>تو مسافر کو اپنے دفاع کے لیے وقت کی ضرورت کے مطابق تلوار بھی اپنے ساتھ رکھنا پڑتا تھا۔</w:t>
      </w:r>
    </w:p>
    <w:p>
      <w:r>
        <w:rPr>
          <w:b/>
        </w:rPr>
        <w:t xml:space="preserve">[24:20] </w:t>
      </w:r>
      <w:r>
        <w:t>mere bachpan ke zamanay mein yeh yeh riwaj maujood tha hajj ke liye.</w:t>
      </w:r>
    </w:p>
    <w:p>
      <w:pPr>
        <w:jc w:val="right"/>
      </w:pPr>
      <w:r>
        <w:t>میرے بچپن کے زمانے میں یہ یہ رواج موجود تھا حج کے لیے۔</w:t>
      </w:r>
    </w:p>
    <w:p>
      <w:r>
        <w:rPr>
          <w:b/>
        </w:rPr>
        <w:t xml:space="preserve">[24:31] </w:t>
      </w:r>
      <w:r>
        <w:t>lekin ab sari dunya mein aman hai, aman ka daur daura hai. aap jo kaam cheez chahte hain, aap us ko peace fully street ke zariye kar sakte hain.</w:t>
      </w:r>
    </w:p>
    <w:p>
      <w:pPr>
        <w:jc w:val="right"/>
      </w:pPr>
      <w:r>
        <w:t>لیکن اب ساری دنیا میں امن ہے، امن کا دور دورہ ہے۔ آپ جو کام چیز چاہتے ہیں، آپ اس کو پیس فلی سٹریٹ کے ذریعے کر سکتے ہیں۔</w:t>
      </w:r>
    </w:p>
    <w:p>
      <w:r>
        <w:rPr>
          <w:b/>
        </w:rPr>
        <w:t xml:space="preserve">[24:53] </w:t>
      </w:r>
      <w:r>
        <w:t>to wahi har mamle mein karna chahiye.</w:t>
      </w:r>
    </w:p>
    <w:p>
      <w:pPr>
        <w:jc w:val="right"/>
      </w:pPr>
      <w:r>
        <w:t>تو وہی ہر معاملے میں کرنا چاہیے۔</w:t>
      </w:r>
    </w:p>
    <w:p>
      <w:r>
        <w:rPr>
          <w:b/>
        </w:rPr>
        <w:t xml:space="preserve">[25:02] </w:t>
      </w:r>
      <w:r>
        <w:t>kal maine socha ke haliya tareekh mein do bohat baray baray waqeat paish aaye, lekin musalmanon ne koi jang nahi ki.</w:t>
      </w:r>
    </w:p>
    <w:p>
      <w:pPr>
        <w:jc w:val="right"/>
      </w:pPr>
      <w:r>
        <w:t>کل میں نے سوچا کہ حالیہ تاریخ میں دو بہت بڑے بڑے واقعات پیش آئے، لیکن مسلمانوں نے کوئی جنگ نہیں کی۔</w:t>
      </w:r>
    </w:p>
    <w:p>
      <w:r>
        <w:rPr>
          <w:b/>
        </w:rPr>
        <w:t xml:space="preserve">[25:14] </w:t>
      </w:r>
      <w:r>
        <w:t>ek tha Kashmir ke bare mein constitution ko badalna, aur doosra tha Babri Masjid ke mamle mein Supreme Court ka faisla.</w:t>
      </w:r>
    </w:p>
    <w:p>
      <w:pPr>
        <w:jc w:val="right"/>
      </w:pPr>
      <w:r>
        <w:t>ایک تھا کشمیر کے بارے میں کانسٹیٹیوشن کو بدلنا، اور دوسرا تھا بابری مسجد کے معاملے میں سپریم کورٹ کا فیصلہ۔</w:t>
      </w:r>
    </w:p>
    <w:p>
      <w:r>
        <w:rPr>
          <w:b/>
        </w:rPr>
        <w:t xml:space="preserve">[25:30] </w:t>
      </w:r>
      <w:r>
        <w:t>yehi waqea agar hua, pehle hua hota to wahi hota jo Bombay mein is se pehle paish aa chuka hai ke Babri Masjid ke naam par bohat log maray gaye, bohat ziyada.</w:t>
      </w:r>
    </w:p>
    <w:p>
      <w:pPr>
        <w:jc w:val="right"/>
      </w:pPr>
      <w:r>
        <w:t>یہی واقعہ اگر ہوا، پہلے ہوا ہوتا تو وہی ہوتا جو بمبئی میں اس سے پہلے پیش آ چکا ہے کہ بابری مسجد کے نام پر بہت لوگ مارے گئے، بہت زیادہ۔</w:t>
      </w:r>
    </w:p>
    <w:p>
      <w:r>
        <w:rPr>
          <w:b/>
        </w:rPr>
        <w:t xml:space="preserve">[25:48] </w:t>
      </w:r>
      <w:r>
        <w:t>ab kuch nahi, kyunke log jante hain ke ab jang ka zamana hi khatam ho chuka. pathar marne ka zamana khatam ho chuka.</w:t>
      </w:r>
    </w:p>
    <w:p>
      <w:pPr>
        <w:jc w:val="right"/>
      </w:pPr>
      <w:r>
        <w:t>اب کچھ نہیں، کیونکہ لوگ جانتے ہیں کہ اب جنگ کا زمانہ ہی ختم ہو چکا۔ پتھر مارنے کا زمانہ ختم ہو چکا۔</w:t>
      </w:r>
    </w:p>
    <w:p>
      <w:r>
        <w:rPr>
          <w:b/>
        </w:rPr>
        <w:t xml:space="preserve">[26:01] </w:t>
      </w:r>
      <w:r>
        <w:t>to chunache Babri Masjid par itna bara faisla diya Supreme Court ne, lekin koi violent reaction nahi hua.</w:t>
      </w:r>
    </w:p>
    <w:p>
      <w:pPr>
        <w:jc w:val="right"/>
      </w:pPr>
      <w:r>
        <w:t>تو چنانچہ بابری مسجد پر اتنا بڑا فیصلہ دیا سپریم کورٹ نے، لیکن کوئی وائلنٹ ری ایکشن نہیں ہوا۔</w:t>
      </w:r>
    </w:p>
    <w:p>
      <w:r>
        <w:rPr>
          <w:b/>
        </w:rPr>
        <w:t xml:space="preserve">[26:18] </w:t>
      </w:r>
      <w:r>
        <w:t>koi violent reaction logon ki taraf se nahi hua, kyunke woh daur hi khatam ho gaya.</w:t>
      </w:r>
    </w:p>
    <w:p>
      <w:pPr>
        <w:jc w:val="right"/>
      </w:pPr>
      <w:r>
        <w:t>کوئی وائلنٹ ری ایکشن لوگوں کی طرف سے نہیں ہوا، کیونکہ وہ دور ہی ختم ہو گیا۔</w:t>
      </w:r>
    </w:p>
    <w:p>
      <w:r>
        <w:rPr>
          <w:b/>
        </w:rPr>
        <w:t xml:space="preserve">[26:31] </w:t>
      </w:r>
      <w:r>
        <w:t>mujhe ek qissa yaad aata hai jo maine kahin suna tha. ek taajir tha jis ke ghar mein paray zamanay mein log note gharon mein rakhte thay.</w:t>
      </w:r>
    </w:p>
    <w:p>
      <w:pPr>
        <w:jc w:val="right"/>
      </w:pPr>
      <w:r>
        <w:t>مجھے ایک قصہ یاد آتا ہے جو میں نے کہیں سنا تھا۔ ایک تاجر تھا جس کے گھر میں پرے زمانے میں لوگ نوٹ گھروں میں رکھتے تھے۔</w:t>
      </w:r>
    </w:p>
    <w:p>
      <w:r>
        <w:rPr>
          <w:b/>
        </w:rPr>
        <w:t xml:space="preserve">[26:47] </w:t>
      </w:r>
      <w:r>
        <w:t>ab to bankon mein rakha jata hai.</w:t>
      </w:r>
    </w:p>
    <w:p>
      <w:pPr>
        <w:jc w:val="right"/>
      </w:pPr>
      <w:r>
        <w:t>اب تو بینکوں میں رکھا جاتا ہے۔</w:t>
      </w:r>
    </w:p>
    <w:p>
      <w:r>
        <w:rPr>
          <w:b/>
        </w:rPr>
        <w:t xml:space="preserve">[26:52] </w:t>
      </w:r>
      <w:r>
        <w:t>to ek taajir ke taajir ke ghar mein daku ghus gaye.</w:t>
      </w:r>
    </w:p>
    <w:p>
      <w:pPr>
        <w:jc w:val="right"/>
      </w:pPr>
      <w:r>
        <w:t>تو ایک تاجر کے تاجر کے گھر میں ڈاکو گھس گئے۔</w:t>
      </w:r>
    </w:p>
    <w:p>
      <w:r>
        <w:rPr>
          <w:b/>
        </w:rPr>
        <w:t xml:space="preserve">[27:04] </w:t>
      </w:r>
      <w:r>
        <w:t>unhon ne ghar ke andar se note jama kiye. yeh boray bharay, boray mein note bharay.</w:t>
      </w:r>
    </w:p>
    <w:p>
      <w:pPr>
        <w:jc w:val="right"/>
      </w:pPr>
      <w:r>
        <w:t>انہوں نے گھر کے اندر سے نوٹ جمع کیے۔ یہ بورے بھرے، بورے میں نوٹ بھرے۔</w:t>
      </w:r>
    </w:p>
    <w:p>
      <w:r>
        <w:rPr>
          <w:b/>
        </w:rPr>
        <w:t xml:space="preserve">[27:18] </w:t>
      </w:r>
      <w:r>
        <w:t>is beech mein kar ke malik ne kiya kiya ke woh yeh police ko is ne telephone kar diya.</w:t>
      </w:r>
    </w:p>
    <w:p>
      <w:pPr>
        <w:jc w:val="right"/>
      </w:pPr>
      <w:r>
        <w:t>اس بیچ میں کر کے مالک نے کیا کیا کہ وہ یہ پولیس کو اس نے ٹیلی فون کر دیا۔</w:t>
      </w:r>
    </w:p>
    <w:p>
      <w:r>
        <w:rPr>
          <w:b/>
        </w:rPr>
        <w:t xml:space="preserve">[27:31] </w:t>
      </w:r>
      <w:r>
        <w:t>to idhar daku log note bori mein note bhar rahe thay, idhar police ki gaadi rawana ho chuki thi.</w:t>
      </w:r>
    </w:p>
    <w:p>
      <w:pPr>
        <w:jc w:val="right"/>
      </w:pPr>
      <w:r>
        <w:t>تو ادھر ڈاکو لوگ نوٹ بوریوں میں نوٹ بھر رہے تھے، ادھر پولیس کی گاڑی روانہ ہو چکی تھی۔</w:t>
      </w:r>
    </w:p>
    <w:p>
      <w:r>
        <w:rPr>
          <w:b/>
        </w:rPr>
        <w:t xml:space="preserve">[27:51] </w:t>
      </w:r>
      <w:r>
        <w:t>to jab waqt aaya ke police bhagay, noton mein bhar kar ke bori mein note bhar ke, aur is ke baad police ki gaadi aage khari ho gayi.</w:t>
      </w:r>
    </w:p>
    <w:p>
      <w:pPr>
        <w:jc w:val="right"/>
      </w:pPr>
      <w:r>
        <w:t>تو جب وقت آیا کہ پولیس بھاگے، نوٹوں میں بھر کر کے بوریوں میں نوٹ بھر کے، اور اس کے بعد پولیس کی گاڑی آگے کھڑی ہو گئی۔</w:t>
      </w:r>
    </w:p>
    <w:p>
      <w:r>
        <w:rPr>
          <w:b/>
        </w:rPr>
        <w:t xml:space="preserve">[28:04] </w:t>
      </w:r>
      <w:r>
        <w:t>dakoo'on ke sardar ne dekha ke yahan to police ki gaadi aage aa chuki hai. us ne foran band bori'on ko khol diya, aur khol ke note jo hai bahar bhejne shuru kar diye.</w:t>
      </w:r>
    </w:p>
    <w:p>
      <w:pPr>
        <w:jc w:val="right"/>
      </w:pPr>
      <w:r>
        <w:t>ڈاکوؤں کے سردار نے دیکھا کہ یہاں تو پولیس کی گاڑی آگے آ چکی ہے۔ اس نے فوراً بند بوریوں کو کھول دیا، اور کھول کے نوٹ جو ہے باہر بھیجنے شروع کر دیا۔</w:t>
      </w:r>
    </w:p>
    <w:p>
      <w:r>
        <w:rPr>
          <w:b/>
        </w:rPr>
        <w:t xml:space="preserve">[28:21] </w:t>
      </w:r>
      <w:r>
        <w:t>to kya hua? daku jo hai note ko lootne mein mashgool ho gaye,</w:t>
      </w:r>
    </w:p>
    <w:p>
      <w:pPr>
        <w:jc w:val="right"/>
      </w:pPr>
      <w:r>
        <w:t>تو کیا ہوا؟ ڈاکو جو ہے نوٹ کو لوٹنے میں مشغول ہو گئے،</w:t>
      </w:r>
    </w:p>
    <w:p>
      <w:r>
        <w:rPr>
          <w:b/>
        </w:rPr>
        <w:t xml:space="preserve">[28:32] </w:t>
      </w:r>
      <w:r>
        <w:t>aur police ka apni karwai karne ki wajah woh bhi note note ka lootne lagi.</w:t>
      </w:r>
    </w:p>
    <w:p>
      <w:pPr>
        <w:jc w:val="right"/>
      </w:pPr>
      <w:r>
        <w:t>اور پولیس کا اپنی کارروائی کرنے کی وجہ وہ بھی نوٹ نوٹ کا لوٹنے لگی۔</w:t>
      </w:r>
    </w:p>
    <w:p>
      <w:r>
        <w:rPr>
          <w:b/>
        </w:rPr>
        <w:t xml:space="preserve">[28:44] </w:t>
      </w:r>
      <w:r>
        <w:t>ab halaat ne logon ko mauqa diya hai ke apne bachon ko achi taleem dilwayein, barhay shohar shohar un ko milen, barhay rozgar karen.</w:t>
      </w:r>
    </w:p>
    <w:p>
      <w:pPr>
        <w:jc w:val="right"/>
      </w:pPr>
      <w:r>
        <w:t>اب حالات نے لوگوں کو موقع دیا ہے کہ اپنے بچوں کو اچھی تعلیم دلوائیں، بڑھے شوہر شوہر ان کو ملیں، بڑھے روزگار کریں۔</w:t>
      </w:r>
    </w:p>
    <w:p>
      <w:r>
        <w:rPr>
          <w:b/>
        </w:rPr>
        <w:t xml:space="preserve">[28:55] </w:t>
      </w:r>
      <w:r>
        <w:t>yani har taraf note ki bharmar hai, bharmar hai.</w:t>
      </w:r>
    </w:p>
    <w:p>
      <w:pPr>
        <w:jc w:val="right"/>
      </w:pPr>
      <w:r>
        <w:t>یعنی ہر طرف نوٹ کی بھرمار ہے، بھرمار ہے۔</w:t>
      </w:r>
    </w:p>
    <w:p>
      <w:r>
        <w:rPr>
          <w:b/>
        </w:rPr>
        <w:t xml:space="preserve">[29:09] </w:t>
      </w:r>
      <w:r>
        <w:t>ab kisi ko pathar marne ki zaroorat nahi hai, kisi ko bam marne ki zaroorat nahi hai, bas achi taleem hasil karo.</w:t>
      </w:r>
    </w:p>
    <w:p>
      <w:pPr>
        <w:jc w:val="right"/>
      </w:pPr>
      <w:r>
        <w:t>اب کسی کو پتھر مارنے کی ضرورت نہیں ہے، کسی کو بم مارنے کی ضرورت نہیں ہے، بس اچھی تعلیم حاصل کرو۔</w:t>
      </w:r>
    </w:p>
    <w:p>
      <w:r>
        <w:rPr>
          <w:b/>
        </w:rPr>
        <w:t xml:space="preserve">[29:21] </w:t>
      </w:r>
      <w:r>
        <w:t>kal mere ghar ek naujawan aaya, ek muslim naujawan.</w:t>
      </w:r>
    </w:p>
    <w:p>
      <w:pPr>
        <w:jc w:val="right"/>
      </w:pPr>
      <w:r>
        <w:t>کل میرے گھر ایک نوجوان آیا، ایک مسلم نوجوان۔</w:t>
      </w:r>
    </w:p>
    <w:p>
      <w:r>
        <w:rPr>
          <w:b/>
        </w:rPr>
        <w:t xml:space="preserve">[29:29] </w:t>
      </w:r>
      <w:r>
        <w:t>wo</w:t>
      </w:r>
    </w:p>
    <w:p>
      <w:pPr>
        <w:jc w:val="right"/>
      </w:pPr>
      <w:r>
        <w:t>وہ</w:t>
      </w:r>
    </w:p>
    <w:p>
      <w:r>
        <w:rPr>
          <w:b/>
        </w:rPr>
        <w:t xml:space="preserve">[29:34] </w:t>
      </w:r>
      <w:r>
        <w:t>bohat achhi English bol raha tha, aur purifier ki koi bahar ki company thi, us ke mein kaam kar raha tha.</w:t>
      </w:r>
    </w:p>
    <w:p>
      <w:pPr>
        <w:jc w:val="right"/>
      </w:pPr>
      <w:r>
        <w:t>بہت اچھی انگلش بول رہا تھا، اور پیوریفائر کی کوئی باہر کی کمپنی تھی، اس کے میں کام کر رہا تھا۔</w:t>
      </w:r>
    </w:p>
    <w:p>
      <w:r>
        <w:rPr>
          <w:b/>
        </w:rPr>
        <w:t xml:space="preserve">[29:47] </w:t>
      </w:r>
      <w:r>
        <w:t>wo</w:t>
      </w:r>
    </w:p>
    <w:p>
      <w:pPr>
        <w:jc w:val="right"/>
      </w:pPr>
      <w:r>
        <w:t>وہ</w:t>
      </w:r>
    </w:p>
    <w:p>
      <w:r>
        <w:rPr>
          <w:b/>
        </w:rPr>
        <w:t xml:space="preserve">[29:50] </w:t>
      </w:r>
      <w:r>
        <w:t>ab wo purifier ke business mein us ko ek bara</w:t>
      </w:r>
    </w:p>
    <w:p>
      <w:pPr>
        <w:jc w:val="right"/>
      </w:pPr>
      <w:r>
        <w:t>اب وہ پیوریفائر کے بزنس میں اس کو ایک بڑا</w:t>
      </w:r>
    </w:p>
    <w:p>
      <w:r>
        <w:rPr>
          <w:b/>
        </w:rPr>
        <w:t xml:space="preserve">[29:58] </w:t>
      </w:r>
      <w:r>
        <w:t>kaam mila hua hai, khoob paisa kama raha hai. to us ko kya zaroorat hai bomb marne ki, pathar marne ki? us soorat-e-haal ne dunya se militancy ko khatm kar diya.</w:t>
      </w:r>
    </w:p>
    <w:p>
      <w:pPr>
        <w:jc w:val="right"/>
      </w:pPr>
      <w:r>
        <w:t>کام ملا ہوا ہے، خوب پیسہ کما رہا ہے۔ تو اس کو کیا ضرورت ہے بم مارنے کی، پتھر مارنے کی؟ اس صورتحال نے دنیا سے ملٹریسی کو ختم کر دیا۔</w:t>
      </w:r>
    </w:p>
    <w:p>
      <w:r>
        <w:rPr>
          <w:b/>
        </w:rPr>
        <w:t xml:space="preserve">[30:13] </w:t>
      </w:r>
      <w:r>
        <w:t>ab na Kashmir ke militancy zinda rehne wali hai, aur na Babri Masjid ke naam par tashaddud zinda rehne wala hai.</w:t>
      </w:r>
    </w:p>
    <w:p>
      <w:pPr>
        <w:jc w:val="right"/>
      </w:pPr>
      <w:r>
        <w:t>اب نہ کشمیر کے ملٹریسی زندہ رہنے والی ہے، اور نہ بابری مسجد کے نام پر تشدد زندہ رہنے والا ہے۔</w:t>
      </w:r>
    </w:p>
    <w:p>
      <w:r>
        <w:rPr>
          <w:b/>
        </w:rPr>
        <w:t xml:space="preserve">[30:26] </w:t>
      </w:r>
      <w:r>
        <w:t>meri dua hai ke Allah taala hum sab ko tofeeq de ke hum zamane ke is farq ko samjhein, aur wo zehan khatm kar dein</w:t>
      </w:r>
    </w:p>
    <w:p>
      <w:pPr>
        <w:jc w:val="right"/>
      </w:pPr>
      <w:r>
        <w:t>میری دعا ہے کہ اللہ تعالی ہم سب کو توفیق دے کہ ہم زمانے کے اس فرق کو سمجھیں، اور وہ ذہن ختم کر دیں</w:t>
      </w:r>
    </w:p>
    <w:p>
      <w:r>
        <w:rPr>
          <w:b/>
        </w:rPr>
        <w:t xml:space="preserve">[30:44] </w:t>
      </w:r>
      <w:r>
        <w:t>jo yeh hota ke</w:t>
      </w:r>
    </w:p>
    <w:p>
      <w:pPr>
        <w:jc w:val="right"/>
      </w:pPr>
      <w:r>
        <w:t>جو یہ ہوتا کہ</w:t>
      </w:r>
    </w:p>
    <w:p>
      <w:r>
        <w:rPr>
          <w:b/>
        </w:rPr>
        <w:t xml:space="preserve">[30:52] </w:t>
      </w:r>
      <w:r>
        <w:t>na aasani se log bhadak kar ke tashaddud karne lagte thay. Allah taala hum sab ko tofeeq de right thinking ki.</w:t>
      </w:r>
    </w:p>
    <w:p>
      <w:pPr>
        <w:jc w:val="right"/>
      </w:pPr>
      <w:r>
        <w:t>نہ آسانی سے لوگ بھڑک کر کے تشدد کرنے لگتے تھے۔ اللہ تعالی ہم سب کو توفیق دے رائٹ تھنکنگ کی۔</w:t>
      </w:r>
    </w:p>
    <w:p>
      <w:r>
        <w:rPr>
          <w:b/>
        </w:rPr>
        <w:t xml:space="preserve">[31:05] </w:t>
      </w:r>
      <w:r>
        <w:t>Assalam o Alaikum wa Rahmatullahi wa Barakatuh.</w:t>
      </w:r>
    </w:p>
    <w:p>
      <w:pPr>
        <w:jc w:val="right"/>
      </w:pPr>
      <w:r>
        <w:t>السلام علیکم ورحمۃ اللہ۔</w:t>
      </w:r>
    </w:p>
    <w:p>
      <w:r>
        <w:rPr>
          <w:b/>
        </w:rPr>
        <w:t xml:space="preserve">[31:21] </w:t>
      </w:r>
      <w:r>
        <w:t>Okay, we will start with the question answer and comment session. I request all the viewers to send to also mention their names when they post their questions or comments.</w:t>
      </w:r>
    </w:p>
    <w:p>
      <w:pPr>
        <w:jc w:val="right"/>
      </w:pPr>
      <w:r>
        <w:t>اوکے، وی ویل سٹارٹ ود دی کوئسچن انسر اینڈ کمنٹ سیشن۔ ائی ریکویسٹ ال دی ویورز ٹو سینڈ ٹو السو مینشن دیر نیمز وین دے پوسٹ دیر کوئسچنز اور کمنٹس۔</w:t>
      </w:r>
    </w:p>
    <w:p>
      <w:r>
        <w:rPr>
          <w:b/>
        </w:rPr>
        <w:t xml:space="preserve">[31:33] </w:t>
      </w:r>
      <w:r>
        <w:t>Maulana, sab se pehle kuch comments lena chahenge. yeh comment bheja hai Maulana Iqbal Umri ne Chennai se.</w:t>
      </w:r>
    </w:p>
    <w:p>
      <w:pPr>
        <w:jc w:val="right"/>
      </w:pPr>
      <w:r>
        <w:t>مولانا، سب سے پہلے کچھ کمنٹس لینا چاہیں گے۔ یہ کمنٹ بھیجا ہے مولانا اقبال عمری نے چنئی سے۔</w:t>
      </w:r>
    </w:p>
    <w:p>
      <w:r>
        <w:rPr>
          <w:b/>
        </w:rPr>
        <w:t xml:space="preserve">[31:42] </w:t>
      </w:r>
      <w:r>
        <w:t>unhone likha hai: "Maulana, aap ki baat bilkul sahi hai ke aaj aap ki baat bilkul sahi hai ke hajj ke safar ke liye jo wasail bataye gaye thay, us ko bila bana elaan badal diya gaya.</w:t>
      </w:r>
    </w:p>
    <w:p>
      <w:pPr>
        <w:jc w:val="right"/>
      </w:pPr>
      <w:r>
        <w:t>انہوں نے لکھا ہے: "مولانا، آپ کی بات بالکل صحیح ہے کہ آج آپ کی بات بالکل صحیح ہے کہ حج کے سفر کے لیے جو وسائل بتائے گئے تھے، اس کو بلا بنا اعلان بدل دیا گیا۔</w:t>
      </w:r>
    </w:p>
    <w:p>
      <w:r>
        <w:rPr>
          <w:b/>
        </w:rPr>
        <w:t xml:space="preserve">[31:56] </w:t>
      </w:r>
      <w:r>
        <w:t>magar dawat aur deen ke liye bhi hathiyar ke waseele ko badalna tha, magar ummat ne ab tak us ko badla nahi.</w:t>
      </w:r>
    </w:p>
    <w:p>
      <w:pPr>
        <w:jc w:val="right"/>
      </w:pPr>
      <w:r>
        <w:t>مگر دعوت اور دین کے لیے بھی ہتھیار کے وسیلے کو بدلنا تھا، مگر امت نے اب تک اس کو بدلا نہیں۔</w:t>
      </w:r>
    </w:p>
    <w:p>
      <w:r>
        <w:rPr>
          <w:b/>
        </w:rPr>
        <w:t xml:space="preserve">[32:06] </w:t>
      </w:r>
      <w:r>
        <w:t>yeh sirf Al-Risala mission hi bata raha hai, is liye mission walon ki zimmedari bohat badh jati hai. Allah hamari madad farmaye.</w:t>
      </w:r>
    </w:p>
    <w:p>
      <w:pPr>
        <w:jc w:val="right"/>
      </w:pPr>
      <w:r>
        <w:t>یہ صرف الرسالہ مشن ہی بتا رہا ہے، اس لیے مشن والوں کی ذمہ داری بہت بڑھ جاتی ہے۔ اللہ ہماری مدد فرمائے۔</w:t>
      </w:r>
    </w:p>
    <w:p>
      <w:r>
        <w:rPr>
          <w:b/>
        </w:rPr>
        <w:t xml:space="preserve">[32:17] </w:t>
      </w:r>
      <w:r>
        <w:t>Inshallah. Muhammad Rafiq Tesse Wala sahib ne Rani Benoor se likha hai: "Ab Maulana sahib, aman ke dhamake ki zaroorat hai.</w:t>
      </w:r>
    </w:p>
    <w:p>
      <w:pPr>
        <w:jc w:val="right"/>
      </w:pPr>
      <w:r>
        <w:t>انشاءاللہ۔ محمد رفیق ٹیسے والا صاحب نے رانی بن نور سے لکھا ہے: "اب مولانا صاحب، امن کے دھماکے کی ضرورت ہے۔</w:t>
      </w:r>
    </w:p>
    <w:p>
      <w:r>
        <w:rPr>
          <w:b/>
        </w:rPr>
        <w:t xml:space="preserve">[32:30] </w:t>
      </w:r>
      <w:r>
        <w:t>is dhamake ko aap ki janib se anjam diya ja raha hai, mashallah." Iqbal Faraz sahib ne West Bengal se likha hai: "Aaj Muslims bad-akhlaqi ke bomb se khud ko aur qaum ko halak kar rahe hain.</w:t>
      </w:r>
    </w:p>
    <w:p>
      <w:pPr>
        <w:jc w:val="right"/>
      </w:pPr>
      <w:r>
        <w:t>اس دھماکے کو آپ کی جانب سے انجام دیا جا رہا ہے، ماشاءاللہ۔" اقبال فراز صاحب نے ویسٹ بنگال سے لکھا ہے: "آج مسلمز بد اخلاقی کے بمب سے خود کو اور قوم کو ہلاک کر رہے ہیں۔</w:t>
      </w:r>
    </w:p>
    <w:p>
      <w:r>
        <w:rPr>
          <w:b/>
        </w:rPr>
        <w:t xml:space="preserve">[32:48] </w:t>
      </w:r>
      <w:r>
        <w:t>bad-zubani doosron se kar rahe hain. nuksan poori qaum utha rahi hai." Riyaz Bhat sahib ne Bangalore se likha hai: "Maulana sahib, today lecture made clear that wars in early ages may have been necessitated because of blockades by tribes to spread new ideologies.</w:t>
      </w:r>
    </w:p>
    <w:p>
      <w:pPr>
        <w:jc w:val="right"/>
      </w:pPr>
      <w:r>
        <w:t>بد زبانی دوسروں سے کر رہے ہیں۔ نقصان پوری قوم اٹھا رہی ہے۔" ریاض بھٹ صاحب نے بینگلور سے لکھا ہے: "مولانا صاحب، ٹوڈے لیکچر میڈ کلیئر دیٹ وارز ان ارلی ایجز می ہیو بین نیسیسٹیٹڈ بیکاز اف بلاکیڈز بائی ٹرائبز ٹو سپریڈ نیو آئیڈیالوجیز۔</w:t>
      </w:r>
    </w:p>
    <w:p>
      <w:r>
        <w:rPr>
          <w:b/>
        </w:rPr>
        <w:t xml:space="preserve">[33:13] </w:t>
      </w:r>
      <w:r>
        <w:t>but the modern age has made it possible to propagate message peacefully without resorting to violence. However, some of us still practice religion as tribal loyalty, that is standing by clan, irrespective of that being on right or wrong side." Maulana, ab sawal lena chahenge.</w:t>
      </w:r>
    </w:p>
    <w:p>
      <w:pPr>
        <w:jc w:val="right"/>
      </w:pPr>
      <w:r>
        <w:t>بٹ دی ماڈرن ایج ہیز میڈ اٹ پوسیبل ٹو پروپیگیٹ میسج پیس فلی وداؤٹ ریسورٹنگ ٹو وائلنس۔ ہاؤ ایور، سم اف اس سٹل پریکٹس ریلیجن ایز ٹرائبل لائلٹی، دیٹ از سٹینڈنگ بائے کلین، ار ریسپیکٹیو اف دیٹ بینگ ان رائٹ اور رونگ سائیڈ۔" مولانا، اب سوال لینا چاہیں گے۔</w:t>
      </w:r>
    </w:p>
    <w:p>
      <w:r>
        <w:rPr>
          <w:b/>
        </w:rPr>
        <w:t xml:space="preserve">[33:40] </w:t>
      </w:r>
      <w:r>
        <w:t>yeh sawal bheja hai Sultan Ali sahib ne Kanpur se. unhone likha hai: "Maulana, people often say that violence becomes important as this is the best and the easiest way to get attention of authorities to consider the demands of protestors from Hong Kong to India to Europe and Asia.</w:t>
      </w:r>
    </w:p>
    <w:p>
      <w:pPr>
        <w:jc w:val="right"/>
      </w:pPr>
      <w:r>
        <w:t>یہ سوال بھیجا ہے سلطان علی صاحب نے کانپور سے۔ انہوں نے لکھا ہے: "مولانا، پیپل افن سے دیٹ وائلنس بیکمز امپورٹنٹ ایز دس از دا بیسٹ اینڈ دا ایزیسٹ وے ٹو گیٹ اٹینشن اف اتھارٹیز ٹو کنسیڈر دا ڈیمانڈز اف پروٹیسٹرز فرام ہانگ کانگ ٹو انڈیا ٹو یورپ اینڈ ایشیا۔</w:t>
      </w:r>
    </w:p>
    <w:p>
      <w:r>
        <w:rPr>
          <w:b/>
        </w:rPr>
        <w:t xml:space="preserve">[34:08] </w:t>
      </w:r>
      <w:r>
        <w:t>it has always worked. if there is no protest, then authorities will continue to do what they feel is right and will ignore the rightful demands of victims.</w:t>
      </w:r>
    </w:p>
    <w:p>
      <w:pPr>
        <w:jc w:val="right"/>
      </w:pPr>
      <w:r>
        <w:t>اٹ ہیز الویز ورکڈ۔ اف دیر از نو پروٹیسٹ، دین اتھارٹیز ویل کنٹینیو ٹو ڈو واٹ دے فیل از رائٹ اینڈ ویل اگنور دا رائٹ فل ڈیمانڈز اف وکٹمز۔</w:t>
      </w:r>
    </w:p>
    <w:p>
      <w:r>
        <w:rPr>
          <w:b/>
        </w:rPr>
        <w:t xml:space="preserve">[34:21] </w:t>
      </w:r>
      <w:r>
        <w:t>what is your opinion as I feel protest means getting heard?" dekhiye, yeh bilkul baseless baat hai.</w:t>
      </w:r>
    </w:p>
    <w:p>
      <w:pPr>
        <w:jc w:val="right"/>
      </w:pPr>
      <w:r>
        <w:t>واٹ از یور اوپینین ایز ائی فیل پروٹیسٹ مینز گیٹنگ ہرڈ؟" دیکھیے، یہ بالکل بیسلیس بات ہے۔</w:t>
      </w:r>
    </w:p>
    <w:p>
      <w:r>
        <w:rPr>
          <w:b/>
        </w:rPr>
        <w:t xml:space="preserve">[34:32] </w:t>
      </w:r>
      <w:r>
        <w:t>kahan work kiya violence ne? mujhe bataiye, kahan work kiya Kashmir mein? itna violence hua kahan work kiya Ayodhya mein?</w:t>
      </w:r>
    </w:p>
    <w:p>
      <w:pPr>
        <w:jc w:val="right"/>
      </w:pPr>
      <w:r>
        <w:t>کہاں ورک کیا وائلنس نے؟ مجھے بتائیے، کہاں ورک کیا کشمیر میں؟ اتنا وائلنس ہوا کہاں ورک کیا ایودھیا میں؟</w:t>
      </w:r>
    </w:p>
    <w:p>
      <w:r>
        <w:rPr>
          <w:b/>
        </w:rPr>
        <w:t xml:space="preserve">[34:45] </w:t>
      </w:r>
      <w:r>
        <w:t>itna violence hua Babri Masjid ke naam par kahan work kiya? kahin bhi violence ne work nahi kiya hai, nahi kiya hai, nahi kiya hai.</w:t>
      </w:r>
    </w:p>
    <w:p>
      <w:pPr>
        <w:jc w:val="right"/>
      </w:pPr>
      <w:r>
        <w:t>اتنا وائلنس ہوا بابری مسجد کے نام پر کہاں ورک کیا؟ کہیں بھی وائلنس نے ورک نہیں کیا ہے، نہیں کیا ہے، نہیں کیا ہے۔</w:t>
      </w:r>
    </w:p>
    <w:p>
      <w:r>
        <w:rPr>
          <w:b/>
        </w:rPr>
        <w:t xml:space="preserve">[34:57] </w:t>
      </w:r>
      <w:r>
        <w:t>yeh hawai baat hai agar koi daawa karta hai to</w:t>
      </w:r>
    </w:p>
    <w:p>
      <w:pPr>
        <w:jc w:val="right"/>
      </w:pPr>
      <w:r>
        <w:t>یہ ہوائی بات ہے۔ اگر کوئی دعوی کرتا ہے تو</w:t>
      </w:r>
    </w:p>
    <w:p>
      <w:r>
        <w:rPr>
          <w:b/>
        </w:rPr>
        <w:t xml:space="preserve">[35:04] </w:t>
      </w:r>
      <w:r>
        <w:t>violence work karta hi nahi hai na pehle karta tha rasool Allah ne dekhiye qabail ki jang ko khatam karne ke liye ek tarafah tor par un ki sharton ko maan liya hai</w:t>
      </w:r>
    </w:p>
    <w:p>
      <w:pPr>
        <w:jc w:val="right"/>
      </w:pPr>
      <w:r>
        <w:t>وائلنس ورک کرتا ہی نہیں ہے، نہ پہلے کرتا تھا۔ رسول اللہ نے دیکھیے، قبائل کی جنگ کو ختم کرنے کے لیے ایک طرفہ طور پر ان کی شرطوں کو مان لیا ہے۔</w:t>
      </w:r>
    </w:p>
    <w:p>
      <w:r>
        <w:rPr>
          <w:b/>
        </w:rPr>
        <w:t xml:space="preserve">[35:19] </w:t>
      </w:r>
      <w:r>
        <w:t>tab violence khatam hua hai</w:t>
      </w:r>
    </w:p>
    <w:p>
      <w:pPr>
        <w:jc w:val="right"/>
      </w:pPr>
      <w:r>
        <w:t>تب وائلنس ختم ہوا ہے۔</w:t>
      </w:r>
    </w:p>
    <w:p>
      <w:r>
        <w:rPr>
          <w:b/>
        </w:rPr>
        <w:t xml:space="preserve">[35:24] </w:t>
      </w:r>
      <w:r>
        <w:t>yeh to farzi baat hai Maulana agla comment bheja hai Sajid Ahmed Khan sahab ne Nagpur se unhone likha hai Maulana sahab you said today that no solution can be drawn by war</w:t>
      </w:r>
    </w:p>
    <w:p>
      <w:pPr>
        <w:jc w:val="right"/>
      </w:pPr>
      <w:r>
        <w:t>یہ تو فرضی بات ہے۔ مولانا، اگلا کمنٹ بھیجا ہے ساجد احمد خان صاحب نے ناکپور سے۔ انہوں نے لکھا ہے: "مولانا صاحب، یو سیڈ ٹوڈے دیٹ نو سولیوشن کین بی ڈرون بائے وار۔</w:t>
      </w:r>
    </w:p>
    <w:p>
      <w:r>
        <w:rPr>
          <w:b/>
        </w:rPr>
        <w:t xml:space="preserve">[35:39] </w:t>
      </w:r>
      <w:r>
        <w:t>war is associated with two sided risk both the parties get harmed in the war so it is rejected today</w:t>
      </w:r>
    </w:p>
    <w:p>
      <w:pPr>
        <w:jc w:val="right"/>
      </w:pPr>
      <w:r>
        <w:t>وار از ایسوسیٹڈ ود ٹو سائیڈڈ رسک۔ بوتھ دا پارٹیز گیٹ ہارمڈ ان دا وار، سو اٹ از ریجیکٹڈ ٹوڈے۔</w:t>
      </w:r>
    </w:p>
    <w:p>
      <w:r>
        <w:rPr>
          <w:b/>
        </w:rPr>
        <w:t xml:space="preserve">[35:49] </w:t>
      </w:r>
      <w:r>
        <w:t>the same is true in between two individuals violence has two sided risk both the persons are at equal risk</w:t>
      </w:r>
    </w:p>
    <w:p>
      <w:pPr>
        <w:jc w:val="right"/>
      </w:pPr>
      <w:r>
        <w:t>دا سیم از ٹرو ان بٹوین ٹو انڈیویجولز۔ وائلنس ہیز ٹو سائیڈڈ رسک۔ بوتھ دی پرسن ار ایٹ ایکول رسک۔</w:t>
      </w:r>
    </w:p>
    <w:p>
      <w:r>
        <w:rPr>
          <w:b/>
        </w:rPr>
        <w:t xml:space="preserve">[35:59] </w:t>
      </w:r>
      <w:r>
        <w:t>the best solution today is peaceful discussion i think the time has taught this lesson to all of us you are the only person who has discovered the secret this secret and encourage the masses and individuals to practice the peaceful activism</w:t>
      </w:r>
    </w:p>
    <w:p>
      <w:pPr>
        <w:jc w:val="right"/>
      </w:pPr>
      <w:r>
        <w:t>دا بیسٹ سولیوشن ٹوڈے از پیس فل ڈسکشن۔ ائی تھنک دا ٹائم ہیز ٹیٹ دس لیسن ٹو ال اف اس۔ یو ار دا اونلی پرسن ہو ہیز ڈسکورڈ دا سیکرٹ، دس سیکرٹ اینڈ انکریج دا ماسز اینڈ انڈیویجولز ٹو پریکٹس دا پیس فل ایکٹیوزم۔</w:t>
      </w:r>
    </w:p>
    <w:p>
      <w:r>
        <w:rPr>
          <w:b/>
        </w:rPr>
        <w:t xml:space="preserve">[36:18] </w:t>
      </w:r>
      <w:r>
        <w:t>Jazak Allah May Allah keep us associated with this mission Ameen Tariq Badar sahab ne Pakistan se likha hai Maulana sahab this is really big news that in these two incidents Muslims didn't react and it is a big change in culture</w:t>
      </w:r>
    </w:p>
    <w:p>
      <w:pPr>
        <w:jc w:val="right"/>
      </w:pPr>
      <w:r>
        <w:t>جزاک اللہ۔ می اللہ کیپ اس ایسوسیٹڈ ود دس مشن۔ امین۔" طارق بدر صاحب نے پاکستان سے لکھا ہے: "مولانا صاحب، دس از ریلی بگ نیوز دیٹ ان دیز ٹو انسیڈنٹس مسلمز ڈنٹ ری ایکٹ، اینڈ اٹ از ا بگ چینج ان کلچر۔</w:t>
      </w:r>
    </w:p>
    <w:p>
      <w:r>
        <w:rPr>
          <w:b/>
        </w:rPr>
        <w:t xml:space="preserve">[36:37] </w:t>
      </w:r>
      <w:r>
        <w:t>and it looks like that we can divert Muslim efforts now for dawah work more opportunity for our work</w:t>
      </w:r>
    </w:p>
    <w:p>
      <w:pPr>
        <w:jc w:val="right"/>
      </w:pPr>
      <w:r>
        <w:t>اینڈ اٹ لوکس لائک دیٹ وی کین ڈائیورٹ مسلم ایفرٹس ناو فار دعوی ورک۔ مور اپرچونیٹی فار اور ورک۔"</w:t>
      </w:r>
    </w:p>
    <w:p>
      <w:r>
        <w:rPr>
          <w:b/>
        </w:rPr>
        <w:t xml:space="preserve">[36:49] </w:t>
      </w:r>
      <w:r>
        <w:t>Maulana agla sawal lena chahenge ah yeh sawal bheja hai Muhammad Naseem sahab ne Lucknow se</w:t>
      </w:r>
    </w:p>
    <w:p>
      <w:pPr>
        <w:jc w:val="right"/>
      </w:pPr>
      <w:r>
        <w:t>مولانا، اگلا سوال لینا چاہیں گے۔ اہ، یہ سوال بھیجا ہے محمد نسیم صاحب نے لکھنؤ سے۔</w:t>
      </w:r>
    </w:p>
    <w:p>
      <w:r>
        <w:rPr>
          <w:b/>
        </w:rPr>
        <w:t xml:space="preserve">[36:58] </w:t>
      </w:r>
      <w:r>
        <w:t>unhone likha hai Maulana according to you what should be the starting point to change the mindset of today Muslim youth so they don't become victims of negative psychology</w:t>
      </w:r>
    </w:p>
    <w:p>
      <w:pPr>
        <w:jc w:val="right"/>
      </w:pPr>
      <w:r>
        <w:t>انہوں نے لکھا ہے: "مولانا، اکارڈنگ ٹو یو، واٹ شوڈ بی دا سٹارٹنگ پوائنٹ ٹو چینج دا مائنڈ سیٹ اف ٹوڈے مسلم یوتھ، سو دے ڈونٹ بیکم وکٹمز اف نیگیٹیو سائیکالوجی؟"</w:t>
      </w:r>
    </w:p>
    <w:p>
      <w:r>
        <w:rPr>
          <w:b/>
        </w:rPr>
        <w:t xml:space="preserve">[37:16] </w:t>
      </w:r>
      <w:r>
        <w:t>wahi kijiye jo hamari team kar rahi hai</w:t>
      </w:r>
    </w:p>
    <w:p>
      <w:pPr>
        <w:jc w:val="right"/>
      </w:pPr>
      <w:r>
        <w:t>وہی کیجئے جو ہماری ٹیم کر رہی ہے۔</w:t>
      </w:r>
    </w:p>
    <w:p>
      <w:r>
        <w:rPr>
          <w:b/>
        </w:rPr>
        <w:t xml:space="preserve">[37:22] </w:t>
      </w:r>
      <w:r>
        <w:t>hamari team jo hai lag bhag se shayad dunya mein literature phaila rahi hai Quran logon ko phancha rahi hai</w:t>
      </w:r>
    </w:p>
    <w:p>
      <w:pPr>
        <w:jc w:val="right"/>
      </w:pPr>
      <w:r>
        <w:t>ہماری ٹیم جو ہے، لگ بھگ سے شاید دنیا میں لٹریچر پھیلا رہی ہے، قرآن لوگوں کو پہنچا رہی ہے۔</w:t>
      </w:r>
    </w:p>
    <w:p>
      <w:r>
        <w:rPr>
          <w:b/>
        </w:rPr>
        <w:t xml:space="preserve">[37:33] </w:t>
      </w:r>
      <w:r>
        <w:t>Quran ka tarjuma har zaban mein phancha ja raha hai to team bohat acha kaam kar rahi hai aap jahan hain wahan team ke sath shamil ho jaiye</w:t>
      </w:r>
    </w:p>
    <w:p>
      <w:pPr>
        <w:jc w:val="right"/>
      </w:pPr>
      <w:r>
        <w:t>قرآن کا ترجمہ ہر زبان میں پہنچایا جا رہا ہے۔ تو ٹیم بہت اچھا کام کر رہی ہے۔ آپ جہاں ہیں، وہاں ٹیم کے ساتھ شامل ہو جائیے۔</w:t>
      </w:r>
    </w:p>
    <w:p>
      <w:r>
        <w:rPr>
          <w:b/>
        </w:rPr>
        <w:t xml:space="preserve">[37:45] </w:t>
      </w:r>
      <w:r>
        <w:t>team ke sath apne aap ko jod dijiye yeh to rasta khula hua hai</w:t>
      </w:r>
    </w:p>
    <w:p>
      <w:pPr>
        <w:jc w:val="right"/>
      </w:pPr>
      <w:r>
        <w:t>ٹیم کے ساتھ اپنے آپ کو جوڑ دیجئے۔ یہ تو راستہ کھلا ہوا ہے۔</w:t>
      </w:r>
    </w:p>
    <w:p>
      <w:r>
        <w:rPr>
          <w:b/>
        </w:rPr>
        <w:t xml:space="preserve">[37:55] </w:t>
      </w:r>
      <w:r>
        <w:t>Maulana agla sawal lena chahenge yeh ah Delhi se bheja hai ah Sita Ram Pawar sahab ne jo class mein maujood hain</w:t>
      </w:r>
    </w:p>
    <w:p>
      <w:pPr>
        <w:jc w:val="right"/>
      </w:pPr>
      <w:r>
        <w:t>مولانا، اگلا سوال لینا چاہیں گے۔ یہ اہ، دلی سے بھیجا ہے اہ، سیتا رام پاوار صاحب نے، جو کلاس میں موجود ہیں۔</w:t>
      </w:r>
    </w:p>
    <w:p>
      <w:r>
        <w:rPr>
          <w:b/>
        </w:rPr>
        <w:t xml:space="preserve">[38:05] </w:t>
      </w:r>
      <w:r>
        <w:t>unhone likha hai Maulana sahab Muslim awam jo deen ki dawah mein peechay hain us par thora roshni daliye</w:t>
      </w:r>
    </w:p>
    <w:p>
      <w:pPr>
        <w:jc w:val="right"/>
      </w:pPr>
      <w:r>
        <w:t>انہوں نے لکھا ہے: "مولانا صاحب، مسلم عوام جو دین کی دعوت میں پیچھے ہیں، اس پر تھوڑا روشنی ڈالیے۔</w:t>
      </w:r>
    </w:p>
    <w:p>
      <w:r>
        <w:rPr>
          <w:b/>
        </w:rPr>
        <w:t xml:space="preserve">[38:14] </w:t>
      </w:r>
      <w:r>
        <w:t>kya yeh har Musalman ki zimmedari hai ke Islam ko samjhe aur use dunya mein phanchaaye is ke baray mein bataiye aap</w:t>
      </w:r>
    </w:p>
    <w:p>
      <w:pPr>
        <w:jc w:val="right"/>
      </w:pPr>
      <w:r>
        <w:t>کیا یہ ہر مسلمان کی ذمہ داری ہے کہ اسلام کو سمجھے اور اسے دنیا میں پہنچائے؟ اس کے بارے میں بتائیں۔" آپ</w:t>
      </w:r>
    </w:p>
    <w:p>
      <w:r>
        <w:rPr>
          <w:b/>
        </w:rPr>
        <w:t xml:space="preserve">[38:27] </w:t>
      </w:r>
      <w:r>
        <w:t>yeh sirf Musalman ki baat nahi hai Islam ki baat nahi hai aap apne ko le ke sochiye jo insan kisi sachai ko discover kare sachai ko</w:t>
      </w:r>
    </w:p>
    <w:p>
      <w:pPr>
        <w:jc w:val="right"/>
      </w:pPr>
      <w:r>
        <w:t>یہ صرف مسلمان کی بات نہیں ہے، اسلام کی بات نہیں ہے۔ آپ اپنے کو لے کے سوچیے، جو انسان کسی سچائی کو ڈسکور کرے، سچائی کو</w:t>
      </w:r>
    </w:p>
    <w:p>
      <w:r>
        <w:rPr>
          <w:b/>
        </w:rPr>
        <w:t xml:space="preserve">[38:46] </w:t>
      </w:r>
      <w:r>
        <w:t>misal ke taur par yeh sachai yeh daryaft kare yeh discover kare ke ab jo zamana khatam ho gaya hai jab koi maqsad hasil karne ke liye pathar marna parta tha goli chalani parti thi ab kuch nahi</w:t>
      </w:r>
    </w:p>
    <w:p>
      <w:pPr>
        <w:jc w:val="right"/>
      </w:pPr>
      <w:r>
        <w:t>مثلاً یہ سچائی یہ دریافت کرے، یہ ڈسکور کرے کہ اب جو زمانہ ختم ہو گیا ہے، جب کوئی مقصد حاصل کرنے کے لیے پتھر مارنا پڑتا تھا، گولی چلانی پڑتی تھی، اب کچھ نہیں۔</w:t>
      </w:r>
    </w:p>
    <w:p>
      <w:r>
        <w:rPr>
          <w:b/>
        </w:rPr>
        <w:t xml:space="preserve">[39:03] </w:t>
      </w:r>
      <w:r>
        <w:t>communication ko istemal kijiye</w:t>
      </w:r>
    </w:p>
    <w:p>
      <w:pPr>
        <w:jc w:val="right"/>
      </w:pPr>
      <w:r>
        <w:t>کمیونیکیشن کو استعمال کیجئے،</w:t>
      </w:r>
    </w:p>
    <w:p>
      <w:r>
        <w:rPr>
          <w:b/>
        </w:rPr>
        <w:t xml:space="preserve">[39:08] </w:t>
      </w:r>
      <w:r>
        <w:t>peaceful negotiation ke zariye apni baton ko phanchaie to koi bhi acha amar acha maqsad jo apne samne rakhta ho</w:t>
      </w:r>
    </w:p>
    <w:p>
      <w:pPr>
        <w:jc w:val="right"/>
      </w:pPr>
      <w:r>
        <w:t>پیس فل نیگوشی ایشن کے ذریعے اپنی باتوں کو پہنچائیے۔ تو کوئی بھی اچھا امر، اچھا مقصد جو اپنے سامنے رکھتا ہو،</w:t>
      </w:r>
    </w:p>
    <w:p>
      <w:r>
        <w:rPr>
          <w:b/>
        </w:rPr>
        <w:t xml:space="preserve">[39:22] </w:t>
      </w:r>
      <w:r>
        <w:t>un sab ko yahi karna hai sirf Musalman ki baat nahi hai sirf Islam ki baat nahi hai agar aap koi bhi baat zindagi mein aap ne discover ki hai to us ko le ke uth jaiye</w:t>
      </w:r>
    </w:p>
    <w:p>
      <w:pPr>
        <w:jc w:val="right"/>
      </w:pPr>
      <w:r>
        <w:t>ان سب کو یہی کرنا ہے۔ صرف مسلمان کی بات نہیں ہے، صرف اسلام کی بات نہیں ہے۔ اگر آپ کوئی بھی بات زندگی میں آپ نے ڈسکور کی ہے تو اس کو لے کے اٹھ جائیے۔</w:t>
      </w:r>
    </w:p>
    <w:p>
      <w:r>
        <w:rPr>
          <w:b/>
        </w:rPr>
        <w:t xml:space="preserve">[39:40] </w:t>
      </w:r>
      <w:r>
        <w:t>na aap ko pathar marna hai na kuch karna hai bas peaceful tareeqay se logon tak apni baat phanchaana hai bas jaisa hamare saathi Allah ke fazal se har jagah kar rahe hain</w:t>
      </w:r>
    </w:p>
    <w:p>
      <w:pPr>
        <w:jc w:val="right"/>
      </w:pPr>
      <w:r>
        <w:t>نہ آپ کو پتھر مارنا ہے، نہ کچھ کرنا ہے۔ بس پیس فل طریقے سے لوگوں تک اپنی بات پہنچانا ہے۔ بس جیسا ہمارے ساتھی اللہ کے فضل سے ہر جگہ کر رہے ہیں۔</w:t>
      </w:r>
    </w:p>
    <w:p>
      <w:r>
        <w:rPr>
          <w:b/>
        </w:rPr>
        <w:t xml:space="preserve">[40:01] </w:t>
      </w:r>
      <w:r>
        <w:t>Muhammad Irfan Rashidi sahab ne Nagpur se comment bheja hai unhone likha hai Muslim should rethink and adopt the ideology of peace</w:t>
      </w:r>
    </w:p>
    <w:p>
      <w:pPr>
        <w:jc w:val="right"/>
      </w:pPr>
      <w:r>
        <w:t>محمد عرفان رشیدی صاحب نے ناکپور سے کمنٹ بھیجا ہے۔ انہوں نے لکھا ہے: "مسلم should rethink and adopt the ideology of peace</w:t>
      </w:r>
    </w:p>
    <w:p>
      <w:r>
        <w:rPr>
          <w:b/>
        </w:rPr>
        <w:t xml:space="preserve">[40:10] </w:t>
      </w:r>
      <w:r>
        <w:t>. This is the need of the art." jazak allah maulana sahib.</w:t>
      </w:r>
    </w:p>
    <w:p>
      <w:pPr>
        <w:jc w:val="right"/>
      </w:pPr>
      <w:r>
        <w:t>. This is the need of the art." جزاک اللہ مولانا صاحب۔</w:t>
      </w:r>
    </w:p>
    <w:p>
      <w:r>
        <w:rPr>
          <w:b/>
        </w:rPr>
        <w:t xml:space="preserve">[40:17] </w:t>
      </w:r>
      <w:r>
        <w:t>muhammad ammar sahib ne dili se comment bheja hai. unhon ne likha hai: "maulana, it is because of your rethinking only that the entire CPS is working in a hundred percent peaceful way.</w:t>
      </w:r>
    </w:p>
    <w:p>
      <w:pPr>
        <w:jc w:val="right"/>
      </w:pPr>
      <w:r>
        <w:t>محمد عمار صاحب نے دلی سے کمنٹ بھیجا ہے۔ انہوں نے لکھا ہے: "مولانا، it is because of your rethinking only that the entire CPS is working in a hundred percent peaceful way.</w:t>
      </w:r>
    </w:p>
    <w:p>
      <w:r>
        <w:rPr>
          <w:b/>
        </w:rPr>
        <w:t xml:space="preserve">[40:31] </w:t>
      </w:r>
      <w:r>
        <w:t>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p>
    <w:p>
      <w:pPr>
        <w:jc w:val="right"/>
      </w:pPr>
      <w:r>
        <w:t>آپ کی rethinking pure wisdom ہے۔ You are truly working according to the age. May Allah make people understand that this is the age of peace and everything that we want to achieve can be attained through peace." مولانا، اگلا سوال لینا چاہیں گے جو احمد آباد سے قربان علی صاحب نے بھیجا ہے۔</w:t>
      </w:r>
    </w:p>
    <w:p>
      <w:r>
        <w:rPr>
          <w:b/>
        </w:rPr>
        <w:t xml:space="preserve">[40:56] </w:t>
      </w:r>
      <w:r>
        <w:t>unhon ne likha hai: "maulana, muslims as you have rightly said are living in their past.</w:t>
      </w:r>
    </w:p>
    <w:p>
      <w:pPr>
        <w:jc w:val="right"/>
      </w:pPr>
      <w:r>
        <w:t>انہوں نے لکھا ہے: "مولانا، مسلمز as you haverightly said are living in their past.</w:t>
      </w:r>
    </w:p>
    <w:p>
      <w:r>
        <w:rPr>
          <w:b/>
        </w:rPr>
        <w:t xml:space="preserve">[41:04] </w:t>
      </w:r>
      <w:r>
        <w:t>i believe every person, irrespective of his religion and background, lives in past and as a result fails to become future oriented.</w:t>
      </w:r>
    </w:p>
    <w:p>
      <w:pPr>
        <w:jc w:val="right"/>
      </w:pPr>
      <w:r>
        <w:t>I believe every person, irrespective of his religion and background, lives in past and as a result fails to become future oriented.</w:t>
      </w:r>
    </w:p>
    <w:p>
      <w:r>
        <w:rPr>
          <w:b/>
        </w:rPr>
        <w:t xml:space="preserve">[41:16] </w:t>
      </w:r>
      <w:r>
        <w:t>maulana, how can an individual forget his or her past and focus on his present and future</w:t>
      </w:r>
    </w:p>
    <w:p>
      <w:pPr>
        <w:jc w:val="right"/>
      </w:pPr>
      <w:r>
        <w:t>مولانا، how can an individual forget his or her past and focus on his present and future</w:t>
      </w:r>
    </w:p>
    <w:p>
      <w:r>
        <w:rPr>
          <w:b/>
        </w:rPr>
        <w:t xml:space="preserve">[41:24] </w:t>
      </w:r>
      <w:r>
        <w:t>? please give us your advice so we can let go of our past, whether good or bad." bhai, jo hamare saathi, hamari team ke log kar rahe hain, wahi aap bhi kijiye.</w:t>
      </w:r>
    </w:p>
    <w:p>
      <w:pPr>
        <w:jc w:val="right"/>
      </w:pPr>
      <w:r>
        <w:t>? Please give us your advice so we can let go of our past, whether good or bad." بھئی، جو ہمارے ساتھی، ہماری ٹیم کے لوگ کر رہے ہیں، وہی آپ بھی کیجئے۔</w:t>
      </w:r>
    </w:p>
    <w:p>
      <w:r>
        <w:rPr>
          <w:b/>
        </w:rPr>
        <w:t xml:space="preserve">[41:37] </w:t>
      </w:r>
      <w:r>
        <w:t>literature phailaiye, quran phailaiye, peaceful tareeqe se logon ko bataiye. yeh to koi mushkil kaam hi nahi hai. har jagah hamari team ke log already ek kaam to kar rahe hain,</w:t>
      </w:r>
    </w:p>
    <w:p>
      <w:pPr>
        <w:jc w:val="right"/>
      </w:pPr>
      <w:r>
        <w:t>لٹریچر پھیلائیے، قرآن پھیلائیے، پیس فل طریقے سے لوگوں کو بتائیے۔ یہ تو کوئی مشکل کام ہی نہیں ہے۔ ہر جگہ ہماری ٹیم کے لوگ الریڈی ایک کام تو کر رہے ہیں،</w:t>
      </w:r>
    </w:p>
    <w:p>
      <w:r>
        <w:rPr>
          <w:b/>
        </w:rPr>
        <w:t xml:space="preserve">[41:55] </w:t>
      </w:r>
      <w:r>
        <w:t>aap phir un ke saath lag jaiye. maulana, un ka sawal ka yeh hissa bhi tha ke aksar log past mein jeete hain, to woh kaise stop karein apne aap ko ke past mein na jein aur future oriented hon?</w:t>
      </w:r>
    </w:p>
    <w:p>
      <w:pPr>
        <w:jc w:val="right"/>
      </w:pPr>
      <w:r>
        <w:t>آپ پھر ان کے ساتھ لگ جائیے۔ مولانا، ان کا سوال کا یہ حصہ بھی تھا کہ اکثر لوگ پاسٹ میں جیتے ہیں، تو وہ کیسے سٹاپ کریں اپنے آپ کو کہ پاسٹ میں نہ جیئیں اور فیوچر اورینٹڈ ہوں؟</w:t>
      </w:r>
    </w:p>
    <w:p>
      <w:r>
        <w:rPr>
          <w:b/>
        </w:rPr>
        <w:t xml:space="preserve">[42:17] </w:t>
      </w:r>
      <w:r>
        <w:t>yeh bhi, yeh bhi samjhane se chal jayega. aap un ke mind ko address kijiye, un ke mind ko address kijiye, kitabein un ko parhne ke liye dijiye.</w:t>
      </w:r>
    </w:p>
    <w:p>
      <w:pPr>
        <w:jc w:val="right"/>
      </w:pPr>
      <w:r>
        <w:t>یہ بھی، یہ بھی سمجھانے سے چل جائے گا۔ آپ ان کے مائنڈ کو ایڈریس کیجئے، ان کے مائنڈ کو ایڈریس کیجئے، کتابیں ان کو پڑھنے کے لیے دیجئے۔</w:t>
      </w:r>
    </w:p>
    <w:p>
      <w:r>
        <w:rPr>
          <w:b/>
        </w:rPr>
        <w:t xml:space="preserve">[42:38] </w:t>
      </w:r>
      <w:r>
        <w:t>miss shabina ali ne kolkata se likha hai: "maulana, you have rightly said and conveyed to all from the day one that this is the age of peace, age of opportunity and age of peaceful activism.</w:t>
      </w:r>
    </w:p>
    <w:p>
      <w:pPr>
        <w:jc w:val="right"/>
      </w:pPr>
      <w:r>
        <w:t>مس شبینہ علی نے کلکتہ سے لکھا ہے: "مولانا، you haverightly said and conveyed to all from the day one that this is the age of peace, age of opportunity and age of peaceful activism.</w:t>
      </w:r>
    </w:p>
    <w:p>
      <w:r>
        <w:rPr>
          <w:b/>
        </w:rPr>
        <w:t xml:space="preserve">[42:56] </w:t>
      </w:r>
      <w:r>
        <w:t>war and violence is obsolete and has no meaning in this age. the two examples are the biggest example and it is an eye opener for all of us that dawa work is the only workable formula for attaining pe</w:t>
      </w:r>
    </w:p>
    <w:p>
      <w:pPr>
        <w:jc w:val="right"/>
      </w:pPr>
      <w:r>
        <w:t>War and violence is obsolete and has no meaning in this age. The two examples are the biggest example and it is an eye opener for all of us that دعوی ورک is the only workable formula for attaining pe</w:t>
      </w:r>
    </w:p>
    <w:p>
      <w:r>
        <w:rPr>
          <w:b/>
        </w:rPr>
        <w:t xml:space="preserve">[43:14] </w:t>
      </w:r>
      <w:r>
        <w:t>ace. thank you maulana for this enlightening lecture."</w:t>
      </w:r>
    </w:p>
    <w:p>
      <w:pPr>
        <w:jc w:val="right"/>
      </w:pPr>
      <w:r>
        <w:t>ace. Thank you مولانا for this enlightening lecture."</w:t>
      </w:r>
    </w:p>
    <w:p>
      <w:r>
        <w:rPr>
          <w:b/>
        </w:rPr>
        <w:t xml:space="preserve">[43:21] </w:t>
      </w:r>
      <w:r>
        <w:t>aamir mori sahib ne goa se likha hai: "your every lecture is like a spiritual hammering to me. listening to you always motivates me and creates an urge to do good in life.</w:t>
      </w:r>
    </w:p>
    <w:p>
      <w:pPr>
        <w:jc w:val="right"/>
      </w:pPr>
      <w:r>
        <w:t>عامر موری صاحب نے گواہ سے لکھا ہے: "Your every lecture is like a spiritual hammering to me. Listening to you always motivates me and creates an urge to do good in life.</w:t>
      </w:r>
    </w:p>
    <w:p>
      <w:r>
        <w:rPr>
          <w:b/>
        </w:rPr>
        <w:t xml:space="preserve">[43:34] </w:t>
      </w:r>
      <w:r>
        <w:t>thank you maulana sahib for guiding and helping us to become true muslims rather than feel like muslims." mol</w:t>
      </w:r>
    </w:p>
    <w:p>
      <w:pPr>
        <w:jc w:val="right"/>
      </w:pPr>
      <w:r>
        <w:t>Thank you مولانا صاحب for guiding and helping us to become true Muslims rather than feel like Muslims." مول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