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and Crisis 22 Dec 2019 - Maulana Wahiduddin Khan</w:t>
      </w:r>
    </w:p>
    <w:p>
      <w:r>
        <w:t>https://www.youtube.com/watch?v=ddnUKbhEoCI</w:t>
      </w:r>
    </w:p>
    <w:p>
      <w:r>
        <w:rPr>
          <w:b/>
        </w:rPr>
        <w:t xml:space="preserve">[00:14] </w:t>
      </w:r>
      <w:r>
        <w:t>bismillah hir rahman nir rahim, wa salli allah ala nabiyyil karim. rab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[00:32] </w:t>
      </w:r>
      <w:r>
        <w:t>22 december 2019.</w:t>
      </w:r>
    </w:p>
    <w:p>
      <w:pPr>
        <w:jc w:val="right"/>
      </w:pPr>
      <w:r>
        <w:t>22 دسمبر 2019۔</w:t>
      </w:r>
    </w:p>
    <w:p>
      <w:r>
        <w:rPr>
          <w:b/>
        </w:rPr>
        <w:t xml:space="preserve">[00:40] </w:t>
      </w:r>
      <w:r>
        <w:t>mujh se jo log sawal karte hain to aaj maine socha ke zyada tar sawal hote hain</w:t>
      </w:r>
    </w:p>
    <w:p>
      <w:pPr>
        <w:jc w:val="right"/>
      </w:pPr>
      <w:r>
        <w:t>مجھ سے جو لوگ سوال کرتے ہیں تو آج میں نے سوچا کہ زیادہ تر سوال ہوتے ہیں</w:t>
      </w:r>
    </w:p>
    <w:p>
      <w:r>
        <w:rPr>
          <w:b/>
        </w:rPr>
        <w:t xml:space="preserve">[00:52] </w:t>
      </w:r>
      <w:r>
        <w:t>sabr ko lekar, kisi na kisi tareeqe se. sabr kyun, sabr kaise, is tarah ke sawalat.</w:t>
      </w:r>
    </w:p>
    <w:p>
      <w:pPr>
        <w:jc w:val="right"/>
      </w:pPr>
      <w:r>
        <w:t>صبر کو لے کر، کسی نہ کسی طریقے سے۔ صبر کیوں، صبر کیسے، اس طرح کے سوالات۔</w:t>
      </w:r>
    </w:p>
    <w:p>
      <w:r>
        <w:rPr>
          <w:b/>
        </w:rPr>
        <w:t xml:space="preserve">[01:02] </w:t>
      </w:r>
      <w:r>
        <w:t>to aaj main soch raha tha ke log sabr ko kyun sawal banaye hue hain. to mere samne aaya ke sabr ka talluq jannat se hai,</w:t>
      </w:r>
    </w:p>
    <w:p>
      <w:pPr>
        <w:jc w:val="right"/>
      </w:pPr>
      <w:r>
        <w:t>تو آج میں سوچ رہا تھا کہ لوگ صبر کو کیوں سوال بنائے ہوئے ہیں۔ تو میرے سامنے آیا کہ صبر کا تعلق جنت سے ہے،</w:t>
      </w:r>
    </w:p>
    <w:p>
      <w:r>
        <w:rPr>
          <w:b/>
        </w:rPr>
        <w:t xml:space="preserve">[01:20] </w:t>
      </w:r>
      <w:r>
        <w:t>yani allah ke paas insaan ko dene ke liye jo sab se zyada qeemti cheez hai woh jannat hai.</w:t>
      </w:r>
    </w:p>
    <w:p>
      <w:pPr>
        <w:jc w:val="right"/>
      </w:pPr>
      <w:r>
        <w:t>یعنی اللہ کے پاس انسان کو دینے کے لیے جو سب سے زیادہ قیمتی چیز ہے وہ جنت ہے۔</w:t>
      </w:r>
    </w:p>
    <w:p>
      <w:r>
        <w:rPr>
          <w:b/>
        </w:rPr>
        <w:t xml:space="preserve">[01:35] </w:t>
      </w:r>
      <w:r>
        <w:t>to jannat us ke liye hai jo sabr ki satah par uska suboot de ke woh jannat mein basaye jaane ke ahel hai.</w:t>
      </w:r>
    </w:p>
    <w:p>
      <w:pPr>
        <w:jc w:val="right"/>
      </w:pPr>
      <w:r>
        <w:t>تو جنت اس کے لیے ہے جو صبر کی سطح پر اس کا ثبوت دے کہ وہ جنت میں بسائے جانے کے اہل ہے۔</w:t>
      </w:r>
    </w:p>
    <w:p>
      <w:r>
        <w:rPr>
          <w:b/>
        </w:rPr>
        <w:t xml:space="preserve">[01:51] </w:t>
      </w:r>
      <w:r>
        <w:t>aur uska suboot quran ki mukhtalif ayatein hain, hadith bhi hain. main sirf ek ayat aap ke samne rakhta hoon.</w:t>
      </w:r>
    </w:p>
    <w:p>
      <w:pPr>
        <w:jc w:val="right"/>
      </w:pPr>
      <w:r>
        <w:t>اور اس کا ثبوت قرآن کی مختلف آیتیں ہیں، حدیثیں بھی ہیں۔ میں صرف ایک آیت آپ کے سامنے رکھتا ہوں۔</w:t>
      </w:r>
    </w:p>
    <w:p>
      <w:r>
        <w:rPr>
          <w:b/>
        </w:rPr>
        <w:t xml:space="preserve">[02:02] </w:t>
      </w:r>
      <w:r>
        <w:t>bismillah hir rahman nir rahim, wa jazahum bima sabroo jannatan wa harira. surah al dahr, ayat number 12.</w:t>
      </w:r>
    </w:p>
    <w:p>
      <w:pPr>
        <w:jc w:val="right"/>
      </w:pPr>
      <w:r>
        <w:t>بسم اللہ الرحمن الرحیم، وجزاہم بما صبرو جنت وحریرا۔ سورہ الطہر، آیت نمبر 12۔</w:t>
      </w:r>
    </w:p>
    <w:p>
      <w:r>
        <w:rPr>
          <w:b/>
        </w:rPr>
        <w:t xml:space="preserve">[02:11] </w:t>
      </w:r>
      <w:r>
        <w:t>aur un ka badla hai jo unhon ne sabr kiya, jannat aur reshmi kapde.</w:t>
      </w:r>
    </w:p>
    <w:p>
      <w:pPr>
        <w:jc w:val="right"/>
      </w:pPr>
      <w:r>
        <w:t>اور ان کا بدلہ ہے جو انہوں نے صبر کیا، جنت اور ریشمی کپڑے۔</w:t>
      </w:r>
    </w:p>
    <w:p>
      <w:r>
        <w:rPr>
          <w:b/>
        </w:rPr>
        <w:t xml:space="preserve">[02:20] </w:t>
      </w:r>
      <w:r>
        <w:t>ab dekhen,</w:t>
      </w:r>
    </w:p>
    <w:p>
      <w:pPr>
        <w:jc w:val="right"/>
      </w:pPr>
      <w:r>
        <w:t>اب دیکھیں،</w:t>
      </w:r>
    </w:p>
    <w:p>
      <w:r>
        <w:rPr>
          <w:b/>
        </w:rPr>
        <w:t xml:space="preserve">[02:24] </w:t>
      </w:r>
      <w:r>
        <w:t>sabr ko jannati kyon bataya gaya hai? is ka waja kya hai? is ka sabab kya hai?</w:t>
      </w:r>
    </w:p>
    <w:p>
      <w:pPr>
        <w:jc w:val="right"/>
      </w:pPr>
      <w:r>
        <w:t>صبر کو جنتی کیوں بتایا گیا ہے؟ اس کا وجہ کیا ہے؟ اس کا سبب کیا ہے؟</w:t>
      </w:r>
    </w:p>
    <w:p>
      <w:r>
        <w:rPr>
          <w:b/>
        </w:rPr>
        <w:t xml:space="preserve">[02:34] </w:t>
      </w:r>
      <w:r>
        <w:t>dekhen, is ka sabab yeh hai ke sabr ke baghair aap kraisiz se deal nahin kar sakte.</w:t>
      </w:r>
    </w:p>
    <w:p>
      <w:pPr>
        <w:jc w:val="right"/>
      </w:pPr>
      <w:r>
        <w:t>دیکھیں، اس کا سبب یہ ہے کہ صبر کے بغیر آپ کرائسز سے ڈیل نہیں کر سکتے۔</w:t>
      </w:r>
    </w:p>
    <w:p>
      <w:r>
        <w:rPr>
          <w:b/>
        </w:rPr>
        <w:t xml:space="preserve">[02:48] </w:t>
      </w:r>
      <w:r>
        <w:t>aur insaan ki zindagi mein sab se bara nazuk lamha wahi hota hai jab ke woh kisi kraisiz mein phans jaye.</w:t>
      </w:r>
    </w:p>
    <w:p>
      <w:pPr>
        <w:jc w:val="right"/>
      </w:pPr>
      <w:r>
        <w:t>اور انسان کی زندگی میں سب سے بڑا نازک لمحہ وہی ہوتا ہے جب کہ وہ کسی کرائسز میں پھنس جائے۔</w:t>
      </w:r>
    </w:p>
    <w:p>
      <w:r>
        <w:rPr>
          <w:b/>
        </w:rPr>
        <w:t xml:space="preserve">[03:00] </w:t>
      </w:r>
      <w:r>
        <w:t>to kraisiz zindagi ka part hai. chhote bare kraisiz taqreeban rozana hi aate rehte hain, rozana.</w:t>
      </w:r>
    </w:p>
    <w:p>
      <w:pPr>
        <w:jc w:val="right"/>
      </w:pPr>
      <w:r>
        <w:t>تو کرائسز زندگی کا پارٹ ہے۔ چھوٹے بڑے کرائسز تقریباً روزانہ ہی آتے رہتے ہیں، روزانہ۔</w:t>
      </w:r>
    </w:p>
    <w:p>
      <w:r>
        <w:rPr>
          <w:b/>
        </w:rPr>
        <w:t xml:space="preserve">[03:15] </w:t>
      </w:r>
      <w:r>
        <w:t>to sab se ziyada insaan ki jo</w:t>
      </w:r>
    </w:p>
    <w:p>
      <w:pPr>
        <w:jc w:val="right"/>
      </w:pPr>
      <w:r>
        <w:t>تو سب سے زیادہ انسان کی جو</w:t>
      </w:r>
    </w:p>
    <w:p>
      <w:r>
        <w:rPr>
          <w:b/>
        </w:rPr>
        <w:t xml:space="preserve">[03:24] </w:t>
      </w:r>
      <w:r>
        <w:t>jaanch hoti hai ya jis mein insaan apne aap ko ahel sabit karta hai jannat ka, to woh kraisiz ke waqeye hain.</w:t>
      </w:r>
    </w:p>
    <w:p>
      <w:pPr>
        <w:jc w:val="right"/>
      </w:pPr>
      <w:r>
        <w:t>جانچ ہوتی ہے یا جس میں انسان اپنے آپ کو اہل ثابت کرتا ہے جنت کا، تو وہ کرائسز کے واقعے ہیں۔</w:t>
      </w:r>
    </w:p>
    <w:p>
      <w:r>
        <w:rPr>
          <w:b/>
        </w:rPr>
        <w:t xml:space="preserve">[03:37] </w:t>
      </w:r>
      <w:r>
        <w:t>kraisiz ke waqeye. kuch bhi ho zindagi mein, rozana aap kuch bhi karte hon, aap</w:t>
      </w:r>
    </w:p>
    <w:p>
      <w:pPr>
        <w:jc w:val="right"/>
      </w:pPr>
      <w:r>
        <w:t>کرائسز کے واقعے۔ کچھ بھی ہو زندگی میں، روزانہ آپ کچھ بھی کرتے ہوں، آپ</w:t>
      </w:r>
    </w:p>
    <w:p>
      <w:r>
        <w:rPr>
          <w:b/>
        </w:rPr>
        <w:t xml:space="preserve">[03:49] </w:t>
      </w:r>
      <w:r>
        <w:t>chhote ya bare kraisiz aap ke shayad aata hai. to kraisiz ke lamhat yeh sabit karte hain ke aap jannat mein basaye jaane ke qabil hain ya nahin hain.</w:t>
      </w:r>
    </w:p>
    <w:p>
      <w:pPr>
        <w:jc w:val="right"/>
      </w:pPr>
      <w:r>
        <w:t>چھوٹا یا بڑا کرائسز آپ کے شاید آتا ہے۔ تو کرائسز کے لمحات یہ ثابت کرتے ہیں کہ آپ جنت میں بسائے جانے کے قابل ہیں یا نہیں ہیں۔</w:t>
      </w:r>
    </w:p>
    <w:p>
      <w:r>
        <w:rPr>
          <w:b/>
        </w:rPr>
        <w:t xml:space="preserve">[04:09] </w:t>
      </w:r>
      <w:r>
        <w:t>misalan abhi dekhiye, abhi mere kaan mein ek problem aaya, to us ko mujhe manage karna para.</w:t>
      </w:r>
    </w:p>
    <w:p>
      <w:pPr>
        <w:jc w:val="right"/>
      </w:pPr>
      <w:r>
        <w:t>مثلاً ابھی دیکھیے، ابھی میرے کان میں ایک پرابلم آیا، تو اس کو مجھے مینج کرنا پڑا۔</w:t>
      </w:r>
    </w:p>
    <w:p>
      <w:r>
        <w:rPr>
          <w:b/>
        </w:rPr>
        <w:t xml:space="preserve">[04:21] </w:t>
      </w:r>
      <w:r>
        <w:t>abhi, abhi ki baat hai. to kraisiz ko manage karna, art of kraisiz management,</w:t>
      </w:r>
    </w:p>
    <w:p>
      <w:pPr>
        <w:jc w:val="right"/>
      </w:pPr>
      <w:r>
        <w:t>ابھی، ابھی کی بات ہے۔ تو کرائسز کو مینج کرنا، آرٹ آف کرائسز مینجمنٹ،</w:t>
      </w:r>
    </w:p>
    <w:p>
      <w:r>
        <w:rPr>
          <w:b/>
        </w:rPr>
        <w:t xml:space="preserve">[04:36] </w:t>
      </w:r>
      <w:r>
        <w:t>yeh sab se ziyada</w:t>
      </w:r>
    </w:p>
    <w:p>
      <w:pPr>
        <w:jc w:val="right"/>
      </w:pPr>
      <w:r>
        <w:t>یہ سب سے زیادہ</w:t>
      </w:r>
    </w:p>
    <w:p>
      <w:r>
        <w:rPr>
          <w:b/>
        </w:rPr>
        <w:t xml:space="preserve">[04:40] </w:t>
      </w:r>
      <w:r>
        <w:t>common bhi hai aur mushkil bhi hai. aaj kal jis ko bhi dekhiye, woh mo'za, misal ki baat karta hai.</w:t>
      </w:r>
    </w:p>
    <w:p>
      <w:pPr>
        <w:jc w:val="right"/>
      </w:pPr>
      <w:r>
        <w:t>کامن بھی ہے اور مشکل بھی ہے۔ آج کل جس کو بھی دیکھیے، وہ موعظہ، مثال کی بات کرتا ہے۔</w:t>
      </w:r>
    </w:p>
    <w:p>
      <w:r>
        <w:rPr>
          <w:b/>
        </w:rPr>
        <w:t xml:space="preserve">[04:50] </w:t>
      </w:r>
      <w:r>
        <w:t>mo'za, misal, mo'za, misal. to bas mo'za, misal kya hain? mo'za kraisiz.</w:t>
      </w:r>
    </w:p>
    <w:p>
      <w:pPr>
        <w:jc w:val="right"/>
      </w:pPr>
      <w:r>
        <w:t>موعظہ، مثال، موعظہ، مثال۔ تو بس موعظہ، مثال کیا ہیں؟ موعظہ کرائسز۔</w:t>
      </w:r>
    </w:p>
    <w:p>
      <w:r>
        <w:rPr>
          <w:b/>
        </w:rPr>
        <w:t xml:space="preserve">[04:59] </w:t>
      </w:r>
      <w:r>
        <w:t>kraisiz ka matlab hai ke normal halaat, yani normal jo halaat hote hain zindagi ke, normal jo mawaqe hote hain zindagi ke, to woh aadmi routine mein karta rehta hai, routine mein.</w:t>
      </w:r>
    </w:p>
    <w:p>
      <w:pPr>
        <w:jc w:val="right"/>
      </w:pPr>
      <w:r>
        <w:t>کرائسز کا مطلب ہے کہ نارمل حالات، یعنی نارمل جو حالات ہوتے ہیں زندگی کے، نارمل جو مواقع ہوتے ہیں زندگی کے، تو وہ آدمی روٹین میں کرتا رہتا ہے، روٹین میں۔</w:t>
      </w:r>
    </w:p>
    <w:p>
      <w:r>
        <w:rPr>
          <w:b/>
        </w:rPr>
        <w:t xml:space="preserve">[05:23] </w:t>
      </w:r>
      <w:r>
        <w:t>lekin</w:t>
      </w:r>
    </w:p>
    <w:p>
      <w:pPr>
        <w:jc w:val="right"/>
      </w:pPr>
      <w:r>
        <w:t>لیکن</w:t>
      </w:r>
    </w:p>
    <w:p>
      <w:r>
        <w:rPr>
          <w:b/>
        </w:rPr>
        <w:t xml:space="preserve">[05:26] </w:t>
      </w:r>
      <w:r>
        <w:t>jab koi kraisiz pesh aa jaye, kraisiz kyon bane hain? routine ke bahir, routine ke ilawa.</w:t>
      </w:r>
    </w:p>
    <w:p>
      <w:pPr>
        <w:jc w:val="right"/>
      </w:pPr>
      <w:r>
        <w:t>جب کوئی کرائسز پیش آ جائے، کرائسز کیوں بنے ہیں؟ روٹین کے باہر، روٹین کے علاوہ۔</w:t>
      </w:r>
    </w:p>
    <w:p>
      <w:r>
        <w:rPr>
          <w:b/>
        </w:rPr>
        <w:t xml:space="preserve">[05:36] </w:t>
      </w:r>
      <w:r>
        <w:t>to us waqt aadmi ko ziyada sochna parta hai, ziyada apne zehan ko</w:t>
      </w:r>
    </w:p>
    <w:p>
      <w:pPr>
        <w:jc w:val="right"/>
      </w:pPr>
      <w:r>
        <w:t>تو اس وقت آدمی کو زیادہ سوچنا پڑتا ہے، زیادہ اپنے ذہن کو</w:t>
      </w:r>
    </w:p>
    <w:p>
      <w:r>
        <w:rPr>
          <w:b/>
        </w:rPr>
        <w:t xml:space="preserve">[05:46] </w:t>
      </w:r>
      <w:r>
        <w:t>istemal karne ka mauqa pesh aata hai. to kraisiz jo hai, wahi aadmi is se jhaput sakta hai, is se umeed bara ho sakta hai.</w:t>
      </w:r>
    </w:p>
    <w:p>
      <w:pPr>
        <w:jc w:val="right"/>
      </w:pPr>
      <w:r>
        <w:t>استعمال کرنے کا موقع پیش آتا ہے۔ تو کرائسز جو ہے، وہی آدمی اس سے جھپٹ سکتا ہے، اس سے عہدہ بڑا ہو سکتا ہے۔</w:t>
      </w:r>
    </w:p>
    <w:p>
      <w:r>
        <w:rPr>
          <w:b/>
        </w:rPr>
        <w:t xml:space="preserve">[06:01] </w:t>
      </w:r>
      <w:r>
        <w:t>jo sabr ke lamhat jis mein pesh aaye hon aur un lamhat mein is ki training hui ho. sabr ke lamhat pesh aaye hon aur sabr ke lamhat mein is ki training hui ho.</w:t>
      </w:r>
    </w:p>
    <w:p>
      <w:pPr>
        <w:jc w:val="right"/>
      </w:pPr>
      <w:r>
        <w:t>جو صبر کے لمحات جس میں پیش آئے ہوں اور ان لمحات میں اس کی ٹریننگ ہوئی ہو۔ صبر کے لمحات پیش آئے ہوں اور صبر کے لمحات میں اس کی ٹریننگ ہوئی ہو۔</w:t>
      </w:r>
    </w:p>
    <w:p>
      <w:r>
        <w:rPr>
          <w:b/>
        </w:rPr>
        <w:t xml:space="preserve">[06:16] </w:t>
      </w:r>
      <w:r>
        <w:t>wahi aadmi</w:t>
      </w:r>
    </w:p>
    <w:p>
      <w:pPr>
        <w:jc w:val="right"/>
      </w:pPr>
      <w:r>
        <w:t>وہی آدمی</w:t>
      </w:r>
    </w:p>
    <w:p>
      <w:r>
        <w:rPr>
          <w:b/>
        </w:rPr>
        <w:t xml:space="preserve">[06:21] </w:t>
      </w:r>
      <w:r>
        <w:t>ziyada mustahiq hai is baat ka ke woh... achha dekhiye, aisa nahin hai ke jannat mein aap ko sabr karna parega.</w:t>
      </w:r>
    </w:p>
    <w:p>
      <w:pPr>
        <w:jc w:val="right"/>
      </w:pPr>
      <w:r>
        <w:t>زیادہ مستحق ہے اس بات کا کہ وہ... اچھا دیکھیے، ایسا نہیں ہے کہ جنت میں آپ کو صبر کرنا پڑے گا۔</w:t>
      </w:r>
    </w:p>
    <w:p>
      <w:r>
        <w:rPr>
          <w:b/>
        </w:rPr>
        <w:t xml:space="preserve">[06:34] </w:t>
      </w:r>
      <w:r>
        <w:t>aisa nahin hai. jannat mein to sabr hai hi nahin. jannat to sabr se khali hogi, kraisiz se khali hogi, problem se khali hogi.</w:t>
      </w:r>
    </w:p>
    <w:p>
      <w:pPr>
        <w:jc w:val="right"/>
      </w:pPr>
      <w:r>
        <w:t>ایسا نہیں ہے۔ جنت میں تو صبر ہے ہی نہیں۔ جنت تو صبر سے خالی ہوگی، کرائسز سے خالی ہوگی، پرابلم سے خالی ہوگی۔</w:t>
      </w:r>
    </w:p>
    <w:p>
      <w:r>
        <w:rPr>
          <w:b/>
        </w:rPr>
        <w:t xml:space="preserve">[06:49] </w:t>
      </w:r>
      <w:r>
        <w:t>lekin jannat ke mahol mein aap ko jo deal karna hai kraisiz se aur mukhtalif qism ke mawaqe se,</w:t>
      </w:r>
    </w:p>
    <w:p>
      <w:pPr>
        <w:jc w:val="right"/>
      </w:pPr>
      <w:r>
        <w:t>لیکن جنت کے ماحول میں آپ کو جو ڈیل کرنا ہے کرائسز سے اور مختلف قسم کے مواقع سے،</w:t>
      </w:r>
    </w:p>
    <w:p>
      <w:r>
        <w:rPr>
          <w:b/>
        </w:rPr>
        <w:t xml:space="preserve">[07:03] </w:t>
      </w:r>
      <w:r>
        <w:t>to us ke liye peshi... yeh advance training hai yeh. yeh jo yeh sabr hai, aisa nahin ke jannat mein sabr karna parega.</w:t>
      </w:r>
    </w:p>
    <w:p>
      <w:pPr>
        <w:jc w:val="right"/>
      </w:pPr>
      <w:r>
        <w:t>تو اس کے لیے پیشی... یہ ایڈوانس ٹریننگ ہے یہ۔ یہ جو یہ صبر ہے، ایسا نہیں کہ جنت میں صبر کرنا پڑے گا۔</w:t>
      </w:r>
    </w:p>
    <w:p>
      <w:r>
        <w:rPr>
          <w:b/>
        </w:rPr>
        <w:t xml:space="preserve">[07:15] </w:t>
      </w:r>
      <w:r>
        <w:t>nahi, yeh jannat mein na sabr... sabr na karne ki... jannat to sabr...</w:t>
      </w:r>
    </w:p>
    <w:p>
      <w:pPr>
        <w:jc w:val="right"/>
      </w:pPr>
      <w:r>
        <w:t>نہیں، یہ جنت میں نہ صبر... صبر نہ کرنے کی... جنت تو صبر...</w:t>
      </w:r>
    </w:p>
    <w:p>
      <w:r>
        <w:rPr>
          <w:b/>
        </w:rPr>
        <w:t xml:space="preserve">[07:29] </w:t>
      </w:r>
      <w:r>
        <w:t>yani sab acha hi acha hoga wahan par. to wahan sabr kya hai? wahan koi crisis nahi hoga. to yeh advance training hai yeh.</w:t>
      </w:r>
    </w:p>
    <w:p>
      <w:pPr>
        <w:jc w:val="right"/>
      </w:pPr>
      <w:r>
        <w:t>یعنی سب اچھا ہی اچھا ہوگا وہاں پر۔ تو وہاں صبر کیا ہے؟ وہاں کوئی کرائسز نہیں ہوگا۔ تو یہ ایڈوانس ٹریننگ ہے یہ۔</w:t>
      </w:r>
    </w:p>
    <w:p>
      <w:r>
        <w:rPr>
          <w:b/>
        </w:rPr>
        <w:t xml:space="preserve">[07:39] </w:t>
      </w:r>
      <w:r>
        <w:t>advance training hai yeh. ke dunya mein aap tarbiyat pa kar ke jannat mein dakhil hon taake wahan aap jo jannat ka darsalam...</w:t>
      </w:r>
    </w:p>
    <w:p>
      <w:pPr>
        <w:jc w:val="right"/>
      </w:pPr>
      <w:r>
        <w:t>ایڈوانس ٹریننگ ہے یہ۔ کہ دنیا میں آپ تربیت پا کر کے جنت میں داخل ہوں تاکہ وہاں آپ جو جنت کا دارالسلام...</w:t>
      </w:r>
    </w:p>
    <w:p>
      <w:r>
        <w:rPr>
          <w:b/>
        </w:rPr>
        <w:t xml:space="preserve">[07:52] </w:t>
      </w:r>
      <w:r>
        <w:t>to jannat mein darsalam ke mahol mein aap ko rehna hai. to iski advance training hai yeh. isko yaad rakhiye ke itna zyada sabr ki ahmiyat kyun hai?</w:t>
      </w:r>
    </w:p>
    <w:p>
      <w:pPr>
        <w:jc w:val="right"/>
      </w:pPr>
      <w:r>
        <w:t>تو جنت میں دارالسلام کے ماحول میں آپ کو رہنا ہے۔ تو اس کی ایڈوانس ٹریننگ ہے یہ۔ اس کو یاد رکھیے کہ اتنا زیادہ صبر کی اہمیت کیوں ہے؟</w:t>
      </w:r>
    </w:p>
    <w:p>
      <w:r>
        <w:rPr>
          <w:b/>
        </w:rPr>
        <w:t xml:space="preserve">[08:10] </w:t>
      </w:r>
      <w:r>
        <w:t>sabr advance training hai. dunya ko is tarah banaya gaya hai, is tarah mahol rakha gaya dunya mein ke aadmi peshgi tor par trend ho kar ke jannat mein dakhil ho.</w:t>
      </w:r>
    </w:p>
    <w:p>
      <w:pPr>
        <w:jc w:val="right"/>
      </w:pPr>
      <w:r>
        <w:t>صبر ایڈوانس ٹریننگ ہے۔ دنیا کو اس طرح بنایا گیا ہے، اس طرح ماحول رکھا گیا دنیا میں کہ آدمی پیشگی طور پر ٹرینڈ ہو کر کے جنت میں داخل ہو۔</w:t>
      </w:r>
    </w:p>
    <w:p>
      <w:r>
        <w:rPr>
          <w:b/>
        </w:rPr>
        <w:t xml:space="preserve">[08:26] </w:t>
      </w:r>
      <w:r>
        <w:t>peshgi tor par.</w:t>
      </w:r>
    </w:p>
    <w:p>
      <w:pPr>
        <w:jc w:val="right"/>
      </w:pPr>
      <w:r>
        <w:t>پیشگی طور پر۔</w:t>
      </w:r>
    </w:p>
    <w:p>
      <w:r>
        <w:rPr>
          <w:b/>
        </w:rPr>
        <w:t xml:space="preserve">[08:34] </w:t>
      </w:r>
      <w:r>
        <w:t>to agar aap is ke tayyar nahi hain, sabr karne ke liye tayyar nahi hain aap, is ke baad is ka matlab yeh kya hai? ke advance training ke liye aap tayyar nahi hain.</w:t>
      </w:r>
    </w:p>
    <w:p>
      <w:pPr>
        <w:jc w:val="right"/>
      </w:pPr>
      <w:r>
        <w:t>تو اگر آپ اس کے تیار نہیں ہیں، صبر کرنے کے لیے تیار نہیں ہیں آپ، اس کے بعد اس کا معنی یہ کیا ہے؟ کہ ایڈوانس ٹریننگ کے لیے آپ تیار نہیں ہیں۔</w:t>
      </w:r>
    </w:p>
    <w:p>
      <w:r>
        <w:rPr>
          <w:b/>
        </w:rPr>
        <w:t xml:space="preserve">[08:48] </w:t>
      </w:r>
      <w:r>
        <w:t>to khud jannat mein to training hogi nahi. jannat mein pohnchne ke baad koi training nahi hai. wahan to trend log, tarbiyat yafta log dakhla payenge.</w:t>
      </w:r>
    </w:p>
    <w:p>
      <w:pPr>
        <w:jc w:val="right"/>
      </w:pPr>
      <w:r>
        <w:t>تو خود جنت میں تو ٹریننگ ہوگی نہیں۔ جنت میں پہنچنے کے بعد کوئی ٹریننگ نہیں ہے۔ وہاں تو ٹرینڈ لوگ، تربیت یافتہ لوگ داخلہ پائیں گے۔</w:t>
      </w:r>
    </w:p>
    <w:p>
      <w:r>
        <w:rPr>
          <w:b/>
        </w:rPr>
        <w:t xml:space="preserve">[09:02] </w:t>
      </w:r>
      <w:r>
        <w:t>to aap ghor kijiye ke agar aap sabr ke liye tayyar nahi hain, chahte hain ke sabr ke baghair hi mujhe jannat mil jaye, to aap advance training ke liye tayyar nahi hain.</w:t>
      </w:r>
    </w:p>
    <w:p>
      <w:pPr>
        <w:jc w:val="right"/>
      </w:pPr>
      <w:r>
        <w:t>تو آپ غور کیجیے کہ اگر آپ صبر کے لیے تیار نہیں ہیں، چاہتے ہیں کہ صبر کے بغیر ہی مجھے جنت مل جائے، تو آپ ایڈوانس ٹریننگ کے لیے تیار نہیں ہیں۔</w:t>
      </w:r>
    </w:p>
    <w:p>
      <w:r>
        <w:rPr>
          <w:b/>
        </w:rPr>
        <w:t xml:space="preserve">[09:15] </w:t>
      </w:r>
      <w:r>
        <w:t>ek kitna bara ghata hai yeh, ghor kijiye.</w:t>
      </w:r>
    </w:p>
    <w:p>
      <w:pPr>
        <w:jc w:val="right"/>
      </w:pPr>
      <w:r>
        <w:t>ایک کتنا بڑا گھاٹا ہے یہ، غور کیجیے۔</w:t>
      </w:r>
    </w:p>
    <w:p>
      <w:r>
        <w:rPr>
          <w:b/>
        </w:rPr>
        <w:t xml:space="preserve">[09:20] </w:t>
      </w:r>
      <w:r>
        <w:t>kitna bara ghata hai. har kaam, koi bhi kaam aap karen to is mein aap ke liye ek advance training zaroori hoti hai.</w:t>
      </w:r>
    </w:p>
    <w:p>
      <w:pPr>
        <w:jc w:val="right"/>
      </w:pPr>
      <w:r>
        <w:t>کتنا بڑا گھاٹا ہے۔ ہر کام، کوئی بھی کام آپ کریں تو اس میں آپ کے لیے ایک ایڈوانس ٹریننگ ضروری ہوتی ہے۔</w:t>
      </w:r>
    </w:p>
    <w:p>
      <w:r>
        <w:rPr>
          <w:b/>
        </w:rPr>
        <w:t xml:space="preserve">[09:33] </w:t>
      </w:r>
      <w:r>
        <w:t>misal ke tor par farz kijiye aap car ke driver hon, kisi ki car aap chalate hon. to jab aap service par, kisi seat par jab aap baithenge to us waqt training shuru shuru hogi.</w:t>
      </w:r>
    </w:p>
    <w:p>
      <w:pPr>
        <w:jc w:val="right"/>
      </w:pPr>
      <w:r>
        <w:t>مثلاً فرض کیجیے آپ کار کے ڈرائیور ہوں، کسی کی کار آپ چلاتے ہوں۔ تو جب آپ سروس پر، کسی سیٹ پر جب آپ بیٹھیں گے تو اس وقت ٹریننگ شروع شروع ہوگی۔</w:t>
      </w:r>
    </w:p>
    <w:p>
      <w:r>
        <w:rPr>
          <w:b/>
        </w:rPr>
        <w:t xml:space="preserve">[09:52] </w:t>
      </w:r>
      <w:r>
        <w:t>shuru to pehle ho chuki hai. aap peshgi tor par car ke achhe driver ke liye tayyar ho chuke hona chahiye aap ko.</w:t>
      </w:r>
    </w:p>
    <w:p>
      <w:pPr>
        <w:jc w:val="right"/>
      </w:pPr>
      <w:r>
        <w:t>شروع تو پہلے ہو چکی ہے۔ آپ پیشگی طور پر کار کے اچھے ڈرائیور کے لیے تیار ہو چکے ہونا چاہیے آپ کو۔</w:t>
      </w:r>
    </w:p>
    <w:p>
      <w:r>
        <w:rPr>
          <w:b/>
        </w:rPr>
        <w:t xml:space="preserve">[10:11] </w:t>
      </w:r>
      <w:r>
        <w:t>yani car chalane ki advance training aap ko karni hoti hai, tab car chalane ki seat par aap baithte hain.</w:t>
      </w:r>
    </w:p>
    <w:p>
      <w:pPr>
        <w:jc w:val="right"/>
      </w:pPr>
      <w:r>
        <w:t>یعنی کار چلانے کی ایڈوانس ٹریننگ آپ کو کرنی ہوتی ہے، تب کار چلانے کی سیٹ پر آپ بیٹھتے ہیں۔</w:t>
      </w:r>
    </w:p>
    <w:p>
      <w:r>
        <w:rPr>
          <w:b/>
        </w:rPr>
        <w:t xml:space="preserve">[10:23] </w:t>
      </w:r>
      <w:r>
        <w:t>to yaad rakhiye, dunya mein jo aap ko sabr karna parta hai wo jannat mein dakhle ki advance training hai.</w:t>
      </w:r>
    </w:p>
    <w:p>
      <w:pPr>
        <w:jc w:val="right"/>
      </w:pPr>
      <w:r>
        <w:t>تو یاد رکھیے، دنیا میں جو آپ کو صبر کرنا پڑتا ہے وہ جنت میں داخلے کی ایڈوانس ٹریننگ ہے۔</w:t>
      </w:r>
    </w:p>
    <w:p>
      <w:r>
        <w:rPr>
          <w:b/>
        </w:rPr>
        <w:t xml:space="preserve">[10:34] </w:t>
      </w:r>
      <w:r>
        <w:t>advance training hai.</w:t>
      </w:r>
    </w:p>
    <w:p>
      <w:pPr>
        <w:jc w:val="right"/>
      </w:pPr>
      <w:r>
        <w:t>ایڈوانس ٹریننگ ہے۔</w:t>
      </w:r>
    </w:p>
    <w:p>
      <w:r>
        <w:rPr>
          <w:b/>
        </w:rPr>
        <w:t xml:space="preserve">[10:43] </w:t>
      </w:r>
      <w:r>
        <w:t>mujhe abhi dekhiye, abhi jo main hospital ho gaya tha to hospital walon ne mere liye ek caretaker dena chaha, mujh ko ek caretaker.</w:t>
      </w:r>
    </w:p>
    <w:p>
      <w:pPr>
        <w:jc w:val="right"/>
      </w:pPr>
      <w:r>
        <w:t>مجھے ابھی دیکھیے، ابھی جو میں ہاسپٹل ہو گیا تھا تو ہاسپٹل والوں نے میرے لیے ایک کیئر ٹیکر دینا چاہا، مجھ کو ایک کیئر ٹیکر۔</w:t>
      </w:r>
    </w:p>
    <w:p>
      <w:r>
        <w:rPr>
          <w:b/>
        </w:rPr>
        <w:t xml:space="preserve">[11:00] </w:t>
      </w:r>
      <w:r>
        <w:t>to un ke haan ek ek ek naujawan pohncha, us ko maloom hua tha.</w:t>
      </w:r>
    </w:p>
    <w:p>
      <w:pPr>
        <w:jc w:val="right"/>
      </w:pPr>
      <w:r>
        <w:t>تو ان کے ہاں ایک ایک ایک نوجوان پہنچا، اس کو معلوم ہوا تھا۔</w:t>
      </w:r>
    </w:p>
    <w:p>
      <w:r>
        <w:rPr>
          <w:b/>
        </w:rPr>
        <w:t xml:space="preserve">[11:10] </w:t>
      </w:r>
      <w:r>
        <w:t>to us se poocha gaya, us naujawan se</w:t>
      </w:r>
    </w:p>
    <w:p>
      <w:pPr>
        <w:jc w:val="right"/>
      </w:pPr>
      <w:r>
        <w:t>تو اس سے پوچھا گیا، اس نوجوان سے</w:t>
      </w:r>
    </w:p>
    <w:p>
      <w:r>
        <w:rPr>
          <w:b/>
        </w:rPr>
        <w:t xml:space="preserve">[11:19] </w:t>
      </w:r>
      <w:r>
        <w:t>ke tumhari training kahan hui hai, kis hospital mein hui hai. to us ne kaha ke abhi to nahi hui hai lekin jab kaam karunga karunga to seekh lunga, sab sab cheez seekh lunga.</w:t>
      </w:r>
    </w:p>
    <w:p>
      <w:pPr>
        <w:jc w:val="right"/>
      </w:pPr>
      <w:r>
        <w:t>کہ تمہاری ٹریننگ کہاں ہوئی ہے، کس ہاسپٹل میں ہوئی ہے۔ تو اس نے کہا کہ ابھی تو نہیں ہوئی ہے لیکن جب کام کروں گا کروں گا تو سیکھ لوں گا، سب سب چیز سیکھ لوں گا۔</w:t>
      </w:r>
    </w:p>
    <w:p>
      <w:r>
        <w:rPr>
          <w:b/>
        </w:rPr>
        <w:t xml:space="preserve">[11:33] </w:t>
      </w:r>
      <w:r>
        <w:t>to us ko nahi liya gaya. us se yahi kaha gaya tha ke dekho, caretaker banne ke liye advance training chahiye.</w:t>
      </w:r>
    </w:p>
    <w:p>
      <w:pPr>
        <w:jc w:val="right"/>
      </w:pPr>
      <w:r>
        <w:t>تو اس کو نہیں لیا گیا۔ اس سے یہی کہا گیا تھا کہ دیکھو، کیئر ٹیکر بننے کے لیے ایڈوانس ٹریننگ چاہیے۔</w:t>
      </w:r>
    </w:p>
    <w:p>
      <w:r>
        <w:rPr>
          <w:b/>
        </w:rPr>
        <w:t xml:space="preserve">[11:44] </w:t>
      </w:r>
      <w:r>
        <w:t>advance training.</w:t>
      </w:r>
    </w:p>
    <w:p>
      <w:pPr>
        <w:jc w:val="right"/>
      </w:pPr>
      <w:r>
        <w:t>ایڈوانس ٹریننگ۔</w:t>
      </w:r>
    </w:p>
    <w:p>
      <w:r>
        <w:rPr>
          <w:b/>
        </w:rPr>
        <w:t xml:space="preserve">[11:50] </w:t>
      </w:r>
      <w:r>
        <w:t>to yeh bohat hi zyada samajhne ki baat hai ke jo aadmi dunya ki zindagi ko sabr ke sath guzarne ke liye tayyar na ho to is ka matlab yeh hai ke wo jannat ki advance training ke liye tayyar nahi hai.</w:t>
      </w:r>
    </w:p>
    <w:p>
      <w:pPr>
        <w:jc w:val="right"/>
      </w:pPr>
      <w:r>
        <w:t>تو یہ بہت ہی زیادہ سمجھنے کی بات ہے کہ جو آدمی دنیا کی زندگی کو صبر کے ساتھ گزارنے کے لیے تیار نہ ہو تو اس کا معنی یہ ہے کہ وہ جنت کی ایڈوانس ٹریننگ کے لیے تیار نہیں ہے۔</w:t>
      </w:r>
    </w:p>
    <w:p>
      <w:r>
        <w:rPr>
          <w:b/>
        </w:rPr>
        <w:t xml:space="preserve">[12:13] </w:t>
      </w:r>
      <w:r>
        <w:t>advance training ke liye tayyar nahi hai. aap ko 51 nuksan hai, sochiye. 51 nuksan hai.</w:t>
      </w:r>
    </w:p>
    <w:p>
      <w:pPr>
        <w:jc w:val="right"/>
      </w:pPr>
      <w:r>
        <w:t>ایڈوانس ٹریننگ کے لیے تیار نہیں ہے۔ آپ کو 51 نقصان ہے، سوچیے۔ 51 نقصان ہے۔</w:t>
      </w:r>
    </w:p>
    <w:p>
      <w:r>
        <w:rPr>
          <w:b/>
        </w:rPr>
        <w:t xml:space="preserve">[12:26] </w:t>
      </w:r>
      <w:r>
        <w:t>dunya mein jab aap ko crisis par, museebat par, problem par sabr karna parta hai to yeh mat sochiye ke yeh koi ghair mutaliq cheez hai,</w:t>
      </w:r>
    </w:p>
    <w:p>
      <w:pPr>
        <w:jc w:val="right"/>
      </w:pPr>
      <w:r>
        <w:t>دنیا میں جب آپ کو کرائسز پر، مصیبت پر، پرابلم پر صبر کرنا پڑتا ہے تو یہ مت سوچیے کہ یہ کوئی غیر متعلق چیز ہے،</w:t>
      </w:r>
    </w:p>
    <w:p>
      <w:r>
        <w:rPr>
          <w:b/>
        </w:rPr>
        <w:t xml:space="preserve">[12:40] </w:t>
      </w:r>
      <w:r>
        <w:t>alag se koi baat hai. yeh jannat ki advance training hai ke wahan yeh sab na karein aap. wahan aap bilkul tarbiyat yafta insaan ke hissay se pahunchein taake foran aap ko wahan dakhla mil jaye.</w:t>
      </w:r>
    </w:p>
    <w:p>
      <w:pPr>
        <w:jc w:val="right"/>
      </w:pPr>
      <w:r>
        <w:t>الگ سے کوئی بات ہے۔ یہ جنت کی ایڈوانس ٹریننگ ہے کہ وہاں یہ سب نہ کریں آپ۔ وہاں آپ بالکل تربیت یافتہ انسان کے حصے سے پہنچیں تاکہ فوراً آپ کو وہاں داخلہ مل جائے۔</w:t>
      </w:r>
    </w:p>
    <w:p>
      <w:r>
        <w:rPr>
          <w:b/>
        </w:rPr>
        <w:t xml:space="preserve">[13:07] </w:t>
      </w:r>
      <w:r>
        <w:t>yeh bohat hi zyada important baat hai sabr karne ke liye.</w:t>
      </w:r>
    </w:p>
    <w:p>
      <w:pPr>
        <w:jc w:val="right"/>
      </w:pPr>
      <w:r>
        <w:t>یہ بہت ہی زیادہ امپورٹنٹ بات ہے صبر کرنے کے لیے۔</w:t>
      </w:r>
    </w:p>
    <w:p>
      <w:r>
        <w:rPr>
          <w:b/>
        </w:rPr>
        <w:t xml:space="preserve">[13:14] </w:t>
      </w:r>
      <w:r>
        <w:t>dekhiye, quran ki aik aayat hai: "la yasma'oon fiha laghwan wa la ta'seema illa qeelan salaman salama".</w:t>
      </w:r>
    </w:p>
    <w:p>
      <w:pPr>
        <w:jc w:val="right"/>
      </w:pPr>
      <w:r>
        <w:t>دیکھیے، قرآن کی ایک آیت ہے: "لا یسمعون فیہا لغو ولا تعصیما الا قیلا سلاما سلاما"۔</w:t>
      </w:r>
    </w:p>
    <w:p>
      <w:r>
        <w:rPr>
          <w:b/>
        </w:rPr>
        <w:t xml:space="preserve">[13:22] </w:t>
      </w:r>
      <w:r>
        <w:t>yani is ka matlab kya hai? is ka matlab hai ke jannat ka jo mahaul hoga woh yeh nahi hoga ke idhar se nikle to "assalam o alaikum", idhar se nikle to "assalam o alaikum".</w:t>
      </w:r>
    </w:p>
    <w:p>
      <w:pPr>
        <w:jc w:val="right"/>
      </w:pPr>
      <w:r>
        <w:t>یعنی اس کا مطلب کیا ہے؟ اس کا مطلب ہے کہ جنت کا جو ماحول ہوگا وہ یہ نہیں ہوگا کہ ادھر سے نکلے تو "السلام علیکم"، ادھر سے نکلے تو "السلام علیکم"۔</w:t>
      </w:r>
    </w:p>
    <w:p>
      <w:r>
        <w:rPr>
          <w:b/>
        </w:rPr>
        <w:t xml:space="preserve">[13:39] </w:t>
      </w:r>
      <w:r>
        <w:t>main jab madrasay mein parhta tha to mujhe yaad hai ke madrasay mein aik sahab dakhil hue, woh shayad mere class mein dakhil hue thay, woh ya aik ad saal aage peechay hon.</w:t>
      </w:r>
    </w:p>
    <w:p>
      <w:pPr>
        <w:jc w:val="right"/>
      </w:pPr>
      <w:r>
        <w:t>میں جب مدرسے میں پڑھتا تھا تو مجھے یاد ہے کہ مدرسے میں ایک صاحب داخل ہوئے، وہ شاید میرے کلاس میں داخل ہوئے تھے، وہ یا ایک آدھ سال آگے پیچھے ہوں۔</w:t>
      </w:r>
    </w:p>
    <w:p>
      <w:r>
        <w:rPr>
          <w:b/>
        </w:rPr>
        <w:t xml:space="preserve">[13:57] </w:t>
      </w:r>
      <w:r>
        <w:t>to un ka haal yeh tha ke</w:t>
      </w:r>
    </w:p>
    <w:p>
      <w:pPr>
        <w:jc w:val="right"/>
      </w:pPr>
      <w:r>
        <w:t>تو ان کا حال یہ تھا کہ</w:t>
      </w:r>
    </w:p>
    <w:p>
      <w:r>
        <w:rPr>
          <w:b/>
        </w:rPr>
        <w:t xml:space="preserve">[14:01] </w:t>
      </w:r>
      <w:r>
        <w:t>woh jab bhi saamna hota to "assalam o alaikum", yani apne class fellow se bhi har waqt "assalam o alaikum", "assalam o alaikum", yani log un ke "assalam o alaikum" se pareshan ho gaye thay.</w:t>
      </w:r>
    </w:p>
    <w:p>
      <w:pPr>
        <w:jc w:val="right"/>
      </w:pPr>
      <w:r>
        <w:t>وہ جب بھی سامنا ہوتا تو "السلام علیکم"، یعنی اپنے کلاس فیلو سے بھی ہر وقت "السلام علیکم"، "السلام علیکم"، یعنی لوگ ان کے "السلام علیکم" سے پریشان ہو گئے تھے۔</w:t>
      </w:r>
    </w:p>
    <w:p>
      <w:r>
        <w:rPr>
          <w:b/>
        </w:rPr>
        <w:t xml:space="preserve">[14:18] </w:t>
      </w:r>
      <w:r>
        <w:t>idhar jao, agar woh saamne parh raha hai to "assalam o alaikum", "assalam o alaikum". to main ne un se poocha ke bhai itna zyada aap "assalam o alaikum" kyun karte hain?</w:t>
      </w:r>
    </w:p>
    <w:p>
      <w:pPr>
        <w:jc w:val="right"/>
      </w:pPr>
      <w:r>
        <w:t>ادھر جاؤ، اگر وہ سامنے پڑھ رہا ہے تو "السلام علیکم"، "السلام علیکم"۔ تو میں نے ان سے پوچھا کہ بھئی اتنا زیادہ آپ "السلام علیکم" کیوں کرتے ہیں؟</w:t>
      </w:r>
    </w:p>
    <w:p>
      <w:r>
        <w:rPr>
          <w:b/>
        </w:rPr>
        <w:t xml:space="preserve">[14:29] </w:t>
      </w:r>
      <w:r>
        <w:t>unhon ne kaha yeh to hum jannat ka mahaul hi dunya mein chahte hain, is ke liye hum tayyar ho jayein. wahan bohat zyada salam hoga, bohat zyada salam hoga.</w:t>
      </w:r>
    </w:p>
    <w:p>
      <w:pPr>
        <w:jc w:val="right"/>
      </w:pPr>
      <w:r>
        <w:t>انہوں نے کہا یہ تو ہم جنت کا ماحول ہی دنیا میں چاہتے ہیں، اس کے لیے ہم تیار ہو جائیں۔ وہاں بہت زیادہ سلام ہوگا، بہت زیادہ سلام ہوگا۔</w:t>
      </w:r>
    </w:p>
    <w:p>
      <w:r>
        <w:rPr>
          <w:b/>
        </w:rPr>
        <w:t xml:space="preserve">[14:41] </w:t>
      </w:r>
      <w:r>
        <w:t>main ne kaha salam ke maani "assalam o alaikum" nahi hain, "peace", "salamti", "aman" is ka matlab hai.</w:t>
      </w:r>
    </w:p>
    <w:p>
      <w:pPr>
        <w:jc w:val="right"/>
      </w:pPr>
      <w:r>
        <w:t>میں نے کہا سلام کے معنی "السلام علیکم" نہیں ہیں، "پیس"، "سلامتی"، "امن" اس کا مطلب ہے۔</w:t>
      </w:r>
    </w:p>
    <w:p>
      <w:r>
        <w:rPr>
          <w:b/>
        </w:rPr>
        <w:t xml:space="preserve">[14:52] </w:t>
      </w:r>
      <w:r>
        <w:t>yani qeel ke maani hain, kehna nahi hai, yeh bhi samajh lijiye. "illa qeelan salaman salama".</w:t>
      </w:r>
    </w:p>
    <w:p>
      <w:pPr>
        <w:jc w:val="right"/>
      </w:pPr>
      <w:r>
        <w:t>یعنی قیل کے معنی ہیں، کہنا نہیں ہے، یہ بھی سمجھ لیجیے۔ "الا قیلا سلاما سلاما"۔</w:t>
      </w:r>
    </w:p>
    <w:p>
      <w:r>
        <w:rPr>
          <w:b/>
        </w:rPr>
        <w:t xml:space="preserve">[15:03] </w:t>
      </w:r>
      <w:r>
        <w:t>hargiz is ka maani yeh nahi ke log kahengay "assalam o alaikum", wahan aik shor mach raha hoga. har har baat, har aadmi bolay ga "assalam o alaikum", "assalam o alaikum", shor nahi mach jaye ga.</w:t>
      </w:r>
    </w:p>
    <w:p>
      <w:pPr>
        <w:jc w:val="right"/>
      </w:pPr>
      <w:r>
        <w:t>ہرگز اس کا معنی یہ نہیں کہ لوگ کہیں گے "السلام علیکم"، وہاں ایک شور مچ رہا ہوگا۔ ہر ہر بات، ہر آدمی بولے گا "السلام علیکم"، "السلام علیکم"، شور نہیں مچ جائے گا۔</w:t>
      </w:r>
    </w:p>
    <w:p>
      <w:r>
        <w:rPr>
          <w:b/>
        </w:rPr>
        <w:t xml:space="preserve">[15:16] </w:t>
      </w:r>
      <w:r>
        <w:t>to jannat kya hogi? woh museebat khana ho jaye gi. woh to kabhi qaul o amal ke maani mein hota hai, yaad rakhiye.</w:t>
      </w:r>
    </w:p>
    <w:p>
      <w:pPr>
        <w:jc w:val="right"/>
      </w:pPr>
      <w:r>
        <w:t>تو جنت کیا ہوگی؟ وہ مصیبت خانہ ہو جائے گی۔ وہ تو کبھی قول عمل کے معنی میں ہوتا ہے، یاد رکھیے۔</w:t>
      </w:r>
    </w:p>
    <w:p>
      <w:r>
        <w:rPr>
          <w:b/>
        </w:rPr>
        <w:t xml:space="preserve">[15:26] </w:t>
      </w:r>
      <w:r>
        <w:t>kabhi qaul o amal ke maani mein hota hai. to is ka matlab yeh hai ke jannat mein aman ka mahaul hoga, peace ka mahaul hoga. yani jo mahaul aap pasand karte hain, aap pasand karte hain ke koi is ko takleef na de,</w:t>
      </w:r>
    </w:p>
    <w:p>
      <w:pPr>
        <w:jc w:val="right"/>
      </w:pPr>
      <w:r>
        <w:t>کبھی قول عمل کے معنی میں ہوتا ہے۔ تو اس کا مطلب یہ ہے کہ جنت میں امن کا ماحول ہوگا، پیس کا ماحول ہوگا۔ یعنی جو ماحول آپ پسند کرتے ہیں، آپ پسند کرتے ہیں کہ کوئی اس کو تکلیف نہ دے،</w:t>
      </w:r>
    </w:p>
    <w:p>
      <w:r>
        <w:rPr>
          <w:b/>
        </w:rPr>
        <w:t xml:space="preserve">[15:42] </w:t>
      </w:r>
      <w:r>
        <w:t>koi mere baray mein negative na ho jaye. yani har aitbar se peace, khushgawar mahaul.</w:t>
      </w:r>
    </w:p>
    <w:p>
      <w:pPr>
        <w:jc w:val="right"/>
      </w:pPr>
      <w:r>
        <w:t>کوئی میرے بارے میں نیگیٹیو نہ ہو جائے۔ یعنی ہر اعتبار سے پیس، خوشگوار ماحول۔</w:t>
      </w:r>
    </w:p>
    <w:p>
      <w:r>
        <w:rPr>
          <w:b/>
        </w:rPr>
        <w:t xml:space="preserve">[15:54] </w:t>
      </w:r>
      <w:r>
        <w:t>to is ka maani hai ke jannat mein har taraf peace hi peace ka mahaul hoga. wahan wahan phool hi phool hoga, kaanta nahi hoga.</w:t>
      </w:r>
    </w:p>
    <w:p>
      <w:pPr>
        <w:jc w:val="right"/>
      </w:pPr>
      <w:r>
        <w:t>تو اس کا معنی ہے کہ جنت میں ہر طرف پیس ہی پیس کا ماحول ہوگا۔ وہاں وہاں پھول ہی پھول ہوگا، کانٹا نہیں ہوگا۔</w:t>
      </w:r>
    </w:p>
    <w:p>
      <w:r>
        <w:rPr>
          <w:b/>
        </w:rPr>
        <w:t xml:space="preserve">[16:05] </w:t>
      </w:r>
      <w:r>
        <w:t>yeh matlab hai is ka. yeh matlab hai is ka. to aisi jannat jis mein phool ka mahaul ho, kaante ka mahaul na ho,</w:t>
      </w:r>
    </w:p>
    <w:p>
      <w:pPr>
        <w:jc w:val="right"/>
      </w:pPr>
      <w:r>
        <w:t>یہ مطلب ہے اس کا۔ یہ مطلب ہے اس کا۔ تو ایسی جنت جس میں پھول کا ماحول ہو، کانٹے کا ماحول نہ ہو،</w:t>
      </w:r>
    </w:p>
    <w:p>
      <w:r>
        <w:rPr>
          <w:b/>
        </w:rPr>
        <w:t xml:space="preserve">[16:18] </w:t>
      </w:r>
      <w:r>
        <w:t>wahan ki training ke liye dunya mein aap ko sabr ke mawaqe pesh atay hain. dunya mein sabr ke mawaqe is liye pesh atay hain ke woh jannat ki advance training hai.</w:t>
      </w:r>
    </w:p>
    <w:p>
      <w:pPr>
        <w:jc w:val="right"/>
      </w:pPr>
      <w:r>
        <w:t>وہاں کی ٹریننگ کے لیے دنیا میں آپ کو صبر کے مواقع پیش آتے ہیں۔ دنیا میں صبر کے مواقع اس لیے پیش آتے ہیں کہ وہ جنت کی ایڈوانس ٹریننگ ہے۔</w:t>
      </w:r>
    </w:p>
    <w:p>
      <w:r>
        <w:rPr>
          <w:b/>
        </w:rPr>
        <w:t xml:space="preserve">[16:39] </w:t>
      </w:r>
      <w:r>
        <w:t>main jab gaya tha pehli baar america to main ne kaha ke yahan ke jo new york mein aik sahab se kaha main ne ke yahan ki aik aik achi library jo hai, bari library, wahan mujhe le chaliye.</w:t>
      </w:r>
    </w:p>
    <w:p>
      <w:pPr>
        <w:jc w:val="right"/>
      </w:pPr>
      <w:r>
        <w:t>میں جب گیا تھا پہلی بار امریکہ تو میں نے کہا کہ یہاں کے جو نیویارک میں ایک صاحب سے کہا میں نے کہ یہاں کی ایک ایک اچھی لائبریری جو ہے، بڑی لائبریری، وہاں مجھے لے چلیے۔</w:t>
      </w:r>
    </w:p>
    <w:p>
      <w:r>
        <w:rPr>
          <w:b/>
        </w:rPr>
        <w:t xml:space="preserve">[16:57] </w:t>
      </w:r>
      <w:r>
        <w:t>to main wahan gaya to main wahan ka jo reading room tha,</w:t>
      </w:r>
    </w:p>
    <w:p>
      <w:pPr>
        <w:jc w:val="right"/>
      </w:pPr>
      <w:r>
        <w:t>تو میں وہاں گیا تو میں وہاں کا جو ریڈنگ روم تھا،</w:t>
      </w:r>
    </w:p>
    <w:p>
      <w:r>
        <w:rPr>
          <w:b/>
        </w:rPr>
        <w:t xml:space="preserve">[17:04] </w:t>
      </w:r>
      <w:r>
        <w:t>yani new york ki reading room ka jo haal tha, wahan main gaya.</w:t>
      </w:r>
    </w:p>
    <w:p>
      <w:pPr>
        <w:jc w:val="right"/>
      </w:pPr>
      <w:r>
        <w:t>یعنی نیویارک کی ریڈنگ روم کا جو حال تھا، وہاں میں گیا۔</w:t>
      </w:r>
    </w:p>
    <w:p>
      <w:r>
        <w:rPr>
          <w:b/>
        </w:rPr>
        <w:t xml:space="preserve">[17:13] </w:t>
      </w:r>
      <w:r>
        <w:t>to wahan main aik kursi par baith gaya, woh mere saathi thay. to main ne dekha ke wahan zyada tar larkiyan aur ladke atay thay, boorhay log kam atay thay.</w:t>
      </w:r>
    </w:p>
    <w:p>
      <w:pPr>
        <w:jc w:val="right"/>
      </w:pPr>
      <w:r>
        <w:t>تو وہاں میں ایک کرسی پر بیٹھ گیا، وہ میرے ساتھی تھے۔ تو میں نے دیکھا کہ وہاں زیادہ تر لڑکیاں اور لڑکے آتے تھے، بوڑھے لوگ کم آتے تھے۔</w:t>
      </w:r>
    </w:p>
    <w:p>
      <w:r>
        <w:rPr>
          <w:b/>
        </w:rPr>
        <w:t xml:space="preserve">[17:27] </w:t>
      </w:r>
      <w:r>
        <w:t>to main ne dekha ke jo ladke hon ya larkiyan hon, jab woh reading room mein atay thay to jaise kursi lena hai unhein aur kursi jahan woh baithna hai unhein, wahan se aik foot ke faaslay par hai.</w:t>
      </w:r>
    </w:p>
    <w:p>
      <w:pPr>
        <w:jc w:val="right"/>
      </w:pPr>
      <w:r>
        <w:t>تو میں نے دیکھا کہ جو لڑکے ہوں یا لڑکیاں ہوں، جب وہ ریڈنگ روم میں آتے تھے تو جیسے کرسی لینا ہے انہیں اور کرسی جہاں وہ بیٹھنا ہے انہیں، وہاں سے ایک فٹ کے فاصلے پر ہے۔</w:t>
      </w:r>
    </w:p>
    <w:p>
      <w:r>
        <w:rPr>
          <w:b/>
        </w:rPr>
        <w:t xml:space="preserve">[17:50] </w:t>
      </w:r>
      <w:r>
        <w:t>to aisa nahi ke careless tareeqay se is ko tezi se kheenchein, nahi, bohat ahistay se woh kursi apni taraf karte thay ke awaaz awaaz na ho.</w:t>
      </w:r>
    </w:p>
    <w:p>
      <w:pPr>
        <w:jc w:val="right"/>
      </w:pPr>
      <w:r>
        <w:t>تو ایسا نہیں کہ کیئرلیس طریقے سے اس کو تیزی سے کھینچیں، نہیں، بہت آہستہ سے وہ کرسی اپنی طرف کرتے تھے کہ آواز آواز نہ ہو۔</w:t>
      </w:r>
    </w:p>
    <w:p>
      <w:r>
        <w:rPr>
          <w:b/>
        </w:rPr>
        <w:t xml:space="preserve">[18:05] </w:t>
      </w:r>
      <w:r>
        <w:t>yahan tak ke main ne dekha ke jab koi talib ilm aik kitaab nikalta tha shelf se to rakhta tha mez par, phir woh is ka page kholnay ke liye bohat ahistay se kholta tha.</w:t>
      </w:r>
    </w:p>
    <w:p>
      <w:pPr>
        <w:jc w:val="right"/>
      </w:pPr>
      <w:r>
        <w:t>یہاں تک کہ میں نے دیکھا کہ جب کوئی طالب علم ایک کتاب نکالتا تھا شیلف سے تو رکھتا تھا میز پر، پھر وہ اس کا پیج کھولنے کے لیے بہت آہستہ سے کھولتا تھا۔</w:t>
      </w:r>
    </w:p>
    <w:p>
      <w:r>
        <w:rPr>
          <w:b/>
        </w:rPr>
        <w:t xml:space="preserve">[18:22] </w:t>
      </w:r>
      <w:r>
        <w:t>to wahan ka mahol hai ke bolo to bohat ahista bolo, koi kaam karen to ahistagi ke sath karo.</w:t>
      </w:r>
    </w:p>
    <w:p>
      <w:pPr>
        <w:jc w:val="right"/>
      </w:pPr>
      <w:r>
        <w:t>تو وہاں کا ماحول ہے کہ بولو تو بہت آہستہ بولو، کوئی کام کریں تو آہستگی کے ساتھ کرو۔</w:t>
      </w:r>
    </w:p>
    <w:p>
      <w:r>
        <w:rPr>
          <w:b/>
        </w:rPr>
        <w:t xml:space="preserve">[18:35] </w:t>
      </w:r>
      <w:r>
        <w:t>to yeh dunya mein aik aik mahol dikhaya gaya hai ke ke jannat darussalam hoga.</w:t>
      </w:r>
    </w:p>
    <w:p>
      <w:pPr>
        <w:jc w:val="right"/>
      </w:pPr>
      <w:r>
        <w:t>تو یہ دنیا میں ایک ایک ماحول دکھایا گیا ہے کہ کہ جنت دارالسلام ہوگا۔</w:t>
      </w:r>
    </w:p>
    <w:p>
      <w:r>
        <w:rPr>
          <w:b/>
        </w:rPr>
        <w:t xml:space="preserve">[18:49] </w:t>
      </w:r>
      <w:r>
        <w:t>to koi bhi aap chahen kursi uthayen ya kitab nikalein shelf se ya apne saathi se koi baat kahein, har cheez mein wahan maine dekha ke bohat ahistagi se karte the log,</w:t>
      </w:r>
    </w:p>
    <w:p>
      <w:pPr>
        <w:jc w:val="right"/>
      </w:pPr>
      <w:r>
        <w:t>تو کوئی بھی آپ چاہیں کرسی اٹھائیں یا کتاب نکالیں شیلف سے یا اپنے ساتھی سے کوئی بات کہیں، ہر چیز میں وہاں میں نے دیکھا کہ بہت آہستگی سے کرتے تھے لوگ،</w:t>
      </w:r>
    </w:p>
    <w:p>
      <w:r>
        <w:rPr>
          <w:b/>
        </w:rPr>
        <w:t xml:space="preserve">[19:05] </w:t>
      </w:r>
      <w:r>
        <w:t>baat bhi aur kaam bhi. to yeh aik namuna hai. to jannat aik aisi dunya hai jahan aman hoga, khamoshi hogi,</w:t>
      </w:r>
    </w:p>
    <w:p>
      <w:pPr>
        <w:jc w:val="right"/>
      </w:pPr>
      <w:r>
        <w:t>بات بھی اور کام بھی۔ تو یہ ایک نمونہ ہے۔ تو جنت ایک ایسی دنیا ہے جہاں امن ہوگا، خاموشی ہوگی،</w:t>
      </w:r>
    </w:p>
    <w:p>
      <w:r>
        <w:rPr>
          <w:b/>
        </w:rPr>
        <w:t xml:space="preserve">[19:18] </w:t>
      </w:r>
      <w:r>
        <w:t>peace hoga.</w:t>
      </w:r>
    </w:p>
    <w:p>
      <w:pPr>
        <w:jc w:val="right"/>
      </w:pPr>
      <w:r>
        <w:t>پیس ہوگا۔</w:t>
      </w:r>
    </w:p>
    <w:p>
      <w:r>
        <w:rPr>
          <w:b/>
        </w:rPr>
        <w:t xml:space="preserve">[19:28] </w:t>
      </w:r>
      <w:r>
        <w:t>yeh nahi matlab hai ke "assalam o alaikum", "assalam o alaikum" har taraf. aman ka mahol, peace ka mahol, khushgawar mahol, aap ka pasandeeda mahol wahan par hoga.</w:t>
      </w:r>
    </w:p>
    <w:p>
      <w:pPr>
        <w:jc w:val="right"/>
      </w:pPr>
      <w:r>
        <w:t>یہ نہیں مطلب ہے کہ "السلام علیکم"، "السلام علیکم" ہر طرف۔ امن کا ماحول، پیس کا ماحول، خوشگوار ماحول، آپ کا پسندیدہ ماحول وہاں پر ہوگا۔</w:t>
      </w:r>
    </w:p>
    <w:p>
      <w:r>
        <w:rPr>
          <w:b/>
        </w:rPr>
        <w:t xml:space="preserve">[19:50] </w:t>
      </w:r>
      <w:r>
        <w:t>to main samajhta hoon ke agar aap ghor karen to yeh jo sabr hai is ka talluq har aik charity se hai. mislan aik naujawan ladka, aik naujawan ladki jab aata hai library ke reading room mein</w:t>
      </w:r>
    </w:p>
    <w:p>
      <w:pPr>
        <w:jc w:val="right"/>
      </w:pPr>
      <w:r>
        <w:t>تو میں سمجھتا ہوں کہ اگر آپ غور کریں تو یہ جو صبر ہے اس کا تعلق ہر ایک چیریٹی سے ہے۔ مثلاً ایک نوجوان لڑکا، ایک نوجوان لڑکی جب آتا ہے لائبریری کے ریڈنگ روم میں</w:t>
      </w:r>
    </w:p>
    <w:p>
      <w:r>
        <w:rPr>
          <w:b/>
        </w:rPr>
        <w:t xml:space="preserve">[20:09] </w:t>
      </w:r>
      <w:r>
        <w:t>aur bohat ahista se woh kursi hatata hai, bohat ahista se shelf se kitab nikalta hai to us waqt us ko jo ahistagi ka tareeqa ikhtiyar karna padta hai, wahi to sabr hai.</w:t>
      </w:r>
    </w:p>
    <w:p>
      <w:pPr>
        <w:jc w:val="right"/>
      </w:pPr>
      <w:r>
        <w:t>اور بہت آہستہ سے وہ کرسی ہٹاتا ہے، بہت آہستہ سے شیلف سے کتاب نکالتا ہے تو اس وقت اس کو جو آہستگی کا طریقہ اختیار کرنا پڑتا ہے، وہی تو صبر ہے۔</w:t>
      </w:r>
    </w:p>
    <w:p>
      <w:r>
        <w:rPr>
          <w:b/>
        </w:rPr>
        <w:t xml:space="preserve">[20:28] </w:t>
      </w:r>
      <w:r>
        <w:t>wahan aik movement ke liye sabr hota hai, kahin aur kisi aur lamhe ke liye. to sabr jo hai bolne mein bhi sabr karna padta hai, amal mein bhi karna padta hai, har cheez mein.</w:t>
      </w:r>
    </w:p>
    <w:p>
      <w:pPr>
        <w:jc w:val="right"/>
      </w:pPr>
      <w:r>
        <w:t>وہاں ایک موومنٹ کے لیے صبر ہوتا ہے، کہیں اور کسی اور لمحے کے لیے۔ تو صبر جو ہے بولنے میں بھی صبر کرنا پڑتا ہے، عمل میں بھی کرنا پڑتا ہے، ہر چیز میں۔</w:t>
      </w:r>
    </w:p>
    <w:p>
      <w:r>
        <w:rPr>
          <w:b/>
        </w:rPr>
        <w:t xml:space="preserve">[20:45] </w:t>
      </w:r>
      <w:r>
        <w:t>tab aap peaceful insan ban kar dunya mein reh sakte hain. agar aap sabr ikhtiyar na karen to aap peaceful insan, yani pacif,</w:t>
      </w:r>
    </w:p>
    <w:p>
      <w:pPr>
        <w:jc w:val="right"/>
      </w:pPr>
      <w:r>
        <w:t>تب آپ پیس فل انسان بن کر دنیا میں رہ سکتے ہیں۔ اگر آپ صبر اختیار نہ کریں تو آپ پیس فل انسان، یعنی پیسیف،</w:t>
      </w:r>
    </w:p>
    <w:p>
      <w:r>
        <w:rPr>
          <w:b/>
        </w:rPr>
        <w:t xml:space="preserve">[21:00] </w:t>
      </w:r>
      <w:r>
        <w:t>isko kehte hain pacifism, pacifism ka culture nahi ikhtiyar kar sakte.</w:t>
      </w:r>
    </w:p>
    <w:p>
      <w:pPr>
        <w:jc w:val="right"/>
      </w:pPr>
      <w:r>
        <w:t>اس کو کہتے ہیں پیسیفزم، پیسیفزم کا کلچر نہیں اختیار کر سکتے۔</w:t>
      </w:r>
    </w:p>
    <w:p>
      <w:r>
        <w:rPr>
          <w:b/>
        </w:rPr>
        <w:t xml:space="preserve">[21:09] </w:t>
      </w:r>
      <w:r>
        <w:t>pacifism ka culture hai.</w:t>
      </w:r>
    </w:p>
    <w:p>
      <w:pPr>
        <w:jc w:val="right"/>
      </w:pPr>
      <w:r>
        <w:t>پیسیفزم کا کلچر ہے۔</w:t>
      </w:r>
    </w:p>
    <w:p>
      <w:r>
        <w:rPr>
          <w:b/>
        </w:rPr>
        <w:t xml:space="preserve">[21:15] </w:t>
      </w:r>
      <w:r>
        <w:t>kal aik sahab mujh se milne ke liye aaye mere kamre mein to unhone hath badhaya musahabe ke liye to main ne bhi hath badha diya.</w:t>
      </w:r>
    </w:p>
    <w:p>
      <w:pPr>
        <w:jc w:val="right"/>
      </w:pPr>
      <w:r>
        <w:t>کل ایک صاحب مجھ سے ملنے کے لیے آئے میرے کمرے میں تو انہوں نے ہاتھ بڑھایا مصاحبے کے لیے تو میں نے بھی ہاتھ بڑھا دیا۔</w:t>
      </w:r>
    </w:p>
    <w:p>
      <w:r>
        <w:rPr>
          <w:b/>
        </w:rPr>
        <w:t xml:space="preserve">[21:29] </w:t>
      </w:r>
      <w:r>
        <w:t>ab woh the naujawan, to unhone josh mohabbat mein zor se dabaya.</w:t>
      </w:r>
    </w:p>
    <w:p>
      <w:pPr>
        <w:jc w:val="right"/>
      </w:pPr>
      <w:r>
        <w:t>اب وہ تھے نوجوان، تو انہوں نے جوش محبت میں زور سے دبایا۔</w:t>
      </w:r>
    </w:p>
    <w:p>
      <w:r>
        <w:rPr>
          <w:b/>
        </w:rPr>
        <w:t xml:space="preserve">[21:40] </w:t>
      </w:r>
      <w:r>
        <w:t>to main chahta tha ke is se kahoon ke bhai musahaba karne ka yeh tareeqa nahi hai ke aap zor se dabayein hath ko, balkeh main ne un ko bataya ke agar aap TV dekhte hon to aap ne paya hoga ke jab do aadmi milte hain,</w:t>
      </w:r>
    </w:p>
    <w:p>
      <w:pPr>
        <w:jc w:val="right"/>
      </w:pPr>
      <w:r>
        <w:t>تو میں چاہتا تھا کہ اس سے کہوں کہ بھئی مصاحبہ کرنے کا یہ طریقہ نہیں ہے کہ آپ زور سے دبائیں ہاتھ کو، بلکہ میں نے ان کو بتایا کہ اگر آپ ٹی وی دیکھتے ہوں تو آپ نے پایا ہوگا کہ جب دو آدمی ملتے ہیں،</w:t>
      </w:r>
    </w:p>
    <w:p>
      <w:r>
        <w:rPr>
          <w:b/>
        </w:rPr>
        <w:t xml:space="preserve">[22:03] </w:t>
      </w:r>
      <w:r>
        <w:t>modern society, aaj ki jo society hai to us mein log chhoote hain hath ko, hath aise nahi karte.</w:t>
      </w:r>
    </w:p>
    <w:p>
      <w:pPr>
        <w:jc w:val="right"/>
      </w:pPr>
      <w:r>
        <w:t>ماڈرن سوسائٹی، آج کی جو سوسائٹی ہے تو اس میں لوگ چھوتے ہیں ہاتھ کو، ہاتھ ایسے نہیں کرتے۔</w:t>
      </w:r>
    </w:p>
    <w:p>
      <w:r>
        <w:rPr>
          <w:b/>
        </w:rPr>
        <w:t xml:space="preserve">[22:18] </w:t>
      </w:r>
      <w:r>
        <w:t>yani do barhe barhe logon ke photo aate hain TV par, aap us ko dekhiye, us ko dekhiye, us ko ke hath chhooya jata hai, dabaya nahi jata.</w:t>
      </w:r>
    </w:p>
    <w:p>
      <w:pPr>
        <w:jc w:val="right"/>
      </w:pPr>
      <w:r>
        <w:t>یعنی دو بڑے بڑے لوگوں کے فوٹو آتے ہیں ٹی وی پر، آپ اس کو دیکھیے، اس کو دیکھیے، اس کو کہ ہاتھ چھوایا جاتا ہے، دبایا نہیں جاتا۔</w:t>
      </w:r>
    </w:p>
    <w:p>
      <w:r>
        <w:rPr>
          <w:b/>
        </w:rPr>
        <w:t xml:space="preserve">[22:35] </w:t>
      </w:r>
      <w:r>
        <w:t>to jannat mein insan ko rehna padega ke wahan woh shor na kare, woh kisi ko takleef na de, woh kisi qism ka unease create na kare.</w:t>
      </w:r>
    </w:p>
    <w:p>
      <w:pPr>
        <w:jc w:val="right"/>
      </w:pPr>
      <w:r>
        <w:t>تو جنت میں انسان کو رہنا پڑے گا کہ وہاں وہ شور نہ کرے، وہ کسی کو تکلیف نہ دے، وہ کسی قسم کا ان ایزینس کریٹ نہ کرے۔</w:t>
      </w:r>
    </w:p>
    <w:p>
      <w:r>
        <w:rPr>
          <w:b/>
        </w:rPr>
        <w:t xml:space="preserve">[22:53] </w:t>
      </w:r>
      <w:r>
        <w:t>aisa rehna hoga. to is ki advance training ke liye dunya mein kaha gaya aap ko ke aap sabr kijiye.</w:t>
      </w:r>
    </w:p>
    <w:p>
      <w:pPr>
        <w:jc w:val="right"/>
      </w:pPr>
      <w:r>
        <w:t>ایسا رہنا ہوگا۔ تو اس کی ایڈوانس ٹریننگ کے لیے دنیا میں کہا گیا آپ کو کہ آپ صبر کیجیے۔</w:t>
      </w:r>
    </w:p>
    <w:p>
      <w:r>
        <w:rPr>
          <w:b/>
        </w:rPr>
        <w:t xml:space="preserve">[23:04] </w:t>
      </w:r>
      <w:r>
        <w:t>sabr chhota bhi hota hai, bara bhi hota hai, har qism ka hota hai.</w:t>
      </w:r>
    </w:p>
    <w:p>
      <w:pPr>
        <w:jc w:val="right"/>
      </w:pPr>
      <w:r>
        <w:t>صبر چھوٹا بھی ہوتا ہے، بڑا بھی ہوتا ہے، ہر قسم کا ہوتا ہے۔</w:t>
      </w:r>
    </w:p>
    <w:p>
      <w:r>
        <w:rPr>
          <w:b/>
        </w:rPr>
        <w:t xml:space="preserve">[23:13] </w:t>
      </w:r>
      <w:r>
        <w:t>to log aksar mujh se poochte hain ke aap bohat sabr ki baat karte hain,</w:t>
      </w:r>
    </w:p>
    <w:p>
      <w:pPr>
        <w:jc w:val="right"/>
      </w:pPr>
      <w:r>
        <w:t>تو لوگ اکثر مجھ سے پوچھتے ہیں کہ آپ بہت صبر کی بات کرتے ہیں،</w:t>
      </w:r>
    </w:p>
    <w:p>
      <w:r>
        <w:rPr>
          <w:b/>
        </w:rPr>
        <w:t xml:space="preserve">[23:24] </w:t>
      </w:r>
      <w:r>
        <w:t>sabr kyun hum karen? sabr ki baat kyun karte hain aap?</w:t>
      </w:r>
    </w:p>
    <w:p>
      <w:pPr>
        <w:jc w:val="right"/>
      </w:pPr>
      <w:r>
        <w:t>صبر کیوں ہم کریں؟ صبر کی بات کیوں کرتے ہیں آپ؟</w:t>
      </w:r>
    </w:p>
    <w:p>
      <w:r>
        <w:rPr>
          <w:b/>
        </w:rPr>
        <w:t xml:space="preserve">[23:30] </w:t>
      </w:r>
      <w:r>
        <w:t>to mera jawab yahi hota hai ke aap ko jannat lena hai ke nahi lena hai? agar jannat lena hai to sabr karna hai. jaisa ke ayat aap ke samne padhi gayi abhi</w:t>
      </w:r>
    </w:p>
    <w:p>
      <w:pPr>
        <w:jc w:val="right"/>
      </w:pPr>
      <w:r>
        <w:t>تو میرا جواب یہی ہوتا ہے کہ آپ کو جنت لینا ہے کہ نہیں لینا ہے؟ اگر جنت لینا ہے تو صبر کرنا ہے۔ جیسا کہ آیت آپ کے سامنے پڑھی گئی ابھی</w:t>
      </w:r>
    </w:p>
    <w:p>
      <w:r>
        <w:rPr>
          <w:b/>
        </w:rPr>
        <w:t xml:space="preserve">[23:44] </w:t>
      </w:r>
      <w:r>
        <w:t>ke sabr karne wale jannat mein dakhla payenge.</w:t>
      </w:r>
    </w:p>
    <w:p>
      <w:pPr>
        <w:jc w:val="right"/>
      </w:pPr>
      <w:r>
        <w:t>کہ صبر کرنے والے جنت میں داخلہ پائیں گے۔</w:t>
      </w:r>
    </w:p>
    <w:p>
      <w:r>
        <w:rPr>
          <w:b/>
        </w:rPr>
        <w:t xml:space="preserve">[23:54] </w:t>
      </w:r>
      <w:r>
        <w:t>aur yahi baat nahi hai, dekhiye sabr ka aur bhi bohat barhe barhe faide hain. sabr agar aap ke andar nahi hoga to aap ke andar aala state ke liye oonchi soch nahi hogi,</w:t>
      </w:r>
    </w:p>
    <w:p>
      <w:pPr>
        <w:jc w:val="right"/>
      </w:pPr>
      <w:r>
        <w:t>اور یہی بات نہیں ہے، دیکھیے صبر کا اور بھی بہت بڑے بڑے فائدے ہیں۔ صبر اگر آپ کے اندر نہیں ہوگا تو آپ کے اندر اعلیٰ سٹی کے لیے اونچی سوچ نہیں ہوگی،</w:t>
      </w:r>
    </w:p>
    <w:p>
      <w:r>
        <w:rPr>
          <w:b/>
        </w:rPr>
        <w:t xml:space="preserve">[24:14] </w:t>
      </w:r>
      <w:r>
        <w:t>aap ka mind ziyada acha kaam nahi kar paye ga. to aala soch ke liye</w:t>
      </w:r>
    </w:p>
    <w:p>
      <w:pPr>
        <w:jc w:val="right"/>
      </w:pPr>
      <w:r>
        <w:t>آپ کا مائنڈ زیادہ اچھا کام نہیں کر پائے گا۔ تو اعلیٰ سوچ کے لیے</w:t>
      </w:r>
    </w:p>
    <w:p>
      <w:r>
        <w:rPr>
          <w:b/>
        </w:rPr>
        <w:t xml:space="preserve">[24:27] </w:t>
      </w:r>
      <w:r>
        <w:t>mislan quran aap parh rahe hain to aap ko tadabbur ke sath parhna hai, tadabbur ke sath. "la tadabbur ayati".</w:t>
      </w:r>
    </w:p>
    <w:p>
      <w:pPr>
        <w:jc w:val="right"/>
      </w:pPr>
      <w:r>
        <w:t>مثلاً قرآن آپ پڑھ رہے ہیں تو آپ کو تدبر کے ساتھ پڑھنا ہے، تدبر کے ساتھ۔ "لا تدبر آیتی"۔</w:t>
      </w:r>
    </w:p>
    <w:p>
      <w:r>
        <w:rPr>
          <w:b/>
        </w:rPr>
        <w:t xml:space="preserve">[24:39] </w:t>
      </w:r>
      <w:r>
        <w:t>to aap agar sabr ke aadi na hon zindagi mein to aap to har waqt rahen ge abnormal health mein, to aap quran kia samjhen ge?</w:t>
      </w:r>
    </w:p>
    <w:p>
      <w:pPr>
        <w:jc w:val="right"/>
      </w:pPr>
      <w:r>
        <w:t>تو آپ اگر صبر کے عادی نہ ہوں زندگی میں تو آپ تو ہر وقت رہیں گے ایبنارمل ہیلتھ میں، تو آپ قرآن کیا سمجھیں گے؟</w:t>
      </w:r>
    </w:p>
    <w:p>
      <w:r>
        <w:rPr>
          <w:b/>
        </w:rPr>
        <w:t xml:space="preserve">[24:54] </w:t>
      </w:r>
      <w:r>
        <w:t>kia tadabbur ke mani yeh hain ke aap normal health mein, aap ka mind normal health mein ho?</w:t>
      </w:r>
    </w:p>
    <w:p>
      <w:pPr>
        <w:jc w:val="right"/>
      </w:pPr>
      <w:r>
        <w:t>کیا تدبر کے معنی یہ ہیں کہ آپ نارمل ہیلتھ میں، آپ کا مائنڈ نارمل ہیلتھ میں ہو؟</w:t>
      </w:r>
    </w:p>
    <w:p>
      <w:r>
        <w:rPr>
          <w:b/>
        </w:rPr>
        <w:t xml:space="preserve">[25:07] </w:t>
      </w:r>
      <w:r>
        <w:t>aap ka mind jo hai normal tareeqe se kaam kar raha ho, yeh to hoga isi waqt jab ke aap sabr karen.</w:t>
      </w:r>
    </w:p>
    <w:p>
      <w:pPr>
        <w:jc w:val="right"/>
      </w:pPr>
      <w:r>
        <w:t>آپ کا مائنڈ جو ہے نارمل طریقے سے کام کر رہا ہو، یہ تو ہوگا اسی وقت جب کہ آپ صبر کریں۔</w:t>
      </w:r>
    </w:p>
    <w:p>
      <w:r>
        <w:rPr>
          <w:b/>
        </w:rPr>
        <w:t xml:space="preserve">[25:20] </w:t>
      </w:r>
      <w:r>
        <w:t>to zindagi ko aisa banaya hai Allah taala ne ke insan yahan kisi bhi activity mein ho, kisi bhi activity mein ho, us ko sabr karna parta hai,</w:t>
      </w:r>
    </w:p>
    <w:p>
      <w:pPr>
        <w:jc w:val="right"/>
      </w:pPr>
      <w:r>
        <w:t>تو زندگی کو ایسا بنایا ہے اللہ تعالیٰ نے کہ انسان یہاں کسی بھی ایکٹیویٹی میں ہو، کسی بھی ایکٹیویٹی میں ہو، اس کو صبر کرنا پڑتا ہے،</w:t>
      </w:r>
    </w:p>
    <w:p>
      <w:r>
        <w:rPr>
          <w:b/>
        </w:rPr>
        <w:t xml:space="preserve">[25:36] </w:t>
      </w:r>
      <w:r>
        <w:t>sabr karna parta hai. koi bhi activity ho, us ko sabr karna parta hai.</w:t>
      </w:r>
    </w:p>
    <w:p>
      <w:pPr>
        <w:jc w:val="right"/>
      </w:pPr>
      <w:r>
        <w:t>صبر کرنا پڑتا ہے۔ کوئی بھی ایکٹیویٹی ہو، اس کو صبر کرنا پڑتا ہے۔</w:t>
      </w:r>
    </w:p>
    <w:p>
      <w:r>
        <w:rPr>
          <w:b/>
        </w:rPr>
        <w:t xml:space="preserve">[25:45] </w:t>
      </w:r>
      <w:r>
        <w:t>to isi liye hai ke sabr ka talluq hai. aap ki training se ya jannat ki advance training se is ka talluq hai.</w:t>
      </w:r>
    </w:p>
    <w:p>
      <w:pPr>
        <w:jc w:val="right"/>
      </w:pPr>
      <w:r>
        <w:t>تو اسی لیے ہے کہ صبر کا تعلق ہے۔ آپ کی ٹریننگ سے یا جنت کی ایڈوانس ٹریننگ سے اس کا تعلق ہے۔</w:t>
      </w:r>
    </w:p>
    <w:p>
      <w:r>
        <w:rPr>
          <w:b/>
        </w:rPr>
        <w:t xml:space="preserve">[26:00] </w:t>
      </w:r>
      <w:r>
        <w:t>yeh mamooli baat nahi hai, yeh yeh aisa nahi ke aap ko koi mushkil mein dalna Allah taala, Allah taala matlab hai,</w:t>
      </w:r>
    </w:p>
    <w:p>
      <w:pPr>
        <w:jc w:val="right"/>
      </w:pPr>
      <w:r>
        <w:t>یہ معمولی بات نہیں ہے، یہ یہ ایسا نہیں کہ آپ کو کوئی مشکل میں ڈالنا اللہ تعالیٰ، اللہ تعالیٰ مطلوب ہے،</w:t>
      </w:r>
    </w:p>
    <w:p>
      <w:r>
        <w:rPr>
          <w:b/>
        </w:rPr>
        <w:t xml:space="preserve">[26:14] </w:t>
      </w:r>
      <w:r>
        <w:t>balkeh aap ko jannat mein dakhil karne karne ke liye, aap jannat mein dakhle ke mustahiq qarar payen, us ke liye sabr hai. aap ko musibat mein dalne ke liye nahi hai.</w:t>
      </w:r>
    </w:p>
    <w:p>
      <w:pPr>
        <w:jc w:val="right"/>
      </w:pPr>
      <w:r>
        <w:t>بلکہ آپ کو جنت میں داخلہ کرنے کرنے کے لیے، آپ جنت میں داخلے کے مستحق قرار پائیں، اس کے لیے صبر ہے۔ آپ کو مصیبت میں ڈالنے کے لیے نہیں ہے۔</w:t>
      </w:r>
    </w:p>
    <w:p>
      <w:r>
        <w:rPr>
          <w:b/>
        </w:rPr>
        <w:t xml:space="preserve">[26:33] </w:t>
      </w:r>
      <w:r>
        <w:t>yani sabr ka jo hukum diya gaya hai Allah taala ne, to is liye nahi ke aap ko musibat mein dalna hai, nahi, is liye ke aap ko</w:t>
      </w:r>
    </w:p>
    <w:p>
      <w:pPr>
        <w:jc w:val="right"/>
      </w:pPr>
      <w:r>
        <w:t>یعنی صبر کا جو حکم دیا گیا ہے اللہ تعالیٰ نے، تو اس لیے نہیں کہ آپ کو مصیبت میں ڈالنا ہے، نہیں، اس لیے کہ آپ کو</w:t>
      </w:r>
    </w:p>
    <w:p>
      <w:r>
        <w:rPr>
          <w:b/>
        </w:rPr>
        <w:t xml:space="preserve">[26:45] </w:t>
      </w:r>
      <w:r>
        <w:t>jab aap dunya se guzar kar ke akhirat mein pahanchen to jannat ke liye jo sifat matlab hain, un ke liye aap peshgi tor par trend ho chuke hon.</w:t>
      </w:r>
    </w:p>
    <w:p>
      <w:pPr>
        <w:jc w:val="right"/>
      </w:pPr>
      <w:r>
        <w:t>جب آپ دنیا سے گزر کر کے آخرت میں پہنچیں تو جنت کے لیے جو صفات مطلوب ہیں، ان کے لیے آپ پیشگی طور پر ٹرینڈ ہو چکے ہوں۔</w:t>
      </w:r>
    </w:p>
    <w:p>
      <w:r>
        <w:rPr>
          <w:b/>
        </w:rPr>
        <w:t xml:space="preserve">[27:00] </w:t>
      </w:r>
      <w:r>
        <w:t>kitna aala tasawwur hai.</w:t>
      </w:r>
    </w:p>
    <w:p>
      <w:pPr>
        <w:jc w:val="right"/>
      </w:pPr>
      <w:r>
        <w:t>کتنا اعلیٰ تصور ہے۔</w:t>
      </w:r>
    </w:p>
    <w:p>
      <w:r>
        <w:rPr>
          <w:b/>
        </w:rPr>
        <w:t xml:space="preserve">[27:05] </w:t>
      </w:r>
      <w:r>
        <w:t>haqeeqat yeh hai ke agar aap ko maloom ho ke sabr jannat ki advance training hai to aap zara bhi, to aap ke andar se woh soch bilkul khatam ho jaye ke sabr kis liye,</w:t>
      </w:r>
    </w:p>
    <w:p>
      <w:pPr>
        <w:jc w:val="right"/>
      </w:pPr>
      <w:r>
        <w:t>حقیقت یہ ہے کہ اگر آپ کو معلوم ہو کہ صبر جنت کی ایڈوانس ٹریننگ ہے تو آپ ذرا بھی، تو آپ کے اندر سے وہ سوچ بالکل ختم ہو جائے کہ صبر کس لیے،</w:t>
      </w:r>
    </w:p>
    <w:p>
      <w:r>
        <w:rPr>
          <w:b/>
        </w:rPr>
        <w:t xml:space="preserve">[27:24] </w:t>
      </w:r>
      <w:r>
        <w:t>sabr kis liye. sabr ke lamhat mein aap sabr ke lamhat ko aap bohat hi normal tareeqe se guzaren aur Allah taala ka shukr ada karen ke is ne hum ko, hamare liye jin lamhat mein aap ghussa ho jate hain,</w:t>
      </w:r>
    </w:p>
    <w:p>
      <w:pPr>
        <w:jc w:val="right"/>
      </w:pPr>
      <w:r>
        <w:t>صبر کس لیے۔ صبر کے لمحات میں آپ صبر کے لمحات کو آپ بہت ہی نارمل طریقے سے گزاریں اور اللہ تعالیٰ کا شکر ادا کریں کہ اس نے ہم کو، ہمارے لیے جن لمحات میں آپ غصہ ہو جاتے ہیں،</w:t>
      </w:r>
    </w:p>
    <w:p>
      <w:r>
        <w:rPr>
          <w:b/>
        </w:rPr>
        <w:t xml:space="preserve">[27:47] </w:t>
      </w:r>
      <w:r>
        <w:t>un lamhat ko aap Allah ka shukr samjhen ke Allah ka shukr karen ke Allah ne aap ko yeh mauqa diya ke dunya mein aise lamhat guzren aap ke upar jab ke aap</w:t>
      </w:r>
    </w:p>
    <w:p>
      <w:pPr>
        <w:jc w:val="right"/>
      </w:pPr>
      <w:r>
        <w:t>ان لمحات کو آپ اللہ کا شکر سمجھیں کہ اللہ کا شکر کریں کہ اللہ نے آپ کو یہ موقع دیا کہ دنیا میں ایسے لمحات گزریں آپ کے اوپر جب کہ آپ</w:t>
      </w:r>
    </w:p>
    <w:p>
      <w:r>
        <w:rPr>
          <w:b/>
        </w:rPr>
        <w:t xml:space="preserve">[28:04] </w:t>
      </w:r>
      <w:r>
        <w:t>jannat ke liye apne aap ko tayyar shuda insan banaen.</w:t>
      </w:r>
    </w:p>
    <w:p>
      <w:pPr>
        <w:jc w:val="right"/>
      </w:pPr>
      <w:r>
        <w:t>جنت کے لیے اپنے آپ کو تیار شدہ انسان بنائیں۔</w:t>
      </w:r>
    </w:p>
    <w:p>
      <w:r>
        <w:rPr>
          <w:b/>
        </w:rPr>
        <w:t xml:space="preserve">[28:15] </w:t>
      </w:r>
      <w:r>
        <w:t>yeh kitni bari nemat hai,</w:t>
      </w:r>
    </w:p>
    <w:p>
      <w:pPr>
        <w:jc w:val="right"/>
      </w:pPr>
      <w:r>
        <w:t>یہ کتنی بڑی نعمت ہے،</w:t>
      </w:r>
    </w:p>
    <w:p>
      <w:r>
        <w:rPr>
          <w:b/>
        </w:rPr>
        <w:t xml:space="preserve">[28:19] </w:t>
      </w:r>
      <w:r>
        <w:t>ghor kijiye.</w:t>
      </w:r>
    </w:p>
    <w:p>
      <w:pPr>
        <w:jc w:val="right"/>
      </w:pPr>
      <w:r>
        <w:t>غور کیجیے۔</w:t>
      </w:r>
    </w:p>
    <w:p>
      <w:r>
        <w:rPr>
          <w:b/>
        </w:rPr>
        <w:t xml:space="preserve">[28:23] </w:t>
      </w:r>
      <w:r>
        <w:t>Allah taala ne jannat banai, yani ghor kijiye ke Allah taala ne jannat banai, Allah taala ne aap ko paida kiya aur Allah hi ne aap ko ek aisi dunya bana kar de di rehne ke liye jahan aap ko bar bar aise mauqe pesh ayen jin ko mein ne kaha ke jannat ki advance training,</w:t>
      </w:r>
    </w:p>
    <w:p>
      <w:pPr>
        <w:jc w:val="right"/>
      </w:pPr>
      <w:r>
        <w:t>اللہ تعالیٰ نے جنت بنائی، یعنی غور کیجیے کہ اللہ تعالیٰ نے جنت بنائی، اللہ تعالیٰ نے آپ کو پیدا کیا اور اللہ ہی نے آپ کو ایک ایسی دنیا بنا کر دے دی رہنے کے لیے جہاں آپ کو بار بار ایسے مواقع پیش آئیں جن کو میں نے کہا کہ جنت کی ایڈوانس ٹریننگ،</w:t>
      </w:r>
    </w:p>
    <w:p>
      <w:r>
        <w:rPr>
          <w:b/>
        </w:rPr>
        <w:t xml:space="preserve">[28:46] </w:t>
      </w:r>
      <w:r>
        <w:t>jannat ki advance training. to meri dua hai ke hum sab ko Allah taala tofeeq de ke hum</w:t>
      </w:r>
    </w:p>
    <w:p>
      <w:pPr>
        <w:jc w:val="right"/>
      </w:pPr>
      <w:r>
        <w:t>جنت کی ایڈوانس ٹریننگ۔ تو میری دعا ہے کہ ہم سب کو اللہ تعالیٰ توفیق دے کہ ہم</w:t>
      </w:r>
    </w:p>
    <w:p>
      <w:r>
        <w:rPr>
          <w:b/>
        </w:rPr>
        <w:t xml:space="preserve">[29:00] </w:t>
      </w:r>
      <w:r>
        <w:t>sabr ko ek positive cheez ke upar len, na ke negative cheez ke tor par. assalam o alaikum wa rehmatullah.</w:t>
      </w:r>
    </w:p>
    <w:p>
      <w:pPr>
        <w:jc w:val="right"/>
      </w:pPr>
      <w:r>
        <w:t>صبر کو ایک پازیٹیو چیز کے اوپر لیں، نہ کہ نیگیٹیو چیز کے طور پر۔ السلام علیکم ورحمۃ اللہ۔</w:t>
      </w:r>
    </w:p>
    <w:p>
      <w:r>
        <w:rPr>
          <w:b/>
        </w:rPr>
        <w:t xml:space="preserve">[29:22] </w:t>
      </w:r>
      <w:r>
        <w:t>okay, before we get into the question answer session, two very good news that we want to share with all of you. The first news pertains to the 28th translation of the Quran.</w:t>
      </w:r>
    </w:p>
    <w:p>
      <w:pPr>
        <w:jc w:val="right"/>
      </w:pPr>
      <w:r>
        <w:t>اوکے، before we get into the question answer session, two very good news that we want to share with all of you. The first news pertains to the 28th translation of the Quran.</w:t>
      </w:r>
    </w:p>
    <w:p>
      <w:r>
        <w:rPr>
          <w:b/>
        </w:rPr>
        <w:t xml:space="preserve">[29:37] </w:t>
      </w:r>
      <w:r>
        <w:t>this translation has been done in the Korean language. as you know, that Korean language is one of the 13th largest speaking languages of the</w:t>
      </w:r>
    </w:p>
    <w:p>
      <w:pPr>
        <w:jc w:val="right"/>
      </w:pPr>
      <w:r>
        <w:t>This translation has been done in the Korean language. As you know, that Korean language is one of the 13th largest speaking languages of the</w:t>
      </w:r>
    </w:p>
    <w:p>
      <w:r>
        <w:rPr>
          <w:b/>
        </w:rPr>
        <w:t xml:space="preserve">[29:48] </w:t>
      </w:r>
      <w:r>
        <w:t>world. more than 75 million people speak Korean language, and Korean people travel a lot. so, this particular translation of Quran has been done directly from the English translation of Quran of Maulana Wahiduddin Khan sahib, and it has been done by a Korean Muslim by the name of Ahmed Seo Hojuk.</w:t>
      </w:r>
    </w:p>
    <w:p>
      <w:pPr>
        <w:jc w:val="right"/>
      </w:pPr>
      <w:r>
        <w:t>world. More than 75 million people speak Korean language, and Korean people travel a lot. So, this particular translation of Quran has been done directly from the English translation of Quran of مولانا وحید الدین خان صاحب, and it has been done by a Korean Muslim by the name of احمد سیو ہوزیوک.</w:t>
      </w:r>
    </w:p>
    <w:p>
      <w:r>
        <w:rPr>
          <w:b/>
        </w:rPr>
        <w:t xml:space="preserve">[30:12] </w:t>
      </w:r>
      <w:r>
        <w:t>He speaks and understands not only Arabic but English and, of course, Korean, and the translation has been done by him</w:t>
      </w:r>
    </w:p>
    <w:p>
      <w:pPr>
        <w:jc w:val="right"/>
      </w:pPr>
      <w:r>
        <w:t>He speaks and understands not only Arabic but English and, of course, Korean, and the translation has been done by him</w:t>
      </w:r>
    </w:p>
    <w:p>
      <w:r>
        <w:rPr>
          <w:b/>
        </w:rPr>
        <w:t xml:space="preserve">[30:20] </w:t>
      </w:r>
      <w:r>
        <w:t>. This particular translation of Quran is printed from Turkey, and it is available in the Blue Mosque for distribution to all the Korean tourists who visit Turkey every year in large numbers, and also this will be distributed in Korea.</w:t>
      </w:r>
    </w:p>
    <w:p>
      <w:pPr>
        <w:jc w:val="right"/>
      </w:pPr>
      <w:r>
        <w:t>. This particular translation of Quran is printed from Turkey, and it is available in the Blue Mosque for distribution to all the Korean tourists who visit Turkey every year in large numbers, and also this will be distributed in Korea.</w:t>
      </w:r>
    </w:p>
    <w:p>
      <w:r>
        <w:rPr>
          <w:b/>
        </w:rPr>
        <w:t xml:space="preserve">[30:38] </w:t>
      </w:r>
      <w:r>
        <w:t>So, we are very happy to announce the 28th launch of the translation of Quran in Korean language. I will request Maulana Wahiduddin Khan sahib to launch this new translation of Quran.</w:t>
      </w:r>
    </w:p>
    <w:p>
      <w:pPr>
        <w:jc w:val="right"/>
      </w:pPr>
      <w:r>
        <w:t>So, we are very happy to announce the 28th launch of the translation of Quran in Korean language. I will request مولانا وحید الدین خان صاحب to launch this new translation of Quran.</w:t>
      </w:r>
    </w:p>
    <w:p>
      <w:r>
        <w:rPr>
          <w:b/>
        </w:rPr>
        <w:t xml:space="preserve">[30:54] </w:t>
      </w:r>
      <w:r>
        <w:t>waqi, yeh bohat hi khushi ka mauqa hai,</w:t>
      </w:r>
    </w:p>
    <w:p>
      <w:pPr>
        <w:jc w:val="right"/>
      </w:pPr>
      <w:r>
        <w:t>واقعی، یہ بہت ہی خوشی کا موقع ہے،</w:t>
      </w:r>
    </w:p>
    <w:p>
      <w:r>
        <w:rPr>
          <w:b/>
        </w:rPr>
        <w:t xml:space="preserve">[31:03] </w:t>
      </w:r>
      <w:r>
        <w:t>aur main Allah taala ka, Allah taala ka shukr ada karta hoon ke hamare jaise kamzor logon ko Allah taala ne mauqa diya ke hum dunya ki zubanon mein Quran ko muntaqil kar saken.</w:t>
      </w:r>
    </w:p>
    <w:p>
      <w:pPr>
        <w:jc w:val="right"/>
      </w:pPr>
      <w:r>
        <w:t>اور میں اللہ تعالیٰ کا، اللہ تعالیٰ کا شکر ادا کرتا ہوں کہ ہمارے جیسے کمزور لوگوں کو اللہ تعالیٰ نے موقع دیا کہ ہم دنیا کی زبانوں میں قرآن کو منتقل کر سکیں۔</w:t>
      </w:r>
    </w:p>
    <w:p>
      <w:r>
        <w:rPr>
          <w:b/>
        </w:rPr>
        <w:t xml:space="preserve">[31:24] </w:t>
      </w:r>
      <w:r>
        <w:t>hamare jaise kamzor logon ko Allah taala ne mauqa diya. yeh is ke liye shukr ke lafz jashn mein kamtar hai, koi aur lafz jashn mein shayad jhoota aa jaye to milega.</w:t>
      </w:r>
    </w:p>
    <w:p>
      <w:pPr>
        <w:jc w:val="right"/>
      </w:pPr>
      <w:r>
        <w:t>ہمارے جیسے کمزور لوگوں کو اللہ تعالیٰ نے موقع دیا۔ یہ اس کے لیے شکر کے لفظ جشن میں کمتر ہے، کوئی اور لفظ جشن میں شاید جھوٹا آ جائے تو ملے گا۔</w:t>
      </w:r>
    </w:p>
    <w:p>
      <w:r>
        <w:rPr>
          <w:b/>
        </w:rPr>
        <w:t xml:space="preserve">[31:44] </w:t>
      </w:r>
      <w:r>
        <w:t>Okay, the second big and good news for all of you is that a new app has been made by the Pakistan team, and this is a very beautiful</w:t>
      </w:r>
    </w:p>
    <w:p>
      <w:pPr>
        <w:jc w:val="right"/>
      </w:pPr>
      <w:r>
        <w:t>اوکے، the سیکنڈ بگ اینڈ گڈ نیوز فار آل آف یو از دیٹ اے نیو ایپ ہیز بین میڈ بائی دی پاکستان ٹیم، اینڈ دس از اے ویری اے بیوٹی فل</w:t>
      </w:r>
    </w:p>
    <w:p>
      <w:r>
        <w:rPr>
          <w:b/>
        </w:rPr>
        <w:t xml:space="preserve">[31:56] </w:t>
      </w:r>
      <w:r>
        <w:t>app. I have personally used this app, its very easy to navigate, you can share the books and the articles with anyone, and I would urge all of you to explore this new app</w:t>
      </w:r>
    </w:p>
    <w:p>
      <w:pPr>
        <w:jc w:val="right"/>
      </w:pPr>
      <w:r>
        <w:t>ایپ۔ آئی ہیو پرسنلی اے یوز دس ایپ، اٹس ویری ایزی ٹو نیویگیٹ، یو کین شیئر اے دا بکس اینڈ دا آرٹیکلز ود اینی ون، اینڈ آئی وڈ ارج آل آف یو ٹو اے ایکسپلور دس نیو ایپ</w:t>
      </w:r>
    </w:p>
    <w:p>
      <w:r>
        <w:rPr>
          <w:b/>
        </w:rPr>
        <w:t xml:space="preserve">[32:09] </w:t>
      </w:r>
      <w:r>
        <w:t>. This is called Success Secrets, and before I request Maulana Wahiduddin Khan sahib to launch this new app, I would like to read a message that Tariq Bader sahib who has written a message from Pakistan.</w:t>
      </w:r>
    </w:p>
    <w:p>
      <w:pPr>
        <w:jc w:val="right"/>
      </w:pPr>
      <w:r>
        <w:t>۔ اے دس از کالڈ سکسیس سیکرٹس، اینڈ بیفور آئی ریکویسٹ مولانا وحید الدین خان صاحب ٹو لانچ دس نیو ایپ، آئی وڈ لائک ٹو ریڈ اے دا میسج دیٹ اے طارق بدر صاحب ہو از رٹن اے میسج فرام پاکستان۔</w:t>
      </w:r>
    </w:p>
    <w:p>
      <w:r>
        <w:rPr>
          <w:b/>
        </w:rPr>
        <w:t xml:space="preserve">[32:24] </w:t>
      </w:r>
      <w:r>
        <w:t>I would like to read about its features and the message to all of you. Tariq Bader sahib has written that Raaz-e-Hayaat being the popular book in Pakistan which has already changed the life of innumerable people.</w:t>
      </w:r>
    </w:p>
    <w:p>
      <w:pPr>
        <w:jc w:val="right"/>
      </w:pPr>
      <w:r>
        <w:t>آئی وڈ لائک ٹو ریڈ اے اباؤٹ اٹس فیچرز اینڈ دا میسج ٹو آل آف یو۔ طارق بدر صاحب ہیز رٹن دیٹ راز حیات بینگ دا پاپولر بک ان پاکستان وچ ہیز آلریڈی چینج دی لائف آف انیومریبل پیپل۔</w:t>
      </w:r>
    </w:p>
    <w:p>
      <w:r>
        <w:rPr>
          <w:b/>
        </w:rPr>
        <w:t xml:space="preserve">[32:41] </w:t>
      </w:r>
      <w:r>
        <w:t>We have developed this app so that it can be easily shared and is accessible to maximum readers. The app name is Success Secrets and is currently available only on Google Play Store.</w:t>
      </w:r>
    </w:p>
    <w:p>
      <w:pPr>
        <w:jc w:val="right"/>
      </w:pPr>
      <w:r>
        <w:t>وی ہیو ڈیویلپ دس ایپ سو دیٹ اٹ کین بی ایزیلی شیئرڈ اینڈ از ایکسیسیبل ٹو میکسیمم ریڈرز۔ دی ایپ نیم از سکسیس سیکرٹس اینڈ از کرنٹلی اویلیبل اونلی ان گوگل پلے سٹور۔</w:t>
      </w:r>
    </w:p>
    <w:p>
      <w:r>
        <w:rPr>
          <w:b/>
        </w:rPr>
        <w:t xml:space="preserve">[32:57] </w:t>
      </w:r>
      <w:r>
        <w:t>Following are the key features: Books in the book section Raaz-e-Hayaat and its English translation is available and is very convenient to read.</w:t>
      </w:r>
    </w:p>
    <w:p>
      <w:pPr>
        <w:jc w:val="right"/>
      </w:pPr>
      <w:r>
        <w:t>فالونگ آر دی کی فیچرز: بکس ان دا بک سیکشن راز حیات اینڈ اٹس انگلش ٹرانسلیشن از اویلیبل اینڈ از ویری کنوینینٹ ٹو ریڈ۔</w:t>
      </w:r>
    </w:p>
    <w:p>
      <w:r>
        <w:rPr>
          <w:b/>
        </w:rPr>
        <w:t xml:space="preserve">[33:08] </w:t>
      </w:r>
      <w:r>
        <w:t>We will keep uploading more books and audios. This app will be limited to self-help books only like Kitab-e-Zindagi, Simple Wisdom, Moral Vision, etcetera.</w:t>
      </w:r>
    </w:p>
    <w:p>
      <w:pPr>
        <w:jc w:val="right"/>
      </w:pPr>
      <w:r>
        <w:t>وی ویل کیپ اپ لوڈنگ مور بکس اینڈ آڈیوز۔ دس ایپ ویل بی لمیٹڈ ٹو سیلف ہیلپ بکس اونلی لائک کتاب زندگی، سمپل وزڈم، مورل ویژن، ایٹسٹرہ۔</w:t>
      </w:r>
    </w:p>
    <w:p>
      <w:r>
        <w:rPr>
          <w:b/>
        </w:rPr>
        <w:t xml:space="preserve">[33:20] </w:t>
      </w:r>
      <w:r>
        <w:t>In the audio book section Urdu books is also available as an audio book for people who cannot read Urdu. In the stories section we will be sharing stories of people whose lives are touched by the book.</w:t>
      </w:r>
    </w:p>
    <w:p>
      <w:pPr>
        <w:jc w:val="right"/>
      </w:pPr>
      <w:r>
        <w:t>ان دی آڈیو بک سیکشن اردو بکس از آل سو اویلیبل ایز این آڈیو بک فار پیپل ہو کین ناٹ ریڈ اردو۔ ان دی سٹوریز سیکشن وی ویل بی شیئرنگ سٹوریز آف پیپل ہو لائف آر ٹچڈ بائی دا بک۔</w:t>
      </w:r>
    </w:p>
    <w:p>
      <w:r>
        <w:rPr>
          <w:b/>
        </w:rPr>
        <w:t xml:space="preserve">[33:36] </w:t>
      </w:r>
      <w:r>
        <w:t>In the theory section it explains the master formula as explained by Maulana Wahiduddin Khan sahib.</w:t>
      </w:r>
    </w:p>
    <w:p>
      <w:pPr>
        <w:jc w:val="right"/>
      </w:pPr>
      <w:r>
        <w:t>ان دی تھیوری سیکشن اٹ ایکسپلینز دی ماسٹر فارمولا ایز ایکسپلینڈ بائی مولانا وحید الدین خان صاحب۔</w:t>
      </w:r>
    </w:p>
    <w:p>
      <w:r>
        <w:rPr>
          <w:b/>
        </w:rPr>
        <w:t xml:space="preserve">[33:43] </w:t>
      </w:r>
      <w:r>
        <w:t>In the quotes and video section we will be uploading time to time new quotations and videos mostly prepared by Dr. Junaid sahib and other members from the Mumbai team.</w:t>
      </w:r>
    </w:p>
    <w:p>
      <w:pPr>
        <w:jc w:val="right"/>
      </w:pPr>
      <w:r>
        <w:t>ان دی کوٹس اینڈ ویڈیو سیکشن وی ویل بی اپ لوڈنگ ٹائم ٹو ٹائم نیو کوٹیشنز اینڈ ویڈیوز موسٹلی پریپیرڈ بائی ڈاکٹر جنید صاحب اینڈ ادر ممبرز فرام دا ممبئی ٹیم۔</w:t>
      </w:r>
    </w:p>
    <w:p>
      <w:r>
        <w:rPr>
          <w:b/>
        </w:rPr>
        <w:t xml:space="preserve">[33:54] </w:t>
      </w:r>
      <w:r>
        <w:t>Book has a feature to share app or any article of the book. Book is developed considering all so the audience in India.</w:t>
      </w:r>
    </w:p>
    <w:p>
      <w:pPr>
        <w:jc w:val="right"/>
      </w:pPr>
      <w:r>
        <w:t>بک ہیز اے فیچر ٹو شیئر ایپ اور اینی آرٹیکل آف دا بک۔ بک از ڈیویلپڈ کنسیڈرنگ آل سو دی آڈینس ان انڈیا۔</w:t>
      </w:r>
    </w:p>
    <w:p>
      <w:r>
        <w:rPr>
          <w:b/>
        </w:rPr>
        <w:t xml:space="preserve">[34:04] </w:t>
      </w:r>
      <w:r>
        <w:t>People please do let us know your comments and suggestion and share the app link in your social media groups. We request all CPS team members to rate this app and write a short review on Play Store.</w:t>
      </w:r>
    </w:p>
    <w:p>
      <w:pPr>
        <w:jc w:val="right"/>
      </w:pPr>
      <w:r>
        <w:t>پیپل پلیز ڈو لیٹ اس نو یور کمنٹس اینڈ سجیشن اینڈ شیئر دی ایپ لنک ان یور سوشل میڈیا گروپس۔ وی ریکویسٹ آل سی پی ایس ٹیم ممبرز ٹو ریٹ دس ایپ اینڈ رائٹ اے شارٹ ریویو ان پلے سٹور۔</w:t>
      </w:r>
    </w:p>
    <w:p>
      <w:r>
        <w:rPr>
          <w:b/>
        </w:rPr>
        <w:t xml:space="preserve">[34:20] </w:t>
      </w:r>
      <w:r>
        <w:t>This would help to increase its rating. We are very hopeful that with Allah's help and your prayers we will be successful in spreading message of positivity and peace.</w:t>
      </w:r>
    </w:p>
    <w:p>
      <w:pPr>
        <w:jc w:val="right"/>
      </w:pPr>
      <w:r>
        <w:t>دس وڈ ہیلپ ٹو انکریز اٹس ریٹنگ۔ وی آر ویری ہوپ فل دیٹ ود اللہز ہیلپ اینڈ یور پریئرز وی ویل بی سکسیس فل ان سپریڈنگ میسج آف پازیٹیوٹی اینڈ پیس۔</w:t>
      </w:r>
    </w:p>
    <w:p>
      <w:r>
        <w:rPr>
          <w:b/>
        </w:rPr>
        <w:t xml:space="preserve">[34:33] </w:t>
      </w:r>
      <w:r>
        <w:t>We request Maulana Wahiduddin Khan sahib to do prayer, to do dua for all of us. So with this I will request Maulana Wahiduddin Khan sahib to launch this new app called Success Secrets.</w:t>
      </w:r>
    </w:p>
    <w:p>
      <w:pPr>
        <w:jc w:val="right"/>
      </w:pPr>
      <w:r>
        <w:t>وی ریکویسٹ مولانا وحید الدین خان صاحب ٹو ڈو پری، ٹو ڈو دعا فار آل آف اس۔ سو ود دس آئی ویل ریکویسٹ مولانا وحید الدین خان صاحب ٹو لانچ دس نیو ایپ کالڈ سکسیس سیکرٹس۔</w:t>
      </w:r>
    </w:p>
    <w:p>
      <w:r>
        <w:rPr>
          <w:b/>
        </w:rPr>
        <w:t xml:space="preserve">[34:53] </w:t>
      </w:r>
      <w:r>
        <w:t>Masha Allah, Masha Allah, Masha Allah.</w:t>
      </w:r>
    </w:p>
    <w:p>
      <w:pPr>
        <w:jc w:val="right"/>
      </w:pPr>
      <w:r>
        <w:t>ماشاءاللہ، ماشاءاللہ، ماشاءاللہ۔</w:t>
      </w:r>
    </w:p>
    <w:p>
      <w:r>
        <w:rPr>
          <w:b/>
        </w:rPr>
        <w:t xml:space="preserve">[35:01] </w:t>
      </w:r>
      <w:r>
        <w:t>mere paas wafaat nahi hain</w:t>
      </w:r>
    </w:p>
    <w:p>
      <w:pPr>
        <w:jc w:val="right"/>
      </w:pPr>
      <w:r>
        <w:t>میرے پاس والفات نہیں ہیں جو اتنے اچھے کام کے لیے پیش کریں اللہ کی خدمت میں۔</w:t>
      </w:r>
    </w:p>
    <w:p>
      <w:r>
        <w:rPr>
          <w:b/>
        </w:rPr>
        <w:t xml:space="preserve">[35:12] </w:t>
      </w:r>
      <w:r>
        <w:t>hamare sathiyon ne bohat bada kaam kiya hai, bohat bada kaam kiya hai hamare sathiyon ne.</w:t>
      </w:r>
    </w:p>
    <w:p>
      <w:pPr>
        <w:jc w:val="right"/>
      </w:pPr>
      <w:r>
        <w:t>ہمارے ساتھیوں نے بہت بڑا کام کیا ہے، بہت بڑا کام کیا ہے ہمارے ساتھیوں نے۔</w:t>
      </w:r>
    </w:p>
    <w:p>
      <w:r>
        <w:rPr>
          <w:b/>
        </w:rPr>
        <w:t xml:space="preserve">[35:21] </w:t>
      </w:r>
      <w:r>
        <w:t>is mein bohat se sathiyon ki koshish shamil hai, un sab ke liye main behtareen dua karta hoon.</w:t>
      </w:r>
    </w:p>
    <w:p>
      <w:pPr>
        <w:jc w:val="right"/>
      </w:pPr>
      <w:r>
        <w:t>اس میں بہت سے ساتھیوں کی کوشش شامل ہے، ان سب کے لیے میں بہترین دعا کرتا ہوں۔</w:t>
      </w:r>
    </w:p>
    <w:p>
      <w:r>
        <w:rPr>
          <w:b/>
        </w:rPr>
        <w:t xml:space="preserve">[35:33] </w:t>
      </w:r>
      <w:r>
        <w:t>We will so put this link in the comment section of the ongoing talk so you can also pick up the link from that section.</w:t>
      </w:r>
    </w:p>
    <w:p>
      <w:pPr>
        <w:jc w:val="right"/>
      </w:pPr>
      <w:r>
        <w:t>وی ویل سو پٹ دس لنک ان دی کمنٹ سیکشن آف دا آن گوئنگ ٹاک سو یو کین آل سو پک اپ دا لنک فرام دیٹ سیکشن۔</w:t>
      </w:r>
    </w:p>
    <w:p>
      <w:r>
        <w:rPr>
          <w:b/>
        </w:rPr>
        <w:t xml:space="preserve">[35:44] </w:t>
      </w:r>
      <w:r>
        <w:t>Maulana, aap kuch comments parhna chahenge? Yeh aik aur bohat encouraging comment aaya hai Bangalore team se, Miss Sarah Fatima ne likha hai.</w:t>
      </w:r>
    </w:p>
    <w:p>
      <w:pPr>
        <w:jc w:val="right"/>
      </w:pPr>
      <w:r>
        <w:t>مولانا آپ کچھ کمنٹس پڑھنا چاہیں گے؟ یہ ایک اور بہت انکریجنگ کمنٹ آیا ہے بینگلور ٹیم سے، مس سارہ فاطمہ نے لکھا ہے۔</w:t>
      </w:r>
    </w:p>
    <w:p>
      <w:r>
        <w:rPr>
          <w:b/>
        </w:rPr>
        <w:t xml:space="preserve">[35:55] </w:t>
      </w:r>
      <w:r>
        <w:t>unhon ne likha hai: "The Bangalore team participated in an inter religious meet in Hunsur which is one seventy five kilometers from Bangalore.</w:t>
      </w:r>
    </w:p>
    <w:p>
      <w:pPr>
        <w:jc w:val="right"/>
      </w:pPr>
      <w:r>
        <w:t>انہوں نے لکھا ہے: "دا بینگلور ٹیم پارٹیسپیٹڈ ان این انٹر ریلیجیس میٹ ان ہنسور وچ از ون سیونٹی فائیو کلومیٹرز فرام بینگلور۔</w:t>
      </w:r>
    </w:p>
    <w:p>
      <w:r>
        <w:rPr>
          <w:b/>
        </w:rPr>
        <w:t xml:space="preserve">[36:06] </w:t>
      </w:r>
      <w:r>
        <w:t>it was organized by the..." kon sa maqam hai? Hunsur. kya naam hai? Hunsur. yeh aik so pachtar kilometer aage hai Bangalore se, Maulana.</w:t>
      </w:r>
    </w:p>
    <w:p>
      <w:pPr>
        <w:jc w:val="right"/>
      </w:pPr>
      <w:r>
        <w:t>اٹ واز آرگنائزڈ بائی دی..." کون سا مقام ہے؟ ہنسور۔ کیا نام ہے؟ ہنسور۔ یہ ایک سو پچھتر کلومیٹر آگے ہے بینگلور سے، مولانا۔</w:t>
      </w:r>
    </w:p>
    <w:p>
      <w:r>
        <w:rPr>
          <w:b/>
        </w:rPr>
        <w:t xml:space="preserve">[36:17] </w:t>
      </w:r>
      <w:r>
        <w:t>acha, acha. jagah. ji. acha, acha. it was organized by the ursuline franciscan sisters of mysore province.</w:t>
      </w:r>
    </w:p>
    <w:p>
      <w:pPr>
        <w:jc w:val="right"/>
      </w:pPr>
      <w:r>
        <w:t>اچھا، اچھا۔ جگہ۔ جی۔ اچھا، اچھا۔ اٹ واز آرگنائزڈ بائی دی ارسولین فرانسسکن سسٹرز آف مائسور پروونس۔</w:t>
      </w:r>
    </w:p>
    <w:p>
      <w:r>
        <w:rPr>
          <w:b/>
        </w:rPr>
        <w:t xml:space="preserve">[36:27] </w:t>
      </w:r>
      <w:r>
        <w:t>da topic was peace in islam.</w:t>
      </w:r>
    </w:p>
    <w:p>
      <w:pPr>
        <w:jc w:val="right"/>
      </w:pPr>
      <w:r>
        <w:t>دا ٹاپک واز پیس ان اسلام۔</w:t>
      </w:r>
    </w:p>
    <w:p>
      <w:r>
        <w:rPr>
          <w:b/>
        </w:rPr>
        <w:t xml:space="preserve">[36:31] </w:t>
      </w:r>
      <w:r>
        <w:t>da following messages were received through email about the presentation. message from sister lena irene.</w:t>
      </w:r>
    </w:p>
    <w:p>
      <w:pPr>
        <w:jc w:val="right"/>
      </w:pPr>
      <w:r>
        <w:t>دا فالونگ میسجز وار ریسیوڈ تھرو ای میل اباؤٹ دا پریزنٹیشن۔ میسج فرام سسٹر لینا ایرین۔</w:t>
      </w:r>
    </w:p>
    <w:p>
      <w:r>
        <w:rPr>
          <w:b/>
        </w:rPr>
        <w:t xml:space="preserve">[36:41] </w:t>
      </w:r>
      <w:r>
        <w:t>unhon ne likha hai: "i take this unique opportunity to express my thanks to you for your beautiful talk. the organizers and all the participants appreciated you for having presented the true islam.</w:t>
      </w:r>
    </w:p>
    <w:p>
      <w:pPr>
        <w:jc w:val="right"/>
      </w:pPr>
      <w:r>
        <w:t>انہوں نے لکھا ہے: "آئی ٹیک دس یونیک اپرچونیٹی ٹو ایکسپریس مائی تھینکس ٹو یو فار یور بیوٹی فل ٹاک۔ دی آرگنائزرز اینڈ آل دی پارٹیسپینٹس ایپریشیٹڈ یو فار ہیونگ پریزنٹڈ دا ٹرو اسلام۔</w:t>
      </w:r>
    </w:p>
    <w:p>
      <w:r>
        <w:rPr>
          <w:b/>
        </w:rPr>
        <w:t xml:space="preserve">[36:56] </w:t>
      </w:r>
      <w:r>
        <w:t>kindly extend our thanks to your associates. thank you once again." another message has been written by father dominic vas who the director and superior from international institute of spirituality mysore.</w:t>
      </w:r>
    </w:p>
    <w:p>
      <w:pPr>
        <w:jc w:val="right"/>
      </w:pPr>
      <w:r>
        <w:t>کائنڈلی ایکسٹینڈ اَر تھینکس ٹو یور ایسوسی ایٹس۔ تھینک یو ونس اگین۔" انادر میسج ہیز بین رٹن بائے فادر ڈومینک واس ہو دا ڈائریکٹر اینڈ سپیریئر فرام انٹرنیشنل انسٹیٹیوٹ آف سپریچویلٹی مائسور۔</w:t>
      </w:r>
    </w:p>
    <w:p>
      <w:r>
        <w:rPr>
          <w:b/>
        </w:rPr>
        <w:t xml:space="preserve">[37:12] </w:t>
      </w:r>
      <w:r>
        <w:t>he has written: "greetings of peace. i am in receipt of your paper. thank you very much for this kind favor. i also take classes on islam.</w:t>
      </w:r>
    </w:p>
    <w:p>
      <w:pPr>
        <w:jc w:val="right"/>
      </w:pPr>
      <w:r>
        <w:t>ہی ہیز رٹن: "گریٹنگز آف پیس۔ آئی ایم ان ریسیپٹ آف یور پیپر۔ تھینک یو ویری مچ فار دس کائنڈ فیور۔ آئی آل سو ٹیک کلاسز آن اسلام۔</w:t>
      </w:r>
    </w:p>
    <w:p>
      <w:r>
        <w:rPr>
          <w:b/>
        </w:rPr>
        <w:t xml:space="preserve">[37:24] </w:t>
      </w:r>
      <w:r>
        <w:t>your paper will be very useful to me. if i have any queries on islam, i shall contact you. quran and other literature were gifted to all the dignitaries and a set of books and english tazkirul quran were gifted to the library.</w:t>
      </w:r>
    </w:p>
    <w:p>
      <w:pPr>
        <w:jc w:val="right"/>
      </w:pPr>
      <w:r>
        <w:t>یور پیپر ویل بی ویری یوزفل ٹو می۔ اف آئی ہیو اینی کوئریز آن اسلام، آئی شیل کانٹیکٹ یو۔ قرآن اینڈ ادر لٹریچر وار گفٹڈ ٹو آل دا ڈگنیٹریز اینڈ اے سیٹ آف بکس اینڈ انگلش تذکر القرآن وار گفٹڈ ٹو دا لائبریری۔</w:t>
      </w:r>
    </w:p>
    <w:p>
      <w:r>
        <w:rPr>
          <w:b/>
        </w:rPr>
        <w:t xml:space="preserve">[37:41] </w:t>
      </w:r>
      <w:r>
        <w:t>hundred copies of quran in english, kannada and copies of spirit of islam were well received by the audience. fifty participants gave their addresses requesting for quran copies.</w:t>
      </w:r>
    </w:p>
    <w:p>
      <w:pPr>
        <w:jc w:val="right"/>
      </w:pPr>
      <w:r>
        <w:t>ہنڈرڈ کاپیز آف قرآن ان انگلش، کنیڈا اینڈ کاپیز آف سپرٹ آف اسلام وار ویل ریسیوڈ بائی دی آڈینس۔ ففٹی پارٹیسپینٹس گیو دیر ایڈریسز ریکویسٹنگ فار قرآن کاپیز۔</w:t>
      </w:r>
    </w:p>
    <w:p>
      <w:r>
        <w:rPr>
          <w:b/>
        </w:rPr>
        <w:t xml:space="preserve">[37:54] </w:t>
      </w:r>
      <w:r>
        <w:t>The principal of St. Philomena's College of Mysore requested us to send twenty copies to their entire staff.</w:t>
      </w:r>
    </w:p>
    <w:p>
      <w:pPr>
        <w:jc w:val="right"/>
      </w:pPr>
      <w:r>
        <w:t>دا پرنسپل آف سینٹ فلومیناز کالج آف مائسور ریکویسٹڈ اس ٹو سینٹ ٹونٹی کاپیز ٹو دیر انٹائر سٹاف۔</w:t>
      </w:r>
    </w:p>
    <w:p>
      <w:r>
        <w:rPr>
          <w:b/>
        </w:rPr>
        <w:t xml:space="preserve">[38:02] </w:t>
      </w:r>
      <w:r>
        <w:t>"The free Quran request link was put up on the notice board of the institute to enable others to get the copies." Miss Sarah Fatima has written on behalf of her and entire Bangalore team: "that they are take away from this program.</w:t>
      </w:r>
    </w:p>
    <w:p>
      <w:pPr>
        <w:jc w:val="right"/>
      </w:pPr>
      <w:r>
        <w:t>دا فری قرآن ریکویسٹ لنک واز پٹ اپ آن دا نوٹس بورڈ آف دا انسٹیٹیوٹ ٹو انیبل ادرز ٹو گیٹ دا کاپیز۔" مس سارہ فاطمہ ہیز رٹن آن بہاف آف ہر اینڈ انٹائر بینگلور ٹیم: "دیٹ اَر ٹیک اوے فرام دس پروگرام۔</w:t>
      </w:r>
    </w:p>
    <w:p>
      <w:r>
        <w:rPr>
          <w:b/>
        </w:rPr>
        <w:t xml:space="preserve">[38:21] </w:t>
      </w:r>
      <w:r>
        <w:t>renewed understanding of gods kindness and magnanimity as per his promise. he has opened every opportunity to those who offer themselves in his way.</w:t>
      </w:r>
    </w:p>
    <w:p>
      <w:pPr>
        <w:jc w:val="right"/>
      </w:pPr>
      <w:r>
        <w:t>رینیوڈ انڈرسٹینڈنگ آف گاڈز کائنڈنس اینڈ میگنانیمٹی ایز پر ہز پرومس۔ ہی ہیز اوپنڈ ایوری اپرچونیٹی ٹو دوز ہو آفر دیم سیلفس ان ہز وے۔</w:t>
      </w:r>
    </w:p>
    <w:p>
      <w:r>
        <w:rPr>
          <w:b/>
        </w:rPr>
        <w:t xml:space="preserve">[38:33] </w:t>
      </w:r>
      <w:r>
        <w:t>this we understood in comparison. these days when the others are participating in protest about the ongoing issues in the country, we the cps missionaries are getting the opportunity to participate and present the true face of islam to an intellectual audience and to the seekers.</w:t>
      </w:r>
    </w:p>
    <w:p>
      <w:pPr>
        <w:jc w:val="right"/>
      </w:pPr>
      <w:r>
        <w:t>دس وی انڈرسٹوڈ ان کمپیریزن۔ دیز ڈیز وین دی ادرز آر پارٹیسپیٹنگ ان پروٹیسٹ اباؤٹ دی آن گوئنگ ایشوز ان دا کنٹری، وی دا سی پی ایس مشنریز آر گیٹنگ دی اپرچونیٹی ٹو پارٹیسپیٹ اینڈ پریزنٹ دا ٹرو فیس آف اسلام ٹو این انٹلیکچول آڈینس اینڈ ٹو دا سیکرز۔</w:t>
      </w:r>
    </w:p>
    <w:p>
      <w:r>
        <w:rPr>
          <w:b/>
        </w:rPr>
        <w:t xml:space="preserve">[38:54] </w:t>
      </w:r>
      <w:r>
        <w:t>da whole atmosphere for us was of welcome, respect, hospitality and gratitude. jazak allah maulana sahib for this guidance towards the true mission.</w:t>
      </w:r>
    </w:p>
    <w:p>
      <w:pPr>
        <w:jc w:val="right"/>
      </w:pPr>
      <w:r>
        <w:t>دا ہول ایٹمسفیئر فار اس واز آف ویلکم، ریسپیکٹ، ہاسپٹیلٹی اینڈ گریٹیٹیوڈ۔ جزاک اللہ مولانا صاحب فار دس گائیڈنس ٹورڈز دا ٹرو مشن۔</w:t>
      </w:r>
    </w:p>
    <w:p>
      <w:r>
        <w:rPr>
          <w:b/>
        </w:rPr>
        <w:t xml:space="preserve">[39:06] </w:t>
      </w:r>
      <w:r>
        <w:t>all praises are for god through who blessings good things are accomplished. may god accept our humble efforts in his way.</w:t>
      </w:r>
    </w:p>
    <w:p>
      <w:pPr>
        <w:jc w:val="right"/>
      </w:pPr>
      <w:r>
        <w:t>آل پریزز آر فار گاڈ تھرو ہو بلیسنگز گڈ تھنگز آر اکمپلشڈ۔ می گاڈ ایکسیپٹ اَر ہمبل ایفرٹس ان ہز وے۔</w:t>
      </w:r>
    </w:p>
    <w:p>
      <w:r>
        <w:rPr>
          <w:b/>
        </w:rPr>
        <w:t xml:space="preserve">[39:16] </w:t>
      </w:r>
      <w:r>
        <w:t>ameen." ameen. maulana aaj ke talk se le kar kuch comments parhna chahenge sawal lene se pehle, and i will also request all the viewers to please mention your location when you post your comments and questions.</w:t>
      </w:r>
    </w:p>
    <w:p>
      <w:pPr>
        <w:jc w:val="right"/>
      </w:pPr>
      <w:r>
        <w:t>آمین۔" آمین۔ مولانا آج کے ٹاک سے لے کے کچھ کمنٹس پڑھنا چاہیں گے سوال لینے سے پہلے، اینڈ آئی ویل آل سو ریکویسٹ آل دا ویورز ٹو پلیز مینشن یور لوکیشن وین یو پوسٹ یور کمنٹس اینڈ کوئسچنز۔</w:t>
      </w:r>
    </w:p>
    <w:p>
      <w:r>
        <w:rPr>
          <w:b/>
        </w:rPr>
        <w:t xml:space="preserve">[39:33] </w:t>
      </w:r>
      <w:r>
        <w:t>maulana iqbal umri ne chennai se likha hai: "sabr ki ideology jannat ki tarbiyat karne wali ideology hai.</w:t>
      </w:r>
    </w:p>
    <w:p>
      <w:pPr>
        <w:jc w:val="right"/>
      </w:pPr>
      <w:r>
        <w:t>مولانا اقبال عمری نے چنئی سے لکھا ہے: "صبر کی آئیڈیالوجی جنت کی تربیت کرنے والی آئیڈیالوجی ہے۔</w:t>
      </w:r>
    </w:p>
    <w:p>
      <w:r>
        <w:rPr>
          <w:b/>
        </w:rPr>
        <w:t xml:space="preserve">[39:42] </w:t>
      </w:r>
      <w:r>
        <w:t>yeh buzdiil nahi hai balkeh creation plan hi aisa hai. sabrana aur ghair sabrana ravish ka hi asal imtehan hai.</w:t>
      </w:r>
    </w:p>
    <w:p>
      <w:pPr>
        <w:jc w:val="right"/>
      </w:pPr>
      <w:r>
        <w:t>یہ بزدلی نہیں ہے بلکہ کریشن پلان ہی ایسا ہے۔ صابرانہ اور غیر صابرانہ روش کا ہی اصل امتحان ہے۔</w:t>
      </w:r>
    </w:p>
    <w:p>
      <w:r>
        <w:rPr>
          <w:b/>
        </w:rPr>
        <w:t xml:space="preserve">[39:52] </w:t>
      </w:r>
      <w:r>
        <w:t>jazak allah maulana." sameer shah sahib ne delhi se likha hai: "call ka matlab hamesha amal se hota hai.</w:t>
      </w:r>
    </w:p>
    <w:p>
      <w:pPr>
        <w:jc w:val="right"/>
      </w:pPr>
      <w:r>
        <w:t>جزاک اللہ مولانا۔" سمیر شاہ صاحب نے دلی سے لکھا ہے: "کال کا معنی ہمیشہ عمل سے ہوتا ہے۔</w:t>
      </w:r>
    </w:p>
    <w:p>
      <w:r>
        <w:rPr>
          <w:b/>
        </w:rPr>
        <w:t xml:space="preserve">[40:02] </w:t>
      </w:r>
      <w:r>
        <w:t>maulana sahib mere liye yeh aik nai baat hai. jazak allah khair." akhtar hussain rizvi sahib ne calgary canada se likha hai: "kya aap ne zabardast baat kahi.</w:t>
      </w:r>
    </w:p>
    <w:p>
      <w:pPr>
        <w:jc w:val="right"/>
      </w:pPr>
      <w:r>
        <w:t>مولانا صاحب میرے لیے یہ ایک نئی بات ہے۔ جزاک اللہ خیر۔" اختر حسین رضوی صاحب نے کیلگری کینیڈا سے لکھا ہے: "کیا آپ نے زبردست بات کہی۔</w:t>
      </w:r>
    </w:p>
    <w:p>
      <w:r>
        <w:rPr>
          <w:b/>
        </w:rPr>
        <w:t xml:space="preserve">[40:17] </w:t>
      </w:r>
      <w:r>
        <w:t>agar jannat mein har koi salam karega to shor mach jayega." naseer sinha sahib ne: "kya kiya unhon ne?</w:t>
      </w:r>
    </w:p>
    <w:p>
      <w:pPr>
        <w:jc w:val="right"/>
      </w:pPr>
      <w:r>
        <w:t>اگر جنت میں ہر کوئی سلام کرے گا تو شور مچ جائے گا۔" نصیر سنہ صاحب نے: "کیا کیا انہوں نے؟</w:t>
      </w:r>
    </w:p>
    <w:p>
      <w:r>
        <w:rPr>
          <w:b/>
        </w:rPr>
        <w:t xml:space="preserve">[40:28] </w:t>
      </w:r>
      <w:r>
        <w:t>kya aap ne aap ne kya zabardast baat kahi ke agar jannat mein har koi salam karega to shor mach jayega?" assalam o alaikum kahega.</w:t>
      </w:r>
    </w:p>
    <w:p>
      <w:pPr>
        <w:jc w:val="right"/>
      </w:pPr>
      <w:r>
        <w:t>کیا آپ نے آپ نے کیا زبردست بات کہی کہ اگر جنت میں ہر کوئی سلام کرے گا تو شور مچ جائے گا؟" السلام علیکم کہے گا۔</w:t>
      </w:r>
    </w:p>
    <w:p>
      <w:r>
        <w:rPr>
          <w:b/>
        </w:rPr>
        <w:t xml:space="preserve">[40:38] </w:t>
      </w:r>
      <w:r>
        <w:t>ji. yeh kahiye. ji. ji. ji. ke aah jannat mein agar har koi assalam o alaikum kahega to shor mach jayega."</w:t>
      </w:r>
    </w:p>
    <w:p>
      <w:pPr>
        <w:jc w:val="right"/>
      </w:pPr>
      <w:r>
        <w:t>جی۔ یہ کہیے۔ جی۔ جی۔ جی۔ کہ آہ جنت میں اگر ہر کوئی السلام علیکم کہے گا تو شور مچ جائے گا۔</w:t>
      </w:r>
    </w:p>
    <w:p>
      <w:r>
        <w:rPr>
          <w:b/>
        </w:rPr>
        <w:t xml:space="preserve">[40:51] </w:t>
      </w:r>
      <w:r>
        <w:t>naseer sanah sahib ne tamapur se likha hai: "maulana duniya mein sabr jannat ki advance training hai. yeh aaj hamein naya view samajh mein aaya.</w:t>
      </w:r>
    </w:p>
    <w:p>
      <w:pPr>
        <w:jc w:val="right"/>
      </w:pPr>
      <w:r>
        <w:t>نصیر سنہ صاحب نے تماپور سے لکھا ہے: "مولانا دنیا میں صبر جنت کی ایڈوانس ٹریننگ ہے۔ یہ آج ہمیں نیا ویو سمجھ میں آیا۔</w:t>
      </w:r>
    </w:p>
    <w:p>
      <w:r>
        <w:rPr>
          <w:b/>
        </w:rPr>
        <w:t xml:space="preserve">[41:02] </w:t>
      </w:r>
      <w:r>
        <w:t>jazak allah. " muhammad irfan rasheedi sahib ne nagpur se likha hai: "sabr se aala soch paida hoti hai.</w:t>
      </w:r>
    </w:p>
    <w:p>
      <w:pPr>
        <w:jc w:val="right"/>
      </w:pPr>
      <w:r>
        <w:t>جزاک اللہ۔" محمد عرفان رشیدی صاحب نے ناگپور سے لکھا ہے: "صبر سے اعلیٰ سوچ پیدا ہوتی ہے۔</w:t>
      </w:r>
    </w:p>
    <w:p>
      <w:r>
        <w:rPr>
          <w:b/>
        </w:rPr>
        <w:t xml:space="preserve">[41:11] </w:t>
      </w:r>
      <w:r>
        <w:t>jazak allah maulana sahib. " maulana ab sawal lena chahenge. yeh sawal gawhati se miss shaheen yusuf ne poocha hai.</w:t>
      </w:r>
    </w:p>
    <w:p>
      <w:pPr>
        <w:jc w:val="right"/>
      </w:pPr>
      <w:r>
        <w:t>جزاک اللہ مولانا صاحب۔" مولانا اب سوال لینا چاہیں گے۔ یہ سوال گواہٹی سے مس شاہین یوسف نے پوچھا ہے۔</w:t>
      </w:r>
    </w:p>
    <w:p>
      <w:r>
        <w:rPr>
          <w:b/>
        </w:rPr>
        <w:t xml:space="preserve">[41:22] </w:t>
      </w:r>
      <w:r>
        <w:t>unhone likha hai: "maulana every person experiences anger issues and most of us do not know how to handle it.</w:t>
      </w:r>
    </w:p>
    <w:p>
      <w:pPr>
        <w:jc w:val="right"/>
      </w:pPr>
      <w:r>
        <w:t>انہوں نے لکھا ہے: "مولانا ایوری پرسن ایکسپیرینسز اینگر ایشوز اینڈ موسٹ آف اس ڈو ناٹ نو ہاؤ ٹو ہینڈل اٹ۔</w:t>
      </w:r>
    </w:p>
    <w:p>
      <w:r>
        <w:rPr>
          <w:b/>
        </w:rPr>
        <w:t xml:space="preserve">[41:33] </w:t>
      </w:r>
      <w:r>
        <w:t>we want your guidance as to how how how can we control our anger. also how do you manage your anger?" dekhein ghusse ko manage karna yeh</w:t>
      </w:r>
    </w:p>
    <w:p>
      <w:pPr>
        <w:jc w:val="right"/>
      </w:pPr>
      <w:r>
        <w:t>وی وانٹ یور گائیڈنس ایز ٹو ہاؤ ہاؤ ہاؤ کین وی کنٹرول اور اینگر۔ آل سو ہاؤ ڈو یو مینج یور اینگر؟" دیکھیں غصے کو مینج کرنا یہ</w:t>
      </w:r>
    </w:p>
    <w:p>
      <w:r>
        <w:rPr>
          <w:b/>
        </w:rPr>
        <w:t xml:space="preserve">[41:50] </w:t>
      </w:r>
      <w:r>
        <w:t>allah ke culture mein jeena hai.</w:t>
      </w:r>
    </w:p>
    <w:p>
      <w:pPr>
        <w:jc w:val="right"/>
      </w:pPr>
      <w:r>
        <w:t>اللہ کے کلچر میں جینا ہے۔</w:t>
      </w:r>
    </w:p>
    <w:p>
      <w:r>
        <w:rPr>
          <w:b/>
        </w:rPr>
        <w:t xml:space="preserve">[41:56] </w:t>
      </w:r>
      <w:r>
        <w:t>mujh ko bhi ghussa aata hai lekin mujh ko foran yeh baat yaad aati hai ke allah ki jo status of thing hai, allah ka jo nizam hai insan ke liye,</w:t>
      </w:r>
    </w:p>
    <w:p>
      <w:pPr>
        <w:jc w:val="right"/>
      </w:pPr>
      <w:r>
        <w:t>مجھ کو بھی غصہ آتا ہے لیکن مجھ کو فوراً یہ بات یاد آتی ہے کہ اللہ کی جو اسٹیو آف تھنگ ہے، اللہ کا جو نظام ہے انسان کے لیے،</w:t>
      </w:r>
    </w:p>
    <w:p>
      <w:r>
        <w:rPr>
          <w:b/>
        </w:rPr>
        <w:t xml:space="preserve">[42:11] </w:t>
      </w:r>
      <w:r>
        <w:t>is mein toh zaroor aisa hoga ke ek se doosre ko kahin na kahin</w:t>
      </w:r>
    </w:p>
    <w:p>
      <w:pPr>
        <w:jc w:val="right"/>
      </w:pPr>
      <w:r>
        <w:t>اس میں تو ضرور ایسا ہوگا کہ ایک سے دوسرے کو کہیں نہ کہیں</w:t>
      </w:r>
    </w:p>
    <w:p>
      <w:r>
        <w:rPr>
          <w:b/>
        </w:rPr>
        <w:t xml:space="preserve">[42:19] </w:t>
      </w:r>
      <w:r>
        <w:t>ghusse ka sabab paida ho jayega. toh aap ghusse ko jab peete hain, ghusse ko darguzar karte hain toh allah ke liye hota hai, woh insan ke liye hota hi nahi.</w:t>
      </w:r>
    </w:p>
    <w:p>
      <w:pPr>
        <w:jc w:val="right"/>
      </w:pPr>
      <w:r>
        <w:t>غصے کا سبب پیدا ہو جائے گا۔ تو آپ غصے کو جب پیتے ہیں، غصے کو درگزر کرتے ہیں تو اللہ کے لیے ہوتا ہے، وہ انسان کے لیے ہوتا ہی نہیں۔</w:t>
      </w:r>
    </w:p>
    <w:p>
      <w:r>
        <w:rPr>
          <w:b/>
        </w:rPr>
        <w:t xml:space="preserve">[42:37] </w:t>
      </w:r>
      <w:r>
        <w:t>ghusse ko darguzar karna, ghusse se bachna, woh insan ke liye hai hi nahi, woh allah ke liye hai. jab yeh baat mere dil mein aati hai</w:t>
      </w:r>
    </w:p>
    <w:p>
      <w:pPr>
        <w:jc w:val="right"/>
      </w:pPr>
      <w:r>
        <w:t>غصے کو درگزر کرنا، غصے سے بچنا، وہ انسان کے لیے ہے ہی نہیں، وہ اللہ کے لیے ہے۔ جب یہ بات میرے دل میں آتی ہے</w:t>
      </w:r>
    </w:p>
    <w:p>
      <w:r>
        <w:rPr>
          <w:b/>
        </w:rPr>
        <w:t xml:space="preserve">[42:51] </w:t>
      </w:r>
      <w:r>
        <w:t>toh aap ghor kijiye ke kya main itna pagal hoon ke ghussa karunga allah ke samne?</w:t>
      </w:r>
    </w:p>
    <w:p>
      <w:pPr>
        <w:jc w:val="right"/>
      </w:pPr>
      <w:r>
        <w:t>تو آپ غور کیجئے کہ کیا میں اتنا پاگل ہوں کہ غصہ کروں گا اللہ کے سامنے؟</w:t>
      </w:r>
    </w:p>
    <w:p>
      <w:r>
        <w:rPr>
          <w:b/>
        </w:rPr>
        <w:t xml:space="preserve">[43:00] </w:t>
      </w:r>
      <w:r>
        <w:t>ghussa</w:t>
      </w:r>
    </w:p>
    <w:p>
      <w:pPr>
        <w:jc w:val="right"/>
      </w:pPr>
      <w:r>
        <w:t>غصہ</w:t>
      </w:r>
    </w:p>
    <w:p>
      <w:r>
        <w:rPr>
          <w:b/>
        </w:rPr>
        <w:t xml:space="preserve">[43:03] </w:t>
      </w:r>
      <w:r>
        <w:t>ek hi nuqta hai jo mujhe ghusse se rokta hai, woh ek hi ghussa. insan ke liye toh hai hi nahi, yeh toh allah rab ul alameen ke liye hai.</w:t>
      </w:r>
    </w:p>
    <w:p>
      <w:pPr>
        <w:jc w:val="right"/>
      </w:pPr>
      <w:r>
        <w:t>ایک ہی نقطہ ہے جو مجھے غصے سے روکتا ہے، وہ ایک ہی غصہ۔ انسان کے لیے تو ہے ہی نہیں، یہ تو اللہ رب العالمین کے لیے ہے۔</w:t>
      </w:r>
    </w:p>
    <w:p>
      <w:r>
        <w:rPr>
          <w:b/>
        </w:rPr>
        <w:t xml:space="preserve">[43:13] </w:t>
      </w:r>
      <w:r>
        <w:t>toh phir ghussa kaisa hai? yahi cheez mujh ko ghusse se rokti hai.</w:t>
      </w:r>
    </w:p>
    <w:p>
      <w:pPr>
        <w:jc w:val="right"/>
      </w:pPr>
      <w:r>
        <w:t>تو پھر غصہ کیسا ہے؟ یہی چیز مجھ کو غصے سے روکتی ہے۔</w:t>
      </w:r>
    </w:p>
    <w:p>
      <w:r>
        <w:rPr>
          <w:b/>
        </w:rPr>
        <w:t xml:space="preserve">[43:26] </w:t>
      </w:r>
      <w:r>
        <w:t>maulana agla comment aur sawal dilli se aaya hai doctor naghma siddiqui ka. unhone likha hai: "maulana jazak allah for giving such a clear lecture on the importance of sabr aur advance training for jannat.</w:t>
      </w:r>
    </w:p>
    <w:p>
      <w:pPr>
        <w:jc w:val="right"/>
      </w:pPr>
      <w:r>
        <w:t>مولانا اگلا کمنٹ اور سوال دلی سے آیا ہے ڈاکٹر نغمہ صدیقی کا۔ انہوں نے لکھا ہے: "مولانا جزاک اللہ فار گیونگ سچ اے کلیئر لیکچر آن دی امپورٹنس آف صبر اور ایڈوانس ٹریننگ فار جنت۔</w:t>
      </w:r>
    </w:p>
    <w:p>
      <w:r>
        <w:rPr>
          <w:b/>
        </w:rPr>
        <w:t xml:space="preserve">[43:43] </w:t>
      </w:r>
      <w:r>
        <w:t>yesterday maulana you had said sabr with tadabbur is the best thing. can you please elaborate on this?"</w:t>
      </w:r>
    </w:p>
    <w:p>
      <w:pPr>
        <w:jc w:val="right"/>
      </w:pPr>
      <w:r>
        <w:t>یسٹرڈے مولانا یو ہیڈ سیڈ صبر ود تدبر از دا بیسٹ تھنگ۔ کین یو پلیز الیبریٹ آن دس؟"</w:t>
      </w:r>
    </w:p>
    <w:p>
      <w:r>
        <w:rPr>
          <w:b/>
        </w:rPr>
        <w:t xml:space="preserve">[43:57] </w:t>
      </w:r>
      <w:r>
        <w:t>sabr with tadabbur. ji. ji.</w:t>
      </w:r>
    </w:p>
    <w:p>
      <w:pPr>
        <w:jc w:val="right"/>
      </w:pPr>
      <w:r>
        <w:t>صبر ود تدبر۔ جی۔ جی۔</w:t>
      </w:r>
    </w:p>
    <w:p>
      <w:r>
        <w:rPr>
          <w:b/>
        </w:rPr>
        <w:t xml:space="preserve">[44:04] </w:t>
      </w:r>
      <w:r>
        <w:t>main toh samajhta hoon ke sabr aur tadabbur dono laazim malzoom hain. sabr ke baghair tadabbur nahi, tadabbur ke baghair sabr nahi.</w:t>
      </w:r>
    </w:p>
    <w:p>
      <w:pPr>
        <w:jc w:val="right"/>
      </w:pPr>
      <w:r>
        <w:t>میں تو سمجھتا ہوں کہ صبر اور تدبر دونوں لازم ملزوم ہیں۔ صبر کے بغیر تدبر نہیں، تدبر کے بغیر صبر نہیں۔</w:t>
      </w:r>
    </w:p>
    <w:p>
      <w:r>
        <w:rPr>
          <w:b/>
        </w:rPr>
        <w:t xml:space="preserve">[44:18] </w:t>
      </w:r>
      <w:r>
        <w:t>aap ko apne aap ko sambhalna padta hai, apne aap ko thamna padta hai. tab aap sabr kar payenge, tab aap tadabbur kar payenge.</w:t>
      </w:r>
    </w:p>
    <w:p>
      <w:pPr>
        <w:jc w:val="right"/>
      </w:pPr>
      <w:r>
        <w:t>آپ کو اپنے آپ کو سنبھالنا پڑتا ہے، اپنے آپ کو تھامنا پڑتا ہے۔ تب آپ صبر کر پائیں گے، تب آپ تدبر کر پائیں گے۔</w:t>
      </w:r>
    </w:p>
    <w:p>
      <w:r>
        <w:rPr>
          <w:b/>
        </w:rPr>
        <w:t xml:space="preserve">[44:32] </w:t>
      </w:r>
      <w:r>
        <w:t>apne aap ko thamna.</w:t>
      </w:r>
    </w:p>
    <w:p>
      <w:pPr>
        <w:jc w:val="right"/>
      </w:pPr>
      <w:r>
        <w:t>اپنے آپ کو تھامنا۔</w:t>
      </w:r>
    </w:p>
    <w:p>
      <w:r>
        <w:rPr>
          <w:b/>
        </w:rPr>
        <w:t xml:space="preserve">[44:38] </w:t>
      </w:r>
      <w:r>
        <w:t>toh yeh bataiye toh aap ke liye khushi ka lamha hona chahiye, na ke ghusse ka lamha.</w:t>
      </w:r>
    </w:p>
    <w:p>
      <w:pPr>
        <w:jc w:val="right"/>
      </w:pPr>
      <w:r>
        <w:t>تو یہ بتائیے تو آپ کے لیے خوشی کا لمحہ ہونا چاہیے، نہ کہ غصے کا لمحہ۔</w:t>
      </w:r>
    </w:p>
    <w:p>
      <w:r>
        <w:rPr>
          <w:b/>
        </w:rPr>
        <w:t xml:space="preserve">[44:51] </w:t>
      </w:r>
      <w:r>
        <w:t>maulana ah agla comment bheja hai tampa florida se tariq ali sahib ne. unhone likha hai: "maulana i hope you would agree if i say that patience during difficult times in fact allows the mind to function in an efficient manner during the times of crisis,</w:t>
      </w:r>
    </w:p>
    <w:p>
      <w:pPr>
        <w:jc w:val="right"/>
      </w:pPr>
      <w:r>
        <w:t>مولانا آہ اگلا کمنٹ بھیجا ہے ٹیمپا فلوریڈا سے طارق علی صاحب نے۔ انہوں نے لکھا ہے: "مولانا آئی ہوپ یو وڈ ایگری اف آئی سے دیٹ پیشنس ڈیورنگ ڈیفیکلٹ ٹائمز ان فیکٹ الاوز دا مائنڈ ٹو فنکشن ان این ایفیشینٹ مینر ڈیورنگ دا ٹائمز آف کرائسز،</w:t>
      </w:r>
    </w:p>
    <w:p>
      <w:r>
        <w:rPr>
          <w:b/>
        </w:rPr>
        <w:t xml:space="preserve">[45:14] </w:t>
      </w:r>
      <w:r>
        <w:t>because this ensures good decision making. in addition it leads to the development of human faculties to their fullest, to their full capacity in order to face all kinds of situations in life.</w:t>
      </w:r>
    </w:p>
    <w:p>
      <w:pPr>
        <w:jc w:val="right"/>
      </w:pPr>
      <w:r>
        <w:t>بیکاز دس انشورز گڈ ڈیسیژن میکنگ۔ ان ایڈیشن اٹ لیڈز ٹو دا ڈیولپمنٹ آف ہیومن فیکلٹیز ٹو دیر فلیسٹ، ٹو دیر فل کپیسٹی ان آرڈر ٹو فیس آل کائنڈز آف سچویشنز ان لائف۔</w:t>
      </w:r>
    </w:p>
    <w:p>
      <w:r>
        <w:rPr>
          <w:b/>
        </w:rPr>
        <w:t xml:space="preserve">[45:30] </w:t>
      </w:r>
      <w:r>
        <w:t>most of all it helps in discovering god's wonders and accepting his will." bahut achha explain kiya aap ne, bahut achha explain kiya aap ne.</w:t>
      </w:r>
    </w:p>
    <w:p>
      <w:pPr>
        <w:jc w:val="right"/>
      </w:pPr>
      <w:r>
        <w:t>موسٹ آف آل اٹ ہیلپس ان ڈسکورنگ گاڈز ونڈرز اینڈ ایکسیپٹنگ ہز ول۔" بہت اچھا ایکسپلین کیا آپ نے، بہت اچھا ایکسپلین کیا آپ نے۔</w:t>
      </w:r>
    </w:p>
    <w:p>
      <w:r>
        <w:rPr>
          <w:b/>
        </w:rPr>
        <w:t xml:space="preserve">[45:43] </w:t>
      </w:r>
      <w:r>
        <w:t>jazakum allah. miss tuti malhotra ne dilli se likha hai: "maulana today the importance of patience has been very clearly explained.</w:t>
      </w:r>
    </w:p>
    <w:p>
      <w:pPr>
        <w:jc w:val="right"/>
      </w:pPr>
      <w:r>
        <w:t>جزاکم اللہ۔ مس طوطی ملوترا نے دلی سے لکھا ہے: "مولانا ٹوڈے دی امپورٹنس آف پیشنس ہیز بین ویری کلیئرلی ایکسپلینڈ۔</w:t>
      </w:r>
    </w:p>
    <w:p>
      <w:r>
        <w:rPr>
          <w:b/>
        </w:rPr>
        <w:t xml:space="preserve">[45:55] </w:t>
      </w:r>
      <w:r>
        <w:t>at answers the questions when people ask the limit of observing patience. if there is no limit to paradise, then there is no limit to patience.</w:t>
      </w:r>
    </w:p>
    <w:p>
      <w:pPr>
        <w:jc w:val="right"/>
      </w:pPr>
      <w:r>
        <w:t>اٹ انسرز دا کوئسچنز وین پیپل اسک دا لمٹ آف ابزروونگ پیشنس۔ اف دیر از نو لمٹ ٹو پیراڈائز، دین دیر از نو لمٹ ٹو پیشنس۔</w:t>
      </w:r>
    </w:p>
    <w:p>
      <w:r>
        <w:rPr>
          <w:b/>
        </w:rPr>
        <w:t xml:space="preserve">[46:05] </w:t>
      </w:r>
      <w:r>
        <w:t>jazak allah Maulana for emphasizing the importance of patience." Maulana agla ah sawal ah bheja hai Kanpur se Jamshed Ali sahib ne.</w:t>
      </w:r>
    </w:p>
    <w:p>
      <w:pPr>
        <w:jc w:val="right"/>
      </w:pPr>
      <w:r>
        <w:t>جزاک اللہ مولانا فار ایمفسائزنگ دی امپورٹنس آف پیشنس۔" مولانا اگلا آہ سوال آہ بھیجا ہے کانپور سے جمشید علی صاحب نے۔</w:t>
      </w:r>
    </w:p>
    <w:p>
      <w:r>
        <w:rPr>
          <w:b/>
        </w:rPr>
        <w:t xml:space="preserve">[46:19] </w:t>
      </w:r>
      <w:r>
        <w:t>unhon ne likha hai: "Maulana my simple question to you that if we do sabr and do not react, then the oppressors would get more encouraged and we will think that we have surrendered and we do not have any objection on their committing injustices on us.</w:t>
      </w:r>
    </w:p>
    <w:p>
      <w:pPr>
        <w:jc w:val="right"/>
      </w:pPr>
      <w:r>
        <w:t>انہوں نے لکھا ہے: "مولانا مائی سمپل کوئسچن ٹو یو دیٹ اف وی ڈو صبر اینڈ ڈو ناٹ ری ایکٹ، دین دی اپریسرز وڈ گیٹ مور انکریجڈ اینڈ ویل تھنک دیٹ وی ہیو سرینڈرڈ اینڈ وی ڈو ناٹ ہیو اینی ابجیکشن آن دیر کمیٹنگ انجسٹسز آن اس۔</w:t>
      </w:r>
    </w:p>
    <w:p>
      <w:r>
        <w:rPr>
          <w:b/>
        </w:rPr>
        <w:t xml:space="preserve">[46:41] </w:t>
      </w:r>
      <w:r>
        <w:t>why should we not respond when something wrong is being done on our community? we are not cowards." yani apni community aur doosri community yeh yeh koi insani soch hai.</w:t>
      </w:r>
    </w:p>
    <w:p>
      <w:pPr>
        <w:jc w:val="right"/>
      </w:pPr>
      <w:r>
        <w:t>وائی شوڈ وی ناٹ رسپانڈ وین سمتھنگ رونگ از بینگ ڈن آن اور کمیونٹی؟ وی آر ناٹ کاورڈز۔" یعنی اپنی کمیونٹی اور دوسری کمیونٹی یہ یہ کوئی انسانی سوچ ہے۔</w:t>
      </w:r>
    </w:p>
    <w:p>
      <w:r>
        <w:rPr>
          <w:b/>
        </w:rPr>
        <w:t xml:space="preserve">[46:57] </w:t>
      </w:r>
      <w:r>
        <w:t>har community hamari community hai, har insan hamara bhai hai, har har family hamari family hai. yeh community mein baantna yeh to hamari samajh hai.</w:t>
      </w:r>
    </w:p>
    <w:p>
      <w:pPr>
        <w:jc w:val="right"/>
      </w:pPr>
      <w:r>
        <w:t>ہر کمیونٹی ہماری کمیونٹی ہے، ہر انسان ہمارا بھائی ہے، ہر ہر فیملی ہماری فیملی ہے۔ یہ کمیونٹی میں بانٹنا یہ تو ہماری سمجھ ہے۔</w:t>
      </w:r>
    </w:p>
    <w:p>
      <w:r>
        <w:rPr>
          <w:b/>
        </w:rPr>
        <w:t xml:space="preserve">[47:11] </w:t>
      </w:r>
      <w:r>
        <w:t>is se oopar uth ke sochiye, is se oopar uth ke jeene wale baniye.</w:t>
      </w:r>
    </w:p>
    <w:p>
      <w:pPr>
        <w:jc w:val="right"/>
      </w:pPr>
      <w:r>
        <w:t>اس سے اوپر اٹھ کے سوچیے، اس سے اوپر اٹھ کے جینے والے بنیے۔</w:t>
      </w:r>
    </w:p>
    <w:p>
      <w:r>
        <w:rPr>
          <w:b/>
        </w:rPr>
        <w:t xml:space="preserve">[47:23] </w:t>
      </w:r>
      <w:r>
        <w:t>Peshawar se Muhammad Tufail sahib ne likha hai: "yeh yeh jo yani my community right or wrong, yeh to hawani soch hai." haan farmayiye.</w:t>
      </w:r>
    </w:p>
    <w:p>
      <w:pPr>
        <w:jc w:val="right"/>
      </w:pPr>
      <w:r>
        <w:t>پشاور سے محمد طفیل صاحب نے لکھا ہے: "یہ یہ جو یعنی مائی کمیونٹی رائٹ اور رنگ، یہ تو حیوانی سوچ ہے۔" ہاں فرمائیے۔</w:t>
      </w:r>
    </w:p>
    <w:p>
      <w:r>
        <w:rPr>
          <w:b/>
        </w:rPr>
        <w:t xml:space="preserve">[47:36] </w:t>
      </w:r>
      <w:r>
        <w:t>Maulana agla sawal Peshawar se Muhammad Tufail sahib ne likha hai. unhon ne aap se poocha hai: "some times we remember someone ah whom we have lost and we often cry.</w:t>
      </w:r>
    </w:p>
    <w:p>
      <w:pPr>
        <w:jc w:val="right"/>
      </w:pPr>
      <w:r>
        <w:t>مولانا اگلا سوال پشاور سے محمد طفیل صاحب نے لکھا ہے۔ انہوں نے آپ سے پوچھا ہے: "سم ٹائمز وی ریممبر سم ون آہ ہوم وی ہیو لاسٹ اینڈ وی آفن کرائے۔</w:t>
      </w:r>
    </w:p>
    <w:p>
      <w:r>
        <w:rPr>
          <w:b/>
        </w:rPr>
        <w:t xml:space="preserve">[47:50] </w:t>
      </w:r>
      <w:r>
        <w:t>is it all so a demonstration of lacking in sabr?" aap khud sochiye, main to samajhta hoon ke yeh hai isi isi tarah ki cheez hai.</w:t>
      </w:r>
    </w:p>
    <w:p>
      <w:pPr>
        <w:jc w:val="right"/>
      </w:pPr>
      <w:r>
        <w:t>از اٹ آل سو ا ڈیمونسٹریشن آف لیکنگ ان صبر؟" آپ خود سوچیے، میں تو سمجھتا ہوں کہ یہ ہے اسی اسی طرح کی چیز ہے۔</w:t>
      </w:r>
    </w:p>
    <w:p>
      <w:r>
        <w:rPr>
          <w:b/>
        </w:rPr>
        <w:t xml:space="preserve">[48:05] </w:t>
      </w:r>
      <w:r>
        <w:t>aap khud sochiye ke aap ke jazbat us waqt kya hote hain.</w:t>
      </w:r>
    </w:p>
    <w:p>
      <w:pPr>
        <w:jc w:val="right"/>
      </w:pPr>
      <w:r>
        <w:t>آپ خود سوچیے کہ آپ کے جذبات اس وقت کیا ہوتے ہیں۔</w:t>
      </w:r>
    </w:p>
    <w:p>
      <w:r>
        <w:rPr>
          <w:b/>
        </w:rPr>
        <w:t xml:space="preserve">[48:18] </w:t>
      </w:r>
      <w:r>
        <w:t>Irshad Ali sahib ne Rampur se comment likha hai: "Maulana aaj aap ne bohat hi ahem baat batai hai. dunya ki zindagi hamare liye advance training hai jannat mein basne ke liye.</w:t>
      </w:r>
    </w:p>
    <w:p>
      <w:pPr>
        <w:jc w:val="right"/>
      </w:pPr>
      <w:r>
        <w:t>ارشاد علی صاحب نے رامپور سے کمنٹ لکھا ہے: "مولانا آج آپ نے بہت ہی اہم بات بتائی ہے۔ دنیا کی زندگی ہمارے لیے ایڈوانس ٹریننگ ہے جنت میں بسنے کے لیے۔</w:t>
      </w:r>
    </w:p>
    <w:p>
      <w:r>
        <w:rPr>
          <w:b/>
        </w:rPr>
        <w:t xml:space="preserve">[48:31] </w:t>
      </w:r>
      <w:r>
        <w:t>jo is training mein kamyab hoga, wahi jannat mein basaya jayega. jazak allah Maulana." Maulana agla sawal lete hain.</w:t>
      </w:r>
    </w:p>
    <w:p>
      <w:pPr>
        <w:jc w:val="right"/>
      </w:pPr>
      <w:r>
        <w:t>جو اس ٹریننگ میں کامیاب ہوگا، وہی جنت میں بسایا جائے گا۔ جزاک اللہ مولانا۔" مولانا اگلا سوال لیتے ہیں۔</w:t>
      </w:r>
    </w:p>
    <w:p>
      <w:r>
        <w:rPr>
          <w:b/>
        </w:rPr>
        <w:t xml:space="preserve">[48:41] </w:t>
      </w:r>
      <w:r>
        <w:t>yeh bheja hai Kolhapur se Miss Farah Ahmed ne. unhon ne likha hai: "Hazrat har taraf dar aur khauf ho, mayoosi aur andhera ho to dua kis tarah kari jaye?</w:t>
      </w:r>
    </w:p>
    <w:p>
      <w:pPr>
        <w:jc w:val="right"/>
      </w:pPr>
      <w:r>
        <w:t>یہ بھیجا ہے کولہاپور سے مس فرح احمد نے۔ انہوں نے لکھا ہے: "حضرت ہر طرف ڈر اور خوف ہو، مایوسی اور اندھیرا ہو تو دعا کس طرح کری جائے؟</w:t>
      </w:r>
    </w:p>
    <w:p>
      <w:r>
        <w:rPr>
          <w:b/>
        </w:rPr>
        <w:t xml:space="preserve">[49:00] </w:t>
      </w:r>
      <w:r>
        <w:t>is ke baray mein bataein." bhai to woh to dua ki training ho jayegi. jab dua ke khilaf mahol ho to us waqt dua karna yeh to bohat hi bari saadat hai.</w:t>
      </w:r>
    </w:p>
    <w:p>
      <w:pPr>
        <w:jc w:val="right"/>
      </w:pPr>
      <w:r>
        <w:t>اس کے بارے میں بتائیں۔" بھائی تو وہ تو دعا کی ٹریننگ ہو جائے ہے۔ جب دعا کے خلاف ماحول ہو تو اس وقت دعا کرنا یہ تو بہت ہی بڑی سعادت ہے۔</w:t>
      </w:r>
    </w:p>
    <w:p>
      <w:r>
        <w:rPr>
          <w:b/>
        </w:rPr>
        <w:t xml:space="preserve">[49:18] </w:t>
      </w:r>
      <w:r>
        <w:t>saadat</w:t>
      </w:r>
    </w:p>
    <w:p>
      <w:pPr>
        <w:jc w:val="right"/>
      </w:pPr>
      <w:r>
        <w:t>سعادت</w:t>
      </w:r>
    </w:p>
    <w:p>
      <w:r>
        <w:rPr>
          <w:b/>
        </w:rPr>
        <w:t xml:space="preserve">[49:24] </w:t>
      </w:r>
      <w:r>
        <w:t>yani woh waqt hai ke jab ke Allah Rabb-ul-Alameen yeh kahe ke mere bande ne mujh ko itne achhe mauqe par yaad kiya, main bhi is ki hi hajat poori karta hoon.</w:t>
      </w:r>
    </w:p>
    <w:p>
      <w:pPr>
        <w:jc w:val="right"/>
      </w:pPr>
      <w:r>
        <w:t>یعنی وہ وقت ہے کہ جب کہ اللہ رب العالمین یہ کہے کہ میرے بندے نے مجھ کو اتنے اچھے موقع پر یاد کیا، میں بھی اس کی ہی حاجت پوری کرتا ہوں۔</w:t>
      </w:r>
    </w:p>
    <w:p>
      <w:r>
        <w:rPr>
          <w:b/>
        </w:rPr>
        <w:t xml:space="preserve">[49:38] </w:t>
      </w:r>
      <w:r>
        <w:t>woh to bohat hi shandar lamha hota hai. Allah ki rehmat ko invoke karne ka, invoke i n v o k e, woh bohat achha lamha hota hai Allah ki rehmat ko invoke karne ka.</w:t>
      </w:r>
    </w:p>
    <w:p>
      <w:pPr>
        <w:jc w:val="right"/>
      </w:pPr>
      <w:r>
        <w:t>وہ تو بہت ہی شاندار لمحہ ہوتا ہے۔ اللہ کی رحمت کو انوک کرنے کا، انوک آئی این وی او کے ای، وہ بہت اچھا لمحہ ہوتا ہے اللہ کی رحمت کو انوک کرنے کا۔</w:t>
      </w:r>
    </w:p>
    <w:p>
      <w:r>
        <w:rPr>
          <w:b/>
        </w:rPr>
        <w:t xml:space="preserve">[49:56] </w:t>
      </w:r>
      <w:r>
        <w:t>aur</w:t>
      </w:r>
    </w:p>
    <w:p>
      <w:pPr>
        <w:jc w:val="right"/>
      </w:pPr>
      <w:r>
        <w:t>اور</w:t>
      </w:r>
    </w:p>
    <w:p>
      <w:r>
        <w:rPr>
          <w:b/>
        </w:rPr>
        <w:t xml:space="preserve">[50:00] </w:t>
      </w:r>
      <w:r>
        <w:t>woh isi waqt to Allah ki rehmat sab se josh mein aati hai.</w:t>
      </w:r>
    </w:p>
    <w:p>
      <w:pPr>
        <w:jc w:val="right"/>
      </w:pPr>
      <w:r>
        <w:t>وہ اسی وقت تو اللہ کی رحمت سب سے جوش میں آتی ہے۔</w:t>
      </w:r>
    </w:p>
    <w:p>
      <w:r>
        <w:rPr>
          <w:b/>
        </w:rPr>
        <w:t xml:space="preserve">[50:12] </w:t>
      </w:r>
      <w:r>
        <w:t>Muhammad Ammar sahib ne Delhi se comment bheja hai: "Maulana what I understood today is that crisis is a positive thing if endured with wisdom.</w:t>
      </w:r>
    </w:p>
    <w:p>
      <w:pPr>
        <w:jc w:val="right"/>
      </w:pPr>
      <w:r>
        <w:t>محمد عمار صاحب نے دلی سے کمنٹ بھیجا ہے: "مولانا واٹ آئی انڈرسٹڈ ٹوڈے از دیٹ کرائسز از اے پوزیٹیو تھنگ اف اینڈیورڈ ود وزڈم۔</w:t>
      </w:r>
    </w:p>
    <w:p>
      <w:r>
        <w:rPr>
          <w:b/>
        </w:rPr>
        <w:t xml:space="preserve">[50:24] </w:t>
      </w:r>
      <w:r>
        <w:t>through crisis we can practice patience and this can stand eligible for God's paradise. it is an advance training to attain paradise." mashallah.</w:t>
      </w:r>
    </w:p>
    <w:p>
      <w:pPr>
        <w:jc w:val="right"/>
      </w:pPr>
      <w:r>
        <w:t>تھرو کرائسز وی کین پریکٹس پیشنس اینڈ دس کین سٹینڈ ایلیجیبل فار گاڈز پیراڈائز۔ اٹ از این ایڈوانس ٹریننگ ٹو اٹین پیراڈائز۔" ماشاءاللہ۔</w:t>
      </w:r>
    </w:p>
    <w:p>
      <w:r>
        <w:rPr>
          <w:b/>
        </w:rPr>
        <w:t xml:space="preserve">[50:37] </w:t>
      </w:r>
      <w:r>
        <w:t>Tanveer Ahmed sahib ne Kolkata se likha hai: "Maulana sahib main ne Al-Risala mein parha tha ke sabr ka matlab hota hai ruk jana ya rukna.</w:t>
      </w:r>
    </w:p>
    <w:p>
      <w:pPr>
        <w:jc w:val="right"/>
      </w:pPr>
      <w:r>
        <w:t>تنویر احمد صاحب نے کلکتہ سے لکھا ہے: "مولانا صاحب میں نے الرسالہ میں پڑھا تھا کہ صبر کا अर्थ ہوتا ہے رک جانا یا رکنا۔</w:t>
      </w:r>
    </w:p>
    <w:p>
      <w:r>
        <w:rPr>
          <w:b/>
        </w:rPr>
        <w:t xml:space="preserve">[50:49] </w:t>
      </w:r>
      <w:r>
        <w:t>main ne ghor kiya to meri samajh mein yeh baat aayi ke sabr karne par qudrati taur par aisa hota hai ke insan ka zehan ek vistrit shetra mein sochna shuru kar deta hai.</w:t>
      </w:r>
    </w:p>
    <w:p>
      <w:pPr>
        <w:jc w:val="right"/>
      </w:pPr>
      <w:r>
        <w:t>میں نے غور کیا تو میری سمجھ میں یہ بات آئی کہ صبر کرنے پر قدرتی طور پر ایسا ہوتا ہے کہ انسان کا ذہن ایک విస్తrit شیتر میں سوچنا شروع کر دیتا ہے۔</w:t>
      </w:r>
    </w:p>
    <w:p>
      <w:r>
        <w:rPr>
          <w:b/>
        </w:rPr>
        <w:t xml:space="preserve">[51:03] </w:t>
      </w:r>
      <w:r>
        <w:t>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p>
    <w:p>
      <w:pPr>
        <w:jc w:val="right"/>
      </w:pPr>
      <w:r>
        <w:t>صبر سے ویاپک شیتر میں سوچنے کی کریہ آرام ہو جاتی ہے۔ یہ اللہ کا بنایا نظام ہے اور صبر نہیں کرنے کی استھیتی میں دماغ سوچنے کا کارے ضرور کرتا ہے لیکن بہت زیادہ سیمت شیتر میں اس استھیتی میں وہ صرف ردعمل اور نکراتمکتہ کے وشے پر ہی سوچ پاتا ہے۔</w:t>
      </w:r>
    </w:p>
    <w:p>
      <w:r>
        <w:rPr>
          <w:b/>
        </w:rPr>
        <w:t xml:space="preserve">[51:27] </w:t>
      </w:r>
      <w:r>
        <w:t>jab insan sabr ke amal se oonche star par soch samajh ki qabliyat apne andar paida kar leta hai tab woh ek bashaoor insan ban jata hai." sahi kaha aap ne.</w:t>
      </w:r>
    </w:p>
    <w:p>
      <w:pPr>
        <w:jc w:val="right"/>
      </w:pPr>
      <w:r>
        <w:t>جب انسان صبر کے عمل سے اونچے ستر پر سوچ سمجھ کی قابلیت اپنے اندر پیدا کر لیتا ہے تب وہ ایک باشعور انسان بن جاتا ہے۔" صحیح کہا آپ نے۔</w:t>
      </w:r>
    </w:p>
    <w:p>
      <w:r>
        <w:rPr>
          <w:b/>
        </w:rPr>
        <w:t xml:space="preserve">[51:41] </w:t>
      </w:r>
      <w:r>
        <w:t>allah ta'ala aap ko jaza-e-khair de.</w:t>
      </w:r>
    </w:p>
    <w:p>
      <w:pPr>
        <w:jc w:val="right"/>
      </w:pPr>
      <w:r>
        <w:t>اللہ تعالیٰ آپ کو جزائے خیر دے۔</w:t>
      </w:r>
    </w:p>
    <w:p>
      <w:r>
        <w:rPr>
          <w:b/>
        </w:rPr>
        <w:t xml:space="preserve">[51:47] </w:t>
      </w:r>
      <w:r>
        <w:t>maulana agla sawal ah doctor safeena tabassum ne saharanpur se bheja hai. unhon ne aap se poocha hai: "Maulana sahib I want to know if there is any example of dissent in early history of Islam." mani to milega lekin main samajhta hoon ke yeh jo term hai, term yeh term to west ki den hai.</w:t>
      </w:r>
    </w:p>
    <w:p>
      <w:pPr>
        <w:jc w:val="right"/>
      </w:pPr>
      <w:r>
        <w:t>مولانا اگلا سوال آہ ڈاکٹر سفینہ تبسم نے سارن پور سے بھیجا ہے۔ انہوں نے آپ سے پوچھا ہے: "مولانا صاحب آئی وانٹ ٹو نو اف دیر از اینی ایگزامپل آف ڈیسنٹ ان ارلی ہسٹری آف اسلام۔" معنی تو ملے گا لیکن میں سمجھتا ہوں کہ یہ جو ٹرم ہے، ٹرم یہ ٹرم تو ویسٹ کی دین ہے۔</w:t>
      </w:r>
    </w:p>
    <w:p>
      <w:r>
        <w:rPr>
          <w:b/>
        </w:rPr>
        <w:t xml:space="preserve">[52:13] </w:t>
      </w:r>
      <w:r>
        <w:t>yeh term dis-sent.</w:t>
      </w:r>
    </w:p>
    <w:p>
      <w:pPr>
        <w:jc w:val="right"/>
      </w:pPr>
      <w:r>
        <w:t>یہ ٹرم ڈی آئی ڈبل ایس ای این ٹی۔</w:t>
      </w:r>
    </w:p>
    <w:p>
      <w:r>
        <w:rPr>
          <w:b/>
        </w:rPr>
        <w:t xml:space="preserve">[52:24] </w:t>
      </w:r>
      <w:r>
        <w:t>asl dekhiye yeh hai ke thande mulkon mein western country thande mulkon mein develop hua to garam mulk duniya mein hain, thande mulk duniya mein hain.</w:t>
      </w:r>
    </w:p>
    <w:p>
      <w:pPr>
        <w:jc w:val="right"/>
      </w:pPr>
      <w:r>
        <w:t>اصل دیکھیے یہ ہے کہ ٹھنڈے ملکوں میں ویسٹرن کنٹری ٹھنڈے ملکوں میں ڈیولپ ہوا تو گرم ملک دنیا میں ہیں، ٹھنڈے ملک دنیا میں ہیں۔</w:t>
      </w:r>
    </w:p>
    <w:p>
      <w:r>
        <w:rPr>
          <w:b/>
        </w:rPr>
        <w:t xml:space="preserve">[52:36] </w:t>
      </w:r>
      <w:r>
        <w:t>to aap agar study karein garam mizaj, thande mizaj ka to garam mizaj reaction ki taraf le aata hai aur thanda mizaj sochne ki taraf le aata hai.</w:t>
      </w:r>
    </w:p>
    <w:p>
      <w:pPr>
        <w:jc w:val="right"/>
      </w:pPr>
      <w:r>
        <w:t>تو آپ اگر اسٹڈی کریں گرم مزاج، ٹھنڈے مزاج کا تو گرم مزاج ری ایکشن کی طرف لے آتا ہے اور ٹھنڈا مزاج سوچنے کی طرف لے آتا ہے۔</w:t>
      </w:r>
    </w:p>
    <w:p>
      <w:r>
        <w:rPr>
          <w:b/>
        </w:rPr>
        <w:t xml:space="preserve">[52:51] </w:t>
      </w:r>
      <w:r>
        <w:t>kaise manage karein aap? to in in ko allah ta'ala ne thande mizaj ke log paida kiye, garam mizaj ke log paida kiye.</w:t>
      </w:r>
    </w:p>
    <w:p>
      <w:pPr>
        <w:jc w:val="right"/>
      </w:pPr>
      <w:r>
        <w:t>کیسے مینج کریں آپ؟ تو ان ان کو اللہ تعالیٰ نے ٹھنڈے مزاج کے لوگ پیدا کیے، گرم مزاج کے لوگ پیدا کیے۔</w:t>
      </w:r>
    </w:p>
    <w:p>
      <w:r>
        <w:rPr>
          <w:b/>
        </w:rPr>
        <w:t xml:space="preserve">[53:03] </w:t>
      </w:r>
      <w:r>
        <w:t>to dono ka alag alag function hai. to western log jo the woh thande yani main ek baat arz karoon ke main samajhta hoon ke jab hazrat adam kashti jo thi, kashti is mein kuch insaan bhar kar ke le jaye gaye to bohat si jaghein theen jahan un ko chhodha jata lekin un ko le ke chhodha gaya kahan?</w:t>
      </w:r>
    </w:p>
    <w:p>
      <w:pPr>
        <w:jc w:val="right"/>
      </w:pPr>
      <w:r>
        <w:t>تو دونوں کا الگ الگ فنکشن ہے۔ تو ویسٹرن لوگ جو تھے وہ ٹھنڈے یعنی میں ایک بات عرض کروں کہ میں سمجھتا ہوں کہ جب حضرت آدم کشتی جو تھی، کشتی اس میں کچھ انسان بھر کر کے لے جائے گئے تو بہت سی جگہیں تھیں جہاں ان کو چھوڑا جاتا لیکن ان کو لے کے چھوڑا گیا کہاں؟</w:t>
      </w:r>
    </w:p>
    <w:p>
      <w:r>
        <w:rPr>
          <w:b/>
        </w:rPr>
        <w:t xml:space="preserve">[53:30] </w:t>
      </w:r>
      <w:r>
        <w:t>turkey ki sarhad par. aur turkey ek sard mulk hai. main pehli baar jab gaya tha turkey to jab nikla is se gaadi se bahar to ajeeb tarah ki thandak hui thi jaise india mein kabhi nahi hui thi.</w:t>
      </w:r>
    </w:p>
    <w:p>
      <w:pPr>
        <w:jc w:val="right"/>
      </w:pPr>
      <w:r>
        <w:t>ترکی کی سرحد پر۔ اور ترکی ایک سرد ملک ہے۔ میں پہلی بار جب گیا تھا ترکی تو جب نکلا اس سے گاڑی سے باہر تو عجیب طرح کی ٹھنڈک ہوئی تھی جیسے انڈیا میں کبھی نہیں ہوئی تھی۔</w:t>
      </w:r>
    </w:p>
    <w:p>
      <w:r>
        <w:rPr>
          <w:b/>
        </w:rPr>
        <w:t xml:space="preserve">[53:49] </w:t>
      </w:r>
      <w:r>
        <w:t>to allah ta'ala ko aise insaan jo matloob hain, jo kuch garam garam mizaj wale kaam bhi hain, woh is ko wahan drip kiya jata hai.</w:t>
      </w:r>
    </w:p>
    <w:p>
      <w:pPr>
        <w:jc w:val="right"/>
      </w:pPr>
      <w:r>
        <w:t>تو اللہ تعالیٰ کو ایسے انسان جو مطلوب ہیں، جو کچھ گرم گرم مزاج والے کام بھی ہیں، وہ اس کو وہاں ڈریپ کیا جاتا ہے۔</w:t>
      </w:r>
    </w:p>
    <w:p>
      <w:r>
        <w:rPr>
          <w:b/>
        </w:rPr>
        <w:t xml:space="preserve">[54:05] </w:t>
      </w:r>
      <w:r>
        <w:t>aur kuch kaam aise hain jo sirf thande mulkon mein develop hote hain. to main samajhta hoon ke hazrat adam ka jo qafila jo tha turkey ke thande mulk mein ja ke utara gaya,</w:t>
      </w:r>
    </w:p>
    <w:p>
      <w:pPr>
        <w:jc w:val="right"/>
      </w:pPr>
      <w:r>
        <w:t>اور کچھ کام ایسے ہیں جو صرف ٹھنڈے ملکوں میں ڈیولپ ہوتے ہیں۔ تو میں سمجھتا ہوں کہ حضرت آدم کا جو قافلہ جو تھا ترکی کے ٹھنڈے ملک میں جا کے اتارا گیا،</w:t>
      </w:r>
    </w:p>
    <w:p>
      <w:r>
        <w:rPr>
          <w:b/>
        </w:rPr>
        <w:t xml:space="preserve">[54:21] </w:t>
      </w:r>
      <w:r>
        <w:t>hua phaila hua. to is liye ke yeh thande mizaj ke logon ke andar jo cheez develop hoti hai, us ko matloob tha allah ta'ala ko.</w:t>
      </w:r>
    </w:p>
    <w:p>
      <w:pPr>
        <w:jc w:val="right"/>
      </w:pPr>
      <w:r>
        <w:t>ہوا پھیلا ہوا۔ تو اس لیے کہ یہ ٹھنڈے مزاج کے لوگوں کے اندر جو چیز ڈیولپ ہوتی ہے، اس کو مطلوب تھا اللہ تعالیٰ کو۔</w:t>
      </w:r>
    </w:p>
    <w:p>
      <w:r>
        <w:rPr>
          <w:b/>
        </w:rPr>
        <w:t xml:space="preserve">[54:36] </w:t>
      </w:r>
      <w:r>
        <w:t>to dissent ka jo term hai, main samajhta hoon ke yeh bana hai inhi ilaqon mein. jahan tak main janta hoon, dissent ki koi misaal yani</w:t>
      </w:r>
    </w:p>
    <w:p>
      <w:pPr>
        <w:jc w:val="right"/>
      </w:pPr>
      <w:r>
        <w:t>تو ڈیسنٹ کا جو ٹرم ہے، میں سمجھتا ہوں کہ یہ بنا ہے انہی علاقوں میں۔ جہاں تک میں جانتا ہوں، ڈیسنٹ کی کوئی مثال یعنی</w:t>
      </w:r>
    </w:p>
    <w:p>
      <w:r>
        <w:rPr>
          <w:b/>
        </w:rPr>
        <w:t xml:space="preserve">[54:53] </w:t>
      </w:r>
      <w:r>
        <w:t>doosri countries mein mujhe nahi milti. jo maine jo kitabein padhi hain, un kitabon mein mujhe west ke logon mein yeh cheez paai hi nahi, bahar ke logon mein nahi paai.</w:t>
      </w:r>
    </w:p>
    <w:p>
      <w:pPr>
        <w:jc w:val="right"/>
      </w:pPr>
      <w:r>
        <w:t>دوسری کنٹریز میں مجھے نہیں ملتی۔ جو میں نے جو کتابیں پڑھی ہیں، ان کتابوں میں مجھے ویسٹ کے لوگوں میں یہ چیز پائی ہی نہیں، باہر کے لوگوں میں نہیں پائی۔</w:t>
      </w:r>
    </w:p>
    <w:p>
      <w:r>
        <w:rPr>
          <w:b/>
        </w:rPr>
        <w:t xml:space="preserve">[55:08] </w:t>
      </w:r>
      <w:r>
        <w:t>misal ke taur par India mein ya Asian countries mein to is ka tasawwur hi nahi hai. dissent, D.I.S.S.I.E.N.T. reaction yahan par reaction foran karte hain.</w:t>
      </w:r>
    </w:p>
    <w:p>
      <w:pPr>
        <w:jc w:val="right"/>
      </w:pPr>
      <w:r>
        <w:t>مثلاً انڈیا میں یا ایشین کنٹریز میں تو اس کا تصور ہی نہیں ہے۔ ڈیسنٹ، ڈی آئی ڈبل ایس ای این ٹی۔ ری ایکشن یہاں پر ری ایکشن فوراً کرتے ہیں۔</w:t>
      </w:r>
    </w:p>
    <w:p>
      <w:r>
        <w:rPr>
          <w:b/>
        </w:rPr>
        <w:t xml:space="preserve">[55:23] </w:t>
      </w:r>
      <w:r>
        <w:t>yeh meri maloomat ke mutabiq hai. ho sakta hai ke kisi ko maloomat mein yeh cheez shamil ho to woh batayega, inshallah.</w:t>
      </w:r>
    </w:p>
    <w:p>
      <w:pPr>
        <w:jc w:val="right"/>
      </w:pPr>
      <w:r>
        <w:t>یہ میری معلومات کے مطابق ہے۔ ہو سکتا ہے کہ کسی کو معلومات میں یہ چیز شامل ہو تو وہ بتائے گا، انشاءاللہ۔</w:t>
      </w:r>
    </w:p>
    <w:p>
      <w:r>
        <w:rPr>
          <w:b/>
        </w:rPr>
        <w:t xml:space="preserve">[55:36] </w:t>
      </w:r>
      <w:r>
        <w:t>miss sahar saleem ne bangalore se likha hai: "patience is the complete process that makes us eligible for jannat.</w:t>
      </w:r>
    </w:p>
    <w:p>
      <w:pPr>
        <w:jc w:val="right"/>
      </w:pPr>
      <w:r>
        <w:t>مس سحر سلیم نے بینگلور سے لکھا ہے: "پیشنس از دا کمپلیٹ پروسیس دیٹ میکس اس ایلیجیبل فار جنت۔</w:t>
      </w:r>
    </w:p>
    <w:p>
      <w:r>
        <w:rPr>
          <w:b/>
        </w:rPr>
        <w:t xml:space="preserve">[55:46] </w:t>
      </w:r>
      <w:r>
        <w:t>we need to realize with great hardship comes greater responsibilities." sajid anwar sahib ne mumbai se likha hai: "maulana you have explained many aspects of sabr in the past, but today aspect of sabr being the advance training for paradise was truly unique.</w:t>
      </w:r>
    </w:p>
    <w:p>
      <w:pPr>
        <w:jc w:val="right"/>
      </w:pPr>
      <w:r>
        <w:t>وی نیڈ ٹو ریلائز ود گریٹ ہارڈ شپ کمز گریٹر رسپانسبیلٹیز۔" ساجد انور صاحب نے ممبئی سے لکھا ہے: "مولانا یو ہیو ایکسپلین مینی ایسپیکٹس آف صبر ان دا پاسٹ، بٹ ٹوڈے ایسپیکٹ آف صبر بینگ دی ایڈوانس ٹریننگ فار پیراڈائز واز ٹرولی یونیک۔</w:t>
      </w:r>
    </w:p>
    <w:p>
      <w:r>
        <w:rPr>
          <w:b/>
        </w:rPr>
        <w:t xml:space="preserve">[56:07] </w:t>
      </w:r>
      <w:r>
        <w:t>i will personalize this aspect of sabr inshallah." inshallah. maulana israr khateeb sahib ne chennai se likha hai: "maulana aaj kal india mein har ek manfi baatein kar raha hai,</w:t>
      </w:r>
    </w:p>
    <w:p>
      <w:pPr>
        <w:jc w:val="right"/>
      </w:pPr>
      <w:r>
        <w:t>آئی ویل پرسنلائز دس ایسپیکٹ آف صبر انشاءاللہ۔" انشاءاللہ۔ مولانا اسرار خطیب صاحب نے چنئی سے لکھا ہے: "مولانا آج کل انڈیا میں ہر ایک منفی باتیں کر رہا ہے،</w:t>
      </w:r>
    </w:p>
    <w:p>
      <w:r>
        <w:rPr>
          <w:b/>
        </w:rPr>
        <w:t xml:space="preserve">[56:23] </w:t>
      </w:r>
      <w:r>
        <w:t>hata ke bohat se log jo positive baatein kiya karte the, woh bhi aaj kal manfi baatein kar rahe hain. aur woh tamam ke tamam sadkon pe protest karte hue nazar aa rahe hain.</w:t>
      </w:r>
    </w:p>
    <w:p>
      <w:pPr>
        <w:jc w:val="right"/>
      </w:pPr>
      <w:r>
        <w:t>حتیٰ کہ بہت سے لوگ جو پوزیٹیو باتیں کیا کرتے تھے، وہ بھی آج کل منفی باتیں کر رہے ہیں۔ اور وہ تمام کے تمام سڑکوں پہ پروٹیسٹ کرتے ہوئے نظر آ رہے ہیں۔</w:t>
      </w:r>
    </w:p>
    <w:p>
      <w:r>
        <w:rPr>
          <w:b/>
        </w:rPr>
        <w:t xml:space="preserve">[56:36] </w:t>
      </w:r>
      <w:r>
        <w:t>is mein sirf aap ka aur cps team ka istasna hai jo sabr aur positive thinking ki baatein karte hue allah ke kalma ko pahunchane mein laga hua hai.</w:t>
      </w:r>
    </w:p>
    <w:p>
      <w:pPr>
        <w:jc w:val="right"/>
      </w:pPr>
      <w:r>
        <w:t>اس میں صرف آپ کا اور سی پی ایس ٹیم کا استثنیٰ ہے جو صبر اور پوزیٹیو تھنکنگ کی باتیں کرتے ہوئے اللہ کے کلمہ کو پہنچانے میں لگا ہوا ہے۔</w:t>
      </w:r>
    </w:p>
    <w:p>
      <w:r>
        <w:rPr>
          <w:b/>
        </w:rPr>
        <w:t xml:space="preserve">[56:49] </w:t>
      </w:r>
      <w:r>
        <w:t>agar aap ki guidance nahi hoti to hum bhi manfiyat mein manfiyat mein pa kar halak ho jate.</w:t>
      </w:r>
    </w:p>
    <w:p>
      <w:pPr>
        <w:jc w:val="right"/>
      </w:pPr>
      <w:r>
        <w:t>اگر آپ کی گائیڈنس نہیں ہوتی تو ہم بھی منفیت میں منفیت میں پا کر ہلاک ہو جاتے۔</w:t>
      </w:r>
    </w:p>
    <w:p>
      <w:r>
        <w:rPr>
          <w:b/>
        </w:rPr>
        <w:t xml:space="preserve">[56:58] </w:t>
      </w:r>
      <w:r>
        <w:t>allah aap ko jaza-e-khair de." dekhiye, mera to yaqeen kijiye ke mere saathi jante hain, mera shukr ka item badh gaya hai, badh gaya hai.</w:t>
      </w:r>
    </w:p>
    <w:p>
      <w:pPr>
        <w:jc w:val="right"/>
      </w:pPr>
      <w:r>
        <w:t>اللہ آپ کو جزائے خیر دے۔" دیکھیے، میرا تو یقین کیجیے کہ میرے ساتھی جانتے ہیں، میرا شکر کا آئٹم بڑھ گیا ہے، بڑھ گیا ہے۔</w:t>
      </w:r>
    </w:p>
    <w:p>
      <w:r>
        <w:rPr>
          <w:b/>
        </w:rPr>
        <w:t xml:space="preserve">[57:12] </w:t>
      </w:r>
      <w:r>
        <w:t>jis ko aap kehte hain ziddi halaat, us ne mere shukr ko bohat badha diya hai, bohat badha diya hai. lekin yeh halaat ko main kya manta hoon?</w:t>
      </w:r>
    </w:p>
    <w:p>
      <w:pPr>
        <w:jc w:val="right"/>
      </w:pPr>
      <w:r>
        <w:t>جس کو آپ کہتے ہیں ضدی حالات، اس نے میرے شکر کو بہت بڑھا دیا ہے، بہت بڑھا دیا ہے۔ لیکن یہ حالات کو میں کیا مانتا ہوں؟</w:t>
      </w:r>
    </w:p>
    <w:p>
      <w:r>
        <w:rPr>
          <w:b/>
        </w:rPr>
        <w:t xml:space="preserve">[57:24] </w:t>
      </w:r>
      <w:r>
        <w:t>un ko manta hoon main. woh</w:t>
      </w:r>
    </w:p>
    <w:p>
      <w:pPr>
        <w:jc w:val="right"/>
      </w:pPr>
      <w:r>
        <w:t>ان کو مانتا ہوں میں۔ وہ</w:t>
      </w:r>
    </w:p>
    <w:p>
      <w:r>
        <w:rPr>
          <w:b/>
        </w:rPr>
        <w:t xml:space="preserve">[57:30] </w:t>
      </w:r>
      <w:r>
        <w:t>apple shock, apple shock to aisi badi cheez hai ke duniya mein jo apple shock pesh aaya tha pehli baar newton ke sath, us ke sar par saib gira tha, jis ko main apple shock ka naam diya hai.</w:t>
      </w:r>
    </w:p>
    <w:p>
      <w:pPr>
        <w:jc w:val="right"/>
      </w:pPr>
      <w:r>
        <w:t>ایپل شاک، ایپل شاک تو ایسی بڑی چیز ہے کہ دنیا میں جو ایپل شاک پیش آیا تھا پہلی بار نیوٹن کے ساتھ، اس کے سر پر سیب گرا تھا، جس کو میں ایپل شاک کا نام دیا ہے۔</w:t>
      </w:r>
    </w:p>
    <w:p>
      <w:r>
        <w:rPr>
          <w:b/>
        </w:rPr>
        <w:t xml:space="preserve">[57:47] </w:t>
      </w:r>
      <w:r>
        <w:t>mein ne to apple shock se insaan ko aik itni bari nemat ka ilm hua, jis jo bohat hi bari nemat hai lekin insaan be khabar tha is se.</w:t>
      </w:r>
    </w:p>
    <w:p>
      <w:pPr>
        <w:jc w:val="right"/>
      </w:pPr>
      <w:r>
        <w:t>میں نے تو ایپل شاک سے انسان کو ایک اتنی بڑی نعمت کا علم ہوا، جس جو بہت ہی بڑی نعمت ہے لیکن انسان بے خبر تھا اس سے۔</w:t>
      </w:r>
    </w:p>
    <w:p>
      <w:r>
        <w:rPr>
          <w:b/>
        </w:rPr>
        <w:t xml:space="preserve">[58:00] </w:t>
      </w:r>
      <w:r>
        <w:t>woh thi zameen mein quwwat-e-kashish hona, gravitational pull.</w:t>
      </w:r>
    </w:p>
    <w:p>
      <w:pPr>
        <w:jc w:val="right"/>
      </w:pPr>
      <w:r>
        <w:t>وہ تھی زمین میں قوت کشش ہونا، گریویٹیشنل پل۔</w:t>
      </w:r>
    </w:p>
    <w:p>
      <w:r>
        <w:rPr>
          <w:b/>
        </w:rPr>
        <w:t xml:space="preserve">[58:09] </w:t>
      </w:r>
      <w:r>
        <w:t>kyunke agar zameen mein quwwat-e-kashish na hoti to har cheez unstable ho jati. stability zameen par hoti hi nahin.</w:t>
      </w:r>
    </w:p>
    <w:p>
      <w:pPr>
        <w:jc w:val="right"/>
      </w:pPr>
      <w:r>
        <w:t>کیونکہ اگر زمین میں قوت کشش نہ ہوتی تو ہر چیز ان اسٹیبل ہو جاتی۔ اسٹیبلٹی زمین پر ہوتی ہی نہیں۔</w:t>
      </w:r>
    </w:p>
    <w:p>
      <w:r>
        <w:rPr>
          <w:b/>
        </w:rPr>
        <w:t xml:space="preserve">[58:19] </w:t>
      </w:r>
      <w:r>
        <w:t>yeh ghar hamara jo building hai jo hai, jis mein aap baithe hain, yeh hilta, darakht ukhar jata hai apni jaron se.</w:t>
      </w:r>
    </w:p>
    <w:p>
      <w:pPr>
        <w:jc w:val="right"/>
      </w:pPr>
      <w:r>
        <w:t>یہ گھر ہمارا جو بلڈنگ ہے جو ہے، جس میں آپ بیٹھے ہیں، یہ ہلتا، درخت اکھڑ جاتا ہے اپنی جڑوں سے۔</w:t>
      </w:r>
    </w:p>
    <w:p>
      <w:r>
        <w:rPr>
          <w:b/>
        </w:rPr>
        <w:t xml:space="preserve">[58:29] </w:t>
      </w:r>
      <w:r>
        <w:t>har cheez idhar udhar idhar udhar idhar. to stability itni bari nemat hai, woh Allah taala ne apple shock ke zariye se insaan ko bataya.</w:t>
      </w:r>
    </w:p>
    <w:p>
      <w:pPr>
        <w:jc w:val="right"/>
      </w:pPr>
      <w:r>
        <w:t>ہر چیز ادھر ادھر ادھر ادھر ادھر۔ تو اسٹیبلٹی اتنی بڑی نعمت ہے، وہ اللہ تعالیٰ نے ایپل شاک کے ذریعے سے انسان کو بتایا۔</w:t>
      </w:r>
    </w:p>
    <w:p>
      <w:r>
        <w:rPr>
          <w:b/>
        </w:rPr>
        <w:t xml:space="preserve">[58:51] </w:t>
      </w:r>
      <w:r>
        <w:t>maulana agla comment parhna chahenge. yeh comment bheja hai professor farida khanam ne dilli se. unhon ne likha hai: "i think that muslims will have to strive to build good relations with their fellow men and perform dawah wa</w:t>
      </w:r>
    </w:p>
    <w:p>
      <w:pPr>
        <w:jc w:val="right"/>
      </w:pPr>
      <w:r>
        <w:t>مولانا اگلا کمنٹ پڑھنا چاہیں گے۔ یہ کمنٹ بھیجا ہے پروفیسر فریدہ خانم نے دلی سے۔ انہوں نے لکھا ہے: "آئی تھنک دیٹ مسلمز ویل ہیو ٹو سٹرائیو ٹو بلڈ گڈ ریلیشنز ود دیر فیلو مین اینڈ پرفارم دعویٰ و</w:t>
      </w:r>
    </w:p>
    <w:p>
      <w:r>
        <w:rPr>
          <w:b/>
        </w:rPr>
        <w:t xml:space="preserve">[59:08] </w:t>
      </w:r>
      <w:r>
        <w:t>rka. only then they will receive divine help. adopting aggressive attitude will only aggravate the situation.</w:t>
      </w:r>
    </w:p>
    <w:p>
      <w:pPr>
        <w:jc w:val="right"/>
      </w:pPr>
      <w:r>
        <w:t>رک۔ اونلی دین دے ویل ریسیو ڈیوائن ہیلپ۔ اڈاپٹنگ ایگریسو ایٹیٹیوڈ ویل اونلی ایگریویٹ دا سچویشن۔</w:t>
      </w:r>
    </w:p>
    <w:p>
      <w:r>
        <w:rPr>
          <w:b/>
        </w:rPr>
        <w:t xml:space="preserve">[59:17] </w:t>
      </w:r>
      <w:r>
        <w:t>am i right in thinking</w:t>
      </w:r>
    </w:p>
    <w:p>
      <w:pPr>
        <w:jc w:val="right"/>
      </w:pPr>
      <w:r>
        <w:t>ایم آئی رائٹ ان تھنکنگ</w:t>
      </w:r>
    </w:p>
    <w:p>
      <w:r>
        <w:rPr>
          <w:b/>
        </w:rPr>
        <w:t xml:space="preserve">[59:19] </w:t>
      </w:r>
      <w:r>
        <w:t>so?" un ka bohat sahi hai, bohat sahi hai, bohat sahi hai, bohat sahi hai. jazakumullah.</w:t>
      </w:r>
    </w:p>
    <w:p>
      <w:pPr>
        <w:jc w:val="right"/>
      </w:pPr>
      <w:r>
        <w:t>سو؟" ان کا بہت صحیح ہے، بہت صحیح ہے، بہت صحیح ہے، بہت صحیح ہے۔ جزاکم اللہ۔</w:t>
      </w:r>
    </w:p>
    <w:p>
      <w:r>
        <w:rPr>
          <w:b/>
        </w:rPr>
        <w:t xml:space="preserve">[59:33] </w:t>
      </w:r>
      <w:r>
        <w:t>maulana agla sawal lete hain. yeh sawal bheja hai</w:t>
      </w:r>
    </w:p>
    <w:p>
      <w:pPr>
        <w:jc w:val="right"/>
      </w:pPr>
      <w:r>
        <w:t>مولانا اگلا سوال لیتے ہیں۔ یہ سوال بھیجا ہے</w:t>
      </w:r>
    </w:p>
    <w:p>
      <w:r>
        <w:rPr>
          <w:b/>
        </w:rPr>
        <w:t xml:space="preserve">[59:41] </w:t>
      </w:r>
      <w:r>
        <w:t>ahmedabad se qurban ali sahib ne. unhon ne likha hai: "maulana is there any example from prophets life or his companions life that in a crisis like situation they exercised patience and the result was positive?" sab se poori history mein,</w:t>
      </w:r>
    </w:p>
    <w:p>
      <w:pPr>
        <w:jc w:val="right"/>
      </w:pPr>
      <w:r>
        <w:t>احمد آباد سے قربان علی صاحب نے۔ انہوں نے لکھا ہے: "مولانا از دیر اینی ایگزامپل فرام پرافٹس لائف اور ہز کمپینینز لائف دیٹ ان ا کرائسز لائک سچویشن دے ایکسرسائز پیشنس اینڈ دا رزلٹ واز پوزیٹیو؟" سب سے پوری ہسٹری میں،</w:t>
      </w:r>
    </w:p>
    <w:p>
      <w:r>
        <w:rPr>
          <w:b/>
        </w:rPr>
        <w:t xml:space="preserve">[1:00:02] </w:t>
      </w:r>
      <w:r>
        <w:t>poori history ka mein jo safra example hai, mein arz karta hoon. poori history mein rasool Allah sallallahu alaihi wasallam</w:t>
      </w:r>
    </w:p>
    <w:p>
      <w:pPr>
        <w:jc w:val="right"/>
      </w:pPr>
      <w:r>
        <w:t>پوری ہسٹری کا میں جو سفرہ ایگزامپل ہے، میں عرض کرتا ہوں۔ پوری ہسٹری میں رسول اللہ صلی اللہ علیہ وسلم</w:t>
      </w:r>
    </w:p>
    <w:p>
      <w:r>
        <w:rPr>
          <w:b/>
        </w:rPr>
        <w:t xml:space="preserve">[1:00:15] </w:t>
      </w:r>
      <w:r>
        <w:t>ne makkah mein yeh ailaan kiya tha ke mein Allah ka peghambar hoon, Allah ka nabi hoon.</w:t>
      </w:r>
    </w:p>
    <w:p>
      <w:pPr>
        <w:jc w:val="right"/>
      </w:pPr>
      <w:r>
        <w:t>نے مکہ میں یہ اعلان کیا تھا کہ میں اللہ کا پیغمبر ہوں، اللہ کا نبی ہوں۔</w:t>
      </w:r>
    </w:p>
    <w:p>
      <w:r>
        <w:rPr>
          <w:b/>
        </w:rPr>
        <w:t xml:space="preserve">[1:00:29] </w:t>
      </w:r>
      <w:r>
        <w:t>yeh aap ne shuru kiya quraish ke darmiyan makkah mein. kuch arse ke baad wahan aik waqia pesh aaya jo us ko kehte hain waqia hudaybiyah.</w:t>
      </w:r>
    </w:p>
    <w:p>
      <w:pPr>
        <w:jc w:val="right"/>
      </w:pPr>
      <w:r>
        <w:t>یہ آپ نے شروع کیا قریش کے درمیان مکہ میں۔ کچھ عرصے کے بعد وہاں ایک واقعہ پیش آیا جو اس کو کہتے ہیں واقعہ حدیبیہ۔</w:t>
      </w:r>
    </w:p>
    <w:p>
      <w:r>
        <w:rPr>
          <w:b/>
        </w:rPr>
        <w:t xml:space="preserve">[1:00:43] </w:t>
      </w:r>
      <w:r>
        <w:t>hudaybiyah jo makkah aur madinah ke darmiyan aik jagah thi, hudaybiyah ki, wahan par yeh pesh aaya waqia.</w:t>
      </w:r>
    </w:p>
    <w:p>
      <w:pPr>
        <w:jc w:val="right"/>
      </w:pPr>
      <w:r>
        <w:t>حدیبیہ جو مکہ اور مدینہ کے درمیان ایک جگہ تھی، حدیبیہ کی، وہاں پر یہ پیش آیا واقعہ۔</w:t>
      </w:r>
    </w:p>
    <w:p>
      <w:r>
        <w:rPr>
          <w:b/>
        </w:rPr>
        <w:t xml:space="preserve">[1:00:53] </w:t>
      </w:r>
      <w:r>
        <w:t>to yeh lambi kahani hai, apni kitabon mein parh sakte hain aap ke dono ke darmiyan aik muahida tay paaya ke hum dono ladai nahin karenge, aman par rahenge.</w:t>
      </w:r>
    </w:p>
    <w:p>
      <w:pPr>
        <w:jc w:val="right"/>
      </w:pPr>
      <w:r>
        <w:t>تو یہ لمبی کہانی ہے، اپنی کتابوں میں پڑھ سکتے ہیں آپ کہ دونوں کے درمیان ایک معاہدہ طے پایا کہ ہم دونوں لڑائی نہیں کریں گے، امن پر رہیں گے۔</w:t>
      </w:r>
    </w:p>
    <w:p>
      <w:r>
        <w:rPr>
          <w:b/>
        </w:rPr>
        <w:t xml:space="preserve">[1:01:09] </w:t>
      </w:r>
      <w:r>
        <w:t>iska muahida</w:t>
      </w:r>
    </w:p>
    <w:p>
      <w:pPr>
        <w:jc w:val="right"/>
      </w:pPr>
      <w:r>
        <w:t>اس کا معاہدہ</w:t>
      </w:r>
    </w:p>
    <w:p>
      <w:r>
        <w:rPr>
          <w:b/>
        </w:rPr>
        <w:t xml:space="preserve">[1:01:14] </w:t>
      </w:r>
      <w:r>
        <w:t>to jab muahida yani agreement jo tha, likha jaane laga to dictate kar rahe the us agreement ko rasool Allah sallallahu alaihi wasallam.</w:t>
      </w:r>
    </w:p>
    <w:p>
      <w:pPr>
        <w:jc w:val="right"/>
      </w:pPr>
      <w:r>
        <w:t>تو جب معاہدہ یعنی ایگریمنٹ جو تھا، لکھا جانے لگا تو ڈکٹیٹ کر رہے تھے اس ایگریمنٹ کو رسول اللہ صلی اللہ علیہ وسلم۔</w:t>
      </w:r>
    </w:p>
    <w:p>
      <w:r>
        <w:rPr>
          <w:b/>
        </w:rPr>
        <w:t xml:space="preserve">[1:01:26] </w:t>
      </w:r>
      <w:r>
        <w:t>aur ali ali likh rahe the us ko, ali ibn talib us ko likh rahe the. to rasool Allah ne kaha: "iktub ya ali, iktub rasool Allah." to foran foran un ka jo numainda tha quraish ka,</w:t>
      </w:r>
    </w:p>
    <w:p>
      <w:pPr>
        <w:jc w:val="right"/>
      </w:pPr>
      <w:r>
        <w:t>اور علی علی لکھ رہے تھے اس کو، علی ابن طالب اس کو لکھ رہے تھے۔ تو رسول اللہ نے کہا: "اكتب یا علی، اکتب ما رسول اللہ۔" تو فوراً فوراً ان کا جو نمائندہ تھا قریش کا،</w:t>
      </w:r>
    </w:p>
    <w:p>
      <w:r>
        <w:rPr>
          <w:b/>
        </w:rPr>
        <w:t xml:space="preserve">[1:01:52] </w:t>
      </w:r>
      <w:r>
        <w:t>suhail ibn umar, us ne foran etiraz kiya ke hum aap ko rasool Allah ka mante hain, aap likhein Muhammad bin Abdullah.</w:t>
      </w:r>
    </w:p>
    <w:p>
      <w:pPr>
        <w:jc w:val="right"/>
      </w:pPr>
      <w:r>
        <w:t>سال ابن عمر، اس نے فوراً اعتراض کیا کہ ہم آپ کو رسول اللہ کا مانتے ہیں، آپ لکھیں محمد بن عبداللہ۔</w:t>
      </w:r>
    </w:p>
    <w:p>
      <w:r>
        <w:rPr>
          <w:b/>
        </w:rPr>
        <w:t xml:space="preserve">[1:02:03] </w:t>
      </w:r>
      <w:r>
        <w:t>to aap tareekh mein parh lijiye, aik second ka bhi, aik second ke fraction ke barabar bhi aap ruke nahin, kuch baat baat nahin ki.</w:t>
      </w:r>
    </w:p>
    <w:p>
      <w:pPr>
        <w:jc w:val="right"/>
      </w:pPr>
      <w:r>
        <w:t>تو آپ تاریخ میں پڑھ لیجیے، ایک سیکنڈ کا بھی، ایک سیکنڈ کے فریکشن کے برابر بھی آپ رکے نہیں، کچھ بات بات نہیں کی۔</w:t>
      </w:r>
    </w:p>
    <w:p>
      <w:r>
        <w:rPr>
          <w:b/>
        </w:rPr>
        <w:t xml:space="preserve">[1:02:13] </w:t>
      </w:r>
      <w:r>
        <w:t>aap ne foran kaha ke: "iktub ya ali, iktub ya ali, ma alai Muhammad bin Abdullah." is se bara misaal koi paas chahte hain?</w:t>
      </w:r>
    </w:p>
    <w:p>
      <w:pPr>
        <w:jc w:val="right"/>
      </w:pPr>
      <w:r>
        <w:t>آپ نے فوراً کہا کہ: "اکتب یا علی، اکتب یا علی، ما علیہ محمد بن عبداللہ۔" اس سے بڑا مثال کوئی پاس چاہتے ہیں؟</w:t>
      </w:r>
    </w:p>
    <w:p>
      <w:r>
        <w:rPr>
          <w:b/>
        </w:rPr>
        <w:t xml:space="preserve">[1:02:26] </w:t>
      </w:r>
      <w:r>
        <w:t>is se bari koi misaal tareekh mein nahin hai.</w:t>
      </w:r>
    </w:p>
    <w:p>
      <w:pPr>
        <w:jc w:val="right"/>
      </w:pPr>
      <w:r>
        <w:t>اس سے بڑی کوئی مثال تاریخ میں نہیں ہے۔</w:t>
      </w:r>
    </w:p>
    <w:p>
      <w:r>
        <w:rPr>
          <w:b/>
        </w:rPr>
        <w:t xml:space="preserve">[1:02:36] </w:t>
      </w:r>
      <w:r>
        <w:t>is ko is is ko is ko parhne ke baad mein gaya tha ahmedabad, gujrat.</w:t>
      </w:r>
    </w:p>
    <w:p>
      <w:pPr>
        <w:jc w:val="right"/>
      </w:pPr>
      <w:r>
        <w:t>اس کو اس اس کو اس کو پڑھنے کے بعد میں گیا تھا احمد آباد، گجرات۔</w:t>
      </w:r>
    </w:p>
    <w:p>
      <w:r>
        <w:rPr>
          <w:b/>
        </w:rPr>
        <w:t xml:space="preserve">[1:02:46] </w:t>
      </w:r>
      <w:r>
        <w:t>to ahmedabad mein aik naujawan mere paas aaye aur ab aap ko chahta hoon apni factory dikhana.</w:t>
      </w:r>
    </w:p>
    <w:p>
      <w:pPr>
        <w:jc w:val="right"/>
      </w:pPr>
      <w:r>
        <w:t>تو احمد آباد میں ایک نوجوان میرے پاس آئے اور اب آپ کو چاہتا ہوں اپنی فیکٹری دکھانا۔</w:t>
      </w:r>
    </w:p>
    <w:p>
      <w:r>
        <w:rPr>
          <w:b/>
        </w:rPr>
        <w:t xml:space="preserve">[1:02:58] </w:t>
      </w:r>
      <w:r>
        <w:t>shayad barkat ke liye chahte hon woh. to khair, woh le gaye hon us ko. to un ki factory mein aik nai, aik naya engine aaya tha,</w:t>
      </w:r>
    </w:p>
    <w:p>
      <w:pPr>
        <w:jc w:val="right"/>
      </w:pPr>
      <w:r>
        <w:t>شاید برکت کے لیے چاہتے ہوں وہ۔ تو خیر، وہ لے گئے ہوں اس کو۔ تو ان کی فیکٹری میں ایک نئی، ایک نیا انجن آیا تھا،</w:t>
      </w:r>
    </w:p>
    <w:p>
      <w:r>
        <w:rPr>
          <w:b/>
        </w:rPr>
        <w:t xml:space="preserve">[1:03:11] </w:t>
      </w:r>
      <w:r>
        <w:t>woh fit hua tha, woh dikha rahe the us ko. to aap jante honge ke engine mein aik hota hai frying wheel, frying wheel se poori engine chalne lagta hai.</w:t>
      </w:r>
    </w:p>
    <w:p>
      <w:pPr>
        <w:jc w:val="right"/>
      </w:pPr>
      <w:r>
        <w:t>وہ فٹ ہوا تھا، وہ دکھا رہے تھے اس کو۔ تو آپ جانتے ہوں گے کہ انجن میں ایک ہوتا ہے فرائنگ ویل، فرائنگ ویل سے پوری انجن چلنے لگتا ہے۔</w:t>
      </w:r>
    </w:p>
    <w:p>
      <w:r>
        <w:rPr>
          <w:b/>
        </w:rPr>
        <w:t xml:space="preserve">[1:03:25] </w:t>
      </w:r>
      <w:r>
        <w:t>to is ne bohat hi fakhr ke andaaz mein aik sui dabaya. to jab sui dabaya to frying wheel aise chalne laga, aise chalne laga.</w:t>
      </w:r>
    </w:p>
    <w:p>
      <w:pPr>
        <w:jc w:val="right"/>
      </w:pPr>
      <w:r>
        <w:t>تو اس نے بہت ہی فخر کے انداز میں ایک سوئی دبایا۔ تو جب سوئی دبایا تو فرائنگ ویل ایسے چلنے لگا، ایسے چلنے لگا۔</w:t>
      </w:r>
    </w:p>
    <w:p>
      <w:r>
        <w:rPr>
          <w:b/>
        </w:rPr>
        <w:t xml:space="preserve">[1:03:41] </w:t>
      </w:r>
      <w:r>
        <w:t>to is ka</w:t>
      </w:r>
    </w:p>
    <w:p>
      <w:pPr>
        <w:jc w:val="right"/>
      </w:pPr>
      <w:r>
        <w:t>تو اس کا</w:t>
      </w:r>
    </w:p>
    <w:p>
      <w:r>
        <w:rPr>
          <w:b/>
        </w:rPr>
        <w:t xml:space="preserve">[1:03:42] </w:t>
      </w:r>
      <w:r>
        <w:t>is ne kaha: "aisa!" aur doosra bhi dekhiye, aap doosra sui dabaya to achaanak is ne direction change kar diya, idhar chalne laga.</w:t>
      </w:r>
    </w:p>
    <w:p>
      <w:pPr>
        <w:jc w:val="right"/>
      </w:pPr>
      <w:r>
        <w:t>اس نے کہا: "ایسا!" اور دوسرا بھی دیکھیے، آپ دوسرا سوئی دبایا تو اچانک اس نے ڈائریکشن چینج کر دیا، ادھر چلنے لگا۔</w:t>
      </w:r>
    </w:p>
    <w:p>
      <w:r>
        <w:rPr>
          <w:b/>
        </w:rPr>
        <w:t xml:space="preserve">[1:03:51] </w:t>
      </w:r>
      <w:r>
        <w:t>to main ne kaha ke yeh hai momin ki, momin ki shan. momin ki shan</w:t>
      </w:r>
    </w:p>
    <w:p>
      <w:pPr>
        <w:jc w:val="right"/>
      </w:pPr>
      <w:r>
        <w:t>تو میں نے کہا کہ یہ ہے مومن کی، مومن کی شان۔ مومن کی شان</w:t>
      </w:r>
    </w:p>
    <w:p>
      <w:r>
        <w:rPr>
          <w:b/>
        </w:rPr>
        <w:t xml:space="preserve">[1:03:58] </w:t>
      </w:r>
      <w:r>
        <w:t>rasool Allah mein aur quraish mein ikhtilaf tha, ikhtilaf se barh kar aur bhi shadeed ikhtilaf tha.</w:t>
      </w:r>
    </w:p>
    <w:p>
      <w:pPr>
        <w:jc w:val="right"/>
      </w:pPr>
      <w:r>
        <w:t>رسول اللہ میں اور قریش میں اختلاف تھا، اختلاف سے بڑھ کر اور بھی شدید اختلاف تھا۔</w:t>
      </w:r>
    </w:p>
    <w:p>
      <w:r>
        <w:rPr>
          <w:b/>
        </w:rPr>
        <w:t xml:space="preserve">[1:04:10] </w:t>
      </w:r>
      <w:r>
        <w:t>lekin jab woh waqia aaya, jab is ne kaha ke hum nahin mante, aap likhein Muhammad bin Abdullah, to rasool Allah ne pehle likhwaya tha: "Muhammad bin Muhammad rasool Allah,</w:t>
      </w:r>
    </w:p>
    <w:p>
      <w:pPr>
        <w:jc w:val="right"/>
      </w:pPr>
      <w:r>
        <w:t>لیکن جب وہ واقعہ آیا، جب اس نے کہا کہ ہم نہیں مانتے، آپ لکھیں محمد بن عبداللہ، تو رسول اللہ نے پہلے لکھوایا تھا: "محمد بن محمد رسول اللہ،</w:t>
      </w:r>
    </w:p>
    <w:p>
      <w:r>
        <w:rPr>
          <w:b/>
        </w:rPr>
        <w:t xml:space="preserve">[1:04:26] </w:t>
      </w:r>
      <w:r>
        <w:t>Ma Muhammad rasool Allah." to jab unhon ne etiraz kiya to jhuka ke aap ne button daba diya foran aur aise ghoomne laga.</w:t>
      </w:r>
    </w:p>
    <w:p>
      <w:pPr>
        <w:jc w:val="right"/>
      </w:pPr>
      <w:r>
        <w:t>ما محمد رسول اللہ۔" تو جب انہوں نے اعتراض کیا تو جھکا کے آپ نے بٹن دبا دیا فوراً اور ایسے گھومنے لگا۔</w:t>
      </w:r>
    </w:p>
    <w:p>
      <w:r>
        <w:rPr>
          <w:b/>
        </w:rPr>
        <w:t xml:space="preserve">[1:04:38] </w:t>
      </w:r>
      <w:r>
        <w:t>waud in second ke fraction mein aisa hua. to yeh to main samajhta hoon ke is se itni bari misaal to sirf Islam hi mein milti hai.</w:t>
      </w:r>
    </w:p>
    <w:p>
      <w:pPr>
        <w:jc w:val="right"/>
      </w:pPr>
      <w:r>
        <w:t>ود ان سیکنڈ کے فریکشن میں ایسا ہوا۔ تو یہ تو میں سمجھتا ہوں کہ اس سے اتنی بڑی مثال تو صرف اسلام ہی میں ملتی ہے۔</w:t>
      </w:r>
    </w:p>
    <w:p>
      <w:r>
        <w:rPr>
          <w:b/>
        </w:rPr>
        <w:t xml:space="preserve">[1:04:50] </w:t>
      </w:r>
      <w:r>
        <w:t>maulana aur is ka aap jante hain ke nateeja kya hua: "ana fatah</w:t>
      </w:r>
    </w:p>
    <w:p>
      <w:pPr>
        <w:jc w:val="right"/>
      </w:pPr>
      <w:r>
        <w:t>مولانا اور اس کا آپ جانتے ہیں کہ نتیجہ کیا ہوا: "انا فتح</w:t>
      </w:r>
    </w:p>
    <w:p>
      <w:r>
        <w:rPr>
          <w:b/>
        </w:rPr>
        <w:t xml:space="preserve">[1:04:55] </w:t>
      </w:r>
      <w:r>
        <w:t>na fatah mobina." is peechhe yaani peechhe hatne ka waqia yeh hai. aur is ko Allah taala ne jo acknowledge kiya to is ko yeh kaha ke yeh tuhfa m</w:t>
      </w:r>
    </w:p>
    <w:p>
      <w:pPr>
        <w:jc w:val="right"/>
      </w:pPr>
      <w:r>
        <w:t>نا فتح مبینہ۔" اس پیچھے یعنی پیچھے ہٹنے کا واقعہ یہ ہے۔ اور اس کو اللہ تعالیٰ نے جو ایکنالج کیا تو اس کو یہ کہا کہ یہ تحفۃ م</w:t>
      </w:r>
    </w:p>
    <w:p>
      <w:r>
        <w:rPr>
          <w:b/>
        </w:rPr>
        <w:t xml:space="preserve">[1:05:09] </w:t>
      </w:r>
      <w:r>
        <w:t>wun hai.</w:t>
      </w:r>
    </w:p>
    <w:p>
      <w:pPr>
        <w:jc w:val="right"/>
      </w:pPr>
      <w:r>
        <w:t>ومن ہے۔</w:t>
      </w:r>
    </w:p>
    <w:p>
      <w:r>
        <w:rPr>
          <w:b/>
        </w:rPr>
        <w:t xml:space="preserve">[1:05:17] </w:t>
      </w:r>
      <w:r>
        <w:t>maulana abdul salam umri ne haiderabad se comment bheja hai. unhon ne likha hai: "maulana sabr jannat mein dakhil ke laiq banane ke liye hai, na ke museebat museebat mein phansane ke liye.</w:t>
      </w:r>
    </w:p>
    <w:p>
      <w:pPr>
        <w:jc w:val="right"/>
      </w:pPr>
      <w:r>
        <w:t>مولانا عبدالسلام عمری نے حیدرآباد سے کمنٹ بھیجا ہے۔ انہوں نے لکھا ہے: "مولانا صبر جنت میں داخل کے لائق بنانے کے لیے ہے، نہ کہ مصیبت مصیبت میں پھنسانے کے لیے۔</w:t>
      </w:r>
    </w:p>
    <w:p>
      <w:r>
        <w:rPr>
          <w:b/>
        </w:rPr>
        <w:t xml:space="preserve">[1:05:32] </w:t>
      </w:r>
      <w:r>
        <w:t>maulana sabr ko positive sense mein bolte hue main ne aap hi ko dekha hai, kisi aur ko nahin. jazak</w:t>
      </w:r>
    </w:p>
    <w:p>
      <w:pPr>
        <w:jc w:val="right"/>
      </w:pPr>
      <w:r>
        <w:t>مولانا صبر کو پوزیٹیو سینس میں بولتے ہوئے میں نے آپ ہی کو دیکھا ہے، کسی اور کو نہیں۔ جزاک</w:t>
      </w:r>
    </w:p>
    <w:p>
      <w:r>
        <w:rPr>
          <w:b/>
        </w:rPr>
        <w:t xml:space="preserve">[1:05:40] </w:t>
      </w:r>
      <w:r>
        <w:t>Allah." sajid ahmed khan sahib ne nagpur se likha hai: "duniya ki zindagi hamare liye jannat ki advance training hai.</w:t>
      </w:r>
    </w:p>
    <w:p>
      <w:pPr>
        <w:jc w:val="right"/>
      </w:pPr>
      <w:r>
        <w:t>اللہ۔" ساجد احمد خان صاحب نے नागپور سے لکھا ہے: "دنیا کی زندگی ہمارے لیے جنت کی ایڈوانس ٹریننگ ہے۔</w:t>
      </w:r>
    </w:p>
    <w:p>
      <w:r>
        <w:rPr>
          <w:b/>
        </w:rPr>
        <w:t xml:space="preserve">[1:05:50] </w:t>
      </w:r>
      <w:r>
        <w:t>yeh khayal mere liye bilkul thrilling hai. is tarah se agar main zindagi guzaron to koi bhi problem asal mein problem nahin rahegi, balkeh aik opportunity ban jayegi.</w:t>
      </w:r>
    </w:p>
    <w:p>
      <w:pPr>
        <w:jc w:val="right"/>
      </w:pPr>
      <w:r>
        <w:t>یہ خیال میرے لیے بالکل تھرلنگ ہے۔ اس طرح سے اگر میں زندگی گزاروں تو کوئی بھی پرابلم اصل میں پرابلم نہیں رہے گی، بلکہ ایک اپرچونیٹی بن جائے گی۔</w:t>
      </w:r>
    </w:p>
    <w:p>
      <w:r>
        <w:rPr>
          <w:b/>
        </w:rPr>
        <w:t xml:space="preserve">[1:06:02] </w:t>
      </w:r>
      <w:r>
        <w:t>masha Allah! jazak Allah Maulana. Allah hum sab ko isi haqeeqat se</w:t>
      </w:r>
    </w:p>
    <w:p>
      <w:pPr>
        <w:jc w:val="right"/>
      </w:pPr>
      <w:r>
        <w:t>ماشاءاللہ! جزاک اللہ مولانا۔ اللہ ہم سب کو اسی حقیقت سے</w:t>
      </w:r>
    </w:p>
    <w:p>
      <w:r>
        <w:rPr>
          <w:b/>
        </w:rPr>
        <w:t xml:space="preserve">[1:06:09] </w:t>
      </w:r>
      <w:r>
        <w:t>aashna kar de."</w:t>
      </w:r>
    </w:p>
    <w:p>
      <w:pPr>
        <w:jc w:val="right"/>
      </w:pPr>
      <w:r>
        <w:t>آشنا کر دے۔"</w:t>
      </w:r>
    </w:p>
    <w:p>
      <w:r>
        <w:rPr>
          <w:b/>
        </w:rPr>
        <w:t xml:space="preserve">[1:06:13] </w:t>
      </w:r>
      <w:r>
        <w:t>maulana kaleem khawaja kaleemuddin sahib ne pennsylvania se khawaja kaleemuddin sahib ne comment aur sawal bheja hai.</w:t>
      </w:r>
    </w:p>
    <w:p>
      <w:pPr>
        <w:jc w:val="right"/>
      </w:pPr>
      <w:r>
        <w:t>مولانا کلیم خواجہ کلیم الدین صاحب نے پینسلوینیا سے خواجہ کلیم الدین صاحب نے کمنٹ اور سوال بھیجا ہے۔</w:t>
      </w:r>
    </w:p>
    <w:p>
      <w:r>
        <w:rPr>
          <w:b/>
        </w:rPr>
        <w:t xml:space="preserve">[1:06:22] </w:t>
      </w:r>
      <w:r>
        <w:t>woh shayad is waqt brazil mein hain. unhon ne likha hai: "maulana sahib, i have been, i had been going through a thrilling experience for the last more than a week, while i was trying to find a place to store a container full of portuguese and spanish quran in brazil.</w:t>
      </w:r>
    </w:p>
    <w:p>
      <w:pPr>
        <w:jc w:val="right"/>
      </w:pPr>
      <w:r>
        <w:t>وہ شاید اس وقت برازیل میں ہیں۔ انہوں نے لکھا ہے: "مولانا صاحب، آئی ہیو بین، آئی ہیڈ بین گوئنگ تھرو ا تھرلنگ ایکسپیرینس فار دا لاسٹ مور دین ا ویک، وائل آئی واز ٹرائنگ ٹو فائنڈ ا پلیس ٹو سٹور ا کنٹینر فل اف پرتگیز اینڈ سپینش قرآن ان برازیل۔</w:t>
      </w:r>
    </w:p>
    <w:p>
      <w:r>
        <w:rPr>
          <w:b/>
        </w:rPr>
        <w:t xml:space="preserve">[1:06:44] </w:t>
      </w:r>
      <w:r>
        <w:t>no one had a space to store these many qurans. the only place i knew were these qurans could be stored was a place where a large beautiful mosque is located.</w:t>
      </w:r>
    </w:p>
    <w:p>
      <w:pPr>
        <w:jc w:val="right"/>
      </w:pPr>
      <w:r>
        <w:t>نو ون ہیڈ ا سپیس ٹو سٹور دیز مینی قرآنز۔ دا اونلی پلیس آئی نیو ویر دیز قرآنز کڈ بی سٹورڈ واز ا پلیس ویر ا لارج بیوٹی فل مسک از لوکیٹڈ۔</w:t>
      </w:r>
    </w:p>
    <w:p>
      <w:r>
        <w:rPr>
          <w:b/>
        </w:rPr>
        <w:t xml:space="preserve">[1:06:57] </w:t>
      </w:r>
      <w:r>
        <w:t>but the people in charge of this mosque could only speak arabic language. Maulana sahib, even though i did not know arabic language, i was surprisingly able to communicate with them as though i knew perfect arabic.</w:t>
      </w:r>
    </w:p>
    <w:p>
      <w:pPr>
        <w:jc w:val="right"/>
      </w:pPr>
      <w:r>
        <w:t>بٹ دا پیپل ان چارج اف دس مسک کڈ اونلی سپیک عربک لینگویج۔ مولانا صاحب، ایون دو آئی ڈیڈ ناٹ نو عربک لینگویج، آئی واز سرپرائزنگلی ایبل ٹو کمیونیکیٹ ود دیم ایز دو آئی نیو پرفیکٹ عربک۔</w:t>
      </w:r>
    </w:p>
    <w:p>
      <w:r>
        <w:rPr>
          <w:b/>
        </w:rPr>
        <w:t xml:space="preserve">[1:07:14] </w:t>
      </w:r>
      <w:r>
        <w:t>it has all become possible for me to get them to agree to take this shipment. it was through the use of google translator program.</w:t>
      </w:r>
    </w:p>
    <w:p>
      <w:pPr>
        <w:jc w:val="right"/>
      </w:pPr>
      <w:r>
        <w:t>اٹ ہیز ال بیکم پوسیبل فار می ٹو گیٹ دیم ٹو ایگری ٹو ٹیک دس شپمنٹ۔ اٹ واز تھرو دا یوز اف گوگل ٹرانسلیٹر پروگرام۔</w:t>
      </w:r>
    </w:p>
    <w:p>
      <w:r>
        <w:rPr>
          <w:b/>
        </w:rPr>
        <w:t xml:space="preserve">[1:07:25] </w:t>
      </w:r>
      <w:r>
        <w:t>this experience reminded me of the verse from the bible: "if these keeps silent, the stone</w:t>
      </w:r>
    </w:p>
    <w:p>
      <w:pPr>
        <w:jc w:val="right"/>
      </w:pPr>
      <w:r>
        <w:t>دس ایکسپیرینس ریمائنڈڈ می اف دا ورس فرام دا بائبل: "اف دیز کیپس سائلنٹ، دا سٹون</w:t>
      </w:r>
    </w:p>
    <w:p>
      <w:r>
        <w:rPr>
          <w:b/>
        </w:rPr>
        <w:t xml:space="preserve">[1:07:33] </w:t>
      </w:r>
      <w:r>
        <w:t>"through the experience, truly I felt that the stone in the form of Google Translator is speaking.</w:t>
      </w:r>
    </w:p>
    <w:p>
      <w:pPr>
        <w:jc w:val="right"/>
      </w:pPr>
      <w:r>
        <w:t>ز ویل سپیک۔" تھرو دس ایکسپیرینس، ٹرولی آئی فیلٹ دیٹ دا سٹون ان دا فارم اف گوگل ٹرانسلیٹر از سپیکنگ۔</w:t>
      </w:r>
    </w:p>
    <w:p>
      <w:r>
        <w:rPr>
          <w:b/>
        </w:rPr>
        <w:t xml:space="preserve">[1:07:43] </w:t>
      </w:r>
      <w:r>
        <w:t>molana sahib, what is your comment on this? bohat acha comment hai. is mein mujhe add nahi karna hai, balkay appreciate karna hai.</w:t>
      </w:r>
    </w:p>
    <w:p>
      <w:pPr>
        <w:jc w:val="right"/>
      </w:pPr>
      <w:r>
        <w:t>مولانا صاحب، واٹ از یور کمنٹ ان دس؟ بہت اچھا کمنٹ ہے۔ اس میں مجھے ایڈ نہیں کرنا ہے، بلکہ ایپریشیٹ کرنا ہے۔</w:t>
      </w:r>
    </w:p>
    <w:p>
      <w:r>
        <w:rPr>
          <w:b/>
        </w:rPr>
        <w:t xml:space="preserve">[1:07:54] </w:t>
      </w:r>
      <w:r>
        <w:t>allah taala aap ko jaza-e-khair ata farmaye.</w:t>
      </w:r>
    </w:p>
    <w:p>
      <w:pPr>
        <w:jc w:val="right"/>
      </w:pPr>
      <w:r>
        <w:t>اللہ تعالیٰ آپ کو جزائے خیر عطا فرمائے۔</w:t>
      </w:r>
    </w:p>
    <w:p>
      <w:r>
        <w:rPr>
          <w:b/>
        </w:rPr>
        <w:t xml:space="preserve">[1:08:01] </w:t>
      </w:r>
      <w:r>
        <w:t>molana, agla sawal lucknow se aya hai.</w:t>
      </w:r>
    </w:p>
    <w:p>
      <w:pPr>
        <w:jc w:val="right"/>
      </w:pPr>
      <w:r>
        <w:t>مولانا، اگلا سوال لکھنو سے آیا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