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Shukr 18 Jan 2020 - Maulana Wahiduddin Khan</w:t>
      </w:r>
    </w:p>
    <w:p>
      <w:r>
        <w:t>https://www.youtube.com/watch?v=5gy8neGGM_E</w:t>
      </w:r>
    </w:p>
    <w:p>
      <w:r>
        <w:rPr>
          <w:b/>
        </w:rPr>
        <w:t xml:space="preserve">[00:13] </w:t>
      </w:r>
      <w:r>
        <w:t>bismillah-ir-rehman-ir-rahim. 18 January</w:t>
      </w:r>
    </w:p>
    <w:p>
      <w:pPr>
        <w:jc w:val="right"/>
      </w:pPr>
      <w:r>
        <w:t>بسم اللہ الرحمن الرحیم۔ 18 جنوری</w:t>
      </w:r>
    </w:p>
    <w:p>
      <w:r>
        <w:rPr>
          <w:b/>
        </w:rPr>
        <w:t xml:space="preserve">[00:20] </w:t>
      </w:r>
      <w:r>
        <w:t>2020. zindagi</w:t>
      </w:r>
    </w:p>
    <w:p>
      <w:pPr>
        <w:jc w:val="right"/>
      </w:pPr>
      <w:r>
        <w:t>2020۔ زندگی</w:t>
      </w:r>
    </w:p>
    <w:p>
      <w:r>
        <w:rPr>
          <w:b/>
        </w:rPr>
        <w:t xml:space="preserve">[00:27] </w:t>
      </w:r>
      <w:r>
        <w:t>mein problem atay hain, mislan bimari ke problem, koi aur problem.</w:t>
      </w:r>
    </w:p>
    <w:p>
      <w:pPr>
        <w:jc w:val="right"/>
      </w:pPr>
      <w:r>
        <w:t>میں پرابلم آتے ہیں، مثلاً بیماری کے پرابلم، کوئی اور پرابلم۔</w:t>
      </w:r>
    </w:p>
    <w:p>
      <w:r>
        <w:rPr>
          <w:b/>
        </w:rPr>
        <w:t xml:space="preserve">[00:43] </w:t>
      </w:r>
      <w:r>
        <w:t>mein samajhta hoon ke yeh problem atay hain to enhance your</w:t>
      </w:r>
    </w:p>
    <w:p>
      <w:pPr>
        <w:jc w:val="right"/>
      </w:pPr>
      <w:r>
        <w:t>میں سمجھتا ہوں کہ یہ پرابلم آتے ہیں to enhance your</w:t>
      </w:r>
    </w:p>
    <w:p>
      <w:r>
        <w:rPr>
          <w:b/>
        </w:rPr>
        <w:t xml:space="preserve">[00:52] </w:t>
      </w:r>
      <w:r>
        <w:t>level of dua.</w:t>
      </w:r>
    </w:p>
    <w:p>
      <w:pPr>
        <w:jc w:val="right"/>
      </w:pPr>
      <w:r>
        <w:t>level of دعا۔</w:t>
      </w:r>
    </w:p>
    <w:p>
      <w:r>
        <w:rPr>
          <w:b/>
        </w:rPr>
        <w:t xml:space="preserve">[01:02] </w:t>
      </w:r>
      <w:r>
        <w:t>meri samajh mein ata hai ke</w:t>
      </w:r>
    </w:p>
    <w:p>
      <w:pPr>
        <w:jc w:val="right"/>
      </w:pPr>
      <w:r>
        <w:t>میری سمجھ میں آتا ہے کہ</w:t>
      </w:r>
    </w:p>
    <w:p>
      <w:r>
        <w:rPr>
          <w:b/>
        </w:rPr>
        <w:t xml:space="preserve">[01:07] </w:t>
      </w:r>
      <w:r>
        <w:t>god ne jo create kiya hai, sirf is liye ke log is ko pehchanen. mein aksar sochta hoon ke itni bari dunya,</w:t>
      </w:r>
    </w:p>
    <w:p>
      <w:pPr>
        <w:jc w:val="right"/>
      </w:pPr>
      <w:r>
        <w:t>گاڈ نے جو create کیا ہے، صرف اس لیے کہ لوگ اس کو پہچانیں۔ میں اکثر سوچتا ہوں کہ اتنی بڑی دنیا،</w:t>
      </w:r>
    </w:p>
    <w:p>
      <w:r>
        <w:rPr>
          <w:b/>
        </w:rPr>
        <w:t xml:space="preserve">[01:22] </w:t>
      </w:r>
      <w:r>
        <w:t>yeh galaxy, yeh solar system,</w:t>
      </w:r>
    </w:p>
    <w:p>
      <w:pPr>
        <w:jc w:val="right"/>
      </w:pPr>
      <w:r>
        <w:t>یہ گیلیکسی، یہ سولر سسٹم،</w:t>
      </w:r>
    </w:p>
    <w:p>
      <w:r>
        <w:rPr>
          <w:b/>
        </w:rPr>
        <w:t xml:space="preserve">[01:28] </w:t>
      </w:r>
      <w:r>
        <w:t>yeh sab kese barh gaya aur kis liye barh gaya.</w:t>
      </w:r>
    </w:p>
    <w:p>
      <w:pPr>
        <w:jc w:val="right"/>
      </w:pPr>
      <w:r>
        <w:t>یہ سب کیسے بڑھ گیا اور کس لیے بڑھ گیا۔</w:t>
      </w:r>
    </w:p>
    <w:p>
      <w:r>
        <w:rPr>
          <w:b/>
        </w:rPr>
        <w:t xml:space="preserve">[01:36] </w:t>
      </w:r>
      <w:r>
        <w:t>to yeh sab is liye hua ke insan apne rab ko manay, pehchanay, apne rab ko pehchanay.</w:t>
      </w:r>
    </w:p>
    <w:p>
      <w:pPr>
        <w:jc w:val="right"/>
      </w:pPr>
      <w:r>
        <w:t>تو یہ سب اس لیے ہوا کہ انسان اپنے رب کو مانے، پہچانے، اپنے رب کو پہچانے۔</w:t>
      </w:r>
    </w:p>
    <w:p>
      <w:r>
        <w:rPr>
          <w:b/>
        </w:rPr>
        <w:t xml:space="preserve">[01:54] </w:t>
      </w:r>
      <w:r>
        <w:t>to mein samajhta hoon ke jab bhi koi problem ata hai to apne level of dua ko barhaiye.</w:t>
      </w:r>
    </w:p>
    <w:p>
      <w:pPr>
        <w:jc w:val="right"/>
      </w:pPr>
      <w:r>
        <w:t>تو میں سمجھتا ہوں کہ جب بھی کوئی پرابلم آتا ہے تو اپنے level of دعا کو بڑھائیے۔</w:t>
      </w:r>
    </w:p>
    <w:p>
      <w:r>
        <w:rPr>
          <w:b/>
        </w:rPr>
        <w:t xml:space="preserve">[02:07] </w:t>
      </w:r>
      <w:r>
        <w:t>apne level of dua ko barhaiye.</w:t>
      </w:r>
    </w:p>
    <w:p>
      <w:pPr>
        <w:jc w:val="right"/>
      </w:pPr>
      <w:r>
        <w:t>اپنے level of دعا کو بڑھائیے۔</w:t>
      </w:r>
    </w:p>
    <w:p>
      <w:r>
        <w:rPr>
          <w:b/>
        </w:rPr>
        <w:t xml:space="preserve">[02:13] </w:t>
      </w:r>
      <w:r>
        <w:t>mislan aaj mein soch raha tha yeh baat to mujhe yaad aya ke meri jo maan thi, meri maan, jo taqreeban so saal par un ki death hui,</w:t>
      </w:r>
    </w:p>
    <w:p>
      <w:pPr>
        <w:jc w:val="right"/>
      </w:pPr>
      <w:r>
        <w:t>مثلاً آج میں سوچ رہا تھا یہ بات تو مجھے یاد آیا کہ میری جو ماں تھی، میری ماں، جو تقریباً سو سال پر ان کی ڈیتھ ہوئی،</w:t>
      </w:r>
    </w:p>
    <w:p>
      <w:r>
        <w:rPr>
          <w:b/>
        </w:rPr>
        <w:t xml:space="preserve">[02:30] </w:t>
      </w:r>
      <w:r>
        <w:t>to woh mujh ko bohat marti theen.</w:t>
      </w:r>
    </w:p>
    <w:p>
      <w:pPr>
        <w:jc w:val="right"/>
      </w:pPr>
      <w:r>
        <w:t>تو وہ مجھ کو بہت مانتی تھیں۔</w:t>
      </w:r>
    </w:p>
    <w:p>
      <w:r>
        <w:rPr>
          <w:b/>
        </w:rPr>
        <w:t xml:space="preserve">[02:36] </w:t>
      </w:r>
      <w:r>
        <w:t>aur un ki hamesha aik dua hoti thi, hamesha. woh dehati zaban bolti theen.</w:t>
      </w:r>
    </w:p>
    <w:p>
      <w:pPr>
        <w:jc w:val="right"/>
      </w:pPr>
      <w:r>
        <w:t>اور ان کی ہمیشہ ایک دعا ہوتی تھی، ہمیشہ۔ وہ دیہاتی زبان بولتی تھیں۔</w:t>
      </w:r>
    </w:p>
    <w:p>
      <w:r>
        <w:rPr>
          <w:b/>
        </w:rPr>
        <w:t xml:space="preserve">[02:47] </w:t>
      </w:r>
      <w:r>
        <w:t>to woh kehti theen,</w:t>
      </w:r>
    </w:p>
    <w:p>
      <w:pPr>
        <w:jc w:val="right"/>
      </w:pPr>
      <w:r>
        <w:t>تو وہ کہتی تھیں،</w:t>
      </w:r>
    </w:p>
    <w:p>
      <w:r>
        <w:rPr>
          <w:b/>
        </w:rPr>
        <w:t xml:space="preserve">[02:52] </w:t>
      </w:r>
      <w:r>
        <w:t>woh kehti theen ke "allah mian, church par utha hua".</w:t>
      </w:r>
    </w:p>
    <w:p>
      <w:pPr>
        <w:jc w:val="right"/>
      </w:pPr>
      <w:r>
        <w:t>وہ کہتی تھیں کہ "اللہ میاں، چرچ پر اٹھا ہوا"۔</w:t>
      </w:r>
    </w:p>
    <w:p>
      <w:r>
        <w:rPr>
          <w:b/>
        </w:rPr>
        <w:t xml:space="preserve">[03:05] </w:t>
      </w:r>
      <w:r>
        <w:t>yeh un ki zaban thi, dehati zaban. "allah mian, church par utha hua".</w:t>
      </w:r>
    </w:p>
    <w:p>
      <w:pPr>
        <w:jc w:val="right"/>
      </w:pPr>
      <w:r>
        <w:t>یہ ان کی زبان تھی، دیہاتی زبان۔ "اللہ میاں، چرچ پر اٹھا ہوا"۔</w:t>
      </w:r>
    </w:p>
    <w:p>
      <w:r>
        <w:rPr>
          <w:b/>
        </w:rPr>
        <w:t xml:space="preserve">[03:16] </w:t>
      </w:r>
      <w:r>
        <w:t>to aaj subah mein soch raha tha ke yeh dua ka matlab kya hai.</w:t>
      </w:r>
    </w:p>
    <w:p>
      <w:pPr>
        <w:jc w:val="right"/>
      </w:pPr>
      <w:r>
        <w:t>تو آج صبح میں سوچ رہا تھا کہ یہ دعا کا مطلب کیا ہے۔</w:t>
      </w:r>
    </w:p>
    <w:p>
      <w:r>
        <w:rPr>
          <w:b/>
        </w:rPr>
        <w:t xml:space="preserve">[03:28] </w:t>
      </w:r>
      <w:r>
        <w:t>to meri samajh mein aya ke yeh is dua ka matlab hai ke mere organ</w:t>
      </w:r>
    </w:p>
    <w:p>
      <w:pPr>
        <w:jc w:val="right"/>
      </w:pPr>
      <w:r>
        <w:t>تو میری سمجھ میں آیا کہ یہ اس دعا کا مطلب ہے کہ میرے آرگن</w:t>
      </w:r>
    </w:p>
    <w:p>
      <w:r>
        <w:rPr>
          <w:b/>
        </w:rPr>
        <w:t xml:space="preserve">[03:40] </w:t>
      </w:r>
      <w:r>
        <w:t>aakhri waqt tak workable rahen.</w:t>
      </w:r>
    </w:p>
    <w:p>
      <w:pPr>
        <w:jc w:val="right"/>
      </w:pPr>
      <w:r>
        <w:t>آخری وقت تک ورک ایبل رہیں۔</w:t>
      </w:r>
    </w:p>
    <w:p>
      <w:r>
        <w:rPr>
          <w:b/>
        </w:rPr>
        <w:t xml:space="preserve">[03:48] </w:t>
      </w:r>
      <w:r>
        <w:t>meri samajh mein aayi ke hamare jo organ hain, woh hamare liye aik vehicle hain.</w:t>
      </w:r>
    </w:p>
    <w:p>
      <w:pPr>
        <w:jc w:val="right"/>
      </w:pPr>
      <w:r>
        <w:t>میری سمجھ میں آئی کہ ہمارے جو آرگن ہیں، وہ ہمارے لیے ایک وہیکل ہیں۔</w:t>
      </w:r>
    </w:p>
    <w:p>
      <w:r>
        <w:rPr>
          <w:b/>
        </w:rPr>
        <w:t xml:space="preserve">[04:00] </w:t>
      </w:r>
      <w:r>
        <w:t>hamara mind jo hai, yahi asal insan hai, asal mein hai.</w:t>
      </w:r>
    </w:p>
    <w:p>
      <w:pPr>
        <w:jc w:val="right"/>
      </w:pPr>
      <w:r>
        <w:t>ہمارا مائنڈ جو ہے، یہی اصل انسان ہے، اصل میں ہے۔</w:t>
      </w:r>
    </w:p>
    <w:p>
      <w:r>
        <w:rPr>
          <w:b/>
        </w:rPr>
        <w:t xml:space="preserve">[04:08] </w:t>
      </w:r>
      <w:r>
        <w:t>woh mind ke level par. aur yeh baqi jo body hamari hai, woh is insan ki vehicle hai.</w:t>
      </w:r>
    </w:p>
    <w:p>
      <w:pPr>
        <w:jc w:val="right"/>
      </w:pPr>
      <w:r>
        <w:t>وہ مائنڈ کے لیول پر۔ اور یہ باقی جو باڈی ہماری ہے، وہ اس انسان کی وہیکل ہے۔</w:t>
      </w:r>
    </w:p>
    <w:p>
      <w:r>
        <w:rPr>
          <w:b/>
        </w:rPr>
        <w:t xml:space="preserve">[04:22] </w:t>
      </w:r>
      <w:r>
        <w:t>is ka matlab hai ke mera vehicle aakhri waqt tak workable rahe.</w:t>
      </w:r>
    </w:p>
    <w:p>
      <w:pPr>
        <w:jc w:val="right"/>
      </w:pPr>
      <w:r>
        <w:t>اس کا مطلب ہے کہ میرا وہیکل آخری وقت تک ورک ایبل رہے۔</w:t>
      </w:r>
    </w:p>
    <w:p>
      <w:r>
        <w:rPr>
          <w:b/>
        </w:rPr>
        <w:t xml:space="preserve">[04:33] </w:t>
      </w:r>
      <w:r>
        <w:t>to jab bhi koi aadmi kisi problem se</w:t>
      </w:r>
    </w:p>
    <w:p>
      <w:pPr>
        <w:jc w:val="right"/>
      </w:pPr>
      <w:r>
        <w:t>تو جب بھی کوئی آدمی کسی پرابلم سے</w:t>
      </w:r>
    </w:p>
    <w:p>
      <w:r>
        <w:rPr>
          <w:b/>
        </w:rPr>
        <w:t xml:space="preserve">[04:40] </w:t>
      </w:r>
      <w:r>
        <w:t>durust pesh aaye to bas woh dua kare. bohat ajeeb baat hai ke meri maan sau baras, sau saal tak zinda rahin aur apna apna kaam woh aakhri waqt tak khud hi karti rahin.</w:t>
      </w:r>
    </w:p>
    <w:p>
      <w:pPr>
        <w:jc w:val="right"/>
      </w:pPr>
      <w:r>
        <w:t>درست پیش آئے تو بس وہ دعا کرے۔ بہت عجیب بات ہے کہ میری ماں سو برس، سو سال تک زندہ رہیں اور اپنا اپنا کام وہ آخری وقت تک خود ہی کرتی رہیں۔</w:t>
      </w:r>
    </w:p>
    <w:p>
      <w:r>
        <w:rPr>
          <w:b/>
        </w:rPr>
        <w:t xml:space="preserve">[05:03] </w:t>
      </w:r>
      <w:r>
        <w:t>bohat ajeeb baat hai.</w:t>
      </w:r>
    </w:p>
    <w:p>
      <w:pPr>
        <w:jc w:val="right"/>
      </w:pPr>
      <w:r>
        <w:t>بہت عجیب بات ہے۔</w:t>
      </w:r>
    </w:p>
    <w:p>
      <w:r>
        <w:rPr>
          <w:b/>
        </w:rPr>
        <w:t xml:space="preserve">[05:10] </w:t>
      </w:r>
      <w:r>
        <w:t>bohat ajeeb baat hai.</w:t>
      </w:r>
    </w:p>
    <w:p>
      <w:pPr>
        <w:jc w:val="right"/>
      </w:pPr>
      <w:r>
        <w:t>بہت عجیب بات ہے۔</w:t>
      </w:r>
    </w:p>
    <w:p>
      <w:r>
        <w:rPr>
          <w:b/>
        </w:rPr>
        <w:t xml:space="preserve">[05:18] </w:t>
      </w:r>
      <w:r>
        <w:t>to is ka matlab yeh hai ke mujhe is haal mein rakh ke mein aakhri waqt tak teri nematon ko yaad karoon aur shukr karoon.</w:t>
      </w:r>
    </w:p>
    <w:p>
      <w:pPr>
        <w:jc w:val="right"/>
      </w:pPr>
      <w:r>
        <w:t>تو اس کا مطلب یہ ہے کہ مجھے اس حال میں رکھ کے میں آخری وقت تک تیری نعمتوں کو یاد کروں اور شکر کروں۔</w:t>
      </w:r>
    </w:p>
    <w:p>
      <w:r>
        <w:rPr>
          <w:b/>
        </w:rPr>
        <w:t xml:space="preserve">[05:36] </w:t>
      </w:r>
      <w:r>
        <w:t>har insan ko chahiye ke woh</w:t>
      </w:r>
    </w:p>
    <w:p>
      <w:pPr>
        <w:jc w:val="right"/>
      </w:pPr>
      <w:r>
        <w:t>ہر انسان کو چاہیے کہ وہ</w:t>
      </w:r>
    </w:p>
    <w:p>
      <w:r>
        <w:rPr>
          <w:b/>
        </w:rPr>
        <w:t xml:space="preserve">[05:43] </w:t>
      </w:r>
      <w:r>
        <w:t>apne</w:t>
      </w:r>
    </w:p>
    <w:p>
      <w:pPr>
        <w:jc w:val="right"/>
      </w:pPr>
      <w:r>
        <w:t>اپنے</w:t>
      </w:r>
    </w:p>
    <w:p>
      <w:r>
        <w:rPr>
          <w:b/>
        </w:rPr>
        <w:t xml:space="preserve">[05:47] </w:t>
      </w:r>
      <w:r>
        <w:t>creator ki</w:t>
      </w:r>
    </w:p>
    <w:p>
      <w:pPr>
        <w:jc w:val="right"/>
      </w:pPr>
      <w:r>
        <w:t>کریٹر کی</w:t>
      </w:r>
    </w:p>
    <w:p>
      <w:r>
        <w:rPr>
          <w:b/>
        </w:rPr>
        <w:t xml:space="preserve">[05:52] </w:t>
      </w:r>
      <w:r>
        <w:t>ki jo dein hai, jo us ki di hui cheezen hain, us ko yaad kare</w:t>
      </w:r>
    </w:p>
    <w:p>
      <w:pPr>
        <w:jc w:val="right"/>
      </w:pPr>
      <w:r>
        <w:t>کی جو دین ہے، جو اس کی دی ہوئی چیزیں ہیں، اس کو یاد کرے</w:t>
      </w:r>
    </w:p>
    <w:p>
      <w:r>
        <w:rPr>
          <w:b/>
        </w:rPr>
        <w:t xml:space="preserve">[06:04] </w:t>
      </w:r>
      <w:r>
        <w:t>aur uska</w:t>
      </w:r>
    </w:p>
    <w:p>
      <w:pPr>
        <w:jc w:val="right"/>
      </w:pPr>
      <w:r>
        <w:t>اور اس کا</w:t>
      </w:r>
    </w:p>
    <w:p>
      <w:r>
        <w:rPr>
          <w:b/>
        </w:rPr>
        <w:t xml:space="preserve">[06:07] </w:t>
      </w:r>
      <w:r>
        <w:t>etraf kare. to shukr ka matlab hai iqrar karna.</w:t>
      </w:r>
    </w:p>
    <w:p>
      <w:pPr>
        <w:jc w:val="right"/>
      </w:pPr>
      <w:r>
        <w:t>اعتراف کرے۔ تو شکر کا مطلب ہے اقرار کرنا۔</w:t>
      </w:r>
    </w:p>
    <w:p>
      <w:r>
        <w:rPr>
          <w:b/>
        </w:rPr>
        <w:t xml:space="preserve">[06:16] </w:t>
      </w:r>
      <w:r>
        <w:t>shukr ka matlab hai iqrar karna. aur hadith mein aayi ke "lam yashkur al-nas lam yashkur Allah". is ka matlab yeh hai ke insan apne apne creator ka shukr karne wala hai ke nahi hai.</w:t>
      </w:r>
    </w:p>
    <w:p>
      <w:pPr>
        <w:jc w:val="right"/>
      </w:pPr>
      <w:r>
        <w:t>شکر کا مطلب ہے اقرار کرنا۔ اور حدیث میں آئی کہ "لم یشکر الناس لم یشکر اللہ"۔ اس کا مطلب یہ ہے کہ انسان اپنے اپنے کریٹر کا شکر کرنے والا ہے کہ نہیں ہے۔</w:t>
      </w:r>
    </w:p>
    <w:p>
      <w:r>
        <w:rPr>
          <w:b/>
        </w:rPr>
        <w:t xml:space="preserve">[06:37] </w:t>
      </w:r>
      <w:r>
        <w:t>us ki jaanch hoti hai ke woh insan ko iqrar kar raha hai ya nahi hai. is insan ke</w:t>
      </w:r>
    </w:p>
    <w:p>
      <w:pPr>
        <w:jc w:val="right"/>
      </w:pPr>
      <w:r>
        <w:t>اس کی جانچ ہوتی ہے کہ وہ انسان کو اقرار کر رہا ہے یا نہیں ہے۔ اس انسان کے</w:t>
      </w:r>
    </w:p>
    <w:p>
      <w:r>
        <w:rPr>
          <w:b/>
        </w:rPr>
        <w:t xml:space="preserve">[06:48] </w:t>
      </w:r>
      <w:r>
        <w:t>insan ko iqrar kar ke woh Allah ko iqrar karne ka</w:t>
      </w:r>
    </w:p>
    <w:p>
      <w:pPr>
        <w:jc w:val="right"/>
      </w:pPr>
      <w:r>
        <w:t>انسان کو اقرار کر کے وہ اللہ کو اقرار کرنے کا</w:t>
      </w:r>
    </w:p>
    <w:p>
      <w:r>
        <w:rPr>
          <w:b/>
        </w:rPr>
        <w:t xml:space="preserve">[07:00] </w:t>
      </w:r>
      <w:r>
        <w:t>remind karta hai.</w:t>
      </w:r>
    </w:p>
    <w:p>
      <w:pPr>
        <w:jc w:val="right"/>
      </w:pPr>
      <w:r>
        <w:t>ریمائنڈ کرتا ہے۔</w:t>
      </w:r>
    </w:p>
    <w:p>
      <w:r>
        <w:rPr>
          <w:b/>
        </w:rPr>
        <w:t xml:space="preserve">[07:04] </w:t>
      </w:r>
      <w:r>
        <w:t>to mein apne liye, aap sab logon ke liye dua karta hoon ke hum log</w:t>
      </w:r>
    </w:p>
    <w:p>
      <w:pPr>
        <w:jc w:val="right"/>
      </w:pPr>
      <w:r>
        <w:t>تو میں اپنے لیے، آپ سب لوگوں کے لیے دعا کرتا ہوں کہ ہم لوگ</w:t>
      </w:r>
    </w:p>
    <w:p>
      <w:r>
        <w:rPr>
          <w:b/>
        </w:rPr>
        <w:t xml:space="preserve">[07:13] </w:t>
      </w:r>
      <w:r>
        <w:t>Allah ko aur insan ko iqrar karne wale banen.</w:t>
      </w:r>
    </w:p>
    <w:p>
      <w:pPr>
        <w:jc w:val="right"/>
      </w:pPr>
      <w:r>
        <w:t>اللہ کو اور انسان کو اقرار کرنے والے بنیں۔</w:t>
      </w:r>
    </w:p>
    <w:p>
      <w:r>
        <w:rPr>
          <w:b/>
        </w:rPr>
        <w:t xml:space="preserve">[07:21] </w:t>
      </w:r>
      <w:r>
        <w:t>yahi mein sochta hoon ke sab se bari,</w:t>
      </w:r>
    </w:p>
    <w:p>
      <w:pPr>
        <w:jc w:val="right"/>
      </w:pPr>
      <w:r>
        <w:t>یہی میں سوچتا ہوں کہ سب سے بڑی،</w:t>
      </w:r>
    </w:p>
    <w:p>
      <w:r>
        <w:rPr>
          <w:b/>
        </w:rPr>
        <w:t xml:space="preserve">[07:32] </w:t>
      </w:r>
      <w:r>
        <w:t>sab se bari</w:t>
      </w:r>
    </w:p>
    <w:p>
      <w:pPr>
        <w:jc w:val="right"/>
      </w:pPr>
      <w:r>
        <w:t>سب سے بڑی</w:t>
      </w:r>
    </w:p>
    <w:p>
      <w:r>
        <w:rPr>
          <w:b/>
        </w:rPr>
        <w:t xml:space="preserve">[07:43] </w:t>
      </w:r>
      <w:r>
        <w:t>sab par amal hai.</w:t>
      </w:r>
    </w:p>
    <w:p>
      <w:pPr>
        <w:jc w:val="right"/>
      </w:pPr>
      <w:r>
        <w:t>سب پر عمل ہے۔</w:t>
      </w:r>
    </w:p>
    <w:p>
      <w:r>
        <w:rPr>
          <w:b/>
        </w:rPr>
        <w:t xml:space="preserve">[07:58] </w:t>
      </w:r>
      <w:r>
        <w:t>ab Hureyra (R.A.) ki riwayat hai: Rasool Allah (S.A.W.) ne kaha: "Man lam yashkur al-nas lam yashkur Allah" ke jis ne insan ka shukr ada nahi kiya, us ne Allah ka shukr ada nahi kiya.</w:t>
      </w:r>
    </w:p>
    <w:p>
      <w:pPr>
        <w:jc w:val="right"/>
      </w:pPr>
      <w:r>
        <w:t>ابوہریرہ رضی اللہ عنہ کی روایت ہے: رسول اللہ صلی اللہ علیہ وسلم نے کہا: "من لم یشکر الناس لم یشکر اللہ" کہ جس نے انسان کا شکر ادا نہیں کیا، اس نے اللہ کا شکر ادا نہیں کیا۔</w:t>
      </w:r>
    </w:p>
    <w:p>
      <w:r>
        <w:rPr>
          <w:b/>
        </w:rPr>
        <w:t xml:space="preserve">[08:12] </w:t>
      </w:r>
      <w:r>
        <w:t>yeh musnad ahmad, sunan abu daud waghera mein yeh riwayat hai. to mera sawal is par yeh hai ke aakhir Allah taala ke shukr ko insan ke shukr ke sath kyun jod diya gaya hai</w:t>
      </w:r>
    </w:p>
    <w:p>
      <w:pPr>
        <w:jc w:val="right"/>
      </w:pPr>
      <w:r>
        <w:t>یہ مسند احمد، سنن ابو داؤد وغیرہ میں یہ روایت ہے۔ تو میرا سوال اس پر یہ ہے کہ آخر اللہ تعالی کے شکر کو انسان کے شکر کے ساتھ کیوں جوڑ دیا گیا ہے</w:t>
      </w:r>
    </w:p>
    <w:p>
      <w:r>
        <w:rPr>
          <w:b/>
        </w:rPr>
        <w:t xml:space="preserve">[08:24] </w:t>
      </w:r>
      <w:r>
        <w:t>Allah ka iqrar, yeh insan ko iqrar karna is baat ka</w:t>
      </w:r>
    </w:p>
    <w:p>
      <w:pPr>
        <w:jc w:val="right"/>
      </w:pPr>
      <w:r>
        <w:t>؟ اللہ کا اقرار، یہ انسان کو اقرار کرنا اس بات کا</w:t>
      </w:r>
    </w:p>
    <w:p>
      <w:r>
        <w:rPr>
          <w:b/>
        </w:rPr>
        <w:t xml:space="preserve">[08:38] </w:t>
      </w:r>
      <w:r>
        <w:t>alamat hai ke aadmi ke andar iqrar karne ki is is spirit hai. maujood hai.</w:t>
      </w:r>
    </w:p>
    <w:p>
      <w:pPr>
        <w:jc w:val="right"/>
      </w:pPr>
      <w:r>
        <w:t>علامت ہے کہ آدمی کے اندر اقرار کرنے کی اس اس سپرٹ ہے۔ موجود ہے۔</w:t>
      </w:r>
    </w:p>
    <w:p>
      <w:r>
        <w:rPr>
          <w:b/>
        </w:rPr>
        <w:t xml:space="preserve">[08:50] </w:t>
      </w:r>
      <w:r>
        <w:t>yani Khuda ko wahi iqrar karega jo insan ko iqrar kare. is mani mein ke woh immediate</w:t>
      </w:r>
    </w:p>
    <w:p>
      <w:pPr>
        <w:jc w:val="right"/>
      </w:pPr>
      <w:r>
        <w:t>یعنی خدا کو وہی اقرار کرے گا جو انسان کو اقرار کرے۔ اس معنی میں کہ وہ تو امیڈیٹ</w:t>
      </w:r>
    </w:p>
    <w:p>
      <w:r>
        <w:rPr>
          <w:b/>
        </w:rPr>
        <w:t xml:space="preserve">[09:05] </w:t>
      </w:r>
      <w:r>
        <w:t>occasion, occasion hai, mauqa hai.</w:t>
      </w:r>
    </w:p>
    <w:p>
      <w:pPr>
        <w:jc w:val="right"/>
      </w:pPr>
      <w:r>
        <w:t>اوکیژن، اوکیژن ہے، موقع ہے۔</w:t>
      </w:r>
    </w:p>
    <w:p>
      <w:r>
        <w:rPr>
          <w:b/>
        </w:rPr>
        <w:t xml:space="preserve">[09:13] </w:t>
      </w:r>
      <w:r>
        <w:t>to jo immediate mauqa hai, us ko aadmi agar avail na kare to is ka, us ko kya, kuch bhi nahi kar payega woh</w:t>
      </w:r>
    </w:p>
    <w:p>
      <w:pPr>
        <w:jc w:val="right"/>
      </w:pPr>
      <w:r>
        <w:t>تو جو امیڈیٹ موقع ہے، اس کو آدمی اگر اویل نہ کرے تو اس کا، اس کو کیا، کچھ بھی نہیں کر پائے گا وہ</w:t>
      </w:r>
    </w:p>
    <w:p>
      <w:r>
        <w:rPr>
          <w:b/>
        </w:rPr>
        <w:t xml:space="preserve">[09:22] </w:t>
      </w:r>
      <w:r>
        <w:t>Maulana, kai log ah har waqt Alhamdulillah, Alhamdulillah karte hain. koi bhi agar cheez kharidte hain ya phir ah koi bhi, koi achi cheez un ki zindagi mein aati hai to woh ek bohat ziyada habit bhi ban gayi hai logon ki.</w:t>
      </w:r>
    </w:p>
    <w:p>
      <w:pPr>
        <w:jc w:val="right"/>
      </w:pPr>
      <w:r>
        <w:t>۔ مولانا، کئی لوگ اہ ہر وقت الحمدللہ، الحمدللہ کرتے ہیں۔ کوئی بھی اگر چیز خریدتے ہیں یا پھر اہ کوئی بھی، کوئی اچھی چیز ان کی زندگی میں آتی ہے تو وہ ایک بہت زیادہ ہیبٹ بھی بن گئی ہے لوگوں کی۔</w:t>
      </w:r>
    </w:p>
    <w:p>
      <w:r>
        <w:rPr>
          <w:b/>
        </w:rPr>
        <w:t xml:space="preserve">[09:37] </w:t>
      </w:r>
      <w:r>
        <w:t>to kya yeh shukr ki spirit ko demonstrate karta hai, Maulana?</w:t>
      </w:r>
    </w:p>
    <w:p>
      <w:pPr>
        <w:jc w:val="right"/>
      </w:pPr>
      <w:r>
        <w:t>تو کیا یہ شکر کی سپرٹ کو ڈیمونسٹریٹ کرتا ہے، مولانا؟</w:t>
      </w:r>
    </w:p>
    <w:p>
      <w:r>
        <w:rPr>
          <w:b/>
        </w:rPr>
        <w:t xml:space="preserve">[09:43] </w:t>
      </w:r>
      <w:r>
        <w:t>main is ko shukr manta hi nahi hoon. is ko lips service manta hoon main. sab lips service hai.</w:t>
      </w:r>
    </w:p>
    <w:p>
      <w:pPr>
        <w:jc w:val="right"/>
      </w:pPr>
      <w:r>
        <w:t>میں اس کو شکر مانتا ہی نہیں ہوں۔ اس کو لپس سروس مانتا ہوں میں۔ سب لپس سروس ہے۔</w:t>
      </w:r>
    </w:p>
    <w:p>
      <w:r>
        <w:rPr>
          <w:b/>
        </w:rPr>
        <w:t xml:space="preserve">[09:55] </w:t>
      </w:r>
      <w:r>
        <w:t>lips service. gehrai ke sath</w:t>
      </w:r>
    </w:p>
    <w:p>
      <w:pPr>
        <w:jc w:val="right"/>
      </w:pPr>
      <w:r>
        <w:t>لپس سروس۔ گہرائی کے ساتھ</w:t>
      </w:r>
    </w:p>
    <w:p>
      <w:r>
        <w:rPr>
          <w:b/>
        </w:rPr>
        <w:t xml:space="preserve">[10:03] </w:t>
      </w:r>
      <w:r>
        <w:t>yeh discover karna.</w:t>
      </w:r>
    </w:p>
    <w:p>
      <w:pPr>
        <w:jc w:val="right"/>
      </w:pPr>
      <w:r>
        <w:t>یہ ڈسکور کرنا۔</w:t>
      </w:r>
    </w:p>
    <w:p>
      <w:r>
        <w:rPr>
          <w:b/>
        </w:rPr>
        <w:t xml:space="preserve">[10:07] </w:t>
      </w:r>
      <w:r>
        <w:t>sab se pehle to yeh discovery ka kalma hai. discovery ka kalma hai. agar discovery hui hai tab woh shukr hai, warna shukri nahi woh.</w:t>
      </w:r>
    </w:p>
    <w:p>
      <w:pPr>
        <w:jc w:val="right"/>
      </w:pPr>
      <w:r>
        <w:t>سب سے پہلے تو یہ ڈسکوری کا کلمہ ہے۔ ڈسکوری کا کلمہ ہے۔ اگر ڈسکوری ہوئی ہے تب وہ شکر ہے، ورنہ شکری نہیں وہ۔</w:t>
      </w:r>
    </w:p>
    <w:p>
      <w:r>
        <w:rPr>
          <w:b/>
        </w:rPr>
        <w:t xml:space="preserve">[10:22] </w:t>
      </w:r>
      <w:r>
        <w:t>yani jis cheez ko, jis cheez ko woh iqrar karne ja raha hai, woh cheez bator blessing ke is ne discover ki hai, tab is ne shukr kiya.</w:t>
      </w:r>
    </w:p>
    <w:p>
      <w:pPr>
        <w:jc w:val="right"/>
      </w:pPr>
      <w:r>
        <w:t>یعنی جس چیز کو، جس چیز کو وہ اقرار کرنے جا رہا ہے، وہ چیز بطور بریسنگ کے اس نے ڈسکور کی ہے، تب اس نے شکر کیا۔</w:t>
      </w:r>
    </w:p>
    <w:p>
      <w:r>
        <w:rPr>
          <w:b/>
        </w:rPr>
        <w:t xml:space="preserve">[10:35] </w:t>
      </w:r>
      <w:r>
        <w:t>warna woh lips service hai aur kuch nahi hai.</w:t>
      </w:r>
    </w:p>
    <w:p>
      <w:pPr>
        <w:jc w:val="right"/>
      </w:pPr>
      <w:r>
        <w:t>ورنہ وہ لپس سروس ہے اور کچھ نہیں ہے۔</w:t>
      </w:r>
    </w:p>
    <w:p>
      <w:r>
        <w:rPr>
          <w:b/>
        </w:rPr>
        <w:t xml:space="preserve">[10:37] </w:t>
      </w:r>
      <w:r>
        <w:t>Maulana, jo aap ne abhi kaha na ke discover kariye, tab woh ja ke sahi shukr hai, woh lips service nahi hai. to yeh is ko thoda elaborate karenge, Maulana, ke discovery kya hai?</w:t>
      </w:r>
    </w:p>
    <w:p>
      <w:pPr>
        <w:jc w:val="right"/>
      </w:pPr>
      <w:r>
        <w:t>مولانا، جو آپ نے ابھی کہا نا کہ ڈسکور کریے، تب وہ جا کے صحیح شکر ہے، وہ لپس سروس نہیں ہے۔ تو یہ اس کو تھوڑا الیبریٹ کریں گے، مولانا، کہ ڈسکوری کیا ہے؟</w:t>
      </w:r>
    </w:p>
    <w:p>
      <w:r>
        <w:rPr>
          <w:b/>
        </w:rPr>
        <w:t xml:space="preserve">[10:49] </w:t>
      </w:r>
      <w:r>
        <w:t>matlab is ke kya mani hain jo aap ne baat kahi</w:t>
      </w:r>
    </w:p>
    <w:p>
      <w:pPr>
        <w:jc w:val="right"/>
      </w:pPr>
      <w:r>
        <w:t>مطلب اس کے کیا معنی ہیں جو آپ نے بات کہ</w:t>
      </w:r>
    </w:p>
    <w:p>
      <w:r>
        <w:rPr>
          <w:b/>
        </w:rPr>
        <w:t xml:space="preserve">[10:52] </w:t>
      </w:r>
      <w:r>
        <w:t>hai? is liye ke jis cheez ko aap shukr karte hain,</w:t>
      </w:r>
    </w:p>
    <w:p>
      <w:pPr>
        <w:jc w:val="right"/>
      </w:pPr>
      <w:r>
        <w:t>ی؟ اس لیے کہ جس چیز کو آپ شکر کرتے ہیں،</w:t>
      </w:r>
    </w:p>
    <w:p>
      <w:r>
        <w:rPr>
          <w:b/>
        </w:rPr>
        <w:t xml:space="preserve">[10:58] </w:t>
      </w:r>
      <w:r>
        <w:t>neamat, blessing, woh ek bohat bara,</w:t>
      </w:r>
    </w:p>
    <w:p>
      <w:pPr>
        <w:jc w:val="right"/>
      </w:pPr>
      <w:r>
        <w:t>نعمت، بریسنگ، وہ ایک بہت بڑا،</w:t>
      </w:r>
    </w:p>
    <w:p>
      <w:r>
        <w:rPr>
          <w:b/>
        </w:rPr>
        <w:t xml:space="preserve">[11:07] </w:t>
      </w:r>
      <w:r>
        <w:t>bohat bara atiya hai, mili hui cheez hai. jaise misal ke taur par dekhiye, main bol raha hoon.</w:t>
      </w:r>
    </w:p>
    <w:p>
      <w:pPr>
        <w:jc w:val="right"/>
      </w:pPr>
      <w:r>
        <w:t>بہت بڑا عطیہ ہے، ملی ہوئی چیز ہے۔ جیسے مثال کے طور پر دیکھیے، میں بول رہا ہوں۔</w:t>
      </w:r>
    </w:p>
    <w:p>
      <w:r>
        <w:rPr>
          <w:b/>
        </w:rPr>
        <w:t xml:space="preserve">[11:20] </w:t>
      </w:r>
      <w:r>
        <w:t>yeh bol raha hoon</w:t>
      </w:r>
    </w:p>
    <w:p>
      <w:pPr>
        <w:jc w:val="right"/>
      </w:pPr>
      <w:r>
        <w:t>یہ بول رہا ہوں</w:t>
      </w:r>
    </w:p>
    <w:p>
      <w:r>
        <w:rPr>
          <w:b/>
        </w:rPr>
        <w:t xml:space="preserve">[11:24] </w:t>
      </w:r>
      <w:r>
        <w:t>is liye anokhi baat hai.</w:t>
      </w:r>
    </w:p>
    <w:p>
      <w:pPr>
        <w:jc w:val="right"/>
      </w:pPr>
      <w:r>
        <w:t>اس لیے انوکھی بات ہے۔</w:t>
      </w:r>
    </w:p>
    <w:p>
      <w:r>
        <w:rPr>
          <w:b/>
        </w:rPr>
        <w:t xml:space="preserve">[11:28] </w:t>
      </w:r>
      <w:r>
        <w:t>jaise aaj main ne kaha ke</w:t>
      </w:r>
    </w:p>
    <w:p>
      <w:pPr>
        <w:jc w:val="right"/>
      </w:pPr>
      <w:r>
        <w:t>جیسے آج میں نے کہا کہ</w:t>
      </w:r>
    </w:p>
    <w:p>
      <w:r>
        <w:rPr>
          <w:b/>
        </w:rPr>
        <w:t xml:space="preserve">[11:34] </w:t>
      </w:r>
      <w:r>
        <w:t>hamara body, hamare, hum, hum jo base insan jo hum ek ek hain, is ka vehicle hai.</w:t>
      </w:r>
    </w:p>
    <w:p>
      <w:pPr>
        <w:jc w:val="right"/>
      </w:pPr>
      <w:r>
        <w:t>ہمارا باڈی، ہمارے، ہم، ہم جو بیس انسان جو ہم ایک ایک ہیں، اس کا وہیکل ہے۔</w:t>
      </w:r>
    </w:p>
    <w:p>
      <w:r>
        <w:rPr>
          <w:b/>
        </w:rPr>
        <w:t xml:space="preserve">[11:50] </w:t>
      </w:r>
      <w:r>
        <w:t>to hum is ko jane, discover karein ke kis tarah se hamare yeh jo wajood hai, jo body hai,</w:t>
      </w:r>
    </w:p>
    <w:p>
      <w:pPr>
        <w:jc w:val="right"/>
      </w:pPr>
      <w:r>
        <w:t>تو ہم اس کو جانیں، ڈسکور کریں کہ کس طرح سے ہمارے یہ جو وجود ہے، جو باڈی ہے،</w:t>
      </w:r>
    </w:p>
    <w:p>
      <w:r>
        <w:rPr>
          <w:b/>
        </w:rPr>
        <w:t xml:space="preserve">[12:04] </w:t>
      </w:r>
      <w:r>
        <w:t>kis tarah hamare, hamare pure</w:t>
      </w:r>
    </w:p>
    <w:p>
      <w:pPr>
        <w:jc w:val="right"/>
      </w:pPr>
      <w:r>
        <w:t>کس طرح ہمارے، ہمارے پورے</w:t>
      </w:r>
    </w:p>
    <w:p>
      <w:r>
        <w:rPr>
          <w:b/>
        </w:rPr>
        <w:t xml:space="preserve">[12:10] </w:t>
      </w:r>
      <w:r>
        <w:t>hasti ko</w:t>
      </w:r>
    </w:p>
    <w:p>
      <w:pPr>
        <w:jc w:val="right"/>
      </w:pPr>
      <w:r>
        <w:t>ہستی کو</w:t>
      </w:r>
    </w:p>
    <w:p>
      <w:r>
        <w:rPr>
          <w:b/>
        </w:rPr>
        <w:t xml:space="preserve">[12:14] </w:t>
      </w:r>
      <w:r>
        <w:t>liye phirti hai. yeh sab vehicle bani bani hui hai.</w:t>
      </w:r>
    </w:p>
    <w:p>
      <w:pPr>
        <w:jc w:val="right"/>
      </w:pPr>
      <w:r>
        <w:t>لیے پھرتی ہے۔ یہ سب وہیکل بنی بنی ہوئی ہے۔</w:t>
      </w:r>
    </w:p>
    <w:p>
      <w:r>
        <w:rPr>
          <w:b/>
        </w:rPr>
        <w:t xml:space="preserve">[12:22] </w:t>
      </w:r>
      <w:r>
        <w:t>toh bahut badi cheez hai yeh. Allah ne humein ek insaan ke taur par paida kiya, phir ek vehicle diya.</w:t>
      </w:r>
    </w:p>
    <w:p>
      <w:pPr>
        <w:jc w:val="right"/>
      </w:pPr>
      <w:r>
        <w:t>تو بہت بڑی چیز ہے یہ۔ اللہ نے ہمیں ایک انسان کے طور پر پیدا کیا، پھر ایک وہیکل دیا۔</w:t>
      </w:r>
    </w:p>
    <w:p>
      <w:r>
        <w:rPr>
          <w:b/>
        </w:rPr>
        <w:t xml:space="preserve">[12:35] </w:t>
      </w:r>
      <w:r>
        <w:t>yeh vehicle zara sa is mein kuch farq pad jaye toh hum fail ho jate hain.</w:t>
      </w:r>
    </w:p>
    <w:p>
      <w:pPr>
        <w:jc w:val="right"/>
      </w:pPr>
      <w:r>
        <w:t>یہ وہیکل ذرا سا اس میں کچھ فرق پڑ جائے تو ہم فیل ہو جاتے ہیں۔</w:t>
      </w:r>
    </w:p>
    <w:p>
      <w:r>
        <w:rPr>
          <w:b/>
        </w:rPr>
        <w:t xml:space="preserve">[12:47] </w:t>
      </w:r>
      <w:r>
        <w:t>toh jab aadmi discover kare is baat ko ke Allah ne usko sirf ek wajood nahi diya balkeh vehicle bhi saath saath diya,</w:t>
      </w:r>
    </w:p>
    <w:p>
      <w:pPr>
        <w:jc w:val="right"/>
      </w:pPr>
      <w:r>
        <w:t>تو جب آدمی ڈسکور کرے اس بات کو کہ اللہ نے اس کو صرف ایک وجود نہیں دیا بلکہ وہیکل بھی ساتھ ساتھ دیا،</w:t>
      </w:r>
    </w:p>
    <w:p>
      <w:r>
        <w:rPr>
          <w:b/>
        </w:rPr>
        <w:t xml:space="preserve">[13:05] </w:t>
      </w:r>
      <w:r>
        <w:t>toh itna zyada shukr aayega uske andar ke woh tadap uthega.</w:t>
      </w:r>
    </w:p>
    <w:p>
      <w:pPr>
        <w:jc w:val="right"/>
      </w:pPr>
      <w:r>
        <w:t>تو اتنا زیادہ شکر آئے گا اس کے اندر کہ وہ تڑپ اٹھے گا۔</w:t>
      </w:r>
    </w:p>
    <w:p>
      <w:r>
        <w:rPr>
          <w:b/>
        </w:rPr>
        <w:t xml:space="preserve">[13:18] </w:t>
      </w:r>
      <w:r>
        <w:t>toh jab is discovery ke darje mein aap ko,</w:t>
      </w:r>
    </w:p>
    <w:p>
      <w:pPr>
        <w:jc w:val="right"/>
      </w:pPr>
      <w:r>
        <w:t>تو جب اس ڈسکوری کے درجے میں آپ کو،</w:t>
      </w:r>
    </w:p>
    <w:p>
      <w:r>
        <w:rPr>
          <w:b/>
        </w:rPr>
        <w:t xml:space="preserve">[13:29] </w:t>
      </w:r>
      <w:r>
        <w:t>discovery ke darje mein aap payein hain is haqeeqat ko,</w:t>
      </w:r>
    </w:p>
    <w:p>
      <w:pPr>
        <w:jc w:val="right"/>
      </w:pPr>
      <w:r>
        <w:t>ڈسکوری کے درجے میں آپ پائے ہیں اس حقیقت کو،</w:t>
      </w:r>
    </w:p>
    <w:p>
      <w:r>
        <w:rPr>
          <w:b/>
        </w:rPr>
        <w:t xml:space="preserve">[13:39] </w:t>
      </w:r>
      <w:r>
        <w:t>ab jaise misaal dekhiye, abhi mein bol raha hoon aap ko, chand din pehle tak mein ek dum aisa ho gaya tha ke mein kuch</w:t>
      </w:r>
    </w:p>
    <w:p>
      <w:pPr>
        <w:jc w:val="right"/>
      </w:pPr>
      <w:r>
        <w:t>اب جیسے مثال دیکھیے، ابھی میں بول رہا ہوں آپ کو، چند دن پہلے تک میں ایک دم ایسا ہو گیا تھا کہ میں کچھ</w:t>
      </w:r>
    </w:p>
    <w:p>
      <w:r>
        <w:rPr>
          <w:b/>
        </w:rPr>
        <w:t xml:space="preserve">[13:55] </w:t>
      </w:r>
      <w:r>
        <w:t>aisa, meri bol kharab ho gayi thi ke koi samajh na paye ke kya bol raha hoon mein.</w:t>
      </w:r>
    </w:p>
    <w:p>
      <w:pPr>
        <w:jc w:val="right"/>
      </w:pPr>
      <w:r>
        <w:t>ایسا، میری بول خراب ہو گئی تھی کہ کوئی سمجھ نہ پائے کہ کیا بول رہا ہوں میں۔</w:t>
      </w:r>
    </w:p>
    <w:p>
      <w:r>
        <w:rPr>
          <w:b/>
        </w:rPr>
        <w:t xml:space="preserve">[14:06] </w:t>
      </w:r>
      <w:r>
        <w:t>toh shayad doctor Anwar Abbas ne dawat di is se ya jis se bhi. Meri, meri search poochein toh meri bol lot aayi.</w:t>
      </w:r>
    </w:p>
    <w:p>
      <w:pPr>
        <w:jc w:val="right"/>
      </w:pPr>
      <w:r>
        <w:t>تو شاید ڈاکٹر انور عباس نے دعوت دی اس سے یا جس سے بھی۔ میری، میری سرچ پوچھیں تو میری بول لوٹ آئی۔</w:t>
      </w:r>
    </w:p>
    <w:p>
      <w:r>
        <w:rPr>
          <w:b/>
        </w:rPr>
        <w:t xml:space="preserve">[14:24] </w:t>
      </w:r>
      <w:r>
        <w:t>Dilli mein ek doctor Nawaz Anwar Abbas hain, toh woh</w:t>
      </w:r>
    </w:p>
    <w:p>
      <w:pPr>
        <w:jc w:val="right"/>
      </w:pPr>
      <w:r>
        <w:t>دلی میں ایک ڈاکٹر نواز انور عباس ہیں، تو وہ</w:t>
      </w:r>
    </w:p>
    <w:p>
      <w:r>
        <w:rPr>
          <w:b/>
        </w:rPr>
        <w:t xml:space="preserve">[14:33] </w:t>
      </w:r>
      <w:r>
        <w:t>kuch dawat di unhone. Hakimi dawat. Toh koi cheez kaam nahi kar rahi thi.</w:t>
      </w:r>
    </w:p>
    <w:p>
      <w:pPr>
        <w:jc w:val="right"/>
      </w:pPr>
      <w:r>
        <w:t>کچھ دعوت دی انہوں نے۔ حاکمی دعوت۔ تو کوئی چیز کام نہیں کر رہی تھی۔</w:t>
      </w:r>
    </w:p>
    <w:p>
      <w:r>
        <w:rPr>
          <w:b/>
        </w:rPr>
        <w:t xml:space="preserve">[14:46] </w:t>
      </w:r>
      <w:r>
        <w:t>toh unki dua bahut mu'assir hui mere khayal se. Aur doctor Sharma ne, doctor Sharma ne ek tareeqa bataya, usko apply kiya gaya.</w:t>
      </w:r>
    </w:p>
    <w:p>
      <w:pPr>
        <w:jc w:val="right"/>
      </w:pPr>
      <w:r>
        <w:t>تو ان کی دعا بہت مؤثر ہوئی میرے خیال سے۔ اور ڈاکٹر شرما نے، ڈاکٹر شرما نے ایک طریقہ بتایا، اس کو اپلائی کیا گیا۔</w:t>
      </w:r>
    </w:p>
    <w:p>
      <w:r>
        <w:rPr>
          <w:b/>
        </w:rPr>
        <w:t xml:space="preserve">[14:58] </w:t>
      </w:r>
      <w:r>
        <w:t>toh mein doctor Sharma, doctor Sharma ki ka method aur doctor Anwar Abbas ki dua,</w:t>
      </w:r>
    </w:p>
    <w:p>
      <w:pPr>
        <w:jc w:val="right"/>
      </w:pPr>
      <w:r>
        <w:t>تو میں ڈاکٹر شرما، ڈاکٹر شرما کی کا میتھڈ اور ڈاکٹر انور عباس کی دعا،</w:t>
      </w:r>
    </w:p>
    <w:p>
      <w:r>
        <w:rPr>
          <w:b/>
        </w:rPr>
        <w:t xml:space="preserve">[15:12] </w:t>
      </w:r>
      <w:r>
        <w:t>is se mein phir se bolne qabil ho gaya.</w:t>
      </w:r>
    </w:p>
    <w:p>
      <w:pPr>
        <w:jc w:val="right"/>
      </w:pPr>
      <w:r>
        <w:t>اس سے میں پھر سے بولنے قابل ہو گیا۔</w:t>
      </w:r>
    </w:p>
    <w:p>
      <w:r>
        <w:rPr>
          <w:b/>
        </w:rPr>
        <w:t xml:space="preserve">[15:19] </w:t>
      </w:r>
      <w:r>
        <w:t>toh is tarah se jab aadmi discover karta hai</w:t>
      </w:r>
    </w:p>
    <w:p>
      <w:pPr>
        <w:jc w:val="right"/>
      </w:pPr>
      <w:r>
        <w:t>تو اس طرح سے جب آدمی ڈسکور کرتا ہے</w:t>
      </w:r>
    </w:p>
    <w:p>
      <w:r>
        <w:rPr>
          <w:b/>
        </w:rPr>
        <w:t xml:space="preserve">[15:24] </w:t>
      </w:r>
      <w:r>
        <w:t>toh us par ek ajeeb, ek</w:t>
      </w:r>
    </w:p>
    <w:p>
      <w:pPr>
        <w:jc w:val="right"/>
      </w:pPr>
      <w:r>
        <w:t>تو اس پر ایک عجیب، ایک</w:t>
      </w:r>
    </w:p>
    <w:p>
      <w:r>
        <w:rPr>
          <w:b/>
        </w:rPr>
        <w:t xml:space="preserve">[15:30] </w:t>
      </w:r>
      <w:r>
        <w:t>ek ajeeb ehsaas ubalta hai uske andar. Toh is ehsaas ko jo paye aur waqai usko iqrar karein toh woh hai shukriya, mere khayal se shukr.</w:t>
      </w:r>
    </w:p>
    <w:p>
      <w:pPr>
        <w:jc w:val="right"/>
      </w:pPr>
      <w:r>
        <w:t>ایک عجیب احساس ابلتا ہے اس کے اندر۔ تو اس احساس کو جو پائے اور واقعی اس کو اقرار کریں تو وہ ہے شکریہ، میرے خیال سے شکر۔</w:t>
      </w:r>
    </w:p>
    <w:p>
      <w:r>
        <w:rPr>
          <w:b/>
        </w:rPr>
        <w:t xml:space="preserve">[15:49] </w:t>
      </w:r>
      <w:r>
        <w:t>jo hadith abhi Farhad sahib ne batai ke jo shakhs insaan ka bhi shukr ada nahi karta, acknowledge nahi karta, woh goya Allah ka bhi shukr nahi karta.</w:t>
      </w:r>
    </w:p>
    <w:p>
      <w:pPr>
        <w:jc w:val="right"/>
      </w:pPr>
      <w:r>
        <w:t>جو حدیث ابھی فرحاد صاحب نے بتائی کہ جو شخص انسان کا بھی شکر ادا نہیں کرتا، ایکنالج نہیں کرتا، وہ گویا اللہ کا بھی شکر نہیں کرتا۔</w:t>
      </w:r>
    </w:p>
    <w:p>
      <w:r>
        <w:rPr>
          <w:b/>
        </w:rPr>
        <w:t xml:space="preserve">[16:03] </w:t>
      </w:r>
      <w:r>
        <w:t>toh is mein ek pehlu yeh bhi hai ke Allah taala direct saamne aa ke kisi insaan ki help nahi karta balkeh kisi insaan ke zariye help karta hai.</w:t>
      </w:r>
    </w:p>
    <w:p>
      <w:pPr>
        <w:jc w:val="right"/>
      </w:pPr>
      <w:r>
        <w:t>تو اس میں ایک پہلو یہ بھی ہے کہ اللہ تعالی ڈائریکٹ سامنے آ کے کسی انسان کی ہیلپ نہیں کرتا بلکہ کسی انسان کے ذریعے ہیلپ کرتا ہے۔</w:t>
      </w:r>
    </w:p>
    <w:p>
      <w:r>
        <w:rPr>
          <w:b/>
        </w:rPr>
        <w:t xml:space="preserve">[16:15] </w:t>
      </w:r>
      <w:r>
        <w:t>toh aam taur par log Alhamdulillah, Alhamdulillah toh kehte hain lekin jis shakhs ne uski help ki, usko bhool jate hain.</w:t>
      </w:r>
    </w:p>
    <w:p>
      <w:pPr>
        <w:jc w:val="right"/>
      </w:pPr>
      <w:r>
        <w:t>تو عام طور سے لوگ الحمدللہ، الحمدللہ تو کہتے ہیں لیکن جس شخص نے اس کی ہیلپ کی، اس کو بھول جاتے ہیں۔</w:t>
      </w:r>
    </w:p>
    <w:p>
      <w:r>
        <w:rPr>
          <w:b/>
        </w:rPr>
        <w:t xml:space="preserve">[16:25] </w:t>
      </w:r>
      <w:r>
        <w:t>toh is baat ko is hadith mein bataya gaya hai. Aur yeh hai ke pehle insaan ka shukr karo, phir Allah ka shukr ada karo.</w:t>
      </w:r>
    </w:p>
    <w:p>
      <w:pPr>
        <w:jc w:val="right"/>
      </w:pPr>
      <w:r>
        <w:t>تو اس بات کو اس حدیث میں بتایا گیا ہے۔ اور یہ ہے کہ پہلے انسان کا شکر کرو، پھر اللہ کا شکر ادا کرو۔</w:t>
      </w:r>
    </w:p>
    <w:p>
      <w:r>
        <w:rPr>
          <w:b/>
        </w:rPr>
        <w:t xml:space="preserve">[16:35] </w:t>
      </w:r>
      <w:r>
        <w:t>Maulana, koi agar shukr ke culture mein nahi jeeta hai toh us se kya kya nuksan hai? Nuksan toh yahi hai ke farishton ka register hai,</w:t>
      </w:r>
    </w:p>
    <w:p>
      <w:pPr>
        <w:jc w:val="right"/>
      </w:pPr>
      <w:r>
        <w:t>مولانا، کوئی اگر شکر کے کلچر میں نہیں جیتا ہے تو اس سے کیا کیا نقصان ہے؟ نقصان تو یہی ہے کہ فرشتوں کا رجسٹر ہے،</w:t>
      </w:r>
    </w:p>
    <w:p>
      <w:r>
        <w:rPr>
          <w:b/>
        </w:rPr>
        <w:t xml:space="preserve">[16:49] </w:t>
      </w:r>
      <w:r>
        <w:t>wahan uska indraaj nahi hua. Farishton ke register mein woh register nahi hua.</w:t>
      </w:r>
    </w:p>
    <w:p>
      <w:pPr>
        <w:jc w:val="right"/>
      </w:pPr>
      <w:r>
        <w:t>وہاں اس کا اندراج نہیں ہوا۔ فرشتوں کے رجسٹر میں وہ رجسٹر نہیں ہوا۔</w:t>
      </w:r>
    </w:p>
    <w:p>
      <w:r>
        <w:rPr>
          <w:b/>
        </w:rPr>
        <w:t xml:space="preserve">[17:03] </w:t>
      </w:r>
      <w:r>
        <w:t>mein sochta hoon ke insaan jab gehrai ke sath kisi cheez ko discover karta hai to apne ko is qael banata hai ke farishte ke kal culture mein is is ka indraj ho.</w:t>
      </w:r>
    </w:p>
    <w:p>
      <w:pPr>
        <w:jc w:val="right"/>
      </w:pPr>
      <w:r>
        <w:t>میں سوچتا ہوں کہ انسان جب گہرائی کے ساتھ کسی چیز کو ڈسکور کرتا ہے تو اپنے کو اس قائل بناتا ہے کہ فرشتے کے کل کلچر میں اس اس کا اندراج ہو جائے۔</w:t>
      </w:r>
    </w:p>
    <w:p>
      <w:r>
        <w:rPr>
          <w:b/>
        </w:rPr>
        <w:t xml:space="preserve">[17:29] </w:t>
      </w:r>
      <w:r>
        <w:t>misalan dekhiye,</w:t>
      </w:r>
    </w:p>
    <w:p>
      <w:pPr>
        <w:jc w:val="right"/>
      </w:pPr>
      <w:r>
        <w:t>مثلاً دیکھیے،</w:t>
      </w:r>
    </w:p>
    <w:p>
      <w:r>
        <w:rPr>
          <w:b/>
        </w:rPr>
        <w:t xml:space="preserve">[17:34] </w:t>
      </w:r>
      <w:r>
        <w:t>ek sahab se maine yeh baat kahi ke aap ko mujh se bol kar shukr ada karana chahiye. to unhon ne kaha ke dil mein duaiye, lekin yeh kafi nahi hai.</w:t>
      </w:r>
    </w:p>
    <w:p>
      <w:pPr>
        <w:jc w:val="right"/>
      </w:pPr>
      <w:r>
        <w:t>ایک صاحب سے میں نے یہ بات کہی کہ آپ کو مجھ سے بول کر شکر ادا کرانا چاہیے۔ تو انہوں نے کہا کہ دل میں دعائیے، لیکن یہ کافی نہیں ہے۔</w:t>
      </w:r>
    </w:p>
    <w:p>
      <w:r>
        <w:rPr>
          <w:b/>
        </w:rPr>
        <w:t xml:space="preserve">[17:49] </w:t>
      </w:r>
      <w:r>
        <w:t>aap ko bolna chahiye taake farishton ke register mein is ka indraj ho. aap nahi bolenge aur dil mein rakhenge to woh farishton ke register mein indraj nahi hua.</w:t>
      </w:r>
    </w:p>
    <w:p>
      <w:pPr>
        <w:jc w:val="right"/>
      </w:pPr>
      <w:r>
        <w:t>آپ کو بولنا چاہیے تاکہ فرشتوں کے رجسٹر میں اس کا اندراج ہو جائے۔ آپ نہیں بولیں گے اور دل میں رکھیں گے تو وہ فرشتوں کے رجسٹر میں اندراج نہیں ہوا۔</w:t>
      </w:r>
    </w:p>
    <w:p>
      <w:r>
        <w:rPr>
          <w:b/>
        </w:rPr>
        <w:t xml:space="preserve">[18:08] </w:t>
      </w:r>
      <w:r>
        <w:t>yeh maine is liye samjha hai ke quran mein ayat hai ke</w:t>
      </w:r>
    </w:p>
    <w:p>
      <w:pPr>
        <w:jc w:val="right"/>
      </w:pPr>
      <w:r>
        <w:t>یہ میں نے اس لیے سمجھا ہے کہ قرآن میں آیت ہے کہ</w:t>
      </w:r>
    </w:p>
    <w:p>
      <w:r>
        <w:rPr>
          <w:b/>
        </w:rPr>
        <w:t xml:space="preserve">[18:18] </w:t>
      </w:r>
      <w:r>
        <w:t>woh kya hai: "ma yalfaz min qaul illa"</w:t>
      </w:r>
    </w:p>
    <w:p>
      <w:pPr>
        <w:jc w:val="right"/>
      </w:pPr>
      <w:r>
        <w:t>وہ کیا ہے: "ما یلفظ من قول الا"</w:t>
      </w:r>
    </w:p>
    <w:p>
      <w:r>
        <w:rPr>
          <w:b/>
        </w:rPr>
        <w:t xml:space="preserve">[18:21] </w:t>
      </w:r>
      <w:r>
        <w:t>. az yatlaqal qalam talqiyan an al yameen wa an al shimal qaeed mayalfaz min qaul illa ladaihi raqeeb ateed.</w:t>
      </w:r>
    </w:p>
    <w:p>
      <w:pPr>
        <w:jc w:val="right"/>
      </w:pPr>
      <w:r>
        <w:t>۔ اذ یتلق القلم تلقیان عن الیمین وعن الشمال قعید مایلفظ من قول الا لديه رقیب عتید۔</w:t>
      </w:r>
    </w:p>
    <w:p>
      <w:r>
        <w:rPr>
          <w:b/>
        </w:rPr>
        <w:t xml:space="preserve">[18:33] </w:t>
      </w:r>
      <w:r>
        <w:t>surah qaf ayat number 17, 18. jab do lene wale le likh lete hain ek taraf dayen aur bayen, insaan munh se koi lafz nahi nikalta magar us ke pas nigheban tayar hai.</w:t>
      </w:r>
    </w:p>
    <w:p>
      <w:pPr>
        <w:jc w:val="right"/>
      </w:pPr>
      <w:r>
        <w:t>سورہ قاف آیت نمبر 17، 18۔ جب دو لینے والے لے لکھ لیتے ہیں ایک طرف دائیں اور بائیں، انسان منہ سے کوئی لفظ نہیں نکالتا مگر اس کے پاس نگہبان تیار ہے۔</w:t>
      </w:r>
    </w:p>
    <w:p>
      <w:r>
        <w:rPr>
          <w:b/>
        </w:rPr>
        <w:t xml:space="preserve">[18:54] </w:t>
      </w:r>
      <w:r>
        <w:t>dekhiye, is se maine yeh ek baat pakdi hai</w:t>
      </w:r>
    </w:p>
    <w:p>
      <w:pPr>
        <w:jc w:val="right"/>
      </w:pPr>
      <w:r>
        <w:t>دیکھیے، اس سے میں نے یہ ایک بات پکڑی ہے</w:t>
      </w:r>
    </w:p>
    <w:p>
      <w:r>
        <w:rPr>
          <w:b/>
        </w:rPr>
        <w:t xml:space="preserve">[19:00] </w:t>
      </w:r>
      <w:r>
        <w:t>ke kuch jagah koi iqrar ya koi baat agar aap ke dil mein hai to farishte ka hissa ban nahi nahi aayega.</w:t>
      </w:r>
    </w:p>
    <w:p>
      <w:pPr>
        <w:jc w:val="right"/>
      </w:pPr>
      <w:r>
        <w:t>کہ کچھ جگہ کوئی اقرار یا کوئی بات اگر آپ کے دل میں ہے تو فرشتے کا حصہ بن نہیں نہیں آئے گی۔</w:t>
      </w:r>
    </w:p>
    <w:p>
      <w:r>
        <w:rPr>
          <w:b/>
        </w:rPr>
        <w:t xml:space="preserve">[19:15] </w:t>
      </w:r>
      <w:r>
        <w:t>farishte is waqt pakadte hain jab woh lafz ki surat ikhtiyar karega.</w:t>
      </w:r>
    </w:p>
    <w:p>
      <w:pPr>
        <w:jc w:val="right"/>
      </w:pPr>
      <w:r>
        <w:t>فرشتے اس وقت پکڑتے ہیں جب وہ لفظ کی صورت اختیار کرے گا۔</w:t>
      </w:r>
    </w:p>
    <w:p>
      <w:r>
        <w:rPr>
          <w:b/>
        </w:rPr>
        <w:t xml:space="preserve">[19:24] </w:t>
      </w:r>
      <w:r>
        <w:t>yani bol ban jaye, aelan ban jaye. jab bol ban jati hai to aelan hota ho jata hai.</w:t>
      </w:r>
    </w:p>
    <w:p>
      <w:pPr>
        <w:jc w:val="right"/>
      </w:pPr>
      <w:r>
        <w:t>یعنی بول بن جائے، اعلان بن جائے۔ جب بول بن جاتی ہے تو اعلان ہوتا ہو جاتا ہے۔</w:t>
      </w:r>
    </w:p>
    <w:p>
      <w:r>
        <w:rPr>
          <w:b/>
        </w:rPr>
        <w:t xml:space="preserve">[19:33] </w:t>
      </w:r>
      <w:r>
        <w:t>woh jab tak aap announce na karein, us waqt woh lafz, woh farishton ke record mein nahi aayega.</w:t>
      </w:r>
    </w:p>
    <w:p>
      <w:pPr>
        <w:jc w:val="right"/>
      </w:pPr>
      <w:r>
        <w:t>وہ جب تک آپ اناؤنس نہ کریں، اس وقت وہ لفظ، وہ فرشتوں کے ریکارڈ میں نہیں آئے گا۔</w:t>
      </w:r>
    </w:p>
    <w:p>
      <w:r>
        <w:rPr>
          <w:b/>
        </w:rPr>
        <w:t xml:space="preserve">[19:52] </w:t>
      </w:r>
      <w:r>
        <w:t>is liye insaan ko chahiye ke agar woh chahta hai ke is ka amal, is ka acknowledgement farishton ke record mein aa jaye to bol kar is ka aelan kare ke mujh ko falan shakhs se yeh cheez mili.</w:t>
      </w:r>
    </w:p>
    <w:p>
      <w:pPr>
        <w:jc w:val="right"/>
      </w:pPr>
      <w:r>
        <w:t>اس لیے انسان کو چاہیے کہ اگر وہ چاہتا ہے کہ اس کا عمل، اس کا اکرالجمنٹ فرشتوں کے ریکارڈ میں آ جائے تو بول کر اس کا اعلان کرے کہ مجھ کو فلاں شخص سے یہ چیز ملی۔</w:t>
      </w:r>
    </w:p>
    <w:p>
      <w:r>
        <w:rPr>
          <w:b/>
        </w:rPr>
        <w:t xml:space="preserve">[20:15] </w:t>
      </w:r>
      <w:r>
        <w:t>yani bole hue acknowledgement ka record hota hai farishton ke haan. jo acknowledgement bol na bane to farishton ke record mein bhi nahi aayega.</w:t>
      </w:r>
    </w:p>
    <w:p>
      <w:pPr>
        <w:jc w:val="right"/>
      </w:pPr>
      <w:r>
        <w:t>یعنی بولے ہوئے اکرالجمنٹ کا ریکارڈ ہوتا ہے فرشتوں کے ہاں۔ جو اکرالجمنٹ بول نہ بنے تو فرشتوں کے ریکارڈ میں بھی نہیں آئے گا۔</w:t>
      </w:r>
    </w:p>
    <w:p>
      <w:r>
        <w:rPr>
          <w:b/>
        </w:rPr>
        <w:t xml:space="preserve">[20:38] </w:t>
      </w:r>
      <w:r>
        <w:t>maulana, hamara question yeh hai ke kya yeh zaruri hai ke shukr kisi insaan ya khuda ki taraf hi hona chahiye?</w:t>
      </w:r>
    </w:p>
    <w:p>
      <w:pPr>
        <w:jc w:val="right"/>
      </w:pPr>
      <w:r>
        <w:t>مولانا، ہمارا کوئسچن یہ ہے کہ کیا یہ ضروری ہے کہ شکر کسی انسان یا خدا کی طرف ہی ہونا چاہیے؟</w:t>
      </w:r>
    </w:p>
    <w:p>
      <w:r>
        <w:rPr>
          <w:b/>
        </w:rPr>
        <w:t xml:space="preserve">[20:46] </w:t>
      </w:r>
      <w:r>
        <w:t>hum itne sare logon ko worldwide jante hain jo buddhism, buddhist hain ya woh kehte hain shukr to universe ko karte hain. woh log itne khush rehte hain.</w:t>
      </w:r>
    </w:p>
    <w:p>
      <w:pPr>
        <w:jc w:val="right"/>
      </w:pPr>
      <w:r>
        <w:t>ہم اتنے سارے لوگوں کو ورلڈ وائیڈ جانتے ہیں جو بدھزم، بدھسٹ ہیں یا وہ کہتے ہیں شکر تو یونیورس کو کرتے ہیں۔ وہ لوگ اتنے خوش رہتے ہیں۔</w:t>
      </w:r>
    </w:p>
    <w:p>
      <w:r>
        <w:rPr>
          <w:b/>
        </w:rPr>
        <w:t xml:space="preserve">[20:55] </w:t>
      </w:r>
      <w:r>
        <w:t>abhi hum recently ek buddhist ko mile hain, maine kaha aap kis ko thank you karte ho? kehta hai main universe ko thank you karta hoon. kya yeh zaruri hai kisi insaan aur khuda ko hi shukr ho?</w:t>
      </w:r>
    </w:p>
    <w:p>
      <w:pPr>
        <w:jc w:val="right"/>
      </w:pPr>
      <w:r>
        <w:t>ابھی ہم ریسنٹلی ایک بدھسٹ کو ملے ہیں، میں نے کہا آپ کس کو تھینک یو کرتے ہو؟ کہتا ہے میں یونیورس کو تھینک یو کرتا ہوں۔ کیا یہ ضروری ہے کسی انسان اور خدا کو ہی شکر ہو؟</w:t>
      </w:r>
    </w:p>
    <w:p>
      <w:r>
        <w:rPr>
          <w:b/>
        </w:rPr>
        <w:t xml:space="preserve">[21:04] </w:t>
      </w:r>
      <w:r>
        <w:t>nahi, dekhiye, shukr hota hai giver ka. universe shukr nahi, universe giver nahi hai.</w:t>
      </w:r>
    </w:p>
    <w:p>
      <w:pPr>
        <w:jc w:val="right"/>
      </w:pPr>
      <w:r>
        <w:t>نہیں، دیکھیے، شکر ہوتا ہے گیور کا۔ یونیورس شکر نہیں، یونیورس گیور نہیں ہے۔</w:t>
      </w:r>
    </w:p>
    <w:p>
      <w:r>
        <w:rPr>
          <w:b/>
        </w:rPr>
        <w:t xml:space="preserve">[21:13] </w:t>
      </w:r>
      <w:r>
        <w:t>giver nahi hai. giver to</w:t>
      </w:r>
    </w:p>
    <w:p>
      <w:pPr>
        <w:jc w:val="right"/>
      </w:pPr>
      <w:r>
        <w:t>گیور نہیں ہے۔ گیور تو</w:t>
      </w:r>
    </w:p>
    <w:p>
      <w:r>
        <w:rPr>
          <w:b/>
        </w:rPr>
        <w:t xml:space="preserve">[21:19] </w:t>
      </w:r>
      <w:r>
        <w:t>khuda hai. jo giver hai, us ko agar aap ne iqrar nahi kiya to acknowledgement nahi hua woh.</w:t>
      </w:r>
    </w:p>
    <w:p>
      <w:pPr>
        <w:jc w:val="right"/>
      </w:pPr>
      <w:r>
        <w:t>خدا ہے۔ جو گیور ہے، اس کو اگر آپ نے اقرار نہیں کیا تو اکرالجمنٹ نہیں ہوا وہ۔</w:t>
      </w:r>
    </w:p>
    <w:p>
      <w:r>
        <w:rPr>
          <w:b/>
        </w:rPr>
        <w:t xml:space="preserve">[21:29] </w:t>
      </w:r>
      <w:r>
        <w:t>kyun ke woh to is kahin aur chala gaya. giver to khuda hai. yani jo realists mein jo hamare guard hai,</w:t>
      </w:r>
    </w:p>
    <w:p>
      <w:pPr>
        <w:jc w:val="right"/>
      </w:pPr>
      <w:r>
        <w:t>کیونکہ وہ تو اس کہیں اور چلا گیا۔ گیور تو خدا ہے۔ یعنی جو ریلسٹس میں جو ہمارے گارڈ ہے،</w:t>
      </w:r>
    </w:p>
    <w:p>
      <w:r>
        <w:rPr>
          <w:b/>
        </w:rPr>
        <w:t xml:space="preserve">[21:46] </w:t>
      </w:r>
      <w:r>
        <w:t>us ka agar aap ne iqrar nahi kiya to woh to kahin aur chala gaya.</w:t>
      </w:r>
    </w:p>
    <w:p>
      <w:pPr>
        <w:jc w:val="right"/>
      </w:pPr>
      <w:r>
        <w:t>اس کا اگر آپ نے اقرار نہیں کیا تو وہ تو کہیں اور چلا گیا۔</w:t>
      </w:r>
    </w:p>
    <w:p>
      <w:r>
        <w:rPr>
          <w:b/>
        </w:rPr>
        <w:t xml:space="preserve">[21:55] </w:t>
      </w:r>
      <w:r>
        <w:t>kyun ke surah shad ya universe jis ko aap kehte hain, woh to chalte hain khuda ke hukum par.</w:t>
      </w:r>
    </w:p>
    <w:p>
      <w:pPr>
        <w:jc w:val="right"/>
      </w:pPr>
      <w:r>
        <w:t>کیونکہ سورہ شاد یا یونیورس جس کو آپ کہتے ہیں، وہ تو چلتے ہیں خدا کے حکم پر۔</w:t>
      </w:r>
    </w:p>
    <w:p>
      <w:r>
        <w:rPr>
          <w:b/>
        </w:rPr>
        <w:t xml:space="preserve">[22:10] </w:t>
      </w:r>
      <w:r>
        <w:t>woh independent tor par hi koi kaam karte hain.</w:t>
      </w:r>
    </w:p>
    <w:p>
      <w:pPr>
        <w:jc w:val="right"/>
      </w:pPr>
      <w:r>
        <w:t>وہ انڈیپینڈنٹ طور پر ہی کوئی کام کرتے ہیں۔</w:t>
      </w:r>
    </w:p>
    <w:p>
      <w:r>
        <w:rPr>
          <w:b/>
        </w:rPr>
        <w:t xml:space="preserve">[22:19] </w:t>
      </w:r>
      <w:r>
        <w:t>is liye jo resistance mein jo giver hai, us ka,</w:t>
      </w:r>
    </w:p>
    <w:p>
      <w:pPr>
        <w:jc w:val="right"/>
      </w:pPr>
      <w:r>
        <w:t>اس لیے جو ریلسٹنس میں جو گیور ہے، اس کا،</w:t>
      </w:r>
    </w:p>
    <w:p>
      <w:r>
        <w:rPr>
          <w:b/>
        </w:rPr>
        <w:t xml:space="preserve">[22:28] </w:t>
      </w:r>
      <w:r>
        <w:t>us ko iqrar karna zaroori hai. Us ka naam le kar.</w:t>
      </w:r>
    </w:p>
    <w:p>
      <w:pPr>
        <w:jc w:val="right"/>
      </w:pPr>
      <w:r>
        <w:t>اس کو اقرار کرنا ضروری ہے۔ اس کا نام لے کر۔</w:t>
      </w:r>
    </w:p>
    <w:p>
      <w:r>
        <w:rPr>
          <w:b/>
        </w:rPr>
        <w:t xml:space="preserve">[22:34] </w:t>
      </w:r>
      <w:r>
        <w:t>i i find it very difficult to understand why is it that man finds it so difficult to acknowledge the contribution of other.</w:t>
      </w:r>
    </w:p>
    <w:p>
      <w:pPr>
        <w:jc w:val="right"/>
      </w:pPr>
      <w:r>
        <w:t>ائی ائی فائنڈ اٹ ویری ڈیفیکلٹ ٹو انڈرسٹینڈ وائی از اٹ دیٹ مین فائنڈز اٹ سو ڈیفیکلٹ ٹو ایکنالج دی کنٹریبیوشن اف ادر۔</w:t>
      </w:r>
    </w:p>
    <w:p>
      <w:r>
        <w:rPr>
          <w:b/>
        </w:rPr>
        <w:t xml:space="preserve">[22:44] </w:t>
      </w:r>
      <w:r>
        <w:t>he always over estimates him self and under estimates other. i think that is why he is not, he or she is not grateful to other.</w:t>
      </w:r>
    </w:p>
    <w:p>
      <w:pPr>
        <w:jc w:val="right"/>
      </w:pPr>
      <w:r>
        <w:t>ہی الویز اوور ایسٹیمیٹس ہم سیلف اینڈ انڈر ایسٹیمیٹس ادر۔ ائی تھنک دیٹ از وائی ہی از ناٹ، ہی اور شی از ناٹ گریٹ فل ٹو ادر۔</w:t>
      </w:r>
    </w:p>
    <w:p>
      <w:r>
        <w:rPr>
          <w:b/>
        </w:rPr>
        <w:t xml:space="preserve">[22:57] </w:t>
      </w:r>
      <w:r>
        <w:t>what is the reason</w:t>
      </w:r>
    </w:p>
    <w:p>
      <w:pPr>
        <w:jc w:val="right"/>
      </w:pPr>
      <w:r>
        <w:t>واٹ از دا ریزن</w:t>
      </w:r>
    </w:p>
    <w:p>
      <w:r>
        <w:rPr>
          <w:b/>
        </w:rPr>
        <w:t xml:space="preserve">[22:59] </w:t>
      </w:r>
      <w:r>
        <w:t>? is insaan ke andar dekhiye, ek cheez bohat strong hai. Woh hai apne aap ko darja dena.</w:t>
      </w:r>
    </w:p>
    <w:p>
      <w:pPr>
        <w:jc w:val="right"/>
      </w:pPr>
      <w:r>
        <w:t>؟ اس انسان کے اندر دیکھیے، ایک چیز بہت سٹرانگ ہے۔ وہ ہے اپنے آپ کو درجہ دینا۔</w:t>
      </w:r>
    </w:p>
    <w:p>
      <w:r>
        <w:rPr>
          <w:b/>
        </w:rPr>
        <w:t xml:space="preserve">[23:13] </w:t>
      </w:r>
      <w:r>
        <w:t>yeh toh bohat strong hai. Itna chahta hai ke bas woh apne aap ko credit de de ke kisi aur ko credit na de.</w:t>
      </w:r>
    </w:p>
    <w:p>
      <w:pPr>
        <w:jc w:val="right"/>
      </w:pPr>
      <w:r>
        <w:t>یہ تو بہت سٹرانگ ہے۔ اتنا چاہتا ہے کہ بس وہ اپنے آپ کو کریڈٹ دے دے کہ کسی اور کو کریڈٹ نہ دے۔</w:t>
      </w:r>
    </w:p>
    <w:p>
      <w:r>
        <w:rPr>
          <w:b/>
        </w:rPr>
        <w:t xml:space="preserve">[23:26] </w:t>
      </w:r>
      <w:r>
        <w:t>toh yeh, yeh jo hai jazba</w:t>
      </w:r>
    </w:p>
    <w:p>
      <w:pPr>
        <w:jc w:val="right"/>
      </w:pPr>
      <w:r>
        <w:t>تو یہ، یہ جو ہے جذبہ</w:t>
      </w:r>
    </w:p>
    <w:p>
      <w:r>
        <w:rPr>
          <w:b/>
        </w:rPr>
        <w:t xml:space="preserve">[23:33] </w:t>
      </w:r>
      <w:r>
        <w:t>self ka,</w:t>
      </w:r>
    </w:p>
    <w:p>
      <w:pPr>
        <w:jc w:val="right"/>
      </w:pPr>
      <w:r>
        <w:t>سیلف کا،</w:t>
      </w:r>
    </w:p>
    <w:p>
      <w:r>
        <w:rPr>
          <w:b/>
        </w:rPr>
        <w:t xml:space="preserve">[23:36] </w:t>
      </w:r>
      <w:r>
        <w:t>toh us ko toh jab aadmi todta hai, tabhi woh doosre ko acknowledge kar pata hai.</w:t>
      </w:r>
    </w:p>
    <w:p>
      <w:pPr>
        <w:jc w:val="right"/>
      </w:pPr>
      <w:r>
        <w:t>تو اس کو تو جب آدمی توڑتا ہے، تبھی وہ دوسرے کو اکنالج کر پاتا ہے۔</w:t>
      </w:r>
    </w:p>
    <w:p>
      <w:r>
        <w:rPr>
          <w:b/>
        </w:rPr>
        <w:t xml:space="preserve">[23:48] </w:t>
      </w:r>
      <w:r>
        <w:t>Maulana, kuch comment parhna chahenge? Hmm, ah Dr. Naghma Siddiqui ne likha hai: "Maulana, i realize that our biggest amal is to acknowledge God Almighty's blessings.</w:t>
      </w:r>
    </w:p>
    <w:p>
      <w:pPr>
        <w:jc w:val="right"/>
      </w:pPr>
      <w:r>
        <w:t>مولانا، کچھ کمنٹ پڑھنا چاہیں گے؟ ہمم، اہ ڈاکٹر نغمہ صدیقی نے لکھا ہے: "مولانا، ائی ریلائز دیٹ اور بگسٹ عمل از ٹو ایکنالج گاڈ المائٹیز بلیسنگز۔</w:t>
      </w:r>
    </w:p>
    <w:p>
      <w:r>
        <w:rPr>
          <w:b/>
        </w:rPr>
        <w:t xml:space="preserve">[24:03] </w:t>
      </w:r>
      <w:r>
        <w:t>and the way to check this is that we have to show that we have the spirit of acknowledgement in us by availing the immediate opportunity of acknowledging other people.</w:t>
      </w:r>
    </w:p>
    <w:p>
      <w:pPr>
        <w:jc w:val="right"/>
      </w:pPr>
      <w:r>
        <w:t>اینڈ دا وے ٹو چیک دس از دیٹ وی ہیو ٹو شو دیٹ وی ہیو دا سپرٹ اف ایکنالجمنٹ ان اس بائے اویلنگ دا امیڈیٹ اپرچونیٹی اف ایکنالجنگ ادر پیپل۔</w:t>
      </w:r>
    </w:p>
    <w:p>
      <w:r>
        <w:rPr>
          <w:b/>
        </w:rPr>
        <w:t xml:space="preserve">[24:18] </w:t>
      </w:r>
      <w:r>
        <w:t>inshallah, i will develop shukr in my self for all of God's blessings and man's contribution." Mashallah.</w:t>
      </w:r>
    </w:p>
    <w:p>
      <w:pPr>
        <w:jc w:val="right"/>
      </w:pPr>
      <w:r>
        <w:t>انشاءاللہ، ائی ویل ڈیویلپ شکر ان مائی سیلف فار ال اف گاڈز بلیسنگز اینڈ مینز کنٹریبیوشن۔" ماشاءاللہ۔</w:t>
      </w:r>
    </w:p>
    <w:p>
      <w:r>
        <w:rPr>
          <w:b/>
        </w:rPr>
        <w:t xml:space="preserve">[24:28] </w:t>
      </w:r>
      <w:r>
        <w:t>Ah Khwaja Kaleemuddin sahib ne likha hai Pennsylvania se: "Maulana sahib, my biggest shukr in court of Allah is that your message of Islam and peace in modern idiom has reached most part of the world now.</w:t>
      </w:r>
    </w:p>
    <w:p>
      <w:pPr>
        <w:jc w:val="right"/>
      </w:pPr>
      <w:r>
        <w:t>اہ خواجہ کلیم الدین صاحب نے لکھا ہے پینسلوینیا سے: "مولانا صاحب، مائی بگسٹ شکر ان کورٹ اف اللہ از دیٹ یور میسج اف اسلام اینڈ پیس ان ماڈرن ایڈیم ہیز ریچڈ موسٹ پارٹ اف دا ورلڈ ناؤ۔</w:t>
      </w:r>
    </w:p>
    <w:p>
      <w:r>
        <w:rPr>
          <w:b/>
        </w:rPr>
        <w:t xml:space="preserve">[24:48] </w:t>
      </w:r>
      <w:r>
        <w:t>and a large number of people today compare to before are working to spread this message of peace. May Allah bless you and your mission and give us and the coming generations to carry forward this mission.</w:t>
      </w:r>
    </w:p>
    <w:p>
      <w:pPr>
        <w:jc w:val="right"/>
      </w:pPr>
      <w:r>
        <w:t>اینڈ ا لارج نمبر اف پیپل ٹوڈے کمپیر ٹو بیفور ار ورکنگ ٹو سپریڈ دس میسج اف پیس۔ می اللہ بلیس یو اینڈ یور مشن اینڈ گیو اس اینڈ دا کمنگ جنریشنز ٹو کیری فارورڈ دس مشن۔</w:t>
      </w:r>
    </w:p>
    <w:p>
      <w:r>
        <w:rPr>
          <w:b/>
        </w:rPr>
        <w:t xml:space="preserve">[25:04] </w:t>
      </w:r>
      <w:r>
        <w:t>Ameen." Sahi hai, sahi baat hai.</w:t>
      </w:r>
    </w:p>
    <w:p>
      <w:pPr>
        <w:jc w:val="right"/>
      </w:pPr>
      <w:r>
        <w:t>آمین۔" صحیح ہے، صحیح بات ہے۔</w:t>
      </w:r>
    </w:p>
    <w:p>
      <w:r>
        <w:rPr>
          <w:b/>
        </w:rPr>
        <w:t xml:space="preserve">[25:09] </w:t>
      </w:r>
      <w:r>
        <w:t>Maulana Iqbal Umri ne likha hai: "Bol kar shukr karne ki ahmiyat aaj hi jaan jani. Maulana, jazak Allah.</w:t>
      </w:r>
    </w:p>
    <w:p>
      <w:pPr>
        <w:jc w:val="right"/>
      </w:pPr>
      <w:r>
        <w:t>مولانا اقبال عمری نے لکھا ہے: "بول کر شکر کرنے کی اہمیت آج ہی جان جانی۔" مولانا، جزاک اللہ۔</w:t>
      </w:r>
    </w:p>
    <w:p>
      <w:r>
        <w:rPr>
          <w:b/>
        </w:rPr>
        <w:t xml:space="preserve">[25:25] </w:t>
      </w:r>
      <w:r>
        <w:t>Sajid Anwar sahib ne Mumbai se likha hai: "Maulana, the point of verbal expression of shukr or acknowledging one's favour is a very important point which i have learned today.</w:t>
      </w:r>
    </w:p>
    <w:p>
      <w:pPr>
        <w:jc w:val="right"/>
      </w:pPr>
      <w:r>
        <w:t>ساجد انور صاحب نے ممبئی سے لکھا ہے: "مولانا، دا پوائنٹ اف وربل ایکسپریشن اف شکر اور ایکنالجنگ ونز فیور از ا ویری امپورٹنٹ پوائنٹ وچ ائی ہیو لرن ٹوڈے۔</w:t>
      </w:r>
    </w:p>
    <w:p>
      <w:r>
        <w:rPr>
          <w:b/>
        </w:rPr>
        <w:t xml:space="preserve">[25:37] </w:t>
      </w:r>
      <w:r>
        <w:t>i will make it a part of my life from today itself, inshallah. Jazak Allah Maulana for teaching us such and important point.</w:t>
      </w:r>
    </w:p>
    <w:p>
      <w:pPr>
        <w:jc w:val="right"/>
      </w:pPr>
      <w:r>
        <w:t>ائی ویل میک اٹ ا پارٹ اف مائی لائف فرام ٹوڈے اٹ سیلف، انشاءاللہ۔ جزاک اللہ مولانا فار ٹیچنگ اس سچ اینڈ امپورٹنٹ پوائنٹ۔</w:t>
      </w:r>
    </w:p>
    <w:p>
      <w:r>
        <w:rPr>
          <w:b/>
        </w:rPr>
        <w:t xml:space="preserve">[25:47] </w:t>
      </w:r>
      <w:r>
        <w:t>" Mashallah. Dr. Aslam Khan sahib ne Saharanpur se likha hai: "Whole heart, whole heartedly thankfulness is real worship</w:t>
      </w:r>
    </w:p>
    <w:p>
      <w:pPr>
        <w:jc w:val="right"/>
      </w:pPr>
      <w:r>
        <w:t>" ماشاءاللہ۔ ڈاکٹر اسلم خان صاحب نے سارن پور سے لکھا ہے: "ہول ہارٹ، ہول ہارٹڈلی تھینک فلنس از ریئل ورشپ</w:t>
      </w:r>
    </w:p>
    <w:p>
      <w:r>
        <w:rPr>
          <w:b/>
        </w:rPr>
        <w:t xml:space="preserve">[25:57] </w:t>
      </w:r>
      <w:r>
        <w:t>. So man should think about signs of God."</w:t>
      </w:r>
    </w:p>
    <w:p>
      <w:pPr>
        <w:jc w:val="right"/>
      </w:pPr>
      <w:r>
        <w:t>۔ سو مین شوڈ تھنک اباؤٹ سائنز اف گاڈ۔"</w:t>
      </w:r>
    </w:p>
    <w:p>
      <w:r>
        <w:rPr>
          <w:b/>
        </w:rPr>
        <w:t xml:space="preserve">[26:04] </w:t>
      </w:r>
      <w:r>
        <w:t>Ah Aamir Mori sahib ne Goa se sawal bheja hai. Unhone aapse poocha hai ke: "Normally we acknowledge people when they do good to us.</w:t>
      </w:r>
    </w:p>
    <w:p>
      <w:pPr>
        <w:jc w:val="right"/>
      </w:pPr>
      <w:r>
        <w:t>اہ عامر موری صاحب نے گوا سے سوال بھیجا ہے۔ انہوں نے آپ سے پوچھا ہے کہ: "نارملی وی ایکنالج پیپل وین دے ڈو گڈ ٹو اس۔</w:t>
      </w:r>
    </w:p>
    <w:p>
      <w:r>
        <w:rPr>
          <w:b/>
        </w:rPr>
        <w:t xml:space="preserve">[26:16] </w:t>
      </w:r>
      <w:r>
        <w:t>Maulana sahib, how can we inculcate the spirit of shukr when someone intends to do harm to us? How can we discover the item of shukr in such circumstances</w:t>
      </w:r>
    </w:p>
    <w:p>
      <w:pPr>
        <w:jc w:val="right"/>
      </w:pPr>
      <w:r>
        <w:t>مولانا صاحب، ہاؤ کین وی انکلکیٹ دا سپرٹ اف شکر وین سم ون انٹینس ٹو ڈو ہارم ٹو اس؟ ہاؤ کین وی ڈسکور دی آئٹم اف شکر ان سچ سرکمسٹانس</w:t>
      </w:r>
    </w:p>
    <w:p>
      <w:r>
        <w:rPr>
          <w:b/>
        </w:rPr>
        <w:t xml:space="preserve">[26:30] </w:t>
      </w:r>
      <w:r>
        <w:t>s? Kindly guide us."</w:t>
      </w:r>
    </w:p>
    <w:p>
      <w:pPr>
        <w:jc w:val="right"/>
      </w:pPr>
      <w:r>
        <w:t>ز؟ کائنڈلی گائیڈ اس۔"</w:t>
      </w:r>
    </w:p>
    <w:p>
      <w:r>
        <w:rPr>
          <w:b/>
        </w:rPr>
        <w:t xml:space="preserve">[26:37] </w:t>
      </w:r>
      <w:r>
        <w:t>misal ke taur par dekhiye,</w:t>
      </w:r>
    </w:p>
    <w:p>
      <w:pPr>
        <w:jc w:val="right"/>
      </w:pPr>
      <w:r>
        <w:t>مثلاً دیکھیے،</w:t>
      </w:r>
    </w:p>
    <w:p>
      <w:r>
        <w:rPr>
          <w:b/>
        </w:rPr>
        <w:t xml:space="preserve">[26:41] </w:t>
      </w:r>
      <w:r>
        <w:t>mein aik din soch raha tha to</w:t>
      </w:r>
    </w:p>
    <w:p>
      <w:pPr>
        <w:jc w:val="right"/>
      </w:pPr>
      <w:r>
        <w:t>میں ایک دن سوچ رہا تھا تو</w:t>
      </w:r>
    </w:p>
    <w:p>
      <w:r>
        <w:rPr>
          <w:b/>
        </w:rPr>
        <w:t xml:space="preserve">[26:47] </w:t>
      </w:r>
      <w:r>
        <w:t>aik kapray par soch raha tha jo kapra mein istemal karta hoon. to mein ne socha ke yeh, yeh,</w:t>
      </w:r>
    </w:p>
    <w:p>
      <w:pPr>
        <w:jc w:val="right"/>
      </w:pPr>
      <w:r>
        <w:t>ایک کپڑے پر سوچ رہا تھا جو کپڑا میں استعمال کرتا ہوں۔ تو میں نے سوچا کہ یہ، یہ،</w:t>
      </w:r>
    </w:p>
    <w:p>
      <w:r>
        <w:rPr>
          <w:b/>
        </w:rPr>
        <w:t xml:space="preserve">[27:00] </w:t>
      </w:r>
      <w:r>
        <w:t>yeh, yeh kapra jo hai universal shukr ka item hai. insan ne kaise kaise discover kiya</w:t>
      </w:r>
    </w:p>
    <w:p>
      <w:pPr>
        <w:jc w:val="right"/>
      </w:pPr>
      <w:r>
        <w:t>یہ، یہ کپڑا جو ہے یونیورسل شکر کا آئٹم ہے۔ انسان نے کیسے کیسے ڈسکور کیا</w:t>
      </w:r>
    </w:p>
    <w:p>
      <w:r>
        <w:rPr>
          <w:b/>
        </w:rPr>
        <w:t xml:space="preserve">[27:17] </w:t>
      </w:r>
      <w:r>
        <w:t>nangay pan ko? kaise kaise discover kiya woh different qism ke kapray ko?</w:t>
      </w:r>
    </w:p>
    <w:p>
      <w:pPr>
        <w:jc w:val="right"/>
      </w:pPr>
      <w:r>
        <w:t>ننگے پن کو؟ کیسے کیسے ڈسکور کیا وہ ڈفرنٹ قسم کے کپڑے کو؟</w:t>
      </w:r>
    </w:p>
    <w:p>
      <w:r>
        <w:rPr>
          <w:b/>
        </w:rPr>
        <w:t xml:space="preserve">[27:25] </w:t>
      </w:r>
      <w:r>
        <w:t>kaise kaise is ne janglon se woh item tore jo kapra ki shape ikhtiyar karte hain?</w:t>
      </w:r>
    </w:p>
    <w:p>
      <w:pPr>
        <w:jc w:val="right"/>
      </w:pPr>
      <w:r>
        <w:t>کیسے کیسے اس نے جنگلوں سے وہ آئٹم ٹورے جو کپڑا کی شیپ اختیار کرتے ہیں؟</w:t>
      </w:r>
    </w:p>
    <w:p>
      <w:r>
        <w:rPr>
          <w:b/>
        </w:rPr>
        <w:t xml:space="preserve">[27:37] </w:t>
      </w:r>
      <w:r>
        <w:t>yeh sab aik, aik, aik bohat lamba amal hai. is, is lambay amal se poori insaniyat guzri hai.</w:t>
      </w:r>
    </w:p>
    <w:p>
      <w:pPr>
        <w:jc w:val="right"/>
      </w:pPr>
      <w:r>
        <w:t>یہ سب ایک، ایک، ایک بہت لمبا عمل ہے۔ اس، اس لمبے عمل سے پوری انسانیت گزری ہے۔</w:t>
      </w:r>
    </w:p>
    <w:p>
      <w:r>
        <w:rPr>
          <w:b/>
        </w:rPr>
        <w:t xml:space="preserve">[27:48] </w:t>
      </w:r>
      <w:r>
        <w:t>poori insaniyat mein mujhe laga ke poori insaniyat meri khidmat mein hai. woh</w:t>
      </w:r>
    </w:p>
    <w:p>
      <w:pPr>
        <w:jc w:val="right"/>
      </w:pPr>
      <w:r>
        <w:t>پوری انسانیت میں مجھے لگا کہ پوری انسانیت میری خدمت میں ہے۔ وہ</w:t>
      </w:r>
    </w:p>
    <w:p>
      <w:r>
        <w:rPr>
          <w:b/>
        </w:rPr>
        <w:t xml:space="preserve">[27:59] </w:t>
      </w:r>
      <w:r>
        <w:t>oon bana rahi hai, aik</w:t>
      </w:r>
    </w:p>
    <w:p>
      <w:pPr>
        <w:jc w:val="right"/>
      </w:pPr>
      <w:r>
        <w:t>اون بنا رہی ہے، ایک</w:t>
      </w:r>
    </w:p>
    <w:p>
      <w:r>
        <w:rPr>
          <w:b/>
        </w:rPr>
        <w:t xml:space="preserve">[28:07] </w:t>
      </w:r>
      <w:r>
        <w:t>woh chaon, chaon item bana rahi hai taake mere liye aik kapra wajood mein aaye. to poori insaniyat ka contribution hai.</w:t>
      </w:r>
    </w:p>
    <w:p>
      <w:pPr>
        <w:jc w:val="right"/>
      </w:pPr>
      <w:r>
        <w:t>وہ چاؤں، چاؤں آئٹم بنا رہی ہے تاکہ میرے لیے ایک کپڑا وجود میں آئے۔ تو پوری انسانیت کا کنٹریبیوشن ہے۔</w:t>
      </w:r>
    </w:p>
    <w:p>
      <w:r>
        <w:rPr>
          <w:b/>
        </w:rPr>
        <w:t xml:space="preserve">[28:18] </w:t>
      </w:r>
      <w:r>
        <w:t>tab woh kapra wajood mein aata hai jis ko mein pehanta hoon ya uthta hoon. yeh poori insaniyat ki shukr karne ki baat hai.</w:t>
      </w:r>
    </w:p>
    <w:p>
      <w:pPr>
        <w:jc w:val="right"/>
      </w:pPr>
      <w:r>
        <w:t>تب وہ کپڑا وجود میں آتا ہے جس کو میں پہنتا ہوں یا اٹھتا ہوں۔ یہ پوری انسانیت کی شکر کرنے کی بات ہے۔</w:t>
      </w:r>
    </w:p>
    <w:p>
      <w:r>
        <w:rPr>
          <w:b/>
        </w:rPr>
        <w:t xml:space="preserve">[28:33] </w:t>
      </w:r>
      <w:r>
        <w:t>yeh to agar hum is tarah sochein to har, har shukr universal shukr dikhai dega. har shukr aap ko universal, universal shukr mehsoos hoga.</w:t>
      </w:r>
    </w:p>
    <w:p>
      <w:pPr>
        <w:jc w:val="right"/>
      </w:pPr>
      <w:r>
        <w:t>یہ تو اگر ہم اس طرح سوچیں تو ہر، ہر شکر یونیورسل شکر دکھائی دے گا۔ ہر شکر آپ کو یونیورسل، یونیورسل شکر محسوس ہوگا۔</w:t>
      </w:r>
    </w:p>
    <w:p>
      <w:r>
        <w:rPr>
          <w:b/>
        </w:rPr>
        <w:t xml:space="preserve">[28:52] </w:t>
      </w:r>
      <w:r>
        <w:t>maulana, aik sawal aaya hai. yeh sawal kya hai ah neamat khan sahib ne. unhon ne aap se poocha hai: "can you Maulana sahib, please tell me how to get rid of sins when you are too much involved in it?</w:t>
      </w:r>
    </w:p>
    <w:p>
      <w:pPr>
        <w:jc w:val="right"/>
      </w:pPr>
      <w:r>
        <w:t>مولانا، ایک سوال آیا ہے۔ یہ سوال کیا ہے اہ نعمت خان صاحب نے۔ انہوں نے آپ سے پوچھا ہے: "کین یو مولانا صاحب، پلیز ٹیل می ہاؤ ٹو گیٹ ریڈ اف سنز وین یو آر ٹو مچ انوالوڈ ان اٹ؟</w:t>
      </w:r>
    </w:p>
    <w:p>
      <w:r>
        <w:rPr>
          <w:b/>
        </w:rPr>
        <w:t xml:space="preserve">[29:09] </w:t>
      </w:r>
      <w:r>
        <w:t>like minor sins, and then you feel like how far you are from religion and Allah. please guide us."</w:t>
      </w:r>
    </w:p>
    <w:p>
      <w:pPr>
        <w:jc w:val="right"/>
      </w:pPr>
      <w:r>
        <w:t>لائک مائنر سنز، اینڈ دین یو فیل لائک ہاؤ فار یو آر فرام ریلیجن اینڈ اللہ۔ پلیز گائیڈ اس۔"</w:t>
      </w:r>
    </w:p>
    <w:p>
      <w:r>
        <w:rPr>
          <w:b/>
        </w:rPr>
        <w:t xml:space="preserve">[29:19] </w:t>
      </w:r>
      <w:r>
        <w:t>yeh chote gunah, bare gunah to fiqh is tarah hai. bas wasta ho ke har gunah gunah hai. fiqh zaban mein yeh sab pata bol jati hain.</w:t>
      </w:r>
    </w:p>
    <w:p>
      <w:pPr>
        <w:jc w:val="right"/>
      </w:pPr>
      <w:r>
        <w:t>یہ چھوٹے گناہ، بڑے گناہ تو فقہ اس طرح ہے۔ بس واسطہ ہو کہ ہر گناہ گناہ ہے۔ فقہ زبان میں یہ سب پتہ بول جاتی ہیں۔</w:t>
      </w:r>
    </w:p>
    <w:p>
      <w:r>
        <w:rPr>
          <w:b/>
        </w:rPr>
        <w:t xml:space="preserve">[29:33] </w:t>
      </w:r>
      <w:r>
        <w:t>warna haqeeqat ke aitbar se har gunah gunah hai. aap ehsas karein ke apne, apne rab, apne rab ka apne</w:t>
      </w:r>
    </w:p>
    <w:p>
      <w:pPr>
        <w:jc w:val="right"/>
      </w:pPr>
      <w:r>
        <w:t>ورنہ حقیقت کے اعتبار سے ہر گناہ گناہ ہے۔ آپ احساس کریں کہ اپنے، اپنے رب، اپنے رب کا اپنے</w:t>
      </w:r>
    </w:p>
    <w:p>
      <w:r>
        <w:rPr>
          <w:b/>
        </w:rPr>
        <w:t xml:space="preserve">[29:48] </w:t>
      </w:r>
      <w:r>
        <w:t>khilaf aik kaam kiya hai. to wohi, wohi gunah hai, chahe chota ho ya bara.</w:t>
      </w:r>
    </w:p>
    <w:p>
      <w:pPr>
        <w:jc w:val="right"/>
      </w:pPr>
      <w:r>
        <w:t>خلاف ایک کام کیا ہے۔ تو وہی، وہی گناہ ہے، چاہے چھوٹا ہو یا بڑا۔</w:t>
      </w:r>
    </w:p>
    <w:p>
      <w:r>
        <w:rPr>
          <w:b/>
        </w:rPr>
        <w:t xml:space="preserve">[29:55] </w:t>
      </w:r>
      <w:r>
        <w:t>maulana, aaj hamein bilkul aik nai baat pata chali hai ke jo shukr karna chahiye hamein Allah ka ya insan ka to woh bol kar karna chahiye.</w:t>
      </w:r>
    </w:p>
    <w:p>
      <w:pPr>
        <w:jc w:val="right"/>
      </w:pPr>
      <w:r>
        <w:t>مولانا، آج ہمیں بالکل ایک نئی بات پتہ چلی ہے کہ جو شکر کرنا چاہیے ہمیں اللہ کا یا انسان کا تو وہ بول کر کرنا چاہیے۔</w:t>
      </w:r>
    </w:p>
    <w:p>
      <w:r>
        <w:rPr>
          <w:b/>
        </w:rPr>
        <w:t xml:space="preserve">[30:04] </w:t>
      </w:r>
      <w:r>
        <w:t>ise sirf apne dil mein hi nahi rakhna chahiye. agar hum bol kar nahi karein ge to woh angel ke record mein nahi aayega.</w:t>
      </w:r>
    </w:p>
    <w:p>
      <w:pPr>
        <w:jc w:val="right"/>
      </w:pPr>
      <w:r>
        <w:t>اسے صرف اپنے دل میں ہی نہیں رکھنا چاہیے۔ اگر ہم بول کر نہیں کریں گے تو وہ اینجل کے ریکارڈ میں نہیں آئے گا۔</w:t>
      </w:r>
    </w:p>
    <w:p>
      <w:r>
        <w:rPr>
          <w:b/>
        </w:rPr>
        <w:t xml:space="preserve">[30:13] </w:t>
      </w:r>
      <w:r>
        <w:t>maulana, ah haan, kabhi kabhar aisa hota tha ke mein shukr ko jaise andar hi rakhta tha. like, mein is ko apne lips mein, lips se nahi bolta tha.</w:t>
      </w:r>
    </w:p>
    <w:p>
      <w:pPr>
        <w:jc w:val="right"/>
      </w:pPr>
      <w:r>
        <w:t>مولانا، اہ ہاں، کبھی کبھار ایسا ہوتا تھا کہ میں شکر کو جیسے اندر ہی رکھتا تھا۔ لائک، میں اس کو اپنے لپس میں، لپس سے نہیں بولتا تھا۔</w:t>
      </w:r>
    </w:p>
    <w:p>
      <w:r>
        <w:rPr>
          <w:b/>
        </w:rPr>
        <w:t xml:space="preserve">[30:24] </w:t>
      </w:r>
      <w:r>
        <w:t>aur ab se inshallah mein yaad rakhunga ke mujhe shukr ko bolna hai, ah bol ke acknowledge karna hai taake angels ki recording mein woh ja sake.</w:t>
      </w:r>
    </w:p>
    <w:p>
      <w:pPr>
        <w:jc w:val="right"/>
      </w:pPr>
      <w:r>
        <w:t>اور اب سے انشاءاللہ میں یاد رکھوں گا کہ مجھے شکر کو بولنا ہے، اہ بول کے ایکنالج کرنا ہے تاکہ اینجلس کی ریکارڈنگ میں وہ جا سکے۔</w:t>
      </w:r>
    </w:p>
    <w:p>
      <w:r>
        <w:rPr>
          <w:b/>
        </w:rPr>
        <w:t xml:space="preserve">[30:33] </w:t>
      </w:r>
      <w:r>
        <w:t>inshallah, ab se mein shukr ko as a lip service bhi bolunga. i mean, from the lips bolunga, from my lips. acknowledge kar ke is ko from my lips bolunga mein is ko taake woh angels ke register mein ja sake.</w:t>
      </w:r>
    </w:p>
    <w:p>
      <w:pPr>
        <w:jc w:val="right"/>
      </w:pPr>
      <w:r>
        <w:t>انشاءاللہ، اب سے میں شکر کو ایز ا لپ سروس بھی بولوں گا۔ آئی مین، فرام دا لپس بولوں گا، فرام مائی لپس۔ ایکنالج کر کے اس کو فرام مائی لپس بولوں گا میں اس کو تاکہ وہ اینجلس کے رجسٹر میں جا سکے۔</w:t>
      </w:r>
    </w:p>
    <w:p>
      <w:r>
        <w:rPr>
          <w:b/>
        </w:rPr>
        <w:t xml:space="preserve">[30:47] </w:t>
      </w:r>
      <w:r>
        <w:t>inshallah.</w:t>
      </w:r>
    </w:p>
    <w:p>
      <w:pPr>
        <w:jc w:val="right"/>
      </w:pPr>
      <w:r>
        <w:t>انشاءاللہ۔</w:t>
      </w:r>
    </w:p>
    <w:p>
      <w:r>
        <w:rPr>
          <w:b/>
        </w:rPr>
        <w:t xml:space="preserve">[30:53] </w:t>
      </w:r>
      <w:r>
        <w:t>maulana, aisa koi woh hai, ah any a quranic verse which says that, ah as you do shukr in whatever you doing shukr in, that multiplies.</w:t>
      </w:r>
    </w:p>
    <w:p>
      <w:pPr>
        <w:jc w:val="right"/>
      </w:pPr>
      <w:r>
        <w:t>مولانا، ایسا کوئی وہ ہے، اہ اینی ایک قرآنک ورس وچ سیز دیٹ، اہ ایز یو ڈو شکر ان واٹ ایور یو ڈوئنگ شکر ان، دیٹ ملٹی پلائیز۔</w:t>
      </w:r>
    </w:p>
    <w:p>
      <w:r>
        <w:rPr>
          <w:b/>
        </w:rPr>
        <w:t xml:space="preserve">[31:05] </w:t>
      </w:r>
      <w:r>
        <w:t>aisa kuch hai ke hum jis pe cheez pe hum shukr karein ge, happiness pe, wealth pe, prosperity pe, woh barhti jayegi.</w:t>
      </w:r>
    </w:p>
    <w:p>
      <w:pPr>
        <w:jc w:val="right"/>
      </w:pPr>
      <w:r>
        <w:t>ایسا کچھ ہے کہ ہم جس پہ چیز پہ ہم شکر کریں گے، ہیپینس پہ، ویلتھ پہ، پروسپیریٹی پہ، وہ بڑھتی جائے گی۔</w:t>
      </w:r>
    </w:p>
    <w:p>
      <w:r>
        <w:rPr>
          <w:b/>
        </w:rPr>
        <w:t xml:space="preserve">[31:13] </w:t>
      </w:r>
      <w:r>
        <w:t>woh, woh yeh keh rahi hain, un ka sawal yeh hai priya ka ke aisa koi ayat ya koi hadith hai ke agar hum shukr karein to woh multiply ho jayega?</w:t>
      </w:r>
    </w:p>
    <w:p>
      <w:pPr>
        <w:jc w:val="right"/>
      </w:pPr>
      <w:r>
        <w:t>وہ، وہ یہ کہہ رہی ہیں، ان کا سوال یہ ہے پریا کا کہ ایسا کوئی آیت یا کوئی حدیث ہے کہ اگر ہم شکر کریں تو وہ ملٹی پلائی ہو جائے گا؟</w:t>
      </w:r>
    </w:p>
    <w:p>
      <w:r>
        <w:rPr>
          <w:b/>
        </w:rPr>
        <w:t xml:space="preserve">[31:22] </w:t>
      </w:r>
      <w:r>
        <w:t>jis cheez ke liye hum shukr kar rahe hain, jis cheez ke liye hum shukr kar rahe hain, woh cheez multiply ho jaye gi aur blessing ke taur pe. hmm, hai koi?</w:t>
      </w:r>
    </w:p>
    <w:p>
      <w:pPr>
        <w:jc w:val="right"/>
      </w:pPr>
      <w:r>
        <w:t>جس چیز کے لیے ہم شکر کر رہے ہیں، جس چیز کے لیے ہم شکر کر رہے ہیں، وہ چیز ملٹی پلائی ہو جائے گی اور بلیسنگ کے طور پہ۔ ہمم، ہے کوئی؟</w:t>
      </w:r>
    </w:p>
    <w:p>
      <w:r>
        <w:rPr>
          <w:b/>
        </w:rPr>
        <w:t xml:space="preserve">[31:31] </w:t>
      </w:r>
      <w:r>
        <w:t>maulana, woh ayat hai, us ko shayad woh quote kar rahi hain: "laina shakkartum la azeedannakum". is ki tarjuma parhiye: "</w:t>
      </w:r>
    </w:p>
    <w:p>
      <w:pPr>
        <w:jc w:val="right"/>
      </w:pPr>
      <w:r>
        <w:t>مولانا، وہ آیت ہے، اس کو شاید وہ کوٹ کر رہی ہیں: "لئن شکرتم لازیدنکم"۔ اس کی ترجمہ پڑھیے: "</w:t>
      </w:r>
    </w:p>
    <w:p>
      <w:r>
        <w:rPr>
          <w:b/>
        </w:rPr>
        <w:t xml:space="preserve">[31:40] </w:t>
      </w:r>
      <w:r>
        <w:t>agar tum shukriya ada karoge to mein zaroor tum logon ko zyada karunga". hmm, surah ibrahim, chapter number 14, verse number seven.</w:t>
      </w:r>
    </w:p>
    <w:p>
      <w:pPr>
        <w:jc w:val="right"/>
      </w:pPr>
      <w:r>
        <w:t>اگر تم شکریہ ادا کرو گے تو میں ضرور تم لوگوں کو زیادہ کروں گا"۔ ہمم، سورہ ابراہیم، چیپٹر نمبر 14، ورس نمبر سیون۔</w:t>
      </w:r>
    </w:p>
    <w:p>
      <w:r>
        <w:rPr>
          <w:b/>
        </w:rPr>
        <w:t xml:space="preserve">[31:53] </w:t>
      </w:r>
      <w:r>
        <w:t>to is, is ayat ko hum is hadith ko le ke samajh sakte hain jis mein hai ke har amal ka, har amal ka sawab das guna se kitne?</w:t>
      </w:r>
    </w:p>
    <w:p>
      <w:pPr>
        <w:jc w:val="right"/>
      </w:pPr>
      <w:r>
        <w:t>تو اس، اس آیت کو ہم اس حدیث کو لے کے سمجھ سکتے ہیں جس میں ہے کہ ہر عمل کا، ہر عمل کا ثواب دس گنا سے کتنے؟</w:t>
      </w:r>
    </w:p>
    <w:p>
      <w:r>
        <w:rPr>
          <w:b/>
        </w:rPr>
        <w:t xml:space="preserve">[32:09] </w:t>
      </w:r>
      <w:r>
        <w:t>das guna, 70</w:t>
      </w:r>
    </w:p>
    <w:p>
      <w:pPr>
        <w:jc w:val="right"/>
      </w:pPr>
      <w:r>
        <w:t>دس گنا، 70</w:t>
      </w:r>
    </w:p>
    <w:p>
      <w:r>
        <w:rPr>
          <w:b/>
        </w:rPr>
        <w:t xml:space="preserve">[32:10] </w:t>
      </w:r>
      <w:r>
        <w:t>0 guna, 400 guna to milta hai. mera khayal hai ke har amal aadmi karta hai jo rewardable hota hai to woh Allah is mein izafa kar deta hai.</w:t>
      </w:r>
    </w:p>
    <w:p>
      <w:pPr>
        <w:jc w:val="right"/>
      </w:pPr>
      <w:r>
        <w:t>0 گنا، 400 گنا تو ملتا ہے۔ میرا خیال ہے کہ ہر عمل آدمی کرتا ہے جو ریوارڈیبل ہوتا ہے تو وہ اللہ اس میں اضافہ کر دیتا ہے۔</w:t>
      </w:r>
    </w:p>
    <w:p>
      <w:r>
        <w:rPr>
          <w:b/>
        </w:rPr>
        <w:t xml:space="preserve">[32:27] </w:t>
      </w:r>
      <w:r>
        <w:t>izafa.</w:t>
      </w:r>
    </w:p>
    <w:p>
      <w:pPr>
        <w:jc w:val="right"/>
      </w:pPr>
      <w:r>
        <w:t>اضافہ۔</w:t>
      </w:r>
    </w:p>
    <w:p>
      <w:r>
        <w:rPr>
          <w:b/>
        </w:rPr>
        <w:t xml:space="preserve">[32:36] </w:t>
      </w:r>
      <w:r>
        <w:t>yeh pakistan se sawal hai doctor zarina: "shukr ada karne ke liye alfaaz ka intekhab kya hai?</w:t>
      </w:r>
    </w:p>
    <w:p>
      <w:pPr>
        <w:jc w:val="right"/>
      </w:pPr>
      <w:r>
        <w:t>یہ پاکستان سے سوال ہے ڈاکٹر زرینہ: "شکر ادا کرنے کے لیے الفاظ کا انتخاب کیا ہے؟</w:t>
      </w:r>
    </w:p>
    <w:p>
      <w:r>
        <w:rPr>
          <w:b/>
        </w:rPr>
        <w:t xml:space="preserve">[32:45] </w:t>
      </w:r>
      <w:r>
        <w:t>kaise rab ke huzoor ajzi se gham ya khushi dono mein razae ilahi samajh ke pur sakoon rahein?"</w:t>
      </w:r>
    </w:p>
    <w:p>
      <w:pPr>
        <w:jc w:val="right"/>
      </w:pPr>
      <w:r>
        <w:t>کیسے رب کے حضور عاجزی سے غم یا خوشی دونوں میں رضائے الہی سمجھ کے پرسکون رہیں؟"</w:t>
      </w:r>
    </w:p>
    <w:p>
      <w:r>
        <w:rPr>
          <w:b/>
        </w:rPr>
        <w:t xml:space="preserve">[32:56] </w:t>
      </w:r>
      <w:r>
        <w:t>dekhein, shukr ke ka talluq ehsas se hai. agar is aap ka ehsas bohat gehra ho to is hisab se alfaaz niklen ge aap ke munh se.</w:t>
      </w:r>
    </w:p>
    <w:p>
      <w:pPr>
        <w:jc w:val="right"/>
      </w:pPr>
      <w:r>
        <w:t>دیکھیں، شکر کے کا تعلق احساس سے ہے۔ اگر اس آپ کا احساس بہت گہرا ہو تو اس حساب سے الفاظ نکلیں گے آپ کے منہ سے۔</w:t>
      </w:r>
    </w:p>
    <w:p>
      <w:r>
        <w:rPr>
          <w:b/>
        </w:rPr>
        <w:t xml:space="preserve">[33:13] </w:t>
      </w:r>
      <w:r>
        <w:t>jitna bara ehsas hoga, utna bara shukr niklega. is ki koi, mein sochta hoon ke is ki koi naap tol nahi hai,</w:t>
      </w:r>
    </w:p>
    <w:p>
      <w:pPr>
        <w:jc w:val="right"/>
      </w:pPr>
      <w:r>
        <w:t>جتنا بڑا احساس ہوگا، اتنا بڑا شکر نکلے گا۔ اس کی کوئی، میں سوچتا ہوں کہ اس کی کوئی ناپ تول نہیں ہے،</w:t>
      </w:r>
    </w:p>
    <w:p>
      <w:r>
        <w:rPr>
          <w:b/>
        </w:rPr>
        <w:t xml:space="preserve">[33:27] </w:t>
      </w:r>
      <w:r>
        <w:t>lekin ab, ab bohat gehra, ab, ab agar shukr ayega to gehra arrangement bhi ayega.</w:t>
      </w:r>
    </w:p>
    <w:p>
      <w:pPr>
        <w:jc w:val="right"/>
      </w:pPr>
      <w:r>
        <w:t>لیکن اب، اب بہت گہرا، اب، اب اگر شکر آئے گا تو گہرا ارینجمنٹ بھی آئے گا۔</w:t>
      </w:r>
    </w:p>
    <w:p>
      <w:r>
        <w:rPr>
          <w:b/>
        </w:rPr>
        <w:t xml:space="preserve">[33:41] </w:t>
      </w:r>
      <w:r>
        <w:t>maulana ke sawal ka doosra part yeh tha ke khushi aur gham, khushi ya gham ke mauqe par kaise hum yeh samjhein ke yeh razae ilahi hai aur is ko hum accept karein?</w:t>
      </w:r>
    </w:p>
    <w:p>
      <w:pPr>
        <w:jc w:val="right"/>
      </w:pPr>
      <w:r>
        <w:t>مولانا کے سوال کا دوسرا پارٹ یہ تھا کہ خوشی اور غم، خوشی یا غم کے موقع پر کیسے ہم یہ سمجھیں کہ یہ رضائے الہی ہے اور اس کو ہم ایکسیپٹ کریں؟</w:t>
      </w:r>
    </w:p>
    <w:p>
      <w:r>
        <w:rPr>
          <w:b/>
        </w:rPr>
        <w:t xml:space="preserve">[34:05] </w:t>
      </w:r>
      <w:r>
        <w:t>bhai, yeh to hum hamare samajhne ki baat nahi hai. khuda ke accept karne ki baat hai.</w:t>
      </w:r>
    </w:p>
    <w:p>
      <w:pPr>
        <w:jc w:val="right"/>
      </w:pPr>
      <w:r>
        <w:t>بھئی، یہ تو ہم ہمارے سمجھنے کی بات نہیں ہے۔ خدا کے ایکسیپٹ کرنے کی بات ہے۔</w:t>
      </w:r>
    </w:p>
    <w:p>
      <w:r>
        <w:rPr>
          <w:b/>
        </w:rPr>
        <w:t xml:space="preserve">[34:14] </w:t>
      </w:r>
      <w:r>
        <w:t>humein to bas apne aap par le kar ke</w:t>
      </w:r>
    </w:p>
    <w:p>
      <w:pPr>
        <w:jc w:val="right"/>
      </w:pPr>
      <w:r>
        <w:t>ہمیں تو بس اپنے آپ پر لے کر کے</w:t>
      </w:r>
    </w:p>
    <w:p>
      <w:r>
        <w:rPr>
          <w:b/>
        </w:rPr>
        <w:t xml:space="preserve">[34:23] </w:t>
      </w:r>
      <w:r>
        <w:t>sochna hai.</w:t>
      </w:r>
    </w:p>
    <w:p>
      <w:pPr>
        <w:jc w:val="right"/>
      </w:pPr>
      <w:r>
        <w:t>سوچنا ہے۔</w:t>
      </w:r>
    </w:p>
    <w:p>
      <w:r>
        <w:rPr>
          <w:b/>
        </w:rPr>
        <w:t xml:space="preserve">[34:27] </w:t>
      </w:r>
      <w:r>
        <w:t>baqi Allah ke haan is ka darja kya hai, yeh to khud Allah hi janta hai.</w:t>
      </w:r>
    </w:p>
    <w:p>
      <w:pPr>
        <w:jc w:val="right"/>
      </w:pPr>
      <w:r>
        <w:t>باقی اللہ کے ہاں اس کا درجہ کیا ہے، یہ تو خود اللہ ہی جانتا ہے۔</w:t>
      </w:r>
    </w:p>
    <w:p>
      <w:r>
        <w:rPr>
          <w:b/>
        </w:rPr>
        <w:t xml:space="preserve">[34:45] </w:t>
      </w:r>
      <w:r>
        <w:t>maulana, aaj ka lecture bohat hi important tha kyunke aaj sab se pehle to yeh pata chala ke shukr jo karna hai, bol ke karna hai. hum hamesha dil se shukr karte thay, but bol ke nahi karte thay.</w:t>
      </w:r>
    </w:p>
    <w:p>
      <w:pPr>
        <w:jc w:val="right"/>
      </w:pPr>
      <w:r>
        <w:t>مولانا، آج کا لیکچر بہت ہی امپورٹنٹ تھا کیونکہ آج سب سے پہلے تو یہ پتہ چلا کہ شکر جو کرنا ہے، بول کے کرنا ہے۔ ہم ہمیشہ دل سے شکر کرتے تھے، بٹ بول کے نہیں کرتے تھے۔</w:t>
      </w:r>
    </w:p>
    <w:p>
      <w:r>
        <w:rPr>
          <w:b/>
        </w:rPr>
        <w:t xml:space="preserve">[34:57] </w:t>
      </w:r>
      <w:r>
        <w:t>to aaj se hum bol ke shukr karein ge aur sab se pehle Khuda ka shukr karein ge ke aap se milaya aur CPS mission mein lagaya, nahi to hamari to jo zindagi thi, woh bekar hi jati.</w:t>
      </w:r>
    </w:p>
    <w:p>
      <w:pPr>
        <w:jc w:val="right"/>
      </w:pPr>
      <w:r>
        <w:t>تو آج سے ہم بول کے شکر کریں گے اور سب سے پہلے خدا کا شکر کریں گے کہ آپ سے ملایا اور سی پی ایس مشن میں لگایا، نہیں تو ہماری تو جو زندگی تھی، وہ بیکار ہی جاتی۔</w:t>
      </w:r>
    </w:p>
    <w:p>
      <w:r>
        <w:rPr>
          <w:b/>
        </w:rPr>
        <w:t xml:space="preserve">[35:10] </w:t>
      </w:r>
      <w:r>
        <w:t>masha Allah.</w:t>
      </w:r>
    </w:p>
    <w:p>
      <w:pPr>
        <w:jc w:val="right"/>
      </w:pPr>
      <w:r>
        <w:t>ماشاءاللہ۔</w:t>
      </w:r>
    </w:p>
    <w:p>
      <w:r>
        <w:rPr>
          <w:b/>
        </w:rPr>
        <w:t xml:space="preserve">[35:12] </w:t>
      </w:r>
      <w:r>
        <w:t>maulana, ek sawal aaya hai irshad ali sahib ne kiya hai. unhone likha hai: "maulana, aap ne apne purane lecture mein ek baat kahi thi ke do aur do char hote hain.</w:t>
      </w:r>
    </w:p>
    <w:p>
      <w:pPr>
        <w:jc w:val="right"/>
      </w:pPr>
      <w:r>
        <w:t>مولانا، ایک سوال آیا ہے ارشاد علی صاحب نے کیا ہے۔ انہوں نے لکھا ہے: "مولانا، آپ نے اپنے پرانے لیکچر میں ایک بات کہی تھی کہ دو اور دو چار ہوتے ہیں۔</w:t>
      </w:r>
    </w:p>
    <w:p>
      <w:r>
        <w:rPr>
          <w:b/>
        </w:rPr>
        <w:t xml:space="preserve">[35:27] </w:t>
      </w:r>
      <w:r>
        <w:t>yeh baat aap kisi se bhi kahoge to woh aasani se maan lega, lekin jis baat se insaan ke jazbat jure hote hain, us ko aap do aur do char ki tarah bhi sabit kar denge, tab bhi woh nahi manega.</w:t>
      </w:r>
    </w:p>
    <w:p>
      <w:pPr>
        <w:jc w:val="right"/>
      </w:pPr>
      <w:r>
        <w:t>یہ بات آپ کسی سے بھی کہو گے تو وہ آسانی سے مان لے گا، لیکن جس بات سے انسان کے جذبات جڑے ہوتے ہیں، اس کو آپ دو اور دو چار کی طرح بھی ثابت کر دیں گے، تب بھی وہ نہیں مانے گا۔</w:t>
      </w:r>
    </w:p>
    <w:p>
      <w:r>
        <w:rPr>
          <w:b/>
        </w:rPr>
        <w:t xml:space="preserve">[35:42] </w:t>
      </w:r>
      <w:r>
        <w:t>maulana, aisa kyun hai aur kya jazbat ki koi qeemat hai?"</w:t>
      </w:r>
    </w:p>
    <w:p>
      <w:pPr>
        <w:jc w:val="right"/>
      </w:pPr>
      <w:r>
        <w:t>مولانا، ایسا کیوں ہے اور کیا جذبات کی کوئی قیمت ہے؟"</w:t>
      </w:r>
    </w:p>
    <w:p>
      <w:r>
        <w:rPr>
          <w:b/>
        </w:rPr>
        <w:t xml:space="preserve">[35:53] </w:t>
      </w:r>
      <w:r>
        <w:t>mein samajhta hoon ke insaan ke andar sab se zyada taqat aur jazbat</w:t>
      </w:r>
    </w:p>
    <w:p>
      <w:pPr>
        <w:jc w:val="right"/>
      </w:pPr>
      <w:r>
        <w:t>میں سمجھتا ہوں کہ انسان کے اندر سب سے زیادہ طاقت اور جذبات</w:t>
      </w:r>
    </w:p>
    <w:p>
      <w:r>
        <w:rPr>
          <w:b/>
        </w:rPr>
        <w:t xml:space="preserve">[36:01] </w:t>
      </w:r>
      <w:r>
        <w:t>khud hi khud hi ka hai. apne aap ko bara samajhna kyunke khud hi koi erosion bardasht nahi karta.</w:t>
      </w:r>
    </w:p>
    <w:p>
      <w:pPr>
        <w:jc w:val="right"/>
      </w:pPr>
      <w:r>
        <w:t>خود ہی خود ہی کا ہے۔ اپنے آپ کو بڑا سمجھنا کیونکہ خود ہی کوئی ایروژن برداشت نہیں کرتا۔</w:t>
      </w:r>
    </w:p>
    <w:p>
      <w:r>
        <w:rPr>
          <w:b/>
        </w:rPr>
        <w:t xml:space="preserve">[36:09] </w:t>
      </w:r>
      <w:r>
        <w:t>aadmi khud hi koi erosion nahi bardasht karta. yeh bohat hi mushkil kaam hai ke aadmi apne self ko, apne self ko,</w:t>
      </w:r>
    </w:p>
    <w:p>
      <w:pPr>
        <w:jc w:val="right"/>
      </w:pPr>
      <w:r>
        <w:t>آدمی خود ہی کوئی ایروژن نہیں برداشت کرتا۔ یہ بہت ہی مشکل کام ہے کہ آدمی اپنے سیلف کو، اپنے سیلف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