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 the Name of God 12 Jan 2020 - Maulana Wahiduddin Khan</w:t>
      </w:r>
    </w:p>
    <w:p>
      <w:r>
        <w:t>https://www.youtube.com/watch?v=aKynaASsI4s</w:t>
      </w:r>
    </w:p>
    <w:p>
      <w:r>
        <w:rPr>
          <w:b/>
        </w:rPr>
        <w:t xml:space="preserve">[00:14] </w:t>
      </w:r>
      <w:r>
        <w:t>bismillah rehman rehim. ah, 12 janwari 2020.</w:t>
      </w:r>
    </w:p>
    <w:p>
      <w:pPr>
        <w:jc w:val="right"/>
      </w:pPr>
      <w:r>
        <w:t>بسم اللہ الرحمن الرحیم۔ اہ، 12 جنوری 2020۔</w:t>
      </w:r>
    </w:p>
    <w:p>
      <w:r>
        <w:rPr>
          <w:b/>
        </w:rPr>
        <w:t xml:space="preserve">[00:27] </w:t>
      </w:r>
      <w:r>
        <w:t>aaj bara ajeeb waqia hua. aaj subah ko jab mein apne office se rawana hua, isi dilli mein,</w:t>
      </w:r>
    </w:p>
    <w:p>
      <w:pPr>
        <w:jc w:val="right"/>
      </w:pPr>
      <w:r>
        <w:t>آج بڑا عجیب واقعہ ہوا۔ آج صبح کو جب میں اپنے آفس سے روانہ ہوا، اسی دلی میں،</w:t>
      </w:r>
    </w:p>
    <w:p>
      <w:r>
        <w:rPr>
          <w:b/>
        </w:rPr>
        <w:t xml:space="preserve">[00:44] </w:t>
      </w:r>
      <w:r>
        <w:t>toh meri zabaan par jo kalma tha woh tha: "rab ishrah li sadri, wa yassir li amri, wah-lul uqdatan min lisani, yafqahu qawli".</w:t>
      </w:r>
    </w:p>
    <w:p>
      <w:pPr>
        <w:jc w:val="right"/>
      </w:pPr>
      <w:r>
        <w:t>تو میری زبان پر جو کلمہ تھا وہ تھا: "رب اشرح لی صدری، ویسر لی امری، واحل العقدۃ من لسانی، یفقہ قولی"۔</w:t>
      </w:r>
    </w:p>
    <w:p>
      <w:r>
        <w:rPr>
          <w:b/>
        </w:rPr>
        <w:t xml:space="preserve">[00:58] </w:t>
      </w:r>
      <w:r>
        <w:t>aur exact topic mere zehan mein tha nahi, soch raha tha, yeh ayat parh raha tha aur soch raha tha.</w:t>
      </w:r>
    </w:p>
    <w:p>
      <w:pPr>
        <w:jc w:val="right"/>
      </w:pPr>
      <w:r>
        <w:t>اور ایگزیکٹ ٹاپک میرے ذہن میں تھا نہیں، سوچ رہا تھا، یہ آیت پڑھ رہا تھا اور سوچ رہا تھا۔</w:t>
      </w:r>
    </w:p>
    <w:p>
      <w:r>
        <w:rPr>
          <w:b/>
        </w:rPr>
        <w:t xml:space="preserve">[01:12] </w:t>
      </w:r>
      <w:r>
        <w:t>achanak, yaani, lekin rastay ke darmian, theek paanch minute pehle, yaani jahan mein baith kar bol raha hoon, wahan se paanch minute ke faaslay par hum hain.</w:t>
      </w:r>
    </w:p>
    <w:p>
      <w:pPr>
        <w:jc w:val="right"/>
      </w:pPr>
      <w:r>
        <w:t>اچانک، یعنی، لیکن راستے کے دوران، ٹھیک پانچ منٹ پہلے، یعنی جہاں میں بیٹھ کر بول رہا ہوں، وہاں سے پانچ منٹ کے فاصلے پر ہم ہیں۔</w:t>
      </w:r>
    </w:p>
    <w:p>
      <w:r>
        <w:rPr>
          <w:b/>
        </w:rPr>
        <w:t xml:space="preserve">[01:31] </w:t>
      </w:r>
      <w:r>
        <w:t>abhi mein rajat aur hamare saathi rastay mein thay ke sirf paanch minute pehle ek message aaya telephone par, kashmir se aaya, kashmir se.</w:t>
      </w:r>
    </w:p>
    <w:p>
      <w:pPr>
        <w:jc w:val="right"/>
      </w:pPr>
      <w:r>
        <w:t>ابھی میں رجت اور ہمارے ساتھی راستے میں تھے کہ صرف پانچ منٹ پہلے ایک میسج آیا ٹیلی فون پر، کشمیر سے آیا، کشمیر سے۔</w:t>
      </w:r>
    </w:p>
    <w:p>
      <w:r>
        <w:rPr>
          <w:b/>
        </w:rPr>
        <w:t xml:space="preserve">[01:51] </w:t>
      </w:r>
      <w:r>
        <w:t>jo logon ke kehne ke mutabiq travelled area hai,</w:t>
      </w:r>
    </w:p>
    <w:p>
      <w:pPr>
        <w:jc w:val="right"/>
      </w:pPr>
      <w:r>
        <w:t>جو لوگوں کے کہنے کے مطابق ٹریولڈ ایریا ہے،</w:t>
      </w:r>
    </w:p>
    <w:p>
      <w:r>
        <w:rPr>
          <w:b/>
        </w:rPr>
        <w:t xml:space="preserve">[01:58] </w:t>
      </w:r>
      <w:r>
        <w:t>yeh hamare puranay saathi hain,</w:t>
      </w:r>
    </w:p>
    <w:p>
      <w:pPr>
        <w:jc w:val="right"/>
      </w:pPr>
      <w:r>
        <w:t>یہ ہمارے پرانے ساتھی ہیں،</w:t>
      </w:r>
    </w:p>
    <w:p>
      <w:r>
        <w:rPr>
          <w:b/>
        </w:rPr>
        <w:t xml:space="preserve">[02:07] </w:t>
      </w:r>
      <w:r>
        <w:t>mister hameed, hameedullah hameed, m.a. unka message tha: "woh aap ko mister rajat parh ke sunayenge aur iska tarjuma batayenge".</w:t>
      </w:r>
    </w:p>
    <w:p>
      <w:pPr>
        <w:jc w:val="right"/>
      </w:pPr>
      <w:r>
        <w:t>مسٹر حمید، حمید اللہ حمید، ایم اے۔ ان کا میسج تھا: "وہ آپ کو مسٹر رجت پڑھ کے سنائیں گے اور اس کا ترجمہ بتائیں گے"۔</w:t>
      </w:r>
    </w:p>
    <w:p>
      <w:r>
        <w:rPr>
          <w:b/>
        </w:rPr>
        <w:t xml:space="preserve">[02:22] </w:t>
      </w:r>
      <w:r>
        <w:t>yehi aaghaz ban gaya. mein yeh sochta tha ke aaj kya baat kehna hai, kahan se shuru karna hai, aur yeh ayat parh raha tha.</w:t>
      </w:r>
    </w:p>
    <w:p>
      <w:pPr>
        <w:jc w:val="right"/>
      </w:pPr>
      <w:r>
        <w:t>یہی آغاز بن گیا۔ میں یہ سوچتا تھا کہ آج کیا بات کہنا ہے، کہاں سے شروع کرنا ہے، اور یہ آیت پڑھ رہا تھا۔</w:t>
      </w:r>
    </w:p>
    <w:p>
      <w:r>
        <w:rPr>
          <w:b/>
        </w:rPr>
        <w:t xml:space="preserve">[02:33] </w:t>
      </w:r>
      <w:r>
        <w:t>us waqt yeh message aaya toh goya goya ke woh ek banda-e-khuda ki zabaan se Allah rab-ul-alameen ne mujhe bata diya ke yeh topic rakho.</w:t>
      </w:r>
    </w:p>
    <w:p>
      <w:pPr>
        <w:jc w:val="right"/>
      </w:pPr>
      <w:r>
        <w:t>اس وقت یہ میسج آیا تو گویا گویا کہ وہ ایک بندہ خدا کی زبان سے اللہ رب العالمین نے مجھے بتا دیا کہ یہ ٹاپک رکھو۔</w:t>
      </w:r>
    </w:p>
    <w:p>
      <w:r>
        <w:rPr>
          <w:b/>
        </w:rPr>
        <w:t xml:space="preserve">[02:48] </w:t>
      </w:r>
      <w:r>
        <w:t>ah, hameedullah hameed sahib has written: "today morning, when i looked from my window, everything was white.</w:t>
      </w:r>
    </w:p>
    <w:p>
      <w:pPr>
        <w:jc w:val="right"/>
      </w:pPr>
      <w:r>
        <w:t>اہ، حمید اللہ حمید صاحب ہیز رٹن: "ٹوڈے مارننگ، وین آئی لوکڈ فرام مائی ونڈو، ایوری تھنگ واز وائٹ۔</w:t>
      </w:r>
    </w:p>
    <w:p>
      <w:r>
        <w:rPr>
          <w:b/>
        </w:rPr>
        <w:t xml:space="preserve">[02:59] </w:t>
      </w:r>
      <w:r>
        <w:t>it was a beautiful scene of the nature. very, our creator is great". ah, iska tarjuma yeh hai ke aaj subah jab maine apni khirki se bahar dekha toh har cheez safed thi.</w:t>
      </w:r>
    </w:p>
    <w:p>
      <w:pPr>
        <w:jc w:val="right"/>
      </w:pPr>
      <w:r>
        <w:t>اٹ واز ا بیوٹی فل سین آف دا نیچر۔ ویری لی، اور کریٹر از گریٹ"۔ اہ، اس کا ترجمہ یہ ہے کہ آج صبح جب میں نے اپنی کھڑکی سے باہر دیکھا تو ہر چیز سفید تھی۔</w:t>
      </w:r>
    </w:p>
    <w:p>
      <w:r>
        <w:rPr>
          <w:b/>
        </w:rPr>
        <w:t xml:space="preserve">[03:16] </w:t>
      </w:r>
      <w:r>
        <w:t>yeh nature ka ek bohat haseen nazara tha. yaqeenan hamara khaliq azeem hai.</w:t>
      </w:r>
    </w:p>
    <w:p>
      <w:pPr>
        <w:jc w:val="right"/>
      </w:pPr>
      <w:r>
        <w:t>یہ نیچر کا ایک بہت حسین نظارہ تھا۔ یقینا ہمارا خالق عظیم ہے۔</w:t>
      </w:r>
    </w:p>
    <w:p>
      <w:r>
        <w:rPr>
          <w:b/>
        </w:rPr>
        <w:t xml:space="preserve">[03:27] </w:t>
      </w:r>
      <w:r>
        <w:t>mein sochta hoon ke</w:t>
      </w:r>
    </w:p>
    <w:p>
      <w:pPr>
        <w:jc w:val="right"/>
      </w:pPr>
      <w:r>
        <w:t>میں سوچتا ہوں کہ</w:t>
      </w:r>
    </w:p>
    <w:p>
      <w:r>
        <w:rPr>
          <w:b/>
        </w:rPr>
        <w:t xml:space="preserve">[03:32] </w:t>
      </w:r>
      <w:r>
        <w:t>aap kisi bhi haal mein hon, koi bhi halat aap ki ho, is ke liye behtareen message hai.</w:t>
      </w:r>
    </w:p>
    <w:p>
      <w:pPr>
        <w:jc w:val="right"/>
      </w:pPr>
      <w:r>
        <w:t>آپ کسی بھی حال میں ہوں، کوئی بھی حالت آپ کی ہو، اس کے لیے بہترین میسج ہے۔</w:t>
      </w:r>
    </w:p>
    <w:p>
      <w:r>
        <w:rPr>
          <w:b/>
        </w:rPr>
        <w:t xml:space="preserve">[03:45] </w:t>
      </w:r>
      <w:r>
        <w:t>yeh duniya mein aap kahin hon,</w:t>
      </w:r>
    </w:p>
    <w:p>
      <w:pPr>
        <w:jc w:val="right"/>
      </w:pPr>
      <w:r>
        <w:t>یہ دنیا میں آپ کہیں ہوں،</w:t>
      </w:r>
    </w:p>
    <w:p>
      <w:r>
        <w:rPr>
          <w:b/>
        </w:rPr>
        <w:t xml:space="preserve">[03:49] </w:t>
      </w:r>
      <w:r>
        <w:t>ek mulk mein hon, doosre mulk mein hon, pahaad ki chataan par hon ya kahin bhi hon, yeh behtareen message hai.</w:t>
      </w:r>
    </w:p>
    <w:p>
      <w:pPr>
        <w:jc w:val="right"/>
      </w:pPr>
      <w:r>
        <w:t>ایک ملک میں ہوں، دوسرے ملک میں ہوں، پہاڑ کی چٹان پر ہوں یا کہیں بھی ہوں، یہ بہترین میسج ہے۔</w:t>
      </w:r>
    </w:p>
    <w:p>
      <w:r>
        <w:rPr>
          <w:b/>
        </w:rPr>
        <w:t xml:space="preserve">[04:03] </w:t>
      </w:r>
      <w:r>
        <w:t>woh kya? yeh suraj ki roshni dekhi unhon ne aaj subah ko. suraj hamari zameen se 12 lakh guna bada hai.</w:t>
      </w:r>
    </w:p>
    <w:p>
      <w:pPr>
        <w:jc w:val="right"/>
      </w:pPr>
      <w:r>
        <w:t>وہ کیا؟ یہ سورج کی روشنی دیکھی انہوں نے آج صبح کو۔ سورج ہماری زمین سے 12 لاکھ گنا بڑا ہے۔</w:t>
      </w:r>
    </w:p>
    <w:p>
      <w:r>
        <w:rPr>
          <w:b/>
        </w:rPr>
        <w:t xml:space="preserve">[04:15] </w:t>
      </w:r>
      <w:r>
        <w:t>hamari zameen se 12 lakh guna bada hai.</w:t>
      </w:r>
    </w:p>
    <w:p>
      <w:pPr>
        <w:jc w:val="right"/>
      </w:pPr>
      <w:r>
        <w:t>ہماری زمین سے 12 لاکھ گنا بڑا ہے۔</w:t>
      </w:r>
    </w:p>
    <w:p>
      <w:r>
        <w:rPr>
          <w:b/>
        </w:rPr>
        <w:t xml:space="preserve">[04:22] </w:t>
      </w:r>
      <w:r>
        <w:t>itni door ho kar hum ko woh kitni shandaar</w:t>
      </w:r>
    </w:p>
    <w:p>
      <w:pPr>
        <w:jc w:val="right"/>
      </w:pPr>
      <w:r>
        <w:t>اتنی دور ہو کر ہم کو وہ کتنی شاندار</w:t>
      </w:r>
    </w:p>
    <w:p>
      <w:r>
        <w:rPr>
          <w:b/>
        </w:rPr>
        <w:t xml:space="preserve">[04:29] </w:t>
      </w:r>
      <w:r>
        <w:t>roshni bhejta hai har har din.</w:t>
      </w:r>
    </w:p>
    <w:p>
      <w:pPr>
        <w:jc w:val="right"/>
      </w:pPr>
      <w:r>
        <w:t>روشنی بھیجتا ہے ہر ہر دن۔</w:t>
      </w:r>
    </w:p>
    <w:p>
      <w:r>
        <w:rPr>
          <w:b/>
        </w:rPr>
        <w:t xml:space="preserve">[04:35] </w:t>
      </w:r>
      <w:r>
        <w:t>toh yeh message tha Allah rab-ul-alameen ki taraf se ek banda-e-khuda ke naam se, jo hum sab ke liye tha.</w:t>
      </w:r>
    </w:p>
    <w:p>
      <w:pPr>
        <w:jc w:val="right"/>
      </w:pPr>
      <w:r>
        <w:t>تو یہ میسج تھا اللہ رب العالمین کی طرف سے ایک بندہ خدا کے نام سے، جو ہم سب کے لیے تھا۔</w:t>
      </w:r>
    </w:p>
    <w:p>
      <w:r>
        <w:rPr>
          <w:b/>
        </w:rPr>
        <w:t xml:space="preserve">[04:50] </w:t>
      </w:r>
      <w:r>
        <w:t>woh phir ek martaba parh dijiye, woh message</w:t>
      </w:r>
    </w:p>
    <w:p>
      <w:pPr>
        <w:jc w:val="right"/>
      </w:pPr>
      <w:r>
        <w:t>وہ پھر ایک مرتبہ پڑھ دیجیے، وہ میسج</w:t>
      </w:r>
    </w:p>
    <w:p>
      <w:r>
        <w:rPr>
          <w:b/>
        </w:rPr>
        <w:t xml:space="preserve">[04:54] </w:t>
      </w:r>
      <w:r>
        <w:t>todae morning, weni looked from my window, everything was white. it was a beautiful scene of the nature.</w:t>
      </w:r>
    </w:p>
    <w:p>
      <w:pPr>
        <w:jc w:val="right"/>
      </w:pPr>
      <w:r>
        <w:t>۔ ٹوڈے مارننگ، وین آئی لوکڈ فرام مائی ونڈو، ایوری تھنگ واز وائٹ۔ اٹ واز ا بیوٹی فل سین آف دا نیچر۔</w:t>
      </w:r>
    </w:p>
    <w:p>
      <w:r>
        <w:rPr>
          <w:b/>
        </w:rPr>
        <w:t xml:space="preserve">[05:04] </w:t>
      </w:r>
      <w:r>
        <w:t>very li, our creator is great. white ki jagah mein istemal karunga: "everything was bright". roshan.</w:t>
      </w:r>
    </w:p>
    <w:p>
      <w:pPr>
        <w:jc w:val="right"/>
      </w:pPr>
      <w:r>
        <w:t>ویری لی، اور کریٹر از گریٹ۔ وائٹ کی جگہ میں استعمال کروں گا: "ایوری تھنگ واز برائٹ"۔ روشن۔</w:t>
      </w:r>
    </w:p>
    <w:p>
      <w:r>
        <w:rPr>
          <w:b/>
        </w:rPr>
        <w:t xml:space="preserve">[05:17] </w:t>
      </w:r>
      <w:r>
        <w:t>haan, chaliye.</w:t>
      </w:r>
    </w:p>
    <w:p>
      <w:pPr>
        <w:jc w:val="right"/>
      </w:pPr>
      <w:r>
        <w:t>ہاں، چلیے۔</w:t>
      </w:r>
    </w:p>
    <w:p>
      <w:r>
        <w:rPr>
          <w:b/>
        </w:rPr>
        <w:t xml:space="preserve">[05:20] </w:t>
      </w:r>
      <w:r>
        <w:t>aaj subah jab maine apni khirki se bahar dekha to har cheez safed thi. yeh nature ka ek haseen nazara tha.</w:t>
      </w:r>
    </w:p>
    <w:p>
      <w:pPr>
        <w:jc w:val="right"/>
      </w:pPr>
      <w:r>
        <w:t>آج صبح جب میں نے اپنی کھڑکی سے باہر دیکھا تو ہر چیز سفید تھی۔ یہ نیچر کا ایک حسین نظارہ تھا۔</w:t>
      </w:r>
    </w:p>
    <w:p>
      <w:r>
        <w:rPr>
          <w:b/>
        </w:rPr>
        <w:t xml:space="preserve">[05:31] </w:t>
      </w:r>
      <w:r>
        <w:t>yaqeenan hamara khaliq azeem hai.</w:t>
      </w:r>
    </w:p>
    <w:p>
      <w:pPr>
        <w:jc w:val="right"/>
      </w:pPr>
      <w:r>
        <w:t>یقینا ہمارا خالق عظیم ہے۔</w:t>
      </w:r>
    </w:p>
    <w:p>
      <w:r>
        <w:rPr>
          <w:b/>
        </w:rPr>
        <w:t xml:space="preserve">[05:36] </w:t>
      </w:r>
      <w:r>
        <w:t>dekhiye, yeh jo hai message, yeh quran ka pehla message hai.</w:t>
      </w:r>
    </w:p>
    <w:p>
      <w:pPr>
        <w:jc w:val="right"/>
      </w:pPr>
      <w:r>
        <w:t>دیکھیے، یہ جو ہے میسج، یہ قرآن کا پہلا میسج ہے۔</w:t>
      </w:r>
    </w:p>
    <w:p>
      <w:r>
        <w:rPr>
          <w:b/>
        </w:rPr>
        <w:t xml:space="preserve">[05:47] </w:t>
      </w:r>
      <w:r>
        <w:t>aap jante hain ke quran jab kholien, aap quran jo allah ki kitab hai, sare bando ke liye.</w:t>
      </w:r>
    </w:p>
    <w:p>
      <w:pPr>
        <w:jc w:val="right"/>
      </w:pPr>
      <w:r>
        <w:t>آپ جانتے ہیں کہ قرآن جب کھولیں، آپ قرآن جو اللہ کی کتاب ہے، سارے بندوں کے لیے۔</w:t>
      </w:r>
    </w:p>
    <w:p>
      <w:r>
        <w:rPr>
          <w:b/>
        </w:rPr>
        <w:t xml:space="preserve">[05:57] </w:t>
      </w:r>
      <w:r>
        <w:t>quran allah ki kitab hai, sare bando ke liye</w:t>
      </w:r>
    </w:p>
    <w:p>
      <w:pPr>
        <w:jc w:val="right"/>
      </w:pPr>
      <w:r>
        <w:t>قرآن اللہ کی کتاب ہے، سارے بندوں کے لیے</w:t>
      </w:r>
    </w:p>
    <w:p>
      <w:r>
        <w:rPr>
          <w:b/>
        </w:rPr>
        <w:t xml:space="preserve">[06:04] </w:t>
      </w:r>
      <w:r>
        <w:t>jo hain, jo guzar gaye, sab ke liye.</w:t>
      </w:r>
    </w:p>
    <w:p>
      <w:pPr>
        <w:jc w:val="right"/>
      </w:pPr>
      <w:r>
        <w:t>جو ہیں، جو گزر گئے، سب کے لیے۔</w:t>
      </w:r>
    </w:p>
    <w:p>
      <w:r>
        <w:rPr>
          <w:b/>
        </w:rPr>
        <w:t xml:space="preserve">[06:13] </w:t>
      </w:r>
      <w:r>
        <w:t>ab woh kya hai? allah o akbar. allah o akbar hai.</w:t>
      </w:r>
    </w:p>
    <w:p>
      <w:pPr>
        <w:jc w:val="right"/>
      </w:pPr>
      <w:r>
        <w:t>اب وہ کیا ہے؟ اللہ اکبر۔ اللہ اکبر ہے۔</w:t>
      </w:r>
    </w:p>
    <w:p>
      <w:r>
        <w:rPr>
          <w:b/>
        </w:rPr>
        <w:t xml:space="preserve">[06:23] </w:t>
      </w:r>
      <w:r>
        <w:t>allah sab se bara hai. aur doosri cheez hai: alhamdulillah. alhamdulillah.</w:t>
      </w:r>
    </w:p>
    <w:p>
      <w:pPr>
        <w:jc w:val="right"/>
      </w:pPr>
      <w:r>
        <w:t>اللہ سب سے بڑا ہے۔ اور دوسری چیز ہے: الحمدللہ۔ الحمدللہ۔</w:t>
      </w:r>
    </w:p>
    <w:p>
      <w:r>
        <w:rPr>
          <w:b/>
        </w:rPr>
        <w:t xml:space="preserve">[06:37] </w:t>
      </w:r>
      <w:r>
        <w:t>shukr hai allah rabb ul alameen ka.</w:t>
      </w:r>
    </w:p>
    <w:p>
      <w:pPr>
        <w:jc w:val="right"/>
      </w:pPr>
      <w:r>
        <w:t>شکر ہے اللہ رب العالمین کا۔</w:t>
      </w:r>
    </w:p>
    <w:p>
      <w:r>
        <w:rPr>
          <w:b/>
        </w:rPr>
        <w:t xml:space="preserve">[06:44] </w:t>
      </w:r>
      <w:r>
        <w:t>yeh hai woh reality, haqeeqat jis se ek insan ko subah karna hai, ek insan ko sham karna hai, ek insan ko is duniya mein jeena hai, ek insan ko is duniya mein apni zindagi khatam karna hai.</w:t>
      </w:r>
    </w:p>
    <w:p>
      <w:pPr>
        <w:jc w:val="right"/>
      </w:pPr>
      <w:r>
        <w:t>یہ ہے وہ ریلیٹی، حقیقت جس سے ایک انسان کو صبح کرنا ہے، ایک انسان کو شام کرنا ہے، ایک انسان کو اس دنیا میں جینا ہے، ایک انسان کو اس دنیا میں اپنی زندگی ختم کرنا ہے۔</w:t>
      </w:r>
    </w:p>
    <w:p>
      <w:r>
        <w:rPr>
          <w:b/>
        </w:rPr>
        <w:t xml:space="preserve">[07:05] </w:t>
      </w:r>
      <w:r>
        <w:t>yehi hamari zindagi ka the beginning hai,</w:t>
      </w:r>
    </w:p>
    <w:p>
      <w:pPr>
        <w:jc w:val="right"/>
      </w:pPr>
      <w:r>
        <w:t>یہی ہماری زندگی کا کہ بگننگ ہے،</w:t>
      </w:r>
    </w:p>
    <w:p>
      <w:r>
        <w:rPr>
          <w:b/>
        </w:rPr>
        <w:t xml:space="preserve">[07:12] </w:t>
      </w:r>
      <w:r>
        <w:t>yehi hamari zindagi ka aaghaz hai, yehi hamari zindagi ka ikhtitam hai. jo aadmi kisi aur cheez ko yeh darja de de,</w:t>
      </w:r>
    </w:p>
    <w:p>
      <w:pPr>
        <w:jc w:val="right"/>
      </w:pPr>
      <w:r>
        <w:t>یہی ہماری زندگی کا آغاز ہے، یہی ہماری زندگی کا اختتام ہے۔ جو آدمی کسی اور چیز کو یہ درجہ دے دے،</w:t>
      </w:r>
    </w:p>
    <w:p>
      <w:r>
        <w:rPr>
          <w:b/>
        </w:rPr>
        <w:t xml:space="preserve">[07:25] </w:t>
      </w:r>
      <w:r>
        <w:t>woh bilashuba pagal log hain, pagal log hain, pagal log hain. is duniya ka khaliq allah rabb ul alameen hai, wohi sab se bara hai.</w:t>
      </w:r>
    </w:p>
    <w:p>
      <w:pPr>
        <w:jc w:val="right"/>
      </w:pPr>
      <w:r>
        <w:t>وہ بلاشبہ پاگل لوگ ہیں، پاگل لوگ ہیں، پاگل لوگ ہیں۔ اس دنیا کا خالق اللہ رب العالمین ہے، وہی سب سے بڑا ہے۔</w:t>
      </w:r>
    </w:p>
    <w:p>
      <w:r>
        <w:rPr>
          <w:b/>
        </w:rPr>
        <w:t xml:space="preserve">[07:42] </w:t>
      </w:r>
      <w:r>
        <w:t>aur quran mein dekhiye, ek hai surah anbiya. surah anbiya mein ek ayat hai</w:t>
      </w:r>
    </w:p>
    <w:p>
      <w:pPr>
        <w:jc w:val="right"/>
      </w:pPr>
      <w:r>
        <w:t>اور قرآن میں دیکھیے، ایک ہے سورہ انبیاء۔ سورہ انبیاء میں ایک آیت ہے</w:t>
      </w:r>
    </w:p>
    <w:p>
      <w:r>
        <w:rPr>
          <w:b/>
        </w:rPr>
        <w:t xml:space="preserve">[07:53] </w:t>
      </w:r>
      <w:r>
        <w:t>ke kya woh ayat hai? akhlao hamari. qul may yakum bil laili wan nahari min ar rahmani bal hum an zikri rabbihim mu'ridun tum keh do ke kaun hai jo tumhari hifazat karta hai raat din rehman se balkeh woh apne rabb ke zikr se munh pherte hain is itni bari kainat mein</w:t>
      </w:r>
    </w:p>
    <w:p>
      <w:pPr>
        <w:jc w:val="right"/>
      </w:pPr>
      <w:r>
        <w:t>کہ کیا وہ آیت ہے؟ اکھلاؤ ہماری۔ قل من یکم باللیل والنہار من الرحمن بلہم عن ذکر ربہم معرضون تم کہہ دو کہ کون ہے جو تمہاری حفاظت کرتا ہے رات دن رحمان سے بلکہ وہ اپنے رب کے ذکر سے منہ پھیرتے ہیں اس اتنی بڑی کائنات میں</w:t>
      </w:r>
    </w:p>
    <w:p>
      <w:r>
        <w:rPr>
          <w:b/>
        </w:rPr>
        <w:t xml:space="preserve">[08:23] </w:t>
      </w:r>
      <w:r>
        <w:t>itni bari kainat mein itna bara suraj hai itna bara suraj system hai itni se beshumar kakshaen</w:t>
      </w:r>
    </w:p>
    <w:p>
      <w:pPr>
        <w:jc w:val="right"/>
      </w:pPr>
      <w:r>
        <w:t>اتنی بڑی کائنات میں اتنا بڑا سورج ہے اتنا بڑا سورج سسٹم ہے اتنی سے بے شمار کاکشائیں</w:t>
      </w:r>
    </w:p>
    <w:p>
      <w:r>
        <w:rPr>
          <w:b/>
        </w:rPr>
        <w:t xml:space="preserve">[08:32] </w:t>
      </w:r>
      <w:r>
        <w:t>hain beshumar sitare hain</w:t>
      </w:r>
    </w:p>
    <w:p>
      <w:pPr>
        <w:jc w:val="right"/>
      </w:pPr>
      <w:r>
        <w:t>ہیں بے شمار ستارے ہیں</w:t>
      </w:r>
    </w:p>
    <w:p>
      <w:r>
        <w:rPr>
          <w:b/>
        </w:rPr>
        <w:t xml:space="preserve">[08:36] </w:t>
      </w:r>
      <w:r>
        <w:t>aur kya hai aur kya hai aur kya hai in sab ke beech mein in ek zameen hai</w:t>
      </w:r>
    </w:p>
    <w:p>
      <w:pPr>
        <w:jc w:val="right"/>
      </w:pPr>
      <w:r>
        <w:t>اور کیا ہے اور کیا ہے اور کیا ہے ان سب کے بیچ میں ان ایک زمین ہے</w:t>
      </w:r>
    </w:p>
    <w:p>
      <w:r>
        <w:rPr>
          <w:b/>
        </w:rPr>
        <w:t xml:space="preserve">[08:42] </w:t>
      </w:r>
      <w:r>
        <w:t>chhoti si bohat hi chhoti si bohat hi chhoti si jo focus mein nahi aati</w:t>
      </w:r>
    </w:p>
    <w:p>
      <w:pPr>
        <w:jc w:val="right"/>
      </w:pPr>
      <w:r>
        <w:t>چھوٹی سی بہت ہی چھوٹی سی بہت ہی چھوٹی سی جو فوکس میں نہیں اتی</w:t>
      </w:r>
    </w:p>
    <w:p>
      <w:r>
        <w:rPr>
          <w:b/>
        </w:rPr>
        <w:t xml:space="preserve">[08:50] </w:t>
      </w:r>
      <w:r>
        <w:t>focus mein nahi aati</w:t>
      </w:r>
    </w:p>
    <w:p>
      <w:pPr>
        <w:jc w:val="right"/>
      </w:pPr>
      <w:r>
        <w:t>فوکس میں نہیں اتی</w:t>
      </w:r>
    </w:p>
    <w:p>
      <w:r>
        <w:rPr>
          <w:b/>
        </w:rPr>
        <w:t xml:space="preserve">[08:53] </w:t>
      </w:r>
      <w:r>
        <w:t>wahan insan hai</w:t>
      </w:r>
    </w:p>
    <w:p>
      <w:pPr>
        <w:jc w:val="right"/>
      </w:pPr>
      <w:r>
        <w:t>وہاں انسان ہے</w:t>
      </w:r>
    </w:p>
    <w:p>
      <w:r>
        <w:rPr>
          <w:b/>
        </w:rPr>
        <w:t xml:space="preserve">[08:56] </w:t>
      </w:r>
      <w:r>
        <w:t>lekin yeh insan ki sab se bari</w:t>
      </w:r>
    </w:p>
    <w:p>
      <w:pPr>
        <w:jc w:val="right"/>
      </w:pPr>
      <w:r>
        <w:t>لیکن یہ انسان کی سب سے بڑی</w:t>
      </w:r>
    </w:p>
    <w:p>
      <w:r>
        <w:rPr>
          <w:b/>
        </w:rPr>
        <w:t xml:space="preserve">[09:00] </w:t>
      </w:r>
      <w:r>
        <w:t>sab se bari sifat yeh hai</w:t>
      </w:r>
    </w:p>
    <w:p>
      <w:pPr>
        <w:jc w:val="right"/>
      </w:pPr>
      <w:r>
        <w:t>سب سے بڑی صفت یہ ہے</w:t>
      </w:r>
    </w:p>
    <w:p>
      <w:r>
        <w:rPr>
          <w:b/>
        </w:rPr>
        <w:t xml:space="preserve">[09:04] </w:t>
      </w:r>
      <w:r>
        <w:t>ke Allah Rabul Alameen keh raha hai ke ae insan</w:t>
      </w:r>
    </w:p>
    <w:p>
      <w:pPr>
        <w:jc w:val="right"/>
      </w:pPr>
      <w:r>
        <w:t>کہ اللہ رب العالمین کہہ رہا ہے کہ اے انسان</w:t>
      </w:r>
    </w:p>
    <w:p>
      <w:r>
        <w:rPr>
          <w:b/>
        </w:rPr>
        <w:t xml:space="preserve">[09:09] </w:t>
      </w:r>
      <w:r>
        <w:t>mein</w:t>
      </w:r>
    </w:p>
    <w:p>
      <w:pPr>
        <w:jc w:val="right"/>
      </w:pPr>
      <w:r>
        <w:t>میں</w:t>
      </w:r>
    </w:p>
    <w:p>
      <w:r>
        <w:rPr>
          <w:b/>
        </w:rPr>
        <w:t xml:space="preserve">[09:09] </w:t>
      </w:r>
      <w:r>
        <w:t>tumhara muhafiz hoon yakum bil laili wan nahari subah sham mein tumhari hifazat kar raha hoon</w:t>
      </w:r>
    </w:p>
    <w:p>
      <w:pPr>
        <w:jc w:val="right"/>
      </w:pPr>
      <w:r>
        <w:t>تمہارا محافظ ہوں یکم باللیل والنہار صبح شام میں تمہاری حفاظت کر رہا ہوں</w:t>
      </w:r>
    </w:p>
    <w:p>
      <w:r>
        <w:rPr>
          <w:b/>
        </w:rPr>
        <w:t xml:space="preserve">[09:22] </w:t>
      </w:r>
      <w:r>
        <w:t>zalzale se aag se toofan se masail se har cheez se kaisi ajeeb baat hai</w:t>
      </w:r>
    </w:p>
    <w:p>
      <w:pPr>
        <w:jc w:val="right"/>
      </w:pPr>
      <w:r>
        <w:t>زلزلے سے اگے سے طوفان سے مسائل سے ہر چیز سے کیسی عجیب بات ہے</w:t>
      </w:r>
    </w:p>
    <w:p>
      <w:r>
        <w:rPr>
          <w:b/>
        </w:rPr>
        <w:t xml:space="preserve">[09:35] </w:t>
      </w:r>
      <w:r>
        <w:t>is is zameen par insan allah ki hifazat mein hai</w:t>
      </w:r>
    </w:p>
    <w:p>
      <w:pPr>
        <w:jc w:val="right"/>
      </w:pPr>
      <w:r>
        <w:t>اس اس زمین پر انسان اللہ کی حفاظت میں ہے</w:t>
      </w:r>
    </w:p>
    <w:p>
      <w:r>
        <w:rPr>
          <w:b/>
        </w:rPr>
        <w:t xml:space="preserve">[09:43] </w:t>
      </w:r>
      <w:r>
        <w:t>ajeeb baat hai ke maine aksar baatein zyada tarjume mein paayi hain dekhi hain maslan dekhiye yeh baat hai</w:t>
      </w:r>
    </w:p>
    <w:p>
      <w:pPr>
        <w:jc w:val="right"/>
      </w:pPr>
      <w:r>
        <w:t>عجیب بات ہے کہ میں نے اکثر باتیں زیادہ ترجمے میں پائی ہیں دیکھی ہیں مثلا دیکھیے یہ بات ہے</w:t>
      </w:r>
    </w:p>
    <w:p>
      <w:r>
        <w:rPr>
          <w:b/>
        </w:rPr>
        <w:t xml:space="preserve">[09:55] </w:t>
      </w:r>
      <w:r>
        <w:t>1935 ki 1935</w:t>
      </w:r>
    </w:p>
    <w:p>
      <w:pPr>
        <w:jc w:val="right"/>
      </w:pPr>
      <w:r>
        <w:t>1935 کی 1935</w:t>
      </w:r>
    </w:p>
    <w:p>
      <w:r>
        <w:rPr>
          <w:b/>
        </w:rPr>
        <w:t xml:space="preserve">[10:05] </w:t>
      </w:r>
      <w:r>
        <w:t>1935 1935</w:t>
      </w:r>
    </w:p>
    <w:p>
      <w:pPr>
        <w:jc w:val="right"/>
      </w:pPr>
      <w:r>
        <w:t>1935 1935</w:t>
      </w:r>
    </w:p>
    <w:p>
      <w:r>
        <w:rPr>
          <w:b/>
        </w:rPr>
        <w:t xml:space="preserve">[10:12] </w:t>
      </w:r>
      <w:r>
        <w:t>is waqt zahir hai ke main</w:t>
      </w:r>
    </w:p>
    <w:p>
      <w:pPr>
        <w:jc w:val="right"/>
      </w:pPr>
      <w:r>
        <w:t>اس وقت ظاہر ہے کہ میں</w:t>
      </w:r>
    </w:p>
    <w:p>
      <w:r>
        <w:rPr>
          <w:b/>
        </w:rPr>
        <w:t xml:space="preserve">[10:17] </w:t>
      </w:r>
      <w:r>
        <w:t>chhota tha</w:t>
      </w:r>
    </w:p>
    <w:p>
      <w:pPr>
        <w:jc w:val="right"/>
      </w:pPr>
      <w:r>
        <w:t>چھوٹا تھا</w:t>
      </w:r>
    </w:p>
    <w:p>
      <w:r>
        <w:rPr>
          <w:b/>
        </w:rPr>
        <w:t xml:space="preserve">[10:21] </w:t>
      </w:r>
      <w:r>
        <w:t>main easter up ke ek gaon mein rehta tha</w:t>
      </w:r>
    </w:p>
    <w:p>
      <w:pPr>
        <w:jc w:val="right"/>
      </w:pPr>
      <w:r>
        <w:t>میں ایسٹر یو پی کے ایک گاؤں میں رہتا تھا</w:t>
      </w:r>
    </w:p>
    <w:p>
      <w:r>
        <w:rPr>
          <w:b/>
        </w:rPr>
        <w:t xml:space="preserve">[10:30] </w:t>
      </w:r>
      <w:r>
        <w:t>aur main apne angan mein apne ghar ke angan mein khel raha tha</w:t>
      </w:r>
    </w:p>
    <w:p>
      <w:pPr>
        <w:jc w:val="right"/>
      </w:pPr>
      <w:r>
        <w:t>اور میں اپنے انگن میں اپنے گھر کے انگن میں کھیل رہا تھا</w:t>
      </w:r>
    </w:p>
    <w:p>
      <w:r>
        <w:rPr>
          <w:b/>
        </w:rPr>
        <w:t xml:space="preserve">[10:40] </w:t>
      </w:r>
      <w:r>
        <w:t>achanak mein ne dekha ke sari zameen hil rahi hai</w:t>
      </w:r>
    </w:p>
    <w:p>
      <w:pPr>
        <w:jc w:val="right"/>
      </w:pPr>
      <w:r>
        <w:t>اچانک میں نے دیکھا کہ ساری زمین ہل رہی ہے</w:t>
      </w:r>
    </w:p>
    <w:p>
      <w:r>
        <w:rPr>
          <w:b/>
        </w:rPr>
        <w:t xml:space="preserve">[10:46] </w:t>
      </w:r>
      <w:r>
        <w:t>as pas ka pura mahol hil raha hai</w:t>
      </w:r>
    </w:p>
    <w:p>
      <w:pPr>
        <w:jc w:val="right"/>
      </w:pPr>
      <w:r>
        <w:t>اس پاس کا پورا ماحول ہل رہا ہے</w:t>
      </w:r>
    </w:p>
    <w:p>
      <w:r>
        <w:rPr>
          <w:b/>
        </w:rPr>
        <w:t xml:space="preserve">[10:51] </w:t>
      </w:r>
      <w:r>
        <w:t>yeh tha Quetta ka</w:t>
      </w:r>
    </w:p>
    <w:p>
      <w:pPr>
        <w:jc w:val="right"/>
      </w:pPr>
      <w:r>
        <w:t>یہ تھا کوئٹر کا</w:t>
      </w:r>
    </w:p>
    <w:p>
      <w:r>
        <w:rPr>
          <w:b/>
        </w:rPr>
        <w:t xml:space="preserve">[10:55] </w:t>
      </w:r>
      <w:r>
        <w:t>mashhoor zalzala mashhoor earthquake</w:t>
      </w:r>
    </w:p>
    <w:p>
      <w:pPr>
        <w:jc w:val="right"/>
      </w:pPr>
      <w:r>
        <w:t>مشہور زلزلہ مشہور ارتھ کوئک</w:t>
      </w:r>
    </w:p>
    <w:p>
      <w:r>
        <w:rPr>
          <w:b/>
        </w:rPr>
        <w:t xml:space="preserve">[11:01] </w:t>
      </w:r>
      <w:r>
        <w:t>earthquake jo aya tha</w:t>
      </w:r>
    </w:p>
    <w:p>
      <w:pPr>
        <w:jc w:val="right"/>
      </w:pPr>
      <w:r>
        <w:t>ارتھ کوئک جو ایا تھا</w:t>
      </w:r>
    </w:p>
    <w:p>
      <w:r>
        <w:rPr>
          <w:b/>
        </w:rPr>
        <w:t xml:space="preserve">[11:05] </w:t>
      </w:r>
      <w:r>
        <w:t>1935 mein jis ka center Balochistan tha aur mein ne apne gaon mein is ka asar dekha</w:t>
      </w:r>
    </w:p>
    <w:p>
      <w:pPr>
        <w:jc w:val="right"/>
      </w:pPr>
      <w:r>
        <w:t>1935 میں جس کا سینٹر بلوچستان تھا اور میں نے اپنے گاؤں میں اس کا اثر دیکھا</w:t>
      </w:r>
    </w:p>
    <w:p>
      <w:r>
        <w:rPr>
          <w:b/>
        </w:rPr>
        <w:t xml:space="preserve">[11:16] </w:t>
      </w:r>
      <w:r>
        <w:t>to mein ne dekha ke hamari chhat par eenten rakhi hui thin chhat par</w:t>
      </w:r>
    </w:p>
    <w:p>
      <w:pPr>
        <w:jc w:val="right"/>
      </w:pPr>
      <w:r>
        <w:t>تو میں نے دیکھا کہ ہماری چھت پر اینٹیں رکھی ہوئی تھیں چھت پر</w:t>
      </w:r>
    </w:p>
    <w:p>
      <w:r>
        <w:rPr>
          <w:b/>
        </w:rPr>
        <w:t xml:space="preserve">[11:24] </w:t>
      </w:r>
      <w:r>
        <w:t>to aise hi chhat</w:t>
      </w:r>
    </w:p>
    <w:p>
      <w:pPr>
        <w:jc w:val="right"/>
      </w:pPr>
      <w:r>
        <w:t>تو ایسے ہی چھت</w:t>
      </w:r>
    </w:p>
    <w:p>
      <w:r>
        <w:rPr>
          <w:b/>
        </w:rPr>
        <w:t xml:space="preserve">[11:26] </w:t>
      </w:r>
      <w:r>
        <w:t>ke upar jo eenton ki deewar thi woh hil rahi thi yeh mein ne apni ankhon se dekha</w:t>
      </w:r>
    </w:p>
    <w:p>
      <w:pPr>
        <w:jc w:val="right"/>
      </w:pPr>
      <w:r>
        <w:t>کے اوپر جو اینٹیں کی دیوار تھی وہ ہل رہی تھی یہ میں نے اپنی انکھوں سے دیکھا</w:t>
      </w:r>
    </w:p>
    <w:p>
      <w:r>
        <w:rPr>
          <w:b/>
        </w:rPr>
        <w:t xml:space="preserve">[11:31] </w:t>
      </w:r>
      <w:r>
        <w:t>hai ke chhat ke oopar jo eentein theen</w:t>
      </w:r>
    </w:p>
    <w:p>
      <w:pPr>
        <w:jc w:val="right"/>
      </w:pPr>
      <w:r>
        <w:t>ہے کہ چھت کے اوپر جو اینٹیں تھیں</w:t>
      </w:r>
    </w:p>
    <w:p>
      <w:r>
        <w:rPr>
          <w:b/>
        </w:rPr>
        <w:t xml:space="preserve">[11:37] </w:t>
      </w:r>
      <w:r>
        <w:t>wo hilne lageen</w:t>
      </w:r>
    </w:p>
    <w:p>
      <w:pPr>
        <w:jc w:val="right"/>
      </w:pPr>
      <w:r>
        <w:t>وہ ہلنے لگیں</w:t>
      </w:r>
    </w:p>
    <w:p>
      <w:r>
        <w:rPr>
          <w:b/>
        </w:rPr>
        <w:t xml:space="preserve">[11:41] </w:t>
      </w:r>
      <w:r>
        <w:t>likhta hai ajeeb baat hai ke mere andar koi</w:t>
      </w:r>
    </w:p>
    <w:p>
      <w:pPr>
        <w:jc w:val="right"/>
      </w:pPr>
      <w:r>
        <w:t>لکھتا ہے عجیب بات ہے کہ میرے اندر کوئی</w:t>
      </w:r>
    </w:p>
    <w:p>
      <w:r>
        <w:rPr>
          <w:b/>
        </w:rPr>
        <w:t xml:space="preserve">[11:46] </w:t>
      </w:r>
      <w:r>
        <w:t>bhagne ka dar nahi pata ho ke bhagoon mein yahan se aise khara dekhta raha yeh kya ho</w:t>
      </w:r>
    </w:p>
    <w:p>
      <w:pPr>
        <w:jc w:val="right"/>
      </w:pPr>
      <w:r>
        <w:t>بھاگنے کا در نہیں پتہ ہو کہ بھاگوں میں یہاں سے ایسے کھڑا دیکھتا رہا یہ کیا ہو</w:t>
      </w:r>
    </w:p>
    <w:p>
      <w:r>
        <w:rPr>
          <w:b/>
        </w:rPr>
        <w:t xml:space="preserve">[11:51] </w:t>
      </w:r>
      <w:r>
        <w:t>raha hai yeh kya ho raha hai</w:t>
      </w:r>
    </w:p>
    <w:p>
      <w:pPr>
        <w:jc w:val="right"/>
      </w:pPr>
      <w:r>
        <w:t>رہا ہے یہ کیا ہو رہا ہے</w:t>
      </w:r>
    </w:p>
    <w:p>
      <w:r>
        <w:rPr>
          <w:b/>
        </w:rPr>
        <w:t xml:space="preserve">[11:57] </w:t>
      </w:r>
      <w:r>
        <w:t>halanke is waqt das saal ka bachcha tha teenager bhi nahi tha main teenager bhi nahi tha das saal ka bachcha tha aur aise hi dekh raha tha ke ye kya ho raha hai kyon sab hil raha hai</w:t>
      </w:r>
    </w:p>
    <w:p>
      <w:pPr>
        <w:jc w:val="right"/>
      </w:pPr>
      <w:r>
        <w:t>حالانکہ اس وقت دس سال کا بچہ تھا ٹین ایجر بھی نہیں تھا میں ٹین ایجر بھی نہیں تھا دس سال کا بچہ تھا اور ایسے ہی دیکھ رہا تھا کہ یہ کیا ہو رہا ہے کیوں سب ہل رہا ہے</w:t>
      </w:r>
    </w:p>
    <w:p>
      <w:r>
        <w:rPr>
          <w:b/>
        </w:rPr>
        <w:t xml:space="preserve">[12:18] </w:t>
      </w:r>
      <w:r>
        <w:t>is ke baad kuch nahi hua aur main apni jagah paka raha ye pehla sabak tha meri zindagi ka pehla sabak is waqt jab ke abhi main das saal se zyada nahi tha ke aye bande aye bande aye bande tujh ko main ne jis zameen par paida kiya hai</w:t>
      </w:r>
    </w:p>
    <w:p>
      <w:pPr>
        <w:jc w:val="right"/>
      </w:pPr>
      <w:r>
        <w:t>اس کے بعد کچھ نہیں ہوا اور میں اپنی جگہ پکا رہا یہ پہلا سبق تھا میری زندگی کا پہلا سبق اس وقت جب کہ ابھی میں دس سال سے زیادہ نہیں تھا کہ اے بندے اے بندے اے بندے تجھ کو میں نے جس زمین پر پیدا کیا ہے</w:t>
      </w:r>
    </w:p>
    <w:p>
      <w:r>
        <w:rPr>
          <w:b/>
        </w:rPr>
        <w:t xml:space="preserve">[12:44] </w:t>
      </w:r>
      <w:r>
        <w:t>is zameen par tera muhafiz main hoon</w:t>
      </w:r>
    </w:p>
    <w:p>
      <w:pPr>
        <w:jc w:val="right"/>
      </w:pPr>
      <w:r>
        <w:t>اس زمین پر تیرا محافظ میں ہوں</w:t>
      </w:r>
    </w:p>
    <w:p>
      <w:r>
        <w:rPr>
          <w:b/>
        </w:rPr>
        <w:t xml:space="preserve">[12:49] </w:t>
      </w:r>
      <w:r>
        <w:t>to main tujh ko protect karunga zindagi bhar</w:t>
      </w:r>
    </w:p>
    <w:p>
      <w:pPr>
        <w:jc w:val="right"/>
      </w:pPr>
      <w:r>
        <w:t>تو میں تجھ کو پروٹیکٹ کروں گا زندگی بھر</w:t>
      </w:r>
    </w:p>
    <w:p>
      <w:r>
        <w:rPr>
          <w:b/>
        </w:rPr>
        <w:t xml:space="preserve">[12:56] </w:t>
      </w:r>
      <w:r>
        <w:t>main tera protector hoon main tera protector protector protector hoon</w:t>
      </w:r>
    </w:p>
    <w:p>
      <w:pPr>
        <w:jc w:val="right"/>
      </w:pPr>
      <w:r>
        <w:t>میں تیرا پروٹیکٹر ہوں میں تیرا پروٹیکٹر پروٹیکٹر پروٹیکٹر ہوں</w:t>
      </w:r>
    </w:p>
    <w:p>
      <w:r>
        <w:rPr>
          <w:b/>
        </w:rPr>
        <w:t xml:space="preserve">[13:05] </w:t>
      </w:r>
      <w:r>
        <w:t>har qism ke khauf se har qism ke dar se azad ho kar planning karo azad ho kar apne farz ko poora karo jis maqsad ke liye main ne tum ko zameen par paida kiya hai us ki takmeel lage lage raho</w:t>
      </w:r>
    </w:p>
    <w:p>
      <w:pPr>
        <w:jc w:val="right"/>
      </w:pPr>
      <w:r>
        <w:t>ہر قسم کے خوف سے ہر قسم کے ڈر سے ازاد ہو کر پلاننگ کرو ازاد ہو کر اپنے فرض کو پورا کرو جس مقصد کے لیے میں نے تم کو زمین پر پیدا کیا ہے اس کی تکمیل لگے لگے رہو</w:t>
      </w:r>
    </w:p>
    <w:p>
      <w:r>
        <w:rPr>
          <w:b/>
        </w:rPr>
        <w:t xml:space="preserve">[13:29] </w:t>
      </w:r>
      <w:r>
        <w:t>wo maqsad kya hai main tumhare upar quran utarunga quran bazahir utra hai muhammad ibn abdullah par lekin wo sare insano ke liye hai sare insano ke upar utra hai</w:t>
      </w:r>
    </w:p>
    <w:p>
      <w:pPr>
        <w:jc w:val="right"/>
      </w:pPr>
      <w:r>
        <w:t>وہ مقصد کیا ہے میں تمہارے اوپر قرآن اتاروں گا قرآن بظاہر اترا ہے محمد ابن عبداللہ پر لیکن وہ سارے انسانوں کے لیے ہے سارے انسانوں کے اوپر اترا ہے</w:t>
      </w:r>
    </w:p>
    <w:p>
      <w:r>
        <w:rPr>
          <w:b/>
        </w:rPr>
        <w:t xml:space="preserve">[13:49] </w:t>
      </w:r>
      <w:r>
        <w:t>to quran ke message ko is ke sare</w:t>
      </w:r>
    </w:p>
    <w:p>
      <w:pPr>
        <w:jc w:val="right"/>
      </w:pPr>
      <w:r>
        <w:t>تو قرآن کے میسج کو اس کے سارے</w:t>
      </w:r>
    </w:p>
    <w:p>
      <w:r>
        <w:rPr>
          <w:b/>
        </w:rPr>
        <w:t xml:space="preserve">[13:58] </w:t>
      </w:r>
      <w:r>
        <w:t>rab tak pahunchao</w:t>
      </w:r>
    </w:p>
    <w:p>
      <w:pPr>
        <w:jc w:val="right"/>
      </w:pPr>
      <w:r>
        <w:t>رب تک پہنچاؤ</w:t>
      </w:r>
    </w:p>
    <w:p>
      <w:r>
        <w:rPr>
          <w:b/>
        </w:rPr>
        <w:t xml:space="preserve">[14:01] </w:t>
      </w:r>
      <w:r>
        <w:t>ajeeb baat hai ke yeh pehla pehla message tha jo shaoori message shaoori jo mujhe mila</w:t>
      </w:r>
    </w:p>
    <w:p>
      <w:pPr>
        <w:jc w:val="right"/>
      </w:pPr>
      <w:r>
        <w:t>عجیب بات ہے کہ یہ پہلا پہلا میسج تھا جو شعوری میسج شعوری جو مجھے ملا</w:t>
      </w:r>
    </w:p>
    <w:p>
      <w:r>
        <w:rPr>
          <w:b/>
        </w:rPr>
        <w:t xml:space="preserve">[14:11] </w:t>
      </w:r>
      <w:r>
        <w:t>aur Allah ke fazl se</w:t>
      </w:r>
    </w:p>
    <w:p>
      <w:pPr>
        <w:jc w:val="right"/>
      </w:pPr>
      <w:r>
        <w:t>اور اللہ کے فضل سے</w:t>
      </w:r>
    </w:p>
    <w:p>
      <w:r>
        <w:rPr>
          <w:b/>
        </w:rPr>
        <w:t xml:space="preserve">[14:14] </w:t>
      </w:r>
      <w:r>
        <w:t>mein apni bar mein keh sakta hoon ke meri poori zindagi mein bhi acha aa gaya</w:t>
      </w:r>
    </w:p>
    <w:p>
      <w:pPr>
        <w:jc w:val="right"/>
      </w:pPr>
      <w:r>
        <w:t>میں اپنی بار میں کہہ سکتا ہوں کہ میری پوری زندگی میں بھی اچھا اگیا</w:t>
      </w:r>
    </w:p>
    <w:p>
      <w:r>
        <w:rPr>
          <w:b/>
        </w:rPr>
        <w:t xml:space="preserve">[14:20] </w:t>
      </w:r>
      <w:r>
        <w:t>ab poori zindagi mein ek se ek barh kar mushkilat aaeen</w:t>
      </w:r>
    </w:p>
    <w:p>
      <w:pPr>
        <w:jc w:val="right"/>
      </w:pPr>
      <w:r>
        <w:t>اب پوری زندگی میں ایک سے ایک بڑھ کر مشکلات ائیں</w:t>
      </w:r>
    </w:p>
    <w:p>
      <w:r>
        <w:rPr>
          <w:b/>
        </w:rPr>
        <w:t xml:space="preserve">[14:26] </w:t>
      </w:r>
      <w:r>
        <w:t>accident aae yahan tak mein boorha ho gaya</w:t>
      </w:r>
    </w:p>
    <w:p>
      <w:pPr>
        <w:jc w:val="right"/>
      </w:pPr>
      <w:r>
        <w:t>ایکسیڈنٹ ائے یہاں تک میں بوڑھا ہو گیا</w:t>
      </w:r>
    </w:p>
    <w:p>
      <w:r>
        <w:rPr>
          <w:b/>
        </w:rPr>
        <w:t xml:space="preserve">[14:34] </w:t>
      </w:r>
      <w:r>
        <w:t>ye waqia guzra tha mere upar naujawani ke umar mein naujawani ke umar mein ek gaon mein</w:t>
      </w:r>
    </w:p>
    <w:p>
      <w:pPr>
        <w:jc w:val="right"/>
      </w:pPr>
      <w:r>
        <w:t>یہ واقعہ گزرا تھا میرے اوپر نوجوانی کے عمر میں نوجوانی کے عمر میں ایک گاؤں میں</w:t>
      </w:r>
    </w:p>
    <w:p>
      <w:r>
        <w:rPr>
          <w:b/>
        </w:rPr>
        <w:t xml:space="preserve">[14:46] </w:t>
      </w:r>
      <w:r>
        <w:t>aur aaj main boorha insan hoon lekin us waqt se ke raat tak allah ne kabhi mere sath</w:t>
      </w:r>
    </w:p>
    <w:p>
      <w:pPr>
        <w:jc w:val="right"/>
      </w:pPr>
      <w:r>
        <w:t>اور اج میں بوڑھا انسان ہوں لیکن اس وقت سے کہ رات تک اللہ نے کبھی میرے ساتھ</w:t>
      </w:r>
    </w:p>
    <w:p>
      <w:r>
        <w:rPr>
          <w:b/>
        </w:rPr>
        <w:t xml:space="preserve">[14:58] </w:t>
      </w:r>
      <w:r>
        <w:t>aisa nahi kiya ke use chhod de kisi hal mein khuda ne mujhe nahi chhoda nahi to ye meri ek ki baat nahi hai ye pure insan ki baat hai pure insan ke sath jo kuch hone wala tha jo hone wala hai wo allah ne mujhe badal badal gaya pure insan ke sath</w:t>
      </w:r>
    </w:p>
    <w:p>
      <w:pPr>
        <w:jc w:val="right"/>
      </w:pPr>
      <w:r>
        <w:t>ایسا نہیں کیا کہ اسے چھوڑ دے کسی حال میں خدا نے مجھے نہیں چھوڑا نہیں تو یہ میری ایک کی بات نہیں ہے یہ پورے انسان کی بات ہے پورے انسان کے ساتھ جو کچھ ہونے والا تھا جو ہونے والا ہے وہ اللہ نے مجھے بدل بدل گیا پورے انسان کے ساتھ</w:t>
      </w:r>
    </w:p>
    <w:p>
      <w:r>
        <w:rPr>
          <w:b/>
        </w:rPr>
        <w:t xml:space="preserve">[15:24] </w:t>
      </w:r>
      <w:r>
        <w:t>goya ke yeh waqia</w:t>
      </w:r>
    </w:p>
    <w:p>
      <w:pPr>
        <w:jc w:val="right"/>
      </w:pPr>
      <w:r>
        <w:t>گویا کہ یہ واقعہ</w:t>
      </w:r>
    </w:p>
    <w:p>
      <w:r>
        <w:rPr>
          <w:b/>
        </w:rPr>
        <w:t xml:space="preserve">[15:27] </w:t>
      </w:r>
      <w:r>
        <w:t>keh raha tha</w:t>
      </w:r>
    </w:p>
    <w:p>
      <w:pPr>
        <w:jc w:val="right"/>
      </w:pPr>
      <w:r>
        <w:t>کہہ رہا تھا</w:t>
      </w:r>
    </w:p>
    <w:p>
      <w:r>
        <w:rPr>
          <w:b/>
        </w:rPr>
        <w:t xml:space="preserve">[15:29] </w:t>
      </w:r>
      <w:r>
        <w:t>ke aye mere bande saare insano par mera paigham pahancha do</w:t>
      </w:r>
    </w:p>
    <w:p>
      <w:pPr>
        <w:jc w:val="right"/>
      </w:pPr>
      <w:r>
        <w:t>کہ اے میرے بندے سارے انسانوں پر میرا پیغام پہنچا دو</w:t>
      </w:r>
    </w:p>
    <w:p>
      <w:r>
        <w:rPr>
          <w:b/>
        </w:rPr>
        <w:t xml:space="preserve">[15:37] </w:t>
      </w:r>
      <w:r>
        <w:t>chahe wo mashriq mein hon chahe maghrib mein hon</w:t>
      </w:r>
    </w:p>
    <w:p>
      <w:pPr>
        <w:jc w:val="right"/>
      </w:pPr>
      <w:r>
        <w:t>چاہے وہ مشرق میں ہوں چاہے مغرب میں ہوں</w:t>
      </w:r>
    </w:p>
    <w:p>
      <w:r>
        <w:rPr>
          <w:b/>
        </w:rPr>
        <w:t xml:space="preserve">[15:41] </w:t>
      </w:r>
      <w:r>
        <w:t>janoob mein hon shamal mein hon</w:t>
      </w:r>
    </w:p>
    <w:p>
      <w:pPr>
        <w:jc w:val="right"/>
      </w:pPr>
      <w:r>
        <w:t>جنوب میں ہوں شمال میں ہوں</w:t>
      </w:r>
    </w:p>
    <w:p>
      <w:r>
        <w:rPr>
          <w:b/>
        </w:rPr>
        <w:t xml:space="preserve">[15:45] </w:t>
      </w:r>
      <w:r>
        <w:t>ek qom se wo taluq ho unka doosri qom se taluq ho</w:t>
      </w:r>
    </w:p>
    <w:p>
      <w:pPr>
        <w:jc w:val="right"/>
      </w:pPr>
      <w:r>
        <w:t>ایک قوم سے وہ تعلق ہو ان کا دوسری قوم سے تعلق ہو</w:t>
      </w:r>
    </w:p>
    <w:p>
      <w:r>
        <w:rPr>
          <w:b/>
        </w:rPr>
        <w:t xml:space="preserve">[15:49] </w:t>
      </w:r>
      <w:r>
        <w:t>koi bhi ho jo mera banda hai jis ko maine paida kiya hai un sab ko mein</w:t>
      </w:r>
    </w:p>
    <w:p>
      <w:pPr>
        <w:jc w:val="right"/>
      </w:pPr>
      <w:r>
        <w:t>کوئی بھی ہو جو میرا بندہ ہے جس کو میں نے پیدا کیا ہے ان سب کو میں</w:t>
      </w:r>
    </w:p>
    <w:p>
      <w:r>
        <w:rPr>
          <w:b/>
        </w:rPr>
        <w:t xml:space="preserve">[15:57] </w:t>
      </w:r>
      <w:r>
        <w:t>muhafiz hoon gaarnter hoon</w:t>
      </w:r>
    </w:p>
    <w:p>
      <w:pPr>
        <w:jc w:val="right"/>
      </w:pPr>
      <w:r>
        <w:t>محافظ ہوں گارنٹر ہوں</w:t>
      </w:r>
    </w:p>
    <w:p>
      <w:r>
        <w:rPr>
          <w:b/>
        </w:rPr>
        <w:t xml:space="preserve">[16:03] </w:t>
      </w:r>
      <w:r>
        <w:t>wo apni nadani ko to zaroor bhugten ge yaad sun li jiye</w:t>
      </w:r>
    </w:p>
    <w:p>
      <w:pPr>
        <w:jc w:val="right"/>
      </w:pPr>
      <w:r>
        <w:t>وہ اپنی نادانی کو تو ضرور بھگتیں گے یاد سن لیجئے</w:t>
      </w:r>
    </w:p>
    <w:p>
      <w:r>
        <w:rPr>
          <w:b/>
        </w:rPr>
        <w:t xml:space="preserve">[16:11] </w:t>
      </w:r>
      <w:r>
        <w:t>insano ke bare mein allah ki ye ke ye paigham hai ke koi insan apni nadani ko zaroor bhugtega</w:t>
      </w:r>
    </w:p>
    <w:p>
      <w:pPr>
        <w:jc w:val="right"/>
      </w:pPr>
      <w:r>
        <w:t>انسانوں کے بارے میں اللہ کی یہ کہ یہ پیغام ہے کہ کوئی انسان اپنی نادانی کو ضرور بھگتے گا</w:t>
      </w:r>
    </w:p>
    <w:p>
      <w:r>
        <w:rPr>
          <w:b/>
        </w:rPr>
        <w:t xml:space="preserve">[16:24] </w:t>
      </w:r>
      <w:r>
        <w:t>lekin kisi doosre ke koi doosra aadmi us ko apne shar apni</w:t>
      </w:r>
    </w:p>
    <w:p>
      <w:pPr>
        <w:jc w:val="right"/>
      </w:pPr>
      <w:r>
        <w:t>لیکن کسی دوسرے کے کوئی دوسرا ادمی اس کو اپنے شر اپنی</w:t>
      </w:r>
    </w:p>
    <w:p>
      <w:r>
        <w:rPr>
          <w:b/>
        </w:rPr>
        <w:t xml:space="preserve">[16:35] </w:t>
      </w:r>
      <w:r>
        <w:t>apni planning ka shikar nahi bana sakta sun li jiye meri baat ke is zameen par jo insan basta hain is zameen par</w:t>
      </w:r>
    </w:p>
    <w:p>
      <w:pPr>
        <w:jc w:val="right"/>
      </w:pPr>
      <w:r>
        <w:t>اپنی پلاننگ کا شکار نہیں بنا سکتا سن لیجئے میری بات کہ اس زمین پر جو انسان بستے ہیں اس زمین پر</w:t>
      </w:r>
    </w:p>
    <w:p>
      <w:r>
        <w:rPr>
          <w:b/>
        </w:rPr>
        <w:t xml:space="preserve">[16:53] </w:t>
      </w:r>
      <w:r>
        <w:t>jo insan basta hain jo solar system mein itna chhoti si zameen hai ke suraj ke muqable mein suraj is se barah lakh guna bada hai</w:t>
      </w:r>
    </w:p>
    <w:p>
      <w:pPr>
        <w:jc w:val="right"/>
      </w:pPr>
      <w:r>
        <w:t>جو انسان بستے ہیں جو سولر سسٹم میں اتنا چھوٹی سی زمین ہے کہ سورج کے مقابلے میں سورج اس سے بارہ لاکھ گنا بڑا ہے</w:t>
      </w:r>
    </w:p>
    <w:p>
      <w:r>
        <w:rPr>
          <w:b/>
        </w:rPr>
        <w:t xml:space="preserve">[17:08] </w:t>
      </w:r>
      <w:r>
        <w:t>un ko ye un ke creator ka creator ka in sare insano ko un ke creator ka ye message hai ke aye mere bande tujh ko main ne aql di hai tum ko main ne</w:t>
      </w:r>
    </w:p>
    <w:p>
      <w:pPr>
        <w:jc w:val="right"/>
      </w:pPr>
      <w:r>
        <w:t>ان کو یہ ان کے کریٹر کا کریٹر کا ان سارے انسانوں کو ان کے کریٹر کا یہ میسج ہے کہ اے میرے بندے تجھ کو میں نے عقل دی ہے تم کو میں نے</w:t>
      </w:r>
    </w:p>
    <w:p>
      <w:r>
        <w:rPr>
          <w:b/>
        </w:rPr>
        <w:t xml:space="preserve">[17:33] </w:t>
      </w:r>
      <w:r>
        <w:t>aql di hai aql jo kisi ko nahi di sher ko nahi di hathi ko nahi di kisi suraj ko nahi di kisi galaxy ko nahi di aql aql aql</w:t>
      </w:r>
    </w:p>
    <w:p>
      <w:pPr>
        <w:jc w:val="right"/>
      </w:pPr>
      <w:r>
        <w:t>عقل دی ہے عقل جو کسی کو نہیں دی شیر کو نہیں دی ہاتھی کو نہیں دی کسی سورج کو نہیں دی کسی گلیکسی کو نہیں دی عقل عقل عقل</w:t>
      </w:r>
    </w:p>
    <w:p>
      <w:r>
        <w:rPr>
          <w:b/>
        </w:rPr>
        <w:t xml:space="preserve">[17:53] </w:t>
      </w:r>
      <w:r>
        <w:t>is ko achi tarah istemal kar ke jinyati aql ki roshni mein planning kar aql ki roshni mein apne mamlat ki planning kar</w:t>
      </w:r>
    </w:p>
    <w:p>
      <w:pPr>
        <w:jc w:val="right"/>
      </w:pPr>
      <w:r>
        <w:t>اس کو اچھی طرح استعمال کر کے جینیاتی عقل کی روشنی میں پلاننگ کر عقل کی روشنی میں اپنے معاملات کی پلاننگ کر</w:t>
      </w:r>
    </w:p>
    <w:p>
      <w:r>
        <w:rPr>
          <w:b/>
        </w:rPr>
        <w:t xml:space="preserve">[18:10] </w:t>
      </w:r>
      <w:r>
        <w:t>aql ki roshni mein apne mamlat ki planning kar aur yeh khawand rab ul alameen ki guarantee hai aur yeh khawand rab ul alameen ki guarantee hai</w:t>
      </w:r>
    </w:p>
    <w:p>
      <w:pPr>
        <w:jc w:val="right"/>
      </w:pPr>
      <w:r>
        <w:t>عقل کی روشنی میں اپنے معاملات کی پلاننگ کر اور یہ خداوند رب العالمین کی گارنٹی ہے اور یہ خداوند رب العالمین کی گارنٹی ہے</w:t>
      </w:r>
    </w:p>
    <w:p>
      <w:r>
        <w:rPr>
          <w:b/>
        </w:rPr>
        <w:t xml:space="preserve">[18:30] </w:t>
      </w:r>
      <w:r>
        <w:t>ke tu sirf apni ghalti ko bhugte ga kisi doosre ki design ko nahi bhugne wala nahi hai</w:t>
      </w:r>
    </w:p>
    <w:p>
      <w:pPr>
        <w:jc w:val="right"/>
      </w:pPr>
      <w:r>
        <w:t>کہ تو صرف اپنی غلطی کو بھگتے گا کسی دوسرے کی ڈیزائن کو نہیں بھگنے والا نہیں ہے</w:t>
      </w:r>
    </w:p>
    <w:p>
      <w:r>
        <w:rPr>
          <w:b/>
        </w:rPr>
        <w:t xml:space="preserve">[18:40] </w:t>
      </w:r>
      <w:r>
        <w:t>tu sirf apni ghalti ko bhugte ga</w:t>
      </w:r>
    </w:p>
    <w:p>
      <w:pPr>
        <w:jc w:val="right"/>
      </w:pPr>
      <w:r>
        <w:t>تو صرف اپنی غلطی کو بھگتے گا</w:t>
      </w:r>
    </w:p>
    <w:p>
      <w:r>
        <w:rPr>
          <w:b/>
        </w:rPr>
        <w:t xml:space="preserve">[18:43] </w:t>
      </w:r>
      <w:r>
        <w:t>kisi doosre ki planning kisi doosre ki design</w:t>
      </w:r>
    </w:p>
    <w:p>
      <w:pPr>
        <w:jc w:val="right"/>
      </w:pPr>
      <w:r>
        <w:t>کسی دوسرے کی پلاننگ کسی دوسرے کی ڈیزائن</w:t>
      </w:r>
    </w:p>
    <w:p>
      <w:r>
        <w:rPr>
          <w:b/>
        </w:rPr>
        <w:t xml:space="preserve">[18:49] </w:t>
      </w:r>
      <w:r>
        <w:t>kisi doosre ki koi sazish</w:t>
      </w:r>
    </w:p>
    <w:p>
      <w:pPr>
        <w:jc w:val="right"/>
      </w:pPr>
      <w:r>
        <w:t>کسی دوسرے کی کوئی سازش</w:t>
      </w:r>
    </w:p>
    <w:p>
      <w:r>
        <w:rPr>
          <w:b/>
        </w:rPr>
        <w:t xml:space="preserve">[18:52] </w:t>
      </w:r>
      <w:r>
        <w:t>conspiracy tujh ko koi nuqsan nahi pahanchaye gi tujh ko koi nuqsan nahi pahanchane wali hai</w:t>
      </w:r>
    </w:p>
    <w:p>
      <w:pPr>
        <w:jc w:val="right"/>
      </w:pPr>
      <w:r>
        <w:t>کانسپریسی تجھ کو کوئی نقصان نہیں پہنچائے گی تجھ کو کوئی نقصان نہیں پہنچانے والی ہے</w:t>
      </w:r>
    </w:p>
    <w:p>
      <w:r>
        <w:rPr>
          <w:b/>
        </w:rPr>
        <w:t xml:space="preserve">[19:06] </w:t>
      </w:r>
      <w:r>
        <w:t>yeh yeh message mujhe</w:t>
      </w:r>
    </w:p>
    <w:p>
      <w:pPr>
        <w:jc w:val="right"/>
      </w:pPr>
      <w:r>
        <w:t>یہ یہ میسج مجھے</w:t>
      </w:r>
    </w:p>
    <w:p>
      <w:r>
        <w:rPr>
          <w:b/>
        </w:rPr>
        <w:t xml:space="preserve">[19:13] </w:t>
      </w:r>
      <w:r>
        <w:t>1935 mein mila tha us waqt shayad inkan siri</w:t>
      </w:r>
    </w:p>
    <w:p>
      <w:pPr>
        <w:jc w:val="right"/>
      </w:pPr>
      <w:r>
        <w:t>1935 میں ملا تھا اس وقت شاید انکانسری</w:t>
      </w:r>
    </w:p>
    <w:p>
      <w:r>
        <w:rPr>
          <w:b/>
        </w:rPr>
        <w:t xml:space="preserve">[19:22] </w:t>
      </w:r>
      <w:r>
        <w:t>aj mein is ko keh sakta hoon ke mein kansri</w:t>
      </w:r>
    </w:p>
    <w:p>
      <w:pPr>
        <w:jc w:val="right"/>
      </w:pPr>
      <w:r>
        <w:t>اج میں اس کو کہہ سکتا ہوں کہ میں کانسری</w:t>
      </w:r>
    </w:p>
    <w:p>
      <w:r>
        <w:rPr>
          <w:b/>
        </w:rPr>
        <w:t xml:space="preserve">[19:26] </w:t>
      </w:r>
      <w:r>
        <w:t>apne par zaati experience ke mutabiq maine is ko paya hai</w:t>
      </w:r>
    </w:p>
    <w:p>
      <w:pPr>
        <w:jc w:val="right"/>
      </w:pPr>
      <w:r>
        <w:t>اپنے پر ذاتی ایکسپیرینس کے مطابق میں نے اس کو پایا ہے</w:t>
      </w:r>
    </w:p>
    <w:p>
      <w:r>
        <w:rPr>
          <w:b/>
        </w:rPr>
        <w:t xml:space="preserve">[19:39] </w:t>
      </w:r>
      <w:r>
        <w:t>jab mein chota tha bacha tha tab yeh message mujhe unconscious mila tha lekin aaj mein keh sakta hoon is zameen par</w:t>
      </w:r>
    </w:p>
    <w:p>
      <w:pPr>
        <w:jc w:val="right"/>
      </w:pPr>
      <w:r>
        <w:t>جب میں چھوٹا تھا بچہ تھا تب یہ میسج مجھے انکانسری ملا تھا لیکن اج میں کہہ سکتا ہوں اس زمین پر</w:t>
      </w:r>
    </w:p>
    <w:p>
      <w:r>
        <w:rPr>
          <w:b/>
        </w:rPr>
        <w:t xml:space="preserve">[19:54] </w:t>
      </w:r>
      <w:r>
        <w:t>zameen par khara ho kar keh aaj mujhe woh cheez mere conscious mind mein aa chuki hai mein sare insano ko chahe europe ka hoon ya america ka hoon asia ka hoon africa ka hoon sab ko yeh message deta hoon keh aye insan aye insan aye insan</w:t>
      </w:r>
    </w:p>
    <w:p>
      <w:pPr>
        <w:jc w:val="right"/>
      </w:pPr>
      <w:r>
        <w:t>زمین پر کھڑا ہو کر کہ اج مجھے وہ چیز میرے کانسٹنٹ مائنڈ میں ا چکی ہے میں سارے انسانوں کو چاہے یورپ کا ہوں یا امریکہ کا ہوں ایشیا کا ہوں افریقہ کا ہوں سب کو یہ میسج دیتا ہوں کہ اے انسان اے انسان اے انسان</w:t>
      </w:r>
    </w:p>
    <w:p>
      <w:r>
        <w:rPr>
          <w:b/>
        </w:rPr>
        <w:t xml:space="preserve">[20:19] </w:t>
      </w:r>
      <w:r>
        <w:t>tujh ko jis potential potential ke sath tujh ko insan khuda ne jis potential ke sath paida kiya hai us ko avail kar</w:t>
      </w:r>
    </w:p>
    <w:p>
      <w:pPr>
        <w:jc w:val="right"/>
      </w:pPr>
      <w:r>
        <w:t>تجھ کو جس پوٹینشل پوٹینشل کے ساتھ تجھ کو انسان خدا نے جس پوٹینشل کے ساتھ پیدا کیا ہے اس کو اویل کر</w:t>
      </w:r>
    </w:p>
    <w:p>
      <w:r>
        <w:rPr>
          <w:b/>
        </w:rPr>
        <w:t xml:space="preserve">[20:34] </w:t>
      </w:r>
      <w:r>
        <w:t>aye insan jis ko tere khaliq ne jis potential ke sath paida kiya hai us ko be khauf o khatar avail kar avail kar avail kar</w:t>
      </w:r>
    </w:p>
    <w:p>
      <w:pPr>
        <w:jc w:val="right"/>
      </w:pPr>
      <w:r>
        <w:t>اے انسان جس کو تیرے خالق نے جس پوٹینشل کے ساتھ پیدا کیا ہے اس کو بے خوف و خاطر اویل کر اویل کر اویل کر</w:t>
      </w:r>
    </w:p>
    <w:p>
      <w:r>
        <w:rPr>
          <w:b/>
        </w:rPr>
        <w:t xml:space="preserve">[20:49] </w:t>
      </w:r>
      <w:r>
        <w:t>sare farishte sari united ke farishte dorrein ge teri madad ke liye</w:t>
      </w:r>
    </w:p>
    <w:p>
      <w:pPr>
        <w:jc w:val="right"/>
      </w:pPr>
      <w:r>
        <w:t>سارے فرشتے ساری یونائٹڈ کے فرشتے دوڑیں گے تیری مدد کے لیے</w:t>
      </w:r>
    </w:p>
    <w:p>
      <w:r>
        <w:rPr>
          <w:b/>
        </w:rPr>
        <w:t xml:space="preserve">[20:58] </w:t>
      </w:r>
      <w:r>
        <w:t>aye insan tu Allah rab ul alameen ke diye hue bas potential ko avail kar right planning ke sath</w:t>
      </w:r>
    </w:p>
    <w:p>
      <w:pPr>
        <w:jc w:val="right"/>
      </w:pPr>
      <w:r>
        <w:t>اے انسان تو اللہ رب العالمین کے دیے ہوئے بس پوٹینشیل کو اویل کر رائٹ پلاننگ کے ساتھ</w:t>
      </w:r>
    </w:p>
    <w:p>
      <w:r>
        <w:rPr>
          <w:b/>
        </w:rPr>
        <w:t xml:space="preserve">[21:12] </w:t>
      </w:r>
      <w:r>
        <w:t>tujh ko tere rab ne tere khaliq ne</w:t>
      </w:r>
    </w:p>
    <w:p>
      <w:pPr>
        <w:jc w:val="right"/>
      </w:pPr>
      <w:r>
        <w:t>تجھ کو تیرے رب نے تیرے خالق نے</w:t>
      </w:r>
    </w:p>
    <w:p>
      <w:r>
        <w:rPr>
          <w:b/>
        </w:rPr>
        <w:t xml:space="preserve">[21:16] </w:t>
      </w:r>
      <w:r>
        <w:t>jis potential ke sath</w:t>
      </w:r>
    </w:p>
    <w:p>
      <w:pPr>
        <w:jc w:val="right"/>
      </w:pPr>
      <w:r>
        <w:t>جس پوٹینشیل کے ساتھ</w:t>
      </w:r>
    </w:p>
    <w:p>
      <w:r>
        <w:rPr>
          <w:b/>
        </w:rPr>
        <w:t xml:space="preserve">[21:18] </w:t>
      </w:r>
      <w:r>
        <w:t>paida kiya hai is ko avail kar</w:t>
      </w:r>
    </w:p>
    <w:p>
      <w:pPr>
        <w:jc w:val="right"/>
      </w:pPr>
      <w:r>
        <w:t>پیدا کیا ہے اس کو اویل کر</w:t>
      </w:r>
    </w:p>
    <w:p>
      <w:r>
        <w:rPr>
          <w:b/>
        </w:rPr>
        <w:t xml:space="preserve">[21:23] </w:t>
      </w:r>
      <w:r>
        <w:t>apni aql ko istemal karte hue</w:t>
      </w:r>
    </w:p>
    <w:p>
      <w:pPr>
        <w:jc w:val="right"/>
      </w:pPr>
      <w:r>
        <w:t>اپنی عقل کو استعمال کرتے ہوئے</w:t>
      </w:r>
    </w:p>
    <w:p>
      <w:r>
        <w:rPr>
          <w:b/>
        </w:rPr>
        <w:t xml:space="preserve">[21:26] </w:t>
      </w:r>
      <w:r>
        <w:t>aur is dunya mein koi tujh ko kuch tera rasta rokne wala nahi</w:t>
      </w:r>
    </w:p>
    <w:p>
      <w:pPr>
        <w:jc w:val="right"/>
      </w:pPr>
      <w:r>
        <w:t>اور اس دنیا میں کوئی تجھ کو کچھ تیرا راستہ روکنے والا نہیں</w:t>
      </w:r>
    </w:p>
    <w:p>
      <w:r>
        <w:rPr>
          <w:b/>
        </w:rPr>
        <w:t xml:space="preserve">[21:35] </w:t>
      </w:r>
      <w:r>
        <w:t>koi shaitan nahi koi jin nahi koi sher nahi koi hathi nahi</w:t>
      </w:r>
    </w:p>
    <w:p>
      <w:pPr>
        <w:jc w:val="right"/>
      </w:pPr>
      <w:r>
        <w:t>کوئی شیطان نہیں کوئی جن نہیں کوئی شیر نہیں کوئی ہاتھی نہیں</w:t>
      </w:r>
    </w:p>
    <w:p>
      <w:r>
        <w:rPr>
          <w:b/>
        </w:rPr>
        <w:t xml:space="preserve">[21:49] </w:t>
      </w:r>
      <w:r>
        <w:t>yeh Allah rab ul alameen ka khaliq ka ki taraf se ek guarantee hai tere liye guarantee hai guarantee hai guarantee hai</w:t>
      </w:r>
    </w:p>
    <w:p>
      <w:pPr>
        <w:jc w:val="right"/>
      </w:pPr>
      <w:r>
        <w:t>یہ اللہ رب العالمین کا خالق کا کی طرف سے ایک گارنٹی ہے تیرے لیے گارنٹی ہے گارنٹی ہے گارنٹی ہے</w:t>
      </w:r>
    </w:p>
    <w:p>
      <w:r>
        <w:rPr>
          <w:b/>
        </w:rPr>
        <w:t xml:space="preserve">[22:03] </w:t>
      </w:r>
      <w:r>
        <w:t>tu apne potential potential ko avail kar ke rahe ga</w:t>
      </w:r>
    </w:p>
    <w:p>
      <w:pPr>
        <w:jc w:val="right"/>
      </w:pPr>
      <w:r>
        <w:t>تو اپنے پوٹینشل پوٹینشل کو اویل کر کے رہے گا</w:t>
      </w:r>
    </w:p>
    <w:p>
      <w:r>
        <w:rPr>
          <w:b/>
        </w:rPr>
        <w:t xml:space="preserve">[22:21] </w:t>
      </w:r>
      <w:r>
        <w:t>is yaqeen ke sath jeena seekhein mein aap logon se kahoon ga poori dunya ke insano se kahoon ga poori dunya ke insano se kahoon ga keh aap is yaqeen ke sath jeena seekhein</w:t>
      </w:r>
    </w:p>
    <w:p>
      <w:pPr>
        <w:jc w:val="right"/>
      </w:pPr>
      <w:r>
        <w:t>اس یقین کے ساتھ جینا سیکھیں میں اپ لوگوں سے کہوں گا پوری دنیا کے انسانوں سے کہوں گا پوری دنیا کے انسانوں سے کہوں گا کہ اپ اس یقین کے ساتھ جینا سیکھیں</w:t>
      </w:r>
    </w:p>
    <w:p>
      <w:r>
        <w:rPr>
          <w:b/>
        </w:rPr>
        <w:t xml:space="preserve">[22:41] </w:t>
      </w:r>
      <w:r>
        <w:t>ek zamana tha hamara jawani ke umar mein keh sari dunya mein do super power theen ek america ek russia america dar mein jee raha tha russia ke russia dar mein jee raha tha america ke</w:t>
      </w:r>
    </w:p>
    <w:p>
      <w:pPr>
        <w:jc w:val="right"/>
      </w:pPr>
      <w:r>
        <w:t>ایک زمانہ تھا ہمارا جوانی کے عمر میں کہ ساری دنیا میں دو سپر پاور تھیں ایک امریکہ ایک رشیا امریکہ ڈر میں جی رہا تھا رشیا کے رشیا ڈر میں جی رہا تھا امریکہ کے</w:t>
      </w:r>
    </w:p>
    <w:p>
      <w:r>
        <w:rPr>
          <w:b/>
        </w:rPr>
        <w:t xml:space="preserve">[23:05] </w:t>
      </w:r>
      <w:r>
        <w:t>mein ne ek america ka ek telefoni awaz suni thi ek bar us zamane mein</w:t>
      </w:r>
    </w:p>
    <w:p>
      <w:pPr>
        <w:jc w:val="right"/>
      </w:pPr>
      <w:r>
        <w:t>میں نے ایک امریکہ کا ایک ٹیلی فونی اواز سنی تھی ایک بار اس زمانے میں</w:t>
      </w:r>
    </w:p>
    <w:p>
      <w:r>
        <w:rPr>
          <w:b/>
        </w:rPr>
        <w:t xml:space="preserve">[23:18] </w:t>
      </w:r>
      <w:r>
        <w:t>keh sadar ne jo is function ka sadar tha ek american us ne elan kiya tha apni taqreer mein keh mushkil meri ek taqreer par dunya mein sab se zyada message mile</w:t>
      </w:r>
    </w:p>
    <w:p>
      <w:pPr>
        <w:jc w:val="right"/>
      </w:pPr>
      <w:r>
        <w:t>کہ صدر نے جو اس فنکشن کا صدر تھا ایک امریکی اس نے اعلان کیا تھا اپنی تقریر میں کہ مشکل میری ایک تقریر پر دنیا میں سب سے زیادہ میسج ملے</w:t>
      </w:r>
    </w:p>
    <w:p>
      <w:r>
        <w:rPr>
          <w:b/>
        </w:rPr>
        <w:t xml:space="preserve">[23:46] </w:t>
      </w:r>
      <w:r>
        <w:t>ek american ne telephone pe kaha tha woh radio par keh</w:t>
      </w:r>
    </w:p>
    <w:p>
      <w:pPr>
        <w:jc w:val="right"/>
      </w:pPr>
      <w:r>
        <w:t>ایک امریکن نے ٹیلی فون پہ کہا تھا وہ ریڈیو پر کہ</w:t>
      </w:r>
    </w:p>
    <w:p>
      <w:r>
        <w:rPr>
          <w:b/>
        </w:rPr>
        <w:t xml:space="preserve">[23:57] </w:t>
      </w:r>
      <w:r>
        <w:t>Russia is enemy number one of America</w:t>
      </w:r>
    </w:p>
    <w:p>
      <w:pPr>
        <w:jc w:val="right"/>
      </w:pPr>
      <w:r>
        <w:t>رشیا از اینمی نمبر ون اف امریکہ</w:t>
      </w:r>
    </w:p>
    <w:p>
      <w:r>
        <w:rPr>
          <w:b/>
        </w:rPr>
        <w:t xml:space="preserve">[24:02] </w:t>
      </w:r>
      <w:r>
        <w:t>Russia is enemy number one of America, aur saari duniya mein se itne zyada isko</w:t>
      </w:r>
    </w:p>
    <w:p>
      <w:pPr>
        <w:jc w:val="right"/>
      </w:pPr>
      <w:r>
        <w:t>رشیا از اینمی نمبر ون اف امریکہ اور ساری دنیا میں سے اتنے زیادہ اس کو</w:t>
      </w:r>
    </w:p>
    <w:p>
      <w:r>
        <w:rPr>
          <w:b/>
        </w:rPr>
        <w:t xml:space="preserve">[24:11] </w:t>
      </w:r>
      <w:r>
        <w:t>mubarakbad ke paigham aaye the</w:t>
      </w:r>
    </w:p>
    <w:p>
      <w:pPr>
        <w:jc w:val="right"/>
      </w:pPr>
      <w:r>
        <w:t>مبارکباد کے پیغام ائے تھے</w:t>
      </w:r>
    </w:p>
    <w:p>
      <w:r>
        <w:rPr>
          <w:b/>
        </w:rPr>
        <w:t xml:space="preserve">[24:14] </w:t>
      </w:r>
      <w:r>
        <w:t>tasdeeq tasdeeq ke paigham aaye the ke is ka office bhar gaya</w:t>
      </w:r>
    </w:p>
    <w:p>
      <w:pPr>
        <w:jc w:val="right"/>
      </w:pPr>
      <w:r>
        <w:t>تصدیق تصدیق کے پیغام ائے تھے کہ اس کا افس بھر گیا</w:t>
      </w:r>
    </w:p>
    <w:p>
      <w:r>
        <w:rPr>
          <w:b/>
        </w:rPr>
        <w:t xml:space="preserve">[24:22] </w:t>
      </w:r>
      <w:r>
        <w:t>پیغامات سے آج کون رشیا سے ڈرتا ہے</w:t>
      </w:r>
    </w:p>
    <w:p>
      <w:pPr>
        <w:jc w:val="right"/>
      </w:pPr>
      <w:r>
        <w:t>پیغامات سے اج کون رشیا سے ڈرتا ہے</w:t>
      </w:r>
    </w:p>
    <w:p>
      <w:r>
        <w:rPr>
          <w:b/>
        </w:rPr>
        <w:t xml:space="preserve">[24:27] </w:t>
      </w:r>
      <w:r>
        <w:t>اج کون کہتا ہے کہ Russia is enemy number enemy number one of America</w:t>
      </w:r>
    </w:p>
    <w:p>
      <w:pPr>
        <w:jc w:val="right"/>
      </w:pPr>
      <w:r>
        <w:t>اج کون کہتا ہے کہ رشیا از اینمی نمبر اینمی نمبر ون اف امریکہ</w:t>
      </w:r>
    </w:p>
    <w:p>
      <w:r>
        <w:rPr>
          <w:b/>
        </w:rPr>
        <w:t xml:space="preserve">[24:36] </w:t>
      </w:r>
      <w:r>
        <w:t>kyun kyun kyun is ki waja russia ki taqat nahi thi is ki waja khaliq ki taqat thi kon</w:t>
      </w:r>
    </w:p>
    <w:p>
      <w:pPr>
        <w:jc w:val="right"/>
      </w:pPr>
      <w:r>
        <w:t>کیوں کیوں کیوں اس کی وجہ رشیا کی طاقت نہیں تھی اس کی وجہ خالق کی طاقت تھی کون</w:t>
      </w:r>
    </w:p>
    <w:p>
      <w:r>
        <w:rPr>
          <w:b/>
        </w:rPr>
        <w:t xml:space="preserve">[24:49] </w:t>
      </w:r>
      <w:r>
        <w:t>hai jo hifazat karta hai tumhari protect protect karta hai tumhari raat din raat din raat din</w:t>
      </w:r>
    </w:p>
    <w:p>
      <w:pPr>
        <w:jc w:val="right"/>
      </w:pPr>
      <w:r>
        <w:t>ہے جو حفاظت کرتا ہے تمہاری پروٹیکٹ پروٹیکٹ کرتا ہے تمہاری رات دن رات دن رات دن</w:t>
      </w:r>
    </w:p>
    <w:p>
      <w:r>
        <w:rPr>
          <w:b/>
        </w:rPr>
        <w:t xml:space="preserve">[25:02] </w:t>
      </w:r>
      <w:r>
        <w:t>tu yaad rakhiye yeh dunya kisi kisi kisi political power ki dunya nahi hai yeh dunya kisi super power ki dunya nahi hai</w:t>
      </w:r>
    </w:p>
    <w:p>
      <w:pPr>
        <w:jc w:val="right"/>
      </w:pPr>
      <w:r>
        <w:t>تو یاد رکھیے یہ دنیا کسی کسی کسی پولیٹیکل پاور کی دنیا نہیں ہے یہ دنیا کسی سپر پاور کی دنیا نہیں ہے</w:t>
      </w:r>
    </w:p>
    <w:p>
      <w:r>
        <w:rPr>
          <w:b/>
        </w:rPr>
        <w:t xml:space="preserve">[25:18] </w:t>
      </w:r>
      <w:r>
        <w:t>yeh dunya kisi</w:t>
      </w:r>
    </w:p>
    <w:p>
      <w:pPr>
        <w:jc w:val="right"/>
      </w:pPr>
      <w:r>
        <w:t>یہ دنیا کسی</w:t>
      </w:r>
    </w:p>
    <w:p>
      <w:r>
        <w:rPr>
          <w:b/>
        </w:rPr>
        <w:t xml:space="preserve">[25:21] </w:t>
      </w:r>
      <w:r>
        <w:t>black and white ki dunya nahi hai yeh dunya khaliq ki dunya hai</w:t>
      </w:r>
    </w:p>
    <w:p>
      <w:pPr>
        <w:jc w:val="right"/>
      </w:pPr>
      <w:r>
        <w:t>بلیک اینڈ وائٹ کی دنیا نہیں ہے یہ دنیا خالق کی دنیا ہے</w:t>
      </w:r>
    </w:p>
    <w:p>
      <w:r>
        <w:rPr>
          <w:b/>
        </w:rPr>
        <w:t xml:space="preserve">[25:29] </w:t>
      </w:r>
      <w:r>
        <w:t>aur sab se bari cheez jo jis par ap ko dhiyan dena hai woh khud apne potential</w:t>
      </w:r>
    </w:p>
    <w:p>
      <w:pPr>
        <w:jc w:val="right"/>
      </w:pPr>
      <w:r>
        <w:t>اور سب سے بڑی چیز جو جس پر اپ کو دھیان دینا ہے وہ خود اپنے پوٹینشیل</w:t>
      </w:r>
    </w:p>
    <w:p>
      <w:r>
        <w:rPr>
          <w:b/>
        </w:rPr>
        <w:t xml:space="preserve">[25:40] </w:t>
      </w:r>
      <w:r>
        <w:t>apne potential ko janiye is ko avel kijiye</w:t>
      </w:r>
    </w:p>
    <w:p>
      <w:pPr>
        <w:jc w:val="right"/>
      </w:pPr>
      <w:r>
        <w:t>اپنے پوٹینشیل کو جانیے اس کو اویل کیجئے</w:t>
      </w:r>
    </w:p>
    <w:p>
      <w:r>
        <w:rPr>
          <w:b/>
        </w:rPr>
        <w:t xml:space="preserve">[25:48] </w:t>
      </w:r>
      <w:r>
        <w:t>aur yaqeen rakhiye ke ap Allah ki guarantee mein honge Allah ki guarantee mein honge Allah ki guarantee mein honge is dunya mein aadmi apni ghalti ko bhugta hai</w:t>
      </w:r>
    </w:p>
    <w:p>
      <w:pPr>
        <w:jc w:val="right"/>
      </w:pPr>
      <w:r>
        <w:t>اور یقین رکھیے کہ اپ اللہ کی گارنٹی میں ہوں گے اللہ کی گارنٹی میں ہوں گے اللہ کی گارنٹی میں ہوں گے اس دنیا میں ادمی اپنی غلطی کو بھگتتا ہے</w:t>
      </w:r>
    </w:p>
    <w:p>
      <w:r>
        <w:rPr>
          <w:b/>
        </w:rPr>
        <w:t xml:space="preserve">[26:05] </w:t>
      </w:r>
      <w:r>
        <w:t>apne aap ko ghalti se bachaiye</w:t>
      </w:r>
    </w:p>
    <w:p>
      <w:pPr>
        <w:jc w:val="right"/>
      </w:pPr>
      <w:r>
        <w:t>اپنے اپ کو غلطی سے بچائیے</w:t>
      </w:r>
    </w:p>
    <w:p>
      <w:r>
        <w:rPr>
          <w:b/>
        </w:rPr>
        <w:t xml:space="preserve">[26:11] </w:t>
      </w:r>
      <w:r>
        <w:t>apne aap ko ghalti se bachaiye ghalt soch ghalt bol ghalt action se bachaiye aur ap yaqeenan apne potential ko avel karne mein kamyab honge</w:t>
      </w:r>
    </w:p>
    <w:p>
      <w:pPr>
        <w:jc w:val="right"/>
      </w:pPr>
      <w:r>
        <w:t>اپنے اپ کو غلطی سے بچائیے غلط سوچ غلط بول غلط ایکشن سے بچائیے اور اپ یقینا اپنے پوٹینشل کو اویل کرنے میں کامیاب ہوں گے</w:t>
      </w:r>
    </w:p>
    <w:p>
      <w:r>
        <w:rPr>
          <w:b/>
        </w:rPr>
        <w:t xml:space="preserve">[26:40] </w:t>
      </w:r>
      <w:r>
        <w:t>yeh aaj jo paigham bhi mila hamdullah habib sahib ka kashmir se is mein maine is is paigham mein maine is is detail ko parha</w:t>
      </w:r>
    </w:p>
    <w:p>
      <w:pPr>
        <w:jc w:val="right"/>
      </w:pPr>
      <w:r>
        <w:t>یہ اج جو پیغام بھی ملا حمدللہ حبیب صاحب کا کشمیر سے اس میں میں نے اس اس پیغام میں میں نے اس اس ڈیٹیل کو پڑھا</w:t>
      </w:r>
    </w:p>
    <w:p>
      <w:r>
        <w:rPr>
          <w:b/>
        </w:rPr>
        <w:t xml:space="preserve">[26:56] </w:t>
      </w:r>
      <w:r>
        <w:t>aaj ka din aaj ka din shuru shuru karne ke liye mujhe ek abadi paigham mil gaya is mein jo hamdullah habib sahib ne kashmir se aaj subah ko mujhe bheja</w:t>
      </w:r>
    </w:p>
    <w:p>
      <w:pPr>
        <w:jc w:val="right"/>
      </w:pPr>
      <w:r>
        <w:t>اج کا دن اج کا دن شروع شروع کرنے کے لیے مجھے ایک ابدی پیغام مل گیا اس میں جو حمدللہ حبیب صاحب نے کشمیر سے اج صبح کو مجھے بھیجا</w:t>
      </w:r>
    </w:p>
    <w:p>
      <w:r>
        <w:rPr>
          <w:b/>
        </w:rPr>
        <w:t xml:space="preserve">[27:15] </w:t>
      </w:r>
      <w:r>
        <w:t>ajeeb baat hai ke kashmir mein mera pehla program hamdullah habib sahib ne kiya tha srinagar mein tagore hall mein yeh bohat ajeeb baat hai</w:t>
      </w:r>
    </w:p>
    <w:p>
      <w:pPr>
        <w:jc w:val="right"/>
      </w:pPr>
      <w:r>
        <w:t>عجیب بات ہے کہ کشمیر میں میرا پہلا پروگرام حمدللہ حبیب صاحب نے کیا تھا سری نگر میں ٹیگور ہال میں یہ بہت عجیب بات ہے</w:t>
      </w:r>
    </w:p>
    <w:p>
      <w:r>
        <w:rPr>
          <w:b/>
        </w:rPr>
        <w:t xml:space="preserve">[27:29] </w:t>
      </w:r>
      <w:r>
        <w:t>aur pehli bar maine woh woh meri jo taqreer hai naye ahad ke darwaze par</w:t>
      </w:r>
    </w:p>
    <w:p>
      <w:pPr>
        <w:jc w:val="right"/>
      </w:pPr>
      <w:r>
        <w:t>اور پہلی بار میں نے وہ وہ میری جو تقریر ہے نئے عہد کے دروازے پر</w:t>
      </w:r>
    </w:p>
    <w:p>
      <w:r>
        <w:rPr>
          <w:b/>
        </w:rPr>
        <w:t xml:space="preserve">[27:37] </w:t>
      </w:r>
      <w:r>
        <w:t>naye ahad ke darwaze par meri ek taqreer hai jo chhap chuki hai woh sab se pehle mein</w:t>
      </w:r>
    </w:p>
    <w:p>
      <w:pPr>
        <w:jc w:val="right"/>
      </w:pPr>
      <w:r>
        <w:t>نئے عہد کے دروازے پر میری ایک تقریر ہے جو چھپ چکی ہے وہ سب سے پہلے میں</w:t>
      </w:r>
    </w:p>
    <w:p>
      <w:r>
        <w:rPr>
          <w:b/>
        </w:rPr>
        <w:t xml:space="preserve">[27:43] </w:t>
      </w:r>
      <w:r>
        <w:t>ne inhi Hamiza Hamith sahib ke organize kiye hue</w:t>
      </w:r>
    </w:p>
    <w:p>
      <w:pPr>
        <w:jc w:val="right"/>
      </w:pPr>
      <w:r>
        <w:t>نے انہی حمیزہ حمیث صاحب کے ارگنائز کیے ہوئے</w:t>
      </w:r>
    </w:p>
    <w:p>
      <w:r>
        <w:rPr>
          <w:b/>
        </w:rPr>
        <w:t xml:space="preserve">[27:49] </w:t>
      </w:r>
      <w:r>
        <w:t>jalsay mein is ko ek maqale ki shakal mein padha tha</w:t>
      </w:r>
    </w:p>
    <w:p>
      <w:pPr>
        <w:jc w:val="right"/>
      </w:pPr>
      <w:r>
        <w:t>جلسے میں اس کو ایک مقالے کی شکل میں پڑھا تھا</w:t>
      </w:r>
    </w:p>
    <w:p>
      <w:r>
        <w:rPr>
          <w:b/>
        </w:rPr>
        <w:t xml:space="preserve">[27:59] </w:t>
      </w:r>
      <w:r>
        <w:t>to Kashmir se mujhe yeh paigham awwal din hi mila tha</w:t>
      </w:r>
    </w:p>
    <w:p>
      <w:pPr>
        <w:jc w:val="right"/>
      </w:pPr>
      <w:r>
        <w:t>تو کشمیر سے مجھے یہ پیغام اول دن ہی ملا تھا</w:t>
      </w:r>
    </w:p>
    <w:p>
      <w:r>
        <w:rPr>
          <w:b/>
        </w:rPr>
        <w:t xml:space="preserve">[28:06] </w:t>
      </w:r>
      <w:r>
        <w:t>nahi mein kahunga Kashmir</w:t>
      </w:r>
    </w:p>
    <w:p>
      <w:pPr>
        <w:jc w:val="right"/>
      </w:pPr>
      <w:r>
        <w:t>نہیں میں کہوں گا کشمیر</w:t>
      </w:r>
    </w:p>
    <w:p>
      <w:r>
        <w:rPr>
          <w:b/>
        </w:rPr>
        <w:t xml:space="preserve">[28:09] </w:t>
      </w:r>
      <w:r>
        <w:t>پہلا پروگرام یہ مجھے ملا ہے Eastern UP سے اپنے گاؤں میں پھر یہ پیغام مجھے ملا</w:t>
      </w:r>
    </w:p>
    <w:p>
      <w:pPr>
        <w:jc w:val="right"/>
      </w:pPr>
      <w:r>
        <w:t>پہلا پروگرام یہ مجھے ملا ہے ایسٹرن یوپ یوپ سے اپنے گاؤں میں پھر یہ پیغام مجھے ملا</w:t>
      </w:r>
    </w:p>
    <w:p>
      <w:r>
        <w:rPr>
          <w:b/>
        </w:rPr>
        <w:t xml:space="preserve">[28:16] </w:t>
      </w:r>
      <w:r>
        <w:t>Kashmir se phir yeh paigham mujhe mila aj</w:t>
      </w:r>
    </w:p>
    <w:p>
      <w:pPr>
        <w:jc w:val="right"/>
      </w:pPr>
      <w:r>
        <w:t>کشمیر سے پھر یہ پیغام مجھے ملا اج</w:t>
      </w:r>
    </w:p>
    <w:p>
      <w:r>
        <w:rPr>
          <w:b/>
        </w:rPr>
        <w:t xml:space="preserve">[28:22] </w:t>
      </w:r>
      <w:r>
        <w:t>aj ki subah subah subah subah subah ko</w:t>
      </w:r>
    </w:p>
    <w:p>
      <w:pPr>
        <w:jc w:val="right"/>
      </w:pPr>
      <w:r>
        <w:t>اج کی صبح صبح صبح صبح صبح کو</w:t>
      </w:r>
    </w:p>
    <w:p>
      <w:r>
        <w:rPr>
          <w:b/>
        </w:rPr>
        <w:t xml:space="preserve">[28:27] </w:t>
      </w:r>
      <w:r>
        <w:t>yehi khulasa hai Alhamdulillah Rabb-ul-Alameen ka yehi khulasa hai Alhamdulillah Rabb-ul-Alameen ka</w:t>
      </w:r>
    </w:p>
    <w:p>
      <w:pPr>
        <w:jc w:val="right"/>
      </w:pPr>
      <w:r>
        <w:t>یہی خلاصہ ہے الحمدللہ رب العالمین کا یہی خلاصہ ہے الحمدللہ رب العالمین کا</w:t>
      </w:r>
    </w:p>
    <w:p>
      <w:r>
        <w:rPr>
          <w:b/>
        </w:rPr>
        <w:t xml:space="preserve">[28:39] </w:t>
      </w:r>
      <w:r>
        <w:t>sare insano ke liye sare bando ke liye bas yeh kahunga ke</w:t>
      </w:r>
    </w:p>
    <w:p>
      <w:pPr>
        <w:jc w:val="right"/>
      </w:pPr>
      <w:r>
        <w:t>سارے انسانوں کے لیے سارے بندوں کے لیے بس یہ کہوں گا کہ</w:t>
      </w:r>
    </w:p>
    <w:p>
      <w:r>
        <w:rPr>
          <w:b/>
        </w:rPr>
        <w:t xml:space="preserve">[28:50] </w:t>
      </w:r>
      <w:r>
        <w:t>is dunya mein urne wale har patange ke liye is dunya mein rehne wali har har cheunti ke liye is dunya mein chalne wale har insan ke liye</w:t>
      </w:r>
    </w:p>
    <w:p>
      <w:pPr>
        <w:jc w:val="right"/>
      </w:pPr>
      <w:r>
        <w:t>اس دنیا میں اڑنے والے ہر پتنگے کے لیے اس دنیا میں رہنے والی ہر ہر چیونٹی کے لیے اس دنیا میں چلنے والے ہر انسان کے لیے</w:t>
      </w:r>
    </w:p>
    <w:p>
      <w:r>
        <w:rPr>
          <w:b/>
        </w:rPr>
        <w:t xml:space="preserve">[29:03] </w:t>
      </w:r>
      <w:r>
        <w:t>hum ap is creator ke bande hain jis ne yeh message de rakha hai</w:t>
      </w:r>
    </w:p>
    <w:p>
      <w:pPr>
        <w:jc w:val="right"/>
      </w:pPr>
      <w:r>
        <w:t>ہم اپ اس کریٹر کے بندے ہیں جس نے یہ میسج دے رکھا ہے</w:t>
      </w:r>
    </w:p>
    <w:p>
      <w:r>
        <w:rPr>
          <w:b/>
        </w:rPr>
        <w:t xml:space="preserve">[29:12] </w:t>
      </w:r>
      <w:r>
        <w:t>hum ap is creator ke bande hain jis ne yeh</w:t>
      </w:r>
    </w:p>
    <w:p>
      <w:pPr>
        <w:jc w:val="right"/>
      </w:pPr>
      <w:r>
        <w:t>ہم اپ اس کریٹر کے بندے ہیں جس نے یہ</w:t>
      </w:r>
    </w:p>
    <w:p>
      <w:r>
        <w:rPr>
          <w:b/>
        </w:rPr>
        <w:t xml:space="preserve">[29:20] </w:t>
      </w:r>
      <w:r>
        <w:t>paigham de rakha hai</w:t>
      </w:r>
    </w:p>
    <w:p>
      <w:pPr>
        <w:jc w:val="right"/>
      </w:pPr>
      <w:r>
        <w:t>پیغام دے رکھا ہے</w:t>
      </w:r>
    </w:p>
    <w:p>
      <w:r>
        <w:rPr>
          <w:b/>
        </w:rPr>
        <w:t xml:space="preserve">[29:25] </w:t>
      </w:r>
      <w:r>
        <w:t>aur main zaati taur par zaati taur par zaati taur par is ka witness hoon ke meri paidaish hui 1925 mein british period mein meri paidaish hui 1925 mein british period mein</w:t>
      </w:r>
    </w:p>
    <w:p>
      <w:pPr>
        <w:jc w:val="right"/>
      </w:pPr>
      <w:r>
        <w:t>اور میں ذاتی طور پر ذاتی طور پر ذاتی طور پر اس کا وٹنس ہوں کہ میری پیدائش ہوئی 1925 میں برٹش پیریڈ میں میری پیدائش ہوئی 1925 میں برٹش پیریڈ میں</w:t>
      </w:r>
    </w:p>
    <w:p>
      <w:r>
        <w:rPr>
          <w:b/>
        </w:rPr>
        <w:t xml:space="preserve">[29:47] </w:t>
      </w:r>
      <w:r>
        <w:t>us waqt se le kar aaj tak</w:t>
      </w:r>
    </w:p>
    <w:p>
      <w:pPr>
        <w:jc w:val="right"/>
      </w:pPr>
      <w:r>
        <w:t>اس وقت سے لے کر اج تک</w:t>
      </w:r>
    </w:p>
    <w:p>
      <w:r>
        <w:rPr>
          <w:b/>
        </w:rPr>
        <w:t xml:space="preserve">[29:51] </w:t>
      </w:r>
      <w:r>
        <w:t>mere upar beshumar qism ke masail aaye</w:t>
      </w:r>
    </w:p>
    <w:p>
      <w:pPr>
        <w:jc w:val="right"/>
      </w:pPr>
      <w:r>
        <w:t>میرے اوپر بے شمار قسم کے مسائل ائے</w:t>
      </w:r>
    </w:p>
    <w:p>
      <w:r>
        <w:rPr>
          <w:b/>
        </w:rPr>
        <w:t xml:space="preserve">[29:57] </w:t>
      </w:r>
      <w:r>
        <w:t>sab logon ne sazishien kin mere khilaf meri maut ke mere qatal ke aansu banaye lekin kuch bhi nahi hua kuch bhi nahi hua mujh ko qatal karne par inaam muqarrar kiya gaya</w:t>
      </w:r>
    </w:p>
    <w:p>
      <w:pPr>
        <w:jc w:val="right"/>
      </w:pPr>
      <w:r>
        <w:t>سب لوگوں نے سازشیں کیں میرے خلاف میری موت کے میرے قتل کے انسو بنائے لیکن کچھ بھی نہیں ہوا کچھ بھی نہیں ہوا مجھ کو قتل کرنے پر انعام مقرر کیا گیا</w:t>
      </w:r>
    </w:p>
    <w:p>
      <w:r>
        <w:rPr>
          <w:b/>
        </w:rPr>
        <w:t xml:space="preserve">[30:17] </w:t>
      </w:r>
      <w:r>
        <w:t>woh akhbaron mein chhaapa baqayda</w:t>
      </w:r>
    </w:p>
    <w:p>
      <w:pPr>
        <w:jc w:val="right"/>
      </w:pPr>
      <w:r>
        <w:t>وہ اخباروں میں چھپا باقاعدہ</w:t>
      </w:r>
    </w:p>
    <w:p>
      <w:r>
        <w:rPr>
          <w:b/>
        </w:rPr>
        <w:t xml:space="preserve">[30:26] </w:t>
      </w:r>
      <w:r>
        <w:t>mujhe yaad hai ke</w:t>
      </w:r>
    </w:p>
    <w:p>
      <w:pPr>
        <w:jc w:val="right"/>
      </w:pPr>
      <w:r>
        <w:t>مجھے یاد ہے کہ</w:t>
      </w:r>
    </w:p>
    <w:p>
      <w:r>
        <w:rPr>
          <w:b/>
        </w:rPr>
        <w:t xml:space="preserve">[30:30] </w:t>
      </w:r>
      <w:r>
        <w:t>Times of India ke awal par ek khabar chhapi thi</w:t>
      </w:r>
    </w:p>
    <w:p>
      <w:pPr>
        <w:jc w:val="right"/>
      </w:pPr>
      <w:r>
        <w:t>ٹائمز اف انڈیا کے اول پر ایک خبر چھپی تھی</w:t>
      </w:r>
    </w:p>
    <w:p>
      <w:r>
        <w:rPr>
          <w:b/>
        </w:rPr>
        <w:t xml:space="preserve">[30:35] </w:t>
      </w:r>
      <w:r>
        <w:t>mere bare mein</w:t>
      </w:r>
    </w:p>
    <w:p>
      <w:pPr>
        <w:jc w:val="right"/>
      </w:pPr>
      <w:r>
        <w:t>میرے بارے میں</w:t>
      </w:r>
    </w:p>
    <w:p>
      <w:r>
        <w:rPr>
          <w:b/>
        </w:rPr>
        <w:t xml:space="preserve">[30:38] </w:t>
      </w:r>
      <w:r>
        <w:t>ke jo un ko maar dalega us ko itna rupiya milega inaam</w:t>
      </w:r>
    </w:p>
    <w:p>
      <w:pPr>
        <w:jc w:val="right"/>
      </w:pPr>
      <w:r>
        <w:t>کہ جو ان کو مار ڈالے گا اس کو اتنا روپہ ملے گا انعام</w:t>
      </w:r>
    </w:p>
    <w:p>
      <w:r>
        <w:rPr>
          <w:b/>
        </w:rPr>
        <w:t xml:space="preserve">[30:45] </w:t>
      </w:r>
      <w:r>
        <w:t>to is ke usi din subah ko</w:t>
      </w:r>
    </w:p>
    <w:p>
      <w:pPr>
        <w:jc w:val="right"/>
      </w:pPr>
      <w:r>
        <w:t>تو اس کے اسی دن صبح کو</w:t>
      </w:r>
    </w:p>
    <w:p>
      <w:r>
        <w:rPr>
          <w:b/>
        </w:rPr>
        <w:t xml:space="preserve">[30:50] </w:t>
      </w:r>
      <w:r>
        <w:t>ek Hindu naujawan ek Hindu naujawan</w:t>
      </w:r>
    </w:p>
    <w:p>
      <w:pPr>
        <w:jc w:val="right"/>
      </w:pPr>
      <w:r>
        <w:t>ایک ہندو نوجوان ایک ہندو نوجوان</w:t>
      </w:r>
    </w:p>
    <w:p>
      <w:r>
        <w:rPr>
          <w:b/>
        </w:rPr>
        <w:t xml:space="preserve">[30:55] </w:t>
      </w:r>
      <w:r>
        <w:t>apni car par mere paas aaye</w:t>
      </w:r>
    </w:p>
    <w:p>
      <w:pPr>
        <w:jc w:val="right"/>
      </w:pPr>
      <w:r>
        <w:t>اپنی کار پر میرے پاس ائے</w:t>
      </w:r>
    </w:p>
    <w:p>
      <w:r>
        <w:rPr>
          <w:b/>
        </w:rPr>
        <w:t xml:space="preserve">[30:58] </w:t>
      </w:r>
      <w:r>
        <w:t>ab bhi woh mashallah zinda hain</w:t>
      </w:r>
    </w:p>
    <w:p>
      <w:pPr>
        <w:jc w:val="right"/>
      </w:pPr>
      <w:r>
        <w:t>اب بھی وہ ماشاءاللہ زندہ ہیں</w:t>
      </w:r>
    </w:p>
    <w:p>
      <w:r>
        <w:rPr>
          <w:b/>
        </w:rPr>
        <w:t xml:space="preserve">[31:05] </w:t>
      </w:r>
      <w:r>
        <w:t>jaantay hain kisay aaye thay woh</w:t>
      </w:r>
    </w:p>
    <w:p>
      <w:pPr>
        <w:jc w:val="right"/>
      </w:pPr>
      <w:r>
        <w:t>جانتے ہیں کسے ائے تھے وہ</w:t>
      </w:r>
    </w:p>
    <w:p>
      <w:r>
        <w:rPr>
          <w:b/>
        </w:rPr>
        <w:t xml:space="preserve">[31:09] </w:t>
      </w:r>
      <w:r>
        <w:t>poochh rahay thay keh aap meri car par baithiye aur meray ghar chaliye</w:t>
      </w:r>
    </w:p>
    <w:p>
      <w:pPr>
        <w:jc w:val="right"/>
      </w:pPr>
      <w:r>
        <w:t>پوچھ رہے تھے کہ اپ میری کار پر بیٹھیے اور میرے گھر چلیے</w:t>
      </w:r>
    </w:p>
    <w:p>
      <w:r>
        <w:rPr>
          <w:b/>
        </w:rPr>
        <w:t xml:space="preserve">[31:15] </w:t>
      </w:r>
      <w:r>
        <w:t>unki ghoreyan abhi bhi dilli mein hain jahan le gaye thay uss ko woh</w:t>
      </w:r>
    </w:p>
    <w:p>
      <w:pPr>
        <w:jc w:val="right"/>
      </w:pPr>
      <w:r>
        <w:t>ان کی گھوڑیاں ابھی بھی دلی میں ہیں جہاں لے گئے تھے اس کو وہ</w:t>
      </w:r>
    </w:p>
    <w:p>
      <w:r>
        <w:rPr>
          <w:b/>
        </w:rPr>
        <w:t xml:space="preserve">[31:21] </w:t>
      </w:r>
      <w:r>
        <w:t>woh aik governor kay betay baithay thay</w:t>
      </w:r>
    </w:p>
    <w:p>
      <w:pPr>
        <w:jc w:val="right"/>
      </w:pPr>
      <w:r>
        <w:t>وہ ایک گورنر کے بیٹے بیٹھے تھے</w:t>
      </w:r>
    </w:p>
    <w:p>
      <w:r>
        <w:rPr>
          <w:b/>
        </w:rPr>
        <w:t xml:space="preserve">[31:26] </w:t>
      </w:r>
      <w:r>
        <w:t>woh aik governor kay betay thay</w:t>
      </w:r>
    </w:p>
    <w:p>
      <w:pPr>
        <w:jc w:val="right"/>
      </w:pPr>
      <w:r>
        <w:t>وہ ایک گورنر کے بیٹے تھے</w:t>
      </w:r>
    </w:p>
    <w:p>
      <w:r>
        <w:rPr>
          <w:b/>
        </w:rPr>
        <w:t xml:space="preserve">[31:30] </w:t>
      </w:r>
      <w:r>
        <w:t>woh governor bhi</w:t>
      </w:r>
    </w:p>
    <w:p>
      <w:pPr>
        <w:jc w:val="right"/>
      </w:pPr>
      <w:r>
        <w:t>وہ گورنر بھی</w:t>
      </w:r>
    </w:p>
    <w:p>
      <w:r>
        <w:rPr>
          <w:b/>
        </w:rPr>
        <w:t xml:space="preserve">[31:33] </w:t>
      </w:r>
      <w:r>
        <w:t>aik hindu bhai tha woh khud bhi meray aik hindu bhai thay</w:t>
      </w:r>
    </w:p>
    <w:p>
      <w:pPr>
        <w:jc w:val="right"/>
      </w:pPr>
      <w:r>
        <w:t>ایک ہندو بھائی تھا وہ خود بھی میرے ایک ہندو بھائی تھے</w:t>
      </w:r>
    </w:p>
    <w:p>
      <w:r>
        <w:rPr>
          <w:b/>
        </w:rPr>
        <w:t xml:space="preserve">[31:40] </w:t>
      </w:r>
      <w:r>
        <w:t>main insaan ko hindu musalman nahin jaanta main insaan ko insaan jaanta hoon</w:t>
      </w:r>
    </w:p>
    <w:p>
      <w:pPr>
        <w:jc w:val="right"/>
      </w:pPr>
      <w:r>
        <w:t>میں انسان کو ہندو مسلمان نہیں جانتا میں انسان کو انسان جانتا ہوں</w:t>
      </w:r>
    </w:p>
    <w:p>
      <w:r>
        <w:rPr>
          <w:b/>
        </w:rPr>
        <w:t xml:space="preserve">[31:47] </w:t>
      </w:r>
      <w:r>
        <w:t>iss dunya kay log europe kay log america kay log sab kay sab insaan</w:t>
      </w:r>
    </w:p>
    <w:p>
      <w:pPr>
        <w:jc w:val="right"/>
      </w:pPr>
      <w:r>
        <w:t>اس دنیا کے لوگ یورپ کے لوگ امریکہ کے لوگ سب کے سب انسان</w:t>
      </w:r>
    </w:p>
    <w:p>
      <w:r>
        <w:rPr>
          <w:b/>
        </w:rPr>
        <w:t xml:space="preserve">[31:51] </w:t>
      </w:r>
      <w:r>
        <w:t>hain insan hain insan hain</w:t>
      </w:r>
    </w:p>
    <w:p>
      <w:pPr>
        <w:jc w:val="right"/>
      </w:pPr>
      <w:r>
        <w:t>ہیں انسان ہیں انسان ہیں</w:t>
      </w:r>
    </w:p>
    <w:p>
      <w:r>
        <w:rPr>
          <w:b/>
        </w:rPr>
        <w:t xml:space="preserve">[31:57] </w:t>
      </w:r>
      <w:r>
        <w:t>ek ek hai ek hai ek hai</w:t>
      </w:r>
    </w:p>
    <w:p>
      <w:pPr>
        <w:jc w:val="right"/>
      </w:pPr>
      <w:r>
        <w:t>ایک ایک ہے ایک ہے ایک ہے</w:t>
      </w:r>
    </w:p>
    <w:p>
      <w:r>
        <w:rPr>
          <w:b/>
        </w:rPr>
        <w:t xml:space="preserve">[32:03] </w:t>
      </w:r>
      <w:r>
        <w:t>to woh naujawan apni car par aaya meray ghar hi nizamuddin west mein</w:t>
      </w:r>
    </w:p>
    <w:p>
      <w:pPr>
        <w:jc w:val="right"/>
      </w:pPr>
      <w:r>
        <w:t>تو وہ نوجوان اپنی کار پر ایا میرے گھر ہی نظام الدین ویسٹ میں</w:t>
      </w:r>
    </w:p>
    <w:p>
      <w:r>
        <w:rPr>
          <w:b/>
        </w:rPr>
        <w:t xml:space="preserve">[32:12] </w:t>
      </w:r>
      <w:r>
        <w:t>aur jaantay hain kya kaha uss nay uss nay kaha keh main aap ko iss ghar mein rehnay</w:t>
      </w:r>
    </w:p>
    <w:p>
      <w:pPr>
        <w:jc w:val="right"/>
      </w:pPr>
      <w:r>
        <w:t>اور جانتے ہیں کیا کہا اس نے اس نے کہا کہ میں اپ کو اس گھر میں رہنے</w:t>
      </w:r>
    </w:p>
    <w:p>
      <w:r>
        <w:rPr>
          <w:b/>
        </w:rPr>
        <w:t xml:space="preserve">[32:17] </w:t>
      </w:r>
      <w:r>
        <w:t>nahin doon ga meray saath chalna paray ga aap ko</w:t>
      </w:r>
    </w:p>
    <w:p>
      <w:pPr>
        <w:jc w:val="right"/>
      </w:pPr>
      <w:r>
        <w:t>نہیں دوں گا میرے ساتھ چلنا پڑے گا اپ کو</w:t>
      </w:r>
    </w:p>
    <w:p>
      <w:r>
        <w:rPr>
          <w:b/>
        </w:rPr>
        <w:t xml:space="preserve">[32:22] </w:t>
      </w:r>
      <w:r>
        <w:t>uss waqt tak aap meray ghar mein rahengay</w:t>
      </w:r>
    </w:p>
    <w:p>
      <w:pPr>
        <w:jc w:val="right"/>
      </w:pPr>
      <w:r>
        <w:t>اس وقت تک اپ میرے گھر میں رہیں گے</w:t>
      </w:r>
    </w:p>
    <w:p>
      <w:r>
        <w:rPr>
          <w:b/>
        </w:rPr>
        <w:t xml:space="preserve">[32:26] </w:t>
      </w:r>
      <w:r>
        <w:t>jab tak government apni</w:t>
      </w:r>
    </w:p>
    <w:p>
      <w:pPr>
        <w:jc w:val="right"/>
      </w:pPr>
      <w:r>
        <w:t>جب تک گورنمنٹ اپنی</w:t>
      </w:r>
    </w:p>
    <w:p>
      <w:r>
        <w:rPr>
          <w:b/>
        </w:rPr>
        <w:t xml:space="preserve">[32:29] </w:t>
      </w:r>
      <w:r>
        <w:t>security yahan barha bathana day</w:t>
      </w:r>
    </w:p>
    <w:p>
      <w:pPr>
        <w:jc w:val="right"/>
      </w:pPr>
      <w:r>
        <w:t>سیکیورٹی یہاں بڑھا بٹھانا دے</w:t>
      </w:r>
    </w:p>
    <w:p>
      <w:r>
        <w:rPr>
          <w:b/>
        </w:rPr>
        <w:t xml:space="preserve">[32:34] </w:t>
      </w:r>
      <w:r>
        <w:t>to mere ghar par reh kar us ne telephone kiya ministeron ko government ko aur insist kiya ke mere ghar par security lagni chahiye</w:t>
      </w:r>
    </w:p>
    <w:p>
      <w:pPr>
        <w:jc w:val="right"/>
      </w:pPr>
      <w:r>
        <w:t>تو میرے گھر پر رہ کر اس نے ٹیلی فون کیا منسٹروں کو گورنمنٹ کو اور انسسٹ کیا کہ میرے گھر پر سیکیورٹی لگنی چاہیے</w:t>
      </w:r>
    </w:p>
    <w:p>
      <w:r>
        <w:rPr>
          <w:b/>
        </w:rPr>
        <w:t xml:space="preserve">[32:53] </w:t>
      </w:r>
      <w:r>
        <w:t>kyun ke mere head par inaam inaam ka ailan kiya tha kuch logon ne</w:t>
      </w:r>
    </w:p>
    <w:p>
      <w:pPr>
        <w:jc w:val="right"/>
      </w:pPr>
      <w:r>
        <w:t>کیونکہ میرے ہیڈ پر انعام انعام کا اعلان کیا تھا کچھ لوگوں نے</w:t>
      </w:r>
    </w:p>
    <w:p>
      <w:r>
        <w:rPr>
          <w:b/>
        </w:rPr>
        <w:t xml:space="preserve">[33:03] </w:t>
      </w:r>
      <w:r>
        <w:t>to jab government ne wazir dakhla ne baqayda assistance de di aur mere ghar par security aa gayi tab woh khud apni car par la ke mere ghar par chora aap apne apne aap ab mere sath the woh</w:t>
      </w:r>
    </w:p>
    <w:p>
      <w:pPr>
        <w:jc w:val="right"/>
      </w:pPr>
      <w:r>
        <w:t>تو جب گورنمنٹ نے وزیر داخلہ نے باقاعدہ اسسٹنس دے دی اور میرے گھر پر سیکیورٹی ا گئی تب وہ خود اپنی کار پر لا کے میرے گھر پر چھوڑا اپ اپنے اپنے اپ اب میرے ساتھ تھے وہ</w:t>
      </w:r>
    </w:p>
    <w:p>
      <w:r>
        <w:rPr>
          <w:b/>
        </w:rPr>
        <w:t xml:space="preserve">[33:30] </w:t>
      </w:r>
      <w:r>
        <w:t>is waqt se main 80 89 mein hoon</w:t>
      </w:r>
    </w:p>
    <w:p>
      <w:pPr>
        <w:jc w:val="right"/>
      </w:pPr>
      <w:r>
        <w:t>اس وقت سے میں 80 89 میں ہوں</w:t>
      </w:r>
    </w:p>
    <w:p>
      <w:r>
        <w:rPr>
          <w:b/>
        </w:rPr>
        <w:t xml:space="preserve">[33:38] </w:t>
      </w:r>
      <w:r>
        <w:t>to yeh hai kahani aur main aaj yahi kahani aap ko sunata hoon sunane ke liye yahan aya hoon Allah taala aap sab ko aur jo log meri awaz sun rahe hain sari duniya mein un sab ko sachai ki tofeeq de Allah rabbul alameen ki marifat ki tofeeq de</w:t>
      </w:r>
    </w:p>
    <w:p>
      <w:pPr>
        <w:jc w:val="right"/>
      </w:pPr>
      <w:r>
        <w:t>تو یہ ہے کہانی اور میں اج یہی کہانی اپ کو سناتا ہوں سنانے کے لیے یہاں ایا ہوں اللہ تعالی اپ سب کو اور جو لوگ میری اواز سن رہے ہیں ساری دنیا میں ان سب کو سچائی کی توفیق دے اللہ رب العالمین کی معرفت کی توفیق دے</w:t>
      </w:r>
    </w:p>
    <w:p>
      <w:r>
        <w:rPr>
          <w:b/>
        </w:rPr>
        <w:t xml:space="preserve">[34:06] </w:t>
      </w:r>
      <w:r>
        <w:t>jannat ke rastay ko pohnchanay ki tofeeq de</w:t>
      </w:r>
    </w:p>
    <w:p>
      <w:pPr>
        <w:jc w:val="right"/>
      </w:pPr>
      <w:r>
        <w:t>جنت کے راستے کو پہنچانے کی توفیق دے</w:t>
      </w:r>
    </w:p>
    <w:p>
      <w:r>
        <w:rPr>
          <w:b/>
        </w:rPr>
        <w:t xml:space="preserve">[34:14] </w:t>
      </w:r>
      <w:r>
        <w:t>ameen assalam o alaikum wa rehmatullah</w:t>
      </w:r>
    </w:p>
    <w:p>
      <w:pPr>
        <w:jc w:val="right"/>
      </w:pPr>
      <w:r>
        <w:t>امین السلام علیکم ورحمۃ اللہ</w:t>
      </w:r>
    </w:p>
    <w:p>
      <w:r>
        <w:rPr>
          <w:b/>
        </w:rPr>
        <w:t xml:space="preserve">[34:33] </w:t>
      </w:r>
      <w:r>
        <w:t>okay ah we start with the question answer session ah i will request all the viewers to also</w:t>
      </w:r>
    </w:p>
    <w:p>
      <w:pPr>
        <w:jc w:val="right"/>
      </w:pPr>
      <w:r>
        <w:t>اوکے اہ وی سٹارٹ ود دی کوئسچن انسر سیشن اہ ائی ویل ریکویسٹ ال دی ویورز ٹو السو</w:t>
      </w:r>
    </w:p>
    <w:p>
      <w:r>
        <w:rPr>
          <w:b/>
        </w:rPr>
        <w:t xml:space="preserve">[34:39] </w:t>
      </w:r>
      <w:r>
        <w:t>mention their location ah when they send their questions and comments</w:t>
      </w:r>
    </w:p>
    <w:p>
      <w:pPr>
        <w:jc w:val="right"/>
      </w:pPr>
      <w:r>
        <w:t>مینشن دیر لوکیشن اہ وین دے سینڈ دیر کوئسچنز اینڈ کمنٹس</w:t>
      </w:r>
    </w:p>
    <w:p>
      <w:r>
        <w:rPr>
          <w:b/>
        </w:rPr>
        <w:t xml:space="preserve">[34:45] </w:t>
      </w:r>
      <w:r>
        <w:t>maulana sab say pehlay ah aik comment parhna chahengay jo khwaja kaleemuddin sahib nay bheja hai</w:t>
      </w:r>
    </w:p>
    <w:p>
      <w:pPr>
        <w:jc w:val="right"/>
      </w:pPr>
      <w:r>
        <w:t>مولانا سب سے پہلے اہ ایک کمنٹ پڑھنا چاہیں گے جو خواجہ کلیم الدین صاحب نے بھیجا ہے</w:t>
      </w:r>
    </w:p>
    <w:p>
      <w:r>
        <w:rPr>
          <w:b/>
        </w:rPr>
        <w:t xml:space="preserve">[34:51] </w:t>
      </w:r>
      <w:r>
        <w:t>pensilvania say unhon nay aik message share karaya hai jo ah un ko mr frank goldstein nay</w:t>
      </w:r>
    </w:p>
    <w:p>
      <w:pPr>
        <w:jc w:val="right"/>
      </w:pPr>
      <w:r>
        <w:t>پینسلوینیا سے انہوں نے ایک میسج شیئر کرایا ہے جو اہ ان کو مسٹر فرینک گولڈ سٹین نے</w:t>
      </w:r>
    </w:p>
    <w:p>
      <w:r>
        <w:rPr>
          <w:b/>
        </w:rPr>
        <w:t xml:space="preserve">[35:00] </w:t>
      </w:r>
      <w:r>
        <w:t>bheja hai aur kis nay kis nay frank goldstein</w:t>
      </w:r>
    </w:p>
    <w:p>
      <w:pPr>
        <w:jc w:val="right"/>
      </w:pPr>
      <w:r>
        <w:t>بھیجا ہے اور کس نے کس نے فرینک گولڈ سٹین</w:t>
      </w:r>
    </w:p>
    <w:p>
      <w:r>
        <w:rPr>
          <w:b/>
        </w:rPr>
        <w:t xml:space="preserve">[35:05] </w:t>
      </w:r>
      <w:r>
        <w:t>aur yeh message spirit of islam ko le kay hai to mr frank goldstein nay likha hai</w:t>
      </w:r>
    </w:p>
    <w:p>
      <w:pPr>
        <w:jc w:val="right"/>
      </w:pPr>
      <w:r>
        <w:t>اور یہ میسج سپرٹ اف اسلام کو لے کے ہے تو مسٹر فرینک گولڈ سٹین نے لکھا ہے</w:t>
      </w:r>
    </w:p>
    <w:p>
      <w:r>
        <w:rPr>
          <w:b/>
        </w:rPr>
        <w:t xml:space="preserve">[35:13] </w:t>
      </w:r>
      <w:r>
        <w:t>aur dear friend kaleem has provided a subscription to</w:t>
      </w:r>
    </w:p>
    <w:p>
      <w:pPr>
        <w:jc w:val="right"/>
      </w:pPr>
      <w:r>
        <w:t>اور ڈیئر فرینڈ کلیم ہیز پرووائیڈڈ ا سبسکرپشن ٹو</w:t>
      </w:r>
    </w:p>
    <w:p>
      <w:r>
        <w:rPr>
          <w:b/>
        </w:rPr>
        <w:t xml:space="preserve">[35:18] </w:t>
      </w:r>
      <w:r>
        <w:t>spirit of islam</w:t>
      </w:r>
    </w:p>
    <w:p>
      <w:pPr>
        <w:jc w:val="right"/>
      </w:pPr>
      <w:r>
        <w:t>سپرٹ اف اسلام</w:t>
      </w:r>
    </w:p>
    <w:p>
      <w:r>
        <w:rPr>
          <w:b/>
        </w:rPr>
        <w:t xml:space="preserve">[35:20] </w:t>
      </w:r>
      <w:r>
        <w:t>kaleem haz wif and der family ar working to inspire peace their efforts in behalf of their honorable</w:t>
      </w:r>
    </w:p>
    <w:p>
      <w:pPr>
        <w:jc w:val="right"/>
      </w:pPr>
      <w:r>
        <w:t>کلیم ہز وائف اینڈ دیر فیملی ار ورکنگ ٹو انسپائر پیس دیر ایفرٹس ان بیہاف اف دیر انریبل</w:t>
      </w:r>
    </w:p>
    <w:p>
      <w:r>
        <w:rPr>
          <w:b/>
        </w:rPr>
        <w:t xml:space="preserve">[35:28] </w:t>
      </w:r>
      <w:r>
        <w:t>goal have been an inspiration of commitment and sacrifice</w:t>
      </w:r>
    </w:p>
    <w:p>
      <w:pPr>
        <w:jc w:val="right"/>
      </w:pPr>
      <w:r>
        <w:t>گول ہیو بین این انسپیریشن اف کمٹمنٹ اینڈ سیکریفائس</w:t>
      </w:r>
    </w:p>
    <w:p>
      <w:r>
        <w:rPr>
          <w:b/>
        </w:rPr>
        <w:t xml:space="preserve">[35:35] </w:t>
      </w:r>
      <w:r>
        <w:t>kaleem has provided insight into the peace loving world of Islam by teaching me about the work of</w:t>
      </w:r>
    </w:p>
    <w:p>
      <w:pPr>
        <w:jc w:val="right"/>
      </w:pPr>
      <w:r>
        <w:t>کلیم ہیز پرووائیڈڈ انسائٹ انٹو دا پیس لونگ ورلڈ اف اسلام بائے ٹیچنگ می اباؤٹ دا ورک اف</w:t>
      </w:r>
    </w:p>
    <w:p>
      <w:r>
        <w:rPr>
          <w:b/>
        </w:rPr>
        <w:t xml:space="preserve">[35:42] </w:t>
      </w:r>
      <w:r>
        <w:t>maulana wahiduddin khan truly a prophet of peace by providing a subscription to spirit of Islam I</w:t>
      </w:r>
    </w:p>
    <w:p>
      <w:pPr>
        <w:jc w:val="right"/>
      </w:pPr>
      <w:r>
        <w:t>مولانا وحید الدین خان ٹرولی ا پرافٹ اف پیس بائے پرووائیڈنگ ا سبسکرپشن ٹو سپرٹ اف اسلام ائی</w:t>
      </w:r>
    </w:p>
    <w:p>
      <w:r>
        <w:rPr>
          <w:b/>
        </w:rPr>
        <w:t xml:space="preserve">[35:52] </w:t>
      </w:r>
      <w:r>
        <w:t>am a retired broadcast journalist</w:t>
      </w:r>
    </w:p>
    <w:p>
      <w:pPr>
        <w:jc w:val="right"/>
      </w:pPr>
      <w:r>
        <w:t>ایم ا ریٹائرڈ براڈکاسٹ جرنلسٹ</w:t>
      </w:r>
    </w:p>
    <w:p>
      <w:r>
        <w:rPr>
          <w:b/>
        </w:rPr>
        <w:t xml:space="preserve">[35:56] </w:t>
      </w:r>
      <w:r>
        <w:t>my career spend more than thirty years and much of what I covered was conflict dissension</w:t>
      </w:r>
    </w:p>
    <w:p>
      <w:pPr>
        <w:jc w:val="right"/>
      </w:pPr>
      <w:r>
        <w:t>مائی کیریئر سپینڈ مور دین تھرٹی ایئرز اینڈ مچ اف واٹ ائی کورڈ واز کانفلکٹ ڈیسینشن</w:t>
      </w:r>
    </w:p>
    <w:p>
      <w:r>
        <w:rPr>
          <w:b/>
        </w:rPr>
        <w:t xml:space="preserve">[36:04] </w:t>
      </w:r>
      <w:r>
        <w:t>and controversy I was reading my latest copy of spirit of Islam 84 issue December 2019</w:t>
      </w:r>
    </w:p>
    <w:p>
      <w:pPr>
        <w:jc w:val="right"/>
      </w:pPr>
      <w:r>
        <w:t>اینڈ کنٹروورسی ائی واز ریڈنگ مائی لیٹسٹ کاپی اف سپرٹ اف اسلام 84 ایشو دسمبر 2019</w:t>
      </w:r>
    </w:p>
    <w:p>
      <w:r>
        <w:rPr>
          <w:b/>
        </w:rPr>
        <w:t xml:space="preserve">[36:13] </w:t>
      </w:r>
      <w:r>
        <w:t>to find a paragraph in page 27</w:t>
      </w:r>
    </w:p>
    <w:p>
      <w:pPr>
        <w:jc w:val="right"/>
      </w:pPr>
      <w:r>
        <w:t>ٹو فائنڈ ا پیراگراف ان پیج 27</w:t>
      </w:r>
    </w:p>
    <w:p>
      <w:r>
        <w:rPr>
          <w:b/>
        </w:rPr>
        <w:t xml:space="preserve">[36:17] </w:t>
      </w:r>
      <w:r>
        <w:t>under the title of in anticipated circumstances</w:t>
      </w:r>
    </w:p>
    <w:p>
      <w:pPr>
        <w:jc w:val="right"/>
      </w:pPr>
      <w:r>
        <w:t>انڈر دی ٹائٹل اف ان اینٹیسیپیٹڈ سرکمسٹانسز</w:t>
      </w:r>
    </w:p>
    <w:p>
      <w:r>
        <w:rPr>
          <w:b/>
        </w:rPr>
        <w:t xml:space="preserve">[36:23] </w:t>
      </w:r>
      <w:r>
        <w:t>think before you act this caught my eye and provided some vision into what the future must hold</w:t>
      </w:r>
    </w:p>
    <w:p>
      <w:pPr>
        <w:jc w:val="right"/>
      </w:pPr>
      <w:r>
        <w:t>تھنک بیفور یو ایکٹ دس کاٹ مائی ائی اینڈ پرووائیڈڈ سم ویژن انٹو واٹ دا فیوچر مسٹ ہولڈ</w:t>
      </w:r>
    </w:p>
    <w:p>
      <w:r>
        <w:rPr>
          <w:b/>
        </w:rPr>
        <w:t xml:space="preserve">[36:32] </w:t>
      </w:r>
      <w:r>
        <w:t>for us in the United States it said the state of affairs takes a more critical turn when</w:t>
      </w:r>
    </w:p>
    <w:p>
      <w:pPr>
        <w:jc w:val="right"/>
      </w:pPr>
      <w:r>
        <w:t>فار اس ان دا یونائٹڈ سٹیٹس اٹ سیڈ دا سٹیٹ اف افیئرز ٹیکس ا مور کریٹیکل ٹرن وین</w:t>
      </w:r>
    </w:p>
    <w:p>
      <w:r>
        <w:rPr>
          <w:b/>
        </w:rPr>
        <w:t xml:space="preserve">[36:40] </w:t>
      </w:r>
      <w:r>
        <w:t>the offender is a leader and he goes wrong in framing a policy which involves the whole nation</w:t>
      </w:r>
    </w:p>
    <w:p>
      <w:pPr>
        <w:jc w:val="right"/>
      </w:pPr>
      <w:r>
        <w:t>دی افینڈر از ا لیڈر اینڈ ہی گوز رونگ ان فریمنگ ا پالیسی وچ انوالوز دا ہول نیشن</w:t>
      </w:r>
    </w:p>
    <w:p>
      <w:r>
        <w:rPr>
          <w:b/>
        </w:rPr>
        <w:t xml:space="preserve">[36:49] </w:t>
      </w:r>
      <w:r>
        <w:t>this</w:t>
      </w:r>
    </w:p>
    <w:p>
      <w:pPr>
        <w:jc w:val="right"/>
      </w:pPr>
      <w:r>
        <w:t>دس</w:t>
      </w:r>
    </w:p>
    <w:p>
      <w:r>
        <w:rPr>
          <w:b/>
        </w:rPr>
        <w:t xml:space="preserve">[36:49] </w:t>
      </w:r>
      <w:r>
        <w:t>is bound to cause widespread misery if not total destruction</w:t>
      </w:r>
    </w:p>
    <w:p>
      <w:pPr>
        <w:jc w:val="right"/>
      </w:pPr>
      <w:r>
        <w:t>از باؤنڈ ٹو کاز وائڈ سپریڈ مزری اف ناٹ ٹوٹل ڈسٹرکشن</w:t>
      </w:r>
    </w:p>
    <w:p>
      <w:r>
        <w:rPr>
          <w:b/>
        </w:rPr>
        <w:t xml:space="preserve">[36:55] </w:t>
      </w:r>
      <w:r>
        <w:t>it is therefore imperative that a leader be as discreet and careful as possible in his decision</w:t>
      </w:r>
    </w:p>
    <w:p>
      <w:pPr>
        <w:jc w:val="right"/>
      </w:pPr>
      <w:r>
        <w:t>اٹ از دیر فور ایمپیریٹیو دیٹ ا لیڈر بی ایز ڈسکریٹ اینڈ کیئرفل ایز پوسیبل ان ہز ڈیسیژن</w:t>
      </w:r>
    </w:p>
    <w:p>
      <w:r>
        <w:rPr>
          <w:b/>
        </w:rPr>
        <w:t xml:space="preserve">[37:03] </w:t>
      </w:r>
      <w:r>
        <w:t>making he should consider the possible pros and cons. He should look before he leaps. His failing to</w:t>
      </w:r>
    </w:p>
    <w:p>
      <w:pPr>
        <w:jc w:val="right"/>
      </w:pPr>
      <w:r>
        <w:t>میکنگ ہی شوڈ کنسیڈر دا پوسیبل پروز اینڈ کونز ہی شوڈ لوک بیفور ہی لیپس ہز فیلنگ ٹو</w:t>
      </w:r>
    </w:p>
    <w:p>
      <w:r>
        <w:rPr>
          <w:b/>
        </w:rPr>
        <w:t xml:space="preserve">[37:12] </w:t>
      </w:r>
      <w:r>
        <w:t>do so would amount to an unpardonable offense it would be far better for him to take</w:t>
      </w:r>
    </w:p>
    <w:p>
      <w:pPr>
        <w:jc w:val="right"/>
      </w:pPr>
      <w:r>
        <w:t>ڈو سو وڈ اماؤنٹ ٹو این ان پارڈنیبل افنس اٹ وڈ بی فار بیٹر فار ہم ٹو ٹیک</w:t>
      </w:r>
    </w:p>
    <w:p>
      <w:r>
        <w:rPr>
          <w:b/>
        </w:rPr>
        <w:t xml:space="preserve">[37:19] </w:t>
      </w:r>
      <w:r>
        <w:t>no action at all then to plunge the whole nation into strife and torment</w:t>
      </w:r>
    </w:p>
    <w:p>
      <w:pPr>
        <w:jc w:val="right"/>
      </w:pPr>
      <w:r>
        <w:t>نو ایکشن ایٹ ال دین ٹو پلنج دا ہول نیشن انٹو سٹرائف اینڈ ٹورمنٹ</w:t>
      </w:r>
    </w:p>
    <w:p>
      <w:r>
        <w:rPr>
          <w:b/>
        </w:rPr>
        <w:t xml:space="preserve">[37:27] </w:t>
      </w:r>
      <w:r>
        <w:t>the search for peace in our time is most noble I am grateful to have learned of</w:t>
      </w:r>
    </w:p>
    <w:p>
      <w:pPr>
        <w:jc w:val="right"/>
      </w:pPr>
      <w:r>
        <w:t>دی سرچ فار پیس ان اور ٹائم از موسٹ نوبل ائی ایم گریٹ فل ٹو ہیو لرنڈ اف</w:t>
      </w:r>
    </w:p>
    <w:p>
      <w:r>
        <w:rPr>
          <w:b/>
        </w:rPr>
        <w:t xml:space="preserve">[37:32] </w:t>
      </w:r>
      <w:r>
        <w:t>maulana wisdom and work</w:t>
      </w:r>
    </w:p>
    <w:p>
      <w:pPr>
        <w:jc w:val="right"/>
      </w:pPr>
      <w:r>
        <w:t>مولانا وزڈم اینڈ ورک</w:t>
      </w:r>
    </w:p>
    <w:p>
      <w:r>
        <w:rPr>
          <w:b/>
        </w:rPr>
        <w:t xml:space="preserve">[37:35] </w:t>
      </w:r>
      <w:r>
        <w:t>I hope I can contribute some small efforts to the same goal the paragraph above may be assigned</w:t>
      </w:r>
    </w:p>
    <w:p>
      <w:pPr>
        <w:jc w:val="right"/>
      </w:pPr>
      <w:r>
        <w:t>ائی ہوپ ائی کین کنٹریبیوٹ سم سمال ایفرٹس ٹو دا سیم گول دا پیراگراف ابو می بی اسائنڈ</w:t>
      </w:r>
    </w:p>
    <w:p>
      <w:r>
        <w:rPr>
          <w:b/>
        </w:rPr>
        <w:t xml:space="preserve">[37:43] </w:t>
      </w:r>
      <w:r>
        <w:t>to far too many leaders one can assign it to anyone they choose unfortunately there is no</w:t>
      </w:r>
    </w:p>
    <w:p>
      <w:pPr>
        <w:jc w:val="right"/>
      </w:pPr>
      <w:r>
        <w:t>ٹو فار ٹو مینی لیڈرز ون کین اسائن اٹ ٹو اینی ون دے چوز انفارچونیٹلی دیر از نو</w:t>
      </w:r>
    </w:p>
    <w:p>
      <w:r>
        <w:rPr>
          <w:b/>
        </w:rPr>
        <w:t xml:space="preserve">[37:50] </w:t>
      </w:r>
      <w:r>
        <w:t>shortage of those who are so described to all who work for peace please keep your energy and</w:t>
      </w:r>
    </w:p>
    <w:p>
      <w:pPr>
        <w:jc w:val="right"/>
      </w:pPr>
      <w:r>
        <w:t>شارٹیج اف دوز ہو ار سو ڈسکرائب ٹو ال ہو ورک فار پیس پلیز کیپ یور انرجی اینڈ</w:t>
      </w:r>
    </w:p>
    <w:p>
      <w:r>
        <w:rPr>
          <w:b/>
        </w:rPr>
        <w:t xml:space="preserve">[37:57] </w:t>
      </w:r>
      <w:r>
        <w:t>dedication alive for we all hope it will come to all of you I wish all the best</w:t>
      </w:r>
    </w:p>
    <w:p>
      <w:pPr>
        <w:jc w:val="right"/>
      </w:pPr>
      <w:r>
        <w:t>ڈیڈیکیشن الائیو فار وی ال ہوپ اٹ ویل کم ٹو ال اف یو ائی وش ال دا بیسٹ</w:t>
      </w:r>
    </w:p>
    <w:p>
      <w:r>
        <w:rPr>
          <w:b/>
        </w:rPr>
        <w:t xml:space="preserve">[38:04] </w:t>
      </w:r>
      <w:r>
        <w:t>always and in all ways</w:t>
      </w:r>
    </w:p>
    <w:p>
      <w:pPr>
        <w:jc w:val="right"/>
      </w:pPr>
      <w:r>
        <w:t>الویز اینڈ ان ال ویز</w:t>
      </w:r>
    </w:p>
    <w:p>
      <w:r>
        <w:rPr>
          <w:b/>
        </w:rPr>
        <w:t xml:space="preserve">[38:08] </w:t>
      </w:r>
      <w:r>
        <w:t>masha Allah masha Allah aur credit</w:t>
      </w:r>
    </w:p>
    <w:p>
      <w:pPr>
        <w:jc w:val="right"/>
      </w:pPr>
      <w:r>
        <w:t>ماشاءاللہ ماشاءاللہ اور کریڈٹ</w:t>
      </w:r>
    </w:p>
    <w:p>
      <w:r>
        <w:rPr>
          <w:b/>
        </w:rPr>
        <w:t xml:space="preserve">[38:15] </w:t>
      </w:r>
      <w:r>
        <w:t>credit goes to</w:t>
      </w:r>
    </w:p>
    <w:p>
      <w:pPr>
        <w:jc w:val="right"/>
      </w:pPr>
      <w:r>
        <w:t>کریڈٹ گوز ٹو</w:t>
      </w:r>
    </w:p>
    <w:p>
      <w:r>
        <w:rPr>
          <w:b/>
        </w:rPr>
        <w:t xml:space="preserve">[38:19] </w:t>
      </w:r>
      <w:r>
        <w:t>miss sarah fatima af</w:t>
      </w:r>
    </w:p>
    <w:p>
      <w:pPr>
        <w:jc w:val="right"/>
      </w:pPr>
      <w:r>
        <w:t>مس سارہ فاطمہ اف</w:t>
      </w:r>
    </w:p>
    <w:p>
      <w:r>
        <w:rPr>
          <w:b/>
        </w:rPr>
        <w:t xml:space="preserve">[38:20] </w:t>
      </w:r>
      <w:r>
        <w:t>bangalore aur his</w:t>
      </w:r>
    </w:p>
    <w:p>
      <w:pPr>
        <w:jc w:val="right"/>
      </w:pPr>
      <w:r>
        <w:t>بنگلور اور ہز</w:t>
      </w:r>
    </w:p>
    <w:p>
      <w:r>
        <w:rPr>
          <w:b/>
        </w:rPr>
        <w:t xml:space="preserve">[38:26] </w:t>
      </w:r>
      <w:r>
        <w:t>his husband</w:t>
      </w:r>
    </w:p>
    <w:p>
      <w:pPr>
        <w:jc w:val="right"/>
      </w:pPr>
      <w:r>
        <w:t>ہز ہسبینڈ</w:t>
      </w:r>
    </w:p>
    <w:p>
      <w:r>
        <w:rPr>
          <w:b/>
        </w:rPr>
        <w:t xml:space="preserve">[38:32] </w:t>
      </w:r>
      <w:r>
        <w:t>mr</w:t>
      </w:r>
    </w:p>
    <w:p>
      <w:pPr>
        <w:jc w:val="right"/>
      </w:pPr>
      <w:r>
        <w:t>مسٹر</w:t>
      </w:r>
    </w:p>
    <w:p>
      <w:r>
        <w:rPr>
          <w:b/>
        </w:rPr>
        <w:t xml:space="preserve">[38:36] </w:t>
      </w:r>
      <w:r>
        <w:t>ejaz</w:t>
      </w:r>
    </w:p>
    <w:p>
      <w:pPr>
        <w:jc w:val="right"/>
      </w:pPr>
      <w:r>
        <w:t>اعجاز</w:t>
      </w:r>
    </w:p>
    <w:p>
      <w:r>
        <w:rPr>
          <w:b/>
        </w:rPr>
        <w:t xml:space="preserve">[38:39] </w:t>
      </w:r>
      <w:r>
        <w:t>main shukr karta hoon in sab logon ka jinhone is tarah se acknowledge kiya hamare effort ko Allah un sab ko madadgar ho</w:t>
      </w:r>
    </w:p>
    <w:p>
      <w:pPr>
        <w:jc w:val="right"/>
      </w:pPr>
      <w:r>
        <w:t>میں شکر کرتا ہوں ان سب لوگوں کا جنہوں نے اس طریقے سے اکنالج کیا ہمارے ایفرٹ کو اللہ ان سب کو مددگار ہو</w:t>
      </w:r>
    </w:p>
    <w:p>
      <w:r>
        <w:rPr>
          <w:b/>
        </w:rPr>
        <w:t xml:space="preserve">[38:57] </w:t>
      </w:r>
      <w:r>
        <w:t>molana agla sawal lena chahenge yeh sawal bheja hai ahmed abad se tanzeel khan sahab ne unho</w:t>
      </w:r>
    </w:p>
    <w:p>
      <w:pPr>
        <w:jc w:val="right"/>
      </w:pPr>
      <w:r>
        <w:t>مولانا اگلا سوال لینا چاہیں گے یہ سوال بھیجا ہے احمد اباد سے تنزیل خان صاحب نے انہوں</w:t>
      </w:r>
    </w:p>
    <w:p>
      <w:r>
        <w:rPr>
          <w:b/>
        </w:rPr>
        <w:t xml:space="preserve">[39:05] </w:t>
      </w:r>
      <w:r>
        <w:t>نے اپ سے پوچھا ہے مولانا How can I develop love of God like you? When we look</w:t>
      </w:r>
    </w:p>
    <w:p>
      <w:pPr>
        <w:jc w:val="right"/>
      </w:pPr>
      <w:r>
        <w:t>نے اپ سے پوچھا ہے مولانا ہاؤ کین ائی ڈیویلپ لو اف گاڈ لائک یو وین وی لوک</w:t>
      </w:r>
    </w:p>
    <w:p>
      <w:r>
        <w:rPr>
          <w:b/>
        </w:rPr>
        <w:t xml:space="preserve">[39:12] </w:t>
      </w:r>
      <w:r>
        <w:t>at you we find our self short of taqwa we need your continuous guidance</w:t>
      </w:r>
    </w:p>
    <w:p>
      <w:pPr>
        <w:jc w:val="right"/>
      </w:pPr>
      <w:r>
        <w:t>ایٹ یو وی فائنڈ اور سیلف شارٹ اف تقوی وی نیڈ یور کنٹینیوس گائیڈنس</w:t>
      </w:r>
    </w:p>
    <w:p>
      <w:r>
        <w:rPr>
          <w:b/>
        </w:rPr>
        <w:t xml:space="preserve">[39:21] </w:t>
      </w:r>
      <w:r>
        <w:t>ek lafz hai dua</w:t>
      </w:r>
    </w:p>
    <w:p>
      <w:pPr>
        <w:jc w:val="right"/>
      </w:pPr>
      <w:r>
        <w:t>ایک لفظ ہے دعا</w:t>
      </w:r>
    </w:p>
    <w:p>
      <w:r>
        <w:rPr>
          <w:b/>
        </w:rPr>
        <w:t xml:space="preserve">[39:24] </w:t>
      </w:r>
      <w:r>
        <w:t>allah se dua</w:t>
      </w:r>
    </w:p>
    <w:p>
      <w:pPr>
        <w:jc w:val="right"/>
      </w:pPr>
      <w:r>
        <w:t>اللہ سے دعا</w:t>
      </w:r>
    </w:p>
    <w:p>
      <w:r>
        <w:rPr>
          <w:b/>
        </w:rPr>
        <w:t xml:space="preserve">[39:29] </w:t>
      </w:r>
      <w:r>
        <w:t>dene wala Allah rabbul alameen hai paane wala insan hai har insan ke liye har nemat muqaddar hai muqaddar hai muqaddar hai</w:t>
      </w:r>
    </w:p>
    <w:p>
      <w:pPr>
        <w:jc w:val="right"/>
      </w:pPr>
      <w:r>
        <w:t>دینے والا اللہ رب العالمین ہے پانے والا انسان ہے ہر انسان کے لیے ہر نعمت مقدر ہے مقدر ہے مقدر ہے</w:t>
      </w:r>
    </w:p>
    <w:p>
      <w:r>
        <w:rPr>
          <w:b/>
        </w:rPr>
        <w:t xml:space="preserve">[39:46] </w:t>
      </w:r>
      <w:r>
        <w:t>har insan ke liye</w:t>
      </w:r>
    </w:p>
    <w:p>
      <w:pPr>
        <w:jc w:val="right"/>
      </w:pPr>
      <w:r>
        <w:t>ہر انسان کے لیے</w:t>
      </w:r>
    </w:p>
    <w:p>
      <w:r>
        <w:rPr>
          <w:b/>
        </w:rPr>
        <w:t xml:space="preserve">[39:53] </w:t>
      </w:r>
      <w:r>
        <w:t>is mein koi</w:t>
      </w:r>
    </w:p>
    <w:p>
      <w:pPr>
        <w:jc w:val="right"/>
      </w:pPr>
      <w:r>
        <w:t>اس میں کوئی</w:t>
      </w:r>
    </w:p>
    <w:p>
      <w:r>
        <w:rPr>
          <w:b/>
        </w:rPr>
        <w:t xml:space="preserve">[39:59] </w:t>
      </w:r>
      <w:r>
        <w:t>do raah nahi</w:t>
      </w:r>
    </w:p>
    <w:p>
      <w:pPr>
        <w:jc w:val="right"/>
      </w:pPr>
      <w:r>
        <w:t>دو راہ نہیں</w:t>
      </w:r>
    </w:p>
    <w:p>
      <w:r>
        <w:rPr>
          <w:b/>
        </w:rPr>
        <w:t xml:space="preserve">[40:05] </w:t>
      </w:r>
      <w:r>
        <w:t>har insan ko ek hi darja hasil hai chahe woh kisi bhi qaum ka ho kisi bhi community ka ho Allah ka koi discrimination nahi discrimination nahi ms dania mustafa ne karachi se comment bheja hai unhone likha hai what an incredible message Maulana</w:t>
      </w:r>
    </w:p>
    <w:p>
      <w:pPr>
        <w:jc w:val="right"/>
      </w:pPr>
      <w:r>
        <w:t>ہر انسان کو ایک ہی درجہ حاصل ہے چاہے وہ کسی بھی قوم کا ہو کسی بھی کمیونٹی کا ہو اللہ کا کوئی ڈسکریمینیشن نہیں ڈسکریمینیشن نہیں مس دانیہ مصطفی نے کراچی سے کمنٹ بھیجا ہے انہوں نے لکھا ہے واٹ این انکریڈیبل میسج مولانا</w:t>
      </w:r>
    </w:p>
    <w:p>
      <w:r>
        <w:rPr>
          <w:b/>
        </w:rPr>
        <w:t xml:space="preserve">[40:32] </w:t>
      </w:r>
      <w:r>
        <w:t>we have to keep our self dedicated to any good work we are doing and should not be hindered by any negative activity going on dr naghma siddiqui ne delhi se likha hai Maulana your lecture today gave so much hope to me i realize that any problem i face is the result of my own foolishness no one can harm me in any way as my creator is protect</w:t>
      </w:r>
    </w:p>
    <w:p>
      <w:pPr>
        <w:jc w:val="right"/>
      </w:pPr>
      <w:r>
        <w:t>وی ہیو ٹو کیپ اور سیلف ڈیڈیکیٹڈ ٹو اینی گڈ ورک وی ار ڈوئنگ اینڈ شوڈ ناٹ بی ہنڈرڈ بائے اینی نیگیٹیو ایکٹیویٹی گوئنگ ان ڈاکٹر نغمہ صدیقی نے دلی سے لکھا ہے مولانا یور لیکچر ٹوڈے گیو سو مچ ہوپ ٹو می ائی ریلائز دیٹ اینی پرابلم ائی فیس از دا رزلٹ اف مائی اون فولشنس نو ون کین ہارم می ان اینی وے ایز مائی کریٹر از پروٹیک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