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Anger An Obstacle to wisdom 5 Jan 2020 - Maulana Wahiduddin Khan</w:t>
      </w:r>
    </w:p>
    <w:p>
      <w:r>
        <w:t>https://www.youtube.com/watch?v=q0VPtCsiYrI</w:t>
      </w:r>
    </w:p>
    <w:p>
      <w:r>
        <w:rPr>
          <w:b/>
        </w:rPr>
        <w:t xml:space="preserve">[00:14] </w:t>
      </w:r>
      <w:r>
        <w:t>5 جنوری 2020۔</w:t>
      </w:r>
    </w:p>
    <w:p>
      <w:pPr>
        <w:jc w:val="right"/>
      </w:pPr>
      <w:r>
        <w:t>5 جنوری 2020۔</w:t>
      </w:r>
    </w:p>
    <w:p>
      <w:r>
        <w:rPr>
          <w:b/>
        </w:rPr>
        <w:t xml:space="preserve">[00:22] </w:t>
      </w:r>
      <w:r>
        <w:t>بسم اللہ الرحمن الرحیم۔</w:t>
      </w:r>
    </w:p>
    <w:p>
      <w:pPr>
        <w:jc w:val="right"/>
      </w:pPr>
      <w:r>
        <w:t>بسم اللہ الرحمن الرحیم۔</w:t>
      </w:r>
    </w:p>
    <w:p>
      <w:r>
        <w:rPr>
          <w:b/>
        </w:rPr>
        <w:t xml:space="preserve">[00:29] </w:t>
      </w:r>
      <w:r>
        <w:t>رب شرح لی صدری، ویسر لی امری، واحل العقدۃ من لسانی یفقہ قولی۔</w:t>
      </w:r>
    </w:p>
    <w:p>
      <w:pPr>
        <w:jc w:val="right"/>
      </w:pPr>
      <w:r>
        <w:t>رب شرح لی صدری، ویسر لی امری، واحل العقدۃ من لسانی یفقہ قولی۔</w:t>
      </w:r>
    </w:p>
    <w:p>
      <w:r>
        <w:rPr>
          <w:b/>
        </w:rPr>
        <w:t xml:space="preserve">[00:42] </w:t>
      </w:r>
      <w:r>
        <w:t>آج کا ٹاپک ہے اینگر، غضب۔</w:t>
      </w:r>
    </w:p>
    <w:p>
      <w:pPr>
        <w:jc w:val="right"/>
      </w:pPr>
      <w:r>
        <w:t>آج کا ٹاپک ہے اینگر، غضب۔</w:t>
      </w:r>
    </w:p>
    <w:p>
      <w:r>
        <w:rPr>
          <w:b/>
        </w:rPr>
        <w:t xml:space="preserve">[00:54] </w:t>
      </w:r>
      <w:r>
        <w:t>ایک شخص رسول اللہ صلی اللہ علیہ وسلم کے پاس آیا، اس نے کہا کہ: "یا رسول اللہ، علمنی کلمات عیش بہنا، ولا تقصر علی فانسا۔" اے اللہ کے رسول،</w:t>
      </w:r>
    </w:p>
    <w:p>
      <w:pPr>
        <w:jc w:val="right"/>
      </w:pPr>
      <w:r>
        <w:t>ایک شخص رسول اللہ صلی اللہ علیہ وسلم کے پاس آیا، اس نے کہا کہ: "یا رسول اللہ، علمنی کلمات عیش بہنا، ولا تقصر علی فانسا۔" اے اللہ کے رسول،</w:t>
      </w:r>
    </w:p>
    <w:p>
      <w:r>
        <w:rPr>
          <w:b/>
        </w:rPr>
        <w:t xml:space="preserve">[01:16] </w:t>
      </w:r>
      <w:r>
        <w:t>مجھے</w:t>
      </w:r>
    </w:p>
    <w:p>
      <w:pPr>
        <w:jc w:val="right"/>
      </w:pPr>
      <w:r>
        <w:t>مجھے</w:t>
      </w:r>
    </w:p>
    <w:p>
      <w:r>
        <w:rPr>
          <w:b/>
        </w:rPr>
        <w:t xml:space="preserve">[01:21] </w:t>
      </w:r>
      <w:r>
        <w:t>ایک</w:t>
      </w:r>
    </w:p>
    <w:p>
      <w:pPr>
        <w:jc w:val="right"/>
      </w:pPr>
      <w:r>
        <w:t>ایک</w:t>
      </w:r>
    </w:p>
    <w:p>
      <w:r>
        <w:rPr>
          <w:b/>
        </w:rPr>
        <w:t xml:space="preserve">[01:26] </w:t>
      </w:r>
      <w:r>
        <w:t>مختصر کلمہ بتائیے جس کو میں فالو کروں، بلکہ جو میری زندگی بن جائے اور وہ بہت شارٹ ہو تاکہ میں اس کو بھول نہ جاؤں۔</w:t>
      </w:r>
    </w:p>
    <w:p>
      <w:pPr>
        <w:jc w:val="right"/>
      </w:pPr>
      <w:r>
        <w:t>مختصر کلمہ بتائیے جس کو میں فالو کروں، بلکہ جو میری زندگی بن جائے اور وہ بہت شارٹ ہو تاکہ میں اس کو بھول نہ جاؤں۔</w:t>
      </w:r>
    </w:p>
    <w:p>
      <w:r>
        <w:rPr>
          <w:b/>
        </w:rPr>
        <w:t xml:space="preserve">[01:50] </w:t>
      </w:r>
      <w:r>
        <w:t>آپ نے فرمایا: "لا تغضب، لا تغضب، غصہ نہ کرو۔"</w:t>
      </w:r>
    </w:p>
    <w:p>
      <w:pPr>
        <w:jc w:val="right"/>
      </w:pPr>
      <w:r>
        <w:t>آپ نے فرمایا: "لا تغضب، لا تغضب، غصہ نہ کرو۔"</w:t>
      </w:r>
    </w:p>
    <w:p>
      <w:r>
        <w:rPr>
          <w:b/>
        </w:rPr>
        <w:t xml:space="preserve">[02:04] </w:t>
      </w:r>
      <w:r>
        <w:t>دیکھیے، یہ</w:t>
      </w:r>
    </w:p>
    <w:p>
      <w:pPr>
        <w:jc w:val="right"/>
      </w:pPr>
      <w:r>
        <w:t>دیکھیے، یہ</w:t>
      </w:r>
    </w:p>
    <w:p>
      <w:r>
        <w:rPr>
          <w:b/>
        </w:rPr>
        <w:t xml:space="preserve">[02:09] </w:t>
      </w:r>
      <w:r>
        <w:t>جو ایڈوائس دی ہے آپ نے، یہ بہت ہی زیادہ</w:t>
      </w:r>
    </w:p>
    <w:p>
      <w:pPr>
        <w:jc w:val="right"/>
      </w:pPr>
      <w:r>
        <w:t>جو ایڈوائس دی ہے آپ نے، یہ بہت ہی زیادہ</w:t>
      </w:r>
    </w:p>
    <w:p>
      <w:r>
        <w:rPr>
          <w:b/>
        </w:rPr>
        <w:t xml:space="preserve">[02:20] </w:t>
      </w:r>
      <w:r>
        <w:t>جامع ایڈوائس ہے۔ اس میں سب بات شامل ہے۔</w:t>
      </w:r>
    </w:p>
    <w:p>
      <w:pPr>
        <w:jc w:val="right"/>
      </w:pPr>
      <w:r>
        <w:t>جامع ایڈوائس ہے۔ اس میں سب بات شامل ہے۔</w:t>
      </w:r>
    </w:p>
    <w:p>
      <w:r>
        <w:rPr>
          <w:b/>
        </w:rPr>
        <w:t xml:space="preserve">[02:30] </w:t>
      </w:r>
      <w:r>
        <w:t>اصل یہ ہے کہ انسان کو اللہ تعالی نے</w:t>
      </w:r>
    </w:p>
    <w:p>
      <w:pPr>
        <w:jc w:val="right"/>
      </w:pPr>
      <w:r>
        <w:t>اصل یہ ہے کہ انسان کو اللہ تعالی نے</w:t>
      </w:r>
    </w:p>
    <w:p>
      <w:r>
        <w:rPr>
          <w:b/>
        </w:rPr>
        <w:t xml:space="preserve">[02:37] </w:t>
      </w:r>
      <w:r>
        <w:t>سارے ہی علم دے کر دنیا میں بھیجا ہے۔ وعلم آدم الاسماء، کلہ کلہ کلہ۔</w:t>
      </w:r>
    </w:p>
    <w:p>
      <w:pPr>
        <w:jc w:val="right"/>
      </w:pPr>
      <w:r>
        <w:t>سارے ہی علم دے کر دنیا میں بھیجا ہے۔ وعلم آدم الاسماء، کلہ کلہ کلہ۔</w:t>
      </w:r>
    </w:p>
    <w:p>
      <w:r>
        <w:rPr>
          <w:b/>
        </w:rPr>
        <w:t xml:space="preserve">[02:50] </w:t>
      </w:r>
      <w:r>
        <w:t>سارے علم کا خزانہ انسان کے اندر ہے۔ اب موجودہ زمانے میں</w:t>
      </w:r>
    </w:p>
    <w:p>
      <w:pPr>
        <w:jc w:val="right"/>
      </w:pPr>
      <w:r>
        <w:t>سارے علم کا خزانہ انسان کے اندر ہے۔ اب موجودہ زمانے میں</w:t>
      </w:r>
    </w:p>
    <w:p>
      <w:r>
        <w:rPr>
          <w:b/>
        </w:rPr>
        <w:t xml:space="preserve">[03:02] </w:t>
      </w:r>
      <w:r>
        <w:t>کمپیوٹر نے اس بات کو understandable بنا دیا ہے کہ کس طرح ایک چھوٹے سے،</w:t>
      </w:r>
    </w:p>
    <w:p>
      <w:pPr>
        <w:jc w:val="right"/>
      </w:pPr>
      <w:r>
        <w:t>کمپیوٹر نے اس بات کو انڈرسٹینڈیبل بنا دیا ہے کہ کس طرح ایک چھوٹے سے،</w:t>
      </w:r>
    </w:p>
    <w:p>
      <w:r>
        <w:rPr>
          <w:b/>
        </w:rPr>
        <w:t xml:space="preserve">[03:16] </w:t>
      </w:r>
      <w:r>
        <w:t>ایک چھوٹی سی جگہ پر سارے دنیا کا علم</w:t>
      </w:r>
    </w:p>
    <w:p>
      <w:pPr>
        <w:jc w:val="right"/>
      </w:pPr>
      <w:r>
        <w:t>ایک چھوٹی سی جگہ پر سارے دنیا کا علم</w:t>
      </w:r>
    </w:p>
    <w:p>
      <w:r>
        <w:rPr>
          <w:b/>
        </w:rPr>
        <w:t xml:space="preserve">[03:24] </w:t>
      </w:r>
      <w:r>
        <w:t>rakha ja sakta hai.</w:t>
      </w:r>
    </w:p>
    <w:p>
      <w:pPr>
        <w:jc w:val="right"/>
      </w:pPr>
      <w:r>
        <w:t>رکھا جا سکتا ہے۔</w:t>
      </w:r>
    </w:p>
    <w:p>
      <w:r>
        <w:rPr>
          <w:b/>
        </w:rPr>
        <w:t xml:space="preserve">[03:29] </w:t>
      </w:r>
      <w:r>
        <w:t>to maine is par bohat ghaur kiya ke ghussa na karna itni bari baat kyun hai.</w:t>
      </w:r>
    </w:p>
    <w:p>
      <w:pPr>
        <w:jc w:val="right"/>
      </w:pPr>
      <w:r>
        <w:t>تو میں نے اس پر بہت غور کیا کہ غصہ نہ کرنا اتنی بڑی بات کیوں ہے۔</w:t>
      </w:r>
    </w:p>
    <w:p>
      <w:r>
        <w:rPr>
          <w:b/>
        </w:rPr>
        <w:t xml:space="preserve">[03:40] </w:t>
      </w:r>
      <w:r>
        <w:t>to meri samajh mein aaya ke aadmi potentially har baat ka ilm rakhta hai.</w:t>
      </w:r>
    </w:p>
    <w:p>
      <w:pPr>
        <w:jc w:val="right"/>
      </w:pPr>
      <w:r>
        <w:t>تو میری سمجھ میں آیا کہ آدمی پوٹینشلی ہر بات کا علم رکھتا ہے۔</w:t>
      </w:r>
    </w:p>
    <w:p>
      <w:r>
        <w:rPr>
          <w:b/>
        </w:rPr>
        <w:t xml:space="preserve">[03:51] </w:t>
      </w:r>
      <w:r>
        <w:t>har aadmi ek universal computer hai. har aadmi</w:t>
      </w:r>
    </w:p>
    <w:p>
      <w:pPr>
        <w:jc w:val="right"/>
      </w:pPr>
      <w:r>
        <w:t>ہر آدمی ایک یونیورسل کمپیوٹر ہے۔ ہر آدمی</w:t>
      </w:r>
    </w:p>
    <w:p>
      <w:r>
        <w:rPr>
          <w:b/>
        </w:rPr>
        <w:t xml:space="preserve">[04:02] </w:t>
      </w:r>
      <w:r>
        <w:t>potentially universal computer hai.</w:t>
      </w:r>
    </w:p>
    <w:p>
      <w:pPr>
        <w:jc w:val="right"/>
      </w:pPr>
      <w:r>
        <w:t>پوٹینشلی یونیورسل کمپیوٹر ہے۔</w:t>
      </w:r>
    </w:p>
    <w:p>
      <w:r>
        <w:rPr>
          <w:b/>
        </w:rPr>
        <w:t xml:space="preserve">[04:12] </w:t>
      </w:r>
      <w:r>
        <w:t>lekin jab woh ghussa mein aa jaye to uska sara setup bigad jata hai.</w:t>
      </w:r>
    </w:p>
    <w:p>
      <w:pPr>
        <w:jc w:val="right"/>
      </w:pPr>
      <w:r>
        <w:t>لیکن جب وہ غصہ میں آ جائے تو اس کا سارا سیٹ اپ بگڑ جاتا ہے۔</w:t>
      </w:r>
    </w:p>
    <w:p>
      <w:r>
        <w:rPr>
          <w:b/>
        </w:rPr>
        <w:t xml:space="preserve">[04:24] </w:t>
      </w:r>
      <w:r>
        <w:t>positive thinking aap ko</w:t>
      </w:r>
    </w:p>
    <w:p>
      <w:pPr>
        <w:jc w:val="right"/>
      </w:pPr>
      <w:r>
        <w:t>پوزیٹیو تھنکنگ آپ کو</w:t>
      </w:r>
    </w:p>
    <w:p>
      <w:r>
        <w:rPr>
          <w:b/>
        </w:rPr>
        <w:t xml:space="preserve">[04:29] </w:t>
      </w:r>
      <w:r>
        <w:t>universal treasure ka malik bana rakhti hai. aur jaise hi aap ghussa mein aa jayein to sab kuch bigad jata hai.</w:t>
      </w:r>
    </w:p>
    <w:p>
      <w:pPr>
        <w:jc w:val="right"/>
      </w:pPr>
      <w:r>
        <w:t>یونیورسل ٹریژر کا مالک بنا رکھتی ہے۔ اور جیسے ہی آپ غصے میں آ جائیں تو سب کچھ بگڑ جاتا ہے۔</w:t>
      </w:r>
    </w:p>
    <w:p>
      <w:r>
        <w:rPr>
          <w:b/>
        </w:rPr>
        <w:t xml:space="preserve">[04:47] </w:t>
      </w:r>
      <w:r>
        <w:t>yeh cheez</w:t>
      </w:r>
    </w:p>
    <w:p>
      <w:pPr>
        <w:jc w:val="right"/>
      </w:pPr>
      <w:r>
        <w:t>یہ چیز</w:t>
      </w:r>
    </w:p>
    <w:p>
      <w:r>
        <w:rPr>
          <w:b/>
        </w:rPr>
        <w:t xml:space="preserve">[04:51] </w:t>
      </w:r>
      <w:r>
        <w:t>har aadmi tajrube se dekh sakta hai.</w:t>
      </w:r>
    </w:p>
    <w:p>
      <w:pPr>
        <w:jc w:val="right"/>
      </w:pPr>
      <w:r>
        <w:t>ہر آدمی تجربے سے دیکھ سکتا ہے۔</w:t>
      </w:r>
    </w:p>
    <w:p>
      <w:r>
        <w:rPr>
          <w:b/>
        </w:rPr>
        <w:t xml:space="preserve">[04:56] </w:t>
      </w:r>
      <w:r>
        <w:t>misal ke taur par ek sahab mere paas aaye, unhone kaha ke mujhe bohat ghussa aata hai.</w:t>
      </w:r>
    </w:p>
    <w:p>
      <w:pPr>
        <w:jc w:val="right"/>
      </w:pPr>
      <w:r>
        <w:t>مثلاً ایک صاحب میرے پاس آئے، انہوں نے کہا کہ مجھے بہت غصہ آتا ہے۔</w:t>
      </w:r>
    </w:p>
    <w:p>
      <w:r>
        <w:rPr>
          <w:b/>
        </w:rPr>
        <w:t xml:space="preserve">[05:05] </w:t>
      </w:r>
      <w:r>
        <w:t>main bohat negative thinking aati hai mere andar. to maine kaha ke jis tarah aap ke andar negative thinking hai, usi tarah control ka bhi madah hai, madah control.</w:t>
      </w:r>
    </w:p>
    <w:p>
      <w:pPr>
        <w:jc w:val="right"/>
      </w:pPr>
      <w:r>
        <w:t>میں بہت نیگیٹیو تھنکنگ آتی ہے میرے اندر۔ تو میں نے کہا کہ جس طرح آپ کے اندر نیگیٹیو تھنکنگ ہے، اسی طرح کنٹرول کا بھی مادہ ہے، مادہ کنٹرول۔</w:t>
      </w:r>
    </w:p>
    <w:p>
      <w:r>
        <w:rPr>
          <w:b/>
        </w:rPr>
        <w:t xml:space="preserve">[05:23] </w:t>
      </w:r>
      <w:r>
        <w:t>to aap ne</w:t>
      </w:r>
    </w:p>
    <w:p>
      <w:pPr>
        <w:jc w:val="right"/>
      </w:pPr>
      <w:r>
        <w:t>تو آپ نے</w:t>
      </w:r>
    </w:p>
    <w:p>
      <w:r>
        <w:rPr>
          <w:b/>
        </w:rPr>
        <w:t xml:space="preserve">[05:27] </w:t>
      </w:r>
      <w:r>
        <w:t>farz ki jiye ek mahina ghussa mein bitaya ho. to isi tarah control karke aap ek mahina</w:t>
      </w:r>
    </w:p>
    <w:p>
      <w:pPr>
        <w:jc w:val="right"/>
      </w:pPr>
      <w:r>
        <w:t>فرض کیے ایک مہینہ غصے میں بتایا ہو۔ تو اسی طریقے سے کنٹرول کر کے آپ ایک مہینہ</w:t>
      </w:r>
    </w:p>
    <w:p>
      <w:r>
        <w:rPr>
          <w:b/>
        </w:rPr>
        <w:t xml:space="preserve">[05:47] </w:t>
      </w:r>
      <w:r>
        <w:t>non anger mein bhi jaane ki koshish kijiye. ghussa ko rok rokne wale ban jaiye.</w:t>
      </w:r>
    </w:p>
    <w:p>
      <w:pPr>
        <w:jc w:val="right"/>
      </w:pPr>
      <w:r>
        <w:t>نان اینگر میں بھی جانے کی کوشش کیجئے۔ غصہ کو روک روکنے والے بن جائیے۔</w:t>
      </w:r>
    </w:p>
    <w:p>
      <w:r>
        <w:rPr>
          <w:b/>
        </w:rPr>
        <w:t xml:space="preserve">[05:57] </w:t>
      </w:r>
      <w:r>
        <w:t>aur phir dekhiye, kya farq hota hai aap ke is mein.</w:t>
      </w:r>
    </w:p>
    <w:p>
      <w:pPr>
        <w:jc w:val="right"/>
      </w:pPr>
      <w:r>
        <w:t>اور پھر دیکھیے، کیا فرق ہوتا ہے آپ کے اس میں۔</w:t>
      </w:r>
    </w:p>
    <w:p>
      <w:r>
        <w:rPr>
          <w:b/>
        </w:rPr>
        <w:t xml:space="preserve">[06:03] </w:t>
      </w:r>
      <w:r>
        <w:t>ek is mahine mein aur ek is mahine mein.</w:t>
      </w:r>
    </w:p>
    <w:p>
      <w:pPr>
        <w:jc w:val="right"/>
      </w:pPr>
      <w:r>
        <w:t>ایک اس مہینے میں اور ایک اس مہینے میں۔</w:t>
      </w:r>
    </w:p>
    <w:p>
      <w:r>
        <w:rPr>
          <w:b/>
        </w:rPr>
        <w:t xml:space="preserve">[06:11] </w:t>
      </w:r>
      <w:r>
        <w:t>to unhone bataya ke waqia yeh hai ke jab maine ek unka ke maine aap kahan se lauta main hain to maine ek diary bana li.</w:t>
      </w:r>
    </w:p>
    <w:p>
      <w:pPr>
        <w:jc w:val="right"/>
      </w:pPr>
      <w:r>
        <w:t>تو انہوں نے بتایا کہ واقعہ یہ ہے کہ جب میں نے ایک ان کا کہ میں نے آپ کہاں سے لوٹا میں ہیں تو میں نے ایک ڈائری بنا لی۔</w:t>
      </w:r>
    </w:p>
    <w:p>
      <w:r>
        <w:rPr>
          <w:b/>
        </w:rPr>
        <w:t xml:space="preserve">[06:23] </w:t>
      </w:r>
      <w:r>
        <w:t>to daily mein likhne laga sirf ek baat ke aaj maine nayi baat kya seekhi.</w:t>
      </w:r>
    </w:p>
    <w:p>
      <w:pPr>
        <w:jc w:val="right"/>
      </w:pPr>
      <w:r>
        <w:t>تو ڈیلی میں لکھنے لگا صرف ایک بات کہ آج میں نے نئی بات کیا سیکھی۔</w:t>
      </w:r>
    </w:p>
    <w:p>
      <w:r>
        <w:rPr>
          <w:b/>
        </w:rPr>
        <w:t xml:space="preserve">[06:35] </w:t>
      </w:r>
      <w:r>
        <w:t>maine unse kaha tha ke chhoti ho, bari ho, uski riyazat kijiye. nayi ho.</w:t>
      </w:r>
    </w:p>
    <w:p>
      <w:pPr>
        <w:jc w:val="right"/>
      </w:pPr>
      <w:r>
        <w:t>میں نے ان سے کہا تھا کہ چھوٹی ہو، بڑی ہو، اس کی رحالت کیجئے۔ نئی ہو۔</w:t>
      </w:r>
    </w:p>
    <w:p>
      <w:r>
        <w:rPr>
          <w:b/>
        </w:rPr>
        <w:t xml:space="preserve">[06:43] </w:t>
      </w:r>
      <w:r>
        <w:t>jise Japan mein kaha jata hai ke har din ek nayi baat seekhein. chahe woh sui ke nake mein dhaga dalne ka ek naya tareeqa hi kyun na ho.</w:t>
      </w:r>
    </w:p>
    <w:p>
      <w:pPr>
        <w:jc w:val="right"/>
      </w:pPr>
      <w:r>
        <w:t>جسے جاپان میں کہا جاتا ہے کہ ہر دن ایک نئی بات سیکھیں۔ چاہے وہ سوئی کے ناکے میں دھاگہ ڈالنے کا ایک نیا طریقہ ہی کیوں نہ ہو۔</w:t>
      </w:r>
    </w:p>
    <w:p>
      <w:r>
        <w:rPr>
          <w:b/>
        </w:rPr>
        <w:t xml:space="preserve">[06:58] </w:t>
      </w:r>
      <w:r>
        <w:t>to unse maine kaha ke dekhiye, aap ek mahina. to unhone bataya tha khud hi ke rozana main ghussa mein rehta hoon.</w:t>
      </w:r>
    </w:p>
    <w:p>
      <w:pPr>
        <w:jc w:val="right"/>
      </w:pPr>
      <w:r>
        <w:t>تو ان سے میں نے کہا کہ دیکھیے، آپ ایک مہینہ۔ تو انہوں نے بتایا تھا خود ہی کہ روزانہ میں غصے میں رہتا ہوں۔</w:t>
      </w:r>
    </w:p>
    <w:p>
      <w:r>
        <w:rPr>
          <w:b/>
        </w:rPr>
        <w:t xml:space="preserve">[07:11] </w:t>
      </w:r>
      <w:r>
        <w:t>to maine kaha ke ek din kisi tarah se control kijiye aap.</w:t>
      </w:r>
    </w:p>
    <w:p>
      <w:pPr>
        <w:jc w:val="right"/>
      </w:pPr>
      <w:r>
        <w:t>تو میں نے کہا کہ ایک دن کسی طریقے سے کنٹرول کیجئے آپ۔</w:t>
      </w:r>
    </w:p>
    <w:p>
      <w:r>
        <w:rPr>
          <w:b/>
        </w:rPr>
        <w:t xml:space="preserve">[07:18] </w:t>
      </w:r>
      <w:r>
        <w:t>aur ek din aap ek notebook rakhiye ke ek din</w:t>
      </w:r>
    </w:p>
    <w:p>
      <w:pPr>
        <w:jc w:val="right"/>
      </w:pPr>
      <w:r>
        <w:t>اور ایک دن آپ ایک نوٹ بک رکھیے کہ ایک دن</w:t>
      </w:r>
    </w:p>
    <w:p>
      <w:r>
        <w:rPr>
          <w:b/>
        </w:rPr>
        <w:t xml:space="preserve">[07:27] </w:t>
      </w:r>
      <w:r>
        <w:t>nahi, ek mahina. ek mahina. har din aap ne kya nayi baat seekhi. aur ek mahine aap ne jo kiya tha woh phir compare kijiye us ko.</w:t>
      </w:r>
    </w:p>
    <w:p>
      <w:pPr>
        <w:jc w:val="right"/>
      </w:pPr>
      <w:r>
        <w:t>نہیں، ایک مہینہ۔ ایک مہینہ۔ ہر دن آپ نے کیا نئی بات سیکھی۔ اور ایک مہینے آپ نے جو کیا تھا وہ پھر کمپیئر کیجئے اس کو۔</w:t>
      </w:r>
    </w:p>
    <w:p>
      <w:r>
        <w:rPr>
          <w:b/>
        </w:rPr>
        <w:t xml:space="preserve">[07:44] </w:t>
      </w:r>
      <w:r>
        <w:t>to jab mahina pura ho gaya, woh mere paas aaye. to unhon ne kaha ke ek mahine mein itna seekha main ne jo das saal mein bhi nahin seekha tha.</w:t>
      </w:r>
    </w:p>
    <w:p>
      <w:pPr>
        <w:jc w:val="right"/>
      </w:pPr>
      <w:r>
        <w:t>تو جب مہینہ پورا ہو گیا، وہ میرے پاس آئے۔ تو انہوں نے کہا کہ ایک مہینے میں اتنا سیکھا میں نے جو دس سال میں بھی نہیں سیکھا تھا۔</w:t>
      </w:r>
    </w:p>
    <w:p>
      <w:r>
        <w:rPr>
          <w:b/>
        </w:rPr>
        <w:t xml:space="preserve">[08:00] </w:t>
      </w:r>
      <w:r>
        <w:t>nai baat hai, nai baat hai, nai baat hai.</w:t>
      </w:r>
    </w:p>
    <w:p>
      <w:pPr>
        <w:jc w:val="right"/>
      </w:pPr>
      <w:r>
        <w:t>نئی بات ہے، نئی بات ہے، نئی بات ہے۔</w:t>
      </w:r>
    </w:p>
    <w:p>
      <w:r>
        <w:rPr>
          <w:b/>
        </w:rPr>
        <w:t xml:space="preserve">[08:06] </w:t>
      </w:r>
      <w:r>
        <w:t>khud mera apna tajurba hai</w:t>
      </w:r>
    </w:p>
    <w:p>
      <w:pPr>
        <w:jc w:val="right"/>
      </w:pPr>
      <w:r>
        <w:t>خود میرا اپنا تجربہ ہے</w:t>
      </w:r>
    </w:p>
    <w:p>
      <w:r>
        <w:rPr>
          <w:b/>
        </w:rPr>
        <w:t xml:space="preserve">[08:10] </w:t>
      </w:r>
      <w:r>
        <w:t>ke main mere andar bohat ghussa tha pehle, bohat ziyada ghussa tha.</w:t>
      </w:r>
    </w:p>
    <w:p>
      <w:pPr>
        <w:jc w:val="right"/>
      </w:pPr>
      <w:r>
        <w:t>کہ میں میرے اندر بہت غصہ تھا پہلے، بہت زیادہ غصہ تھا۔</w:t>
      </w:r>
    </w:p>
    <w:p>
      <w:r>
        <w:rPr>
          <w:b/>
        </w:rPr>
        <w:t xml:space="preserve">[08:19] </w:t>
      </w:r>
      <w:r>
        <w:t>bachpan se. to phir main ne is is ka tajurba kiya ke ghusse ko rok kar, ghusse ko control kar ke</w:t>
      </w:r>
    </w:p>
    <w:p>
      <w:pPr>
        <w:jc w:val="right"/>
      </w:pPr>
      <w:r>
        <w:t>بچپن سے۔ تو پھر میں نے اس اس کا تجربہ کیا کہ غصے کو روک کر، غصے کو کنٹرول کر کے</w:t>
      </w:r>
    </w:p>
    <w:p>
      <w:r>
        <w:rPr>
          <w:b/>
        </w:rPr>
        <w:t xml:space="preserve">[08:35] </w:t>
      </w:r>
      <w:r>
        <w:t>main ne dekha ke kya hota hai.</w:t>
      </w:r>
    </w:p>
    <w:p>
      <w:pPr>
        <w:jc w:val="right"/>
      </w:pPr>
      <w:r>
        <w:t>میں نے دیکھا کہ کیا ہوتا ہے۔</w:t>
      </w:r>
    </w:p>
    <w:p>
      <w:r>
        <w:rPr>
          <w:b/>
        </w:rPr>
        <w:t xml:space="preserve">[08:41] </w:t>
      </w:r>
      <w:r>
        <w:t>to jab main ne ghusse ko control kiya to main ne paya ke waqai har din ek nai wisdom</w:t>
      </w:r>
    </w:p>
    <w:p>
      <w:pPr>
        <w:jc w:val="right"/>
      </w:pPr>
      <w:r>
        <w:t>تو جب میں نے غصے کو کنٹرول کیا تو میں نے پایا کہ واقعی ہر دن ایک نئی وزڈم</w:t>
      </w:r>
    </w:p>
    <w:p>
      <w:r>
        <w:rPr>
          <w:b/>
        </w:rPr>
        <w:t xml:space="preserve">[08:54] </w:t>
      </w:r>
      <w:r>
        <w:t>main janne laga. aur sab se bari baat jo isi dauran main ne jani, mujhe shayad sab se bari baat jo main ne jani,</w:t>
      </w:r>
    </w:p>
    <w:p>
      <w:pPr>
        <w:jc w:val="right"/>
      </w:pPr>
      <w:r>
        <w:t>میں جاننے لگا۔ اور سب سے بڑی بات جو اسی دوران میں نے جانی، مجھے شاید سب سے بڑی بات جو میں نے جانی،</w:t>
      </w:r>
    </w:p>
    <w:p>
      <w:r>
        <w:rPr>
          <w:b/>
        </w:rPr>
        <w:t xml:space="preserve">[09:11] </w:t>
      </w:r>
      <w:r>
        <w:t>quran mein bataya gaya hai ke Allah ne apne rasool ko bheja hai do cheezon ke sath. do cheezon ke sath.</w:t>
      </w:r>
    </w:p>
    <w:p>
      <w:pPr>
        <w:jc w:val="right"/>
      </w:pPr>
      <w:r>
        <w:t>قرآن میں بتایا گیا ہے کہ اللہ نے اپنے رسول کو بھیجا ہے دو چیزوں کے ساتھ۔ دو چیزوں کے ساتھ۔</w:t>
      </w:r>
    </w:p>
    <w:p>
      <w:r>
        <w:rPr>
          <w:b/>
        </w:rPr>
        <w:t xml:space="preserve">[09:23] </w:t>
      </w:r>
      <w:r>
        <w:t>kitab aur hikmat.</w:t>
      </w:r>
    </w:p>
    <w:p>
      <w:pPr>
        <w:jc w:val="right"/>
      </w:pPr>
      <w:r>
        <w:t>کتاب اور حکمت۔</w:t>
      </w:r>
    </w:p>
    <w:p>
      <w:r>
        <w:rPr>
          <w:b/>
        </w:rPr>
        <w:t xml:space="preserve">[09:30] </w:t>
      </w:r>
      <w:r>
        <w:t>kai jagah aya hai ke Allah ne apne rasool ko bheja hai kitab ke sath aur hikmat ke sath.</w:t>
      </w:r>
    </w:p>
    <w:p>
      <w:pPr>
        <w:jc w:val="right"/>
      </w:pPr>
      <w:r>
        <w:t>کئی جگہ آیا ہے کہ اللہ نے اپنے رسول کو بھیجا ہے کتاب کے ساتھ اور حکمت کے ساتھ۔</w:t>
      </w:r>
    </w:p>
    <w:p>
      <w:r>
        <w:rPr>
          <w:b/>
        </w:rPr>
        <w:t xml:space="preserve">[09:42] </w:t>
      </w:r>
      <w:r>
        <w:t>to kitab se murad kya hai, yeh to sab log jante hain ke kya kya murad quran hai. lekin hikmat se murad kya hai?</w:t>
      </w:r>
    </w:p>
    <w:p>
      <w:pPr>
        <w:jc w:val="right"/>
      </w:pPr>
      <w:r>
        <w:t>تو کتاب سے مراد کیا ہے، یہ تو سب لوگ جانتے ہیں کہ کیا کیا مراد قرآن ہے۔ لیکن حکمت سے مراد کیا ہے؟</w:t>
      </w:r>
    </w:p>
    <w:p>
      <w:r>
        <w:rPr>
          <w:b/>
        </w:rPr>
        <w:t xml:space="preserve">[09:52] </w:t>
      </w:r>
      <w:r>
        <w:t>hikmat. to haqiqat yeh hai ke poori tareekh guzar gayi aur aur yeh jaane hi nahin logon ne ke hikmat se murad kya hai. koi kehta hai hadith hai aur masail hain.</w:t>
      </w:r>
    </w:p>
    <w:p>
      <w:pPr>
        <w:jc w:val="right"/>
      </w:pPr>
      <w:r>
        <w:t>حکمت۔ تو حقیقت یہ ہے کہ پوری تاریخ گزر گئی اور اور یہ جانے ہی نہیں لوگوں نے کہ حکمت سے مراد کیا ہے۔ کوئی کہتا ہے حدیث ہے اور مسائل ہیں۔</w:t>
      </w:r>
    </w:p>
    <w:p>
      <w:r>
        <w:rPr>
          <w:b/>
        </w:rPr>
        <w:t xml:space="preserve">[10:08] </w:t>
      </w:r>
      <w:r>
        <w:t>yeh bhi bilkul irrelevant baatein hain. hikmat koi bohat bari baat honi chahiye.</w:t>
      </w:r>
    </w:p>
    <w:p>
      <w:pPr>
        <w:jc w:val="right"/>
      </w:pPr>
      <w:r>
        <w:t>یہ بھی بالکل اریلیونٹ باتیں ہیں۔ حکمت کوئی بہت بڑی بات ہونی چاہیے۔</w:t>
      </w:r>
    </w:p>
    <w:p>
      <w:r>
        <w:rPr>
          <w:b/>
        </w:rPr>
        <w:t xml:space="preserve">[10:22] </w:t>
      </w:r>
      <w:r>
        <w:t>to jab main ne ghusse ko chora</w:t>
      </w:r>
    </w:p>
    <w:p>
      <w:pPr>
        <w:jc w:val="right"/>
      </w:pPr>
      <w:r>
        <w:t>تو جب میں نے غصے کو چھوڑا</w:t>
      </w:r>
    </w:p>
    <w:p>
      <w:r>
        <w:rPr>
          <w:b/>
        </w:rPr>
        <w:t xml:space="preserve">[10:30] </w:t>
      </w:r>
      <w:r>
        <w:t>to main ne ek bohat hi bari cheez jo hamare paas jo bari baat hai, woh daryaft ki. woh yeh hai ke</w:t>
      </w:r>
    </w:p>
    <w:p>
      <w:pPr>
        <w:jc w:val="right"/>
      </w:pPr>
      <w:r>
        <w:t>تو میں نے ایک بہت ہی بڑی چیز جو ہمارے پاس جو بڑی بات ہے، وہ دریافت کی۔ وہ یہ ہے کہ</w:t>
      </w:r>
    </w:p>
    <w:p>
      <w:r>
        <w:rPr>
          <w:b/>
        </w:rPr>
        <w:t xml:space="preserve">[10:43] </w:t>
      </w:r>
      <w:r>
        <w:t>ke jo quran diya gaya hai rasool Allah ko, jo ilm, jo nazri ilm, jo nazri hidayat</w:t>
      </w:r>
    </w:p>
    <w:p>
      <w:pPr>
        <w:jc w:val="right"/>
      </w:pPr>
      <w:r>
        <w:t>کہ جو قرآن دیا گیا ہے رسول اللہ کو، جو علم، جو نظری علم، جو نظری ہدایت</w:t>
      </w:r>
    </w:p>
    <w:p>
      <w:r>
        <w:rPr>
          <w:b/>
        </w:rPr>
        <w:t xml:space="preserve">[10:57] </w:t>
      </w:r>
      <w:r>
        <w:t>aap ko di gayi hai, to jab aap us ko amal mein layenge to masail paida honge.</w:t>
      </w:r>
    </w:p>
    <w:p>
      <w:pPr>
        <w:jc w:val="right"/>
      </w:pPr>
      <w:r>
        <w:t>آپ کو دی گئی ہے، تو جب آپ اس کو عمل میں لائیں گے تو مسائل پیدا ہوں گے۔</w:t>
      </w:r>
    </w:p>
    <w:p>
      <w:r>
        <w:rPr>
          <w:b/>
        </w:rPr>
        <w:t xml:space="preserve">[11:06] </w:t>
      </w:r>
      <w:r>
        <w:t>to in masail ko</w:t>
      </w:r>
    </w:p>
    <w:p>
      <w:pPr>
        <w:jc w:val="right"/>
      </w:pPr>
      <w:r>
        <w:t>تو ان مسائل کو</w:t>
      </w:r>
    </w:p>
    <w:p>
      <w:r>
        <w:rPr>
          <w:b/>
        </w:rPr>
        <w:t xml:space="preserve">[11:14] </w:t>
      </w:r>
      <w:r>
        <w:t>danishmandana andaaz mein kis tarah hal kiya jaye, yeh hai hikmat.</w:t>
      </w:r>
    </w:p>
    <w:p>
      <w:pPr>
        <w:jc w:val="right"/>
      </w:pPr>
      <w:r>
        <w:t>دانشمندانہ انداز میں کس طرح حل کیا جائے، یہ ہے حکمت۔</w:t>
      </w:r>
    </w:p>
    <w:p>
      <w:r>
        <w:rPr>
          <w:b/>
        </w:rPr>
        <w:t xml:space="preserve">[11:23] </w:t>
      </w:r>
      <w:r>
        <w:t>to quran to</w:t>
      </w:r>
    </w:p>
    <w:p>
      <w:pPr>
        <w:jc w:val="right"/>
      </w:pPr>
      <w:r>
        <w:t>تو قرآن تو</w:t>
      </w:r>
    </w:p>
    <w:p>
      <w:r>
        <w:rPr>
          <w:b/>
        </w:rPr>
        <w:t xml:space="preserve">[11:27] </w:t>
      </w:r>
      <w:r>
        <w:t>maloom baat hai ke woh nazriati ilm hai. lekin hikmat ka matlab bhi hamein is mein samajh mein aya ke is se murad hai</w:t>
      </w:r>
    </w:p>
    <w:p>
      <w:pPr>
        <w:jc w:val="right"/>
      </w:pPr>
      <w:r>
        <w:t>معلوم بات ہے کہ وہ نظریاتی علم ہے۔ لیکن حکمت کا مطلب بھی ہمیں اس میں سمجھ میں آیا کہ اس سے مراد ہے</w:t>
      </w:r>
    </w:p>
    <w:p>
      <w:r>
        <w:rPr>
          <w:b/>
        </w:rPr>
        <w:t xml:space="preserve">[11:40] </w:t>
      </w:r>
      <w:r>
        <w:t>kis tarah is ko implement kiya jaye.</w:t>
      </w:r>
    </w:p>
    <w:p>
      <w:pPr>
        <w:jc w:val="right"/>
      </w:pPr>
      <w:r>
        <w:t>کس طرح اس کو امپلیمنٹ کیا جائے۔</w:t>
      </w:r>
    </w:p>
    <w:p>
      <w:r>
        <w:rPr>
          <w:b/>
        </w:rPr>
        <w:t xml:space="preserve">[11:49] </w:t>
      </w:r>
      <w:r>
        <w:t>jo taleem quran ke zariye aap ko di gayi hai, us ko amli duniya mein kis tarah implement kiya jaye, yeh murad hai.</w:t>
      </w:r>
    </w:p>
    <w:p>
      <w:pPr>
        <w:jc w:val="right"/>
      </w:pPr>
      <w:r>
        <w:t>جو تعلیم قرآن کے ذریعے آپ کو دی گئی ہے، اس کو عملی دنیا میں کس طرح امپلیمنٹ کیا جائے، یہ مراد ہے۔</w:t>
      </w:r>
    </w:p>
    <w:p>
      <w:r>
        <w:rPr>
          <w:b/>
        </w:rPr>
        <w:t xml:space="preserve">[12:00] </w:t>
      </w:r>
      <w:r>
        <w:t>to is ke liye</w:t>
      </w:r>
    </w:p>
    <w:p>
      <w:pPr>
        <w:jc w:val="right"/>
      </w:pPr>
      <w:r>
        <w:t>تو اس کے لیے</w:t>
      </w:r>
    </w:p>
    <w:p>
      <w:r>
        <w:rPr>
          <w:b/>
        </w:rPr>
        <w:t xml:space="preserve">[12:06] </w:t>
      </w:r>
      <w:r>
        <w:t>humari zaban mein koi lafz nahi tha, to phir maine dhoonda. to woh</w:t>
      </w:r>
    </w:p>
    <w:p>
      <w:pPr>
        <w:jc w:val="right"/>
      </w:pPr>
      <w:r>
        <w:t>ہماری زبان میں کوئی لفظ نہیں تھا، تو پھر میں نے ڈھونڈا۔ تو وہ</w:t>
      </w:r>
    </w:p>
    <w:p>
      <w:r>
        <w:rPr>
          <w:b/>
        </w:rPr>
        <w:t xml:space="preserve">[12:15] </w:t>
      </w:r>
      <w:r>
        <w:t>mila practical wisdom.</w:t>
      </w:r>
    </w:p>
    <w:p>
      <w:pPr>
        <w:jc w:val="right"/>
      </w:pPr>
      <w:r>
        <w:t>ملا پریکٹیکل وزڈم۔</w:t>
      </w:r>
    </w:p>
    <w:p>
      <w:r>
        <w:rPr>
          <w:b/>
        </w:rPr>
        <w:t xml:space="preserve">[12:23] </w:t>
      </w:r>
      <w:r>
        <w:t>quran se murad hai nazri taleemat aur hikmat se murad hai</w:t>
      </w:r>
    </w:p>
    <w:p>
      <w:pPr>
        <w:jc w:val="right"/>
      </w:pPr>
      <w:r>
        <w:t>قرآن سے مراد ہے نظری تعلیمات اور حکمت سے مراد ہے</w:t>
      </w:r>
    </w:p>
    <w:p>
      <w:r>
        <w:rPr>
          <w:b/>
        </w:rPr>
        <w:t xml:space="preserve">[12:33] </w:t>
      </w:r>
      <w:r>
        <w:t>practical wisdom.</w:t>
      </w:r>
    </w:p>
    <w:p>
      <w:pPr>
        <w:jc w:val="right"/>
      </w:pPr>
      <w:r>
        <w:t>پریکٹیکل وزڈم۔</w:t>
      </w:r>
    </w:p>
    <w:p>
      <w:r>
        <w:rPr>
          <w:b/>
        </w:rPr>
        <w:t xml:space="preserve">[12:38] </w:t>
      </w:r>
      <w:r>
        <w:t>main ne socha ke yeh quran mein jo pehli shuru shuru zamane mein jo utri thi ayat surah,</w:t>
      </w:r>
    </w:p>
    <w:p>
      <w:pPr>
        <w:jc w:val="right"/>
      </w:pPr>
      <w:r>
        <w:t>میں نے سوچا کہ یہ قرآن میں جو پہلی شروع شروع زمانے میں جو اتری تھی آیت سورہ،</w:t>
      </w:r>
    </w:p>
    <w:p>
      <w:r>
        <w:rPr>
          <w:b/>
        </w:rPr>
        <w:t xml:space="preserve">[12:51] </w:t>
      </w:r>
      <w:r>
        <w:t>is mein yeh tha ke: "warj fahjur</w:t>
      </w:r>
    </w:p>
    <w:p>
      <w:pPr>
        <w:jc w:val="right"/>
      </w:pPr>
      <w:r>
        <w:t>اس میں یہ تھا کہ: "ورج فہجر</w:t>
      </w:r>
    </w:p>
    <w:p>
      <w:r>
        <w:rPr>
          <w:b/>
        </w:rPr>
        <w:t xml:space="preserve">[12:58] </w:t>
      </w:r>
      <w:r>
        <w:t>ya ayyuhal muddathir qum fanẓur wa rabbaka fakabbir wa thiyabaka faṭahhir warj fājur".</w:t>
      </w:r>
    </w:p>
    <w:p>
      <w:pPr>
        <w:jc w:val="right"/>
      </w:pPr>
      <w:r>
        <w:t>یا ایہا المدثر قم فانظر وربک فکبر وصحابک فطاہر ورج فاجر"۔</w:t>
      </w:r>
    </w:p>
    <w:p>
      <w:r>
        <w:rPr>
          <w:b/>
        </w:rPr>
        <w:t xml:space="preserve">[13:10] </w:t>
      </w:r>
      <w:r>
        <w:t>to warj fājur ka matlab kya hai?</w:t>
      </w:r>
    </w:p>
    <w:p>
      <w:pPr>
        <w:jc w:val="right"/>
      </w:pPr>
      <w:r>
        <w:t>تو ورج فاجر کا مطلب کیا ہے؟</w:t>
      </w:r>
    </w:p>
    <w:p>
      <w:r>
        <w:rPr>
          <w:b/>
        </w:rPr>
        <w:t xml:space="preserve">[13:19] </w:t>
      </w:r>
      <w:r>
        <w:t>warj fājur ka matlab yahi hai ke jo masail paish aayen, masail un ko hikmana andaaz mein hal karo.</w:t>
      </w:r>
    </w:p>
    <w:p>
      <w:pPr>
        <w:jc w:val="right"/>
      </w:pPr>
      <w:r>
        <w:t>ورج فاجر کا مطلب یہی ہے کہ جو مسائل پیش آئیں، مسائل ان کو حکیمانہ انداز میں حل کرو۔</w:t>
      </w:r>
    </w:p>
    <w:p>
      <w:r>
        <w:rPr>
          <w:b/>
        </w:rPr>
        <w:t xml:space="preserve">[13:37] </w:t>
      </w:r>
      <w:r>
        <w:t>hikmana andaaz mein. yani hikmana andaaz ka matlab yeh hai baghair lade hue.</w:t>
      </w:r>
    </w:p>
    <w:p>
      <w:pPr>
        <w:jc w:val="right"/>
      </w:pPr>
      <w:r>
        <w:t>حکیمانہ انداز میں۔ یعنی حکیمانہ انداز کا مطلب یہ ہے بغیر لڑے ہوئے۔</w:t>
      </w:r>
    </w:p>
    <w:p>
      <w:r>
        <w:rPr>
          <w:b/>
        </w:rPr>
        <w:t xml:space="preserve">[13:46] </w:t>
      </w:r>
      <w:r>
        <w:t>kyun ke jab bhi masail aate hain samne to aadmi kya karta hai? ghussa karta hai, ladta hai, nafrat karta hai.</w:t>
      </w:r>
    </w:p>
    <w:p>
      <w:pPr>
        <w:jc w:val="right"/>
      </w:pPr>
      <w:r>
        <w:t>کیونکہ جب بھی مسائل آتے ہیں سامنے تو آدمی کیا کرتا ہے؟ غصہ کرتا ہے، لڑتا ہے، نفرت کرتا ہے۔</w:t>
      </w:r>
    </w:p>
    <w:p>
      <w:r>
        <w:rPr>
          <w:b/>
        </w:rPr>
        <w:t xml:space="preserve">[13:56] </w:t>
      </w:r>
      <w:r>
        <w:t>chahta hai ke is ka meta daloon mein. yeh ruj hua.</w:t>
      </w:r>
    </w:p>
    <w:p>
      <w:pPr>
        <w:jc w:val="right"/>
      </w:pPr>
      <w:r>
        <w:t>چاہتا ہے کہ اس کا میٹا ڈالوں میں۔ یہ رج ہوا۔</w:t>
      </w:r>
    </w:p>
    <w:p>
      <w:r>
        <w:rPr>
          <w:b/>
        </w:rPr>
        <w:t xml:space="preserve">[14:06] </w:t>
      </w:r>
      <w:r>
        <w:t>to ruj ke maani dictionary ke aitbar se hai gandagi. lekin main samajhta hoon ke yahan ruj ka matlab yeh hai dirty practice.</w:t>
      </w:r>
    </w:p>
    <w:p>
      <w:pPr>
        <w:jc w:val="right"/>
      </w:pPr>
      <w:r>
        <w:t>تو رج کے معنی ڈکشنری کے اعتبار سے ہے گندگی۔ لیکن میں سمجھتا ہوں کہ یہاں رج کا مطلب یہ ہے ڈرٹی پریکٹس۔</w:t>
      </w:r>
    </w:p>
    <w:p>
      <w:r>
        <w:rPr>
          <w:b/>
        </w:rPr>
        <w:t xml:space="preserve">[14:21] </w:t>
      </w:r>
      <w:r>
        <w:t>ke dirty practice ko chodo.</w:t>
      </w:r>
    </w:p>
    <w:p>
      <w:pPr>
        <w:jc w:val="right"/>
      </w:pPr>
      <w:r>
        <w:t>کہ ڈرٹی پریکٹس کو چھوڑو۔</w:t>
      </w:r>
    </w:p>
    <w:p>
      <w:r>
        <w:rPr>
          <w:b/>
        </w:rPr>
        <w:t xml:space="preserve">[14:27] </w:t>
      </w:r>
      <w:r>
        <w:t>dirty practice ko chodo.</w:t>
      </w:r>
    </w:p>
    <w:p>
      <w:pPr>
        <w:jc w:val="right"/>
      </w:pPr>
      <w:r>
        <w:t>ڈرٹی پریکٹس کو چھوڑو۔</w:t>
      </w:r>
    </w:p>
    <w:p>
      <w:r>
        <w:rPr>
          <w:b/>
        </w:rPr>
        <w:t xml:space="preserve">[14:32] </w:t>
      </w:r>
      <w:r>
        <w:t>to is ka ulta kya hai? hamesha positive</w:t>
      </w:r>
    </w:p>
    <w:p>
      <w:pPr>
        <w:jc w:val="right"/>
      </w:pPr>
      <w:r>
        <w:t>تو اس کا الٹا کیا ہے؟ ہمیشہ پوزیٹیو</w:t>
      </w:r>
    </w:p>
    <w:p>
      <w:r>
        <w:rPr>
          <w:b/>
        </w:rPr>
        <w:t xml:space="preserve">[14:41] </w:t>
      </w:r>
      <w:r>
        <w:t>thinking par qaim raho.</w:t>
      </w:r>
    </w:p>
    <w:p>
      <w:pPr>
        <w:jc w:val="right"/>
      </w:pPr>
      <w:r>
        <w:t>تھنکنگ پر قائم رہو۔</w:t>
      </w:r>
    </w:p>
    <w:p>
      <w:r>
        <w:rPr>
          <w:b/>
        </w:rPr>
        <w:t xml:space="preserve">[14:47] </w:t>
      </w:r>
      <w:r>
        <w:t>positivity ko kabhi nahi chodo.</w:t>
      </w:r>
    </w:p>
    <w:p>
      <w:pPr>
        <w:jc w:val="right"/>
      </w:pPr>
      <w:r>
        <w:t>پوزیٹیوٹی کو کبھی نہیں چھوڑو۔</w:t>
      </w:r>
    </w:p>
    <w:p>
      <w:r>
        <w:rPr>
          <w:b/>
        </w:rPr>
        <w:t xml:space="preserve">[14:53] </w:t>
      </w:r>
      <w:r>
        <w:t>to goya ke rasool Allah ko do cheezen batai gayeen. ek tha</w:t>
      </w:r>
    </w:p>
    <w:p>
      <w:pPr>
        <w:jc w:val="right"/>
      </w:pPr>
      <w:r>
        <w:t>تو گویا کہ رسول اللہ کو دو چیزیں بتائی گئیں۔ ایک تھا</w:t>
      </w:r>
    </w:p>
    <w:p>
      <w:r>
        <w:rPr>
          <w:b/>
        </w:rPr>
        <w:t xml:space="preserve">[15:04] </w:t>
      </w:r>
      <w:r>
        <w:t>deen ka nazri ilm quran ki shakal mein. aur doosra bataya gaya ke jo jab tum uthoge is deen tauheed ke liye,</w:t>
      </w:r>
    </w:p>
    <w:p>
      <w:pPr>
        <w:jc w:val="right"/>
      </w:pPr>
      <w:r>
        <w:t>دین کا نظری علم قرآن کی شکل میں۔ اور دوسرا بتایا گیا کہ جو جب تم اٹھو گے اس دین توحید کے لیے،</w:t>
      </w:r>
    </w:p>
    <w:p>
      <w:r>
        <w:rPr>
          <w:b/>
        </w:rPr>
        <w:t xml:space="preserve">[15:23] </w:t>
      </w:r>
      <w:r>
        <w:t>to zahir hai ke is din is waqt arab mein deen tauheed to tha nahi. wahan to deen shirk phaila hua tha.</w:t>
      </w:r>
    </w:p>
    <w:p>
      <w:pPr>
        <w:jc w:val="right"/>
      </w:pPr>
      <w:r>
        <w:t>تو ظاہر ہے کہ اس دن اس وقت عرب میں دین توحید تو تھا نہیں۔ وہاں تو دین شرک پھیلا ہوا تھا۔</w:t>
      </w:r>
    </w:p>
    <w:p>
      <w:r>
        <w:rPr>
          <w:b/>
        </w:rPr>
        <w:t xml:space="preserve">[15:34] </w:t>
      </w:r>
      <w:r>
        <w:t>jo tum uthoge deen tauheed ki</w:t>
      </w:r>
    </w:p>
    <w:p>
      <w:pPr>
        <w:jc w:val="right"/>
      </w:pPr>
      <w:r>
        <w:t>جو تم اٹھو گے دین توحید کی</w:t>
      </w:r>
    </w:p>
    <w:p>
      <w:r>
        <w:rPr>
          <w:b/>
        </w:rPr>
        <w:t xml:space="preserve">[15:39] </w:t>
      </w:r>
      <w:r>
        <w:t>ke liye,</w:t>
      </w:r>
    </w:p>
    <w:p>
      <w:pPr>
        <w:jc w:val="right"/>
      </w:pPr>
      <w:r>
        <w:t>کے لیے،</w:t>
      </w:r>
    </w:p>
    <w:p>
      <w:r>
        <w:rPr>
          <w:b/>
        </w:rPr>
        <w:t xml:space="preserve">[15:43] </w:t>
      </w:r>
      <w:r>
        <w:t>to foran tumhare samne misaal a jayenge. misaal a jayenge.</w:t>
      </w:r>
    </w:p>
    <w:p>
      <w:pPr>
        <w:jc w:val="right"/>
      </w:pPr>
      <w:r>
        <w:t>تو فوراً تمہارے سامنے مثال آ جائیں گے۔ مثال آ جائیں گے۔</w:t>
      </w:r>
    </w:p>
    <w:p>
      <w:r>
        <w:rPr>
          <w:b/>
        </w:rPr>
        <w:t xml:space="preserve">[15:54] </w:t>
      </w:r>
      <w:r>
        <w:t>to is ko hikmat ke sath hal karo. yani</w:t>
      </w:r>
    </w:p>
    <w:p>
      <w:pPr>
        <w:jc w:val="right"/>
      </w:pPr>
      <w:r>
        <w:t>تو اس کو حکمت کے ساتھ حل کرو۔ یعنی</w:t>
      </w:r>
    </w:p>
    <w:p>
      <w:r>
        <w:rPr>
          <w:b/>
        </w:rPr>
        <w:t xml:space="preserve">[16:01] </w:t>
      </w:r>
      <w:r>
        <w:t>shor o ghal nahi, maar dhaar nahi.</w:t>
      </w:r>
    </w:p>
    <w:p>
      <w:pPr>
        <w:jc w:val="right"/>
      </w:pPr>
      <w:r>
        <w:t>شور و غل نہیں، مار دھاڑ نہیں۔</w:t>
      </w:r>
    </w:p>
    <w:p>
      <w:r>
        <w:rPr>
          <w:b/>
        </w:rPr>
        <w:t xml:space="preserve">[16:11] </w:t>
      </w:r>
      <w:r>
        <w:t>aaj kal jo tareeqe nikle hue hain bohat zyada,</w:t>
      </w:r>
    </w:p>
    <w:p>
      <w:pPr>
        <w:jc w:val="right"/>
      </w:pPr>
      <w:r>
        <w:t>آج کل جو طریقے نکلے ہوئے ہیں بہت زیادہ،</w:t>
      </w:r>
    </w:p>
    <w:p>
      <w:r>
        <w:rPr>
          <w:b/>
        </w:rPr>
        <w:t xml:space="preserve">[16:18] </w:t>
      </w:r>
      <w:r>
        <w:t>is se bach kar ke.</w:t>
      </w:r>
    </w:p>
    <w:p>
      <w:pPr>
        <w:jc w:val="right"/>
      </w:pPr>
      <w:r>
        <w:t>اس سے بچ کر کے۔</w:t>
      </w:r>
    </w:p>
    <w:p>
      <w:r>
        <w:rPr>
          <w:b/>
        </w:rPr>
        <w:t xml:space="preserve">[16:23] </w:t>
      </w:r>
      <w:r>
        <w:t>yani agitation se, ghusse se hato. agitation se hato.</w:t>
      </w:r>
    </w:p>
    <w:p>
      <w:pPr>
        <w:jc w:val="right"/>
      </w:pPr>
      <w:r>
        <w:t>یعنی ایجیٹیشن سے، غصے سے ہٹو۔ ایجیٹیشن سے ہٹو۔</w:t>
      </w:r>
    </w:p>
    <w:p>
      <w:r>
        <w:rPr>
          <w:b/>
        </w:rPr>
        <w:t xml:space="preserve">[16:35] </w:t>
      </w:r>
      <w:r>
        <w:t>aur</w:t>
      </w:r>
    </w:p>
    <w:p>
      <w:pPr>
        <w:jc w:val="right"/>
      </w:pPr>
      <w:r>
        <w:t>اور</w:t>
      </w:r>
    </w:p>
    <w:p>
      <w:r>
        <w:rPr>
          <w:b/>
        </w:rPr>
        <w:t xml:space="preserve">[16:39] </w:t>
      </w:r>
      <w:r>
        <w:t>high profile ko chhod kar ke low profile mein kaam karo.</w:t>
      </w:r>
    </w:p>
    <w:p>
      <w:pPr>
        <w:jc w:val="right"/>
      </w:pPr>
      <w:r>
        <w:t>ہائی پروفائل کو چھوڑ کر کے لو پروفائل میں کام کرو۔</w:t>
      </w:r>
    </w:p>
    <w:p>
      <w:r>
        <w:rPr>
          <w:b/>
        </w:rPr>
        <w:t xml:space="preserve">[16:45] </w:t>
      </w:r>
      <w:r>
        <w:t>to yeh hai practical wisdom.</w:t>
      </w:r>
    </w:p>
    <w:p>
      <w:pPr>
        <w:jc w:val="right"/>
      </w:pPr>
      <w:r>
        <w:t>تو یہ ہے پریکٹیکل وزڈم۔</w:t>
      </w:r>
    </w:p>
    <w:p>
      <w:r>
        <w:rPr>
          <w:b/>
        </w:rPr>
        <w:t xml:space="preserve">[16:53] </w:t>
      </w:r>
      <w:r>
        <w:t>nazri hikmat to quran mein thi. nazri hikmat. aur nazri hikmat jo thi woh quran mein bata di gayi thi.</w:t>
      </w:r>
    </w:p>
    <w:p>
      <w:pPr>
        <w:jc w:val="right"/>
      </w:pPr>
      <w:r>
        <w:t>نظری حکمت تو قرآن میں تھی۔ نظری حکمت۔ اور نظری حکمت جو تھی وہ قرآن میں بتا دی گئی گئی تھی۔</w:t>
      </w:r>
    </w:p>
    <w:p>
      <w:r>
        <w:rPr>
          <w:b/>
        </w:rPr>
        <w:t xml:space="preserve">[17:09] </w:t>
      </w:r>
      <w:r>
        <w:t>misalan pehla lafz jo quran mein hai, pehla:</w:t>
      </w:r>
    </w:p>
    <w:p>
      <w:pPr>
        <w:jc w:val="right"/>
      </w:pPr>
      <w:r>
        <w:t>مثلاً پہلا لفظ جو قرآن میں ہے، پہلا:</w:t>
      </w:r>
    </w:p>
    <w:p>
      <w:r>
        <w:rPr>
          <w:b/>
        </w:rPr>
        <w:t xml:space="preserve">[17:15] </w:t>
      </w:r>
      <w:r>
        <w:t>"alhamdulillah rabbul alameen".</w:t>
      </w:r>
    </w:p>
    <w:p>
      <w:pPr>
        <w:jc w:val="right"/>
      </w:pPr>
      <w:r>
        <w:t>"الحمدللہ رب العالمین"۔</w:t>
      </w:r>
    </w:p>
    <w:p>
      <w:r>
        <w:rPr>
          <w:b/>
        </w:rPr>
        <w:t xml:space="preserve">[17:21] </w:t>
      </w:r>
      <w:r>
        <w:t>main apne tajrube ki bina par yeh keh sakta hoon ke yeh hikmat ka khazana hai.</w:t>
      </w:r>
    </w:p>
    <w:p>
      <w:pPr>
        <w:jc w:val="right"/>
      </w:pPr>
      <w:r>
        <w:t>میں اپنے تجربے کی بنا پر یہ کہہ سکتا ہوں کہ یہ حکمت کا خزانہ ہے۔</w:t>
      </w:r>
    </w:p>
    <w:p>
      <w:r>
        <w:rPr>
          <w:b/>
        </w:rPr>
        <w:t xml:space="preserve">[17:29] </w:t>
      </w:r>
      <w:r>
        <w:t>ilm quraani ka khazana hai.</w:t>
      </w:r>
    </w:p>
    <w:p>
      <w:pPr>
        <w:jc w:val="right"/>
      </w:pPr>
      <w:r>
        <w:t>علم قرآنی کا خزانہ ہے۔</w:t>
      </w:r>
    </w:p>
    <w:p>
      <w:r>
        <w:rPr>
          <w:b/>
        </w:rPr>
        <w:t xml:space="preserve">[17:34] </w:t>
      </w:r>
      <w:r>
        <w:t>agar aap sach much</w:t>
      </w:r>
    </w:p>
    <w:p>
      <w:pPr>
        <w:jc w:val="right"/>
      </w:pPr>
      <w:r>
        <w:t>اگر آپ سچ مچ</w:t>
      </w:r>
    </w:p>
    <w:p>
      <w:r>
        <w:rPr>
          <w:b/>
        </w:rPr>
        <w:t xml:space="preserve">[17:39] </w:t>
      </w:r>
      <w:r>
        <w:t>pa jayen alhamd ki haqeeqat ko,</w:t>
      </w:r>
    </w:p>
    <w:p>
      <w:pPr>
        <w:jc w:val="right"/>
      </w:pPr>
      <w:r>
        <w:t>پا جائیں الحمد کی حقیقت کو،</w:t>
      </w:r>
    </w:p>
    <w:p>
      <w:r>
        <w:rPr>
          <w:b/>
        </w:rPr>
        <w:t xml:space="preserve">[17:45] </w:t>
      </w:r>
      <w:r>
        <w:t>to aap ko sari universe mil gayi.</w:t>
      </w:r>
    </w:p>
    <w:p>
      <w:pPr>
        <w:jc w:val="right"/>
      </w:pPr>
      <w:r>
        <w:t>تو آپ کو ساری یونیورس مل گئی۔</w:t>
      </w:r>
    </w:p>
    <w:p>
      <w:r>
        <w:rPr>
          <w:b/>
        </w:rPr>
        <w:t xml:space="preserve">[17:54] </w:t>
      </w:r>
      <w:r>
        <w:t>dekhiye, baaz mufassireen ne is ki tehqeeq ki hai bohat zyada diqqat ke sath ke hamd kya hai.</w:t>
      </w:r>
    </w:p>
    <w:p>
      <w:pPr>
        <w:jc w:val="right"/>
      </w:pPr>
      <w:r>
        <w:t>دیکھیے، بعض مفسرین نے اس کی تحقیق کی ہے بہت زیادہ دقت کے ساتھ کہ ہم کی حمد کیا ہے۔</w:t>
      </w:r>
    </w:p>
    <w:p>
      <w:r>
        <w:rPr>
          <w:b/>
        </w:rPr>
        <w:t xml:space="preserve">[18:10] </w:t>
      </w:r>
      <w:r>
        <w:t>unhon ne bataya hai ke arabi zaban mein hamd jo lafz arabi ki dictionary mein jo hamd ka lafz aata hai, us ki jo maghz hai aur asal hai woh hai shukr.</w:t>
      </w:r>
    </w:p>
    <w:p>
      <w:pPr>
        <w:jc w:val="right"/>
      </w:pPr>
      <w:r>
        <w:t>انہوں نے بتایا ہے کہ عربی زبان میں حمد جو لفظ عربی کی ڈکشنری میں جو حمد کا لفظ آتا ہے، اس کی جو مغز ہے اور اصل ہے وہ ہے شکر۔</w:t>
      </w:r>
    </w:p>
    <w:p>
      <w:r>
        <w:rPr>
          <w:b/>
        </w:rPr>
        <w:t xml:space="preserve">[18:24] </w:t>
      </w:r>
      <w:r>
        <w:t>shukr ka manifestation hai hamd. is ke mani ke alhamdulillah rabbul alameen ka matlab kya hua?</w:t>
      </w:r>
    </w:p>
    <w:p>
      <w:pPr>
        <w:jc w:val="right"/>
      </w:pPr>
      <w:r>
        <w:t>شکر کا مینیفیسٹیشن ہے حمد۔ اس کے معنی کہ الحمدللہ رب العالمین کا مطلب کیا ہوا؟</w:t>
      </w:r>
    </w:p>
    <w:p>
      <w:r>
        <w:rPr>
          <w:b/>
        </w:rPr>
        <w:t xml:space="preserve">[18:35] </w:t>
      </w:r>
      <w:r>
        <w:t>ke pehli baat, pehla kalma jo hai momin ki zaban se nikalne wala woh hai shukr.</w:t>
      </w:r>
    </w:p>
    <w:p>
      <w:pPr>
        <w:jc w:val="right"/>
      </w:pPr>
      <w:r>
        <w:t>کہ پہلی بات، پہلا کلمہ جو ہے مومن کی زبان سے نکلنے والا وہ ہے شکر۔</w:t>
      </w:r>
    </w:p>
    <w:p>
      <w:r>
        <w:rPr>
          <w:b/>
        </w:rPr>
        <w:t xml:space="preserve">[18:52] </w:t>
      </w:r>
      <w:r>
        <w:t>woh kaise hai?</w:t>
      </w:r>
    </w:p>
    <w:p>
      <w:pPr>
        <w:jc w:val="right"/>
      </w:pPr>
      <w:r>
        <w:t>وہ کیسے ہے؟</w:t>
      </w:r>
    </w:p>
    <w:p>
      <w:r>
        <w:rPr>
          <w:b/>
        </w:rPr>
        <w:t xml:space="preserve">[18:56] </w:t>
      </w:r>
      <w:r>
        <w:t>jab aap paida hote hain</w:t>
      </w:r>
    </w:p>
    <w:p>
      <w:pPr>
        <w:jc w:val="right"/>
      </w:pPr>
      <w:r>
        <w:t>جب آپ پیدا ہوتے ہیں</w:t>
      </w:r>
    </w:p>
    <w:p>
      <w:r>
        <w:rPr>
          <w:b/>
        </w:rPr>
        <w:t xml:space="preserve">[19:00] </w:t>
      </w:r>
      <w:r>
        <w:t>to agar aap ke andar</w:t>
      </w:r>
    </w:p>
    <w:p>
      <w:pPr>
        <w:jc w:val="right"/>
      </w:pPr>
      <w:r>
        <w:t>تو اگر آپ کے اندر</w:t>
      </w:r>
    </w:p>
    <w:p>
      <w:r>
        <w:rPr>
          <w:b/>
        </w:rPr>
        <w:t xml:space="preserve">[19:04] </w:t>
      </w:r>
      <w:r>
        <w:t>sochne ka maada hai,</w:t>
      </w:r>
    </w:p>
    <w:p>
      <w:pPr>
        <w:jc w:val="right"/>
      </w:pPr>
      <w:r>
        <w:t>سوچنے کا مادہ ہے،</w:t>
      </w:r>
    </w:p>
    <w:p>
      <w:r>
        <w:rPr>
          <w:b/>
        </w:rPr>
        <w:t xml:space="preserve">[19:06] </w:t>
      </w:r>
      <w:r>
        <w:t>sochne hain to aap ajeeb ghareeb tor par daryaft karte hain ke aap ko</w:t>
      </w:r>
    </w:p>
    <w:p>
      <w:pPr>
        <w:jc w:val="right"/>
      </w:pPr>
      <w:r>
        <w:t>سوچنے ہیں تو آپ عجیب غریب طور پر دریافت کرتے ہیں کہ آپ کو</w:t>
      </w:r>
    </w:p>
    <w:p>
      <w:r>
        <w:rPr>
          <w:b/>
        </w:rPr>
        <w:t xml:space="preserve">[19:13] </w:t>
      </w:r>
      <w:r>
        <w:t>khaliq ne ek kahin duniya mein</w:t>
      </w:r>
    </w:p>
    <w:p>
      <w:pPr>
        <w:jc w:val="right"/>
      </w:pPr>
      <w:r>
        <w:t>خالق نے ایک کہیں دنیا میں</w:t>
      </w:r>
    </w:p>
    <w:p>
      <w:r>
        <w:rPr>
          <w:b/>
        </w:rPr>
        <w:t xml:space="preserve">[19:18] </w:t>
      </w:r>
      <w:r>
        <w:t>sab se pehle to khaliq ne</w:t>
      </w:r>
    </w:p>
    <w:p>
      <w:pPr>
        <w:jc w:val="right"/>
      </w:pPr>
      <w:r>
        <w:t>سب سے پہلے تو خالق نے</w:t>
      </w:r>
    </w:p>
    <w:p>
      <w:r>
        <w:rPr>
          <w:b/>
        </w:rPr>
        <w:t xml:space="preserve">[19:22] </w:t>
      </w:r>
      <w:r>
        <w:t>maa maa ke</w:t>
      </w:r>
    </w:p>
    <w:p>
      <w:pPr>
        <w:jc w:val="right"/>
      </w:pPr>
      <w:r>
        <w:t>ماں ماں کے</w:t>
      </w:r>
    </w:p>
    <w:p>
      <w:r>
        <w:rPr>
          <w:b/>
        </w:rPr>
        <w:t xml:space="preserve">[19:25] </w:t>
      </w:r>
      <w:r>
        <w:t>batn mein woh sari cheezein jama kar dein jo aap ko zinda rehne ke liye zaroori theen.</w:t>
      </w:r>
    </w:p>
    <w:p>
      <w:pPr>
        <w:jc w:val="right"/>
      </w:pPr>
      <w:r>
        <w:t>بطن میں وہ ساری چیزیں جمع کر دیں جو آپ کو زندہ رہنے کے لیے ضروری تھیں۔</w:t>
      </w:r>
    </w:p>
    <w:p>
      <w:r>
        <w:rPr>
          <w:b/>
        </w:rPr>
        <w:t xml:space="preserve">[19:36] </w:t>
      </w:r>
      <w:r>
        <w:t>misalan aap pet ke andar hain, wahan aap ke liye pani maujood mehya kiya ja raha hai, doodh mehya kiya ja raha hai, oxygen mehya kiya ja raha hai.</w:t>
      </w:r>
    </w:p>
    <w:p>
      <w:pPr>
        <w:jc w:val="right"/>
      </w:pPr>
      <w:r>
        <w:t>مثلاً آپ پیٹ کے اندر ہیں، وہاں آپ کے لیے پانی موجود مہیا کیا جا رہا ہے، دودھ مہیا کیا جا رہا ہے، اکسیجن مہیا کی جا رہا ہے۔</w:t>
      </w:r>
    </w:p>
    <w:p>
      <w:r>
        <w:rPr>
          <w:b/>
        </w:rPr>
        <w:t xml:space="preserve">[19:52] </w:t>
      </w:r>
      <w:r>
        <w:t>woh sari cheezein. to aap kya karenge?</w:t>
      </w:r>
    </w:p>
    <w:p>
      <w:pPr>
        <w:jc w:val="right"/>
      </w:pPr>
      <w:r>
        <w:t>وہ ساری چیزیں۔ تو آپ کیا کریں گے؟</w:t>
      </w:r>
    </w:p>
    <w:p>
      <w:r>
        <w:rPr>
          <w:b/>
        </w:rPr>
        <w:t xml:space="preserve">[20:00] </w:t>
      </w:r>
      <w:r>
        <w:t>aap chala uthenge ke mere khaliq to shukr hai khaliq ka ke tu ne paida hone ke sath sath mujhe</w:t>
      </w:r>
    </w:p>
    <w:p>
      <w:pPr>
        <w:jc w:val="right"/>
      </w:pPr>
      <w:r>
        <w:t>آپ چلا اٹھیں گے کہ میرے خالق تو شکر ہے خالق کا کہ تو نے پیدا ہونے کے ساتھ ساتھ مجھے</w:t>
      </w:r>
    </w:p>
    <w:p>
      <w:r>
        <w:rPr>
          <w:b/>
        </w:rPr>
        <w:t xml:space="preserve">[20:16] </w:t>
      </w:r>
      <w:r>
        <w:t>woh sab kuch de diya jo jo mujhe chahiye tha.</w:t>
      </w:r>
    </w:p>
    <w:p>
      <w:pPr>
        <w:jc w:val="right"/>
      </w:pPr>
      <w:r>
        <w:t>وہ سب کچھ دے دیا جو جو مجھے چاہیے تھا۔</w:t>
      </w:r>
    </w:p>
    <w:p>
      <w:r>
        <w:rPr>
          <w:b/>
        </w:rPr>
        <w:t xml:space="preserve">[20:25] </w:t>
      </w:r>
      <w:r>
        <w:t>phir dekhiye, jab aap pait se insan ke pait se bahar aate hain, apni maan ke pait se bahar aate hain,</w:t>
      </w:r>
    </w:p>
    <w:p>
      <w:pPr>
        <w:jc w:val="right"/>
      </w:pPr>
      <w:r>
        <w:t>پھر دیکھیے، جب آپ پیٹ سے انسان کے پیٹ سے باہر آتے ہیں، اپنی ماں کے پیٹ سے باہر آتے ہیں،</w:t>
      </w:r>
    </w:p>
    <w:p>
      <w:r>
        <w:rPr>
          <w:b/>
        </w:rPr>
        <w:t xml:space="preserve">[20:36] </w:t>
      </w:r>
      <w:r>
        <w:t>to aap hairat angiz taur par daryaft karte hain ke aisi dunya ke mujhe zaroorat thi hawa ki to meri paidaish se pehle yeh hawa hawa mein maujood maujood hai.</w:t>
      </w:r>
    </w:p>
    <w:p>
      <w:pPr>
        <w:jc w:val="right"/>
      </w:pPr>
      <w:r>
        <w:t>تو آپ حیرت انگیز طور پر دریافت کرتے ہیں کہ ایسی دنیا کہ مجھے ضرورت تھی ہوا کی تو میری پیدائش سے پہلے یہ ہوا ہوا میں موجود موجود ہے۔</w:t>
      </w:r>
    </w:p>
    <w:p>
      <w:r>
        <w:rPr>
          <w:b/>
        </w:rPr>
        <w:t xml:space="preserve">[20:50] </w:t>
      </w:r>
      <w:r>
        <w:t>mujhe zaroorat thi pani ki to meri zaroorat se pehle har pani ka samandar maujood hai. mujhe zaroorat thi oxygen ki to meri paidaish se pehle yahan oxygen ka khazana maujood hai.</w:t>
      </w:r>
    </w:p>
    <w:p>
      <w:pPr>
        <w:jc w:val="right"/>
      </w:pPr>
      <w:r>
        <w:t>مجھے ضرورت تھی پانی کی تو میری ضرورت سے پہلے ہر پانی کا سمندر موجود ہے۔ مجھے ضرورت تھی اکسیجن کی تو میری پیدائش سے پہلے یہاں اکسیجن کا خزانہ موجود ہے۔</w:t>
      </w:r>
    </w:p>
    <w:p>
      <w:r>
        <w:rPr>
          <w:b/>
        </w:rPr>
        <w:t xml:space="preserve">[21:07] </w:t>
      </w:r>
      <w:r>
        <w:t>dunya ke jis hisse mein jaen to wahin par sab kuch maujood hai.</w:t>
      </w:r>
    </w:p>
    <w:p>
      <w:pPr>
        <w:jc w:val="right"/>
      </w:pPr>
      <w:r>
        <w:t>دنیا کے جس حصے میں جائیں تو وہیں پر سب کچھ موجود ہے۔</w:t>
      </w:r>
    </w:p>
    <w:p>
      <w:r>
        <w:rPr>
          <w:b/>
        </w:rPr>
        <w:t xml:space="preserve">[21:17] </w:t>
      </w:r>
      <w:r>
        <w:t>to pehla kalma jo nikle ga aap ki zuban se shukr hai us khalq ka jis ne mere sath itna bara ehsan kiya ke paida hone se pehle mere liye meri zaroorat ke samne akatha kar diya.</w:t>
      </w:r>
    </w:p>
    <w:p>
      <w:pPr>
        <w:jc w:val="right"/>
      </w:pPr>
      <w:r>
        <w:t>تو پہلا کلمہ جو نکلے گا آپ کی زبان سے شکر ہے اس خالق کا جس نے میرے ساتھ اتنا بڑا احسان کیا کہ پیدا ہونے سے پہلے میرے لیے میری ضرورت کے سامنے اکٹھا کر دیا۔</w:t>
      </w:r>
    </w:p>
    <w:p>
      <w:r>
        <w:rPr>
          <w:b/>
        </w:rPr>
        <w:t xml:space="preserve">[21:41] </w:t>
      </w:r>
      <w:r>
        <w:t>is tarah sochte sochte aap janenge ke Allah taala ne custom made universe tayyar ki aur woh us ne us ne mujhe paida kiya.</w:t>
      </w:r>
    </w:p>
    <w:p>
      <w:pPr>
        <w:jc w:val="right"/>
      </w:pPr>
      <w:r>
        <w:t>اس طرح سوچتے سوچتے آپ جانیں گے کہ اللہ تعالی نے کسٹم میڈ یونیورس تیار کی اور وہ اس نے اس نے مجھے پیدا کیا۔</w:t>
      </w:r>
    </w:p>
    <w:p>
      <w:r>
        <w:rPr>
          <w:b/>
        </w:rPr>
        <w:t xml:space="preserve">[21:55] </w:t>
      </w:r>
      <w:r>
        <w:t>ek custom made universe aap ko di. kaisi ajib baat hai!</w:t>
      </w:r>
    </w:p>
    <w:p>
      <w:pPr>
        <w:jc w:val="right"/>
      </w:pPr>
      <w:r>
        <w:t>ایک کسٹم میڈ یونیورس آپ کو دی۔ کیسی عجیب بات ہے!</w:t>
      </w:r>
    </w:p>
    <w:p>
      <w:r>
        <w:rPr>
          <w:b/>
        </w:rPr>
        <w:t xml:space="preserve">[22:04] </w:t>
      </w:r>
      <w:r>
        <w:t>custom made universe. custom made kehte hain, dekhiye, yeh jo joote banane wali companiyan jo hain, to jo log bohat zyada shaukeen hote hain, woh apne paon ka naap dete hain ja kar ke un ke karkhane mein.</w:t>
      </w:r>
    </w:p>
    <w:p>
      <w:pPr>
        <w:jc w:val="right"/>
      </w:pPr>
      <w:r>
        <w:t>کسٹم میڈ یونیورس۔ کسٹم میڈ کہتے ہیں، دیکھیے، یہ جو جوتا بنانے والی کمپنیاں جو ہیں، تو جو لوگ بہت زیادہ شوقین ہوتے ہیں، وہ اپنے پاؤں کا ناپ دیتے ہیں جا کر کے ان کے کارخانے میں۔</w:t>
      </w:r>
    </w:p>
    <w:p>
      <w:r>
        <w:rPr>
          <w:b/>
        </w:rPr>
        <w:t xml:space="preserve">[22:26] </w:t>
      </w:r>
      <w:r>
        <w:t>to theek aap ke paon ke mutabiq ek jora tayyar kiya jata hai.</w:t>
      </w:r>
    </w:p>
    <w:p>
      <w:pPr>
        <w:jc w:val="right"/>
      </w:pPr>
      <w:r>
        <w:t>تو ٹھیک آپ کے پاؤں کے مطابق ایک جوڑا تیار کیا جاتا ہے۔</w:t>
      </w:r>
    </w:p>
    <w:p>
      <w:r>
        <w:rPr>
          <w:b/>
        </w:rPr>
        <w:t xml:space="preserve">[22:35] </w:t>
      </w:r>
      <w:r>
        <w:t>yani ek to karkhane ke aitbar se chezen banti hain, dher ke dher, aur ek joota, jora, ek jora theek aap ke paon ke lihaz se,</w:t>
      </w:r>
    </w:p>
    <w:p>
      <w:pPr>
        <w:jc w:val="right"/>
      </w:pPr>
      <w:r>
        <w:t>یعنی ایک تو کارخانے کے اعتبار سے چیزیں بنتی ہیں، ڈھیر کے ڈھیر، اور ایک جوتا، جوڑا، ایک جوڑا ٹھیک آپ کے پاؤں کے لحاظ سے،</w:t>
      </w:r>
    </w:p>
    <w:p>
      <w:r>
        <w:rPr>
          <w:b/>
        </w:rPr>
        <w:t xml:space="preserve">[22:50] </w:t>
      </w:r>
      <w:r>
        <w:t>is ko kehte hain custom made shoe.</w:t>
      </w:r>
    </w:p>
    <w:p>
      <w:pPr>
        <w:jc w:val="right"/>
      </w:pPr>
      <w:r>
        <w:t>اس کو کہتے ہیں کسٹم میڈ شو۔</w:t>
      </w:r>
    </w:p>
    <w:p>
      <w:r>
        <w:rPr>
          <w:b/>
        </w:rPr>
        <w:t xml:space="preserve">[22:56] </w:t>
      </w:r>
      <w:r>
        <w:t>to isi tarike se yeh dunya jo hai, ek custom made dunya.</w:t>
      </w:r>
    </w:p>
    <w:p>
      <w:pPr>
        <w:jc w:val="right"/>
      </w:pPr>
      <w:r>
        <w:t>تو اسی طریقے سے یہ دنیا جو ہے، ایک کسٹم میڈ دنیا۔</w:t>
      </w:r>
    </w:p>
    <w:p>
      <w:r>
        <w:rPr>
          <w:b/>
        </w:rPr>
        <w:t xml:space="preserve">[23:05] </w:t>
      </w:r>
      <w:r>
        <w:t>jaise mein pehli bar jab gaya tha America, amuman New York ke airport pe utra aur bahar aya to maine dekha ke bahar ki dunya mein bhi,</w:t>
      </w:r>
    </w:p>
    <w:p>
      <w:pPr>
        <w:jc w:val="right"/>
      </w:pPr>
      <w:r>
        <w:t>جیسے میں پہلی بار جب گیا تھا امریکہ، عموماً نیویارک کے ایئرپورٹ پہ اترا اور باہر آیا تو میں نے دیکھا کہ باہر کی دنیا میں بھی،</w:t>
      </w:r>
    </w:p>
    <w:p>
      <w:r>
        <w:rPr>
          <w:b/>
        </w:rPr>
        <w:t xml:space="preserve">[23:24] </w:t>
      </w:r>
      <w:r>
        <w:t>jis tarah India mein, main jab maine chora</w:t>
      </w:r>
    </w:p>
    <w:p>
      <w:pPr>
        <w:jc w:val="right"/>
      </w:pPr>
      <w:r>
        <w:t>جس طرح انڈیا میں، میں جب میں نے چھوڑا</w:t>
      </w:r>
    </w:p>
    <w:p>
      <w:r>
        <w:rPr>
          <w:b/>
        </w:rPr>
        <w:t xml:space="preserve">[23:31] </w:t>
      </w:r>
      <w:r>
        <w:t>New Delhi airport ko to yahan mujhe aakhri waqt tak</w:t>
      </w:r>
    </w:p>
    <w:p>
      <w:pPr>
        <w:jc w:val="right"/>
      </w:pPr>
      <w:r>
        <w:t>نئی دہلی ایئرپورٹ کو تو یہاں مجھے آخری وقت تک</w:t>
      </w:r>
    </w:p>
    <w:p>
      <w:r>
        <w:rPr>
          <w:b/>
        </w:rPr>
        <w:t xml:space="preserve">[23:44] </w:t>
      </w:r>
      <w:r>
        <w:t>har cheez supply ho rahi thi.</w:t>
      </w:r>
    </w:p>
    <w:p>
      <w:pPr>
        <w:jc w:val="right"/>
      </w:pPr>
      <w:r>
        <w:t>ہر چیز سپلائی ہو رہی تھی۔</w:t>
      </w:r>
    </w:p>
    <w:p>
      <w:r>
        <w:rPr>
          <w:b/>
        </w:rPr>
        <w:t xml:space="preserve">[23:48] </w:t>
      </w:r>
      <w:r>
        <w:t>aakhri waqt tak.</w:t>
      </w:r>
    </w:p>
    <w:p>
      <w:pPr>
        <w:jc w:val="right"/>
      </w:pPr>
      <w:r>
        <w:t>آخری وقت تک۔</w:t>
      </w:r>
    </w:p>
    <w:p>
      <w:r>
        <w:rPr>
          <w:b/>
        </w:rPr>
        <w:t xml:space="preserve">[23:53] </w:t>
      </w:r>
      <w:r>
        <w:t>phir jab mein pahuncha America aur New York, New York, New York airport pe utra to hairat angiz taur par mujh se pehle wahan woh sab cheez maujood thi jo mujhe chahiye.</w:t>
      </w:r>
    </w:p>
    <w:p>
      <w:pPr>
        <w:jc w:val="right"/>
      </w:pPr>
      <w:r>
        <w:t>پھر جب میں پہنچا امریکہ اور نیویارک، نیویارک، نیویارک ایئرپورٹ پہ اترا تو حیرت انگیز طور پر مجھ سے پہلے وہاں وہ سب چیز موجود تھی جو مجھے چاہیے۔</w:t>
      </w:r>
    </w:p>
    <w:p>
      <w:r>
        <w:rPr>
          <w:b/>
        </w:rPr>
        <w:t xml:space="preserve">[24:14] </w:t>
      </w:r>
      <w:r>
        <w:t>woh sab se pehle.</w:t>
      </w:r>
    </w:p>
    <w:p>
      <w:pPr>
        <w:jc w:val="right"/>
      </w:pPr>
      <w:r>
        <w:t>وہ سب سے پہلے۔</w:t>
      </w:r>
    </w:p>
    <w:p>
      <w:r>
        <w:rPr>
          <w:b/>
        </w:rPr>
        <w:t xml:space="preserve">[24:22] </w:t>
      </w:r>
      <w:r>
        <w:t>halanke maine to paida nahi kiya tha America ko. yeh to Allah tha jis ne paida kiya America ko aur sab cheez wahan pehle maujood kar di.</w:t>
      </w:r>
    </w:p>
    <w:p>
      <w:pPr>
        <w:jc w:val="right"/>
      </w:pPr>
      <w:r>
        <w:t>حالانکہ میں نے تو پیدا نہیں کیا تھا امریکہ کو۔ یہ تو اللہ تھا جس نے پیدا کیا امریکہ کو اور سب چیز وہاں پہلے موجود کر دی۔</w:t>
      </w:r>
    </w:p>
    <w:p>
      <w:r>
        <w:rPr>
          <w:b/>
        </w:rPr>
        <w:t xml:space="preserve">[24:41] </w:t>
      </w:r>
      <w:r>
        <w:t>to ek custom made universe.</w:t>
      </w:r>
    </w:p>
    <w:p>
      <w:pPr>
        <w:jc w:val="right"/>
      </w:pPr>
      <w:r>
        <w:t>تو ایک کسٹم میڈ یونیورس۔</w:t>
      </w:r>
    </w:p>
    <w:p>
      <w:r>
        <w:rPr>
          <w:b/>
        </w:rPr>
        <w:t xml:space="preserve">[24:46] </w:t>
      </w:r>
      <w:r>
        <w:t>agar jab insan paida hota hai, us waqt agar us ko bolne ki taqat ho, bolne ki, to sab se pehla kalma jo nikle ga woh yeh hai ke khalq tera shukr hai ke tu ne mujhe ek custom made universe de di hai.</w:t>
      </w:r>
    </w:p>
    <w:p>
      <w:pPr>
        <w:jc w:val="right"/>
      </w:pPr>
      <w:r>
        <w:t>اگر جب انسان پیدا ہوتا ہے، اس وقت اگر اس کو بولنے کی طاقت ہو، بولنے کی، تو سب سے پہلا کلمہ جو نکلے گا وہ یہ ہے کہ خالق تیرا شکر ہے کہ تو نے مجھے ایک کسٹم میڈ یونیورس دے دی ہے۔</w:t>
      </w:r>
    </w:p>
    <w:p>
      <w:r>
        <w:rPr>
          <w:b/>
        </w:rPr>
        <w:t xml:space="preserve">[25:13] </w:t>
      </w:r>
      <w:r>
        <w:t>ab aap ghor kijiye ke agar aap is ehsas mein jite hon</w:t>
      </w:r>
    </w:p>
    <w:p>
      <w:pPr>
        <w:jc w:val="right"/>
      </w:pPr>
      <w:r>
        <w:t>اب آپ غور کیجئے کہ اگر آپ اس احساس میں جیتے ہوں</w:t>
      </w:r>
    </w:p>
    <w:p>
      <w:r>
        <w:rPr>
          <w:b/>
        </w:rPr>
        <w:t xml:space="preserve">[25:21] </w:t>
      </w:r>
      <w:r>
        <w:t>to aap ki, yani sir se paon tak, aap ke andar shukr, shukr, shukr chhaya rahe ga.</w:t>
      </w:r>
    </w:p>
    <w:p>
      <w:pPr>
        <w:jc w:val="right"/>
      </w:pPr>
      <w:r>
        <w:t>تو آپ کی، یعنی سر سے پاؤں تک، آپ کے اندر شکر، شکر، شکر چھایا رہے گا۔</w:t>
      </w:r>
    </w:p>
    <w:p>
      <w:r>
        <w:rPr>
          <w:b/>
        </w:rPr>
        <w:t xml:space="preserve">[25:33] </w:t>
      </w:r>
      <w:r>
        <w:t>to kahan se aye ga ghazab? kahan se aye ga kina? kahan se aye gi nafrat?</w:t>
      </w:r>
    </w:p>
    <w:p>
      <w:pPr>
        <w:jc w:val="right"/>
      </w:pPr>
      <w:r>
        <w:t>تو کہاں سے آئے گا غضب؟ کہاں سے آئے گا کینہ؟ کہاں سے آئے گا نفرت؟</w:t>
      </w:r>
    </w:p>
    <w:p>
      <w:r>
        <w:rPr>
          <w:b/>
        </w:rPr>
        <w:t xml:space="preserve">[25:42] </w:t>
      </w:r>
      <w:r>
        <w:t>sari universe aap ko kahe gi ke kaisa bewakoof yeh aadmi hai ke is ke khaliq ne, is ke creator ne, is ko paida kiya, ek aisi duniya di is ko,</w:t>
      </w:r>
    </w:p>
    <w:p>
      <w:pPr>
        <w:jc w:val="right"/>
      </w:pPr>
      <w:r>
        <w:t>ساری یونیورس آپ کو کہے گی کہ کیسا بیوقوف یہ آدمی ہے کہ اس کے خالق نے، اس کے کریٹر نے، اس کو پیدا کیا، ایک ایسی دنیا دی اس کو،</w:t>
      </w:r>
    </w:p>
    <w:p>
      <w:r>
        <w:rPr>
          <w:b/>
        </w:rPr>
        <w:t xml:space="preserve">[25:57] </w:t>
      </w:r>
      <w:r>
        <w:t>aisi anmol duniya, anmol</w:t>
      </w:r>
    </w:p>
    <w:p>
      <w:pPr>
        <w:jc w:val="right"/>
      </w:pPr>
      <w:r>
        <w:t>ایسی انمول دنیا، انمول</w:t>
      </w:r>
    </w:p>
    <w:p>
      <w:r>
        <w:rPr>
          <w:b/>
        </w:rPr>
        <w:t xml:space="preserve">[26:04] </w:t>
      </w:r>
      <w:r>
        <w:t>jo custom made universe thi</w:t>
      </w:r>
    </w:p>
    <w:p>
      <w:pPr>
        <w:jc w:val="right"/>
      </w:pPr>
      <w:r>
        <w:t>جو کسٹم میڈ یونیورس تھی</w:t>
      </w:r>
    </w:p>
    <w:p>
      <w:r>
        <w:rPr>
          <w:b/>
        </w:rPr>
        <w:t xml:space="preserve">[26:10] </w:t>
      </w:r>
      <w:r>
        <w:t>poore mani mein. aur wahan woh ghussa karta hai, kina karta hai.</w:t>
      </w:r>
    </w:p>
    <w:p>
      <w:pPr>
        <w:jc w:val="right"/>
      </w:pPr>
      <w:r>
        <w:t>پورے معنی میں۔ اور وہاں وہ غصہ کرتا ہے، کینہ کرتا ہے۔</w:t>
      </w:r>
    </w:p>
    <w:p>
      <w:r>
        <w:rPr>
          <w:b/>
        </w:rPr>
        <w:t xml:space="preserve">[26:21] </w:t>
      </w:r>
      <w:r>
        <w:t>is se zyada bewakoof kaun hoga?</w:t>
      </w:r>
    </w:p>
    <w:p>
      <w:pPr>
        <w:jc w:val="right"/>
      </w:pPr>
      <w:r>
        <w:t>اس سے زیادہ بیوقوف کون ہوگا؟</w:t>
      </w:r>
    </w:p>
    <w:p>
      <w:r>
        <w:rPr>
          <w:b/>
        </w:rPr>
        <w:t xml:space="preserve">[26:25] </w:t>
      </w:r>
      <w:r>
        <w:t>to sari universe, jo aadmi is duniya mein, yaad rakhiye, Khuda ki is duniya mein, jo aadmi</w:t>
      </w:r>
    </w:p>
    <w:p>
      <w:pPr>
        <w:jc w:val="right"/>
      </w:pPr>
      <w:r>
        <w:t>تو ساری یونیورس، جو آدمی اس دنیا میں، یاد رکھیے، خدا کی اس دنیا میں، جو آدمی</w:t>
      </w:r>
    </w:p>
    <w:p>
      <w:r>
        <w:rPr>
          <w:b/>
        </w:rPr>
        <w:t xml:space="preserve">[26:37] </w:t>
      </w:r>
      <w:r>
        <w:t>negative thought ke sath jiye,</w:t>
      </w:r>
    </w:p>
    <w:p>
      <w:pPr>
        <w:jc w:val="right"/>
      </w:pPr>
      <w:r>
        <w:t>نیگیٹیو تھاٹ کے ساتھ جیے،</w:t>
      </w:r>
    </w:p>
    <w:p>
      <w:r>
        <w:rPr>
          <w:b/>
        </w:rPr>
        <w:t xml:space="preserve">[26:44] </w:t>
      </w:r>
      <w:r>
        <w:t>jo aadmi is duniya mein negative thought ke sath jiye, sari universe is ko kehti hai ke is tarah bewakoof to koi hai nahi</w:t>
      </w:r>
    </w:p>
    <w:p>
      <w:pPr>
        <w:jc w:val="right"/>
      </w:pPr>
      <w:r>
        <w:t>جو آدمی اس دنیا میں نیگیٹیو تھاٹ کے ساتھ جیے، ساری یونیورس اس کو کہتی ہے کہ اس طرح بیوقوف تو کوئی ہے نہیں</w:t>
      </w:r>
    </w:p>
    <w:p>
      <w:r>
        <w:rPr>
          <w:b/>
        </w:rPr>
        <w:t xml:space="preserve">[26:57] </w:t>
      </w:r>
      <w:r>
        <w:t>ke khaliq ne is ko itni bari nemmat di ke universe, custom made universe, is ke liye takhleeq ki paida kar di hai.</w:t>
      </w:r>
    </w:p>
    <w:p>
      <w:pPr>
        <w:jc w:val="right"/>
      </w:pPr>
      <w:r>
        <w:t>کہ خالق نے اس کو اتنی بڑی نعمت دی کہ یونیورس، کسٹم میڈ یونیورس، اس کے لیے تخلیق کی پیدا کر دی ہے۔</w:t>
      </w:r>
    </w:p>
    <w:p>
      <w:r>
        <w:rPr>
          <w:b/>
        </w:rPr>
        <w:t xml:space="preserve">[27:12] </w:t>
      </w:r>
      <w:r>
        <w:t>aur wahan woh ek aisi duniya mein, is ko sirf shukre mein jeena chahiye tha, lekin woh jee raha hai negative thought mein.</w:t>
      </w:r>
    </w:p>
    <w:p>
      <w:pPr>
        <w:jc w:val="right"/>
      </w:pPr>
      <w:r>
        <w:t>اور وہاں وہ ایک ایسی دنیا میں، اس کو صرف شکریے میں جینا چاہیے تھا، لیکن وہ جی رہا ہے نیگیٹیو تھاٹ میں۔</w:t>
      </w:r>
    </w:p>
    <w:p>
      <w:r>
        <w:rPr>
          <w:b/>
        </w:rPr>
        <w:t xml:space="preserve">[27:25] </w:t>
      </w:r>
      <w:r>
        <w:t>phir dekhiye, yeh saada baat nahi hai.</w:t>
      </w:r>
    </w:p>
    <w:p>
      <w:pPr>
        <w:jc w:val="right"/>
      </w:pPr>
      <w:r>
        <w:t>پھر دیکھیے، یہ سادہ بات نہیں ہے۔</w:t>
      </w:r>
    </w:p>
    <w:p>
      <w:r>
        <w:rPr>
          <w:b/>
        </w:rPr>
        <w:t xml:space="preserve">[27:34] </w:t>
      </w:r>
      <w:r>
        <w:t>main apne zaati tajrube se keh sakta hoon ke jo aadmi negative thought mein jiye, is ke andar wisdom ka development nahi hoga.</w:t>
      </w:r>
    </w:p>
    <w:p>
      <w:pPr>
        <w:jc w:val="right"/>
      </w:pPr>
      <w:r>
        <w:t>میں اپنے ذاتی تجربے سے کہہ سکتا ہوں کہ جو آدمی نیگیٹیو تھاٹ میں جیے، اس کے اندر وزڈم کا ڈیولپمنٹ نہیں ہوگا۔</w:t>
      </w:r>
    </w:p>
    <w:p>
      <w:r>
        <w:rPr>
          <w:b/>
        </w:rPr>
        <w:t xml:space="preserve">[27:49] </w:t>
      </w:r>
      <w:r>
        <w:t>wisdom ka development. aur jo aadmi positive thinking mein jiye,</w:t>
      </w:r>
    </w:p>
    <w:p>
      <w:pPr>
        <w:jc w:val="right"/>
      </w:pPr>
      <w:r>
        <w:t>وزڈم کا ڈیولپمنٹ۔ اور جو آدمی پوزیٹیو تھنکنگ میں جیے،</w:t>
      </w:r>
    </w:p>
    <w:p>
      <w:r>
        <w:rPr>
          <w:b/>
        </w:rPr>
        <w:t xml:space="preserve">[28:01] </w:t>
      </w:r>
      <w:r>
        <w:t>is ke andar wisdom ka development hoga.</w:t>
      </w:r>
    </w:p>
    <w:p>
      <w:pPr>
        <w:jc w:val="right"/>
      </w:pPr>
      <w:r>
        <w:t>اس کے اندر وزڈم کا ڈیولپمنٹ ہوگا۔</w:t>
      </w:r>
    </w:p>
    <w:p>
      <w:r>
        <w:rPr>
          <w:b/>
        </w:rPr>
        <w:t xml:space="preserve">[28:10] </w:t>
      </w:r>
      <w:r>
        <w:t>main aap ko misaal deta hoon ke teen sau saal pehle Newton apne seb ke bagh mein baitha hua tha aur is ke sar par ek seb gira.</w:t>
      </w:r>
    </w:p>
    <w:p>
      <w:pPr>
        <w:jc w:val="right"/>
      </w:pPr>
      <w:r>
        <w:t>میں آپ کو مثال دیتا ہوں کہ تین سو سال پہلے نیوٹن اپنے سیب کے باغ میں بیٹھا ہوا تھا اور اس کے سر پر ایک سیب گرا۔</w:t>
      </w:r>
    </w:p>
    <w:p>
      <w:r>
        <w:rPr>
          <w:b/>
        </w:rPr>
        <w:t xml:space="preserve">[28:27] </w:t>
      </w:r>
      <w:r>
        <w:t>aap ko tajruba hoga ke upar se koi cheez gire to is ki chot bohat barh jati hai.</w:t>
      </w:r>
    </w:p>
    <w:p>
      <w:pPr>
        <w:jc w:val="right"/>
      </w:pPr>
      <w:r>
        <w:t>آپ کو تجربہ ہوگا کہ اوپر سے کوئی چیز گرے تو اس کی چوٹ بہت بڑھ جاتی ہے۔</w:t>
      </w:r>
    </w:p>
    <w:p>
      <w:r>
        <w:rPr>
          <w:b/>
        </w:rPr>
        <w:t xml:space="preserve">[28:40] </w:t>
      </w:r>
      <w:r>
        <w:t>to aap ghor kijiye, Newton ke sar par ek pathar gira, pathar, seb pathar ke manind.</w:t>
      </w:r>
    </w:p>
    <w:p>
      <w:pPr>
        <w:jc w:val="right"/>
      </w:pPr>
      <w:r>
        <w:t>تو آپ غور کیجئے، نیوٹن کے سر پر ایک پتھر گرا، پتھر، سیب پتھر کے مانند۔</w:t>
      </w:r>
    </w:p>
    <w:p>
      <w:r>
        <w:rPr>
          <w:b/>
        </w:rPr>
        <w:t xml:space="preserve">[28:52] </w:t>
      </w:r>
      <w:r>
        <w:t>lekin isi se duniya ne woh azeem tareen daryaft mili duniya ko, jisay kehte hain gravitational pull,</w:t>
      </w:r>
    </w:p>
    <w:p>
      <w:pPr>
        <w:jc w:val="right"/>
      </w:pPr>
      <w:r>
        <w:t>لیکن اسی سے دنیا نے وہ عظیم ترین دریافت ملی دنیا کو، جسے کہتے ہیں گریویٹیشنل پل،</w:t>
      </w:r>
    </w:p>
    <w:p>
      <w:r>
        <w:rPr>
          <w:b/>
        </w:rPr>
        <w:t xml:space="preserve">[29:08] </w:t>
      </w:r>
      <w:r>
        <w:t>ke zameen mein kashish quwwat, gravitational pull.</w:t>
      </w:r>
    </w:p>
    <w:p>
      <w:pPr>
        <w:jc w:val="right"/>
      </w:pPr>
      <w:r>
        <w:t>کہ زمین میں کشش قوت، گریویٹیشنل پل۔</w:t>
      </w:r>
    </w:p>
    <w:p>
      <w:r>
        <w:rPr>
          <w:b/>
        </w:rPr>
        <w:t xml:space="preserve">[29:15] </w:t>
      </w:r>
      <w:r>
        <w:t>main is ko kehta hoon apple shock. ke duniya ko pehli bar jo tajruba hua insaan ko ki shakal mein, woh tha apple shock.</w:t>
      </w:r>
    </w:p>
    <w:p>
      <w:pPr>
        <w:jc w:val="right"/>
      </w:pPr>
      <w:r>
        <w:t>میں اس کو کہتا ہوں ایپل شاک۔ کہ دنیا کو پہلی بار جو تجربہ ہوا انسان کو کی شکل میں، وہ تھا ایپل شاک۔</w:t>
      </w:r>
    </w:p>
    <w:p>
      <w:r>
        <w:rPr>
          <w:b/>
        </w:rPr>
        <w:t xml:space="preserve">[29:31] </w:t>
      </w:r>
      <w:r>
        <w:t>apple shock.</w:t>
      </w:r>
    </w:p>
    <w:p>
      <w:pPr>
        <w:jc w:val="right"/>
      </w:pPr>
      <w:r>
        <w:t>ایپل شاک۔</w:t>
      </w:r>
    </w:p>
    <w:p>
      <w:r>
        <w:rPr>
          <w:b/>
        </w:rPr>
        <w:t xml:space="preserve">[29:35] </w:t>
      </w:r>
      <w:r>
        <w:t>lekin is se itni bari cheez daryaft hui</w:t>
      </w:r>
    </w:p>
    <w:p>
      <w:pPr>
        <w:jc w:val="right"/>
      </w:pPr>
      <w:r>
        <w:t>لیکن اس سے اتنی بڑی چیز دریافت ہوئی</w:t>
      </w:r>
    </w:p>
    <w:p>
      <w:r>
        <w:rPr>
          <w:b/>
        </w:rPr>
        <w:t xml:space="preserve">[29:40] </w:t>
      </w:r>
      <w:r>
        <w:t>ke insaan ki zuban se is ka response jo nikle ga, woh shukr shukr nikle ga. kyunke dekhiye, yeh jo gravitational pull hai, agar woh na ho</w:t>
      </w:r>
    </w:p>
    <w:p>
      <w:pPr>
        <w:jc w:val="right"/>
      </w:pPr>
      <w:r>
        <w:t>کہ انسان کی زبان سے اس کا رسپانس جو نکلے گا، وہ شکر شکر نکلے گا۔ کیونکہ دیکھیے، یہ جو گریویٹیشنل پل ہے، اگر وہ نہ ہو</w:t>
      </w:r>
    </w:p>
    <w:p>
      <w:r>
        <w:rPr>
          <w:b/>
        </w:rPr>
        <w:t xml:space="preserve">[29:55] </w:t>
      </w:r>
      <w:r>
        <w:t>to hum yahan baithe hue na hon.</w:t>
      </w:r>
    </w:p>
    <w:p>
      <w:pPr>
        <w:jc w:val="right"/>
      </w:pPr>
      <w:r>
        <w:t>تو ہم یہاں بیٹھے ہوئے نہ ہوں۔</w:t>
      </w:r>
    </w:p>
    <w:p>
      <w:r>
        <w:rPr>
          <w:b/>
        </w:rPr>
        <w:t xml:space="preserve">[30:05] </w:t>
      </w:r>
      <w:r>
        <w:t>dekhiye, yeh zameen jo hai, is ke taqreeban paanch sau kilometer tak hawa hai.</w:t>
      </w:r>
    </w:p>
    <w:p>
      <w:pPr>
        <w:jc w:val="right"/>
      </w:pPr>
      <w:r>
        <w:t>دیکھیے، یہ زمین جو ہے، اس کے تقریباً پانچ سو کلومیٹر تک ہوا ہے۔</w:t>
      </w:r>
    </w:p>
    <w:p>
      <w:r>
        <w:rPr>
          <w:b/>
        </w:rPr>
        <w:t xml:space="preserve">[30:15] </w:t>
      </w:r>
      <w:r>
        <w:t>yeh hua kaise hai? yahi, yahi kashish ki jo quwwat hai, usi ki wajah se hai.</w:t>
      </w:r>
    </w:p>
    <w:p>
      <w:pPr>
        <w:jc w:val="right"/>
      </w:pPr>
      <w:r>
        <w:t>یہ ہوا کیسے ہے؟ یہی، یہی کشش کی جو قوت ہے، اسی کی وجہ سے ہے۔</w:t>
      </w:r>
    </w:p>
    <w:p>
      <w:r>
        <w:rPr>
          <w:b/>
        </w:rPr>
        <w:t xml:space="preserve">[30:23] </w:t>
      </w:r>
      <w:r>
        <w:t>woh na hua urr jaye, idhar udhar chali jaye, idhar chali jaye. toh hawa ka jo chadar hai zameen ke upar, usko thaame hue hain gravitational pull.</w:t>
      </w:r>
    </w:p>
    <w:p>
      <w:pPr>
        <w:jc w:val="right"/>
      </w:pPr>
      <w:r>
        <w:t>وہ نہ ہوا اڑ جائے، ادھر ادھر چلی جائے، ادھر چلی جائے۔ تو ہوا کا جو چادر ہے زمین کے اوپر، اس کو تھامے ہوئے ہیں گریویٹیشنل پل۔</w:t>
      </w:r>
    </w:p>
    <w:p>
      <w:r>
        <w:rPr>
          <w:b/>
        </w:rPr>
        <w:t xml:space="preserve">[30:35] </w:t>
      </w:r>
      <w:r>
        <w:t>hum jo ek ghar mein baithe hue hain, ek shehar mein baithe hue hain, isi liye.</w:t>
      </w:r>
    </w:p>
    <w:p>
      <w:pPr>
        <w:jc w:val="right"/>
      </w:pPr>
      <w:r>
        <w:t>ہم جو ایک گھر میں بیٹھے ہوئے ہیں، ایک شہر میں بیٹھے ہوئے ہیں، اسی لیے۔</w:t>
      </w:r>
    </w:p>
    <w:p>
      <w:r>
        <w:rPr>
          <w:b/>
        </w:rPr>
        <w:t xml:space="preserve">[30:45] </w:t>
      </w:r>
      <w:r>
        <w:t>warna yeh, yeh hamare ghar jo hain, yeh tareeqe kitne urrein idhar udhar.</w:t>
      </w:r>
    </w:p>
    <w:p>
      <w:pPr>
        <w:jc w:val="right"/>
      </w:pPr>
      <w:r>
        <w:t>ورنہ یہ، یہ ہمارے گھر جو ہیں، یہ طریقے کتنے اڑیں ادھر ادھر۔</w:t>
      </w:r>
    </w:p>
    <w:p>
      <w:r>
        <w:rPr>
          <w:b/>
        </w:rPr>
        <w:t xml:space="preserve">[30:56] </w:t>
      </w:r>
      <w:r>
        <w:t>kabhi aap ne aage tajruba kiya ho ke bicycle ke pehye par ek ek kankri rakh dijiye, kankri, aur uske pehye chalaiye toh kankri wahan ja ke urey gi.</w:t>
      </w:r>
    </w:p>
    <w:p>
      <w:pPr>
        <w:jc w:val="right"/>
      </w:pPr>
      <w:r>
        <w:t>کبھی آپ نے آگے تجربہ کیا ہو کہ بائیسکل کے پہیے پر ایک ایک کنکری رکھ دیجئے، کنکری، اور اس کے پہیے چلائیے تو کنکری وہاں جا کے اڑے گی۔</w:t>
      </w:r>
    </w:p>
    <w:p>
      <w:r>
        <w:rPr>
          <w:b/>
        </w:rPr>
        <w:t xml:space="preserve">[31:12] </w:t>
      </w:r>
      <w:r>
        <w:t>isko kehte hain stability. toh zameen mein jo stability hai, usi ki wajah se yahan tehzeeb hai, usi ki wajah se civilization hai, usi ki wajah se yahan shehar hain, usi ki wajah se sab kuch hai jo duniya mein hai.</w:t>
      </w:r>
    </w:p>
    <w:p>
      <w:pPr>
        <w:jc w:val="right"/>
      </w:pPr>
      <w:r>
        <w:t>اس کو کہتے ہیں اسٹیبلٹی۔ تو زمین میں جو اسٹیبلٹی ہے، اسی کی وجہ سے یہاں تہذیب ہے، اسی کی وجہ سے سولائزیشن ہے، اسی کی وجہ سے یہاں شہر ہیں، اسی کی وجہ سے سب کچھ ہے جو دنیا میں ہے۔</w:t>
      </w:r>
    </w:p>
    <w:p>
      <w:r>
        <w:rPr>
          <w:b/>
        </w:rPr>
        <w:t xml:space="preserve">[31:29] </w:t>
      </w:r>
      <w:r>
        <w:t>kyun ke stability ke sab thaame hue hain cheez ko. thaamne wali taaqat na ho toh sab bikhar jaye.</w:t>
      </w:r>
    </w:p>
    <w:p>
      <w:pPr>
        <w:jc w:val="right"/>
      </w:pPr>
      <w:r>
        <w:t>کیونکہ اسٹیبلٹی کے سب تھامے ہوئے ہیں چیز کو۔ تھامنے والی طاقت نہ ہو تو سب بکھر جائے۔</w:t>
      </w:r>
    </w:p>
    <w:p>
      <w:r>
        <w:rPr>
          <w:b/>
        </w:rPr>
        <w:t xml:space="preserve">[31:44] </w:t>
      </w:r>
      <w:r>
        <w:t>toh</w:t>
      </w:r>
    </w:p>
    <w:p>
      <w:pPr>
        <w:jc w:val="right"/>
      </w:pPr>
      <w:r>
        <w:t>تو</w:t>
      </w:r>
    </w:p>
    <w:p>
      <w:r>
        <w:rPr>
          <w:b/>
        </w:rPr>
        <w:t xml:space="preserve">[31:47] </w:t>
      </w:r>
      <w:r>
        <w:t>yeh sab cheezein million nahi, billion nahi, trillion nahi, pata nahi kitne zyada cheezein hain jis ko mein ek lafz mein kahunga ke custom made universe.</w:t>
      </w:r>
    </w:p>
    <w:p>
      <w:pPr>
        <w:jc w:val="right"/>
      </w:pPr>
      <w:r>
        <w:t>یہ سب چیزیں ملین نہیں، بلین نہیں، ٹریلین نہیں، پتہ نہیں کتنے زیادہ چیزیں ہیں جس کو میں ایک لفظ میں کہوں گا کہ کسٹم میڈ یونیورس۔</w:t>
      </w:r>
    </w:p>
    <w:p>
      <w:r>
        <w:rPr>
          <w:b/>
        </w:rPr>
        <w:t xml:space="preserve">[32:03] </w:t>
      </w:r>
      <w:r>
        <w:t>toh aisi duniya jahan paayein toh ek hi lafz niklega: shukr hai rab al-alameen, tera shukr hai, rab al-alameen, tera shukr hai.</w:t>
      </w:r>
    </w:p>
    <w:p>
      <w:pPr>
        <w:jc w:val="right"/>
      </w:pPr>
      <w:r>
        <w:t>تو ایسی دنیا جہاں پائیں تو ایک ہی لفظ نکلے گا: شکر ہے رب العالمین، تیرا شکر ہے، رب العالمین، تیرا شکر ہے۔</w:t>
      </w:r>
    </w:p>
    <w:p>
      <w:r>
        <w:rPr>
          <w:b/>
        </w:rPr>
        <w:t xml:space="preserve">[32:17] </w:t>
      </w:r>
      <w:r>
        <w:t>toh aise hi insaan ke andar jo shukr mein jeeta ho, kahan se aayega anger? kahan se aayega kina, ghussa, nafrat, inteqaam?</w:t>
      </w:r>
    </w:p>
    <w:p>
      <w:pPr>
        <w:jc w:val="right"/>
      </w:pPr>
      <w:r>
        <w:t>تو ایسے ہی انسان کے اندر جو شکر میں جیتا ہو، کہاں سے آئے گا اینگر؟ کہاں سے آئے گا کینہ، غصہ، نفرت، انتقام؟</w:t>
      </w:r>
    </w:p>
    <w:p>
      <w:r>
        <w:rPr>
          <w:b/>
        </w:rPr>
        <w:t xml:space="preserve">[32:27] </w:t>
      </w:r>
      <w:r>
        <w:t>kahan se aayega? wahan toh sirf positive thinking aa jayegi. yaani agar aap isko jaanen, is haqeeqat ko toh aap positive thinker ban jayenge.</w:t>
      </w:r>
    </w:p>
    <w:p>
      <w:pPr>
        <w:jc w:val="right"/>
      </w:pPr>
      <w:r>
        <w:t>کہاں سے آئے گا؟ وہاں تو صرف پوزیٹیو تھنکنگ آ جائے گی۔ یعنی اگر آپ اس کو جانیں، اس حقیقت کو تو آپ پازیٹیو تھنکر بن جائیں گے۔</w:t>
      </w:r>
    </w:p>
    <w:p>
      <w:r>
        <w:rPr>
          <w:b/>
        </w:rPr>
        <w:t xml:space="preserve">[32:44] </w:t>
      </w:r>
      <w:r>
        <w:t>negative thinking aap ke andar se bilkul khatam ho jayegi aur phir wisdom ka development hoga. wisdom aati hai jab aap anger chala jaye.</w:t>
      </w:r>
    </w:p>
    <w:p>
      <w:pPr>
        <w:jc w:val="right"/>
      </w:pPr>
      <w:r>
        <w:t>نیگیٹیو تھنکنگ آپ کے اندر سے بالکل ختم ہو جائے گی اور پھر وزڈم کا ڈیولپمنٹ ہوگا۔ وزڈم آتی ہے جب آپ اینگر چلا جائے۔</w:t>
      </w:r>
    </w:p>
    <w:p>
      <w:r>
        <w:rPr>
          <w:b/>
        </w:rPr>
        <w:t xml:space="preserve">[32:55] </w:t>
      </w:r>
      <w:r>
        <w:t>anger jata hai tab anger, tab positive thinking aati hai, wisdom aati hai.</w:t>
      </w:r>
    </w:p>
    <w:p>
      <w:pPr>
        <w:jc w:val="right"/>
      </w:pPr>
      <w:r>
        <w:t>اینگر جاتا ہے تب اینگر، تب پازیٹیو تھنکنگ آتی ہے، وزڈم آتی ہے۔</w:t>
      </w:r>
    </w:p>
    <w:p>
      <w:r>
        <w:rPr>
          <w:b/>
        </w:rPr>
        <w:t xml:space="preserve">[33:05] </w:t>
      </w:r>
      <w:r>
        <w:t>toh mein dua karta hoon aap sab logon ke liye aur apne liye ke Allah taala mujhe negative, negative thinking se bachaye aur positive thinking hamara andar paida kare.</w:t>
      </w:r>
    </w:p>
    <w:p>
      <w:pPr>
        <w:jc w:val="right"/>
      </w:pPr>
      <w:r>
        <w:t>تو میں دعا کرتا ہوں آپ سب لوگوں کے لیے اور اپنے لیے کہ اللہ تعالی مجھے نیگیٹیو، نیگیٹیو تھنکنگ سے بچائے اور پازیٹیو تھنکنگ ہمارا اندر پیدا کرے۔</w:t>
      </w:r>
    </w:p>
    <w:p>
      <w:r>
        <w:rPr>
          <w:b/>
        </w:rPr>
        <w:t xml:space="preserve">[33:24] </w:t>
      </w:r>
      <w:r>
        <w:t>assalam o alaikum wa rehmatullah.</w:t>
      </w:r>
    </w:p>
    <w:p>
      <w:pPr>
        <w:jc w:val="right"/>
      </w:pPr>
      <w:r>
        <w:t>السلام علیکم ورحمۃ اللہ۔</w:t>
      </w:r>
    </w:p>
    <w:p>
      <w:r>
        <w:rPr>
          <w:b/>
        </w:rPr>
        <w:t xml:space="preserve">[33:40] </w:t>
      </w:r>
      <w:r>
        <w:t>Okay, before we get into the question answer session, there are two good news that we want to share with all of you who are watching this program.</w:t>
      </w:r>
    </w:p>
    <w:p>
      <w:pPr>
        <w:jc w:val="right"/>
      </w:pPr>
      <w:r>
        <w:t>Okay, before we get into the question answer session, there are two good news that we want to share with all of you who are watching this program.</w:t>
      </w:r>
    </w:p>
    <w:p>
      <w:r>
        <w:rPr>
          <w:b/>
        </w:rPr>
        <w:t xml:space="preserve">[33:52] </w:t>
      </w:r>
      <w:r>
        <w:t>As you know that we have been time and again launching the Quran translation in different national and international languages. So there was one very important project on which the senior CPS member, Haroon Sheikh sahib, who is from the Mumbai team, was working on it for a long time.</w:t>
      </w:r>
    </w:p>
    <w:p>
      <w:pPr>
        <w:jc w:val="right"/>
      </w:pPr>
      <w:r>
        <w:t>As you know that we have been time and again launching the Quran translation in different national and international languages. So there was one very important project on which the senior CPS member, Haroon Sheikh صاحب, who is from the Mumbai team, was working on it for a long time.</w:t>
      </w:r>
    </w:p>
    <w:p>
      <w:r>
        <w:rPr>
          <w:b/>
        </w:rPr>
        <w:t xml:space="preserve">[34:12] </w:t>
      </w:r>
      <w:r>
        <w:t>We are very happy to share with you that the 29th translation of the Quran in Burmese language is now ready for distribution.</w:t>
      </w:r>
    </w:p>
    <w:p>
      <w:pPr>
        <w:jc w:val="right"/>
      </w:pPr>
      <w:r>
        <w:t>We are very happy to share with you that the 29th translation of the Quran in Burmese language is now ready for distribution.</w:t>
      </w:r>
    </w:p>
    <w:p>
      <w:r>
        <w:rPr>
          <w:b/>
        </w:rPr>
        <w:t xml:space="preserve">[34:22] </w:t>
      </w:r>
      <w:r>
        <w:t>This translation has been done by Karimullah Hassan sahib, who lives in Burma. He is very well versant with the Burmese language and Urdu language.</w:t>
      </w:r>
    </w:p>
    <w:p>
      <w:pPr>
        <w:jc w:val="right"/>
      </w:pPr>
      <w:r>
        <w:t>This translation has been done by Karimullah Hassan صاحب, who lives in Burma. He is very well versant with the Burmese language and Urdu language.</w:t>
      </w:r>
    </w:p>
    <w:p>
      <w:r>
        <w:rPr>
          <w:b/>
        </w:rPr>
        <w:t xml:space="preserve">[34:34] </w:t>
      </w:r>
      <w:r>
        <w:t>He has been following Maulana Wahiduddin Khan sahib's Urdu Al-Risala and his teachings. And this translation has been done by his effort under the supervision of Haroon Sheikh sahib</w:t>
      </w:r>
    </w:p>
    <w:p>
      <w:pPr>
        <w:jc w:val="right"/>
      </w:pPr>
      <w:r>
        <w:t>He has been following مولانا وحید الدین خان صاحب's Urdu Al-Risala and his teachings. And this translation has been done by his effort under the supervision of Haroon Sheikh صاحب</w:t>
      </w:r>
    </w:p>
    <w:p>
      <w:r>
        <w:rPr>
          <w:b/>
        </w:rPr>
        <w:t xml:space="preserve">[34:47] </w:t>
      </w:r>
      <w:r>
        <w:t>. So I would request Maulana Wahiduddin Khan sahib to launch the new translation, the Burmese language.</w:t>
      </w:r>
    </w:p>
    <w:p>
      <w:pPr>
        <w:jc w:val="right"/>
      </w:pPr>
      <w:r>
        <w:t>. So I would request مولانا وحید الدین خان صاحب to launch the new translation, the Burmese language.</w:t>
      </w:r>
    </w:p>
    <w:p>
      <w:r>
        <w:rPr>
          <w:b/>
        </w:rPr>
        <w:t xml:space="preserve">[34:55] </w:t>
      </w:r>
      <w:r>
        <w:t>It is, the Burmese language is spoken by 33 million people. So potentially this Quran is now available for 33 million people who speak Burmese language.</w:t>
      </w:r>
    </w:p>
    <w:p>
      <w:pPr>
        <w:jc w:val="right"/>
      </w:pPr>
      <w:r>
        <w:t>It is, the Burmese language is spoken by 33 million people. So potentially this Quran is now available for 33 million people who speak Burmese language.</w:t>
      </w:r>
    </w:p>
    <w:p>
      <w:r>
        <w:rPr>
          <w:b/>
        </w:rPr>
        <w:t xml:space="preserve">[35:06] </w:t>
      </w:r>
      <w:r>
        <w:t>I will request Maulana sahib to do the launch now.</w:t>
      </w:r>
    </w:p>
    <w:p>
      <w:pPr>
        <w:jc w:val="right"/>
      </w:pPr>
      <w:r>
        <w:t>I will request مولانا صاحب to do the launch now.</w:t>
      </w:r>
    </w:p>
    <w:p>
      <w:r>
        <w:rPr>
          <w:b/>
        </w:rPr>
        <w:t xml:space="preserve">[35:16] </w:t>
      </w:r>
      <w:r>
        <w:t>mere liye ek bohat bari personally bohat bari news hai kyun ke jab mein daakhil kiya gaya tha</w:t>
      </w:r>
    </w:p>
    <w:p>
      <w:pPr>
        <w:jc w:val="right"/>
      </w:pPr>
      <w:r>
        <w:t>میرے لیے ایک بہت بڑی پرسنلی بہت بڑی نیوز ہے کیونکہ جب میں داخل کیا گیا تھا</w:t>
      </w:r>
    </w:p>
    <w:p>
      <w:r>
        <w:rPr>
          <w:b/>
        </w:rPr>
        <w:t xml:space="preserve">[35:33] </w:t>
      </w:r>
      <w:r>
        <w:t>up ke ek madarse mein, azam garh mein, madarsa al-islaah, to wahan par hamare ek</w:t>
      </w:r>
    </w:p>
    <w:p>
      <w:pPr>
        <w:jc w:val="right"/>
      </w:pPr>
      <w:r>
        <w:t>یو پی کے ایک مدرسے میں، اعظم گڑھ میں، مدرسہ الاصلاح، تو وہاں پر ہمارے ایک</w:t>
      </w:r>
    </w:p>
    <w:p>
      <w:r>
        <w:rPr>
          <w:b/>
        </w:rPr>
        <w:t xml:space="preserve">[35:44] </w:t>
      </w:r>
      <w:r>
        <w:t>jo</w:t>
      </w:r>
    </w:p>
    <w:p>
      <w:pPr>
        <w:jc w:val="right"/>
      </w:pPr>
      <w:r>
        <w:t>جو</w:t>
      </w:r>
    </w:p>
    <w:p>
      <w:r>
        <w:rPr>
          <w:b/>
        </w:rPr>
        <w:t xml:space="preserve">[35:48] </w:t>
      </w:r>
      <w:r>
        <w:t>boarding house tha, wahan to mere ek hi dost the, wahan par ajeeb baat hai, woh the abdul rashid burmi, burma ke the, woh abdul rashid burmi.</w:t>
      </w:r>
    </w:p>
    <w:p>
      <w:pPr>
        <w:jc w:val="right"/>
      </w:pPr>
      <w:r>
        <w:t>بورڈنگ ہاؤس تھا، وہاں تو میرے ایک ہی دوست تھے، وہاں پر عجیب بات ہے، وہ تھے عبدالرشید برمی، برما کے تھے، وہ عبدالرشید برمی۔</w:t>
      </w:r>
    </w:p>
    <w:p>
      <w:r>
        <w:rPr>
          <w:b/>
        </w:rPr>
        <w:t xml:space="preserve">[36:06] </w:t>
      </w:r>
      <w:r>
        <w:t>to hum dono ek hi boarding house mein rehte the.</w:t>
      </w:r>
    </w:p>
    <w:p>
      <w:pPr>
        <w:jc w:val="right"/>
      </w:pPr>
      <w:r>
        <w:t>تو ہم دونوں ایک ہی بورڈنگ ہاؤس میں رہتے تھے۔</w:t>
      </w:r>
    </w:p>
    <w:p>
      <w:r>
        <w:rPr>
          <w:b/>
        </w:rPr>
        <w:t xml:space="preserve">[36:13] </w:t>
      </w:r>
      <w:r>
        <w:t>to mujhe bahut hi khushi hai is baat ki ke yeh tarjuma wajood mein aaya.</w:t>
      </w:r>
    </w:p>
    <w:p>
      <w:pPr>
        <w:jc w:val="right"/>
      </w:pPr>
      <w:r>
        <w:t>تو مجھے بہت ہی خوشی ہے اس بات کی کہ یہ ترجمہ وجود میں آیا۔</w:t>
      </w:r>
    </w:p>
    <w:p>
      <w:r>
        <w:rPr>
          <w:b/>
        </w:rPr>
        <w:t xml:space="preserve">[36:27] </w:t>
      </w:r>
      <w:r>
        <w:t>abdul rashid burmi agarche ab duniya mein nahin hain, main dua karta hoon unki rooh ko yeh khabar pahunche to yaqeenan woh bahut khush honge is se.</w:t>
      </w:r>
    </w:p>
    <w:p>
      <w:pPr>
        <w:jc w:val="right"/>
      </w:pPr>
      <w:r>
        <w:t>عبدالرشید برمی اگرچہ اب دنیا میں نہیں ہیں، میں دعا کرتا ہوں ان کی روح کو یہ خبر پہنچے تو یقینا وہ بہت خوش ہوں گے اس سے۔</w:t>
      </w:r>
    </w:p>
    <w:p>
      <w:r>
        <w:rPr>
          <w:b/>
        </w:rPr>
        <w:t xml:space="preserve">[36:39] </w:t>
      </w:r>
      <w:r>
        <w:t>aur sari duniya mein jo log is zaban ko janne wale hain, un sab ke liye to yeh khushkhabri hai hi.</w:t>
      </w:r>
    </w:p>
    <w:p>
      <w:pPr>
        <w:jc w:val="right"/>
      </w:pPr>
      <w:r>
        <w:t>اور ساری دنیا میں جو لوگ اس زبان کو جاننے والے ہیں، ان سب کے لیے تو یہ خوشخبری ہے ہی۔</w:t>
      </w:r>
    </w:p>
    <w:p>
      <w:r>
        <w:rPr>
          <w:b/>
        </w:rPr>
        <w:t xml:space="preserve">[36:48] </w:t>
      </w:r>
      <w:r>
        <w:t>to allah taala is qabool farmaye is koshish ko aur jin logon ne is mein hissa liya hai,</w:t>
      </w:r>
    </w:p>
    <w:p>
      <w:pPr>
        <w:jc w:val="right"/>
      </w:pPr>
      <w:r>
        <w:t>تو اللہ تعالی اس قبول فرمائے اس کوشش کو اور جن لوگوں نے اس میں حصہ لیا ہے،</w:t>
      </w:r>
    </w:p>
    <w:p>
      <w:r>
        <w:rPr>
          <w:b/>
        </w:rPr>
        <w:t xml:space="preserve">[36:59] </w:t>
      </w:r>
      <w:r>
        <w:t>jin logon ne is mein hissa liya hai, is mein allah taala unko bahut zyada barkat aur bahut zyada reward ata farmaye.</w:t>
      </w:r>
    </w:p>
    <w:p>
      <w:pPr>
        <w:jc w:val="right"/>
      </w:pPr>
      <w:r>
        <w:t>جن لوگوں نے اس میں حصہ لیا ہے، اس میں اللہ تعالی ان کو بہت زیادہ برکت اور بہت زیادہ ریوارڈ عطا فرمائے۔</w:t>
      </w:r>
    </w:p>
    <w:p>
      <w:r>
        <w:rPr>
          <w:b/>
        </w:rPr>
        <w:t xml:space="preserve">[37:17] </w:t>
      </w:r>
      <w:r>
        <w:t>Okay dear, other good news pertains to Spirit of Islam magazine. As you all know that Spirit of Islam magazine was launched by Maulana Wahiduddin Khan sahib seven years ago from Center for Peace and Spirituality.</w:t>
      </w:r>
    </w:p>
    <w:p>
      <w:pPr>
        <w:jc w:val="right"/>
      </w:pPr>
      <w:r>
        <w:t>Okay dear, other good news pertains to Spirit of Islam magazine. As you all know that Spirit of Islam magazine was launched by مولانا وحید الدین خان صاحب seven years ago from Center for Peace and Spirituality.</w:t>
      </w:r>
    </w:p>
    <w:p>
      <w:r>
        <w:rPr>
          <w:b/>
        </w:rPr>
        <w:t xml:space="preserve">[37:33] </w:t>
      </w:r>
      <w:r>
        <w:t>The Spirit of Islam magazine has been made possible by very hard and continuous efforts of the Bangalore team. And as we enter into the eighth year of the subscription, they have taken the Spirit of Islam initiative to the next level.</w:t>
      </w:r>
    </w:p>
    <w:p>
      <w:pPr>
        <w:jc w:val="right"/>
      </w:pPr>
      <w:r>
        <w:t>The Spirit of Islam magazine has been made possible by very hard and continuous efforts of the Bangalore team. And as we enter into the eighth year of the subscription, they have taken the Spirit of Islam initiative to the next level.</w:t>
      </w:r>
    </w:p>
    <w:p>
      <w:r>
        <w:rPr>
          <w:b/>
        </w:rPr>
        <w:t xml:space="preserve">[37:50] </w:t>
      </w:r>
      <w:r>
        <w:t>So now Spirit of Islam will be available in the audio version. And I will request Maulana sahib to do the launch of the audio feature of Spirit of Islam magazine.</w:t>
      </w:r>
    </w:p>
    <w:p>
      <w:pPr>
        <w:jc w:val="right"/>
      </w:pPr>
      <w:r>
        <w:t>So now Spirit of Islam will be available in the audio version. And I will request مولانا صاحب to do the launch of the audio feature of Spirit of Islam magazine.</w:t>
      </w:r>
    </w:p>
    <w:p>
      <w:r>
        <w:rPr>
          <w:b/>
        </w:rPr>
        <w:t xml:space="preserve">[38:05] </w:t>
      </w:r>
      <w:r>
        <w:t>yeh ek anokhi news hai, daur jadeed ka ka tohfa hai, allah taala ki taraf se tohfa.</w:t>
      </w:r>
    </w:p>
    <w:p>
      <w:pPr>
        <w:jc w:val="right"/>
      </w:pPr>
      <w:r>
        <w:t>یہ ایک انوکھی نیوز ہے، دور جدید کا کا تحفہ ہے، اللہ تعالی کی طرف سے تحفہ۔</w:t>
      </w:r>
    </w:p>
    <w:p>
      <w:r>
        <w:rPr>
          <w:b/>
        </w:rPr>
        <w:t xml:space="preserve">[38:17] </w:t>
      </w:r>
      <w:r>
        <w:t>to yeh bahut hi shukr ki baat hai ke allah taala ne hum ko yeh mauqa diya ke hum aisa tohfa insaan ke liye pesh kar saken.</w:t>
      </w:r>
    </w:p>
    <w:p>
      <w:pPr>
        <w:jc w:val="right"/>
      </w:pPr>
      <w:r>
        <w:t>تو یہ بہت ہی شکر کی بات ہے کہ اللہ تعالی نے ہم کو یہ موقع دیا کہ ہم ایسا تحفہ انسان کے لیے پیش کر سکیں۔</w:t>
      </w:r>
    </w:p>
    <w:p>
      <w:r>
        <w:rPr>
          <w:b/>
        </w:rPr>
        <w:t xml:space="preserve">[38:31] </w:t>
      </w:r>
      <w:r>
        <w:t>allah taala un tamam logon ko bahut zyada, un tamam logon ko bahut zyada reward ata farmaye jo jinhon ne is mein hissa liya hai, inshallah.</w:t>
      </w:r>
    </w:p>
    <w:p>
      <w:pPr>
        <w:jc w:val="right"/>
      </w:pPr>
      <w:r>
        <w:t>اللہ تعالی ان تمام لوگوں کو بہت زیادہ، ان تمام لوگوں کو بہت زیادہ ریوارڈ عطا فرمائے جو جنہوں نے اس میں حصہ لیا ہے، انشاءاللہ۔</w:t>
      </w:r>
    </w:p>
    <w:p>
      <w:r>
        <w:rPr>
          <w:b/>
        </w:rPr>
        <w:t xml:space="preserve">[38:45] </w:t>
      </w:r>
      <w:r>
        <w:t>I will just like to read out for all those who are present here and are watching what the poster says. It says: "Spirit of Islam web version now available with audio feature.</w:t>
      </w:r>
    </w:p>
    <w:p>
      <w:pPr>
        <w:jc w:val="right"/>
      </w:pPr>
      <w:r>
        <w:t>I will just like to read out for all those who are present here and are watching what the poster says. It says: "Spirit of Islam web version now available with audio feature.</w:t>
      </w:r>
    </w:p>
    <w:p>
      <w:r>
        <w:rPr>
          <w:b/>
        </w:rPr>
        <w:t xml:space="preserve">[38:59] </w:t>
      </w:r>
      <w:r>
        <w:t>Listen to the soul nourishing articles while on the go. A great companion for study groups and collective reading exercises.</w:t>
      </w:r>
    </w:p>
    <w:p>
      <w:pPr>
        <w:jc w:val="right"/>
      </w:pPr>
      <w:r>
        <w:t>Listen to the soul nourishing articles while on the go. A great companion for study groups and collective reading exercises.</w:t>
      </w:r>
    </w:p>
    <w:p>
      <w:r>
        <w:rPr>
          <w:b/>
        </w:rPr>
        <w:t xml:space="preserve">[39:10] </w:t>
      </w:r>
      <w:r>
        <w:t>It is available on www.spiritofislam.</w:t>
      </w:r>
    </w:p>
    <w:p>
      <w:pPr>
        <w:jc w:val="right"/>
      </w:pPr>
      <w:r>
        <w:t>It is available on www.spiritofislam.</w:t>
      </w:r>
    </w:p>
    <w:p>
      <w:r>
        <w:rPr>
          <w:b/>
        </w:rPr>
        <w:t xml:space="preserve">[39:15] </w:t>
      </w:r>
      <w:r>
        <w:t>co.in." I would also like to read the message that the Bangalore team has sent for the launch of the audio feature.</w:t>
      </w:r>
    </w:p>
    <w:p>
      <w:pPr>
        <w:jc w:val="right"/>
      </w:pPr>
      <w:r>
        <w:t>co.in۔" I would also like to read the message that the Bangalore team has sent for the launch of the audio feature.</w:t>
      </w:r>
    </w:p>
    <w:p>
      <w:r>
        <w:rPr>
          <w:b/>
        </w:rPr>
        <w:t xml:space="preserve">[39:25] </w:t>
      </w:r>
      <w:r>
        <w:t>So Miss Sarah Fatima, who sent the message, she has written: "Moulana sahib says that Spirit of Islam is happening from divine planning.</w:t>
      </w:r>
    </w:p>
    <w:p>
      <w:pPr>
        <w:jc w:val="right"/>
      </w:pPr>
      <w:r>
        <w:t>So Miss Sarah Fatima, who sent the message, she has written: "Moulana صاحب says that Spirit of Islam is happening from divine planning.</w:t>
      </w:r>
    </w:p>
    <w:p>
      <w:r>
        <w:rPr>
          <w:b/>
        </w:rPr>
        <w:t xml:space="preserve">[39:38] </w:t>
      </w:r>
      <w:r>
        <w:t>All of us put together, it was impossible for us.</w:t>
      </w:r>
    </w:p>
    <w:p>
      <w:pPr>
        <w:jc w:val="right"/>
      </w:pPr>
      <w:r>
        <w:t>All of us put together, it was impossible for us.</w:t>
      </w:r>
    </w:p>
    <w:p>
      <w:r>
        <w:rPr>
          <w:b/>
        </w:rPr>
        <w:t xml:space="preserve">[39:43] </w:t>
      </w:r>
      <w:r>
        <w:t>So very true. In the beginning of its eighth year, we pray that, O Allah, please take into consideration our sheer most helplessness and in Your all-powerfulness and magnanimity continue this blessing on us.</w:t>
      </w:r>
    </w:p>
    <w:p>
      <w:pPr>
        <w:jc w:val="right"/>
      </w:pPr>
      <w:r>
        <w:t>So very true. In the beginning of its eighth year, we pray that, O Allah, please take into consideration our sheer most helplessness and in Your all-powerfulness and magnanimity continue this blessing on us.</w:t>
      </w:r>
    </w:p>
    <w:p>
      <w:r>
        <w:rPr>
          <w:b/>
        </w:rPr>
        <w:t xml:space="preserve">[40:02] </w:t>
      </w:r>
      <w:r>
        <w:t>Ameen."</w:t>
      </w:r>
    </w:p>
    <w:p>
      <w:pPr>
        <w:jc w:val="right"/>
      </w:pPr>
      <w:r>
        <w:t>Ameen."</w:t>
      </w:r>
    </w:p>
    <w:p>
      <w:r>
        <w:rPr>
          <w:b/>
        </w:rPr>
        <w:t xml:space="preserve">[40:06] </w:t>
      </w:r>
      <w:r>
        <w:t>Masha Allah. I will now take the comments. The first comment again comes from Miss Sarah Fatima from Bangalore.</w:t>
      </w:r>
    </w:p>
    <w:p>
      <w:pPr>
        <w:jc w:val="right"/>
      </w:pPr>
      <w:r>
        <w:t>ماشاءاللہ۔ I will now take the comments. The first comment again comes from Miss Sarah Fatima from Bangalore.</w:t>
      </w:r>
    </w:p>
    <w:p>
      <w:r>
        <w:rPr>
          <w:b/>
        </w:rPr>
        <w:t xml:space="preserve">[40:16] </w:t>
      </w:r>
      <w:r>
        <w:t>Maulana, unhon ne likha hai: "Ashirwad Center for Interfaith Dialogue, Bangalore, had invited us for a Christmas program.</w:t>
      </w:r>
    </w:p>
    <w:p>
      <w:pPr>
        <w:jc w:val="right"/>
      </w:pPr>
      <w:r>
        <w:t>مولانا، انہوں نے لکھا ہے: "Ashirwad Center for Interfaith Dialogue, Bangalore, had invited us for a Christmas program.</w:t>
      </w:r>
    </w:p>
    <w:p>
      <w:r>
        <w:rPr>
          <w:b/>
        </w:rPr>
        <w:t xml:space="preserve">[40:27] </w:t>
      </w:r>
      <w:r>
        <w:t>After the talk on Jesus Christ and Islam, people were eagerly waiting for the gift copies of the Quran and Spirit of Islam magazine.</w:t>
      </w:r>
    </w:p>
    <w:p>
      <w:pPr>
        <w:jc w:val="right"/>
      </w:pPr>
      <w:r>
        <w:t>After the talk on Jesus Christ and Islam, people were eagerly waiting for the gift copies of the Quran and Spirit of Islam magazine.</w:t>
      </w:r>
    </w:p>
    <w:p>
      <w:r>
        <w:rPr>
          <w:b/>
        </w:rPr>
        <w:t xml:space="preserve">[40:37] </w:t>
      </w:r>
      <w:r>
        <w:t>They were extremely delighted to receive them. This opportunity was a message from God that this is an age of openness.</w:t>
      </w:r>
    </w:p>
    <w:p>
      <w:pPr>
        <w:jc w:val="right"/>
      </w:pPr>
      <w:r>
        <w:t>They were extremely delighted to receive them. This opportunity was a message from God that this is an age of openness.</w:t>
      </w:r>
    </w:p>
    <w:p>
      <w:r>
        <w:rPr>
          <w:b/>
        </w:rPr>
        <w:t xml:space="preserve">[40:48] </w:t>
      </w:r>
      <w:r>
        <w:t>All people are our friends. We just have to respond to the call in a peaceful way as God has prescribed and demonstrated by the Prophet.</w:t>
      </w:r>
    </w:p>
    <w:p>
      <w:pPr>
        <w:jc w:val="right"/>
      </w:pPr>
      <w:r>
        <w:t>All people are our friends. We just have to respond to the call in a peaceful way as God has prescribed and demonstrated by the Prophet.</w:t>
      </w:r>
    </w:p>
    <w:p>
      <w:r>
        <w:rPr>
          <w:b/>
        </w:rPr>
        <w:t xml:space="preserve">[41:00] </w:t>
      </w:r>
      <w:r>
        <w:t>jazak Allah Maulana sahib for teaching us theright way. " mashaa Allah.</w:t>
      </w:r>
    </w:p>
    <w:p>
      <w:pPr>
        <w:jc w:val="right"/>
      </w:pPr>
      <w:r>
        <w:t>جزاک اللہ مولانا صاحب for teaching us theright way۔" ماشاءاللہ۔</w:t>
      </w:r>
    </w:p>
    <w:p>
      <w:r>
        <w:rPr>
          <w:b/>
        </w:rPr>
        <w:t xml:space="preserve">[41:10] </w:t>
      </w:r>
      <w:r>
        <w:t>Maulana Iqbal Umri ne Chennai se likha hai: "Qurani taleem ko amli taur par anjam dena hi hikmat hai aur is ko practical wisdom keh sakte hain." Maulana hikmat ka yeh explanation bilkul sahi aur wazeh hai.</w:t>
      </w:r>
    </w:p>
    <w:p>
      <w:pPr>
        <w:jc w:val="right"/>
      </w:pPr>
      <w:r>
        <w:t>مولانا اقبال عمری نے چنئی سے لکھا ہے: "قرانی تعلیم کو عملی طور پر انجام دینا ہی حکمت ہے اور اس کو practical wisdom کہہ سکتے ہیں۔" مولانا حکمت کا یہ explanation بالکل صحیح اور واضح ہے۔</w:t>
      </w:r>
    </w:p>
    <w:p>
      <w:r>
        <w:rPr>
          <w:b/>
        </w:rPr>
        <w:t xml:space="preserve">[41:28] </w:t>
      </w:r>
      <w:r>
        <w:t>Ulama sirf ahkam o sunnat murad lete hain magar aap ne har qism ki iqdami hikmat murad li hai, yahi wazeh hai.</w:t>
      </w:r>
    </w:p>
    <w:p>
      <w:pPr>
        <w:jc w:val="right"/>
      </w:pPr>
      <w:r>
        <w:t>علماء صرف احکام و سنت مراد لیتے ہیں مگر آپ نے ہر قسم کی اقدامی حکمت مراد لی ہے، یہی واضح ہے۔</w:t>
      </w:r>
    </w:p>
    <w:p>
      <w:r>
        <w:rPr>
          <w:b/>
        </w:rPr>
        <w:t xml:space="preserve">[41:37] </w:t>
      </w:r>
      <w:r>
        <w:t>jazak Allah Maulana. Dekhen, ek misaal bhi hua ke Rasool Allah ne Makka mein yeh shuru kiya to wahan ek bohat bara problem tha, us se hazaron guna bara jo tha Musalman India mein problem ki baat karte hain,</w:t>
      </w:r>
    </w:p>
    <w:p>
      <w:pPr>
        <w:jc w:val="right"/>
      </w:pPr>
      <w:r>
        <w:t>جزاک اللہ مولانا۔ دیکھیں، ایک مثال بھی ہوا کہ رسول اللہ نے مکہ میں یہ شروع کیا تو وہاں ایک بہت بڑا problem تھا، اس سے ہزاروں گنا بڑا جو تھا مسلمان انڈیا میں problem کی بات کرتے ہیں،</w:t>
      </w:r>
    </w:p>
    <w:p>
      <w:r>
        <w:rPr>
          <w:b/>
        </w:rPr>
        <w:t xml:space="preserve">[41:54] </w:t>
      </w:r>
      <w:r>
        <w:t>woh ke Kaba ko wahan ke logon ne butkhana bana diya tha, butkhana, sankaron but is ke andar.</w:t>
      </w:r>
    </w:p>
    <w:p>
      <w:pPr>
        <w:jc w:val="right"/>
      </w:pPr>
      <w:r>
        <w:t>وہ کہ کعبہ کو وہاں کے لوگوں نے بت خانہ بنا دیا تھا، بت خانہ، سینکڑوں بت اس کے اندر۔</w:t>
      </w:r>
    </w:p>
    <w:p>
      <w:r>
        <w:rPr>
          <w:b/>
        </w:rPr>
        <w:t xml:space="preserve">[42:05] </w:t>
      </w:r>
      <w:r>
        <w:t>Rasool Allah ne kya kiya? Practical wisdom ko apply kiya, practical wisdom ko apply kiya</w:t>
      </w:r>
    </w:p>
    <w:p>
      <w:pPr>
        <w:jc w:val="right"/>
      </w:pPr>
      <w:r>
        <w:t>رسول اللہ نے کیا کیا؟ Practical wisdom کو اپلائی کیا، practical wisdom کو اپلائی کیا</w:t>
      </w:r>
    </w:p>
    <w:p>
      <w:r>
        <w:rPr>
          <w:b/>
        </w:rPr>
        <w:t xml:space="preserve">[42:16] </w:t>
      </w:r>
      <w:r>
        <w:t>aur yeh socha ke in bulton ko todne ki us waqt kam az kam koi zaroorat nahi hai</w:t>
      </w:r>
    </w:p>
    <w:p>
      <w:pPr>
        <w:jc w:val="right"/>
      </w:pPr>
      <w:r>
        <w:t>اور یہ سوچا کہ ان بتوں کو توڑنے کی اس وقت کم از کم کوئی ضرورت نہیں ہے</w:t>
      </w:r>
    </w:p>
    <w:p>
      <w:r>
        <w:rPr>
          <w:b/>
        </w:rPr>
        <w:t xml:space="preserve">[42:26] </w:t>
      </w:r>
      <w:r>
        <w:t>kyun ke inhi bulton ki wajah se sare Arab ke log yahan rozana aate hain, har din hamein yahan sare Arab ka audience milta hai.</w:t>
      </w:r>
    </w:p>
    <w:p>
      <w:pPr>
        <w:jc w:val="right"/>
      </w:pPr>
      <w:r>
        <w:t>کیونکہ انہی بتوں کی وجہ سے سارے عرب کے لوگ یہاں روزانہ آتے ہیں، ہر دن ہمیں یہاں سارے عرب کا audience ملتا ہے۔</w:t>
      </w:r>
    </w:p>
    <w:p>
      <w:r>
        <w:rPr>
          <w:b/>
        </w:rPr>
        <w:t xml:space="preserve">[42:39] </w:t>
      </w:r>
      <w:r>
        <w:t>To aap ne yahi kiya ke in bulton ko apna audience bana diya, yeh thi practical wisdom.</w:t>
      </w:r>
    </w:p>
    <w:p>
      <w:pPr>
        <w:jc w:val="right"/>
      </w:pPr>
      <w:r>
        <w:t>تو آپ نے یہی کیا کہ ان بتوں کو اپنا audience بنا دیا، یہ تھی practical wisdom۔</w:t>
      </w:r>
    </w:p>
    <w:p>
      <w:r>
        <w:rPr>
          <w:b/>
        </w:rPr>
        <w:t xml:space="preserve">[42:58] </w:t>
      </w:r>
      <w:r>
        <w:t>Doctor Naghma Siddiqui ne Delhi se likha hai: "Maulana, you are the biggest positive thinker in the world.</w:t>
      </w:r>
    </w:p>
    <w:p>
      <w:pPr>
        <w:jc w:val="right"/>
      </w:pPr>
      <w:r>
        <w:t>ڈاکٹر نغمہ صدیقی نے دلی سے لکھا ہے: "مولانا، you are the biggest positive thinker in the world.</w:t>
      </w:r>
    </w:p>
    <w:p>
      <w:r>
        <w:rPr>
          <w:b/>
        </w:rPr>
        <w:t xml:space="preserve">[43:06] </w:t>
      </w:r>
      <w:r>
        <w:t>Only you can help us to always find shukr items so we remain in hundred percent positivity.</w:t>
      </w:r>
    </w:p>
    <w:p>
      <w:pPr>
        <w:jc w:val="right"/>
      </w:pPr>
      <w:r>
        <w:t>Only you can help us to always find شکر items so we remain in hundred percent positivity.</w:t>
      </w:r>
    </w:p>
    <w:p>
      <w:r>
        <w:rPr>
          <w:b/>
        </w:rPr>
        <w:t xml:space="preserve">[43:15] </w:t>
      </w:r>
      <w:r>
        <w:t>jazak Allah." Dekhen, yahan aap maujood hongi, un se aap pooch lijie ke aaj subah tak meri awaz ek dam aisi thi ke main sochta tha ke aaj program hi cancel kar diya jaye,</w:t>
      </w:r>
    </w:p>
    <w:p>
      <w:pPr>
        <w:jc w:val="right"/>
      </w:pPr>
      <w:r>
        <w:t>جزاک اللہ۔" دیکھیں، یہاں آپ موجود ہوں گی، ان سے آپ پوچھ لیجیے کہ آج صبح تک میری آواز ایک دم ایسی تھی کہ میں سوچتا تھا کہ آج پروگرام ہی cancel کر دیا جائے،</w:t>
      </w:r>
    </w:p>
    <w:p>
      <w:r>
        <w:rPr>
          <w:b/>
        </w:rPr>
        <w:t xml:space="preserve">[43:36] </w:t>
      </w:r>
      <w:r>
        <w:t>aisi awaz thi.</w:t>
      </w:r>
    </w:p>
    <w:p>
      <w:pPr>
        <w:jc w:val="right"/>
      </w:pPr>
      <w:r>
        <w:t>ایسی آواز تھی۔</w:t>
      </w:r>
    </w:p>
    <w:p>
      <w:r>
        <w:rPr>
          <w:b/>
        </w:rPr>
        <w:t xml:space="preserve">[43:40] </w:t>
      </w:r>
      <w:r>
        <w:t>Us waqt jo aap awaz sun rahe hain, aaj subah bhi awaz meri nahi thi.</w:t>
      </w:r>
    </w:p>
    <w:p>
      <w:pPr>
        <w:jc w:val="right"/>
      </w:pPr>
      <w:r>
        <w:t>اس وقت جو آپ آواز سن رہے ہیں، آج صبح بھی آواز میری نہیں تھی۔</w:t>
      </w:r>
    </w:p>
    <w:p>
      <w:r>
        <w:rPr>
          <w:b/>
        </w:rPr>
        <w:t xml:space="preserve">[43:47] </w:t>
      </w:r>
      <w:r>
        <w:t>Yeh karishma hai is baat ka ke aap shukr ko jaanen, shukr.</w:t>
      </w:r>
    </w:p>
    <w:p>
      <w:pPr>
        <w:jc w:val="right"/>
      </w:pPr>
      <w:r>
        <w:t>یہ کرشمہ ہے اس بات کا کہ آپ شکر کو جانیں، شکر۔</w:t>
      </w:r>
    </w:p>
    <w:p>
      <w:r>
        <w:rPr>
          <w:b/>
        </w:rPr>
        <w:t xml:space="preserve">[44:01] </w:t>
      </w:r>
      <w:r>
        <w:t>Aap agar shukr ko jaan len aur shukr ko apni zindagi mein ikhtiyar kar len to moajze aap ke dil zahir honge, moajze.</w:t>
      </w:r>
    </w:p>
    <w:p>
      <w:pPr>
        <w:jc w:val="right"/>
      </w:pPr>
      <w:r>
        <w:t>آپ اگر شکر کو جان لیں اور شکر کو اپنی زندگی میں اختیار کر لیں تو معجزے آپ کے دل ظاہر ہوں گے، معجزے۔</w:t>
      </w:r>
    </w:p>
    <w:p>
      <w:r>
        <w:rPr>
          <w:b/>
        </w:rPr>
        <w:t xml:space="preserve">[44:17] </w:t>
      </w:r>
      <w:r>
        <w:t>Maulana, kuch sawal lena chahenge. Yeh sawal bheja hai Nadeem Saifi sahib ne jo Muzaffarnagar se hain lekin is waqt class mein maujood hain.</w:t>
      </w:r>
    </w:p>
    <w:p>
      <w:pPr>
        <w:jc w:val="right"/>
      </w:pPr>
      <w:r>
        <w:t>مولانا، کچھ سوال لینا چاہیں گے۔ یہ سوال بھیجا ہے ندیم سیفی صاحب نے جو مظفر نگر سے ہیں لیکن اس وقت کلاس میں موجود ہیں۔</w:t>
      </w:r>
    </w:p>
    <w:p>
      <w:r>
        <w:rPr>
          <w:b/>
        </w:rPr>
        <w:t xml:space="preserve">[44:28] </w:t>
      </w:r>
      <w:r>
        <w:t>Unhon ne likha hai: "Hum apne charon taraf jab insan ko insan ke upar zulm karte dekhte hain aur mazloom ghareeb logon ke haal dekhte hain to dil kanp jata hai.</w:t>
      </w:r>
    </w:p>
    <w:p>
      <w:pPr>
        <w:jc w:val="right"/>
      </w:pPr>
      <w:r>
        <w:t>انہوں نے لکھا ہے: "ہم اپنے چاروں طرف جب انسان کو انسان کے اوپر ظلم کرتے دیکھتے ہیں اور مظلوم غریب لوگوں کے حال دیکھتے ہیں تو دل کانپ جاتا ہے۔</w:t>
      </w:r>
    </w:p>
    <w:p>
      <w:r>
        <w:rPr>
          <w:b/>
        </w:rPr>
        <w:t xml:space="preserve">[44:42] </w:t>
      </w:r>
      <w:r>
        <w:t>Aise mein hum kya karen? Sirf baat yani achhi baaton se kya hoga? Hum ek aadmi kya kar sakte hain?</w:t>
      </w:r>
    </w:p>
    <w:p>
      <w:pPr>
        <w:jc w:val="right"/>
      </w:pPr>
      <w:r>
        <w:t>ایسے میں ہم کیا کریں؟ صرف بات یعنی اچھی باتوں سے کیا ہوگا؟ ہم ایک آدمی کیا کر سکتے ہیں؟</w:t>
      </w:r>
    </w:p>
    <w:p>
      <w:r>
        <w:rPr>
          <w:b/>
        </w:rPr>
        <w:t xml:space="preserve">[44:51] </w:t>
      </w:r>
      <w:r>
        <w:t>Quran ka practical approach kya hai? Is ke bare mein bataen." Woh main ne bata diya aap ko. Rasool Allah se Makka mein poocha gaya tha ke aap kya chahte hain?</w:t>
      </w:r>
    </w:p>
    <w:p>
      <w:pPr>
        <w:jc w:val="right"/>
      </w:pPr>
      <w:r>
        <w:t>قرآن کا practical approach کیا ہے؟ اس کے بارے میں بتائیں۔" وہ میں نے بتا دیا آپ کو۔ رسول اللہ سے مکہ میں پوچھا گیا تھا کہ آپ کیا چاہتے ہیں؟</w:t>
      </w:r>
    </w:p>
    <w:p>
      <w:r>
        <w:rPr>
          <w:b/>
        </w:rPr>
        <w:t xml:space="preserve">[45:06] </w:t>
      </w:r>
      <w:r>
        <w:t>Kya aap ka? To aap ne kaha tha ke ek kalma, kalma wahida</w:t>
      </w:r>
    </w:p>
    <w:p>
      <w:pPr>
        <w:jc w:val="right"/>
      </w:pPr>
      <w:r>
        <w:t>کیا آپ کا؟ تو آپ نے کہا تھا کہ ایک کلمہ، کلمہ واحدہ</w:t>
      </w:r>
    </w:p>
    <w:p>
      <w:r>
        <w:rPr>
          <w:b/>
        </w:rPr>
        <w:t xml:space="preserve">[45:18] </w:t>
      </w:r>
      <w:r>
        <w:t>ke Allah ko shukr karne wale bano. Aur is ke nateeje mein kya hua ke Islam</w:t>
      </w:r>
    </w:p>
    <w:p>
      <w:pPr>
        <w:jc w:val="right"/>
      </w:pPr>
      <w:r>
        <w:t>کہ اللہ کو شکر کرنے والے بنو۔ اور اس کے نتیجے میں کیا ہوا کہ اسلام</w:t>
      </w:r>
    </w:p>
    <w:p>
      <w:r>
        <w:rPr>
          <w:b/>
        </w:rPr>
        <w:t xml:space="preserve">[45:28] </w:t>
      </w:r>
      <w:r>
        <w:t>sari universe mein phail gaya.</w:t>
      </w:r>
    </w:p>
    <w:p>
      <w:pPr>
        <w:jc w:val="right"/>
      </w:pPr>
      <w:r>
        <w:t>ساری universe میں پھیل گیا۔</w:t>
      </w:r>
    </w:p>
    <w:p>
      <w:r>
        <w:rPr>
          <w:b/>
        </w:rPr>
        <w:t xml:space="preserve">[45:34] </w:t>
      </w:r>
      <w:r>
        <w:t>to asal cheez yeh hai, dekhiye, quran mein ke quran mein hai ke tum jaldi chahte ho,</w:t>
      </w:r>
    </w:p>
    <w:p>
      <w:pPr>
        <w:jc w:val="right"/>
      </w:pPr>
      <w:r>
        <w:t>تو اصل چیز یہ ہے، دیکھیں، قرآن میں کہ قرآن میں ہے کہ تم جلدی چاہتے ہو،</w:t>
      </w:r>
    </w:p>
    <w:p>
      <w:r>
        <w:rPr>
          <w:b/>
        </w:rPr>
        <w:t xml:space="preserve">[45:46] </w:t>
      </w:r>
      <w:r>
        <w:t>jaldi. to aap woh us process ko ikhtiyar kijiye</w:t>
      </w:r>
    </w:p>
    <w:p>
      <w:pPr>
        <w:jc w:val="right"/>
      </w:pPr>
      <w:r>
        <w:t>جلدی۔ تو آپ وہ اس process کو اختیار کیجیے</w:t>
      </w:r>
    </w:p>
    <w:p>
      <w:r>
        <w:rPr>
          <w:b/>
        </w:rPr>
        <w:t xml:space="preserve">[45:54] </w:t>
      </w:r>
      <w:r>
        <w:t>jo process Allah ne bataye hain, woh process ko ikhtiyar nahi karte aap aur chahte hain ke nateeja nikle.</w:t>
      </w:r>
    </w:p>
    <w:p>
      <w:pPr>
        <w:jc w:val="right"/>
      </w:pPr>
      <w:r>
        <w:t>جو process اللہ نے بتائے ہیں، وہ process کو اختیار نہیں کرتے آپ اور چاہتے ہیں کہ نتیجہ نکلے۔</w:t>
      </w:r>
    </w:p>
    <w:p>
      <w:r>
        <w:rPr>
          <w:b/>
        </w:rPr>
        <w:t xml:space="preserve">[46:03] </w:t>
      </w:r>
      <w:r>
        <w:t>is par to maine bohat likha hai, bohat dekha hai ke ek process hai, shukr ek process hai, hamd ek process hai, Allah se madad talab hona ek process hai.</w:t>
      </w:r>
    </w:p>
    <w:p>
      <w:pPr>
        <w:jc w:val="right"/>
      </w:pPr>
      <w:r>
        <w:t>اس پر تو میں نے بہت لکھا ہے، بہت دیکھا ہے کہ ایک process ہے، شکر ایک process ہے، حمد ایک process ہے، اللہ سے مدد طالب ہونا ایک process ہے۔</w:t>
      </w:r>
    </w:p>
    <w:p>
      <w:r>
        <w:rPr>
          <w:b/>
        </w:rPr>
        <w:t xml:space="preserve">[46:16] </w:t>
      </w:r>
      <w:r>
        <w:t>is process ko follow kijiye, phir bataiye ke kya hua, kya nahi hua.</w:t>
      </w:r>
    </w:p>
    <w:p>
      <w:pPr>
        <w:jc w:val="right"/>
      </w:pPr>
      <w:r>
        <w:t>اس process کو follow کیجیے، پھر بتائیے کہ کیا ہوا، کیا نہیں ہوا۔</w:t>
      </w:r>
    </w:p>
    <w:p>
      <w:r>
        <w:rPr>
          <w:b/>
        </w:rPr>
        <w:t xml:space="preserve">[46:24] </w:t>
      </w:r>
      <w:r>
        <w:t>Muhammad Sheikh Sahib ne Indore se likha hai: "Sir, I agree with you. You are the present human angel on this planet who is motivating mankind</w:t>
      </w:r>
    </w:p>
    <w:p>
      <w:pPr>
        <w:jc w:val="right"/>
      </w:pPr>
      <w:r>
        <w:t>محمد شیخ صاحب نے اندور سے لکھا ہے: "Sir, I agree with you. You are the present human angel on this planet who is motivating mankind</w:t>
      </w:r>
    </w:p>
    <w:p>
      <w:r>
        <w:rPr>
          <w:b/>
        </w:rPr>
        <w:t xml:space="preserve">[46:35] </w:t>
      </w:r>
      <w:r>
        <w:t>. everyone must listen to you with three sixty degrees. i am sure each one will be benefited۔" mehtab ali nandro sahib ne bijnor up se likha hai: "yes, absolutelyright.</w:t>
      </w:r>
    </w:p>
    <w:p>
      <w:pPr>
        <w:jc w:val="right"/>
      </w:pPr>
      <w:r>
        <w:t>. Everyone must listen to you with three sixty degrees. I am sure each one will be benefited۔" مہتاب علی نندرو صاحب نے بجنور یو پی سے لکھا ہے: "Yes, absolutelyright.</w:t>
      </w:r>
    </w:p>
    <w:p>
      <w:r>
        <w:rPr>
          <w:b/>
        </w:rPr>
        <w:t xml:space="preserve">[46:50] </w:t>
      </w:r>
      <w:r>
        <w:t>self-disciplined character is the best character۔" iqbal hussain sahib ne lahore se likha hai: "as always, a great spiritual speech</w:t>
      </w:r>
    </w:p>
    <w:p>
      <w:pPr>
        <w:jc w:val="right"/>
      </w:pPr>
      <w:r>
        <w:t>Self-disciplined character is the best character۔" اقبال حسین صاحب نے لاہور سے لکھا ہے: "As always, a great spiritual speech</w:t>
      </w:r>
    </w:p>
    <w:p>
      <w:r>
        <w:rPr>
          <w:b/>
        </w:rPr>
        <w:t xml:space="preserve">[47:02] </w:t>
      </w:r>
      <w:r>
        <w:t>. you are a motivational speaker, molana sahib۔"</w:t>
      </w:r>
    </w:p>
    <w:p>
      <w:pPr>
        <w:jc w:val="right"/>
      </w:pPr>
      <w:r>
        <w:t>. You are a motivational speaker, مولانا صاحب۔"</w:t>
      </w:r>
    </w:p>
    <w:p>
      <w:r>
        <w:rPr>
          <w:b/>
        </w:rPr>
        <w:t xml:space="preserve">[47:09] </w:t>
      </w:r>
      <w:r>
        <w:t>sanaullah chaudhry ne islamabad se likha hai: "mashallah, i followed this practice yesterday and it was really amazing.</w:t>
      </w:r>
    </w:p>
    <w:p>
      <w:pPr>
        <w:jc w:val="right"/>
      </w:pPr>
      <w:r>
        <w:t>ثناء اللہ چوہدری نے اسلام آباد سے لکھا ہے: "Mashاءاللہ, I followed this practice yesterday and it was really amazing.</w:t>
      </w:r>
    </w:p>
    <w:p>
      <w:r>
        <w:rPr>
          <w:b/>
        </w:rPr>
        <w:t xml:space="preserve">[47:20] </w:t>
      </w:r>
      <w:r>
        <w:t>control anger and use hikmat to resolve the issues wisely."</w:t>
      </w:r>
    </w:p>
    <w:p>
      <w:pPr>
        <w:jc w:val="right"/>
      </w:pPr>
      <w:r>
        <w:t>Control anger and use حکمت to resolve the issues wisely."</w:t>
      </w:r>
    </w:p>
    <w:p>
      <w:r>
        <w:rPr>
          <w:b/>
        </w:rPr>
        <w:t xml:space="preserve">[47:30] </w:t>
      </w:r>
      <w:r>
        <w:t>mashallah. molana aamir mori sahib ka comment hai aur sawal hai, aur is ke sath sath hum ek aur question parhna chahenge jo milta julta hai molana iqbal umri ka.</w:t>
      </w:r>
    </w:p>
    <w:p>
      <w:pPr>
        <w:jc w:val="right"/>
      </w:pPr>
      <w:r>
        <w:t>ماشاءاللہ۔ مولانا عامر موری صاحب کا comment ہے اور سوال ہے، اور اس کے ساتھ ساتھ ہم ایک اور question پڑھنا چاہیں گے جو ملتا جلتا ہے مولانا اقبال عمری کا۔</w:t>
      </w:r>
    </w:p>
    <w:p>
      <w:r>
        <w:rPr>
          <w:b/>
        </w:rPr>
        <w:t xml:space="preserve">[47:46] </w:t>
      </w:r>
      <w:r>
        <w:t>aamir mori sahib ne likha hai: "thank you molana sahib for such an enlightening lecture on positive thinking and anger management.</w:t>
      </w:r>
    </w:p>
    <w:p>
      <w:pPr>
        <w:jc w:val="right"/>
      </w:pPr>
      <w:r>
        <w:t>عامر موری صاحب نے لکھا ہے: "Thank you مولانا صاحب for such an enlightening lecture on positive thinking and anger management.</w:t>
      </w:r>
    </w:p>
    <w:p>
      <w:r>
        <w:rPr>
          <w:b/>
        </w:rPr>
        <w:t xml:space="preserve">[47:56] </w:t>
      </w:r>
      <w:r>
        <w:t>god has created human beings with a faculty of thinking both positive and negative. this is something which is very natural.</w:t>
      </w:r>
    </w:p>
    <w:p>
      <w:pPr>
        <w:jc w:val="right"/>
      </w:pPr>
      <w:r>
        <w:t>God has created human beings with a faculty of thinking both positive and negative. This is something which is very natural.</w:t>
      </w:r>
    </w:p>
    <w:p>
      <w:r>
        <w:rPr>
          <w:b/>
        </w:rPr>
        <w:t xml:space="preserve">[48:07] </w:t>
      </w:r>
      <w:r>
        <w:t>is it? my question is, is it scientifically possible for a human being to eliminate negative thinking in complete sense?</w:t>
      </w:r>
    </w:p>
    <w:p>
      <w:pPr>
        <w:jc w:val="right"/>
      </w:pPr>
      <w:r>
        <w:t>Is it? My question is, is it scientifically possible for a human being to eliminate negative thinking in complete sense?</w:t>
      </w:r>
    </w:p>
    <w:p>
      <w:r>
        <w:rPr>
          <w:b/>
        </w:rPr>
        <w:t xml:space="preserve">[48:18] </w:t>
      </w:r>
      <w:r>
        <w:t>kindly guide." aur molana iqbal umri ne isi ke extended sense mein poocha hai: "molana, ghusse ko ghusse ko control karne ka aasan tareeqa kya hai?"</w:t>
      </w:r>
    </w:p>
    <w:p>
      <w:pPr>
        <w:jc w:val="right"/>
      </w:pPr>
      <w:r>
        <w:t>Kindly guide." اور مولانا اقبال عمری نے اسی کے extended sense میں پوچھا ہے: "مولانا، غصہ کو غصے کو کنٹرول کرنے کا آسان طریقہ کیا ہے؟"</w:t>
      </w:r>
    </w:p>
    <w:p>
      <w:r>
        <w:rPr>
          <w:b/>
        </w:rPr>
        <w:t xml:space="preserve">[48:34] </w:t>
      </w:r>
      <w:r>
        <w:t>bhai, dekhiye, main apni zindagi jo hai isi ka mukammal namoona hai. abhi har kitab chhapi hai, is kitab ko koi shakhs parh le:</w:t>
      </w:r>
    </w:p>
    <w:p>
      <w:pPr>
        <w:jc w:val="right"/>
      </w:pPr>
      <w:r>
        <w:t>بھائی، دیکھیے، میں اپنی زندگی جو ہے اسی کا مکمل نمونہ ہے۔ ابھی ہر کتاب چھپی ہے، اس کتاب کو کوئی شخص پڑھ لے:</w:t>
      </w:r>
    </w:p>
    <w:p>
      <w:r>
        <w:rPr>
          <w:b/>
        </w:rPr>
        <w:t xml:space="preserve">[48:50] </w:t>
      </w:r>
      <w:r>
        <w:t>"secret of success۔"</w:t>
      </w:r>
    </w:p>
    <w:p>
      <w:pPr>
        <w:jc w:val="right"/>
      </w:pPr>
      <w:r>
        <w:t>"Secret of Success۔"</w:t>
      </w:r>
    </w:p>
    <w:p>
      <w:r>
        <w:rPr>
          <w:b/>
        </w:rPr>
        <w:t xml:space="preserve">[48:53] </w:t>
      </w:r>
      <w:r>
        <w:t>ek hi kitab mein aap ko sara jawab mil jayega.</w:t>
      </w:r>
    </w:p>
    <w:p>
      <w:pPr>
        <w:jc w:val="right"/>
      </w:pPr>
      <w:r>
        <w:t>ایک ہی کتاب میں آپ کو سارا جواب مل جائے گا۔</w:t>
      </w:r>
    </w:p>
    <w:p>
      <w:r>
        <w:rPr>
          <w:b/>
        </w:rPr>
        <w:t xml:space="preserve">[49:05] </w:t>
      </w:r>
      <w:r>
        <w:t>molana, ek aur sawal ah ah ne subhiya ne kiya hai delhi se, class mein maujood hain, unhone likha hai: "molana, sometimes it is not your nature to be negative but people around you do wrong things against you.</w:t>
      </w:r>
    </w:p>
    <w:p>
      <w:pPr>
        <w:jc w:val="right"/>
      </w:pPr>
      <w:r>
        <w:t>مولانا، ایک اور سوال آہ آہ نے سبحیا نے کیا ہے دلی سے، کلاس میں موجود ہیں، انہوں نے لکھا ہے: "مولانا، sometimes it is not your nature to be negative but people around you do wrong things against you.</w:t>
      </w:r>
    </w:p>
    <w:p>
      <w:r>
        <w:rPr>
          <w:b/>
        </w:rPr>
        <w:t xml:space="preserve">[49:23] </w:t>
      </w:r>
      <w:r>
        <w:t>so how should we fight against oppression</w:t>
      </w:r>
    </w:p>
    <w:p>
      <w:pPr>
        <w:jc w:val="right"/>
      </w:pPr>
      <w:r>
        <w:t>So how should we fight against oppression</w:t>
      </w:r>
    </w:p>
    <w:p>
      <w:r>
        <w:rPr>
          <w:b/>
        </w:rPr>
        <w:t xml:space="preserve">[49:26] </w:t>
      </w:r>
      <w:r>
        <w:t>? how should we fight for our rights without being negative؟" dekhiye, aas paas ke jo log hain woh to wohi karenge jo kar rahe hain.</w:t>
      </w:r>
    </w:p>
    <w:p>
      <w:pPr>
        <w:jc w:val="right"/>
      </w:pPr>
      <w:r>
        <w:t>? How should we fight for our rights without being negative؟" دیکھیے، آس پاس کے جو لوگ ہیں وہ تو وہی کریں گے جو کر رہے ہیں۔</w:t>
      </w:r>
    </w:p>
    <w:p>
      <w:r>
        <w:rPr>
          <w:b/>
        </w:rPr>
        <w:t xml:space="preserve">[49:41] </w:t>
      </w:r>
      <w:r>
        <w:t>yeh namumkin hai ke aas paas ke jo log hain woh woh karein jo aap chahte hain. jo woh chahte hain woh karenge kyunke Allah ne har ek ko har ek ko</w:t>
      </w:r>
    </w:p>
    <w:p>
      <w:pPr>
        <w:jc w:val="right"/>
      </w:pPr>
      <w:r>
        <w:t>یہ ناممکن ہے کہ آس پاس کے جو لوگ ہیں وہ وہ کریں جو آپ چاہتے ہیں۔ جو وہ چاہتے ہیں وہ کریں گے کیونکہ اللہ نے ہر ایک کو ہر ایک کو</w:t>
      </w:r>
    </w:p>
    <w:p>
      <w:r>
        <w:rPr>
          <w:b/>
        </w:rPr>
        <w:t xml:space="preserve">[49:57] </w:t>
      </w:r>
      <w:r>
        <w:t>azadi di hai. sab se bari khushkhabri jo insan ke liye hai, sab se bari khushkhabri woh yeh ke insan ko Allah ne yeh power diya, yeh power ke woh negative ko positive mein convert kar ska hai.</w:t>
      </w:r>
    </w:p>
    <w:p>
      <w:pPr>
        <w:jc w:val="right"/>
      </w:pPr>
      <w:r>
        <w:t>آزادی دی ہے۔ سب سے بڑی خوشخبری جو انسان کے لیے ہے، سب سے بڑی خوشخبری وہ یہ کہ انسان کو اللہ نے یہ power دیا، یہ power کہ وہ negative کو positive میں convert کر سکا ہے۔</w:t>
      </w:r>
    </w:p>
    <w:p>
      <w:r>
        <w:rPr>
          <w:b/>
        </w:rPr>
        <w:t xml:space="preserve">[50:26] </w:t>
      </w:r>
      <w:r>
        <w:t>quran mein is ka aelan hai, woh ayat padhiye sahib: "kun wali hameem." yani kaisi ajeeb baat hai ke jis ko aap dushman samajhte hain, hreef samajhte hain,</w:t>
      </w:r>
    </w:p>
    <w:p>
      <w:pPr>
        <w:jc w:val="right"/>
      </w:pPr>
      <w:r>
        <w:t>قرآن میں اس کا اعلان ہے، وہ آیت پڑھیے صاحب: "کن ولی حمیم۔" یعنی کیسی عجیب بات ہے کہ جس کو آپ دشمن سمجھتے ہیں، حریف سمجھتے ہیں،</w:t>
      </w:r>
    </w:p>
    <w:p>
      <w:r>
        <w:rPr>
          <w:b/>
        </w:rPr>
        <w:t xml:space="preserve">[50:48] </w:t>
      </w:r>
      <w:r>
        <w:t>mukhalif samajhte hain, woh potentially aap ka dost hai. is potentially ko discover kijiye aur is ko avail kijiye.</w:t>
      </w:r>
    </w:p>
    <w:p>
      <w:pPr>
        <w:jc w:val="right"/>
      </w:pPr>
      <w:r>
        <w:t>مخالف سمجھتے ہیں، وہ potentially آپ کا دوست ہے۔ اس potentially کو discover کیجیے اور اس کو avail کیجیے۔</w:t>
      </w:r>
    </w:p>
    <w:p>
      <w:r>
        <w:rPr>
          <w:b/>
        </w:rPr>
        <w:t xml:space="preserve">[51:00] </w:t>
      </w:r>
      <w:r>
        <w:t>yani is ayat ko koi doosra matlab ho nahi sakta. is ka matlab yahi hai ke jis ko tum dushman samajhte ho, woh tumhara potentially dost hai,</w:t>
      </w:r>
    </w:p>
    <w:p>
      <w:pPr>
        <w:jc w:val="right"/>
      </w:pPr>
      <w:r>
        <w:t>یعنی اس آیت کو کوئی دوسرا مطلب ہو نہیں سکتا۔ اس کا مطلب یہی ہے کہ جس کو تم دشمن سمجھتے ہو، وہ تمہارا potentially دوست ہے،</w:t>
      </w:r>
    </w:p>
    <w:p>
      <w:r>
        <w:rPr>
          <w:b/>
        </w:rPr>
        <w:t xml:space="preserve">[51:14] </w:t>
      </w:r>
      <w:r>
        <w:t>tum dushman kyun samajhte ho? is ke andar jo potentially chupa hua hai, us ko daryaft karo aur phir tum aik dost ko pa lo ge.</w:t>
      </w:r>
    </w:p>
    <w:p>
      <w:pPr>
        <w:jc w:val="right"/>
      </w:pPr>
      <w:r>
        <w:t>تم دشمن کیوں سمجھتے ہو؟ اس کے اندر جو potentially چھپا ہوا ہے، اس کو دریافت کرو اور پھر تم ایک دوست کو پا لو گے۔</w:t>
      </w:r>
    </w:p>
    <w:p>
      <w:r>
        <w:rPr>
          <w:b/>
        </w:rPr>
        <w:t xml:space="preserve">[51:27] </w:t>
      </w:r>
      <w:r>
        <w:t>kaise ajeeb log hain ke jo khaliq ka assurance jo hai, unhein dikhai nahi deta aur shaitan ke behkawe dikhai dete hain.</w:t>
      </w:r>
    </w:p>
    <w:p>
      <w:pPr>
        <w:jc w:val="right"/>
      </w:pPr>
      <w:r>
        <w:t>کیسے عجیب لوگ ہیں کہ جو خالق کا assurance جو ہے، انہیں دکھائی نہیں دیتا اور شیطان کے بہکاوے دکھائی دیتے ہیں۔</w:t>
      </w:r>
    </w:p>
    <w:p>
      <w:r>
        <w:rPr>
          <w:b/>
        </w:rPr>
        <w:t xml:space="preserve">[51:42] </w:t>
      </w:r>
      <w:r>
        <w:t>shaitan har waqt behkata hai. lekin Allah yeh assurance de raha hai aap ko, khaliq, khaliq ka aap ko assurance de raha hai</w:t>
      </w:r>
    </w:p>
    <w:p>
      <w:pPr>
        <w:jc w:val="right"/>
      </w:pPr>
      <w:r>
        <w:t>شیطان ہر وقت بہکاتا ہے۔ لیکن اللہ یہ assurance دے رہا ہے آپ کو، خالق، خالق کا آپ کو assurance دے رہا ہے</w:t>
      </w:r>
    </w:p>
    <w:p>
      <w:r>
        <w:rPr>
          <w:b/>
        </w:rPr>
        <w:t xml:space="preserve">[51:55] </w:t>
      </w:r>
      <w:r>
        <w:t>ke jis ko aap samajh rahe ho dushman, woh to potentially tumhara dost hua hai, wali hameem hai woh.</w:t>
      </w:r>
    </w:p>
    <w:p>
      <w:pPr>
        <w:jc w:val="right"/>
      </w:pPr>
      <w:r>
        <w:t>کہ جس کو آپ سمجھ رہے ہو دشمن، وہ تو potentially تمہارا دوست ہوا ہے، ولی حمیم ہے وہ۔</w:t>
      </w:r>
    </w:p>
    <w:p>
      <w:r>
        <w:rPr>
          <w:b/>
        </w:rPr>
        <w:t xml:space="preserve">[52:07] </w:t>
      </w:r>
      <w:r>
        <w:t>to is is ke potentially ko daryaft karo aur is ko avail karo. to itna bara assurance khaliq de, khaliq, aur is ko hum na jaan payein to kaisi ajeeb baat hai.</w:t>
      </w:r>
    </w:p>
    <w:p>
      <w:pPr>
        <w:jc w:val="right"/>
      </w:pPr>
      <w:r>
        <w:t>تو اس اس کے potentially کو دریافت کرو اور اس کو avail کرو۔ تو اتنا بڑا assurance خالق دے، خالق، اور اس کو ہم نہ جان پائیں تو کیسی عجیب بات ہے۔</w:t>
      </w:r>
    </w:p>
    <w:p>
      <w:r>
        <w:rPr>
          <w:b/>
        </w:rPr>
        <w:t xml:space="preserve">[52:24] </w:t>
      </w:r>
      <w:r>
        <w:t>yeh to khaliq ki taraf se aik assurance hai, super assurance ke jis insan ko tum samajh rahe ho ke tumhara dushman hai, tumhara mukhalif hai,</w:t>
      </w:r>
    </w:p>
    <w:p>
      <w:pPr>
        <w:jc w:val="right"/>
      </w:pPr>
      <w:r>
        <w:t>یہ تو خالق کی طرف سے ایک assurance ہے، super assurance کہ جس انسان کو تم سمجھ رہے ہو کہ تمہارا دشمن ہے، تمہارا مخالف ہے،</w:t>
      </w:r>
    </w:p>
    <w:p>
      <w:r>
        <w:rPr>
          <w:b/>
        </w:rPr>
        <w:t xml:space="preserve">[52:39] </w:t>
      </w:r>
      <w:r>
        <w:t>woh to tumhara dost hai balkeh bohat hi gehra dost hai.</w:t>
      </w:r>
    </w:p>
    <w:p>
      <w:pPr>
        <w:jc w:val="right"/>
      </w:pPr>
      <w:r>
        <w:t>وہ تو تمہارا دوست ہے بلکہ بہت ہی گہرا دوست ہے۔</w:t>
      </w:r>
    </w:p>
    <w:p>
      <w:r>
        <w:rPr>
          <w:b/>
        </w:rPr>
        <w:t xml:space="preserve">[52:46] </w:t>
      </w:r>
      <w:r>
        <w:t>mein aik martaba gaya meerath ke paas, aik aik town hai, wahan gaya to aik saans mulaqat hui.</w:t>
      </w:r>
    </w:p>
    <w:p>
      <w:pPr>
        <w:jc w:val="right"/>
      </w:pPr>
      <w:r>
        <w:t>میں ایک مرتبہ گیا میرٹھ کے پاس، ایک ایک ٹاؤن ہے، وہاں گیا تو ایک سانس ملاقات ہوئی۔</w:t>
      </w:r>
    </w:p>
    <w:p>
      <w:r>
        <w:rPr>
          <w:b/>
        </w:rPr>
        <w:t xml:space="preserve">[52:58] </w:t>
      </w:r>
      <w:r>
        <w:t>to unhon ne kaha ke zikr hua aik sahib ka jo isi town mein rehte thay, dono aik hi town mein rehte thay. to unhon ne kaha woh to mera dushman hai, us ki baat karte hain aap.</w:t>
      </w:r>
    </w:p>
    <w:p>
      <w:pPr>
        <w:jc w:val="right"/>
      </w:pPr>
      <w:r>
        <w:t>تو انہوں نے کہا کہ ذکر ہوا ایک صاحب کا جو اسی ٹاؤن میں رہتے تھے، دونوں ایک ہی ٹاؤن میں رہتے تھے۔ تو انہوں نے کہا وہ تو میرا دشمن ہے، اس کی بات کرتے ہیں آپ۔</w:t>
      </w:r>
    </w:p>
    <w:p>
      <w:r>
        <w:rPr>
          <w:b/>
        </w:rPr>
        <w:t xml:space="preserve">[53:13] </w:t>
      </w:r>
      <w:r>
        <w:t>us se to mera salam kalam band hai. pehle tha mein us se taluq, ab to taluq hi nahi hai. maine kaha kuch nahi, aap abhi jaiye aur salam kijiye,</w:t>
      </w:r>
    </w:p>
    <w:p>
      <w:pPr>
        <w:jc w:val="right"/>
      </w:pPr>
      <w:r>
        <w:t>اس سے تو میرا سلام کلام بند ہے۔ پہلے تھا میں اس سے تعلق، اب تو تعلق ہی نہیں ہے۔ میں نے کہا کچھ نہیں، آپ ابھی جائیے اور سلام کیجیے،</w:t>
      </w:r>
    </w:p>
    <w:p>
      <w:r>
        <w:rPr>
          <w:b/>
        </w:rPr>
        <w:t xml:space="preserve">[53:27] </w:t>
      </w:r>
      <w:r>
        <w:t>bas itna hi kijiye, salam kijiye aur khairiyat poochhiye, bas itna hi kijiye aap. aur phir is ka aap woh dekhiye, karishma.</w:t>
      </w:r>
    </w:p>
    <w:p>
      <w:pPr>
        <w:jc w:val="right"/>
      </w:pPr>
      <w:r>
        <w:t>بس اتنا ہی کیجیے، سلام کیجیے اور خیرت پوچھیے، بس اتنا ہی کیجیے آپ۔ اور پھر اس کا آپ وہ دیکھیے، کرشمہ۔</w:t>
      </w:r>
    </w:p>
    <w:p>
      <w:r>
        <w:rPr>
          <w:b/>
        </w:rPr>
        <w:t xml:space="preserve">[53:43] </w:t>
      </w:r>
      <w:r>
        <w:t>to beharhaal woh bohat kehne par mere woh gaye aur unhon ne is ka kaha assalam o alaikum.</w:t>
      </w:r>
    </w:p>
    <w:p>
      <w:pPr>
        <w:jc w:val="right"/>
      </w:pPr>
      <w:r>
        <w:t>تو بہرحال وہ بہت کہنے پر میرے وہ گئے اور انہوں نے اس کا کہا السلام علیکم۔</w:t>
      </w:r>
    </w:p>
    <w:p>
      <w:r>
        <w:rPr>
          <w:b/>
        </w:rPr>
        <w:t xml:space="preserve">[53:52] </w:t>
      </w:r>
      <w:r>
        <w:t>yeh kaha unhon ne</w:t>
      </w:r>
    </w:p>
    <w:p>
      <w:pPr>
        <w:jc w:val="right"/>
      </w:pPr>
      <w:r>
        <w:t>یہ کہا انہوں نے</w:t>
      </w:r>
    </w:p>
    <w:p>
      <w:r>
        <w:rPr>
          <w:b/>
        </w:rPr>
        <w:t xml:space="preserve">[53:56] </w:t>
      </w:r>
      <w:r>
        <w:t>to foran hi us aadmi ne un ko seenay se laga laga liya aur usi din se woh sab se acha dost ban gaya us town ka.</w:t>
      </w:r>
    </w:p>
    <w:p>
      <w:pPr>
        <w:jc w:val="right"/>
      </w:pPr>
      <w:r>
        <w:t>تو فوراً ہی اس آدمی نے ان کو سینے سے لگا لگا لیا اور اسی دن سے وہ سب سے اچھا دوست بن گیا اس ٹاؤن کا۔</w:t>
      </w:r>
    </w:p>
    <w:p>
      <w:r>
        <w:rPr>
          <w:b/>
        </w:rPr>
        <w:t xml:space="preserve">[54:11] </w:t>
      </w:r>
      <w:r>
        <w:t>woh meerath ka,</w:t>
      </w:r>
    </w:p>
    <w:p>
      <w:pPr>
        <w:jc w:val="right"/>
      </w:pPr>
      <w:r>
        <w:t>وہ میرٹھ کا،</w:t>
      </w:r>
    </w:p>
    <w:p>
      <w:r>
        <w:rPr>
          <w:b/>
        </w:rPr>
        <w:t xml:space="preserve">[54:16] </w:t>
      </w:r>
      <w:r>
        <w:t>meerath ka aik town hai, us ki telephone number mere paas hai. aap mein se koi sahib jagah chahein to mein telephone number doon ga, aap telephone kar ke us ki confirm kar li jiye.</w:t>
      </w:r>
    </w:p>
    <w:p>
      <w:pPr>
        <w:jc w:val="right"/>
      </w:pPr>
      <w:r>
        <w:t>میرٹھ کا ایک ٹاؤن ہے، اس کی ٹیلی فون نمبر میرے پاس ہے۔ آپ میں سے کوئی صاحب جگہ چاہیں تو میں ٹیلی فون نمبر دوں گا، آپ ٹیلی فون کر کے اس کی کنفرم کر لیجیے۔</w:t>
      </w:r>
    </w:p>
    <w:p>
      <w:r>
        <w:rPr>
          <w:b/>
        </w:rPr>
        <w:t xml:space="preserve">[54:31] </w:t>
      </w:r>
      <w:r>
        <w:t>aise bohat se waqiat hain</w:t>
      </w:r>
    </w:p>
    <w:p>
      <w:pPr>
        <w:jc w:val="right"/>
      </w:pPr>
      <w:r>
        <w:t>ایسے بہت سے واقعات ہیں</w:t>
      </w:r>
    </w:p>
    <w:p>
      <w:r>
        <w:rPr>
          <w:b/>
        </w:rPr>
        <w:t xml:space="preserve">[54:35] </w:t>
      </w:r>
      <w:r>
        <w:t>ke log asal mein bekhabari jo hai logon ki, woh woh yeh hai ke woh yeh nahi jante ke potential, potential ko actual kaise banaya jaye.</w:t>
      </w:r>
    </w:p>
    <w:p>
      <w:pPr>
        <w:jc w:val="right"/>
      </w:pPr>
      <w:r>
        <w:t>کہ لوگ اصل میں بے خبری جو ہے لوگوں کی، وہ وہ یہ ہے کہ وہ یہ نہیں جانتے کہ potential، potential کو actual کیسے بنایا جائے۔</w:t>
      </w:r>
    </w:p>
    <w:p>
      <w:r>
        <w:rPr>
          <w:b/>
        </w:rPr>
        <w:t xml:space="preserve">[54:51] </w:t>
      </w:r>
      <w:r>
        <w:t>potential ko actual kaise banaya jaye, is is raaz ko nahi jante.</w:t>
      </w:r>
    </w:p>
    <w:p>
      <w:pPr>
        <w:jc w:val="right"/>
      </w:pPr>
      <w:r>
        <w:t>potential کو actual کیسے بنایا جائے، اس اس راز کو نہیں جانتے۔</w:t>
      </w:r>
    </w:p>
    <w:p>
      <w:r>
        <w:rPr>
          <w:b/>
        </w:rPr>
        <w:t xml:space="preserve">[54:59] </w:t>
      </w:r>
      <w:r>
        <w:t>is ayat ko padhiye jo aap abhi ayat padhi gayi aap ke samne aur is ko apni zindagi mein istemal kijiye.</w:t>
      </w:r>
    </w:p>
    <w:p>
      <w:pPr>
        <w:jc w:val="right"/>
      </w:pPr>
      <w:r>
        <w:t>اس آیت کو پڑھیے جو آپ ابھی آیت پڑھی گئی آپ کے سامنے اور اس کو اپنی زندگی میں استعمال کیجیے۔</w:t>
      </w:r>
    </w:p>
    <w:p>
      <w:r>
        <w:rPr>
          <w:b/>
        </w:rPr>
        <w:t xml:space="preserve">[55:09] </w:t>
      </w:r>
      <w:r>
        <w:t>فَيَزَا الَّذِي بَيْنَكَ وَيْنُ عَدَاوَةٍ كَانُهُ وَلِيٌّ حَمِيمٌ yeh jis ke aur tumhare darmiyan adawat thi, dushmani thi, woh tumhara dost ban jayega.</w:t>
      </w:r>
    </w:p>
    <w:p>
      <w:pPr>
        <w:jc w:val="right"/>
      </w:pPr>
      <w:r>
        <w:t>فَيَزَا الَّذِي بَيْنَكَ وَيْنُ عَدَاوَةٍ كَانُهُ وَلِيٌّ حَمِيمٌ یہ جس کے اور تمہارے درمیان عداوت تھی، دشمنی تھی، وہ تمہارا دوست بن جائے گا۔</w:t>
      </w:r>
    </w:p>
    <w:p>
      <w:r>
        <w:rPr>
          <w:b/>
        </w:rPr>
        <w:t xml:space="preserve">[55:25] </w:t>
      </w:r>
      <w:r>
        <w:t>lekin is ko janiye ke matlab kya is ka hai. is ka matlab hai ke potential ko daryaft karo aur is ko manage kar ke, woh hikmat jo kaha hai quran mein, hikmat, is ko manage kar ke avail karo.</w:t>
      </w:r>
    </w:p>
    <w:p>
      <w:pPr>
        <w:jc w:val="right"/>
      </w:pPr>
      <w:r>
        <w:t>لیکن اس کو جانیے کہ مطلب کیا اس کا ہے۔ اس کا مطلب ہے کہ potential کو دریافت کرو اور اس کو manage کر کے، وہ حکمت جو کہا ہے قرآن میں، حکمت، اس کو manage کر کے avail کرو۔</w:t>
      </w:r>
    </w:p>
    <w:p>
      <w:r>
        <w:rPr>
          <w:b/>
        </w:rPr>
        <w:t xml:space="preserve">[55:47] </w:t>
      </w:r>
      <w:r>
        <w:t>maulana, sawal lene se pehle kuch aur comments parhna chahenge. yeh comment bheja hai mehtab ahmed sahib ne dhampur se, unhon ne likha hai: "maulana sahib, yeh khuda ki madad se aap ki awaz hum sun rahe hain.</w:t>
      </w:r>
    </w:p>
    <w:p>
      <w:pPr>
        <w:jc w:val="right"/>
      </w:pPr>
      <w:r>
        <w:t>مولانا، سوال لینے سے پہلے کچھ اور comments پڑھنا چاہیں گے۔ یہ comment بھیجا ہے مہتاب احمد صاحب نے دھامپور سے، انہوں نے لکھا ہے: "مولانا صاحب، یہ خدا کی مدد سے آپ کی آواز ہم سن رہے ہیں۔</w:t>
      </w:r>
    </w:p>
    <w:p>
      <w:r>
        <w:rPr>
          <w:b/>
        </w:rPr>
        <w:t xml:space="preserve">[56:03] </w:t>
      </w:r>
      <w:r>
        <w:t>khuda ka shukar hai ke allah aap ko mukammal sehat ata karay." doctor aslam khan sahib ne saharanpur se likha hai: "Molana, your message about the Islam is very clear and understandable and more acceptable to the scientific brain.</w:t>
      </w:r>
    </w:p>
    <w:p>
      <w:pPr>
        <w:jc w:val="right"/>
      </w:pPr>
      <w:r>
        <w:t>خدا کا شکر ہے کہ اللہ آپ کو مکمل صحت عطا کرے۔" ڈاکٹر اسلم خان صاحب نے سہارن پور سے لکھا ہے: "Molana, your message about the Islam is very clear and understandable and more acceptable to the scientific brain.</w:t>
      </w:r>
    </w:p>
    <w:p>
      <w:r>
        <w:rPr>
          <w:b/>
        </w:rPr>
        <w:t xml:space="preserve">[56:24] </w:t>
      </w:r>
      <w:r>
        <w:t>All the other Islamic scholars are totally confused, so their narrative about the Islam is not approachable to the new generation of modern mindset.</w:t>
      </w:r>
    </w:p>
    <w:p>
      <w:pPr>
        <w:jc w:val="right"/>
      </w:pPr>
      <w:r>
        <w:t>All the other Islamic scholars are totally confused, so their narrative about the Islam is not approachable to the new generation of modern mindset.</w:t>
      </w:r>
    </w:p>
    <w:p>
      <w:r>
        <w:rPr>
          <w:b/>
        </w:rPr>
        <w:t xml:space="preserve">[56:37] </w:t>
      </w:r>
      <w:r>
        <w:t>Thank you again, Maulana, your personality is a divine boon." Maulana yaqoob umri sahib ne dilli se comment bheja hai: "Molana, kitab means nazri hidayat, hikmat means practical wisdom, and rujj means dirty practice.</w:t>
      </w:r>
    </w:p>
    <w:p>
      <w:pPr>
        <w:jc w:val="right"/>
      </w:pPr>
      <w:r>
        <w:t>Thank you again, مولانا، your personality is a divine boon." مولانا یعقوب عمری صاحب نے دلی سے comment بھیجا ہے: "Molana, کتاب means نظری ہدایت، حکمت means practical wisdom, and رُجّ means dirty practice.</w:t>
      </w:r>
    </w:p>
    <w:p>
      <w:r>
        <w:rPr>
          <w:b/>
        </w:rPr>
        <w:t xml:space="preserve">[56:57] </w:t>
      </w:r>
      <w:r>
        <w:t>Maulana, I am thrilled after listening to your lecture today. Jazak Allah khair." Maulana, agla comment bheja hai miss sahar saleem ne srinagar se, unhon ne likha hai: "The anger that boils up inside a person can lead him to do things he may regret later on.</w:t>
      </w:r>
    </w:p>
    <w:p>
      <w:pPr>
        <w:jc w:val="right"/>
      </w:pPr>
      <w:r>
        <w:t>مولانا، I am thrilled after listening to your lecture today. جزاک اللہ خیر۔" مولانا، اگلا comment بھیجا ہے مس سحر سلیم نے سری نگر سے، انہوں نے لکھا ہے: "The anger that boils up inside a person can lead him to do things he may regret later on.</w:t>
      </w:r>
    </w:p>
    <w:p>
      <w:r>
        <w:rPr>
          <w:b/>
        </w:rPr>
        <w:t xml:space="preserve">[57:23] </w:t>
      </w:r>
      <w:r>
        <w:t>A wise person thinks carefully of the evil consequences of anger and the benefits of restraint.</w:t>
      </w:r>
    </w:p>
    <w:p>
      <w:pPr>
        <w:jc w:val="right"/>
      </w:pPr>
      <w:r>
        <w:t>A wise person thinks carefully of the evil consequences of anger and the benefits of restraint.</w:t>
      </w:r>
    </w:p>
    <w:p>
      <w:r>
        <w:rPr>
          <w:b/>
        </w:rPr>
        <w:t xml:space="preserve">[57:32] </w:t>
      </w:r>
      <w:r>
        <w:t>Anger that becomes a permanent part of one's nature and affects the faculty of wisdom. Controlling anger is an act of a righteous person.</w:t>
      </w:r>
    </w:p>
    <w:p>
      <w:pPr>
        <w:jc w:val="right"/>
      </w:pPr>
      <w:r>
        <w:t>Anger that becomes a permanent part of one's nature and affects the faculty of wisdom. Controlling anger is an act of a righteous person.</w:t>
      </w:r>
    </w:p>
    <w:p>
      <w:r>
        <w:rPr>
          <w:b/>
        </w:rPr>
        <w:t xml:space="preserve">[57:44] </w:t>
      </w:r>
      <w:r>
        <w:t>May Allah protect us</w:t>
      </w:r>
    </w:p>
    <w:p>
      <w:pPr>
        <w:jc w:val="right"/>
      </w:pPr>
      <w:r>
        <w:t>May Allah protect us</w:t>
      </w:r>
    </w:p>
    <w:p>
      <w:r>
        <w:rPr>
          <w:b/>
        </w:rPr>
        <w:t xml:space="preserve">[57:46] </w:t>
      </w:r>
      <w:r>
        <w:t>. Thank you, Maulana. Jazak Allah. Maulana, agla sawal lena chahenge. yeh sawal usa se shahid sahib ne bheja hai.</w:t>
      </w:r>
    </w:p>
    <w:p>
      <w:pPr>
        <w:jc w:val="right"/>
      </w:pPr>
      <w:r>
        <w:t>. Thank you, مولانا۔ جزاک اللہ۔ مولانا، اگلا سوال لینا چاہیں گے۔ یہ سوال یو ایس اے سے شاہد صاحب نے بھیجا ہے۔</w:t>
      </w:r>
    </w:p>
    <w:p>
      <w:r>
        <w:rPr>
          <w:b/>
        </w:rPr>
        <w:t xml:space="preserve">[57:56] </w:t>
      </w:r>
      <w:r>
        <w:t>Unhon ne aap se poocha hai: "Maulana sahib, Who is a hypocrite and how can one identify a hypocrite?</w:t>
      </w:r>
    </w:p>
    <w:p>
      <w:pPr>
        <w:jc w:val="right"/>
      </w:pPr>
      <w:r>
        <w:t>انہوں نے آپ سے پوچھا ہے: "مولانا صاحب، Who is a hypocrite and how can one identify a hypocrite?</w:t>
      </w:r>
    </w:p>
    <w:p>
      <w:r>
        <w:rPr>
          <w:b/>
        </w:rPr>
        <w:t xml:space="preserve">[58:07] </w:t>
      </w:r>
      <w:r>
        <w:t>To me, it seems like twisting according to the situation is hypocrisy. Kindly give us your explanation on this subject." aap jante hain ke english mein ek lafz hai "double standard", wahi matlab hai is ka jo aadmi double standard ho.</w:t>
      </w:r>
    </w:p>
    <w:p>
      <w:pPr>
        <w:jc w:val="right"/>
      </w:pPr>
      <w:r>
        <w:t>To me, it seems like twisting according to the situation is hypocrisy. Kindly give us your explanation on this subject." آپ جانتے ہیں کہ انگلش میں ایک لفظ ہے "double standard"، وہی مطلب ہے اس کا جو آدمی double standard ہو۔</w:t>
      </w:r>
    </w:p>
    <w:p>
      <w:r>
        <w:rPr>
          <w:b/>
        </w:rPr>
        <w:t xml:space="preserve">[58:31] </w:t>
      </w:r>
      <w:r>
        <w:t>Yeh koi bohat complex baat nahi hai, bohat seedhi baat hai.</w:t>
      </w:r>
    </w:p>
    <w:p>
      <w:pPr>
        <w:jc w:val="right"/>
      </w:pPr>
      <w:r>
        <w:t>یہ کوئی بہت complex بات نہیں ہے، بہت سیدھی بات ہے۔</w:t>
      </w:r>
    </w:p>
    <w:p>
      <w:r>
        <w:rPr>
          <w:b/>
        </w:rPr>
        <w:t xml:space="preserve">[58:39] </w:t>
      </w:r>
      <w:r>
        <w:t>Kisi aadmi ko pehchanne ke liye ke woh hypocrite hai, ek hi din us ke sath rahen, ek to aap jaan len ke yeh double standard aadmi hai.</w:t>
      </w:r>
    </w:p>
    <w:p>
      <w:pPr>
        <w:jc w:val="right"/>
      </w:pPr>
      <w:r>
        <w:t>کسی آدمی کو پہچاننے کے لیے کہ وہ hypocrite ہے، ایک ہی دن اس کے ساتھ رہیں، ایک تو آپ جان لیں کہ یہ double standard آدمی ہے۔</w:t>
      </w:r>
    </w:p>
    <w:p>
      <w:r>
        <w:rPr>
          <w:b/>
        </w:rPr>
        <w:t xml:space="preserve">[58:53] </w:t>
      </w:r>
      <w:r>
        <w:t>Yeh koi mushkil kaam nahi hai.</w:t>
      </w:r>
    </w:p>
    <w:p>
      <w:pPr>
        <w:jc w:val="right"/>
      </w:pPr>
      <w:r>
        <w:t>یہ کوئی مشکل کام نہیں ہے۔</w:t>
      </w:r>
    </w:p>
    <w:p>
      <w:r>
        <w:rPr>
          <w:b/>
        </w:rPr>
        <w:t xml:space="preserve">[59:00] </w:t>
      </w:r>
      <w:r>
        <w:t>Maulana, agla sawal lete hain. yeh sawal bheja hai</w:t>
      </w:r>
    </w:p>
    <w:p>
      <w:pPr>
        <w:jc w:val="right"/>
      </w:pPr>
      <w:r>
        <w:t>مولانا، اگلا سوال لیتے ہیں۔ یہ سوال بھیجا ہے</w:t>
      </w:r>
    </w:p>
    <w:p>
      <w:r>
        <w:rPr>
          <w:b/>
        </w:rPr>
        <w:t xml:space="preserve">[59:08] </w:t>
      </w:r>
      <w:r>
        <w:t>miss dania mustafa ne karachi, pakistan se, unhon ne likha hai: "Molana sahib, many a times it happens that people who do wrong start justifying their wrong when we constantly show them a friendly attitude.</w:t>
      </w:r>
    </w:p>
    <w:p>
      <w:pPr>
        <w:jc w:val="right"/>
      </w:pPr>
      <w:r>
        <w:t>مس دانیا مصطفیٰ نے کراچی، پاکستان سے، انہوں نے لکھا ہے: "Molana صاحب, many a times it happens that people who do wrong start justifying their wrong when we constantly show them a friendly attitude.</w:t>
      </w:r>
    </w:p>
    <w:p>
      <w:r>
        <w:rPr>
          <w:b/>
        </w:rPr>
        <w:t xml:space="preserve">[59:25] </w:t>
      </w:r>
      <w:r>
        <w:t>Maulana sahib, how can we make them realize that what they are doing is</w:t>
      </w:r>
    </w:p>
    <w:p>
      <w:pPr>
        <w:jc w:val="right"/>
      </w:pPr>
      <w:r>
        <w:t>مولانا صاحب, how can we make them realize that what they are doing is</w:t>
      </w:r>
    </w:p>
    <w:p>
      <w:r>
        <w:rPr>
          <w:b/>
        </w:rPr>
        <w:t xml:space="preserve">[59:30] </w:t>
      </w:r>
      <w:r>
        <w:t>wrong?" dekhiye, aap ne bas misaal de di hai, is ki analysis nahi ki hai.</w:t>
      </w:r>
    </w:p>
    <w:p>
      <w:pPr>
        <w:jc w:val="right"/>
      </w:pPr>
      <w:r>
        <w:t>wrong?" دیکھیے، آپ نے بس مثال دے دی ہے، اس کی analysis نہیں کی ہے۔</w:t>
      </w:r>
    </w:p>
    <w:p>
      <w:r>
        <w:rPr>
          <w:b/>
        </w:rPr>
        <w:t xml:space="preserve">[59:42] </w:t>
      </w:r>
      <w:r>
        <w:t>Mere tajurbe ke log</w:t>
      </w:r>
    </w:p>
    <w:p>
      <w:pPr>
        <w:jc w:val="right"/>
      </w:pPr>
      <w:r>
        <w:t>میرے تجربے کے لوگ</w:t>
      </w:r>
    </w:p>
    <w:p>
      <w:r>
        <w:rPr>
          <w:b/>
        </w:rPr>
        <w:t xml:space="preserve">[59:46] </w:t>
      </w:r>
      <w:r>
        <w:t>aise hi kisi falsehood ko le kar ke ek rai bana lete hain, us ko analysis nahi karte.</w:t>
      </w:r>
    </w:p>
    <w:p>
      <w:pPr>
        <w:jc w:val="right"/>
      </w:pPr>
      <w:r>
        <w:t>ایسے ہی کسی falsehood کو لے کر کے ایک رائے بنا لیتے ہیں، اس کو analysis نہیں کرتے۔</w:t>
      </w:r>
    </w:p>
    <w:p>
      <w:r>
        <w:rPr>
          <w:b/>
        </w:rPr>
        <w:t xml:space="preserve">[59:59] </w:t>
      </w:r>
      <w:r>
        <w:t>Main ne jab bhi analysis kiya, yaqeen kijiye, main ne paya ke bohat si baaten log jo maane hue the, woh woh falsehood thi, us ke siwa kuch nahi hai.</w:t>
      </w:r>
    </w:p>
    <w:p>
      <w:pPr>
        <w:jc w:val="right"/>
      </w:pPr>
      <w:r>
        <w:t>میں نے جب بھی analysis کیا، یقین کیجیے، میں نے پایا کہ بہت سی باتیں لوگ جو مانے ہوئے تھے، وہ وہ falsehood تھی، اس کے سوا کچھ نہیں ہے۔</w:t>
      </w:r>
    </w:p>
    <w:p>
      <w:r>
        <w:rPr>
          <w:b/>
        </w:rPr>
        <w:t xml:space="preserve">[1:00:12] </w:t>
      </w:r>
      <w:r>
        <w:t>Aap tajurba kar ke dekhiye, agle sunday ko aap mujhe bataiye ke aap ne</w:t>
      </w:r>
    </w:p>
    <w:p>
      <w:pPr>
        <w:jc w:val="right"/>
      </w:pPr>
      <w:r>
        <w:t>آپ تجربہ کر کے دیکھیے، اگلے Sunday کو آپ مجھے بتائیے کہ آپ نے</w:t>
      </w:r>
    </w:p>
    <w:p>
      <w:r>
        <w:rPr>
          <w:b/>
        </w:rPr>
        <w:t xml:space="preserve">[1:00:20] </w:t>
      </w:r>
      <w:r>
        <w:t>analysis kiya aur yeh haqeeqat mili ya nahi mili, bataiye aap tajurba kar ke.</w:t>
      </w:r>
    </w:p>
    <w:p>
      <w:pPr>
        <w:jc w:val="right"/>
      </w:pPr>
      <w:r>
        <w:t>analysis کیا اور یہ حقیقت ملی یا نہیں ملی، بتائیے آپ تجربہ کر کے۔</w:t>
      </w:r>
    </w:p>
    <w:p>
      <w:r>
        <w:rPr>
          <w:b/>
        </w:rPr>
        <w:t xml:space="preserve">[1:00:34] </w:t>
      </w:r>
      <w:r>
        <w:t>Muhammad ammar sahib ne dilli se comment bheja hai, unhon ne likha hai: "Molana, for me, you are the only scholar who derives the true wisdom from the Quran and the Sunnah.</w:t>
      </w:r>
    </w:p>
    <w:p>
      <w:pPr>
        <w:jc w:val="right"/>
      </w:pPr>
      <w:r>
        <w:t>محمد عمار صاحب نے دلی سے comment بھیجا ہے، انہوں نے لکھا ہے: "Molana, for me, you are the only scholar who derives the true wisdom from the Quran and the Sunnah.</w:t>
      </w:r>
    </w:p>
    <w:p>
      <w:r>
        <w:rPr>
          <w:b/>
        </w:rPr>
        <w:t xml:space="preserve">[1:00:47] </w:t>
      </w:r>
      <w:r>
        <w:t>Before meeting you, I used to ask Allah to teach me wisdom through Quran. And then Allah gifted me you, who's teaching me the true wisdom of the Quran.</w:t>
      </w:r>
    </w:p>
    <w:p>
      <w:pPr>
        <w:jc w:val="right"/>
      </w:pPr>
      <w:r>
        <w:t>Before meeting you, I used to ask Allah to teach me wisdom through Quran. And then Allah gifted me you, who's teaching me the true wisdom of the Quran.</w:t>
      </w:r>
    </w:p>
    <w:p>
      <w:r>
        <w:rPr>
          <w:b/>
        </w:rPr>
        <w:t xml:space="preserve">[1:01:01] </w:t>
      </w:r>
      <w:r>
        <w:t>Inshallah, I will strive to apply your teachings into my life." Inshallah. Maulana, agla sawal aah bheja hai Miss Marvi Pathania ne Gurgaon se, unhon ne likha hai:</w:t>
      </w:r>
    </w:p>
    <w:p>
      <w:pPr>
        <w:jc w:val="right"/>
      </w:pPr>
      <w:r>
        <w:t>Inshallah, I will strive to apply your teachings into my life." انشاءاللہ۔ مولانا، اگلا سوال آہ بھیجا ہے مس ماروی پٹھانیہ نے گڑگاؤں سے، انہوں نے لکھا ہے:</w:t>
      </w:r>
    </w:p>
    <w:p>
      <w:r>
        <w:rPr>
          <w:b/>
        </w:rPr>
        <w:t xml:space="preserve">[1:01:18] </w:t>
      </w:r>
      <w:r>
        <w:t>"My question is how to deal with anger when in spite of adopting an approach of keeping our calm, someone is continuously instig</w:t>
      </w:r>
    </w:p>
    <w:p>
      <w:pPr>
        <w:jc w:val="right"/>
      </w:pPr>
      <w:r>
        <w:t>"My question is how to deal with anger when in spite of adopting an approach of keeping our calm, someone is continuously instig</w:t>
      </w:r>
    </w:p>
    <w:p>
      <w:r>
        <w:rPr>
          <w:b/>
        </w:rPr>
        <w:t xml:space="preserve">[1:01:31] </w:t>
      </w:r>
      <w:r>
        <w:t>ating you?" Dekhiye, mere tajurbe ke mutabiq yeh</w:t>
      </w:r>
    </w:p>
    <w:p>
      <w:pPr>
        <w:jc w:val="right"/>
      </w:pPr>
      <w:r>
        <w:t>ating you?" دیکھیے، میرے تجربے کے مطابق یہ</w:t>
      </w:r>
    </w:p>
    <w:p>
      <w:r>
        <w:rPr>
          <w:b/>
        </w:rPr>
        <w:t xml:space="preserve">[1:01:43] </w:t>
      </w:r>
      <w:r>
        <w:t>bohat hi aasan hai, is ko bhi is ko janna hai, is ko tajurba karna hai.</w:t>
      </w:r>
    </w:p>
    <w:p>
      <w:pPr>
        <w:jc w:val="right"/>
      </w:pPr>
      <w:r>
        <w:t>بہت ہی آسان ہے، اس کو بھی اس کو جاننا ہے، اس کو تجربہ کرنا ہے۔</w:t>
      </w:r>
    </w:p>
    <w:p>
      <w:r>
        <w:rPr>
          <w:b/>
        </w:rPr>
        <w:t xml:space="preserve">[1:01:52] </w:t>
      </w:r>
      <w:r>
        <w:t>Woh kya hai? Aap chup ho jaiye. Jab aap ko kisi se par ghussa hai to kuch mat kijiye, sirf chup ho jaiye.</w:t>
      </w:r>
    </w:p>
    <w:p>
      <w:pPr>
        <w:jc w:val="right"/>
      </w:pPr>
      <w:r>
        <w:t>وہ کیا ہے؟ آپ چپ ہو جائیے۔ جب آپ کو کسی سے پر غصہ ہے تو کچھ مت کیجیے، صرف چپ ہو جائیے۔</w:t>
      </w:r>
    </w:p>
    <w:p>
      <w:r>
        <w:rPr>
          <w:b/>
        </w:rPr>
        <w:t xml:space="preserve">[1:02:05] </w:t>
      </w:r>
      <w:r>
        <w:t>Main ne bohat baar tajurba kiya is ko ke agar aap chup ho jate hain to kya hota hai ke nature ka process chal parta hai.</w:t>
      </w:r>
    </w:p>
    <w:p>
      <w:pPr>
        <w:jc w:val="right"/>
      </w:pPr>
      <w:r>
        <w:t>میں نے بہت بار تجربہ کیا اس کو کہ اگر آپ چپ ہو جاتے ہیں تو کیا ہوتا ہے کہ nature کا process چل پڑتا ہے۔</w:t>
      </w:r>
    </w:p>
    <w:p>
      <w:r>
        <w:rPr>
          <w:b/>
        </w:rPr>
        <w:t xml:space="preserve">[1:02:17] </w:t>
      </w:r>
      <w:r>
        <w:t>Nature yani</w:t>
      </w:r>
    </w:p>
    <w:p>
      <w:pPr>
        <w:jc w:val="right"/>
      </w:pPr>
      <w:r>
        <w:t>nature یعنی</w:t>
      </w:r>
    </w:p>
    <w:p>
      <w:r>
        <w:rPr>
          <w:b/>
        </w:rPr>
        <w:t xml:space="preserve">[1:02:22] </w:t>
      </w:r>
      <w:r>
        <w:t>Pehle pehle second mein woh process chalta hai, outward</w:t>
      </w:r>
    </w:p>
    <w:p>
      <w:pPr>
        <w:jc w:val="right"/>
      </w:pPr>
      <w:r>
        <w:t>پہلے پہلے سیکنڈ میں وہ process چلتا ہے، outward</w:t>
      </w:r>
    </w:p>
    <w:p>
      <w:r>
        <w:rPr>
          <w:b/>
        </w:rPr>
        <w:t xml:space="preserve">[1:02:34] </w:t>
      </w:r>
      <w:r>
        <w:t>chalta hai. Lekin agar aap chup ho jayen to suddenly aik aik aik anokhi baat hoti hai ke woh downward chalne lagta hai.</w:t>
      </w:r>
    </w:p>
    <w:p>
      <w:pPr>
        <w:jc w:val="right"/>
      </w:pPr>
      <w:r>
        <w:t>چلتا ہے۔ لیکن اگر آپ چپ ہو جائیں تو suddenly ایک ایک ایک انوکھی بات ہوتی ہے کہ وہ downward چلنے لگتا ہے۔</w:t>
      </w:r>
    </w:p>
    <w:p>
      <w:r>
        <w:rPr>
          <w:b/>
        </w:rPr>
        <w:t xml:space="preserve">[1:02:50] </w:t>
      </w:r>
      <w:r>
        <w:t>Yani pehle moment woh chalega outward, lekin agar chup ho jayen to apne aap hi woh chalega downward aur phir sab kuch khatam ho jayega.</w:t>
      </w:r>
    </w:p>
    <w:p>
      <w:pPr>
        <w:jc w:val="right"/>
      </w:pPr>
      <w:r>
        <w:t>یعنی پہلے moment وہ چلے گا outward، لیکن اگر چپ ہو جائیں تو اپنے آپ ہی وہ چلے گا downward اور پھر سب کچھ ختم ہو جائے گا۔</w:t>
      </w:r>
    </w:p>
    <w:p>
      <w:r>
        <w:rPr>
          <w:b/>
        </w:rPr>
        <w:t xml:space="preserve">[1:03:02] </w:t>
      </w:r>
      <w:r>
        <w:t>Aap jab bhi yani chahen is ka tajurba kar lijiye, jab bhi chahiye.</w:t>
      </w:r>
    </w:p>
    <w:p>
      <w:pPr>
        <w:jc w:val="right"/>
      </w:pPr>
      <w:r>
        <w:t>آپ جب بھی یعنی چاہیں اس کا تجربہ کر لیجیے، جب بھی چاہیے۔</w:t>
      </w:r>
    </w:p>
    <w:p>
      <w:r>
        <w:rPr>
          <w:b/>
        </w:rPr>
        <w:t xml:space="preserve">[1:03:11] </w:t>
      </w:r>
      <w:r>
        <w:t>Yeh aap ko kuch karna nahi hai, nature ki potential ko use karna hai, bas kuch bhi nahi karna hai aap ko.</w:t>
      </w:r>
    </w:p>
    <w:p>
      <w:pPr>
        <w:jc w:val="right"/>
      </w:pPr>
      <w:r>
        <w:t>یہ آپ کو کچھ کرنا نہیں ہے، nature کی potential کو use کرنا ہے، بس کچھ بھی نہیں کرنا ہے آپ کو۔</w:t>
      </w:r>
    </w:p>
    <w:p>
      <w:r>
        <w:rPr>
          <w:b/>
        </w:rPr>
        <w:t xml:space="preserve">[1:03:22] </w:t>
      </w:r>
      <w:r>
        <w:t>Jis Khuda ne insaan ko paida kiya hai, us Khuda ne insaan ke andar yeh aik azeem taqat rakh di hai ke agar tum chup ho jao to apne aap hi aik process jari hoga aur woh dheere dheere sab khatam ho jayega.</w:t>
      </w:r>
    </w:p>
    <w:p>
      <w:pPr>
        <w:jc w:val="right"/>
      </w:pPr>
      <w:r>
        <w:t>جس خدا نے انسان کو پیدا کیا ہے، اس خدا نے انسان کے اندر یہ ایک عظیم طاقت رکھ دی ہے کہ اگر تم چپ ہو جاؤ تو اپنے آپ ہی ایک process جاری ہوگا اور وہ دھیرے دھیرے سب ختم ہو جائے گا۔</w:t>
      </w:r>
    </w:p>
    <w:p>
      <w:r>
        <w:rPr>
          <w:b/>
        </w:rPr>
        <w:t xml:space="preserve">[1:03:42] </w:t>
      </w:r>
      <w:r>
        <w:t>Aap tajurba kar ke dekh lijiye.</w:t>
      </w:r>
    </w:p>
    <w:p>
      <w:pPr>
        <w:jc w:val="right"/>
      </w:pPr>
      <w:r>
        <w:t>آپ تجربہ کر کے دیکھ لیجیے۔</w:t>
      </w:r>
    </w:p>
    <w:p>
      <w:r>
        <w:rPr>
          <w:b/>
        </w:rPr>
        <w:t xml:space="preserve">[1:03:48] </w:t>
      </w:r>
      <w:r>
        <w:t>Maulana, aik comment parhna chahenge jo Professor Fareeda Khanam ne bheja hai Delhi se, unhon ne likha hai: "There is a non-Muslim family in our neighborhood.</w:t>
      </w:r>
    </w:p>
    <w:p>
      <w:pPr>
        <w:jc w:val="right"/>
      </w:pPr>
      <w:r>
        <w:t>مولانا، ایک comment پڑھنا چاہیں گے جو پروفیسر فریدہ خانم نے بھیجا ہے دلی سے، انہوں نے لکھا ہے: "There is a non-Muslim family in our neighborhood.</w:t>
      </w:r>
    </w:p>
    <w:p>
      <w:r>
        <w:rPr>
          <w:b/>
        </w:rPr>
        <w:t xml:space="preserve">[1:04:02] </w:t>
      </w:r>
      <w:r>
        <w:t>We have been living in this society for about forty years, but we never went to their home. About six months ago, I saw that the lady had fractured herright hand.</w:t>
      </w:r>
    </w:p>
    <w:p>
      <w:pPr>
        <w:jc w:val="right"/>
      </w:pPr>
      <w:r>
        <w:t>We have been living in this society for about forty years, but we never went to their home. About six months ago, I saw that the lady had fractured herright hand.</w:t>
      </w:r>
    </w:p>
    <w:p>
      <w:r>
        <w:rPr>
          <w:b/>
        </w:rPr>
        <w:t xml:space="preserve">[1:04:16] </w:t>
      </w:r>
      <w:r>
        <w:t>She was in great trouble. She had not got theright treatment. So I went to her and provided all the aid.</w:t>
      </w:r>
    </w:p>
    <w:p>
      <w:pPr>
        <w:jc w:val="right"/>
      </w:pPr>
      <w:r>
        <w:t>She was in great trouble. She had not got theright treatment. So I went to her and provided all the aid.</w:t>
      </w:r>
    </w:p>
    <w:p>
      <w:r>
        <w:rPr>
          <w:b/>
        </w:rPr>
        <w:t xml:space="preserve">[1:04:26] </w:t>
      </w:r>
      <w:r>
        <w:t>I asked my physiotherapist to treat her and I paid the fees myself.</w:t>
      </w:r>
    </w:p>
    <w:p>
      <w:pPr>
        <w:jc w:val="right"/>
      </w:pPr>
      <w:r>
        <w:t>I asked my physiotherapist to treat her and I paid the fees myself.</w:t>
      </w:r>
    </w:p>
    <w:p>
      <w:r>
        <w:rPr>
          <w:b/>
        </w:rPr>
        <w:t xml:space="preserve">[1:04:32] </w:t>
      </w:r>
      <w:r>
        <w:t>After about three months, her hand healed fully. Now she is so indebted to us for this act that she tells people that they are bhagwan, yeh hamare bhagwan hain.</w:t>
      </w:r>
    </w:p>
    <w:p>
      <w:pPr>
        <w:jc w:val="right"/>
      </w:pPr>
      <w:r>
        <w:t>After about three months, her hand healed fully. Now she is so indebted to us for this act that she tells people that they are بھگوان, یہ ہمارے بھگوان ہیں۔</w:t>
      </w:r>
    </w:p>
    <w:p>
      <w:r>
        <w:rPr>
          <w:b/>
        </w:rPr>
        <w:t xml:space="preserve">[1:04:47] </w:t>
      </w:r>
      <w:r>
        <w:t>I think we can solve our problems by building good relations. Itna aasan hai, ghor kijiye, aik aise country mein aap hain jahan aik shabd bol kar ke aap logon ko jeet sakte hain.</w:t>
      </w:r>
    </w:p>
    <w:p>
      <w:pPr>
        <w:jc w:val="right"/>
      </w:pPr>
      <w:r>
        <w:t>I think we can solve our problems by building good relations. اتنا آسان ہے، غور کیجیے، ایک ایسے country میں آپ ہیں جہاں ایک शब्द بول کر کے آپ لوگوں کو جیت سکتے ہیں۔</w:t>
      </w:r>
    </w:p>
    <w:p>
      <w:r>
        <w:rPr>
          <w:b/>
        </w:rPr>
        <w:t xml:space="preserve">[1:05:05] </w:t>
      </w:r>
      <w:r>
        <w:t>Aik shabd, main ne khud tajurba kiya hai, aap ko naam ke sath is ka aap ko address de sakta hoon ke aap sirf yeh yeh kijiye ke meethe shabd boliye, meethe shabd,</w:t>
      </w:r>
    </w:p>
    <w:p>
      <w:pPr>
        <w:jc w:val="right"/>
      </w:pPr>
      <w:r>
        <w:t>ایک शब्द، میں نے خود تجربہ کیا ہے، آپ کو نام کے ساتھ اس کا آپ کو address دے سکتا ہوں کہ آپ صرف یہ یہ کیجیے کہ میٹھے शब्द بولیے، میٹھے शब्द،</w:t>
      </w:r>
    </w:p>
    <w:p>
      <w:r>
        <w:rPr>
          <w:b/>
        </w:rPr>
        <w:t xml:space="preserve">[1:05:28] </w:t>
      </w:r>
      <w:r>
        <w:t>Aur sab kuch achanak sab kuch aap dekhen ke sab kuch solve ho chuka hai.</w:t>
      </w:r>
    </w:p>
    <w:p>
      <w:pPr>
        <w:jc w:val="right"/>
      </w:pPr>
      <w:r>
        <w:t>اور سب کچھ اچانک سب کچھ آپ دیکھیں کہ سب کچھ سالو ہو چکا ہے۔</w:t>
      </w:r>
    </w:p>
    <w:p>
      <w:r>
        <w:rPr>
          <w:b/>
        </w:rPr>
        <w:t xml:space="preserve">[1:05:39] </w:t>
      </w:r>
      <w:r>
        <w:t>Hamare jo log hain, woh sirf reaction jante hain. Reaction yeh dekhiye, reaction ki logic yeh hai ke jab aap react karte hain to woh bhi react karega.</w:t>
      </w:r>
    </w:p>
    <w:p>
      <w:pPr>
        <w:jc w:val="right"/>
      </w:pPr>
      <w:r>
        <w:t>ہمارے جو لوگ ہیں، وہ صرف reaction جانتے ہیں۔ reaction یہ دیکھیے، reaction کی logic یہ ہے کہ جب آپ react کرتے ہیں تو وہ بھی react کرے گا۔</w:t>
      </w:r>
    </w:p>
    <w:p>
      <w:r>
        <w:rPr>
          <w:b/>
        </w:rPr>
        <w:t xml:space="preserve">[1:05:54] </w:t>
      </w:r>
      <w:r>
        <w:t>To kya ho jayega ke aik</w:t>
      </w:r>
    </w:p>
    <w:p>
      <w:pPr>
        <w:jc w:val="right"/>
      </w:pPr>
      <w:r>
        <w:t>تو کیا ہو جائے گا کہ ایک</w:t>
      </w:r>
    </w:p>
    <w:p>
      <w:r>
        <w:rPr>
          <w:b/>
        </w:rPr>
        <w:t xml:space="preserve">[1:06:02] </w:t>
      </w:r>
      <w:r>
        <w:t>Aik reaction ka aik aik aik silsila chal parega.</w:t>
      </w:r>
    </w:p>
    <w:p>
      <w:pPr>
        <w:jc w:val="right"/>
      </w:pPr>
      <w:r>
        <w:t>ایک reaction کا ایک ایک ایک سلسلہ چل پڑے گا۔</w:t>
      </w:r>
    </w:p>
    <w:p>
      <w:r>
        <w:rPr>
          <w:b/>
        </w:rPr>
        <w:t xml:space="preserve">[1:06:12] </w:t>
      </w:r>
      <w:r>
        <w:t>aap ka reaction, un ka reaction, aap ka.</w:t>
      </w:r>
    </w:p>
    <w:p>
      <w:pPr>
        <w:jc w:val="right"/>
      </w:pPr>
      <w:r>
        <w:t>آپ کا reaction، ان کا reaction، آپ کا۔</w:t>
      </w:r>
    </w:p>
    <w:p>
      <w:r>
        <w:rPr>
          <w:b/>
        </w:rPr>
        <w:t xml:space="preserve">[1:06:17] </w:t>
      </w:r>
      <w:r>
        <w:t>aap kuch mat kijiye ke koi aadmi aap ke sath koi nakhushgawar baat karta hai to sirf chup ho jaiye, ek kalma bol dijiye.</w:t>
      </w:r>
    </w:p>
    <w:p>
      <w:pPr>
        <w:jc w:val="right"/>
      </w:pPr>
      <w:r>
        <w:t>آپ کچھ مت کیجیے کہ کوئی آدمی آپ کے ساتھ کوئی ناخوشگوار بات کرتا ہے تو صرف چپ ہو جائیے، ایک کلمہ بول دیجیے۔</w:t>
      </w:r>
    </w:p>
    <w:p>
      <w:r>
        <w:rPr>
          <w:b/>
        </w:rPr>
        <w:t xml:space="preserve">[1:06:29] </w:t>
      </w:r>
      <w:r>
        <w:t>yeh to nature ki taqat hai, jaag uthe gi aap ko. dekhiye, nature ki taqat har waqt jaagne ke liye tayar hai.</w:t>
      </w:r>
    </w:p>
    <w:p>
      <w:pPr>
        <w:jc w:val="right"/>
      </w:pPr>
      <w:r>
        <w:t>یہ تو nature کی طاقت ہے، جاگ اٹھے گی آپ کو۔ دیکھیے، nature کی طاقت ہر وقت جاگنے کے لیے تیار ہے۔</w:t>
      </w:r>
    </w:p>
    <w:p>
      <w:r>
        <w:rPr>
          <w:b/>
        </w:rPr>
        <w:t xml:space="preserve">[1:06:42] </w:t>
      </w:r>
      <w:r>
        <w:t>lekin hamare sathhi jo hain, woh jante hi nahi is potential ko, nature ke potential ko jante hi nahi.</w:t>
      </w:r>
    </w:p>
    <w:p>
      <w:pPr>
        <w:jc w:val="right"/>
      </w:pPr>
      <w:r>
        <w:t>لیکن ہمارے ساتھی جو ہیں، وہ جانتے ہی نہیں اس potential کو، nature کے potential کو جانتے ہی نہیں۔</w:t>
      </w:r>
    </w:p>
    <w:p>
      <w:r>
        <w:rPr>
          <w:b/>
        </w:rPr>
        <w:t xml:space="preserve">[1:06:59] </w:t>
      </w:r>
      <w:r>
        <w:t>sajid ahmad khan sahib ne nagpur se comment bheja hai, unhon ne likha hai: "Molana, nobody is our enemy. This concept I have discovered from your company</w:t>
      </w:r>
    </w:p>
    <w:p>
      <w:pPr>
        <w:jc w:val="right"/>
      </w:pPr>
      <w:r>
        <w:t>ساجد احمد خان صاحب نے ناکپور سے comment بھیجا ہے، انہوں نے لکھا ہے: "Molana, nobody is our enemy. This concept I have discovered from your company</w:t>
      </w:r>
    </w:p>
    <w:p>
      <w:r>
        <w:rPr>
          <w:b/>
        </w:rPr>
        <w:t xml:space="preserve">[1:07:11] </w:t>
      </w:r>
      <w:r>
        <w:t>. Every person in our contact is either friend or potential friend. I believe that this is the best way to live in every society.</w:t>
      </w:r>
    </w:p>
    <w:p>
      <w:pPr>
        <w:jc w:val="right"/>
      </w:pPr>
      <w:r>
        <w:t>. Every person in our contact is either friend or potential friend. I believe that this is the best way to live in every society.</w:t>
      </w:r>
    </w:p>
    <w:p>
      <w:r>
        <w:rPr>
          <w:b/>
        </w:rPr>
        <w:t xml:space="preserve">[1:07:23] </w:t>
      </w:r>
      <w:r>
        <w:t>If we are positive in our mind, then every situation is an item of thanks and thanks only to God.</w:t>
      </w:r>
    </w:p>
    <w:p>
      <w:pPr>
        <w:jc w:val="right"/>
      </w:pPr>
      <w:r>
        <w:t>If we are positive in our mind, then every situation is an item of thanks and thanks only to God.</w:t>
      </w:r>
    </w:p>
    <w:p>
      <w:r>
        <w:rPr>
          <w:b/>
        </w:rPr>
        <w:t xml:space="preserve">[1:07:32] </w:t>
      </w:r>
      <w:r>
        <w:t>jazak Allah Maulana. doctor safina tabassum ne saharanpur se likha hai: "I really thank God for giving us guidance through you.</w:t>
      </w:r>
    </w:p>
    <w:p>
      <w:pPr>
        <w:jc w:val="right"/>
      </w:pPr>
      <w:r>
        <w:t>جزاک اللہ مولانا۔ ڈاکٹر صفینہ تبسم نے سہارن پور سے لکھا ہے: "I really thank God for giving us guidance through you.</w:t>
      </w:r>
    </w:p>
    <w:p>
      <w:r>
        <w:rPr>
          <w:b/>
        </w:rPr>
        <w:t xml:space="preserve">[1:07:43] </w:t>
      </w:r>
      <w:r>
        <w:t>In the times of widespread negativity, we are totally positive and unaffected by the environment. This is all because of your teachings.</w:t>
      </w:r>
    </w:p>
    <w:p>
      <w:pPr>
        <w:jc w:val="right"/>
      </w:pPr>
      <w:r>
        <w:t>In the times of widespread negativity, we are totally positive and unaffected by the environment. This is all because of your teachings.</w:t>
      </w:r>
    </w:p>
    <w:p>
      <w:r>
        <w:rPr>
          <w:b/>
        </w:rPr>
        <w:t xml:space="preserve">[1:07:56] </w:t>
      </w:r>
      <w:r>
        <w:t>Really thank you from the core of my heart."</w:t>
      </w:r>
    </w:p>
    <w:p>
      <w:pPr>
        <w:jc w:val="right"/>
      </w:pPr>
      <w:r>
        <w:t>Really thank you from the core of my heart."</w:t>
      </w:r>
    </w:p>
    <w:p>
      <w:r>
        <w:rPr>
          <w:b/>
        </w:rPr>
        <w:t xml:space="preserve">[1:08:00] </w:t>
      </w:r>
      <w:r>
        <w:t>ma sha Allah. Maulana, ek sawal aaya hai, yeh sawal aaya hai lucknow se firoz sahib ne kiya hai, unhon ne likha hai: "Molana sahib, today's talk was very beneficial for me.</w:t>
      </w:r>
    </w:p>
    <w:p>
      <w:pPr>
        <w:jc w:val="right"/>
      </w:pPr>
      <w:r>
        <w:t>ماشاءاللہ۔ مولانا، ایک سوال آیا ہے، یہ سوال آیا ہے لکھنؤ سے فیروز صاحب نے کیا ہے، انہوں نے لکھا ہے: "Molana صاحب, today's talk was very beneficial for me.</w:t>
      </w:r>
    </w:p>
    <w:p>
      <w:r>
        <w:rPr>
          <w:b/>
        </w:rPr>
        <w:t xml:space="preserve">[1:08:18] </w:t>
      </w:r>
      <w:r>
        <w:t>I want to ask you that if out of anger in the past I have taken a rash decision and hurt someone and damaged his reputation, then how can I make amends and get forgiveness from God</w:t>
      </w:r>
    </w:p>
    <w:p>
      <w:pPr>
        <w:jc w:val="right"/>
      </w:pPr>
      <w:r>
        <w:t>I want to ask you that if out of anger in the past I have taken a rash decision and hurt someone and damaged his reputation, then how can I make amends and get forgiveness from God</w:t>
      </w:r>
    </w:p>
    <w:p>
      <w:r>
        <w:rPr>
          <w:b/>
        </w:rPr>
        <w:t xml:space="preserve">[1:08:34] </w:t>
      </w:r>
      <w:r>
        <w:t>? I really need your advice on this." dekhiye, yeh to har ek ke sath pesh aata hai aur is ka hal bohat hi asan hai,</w:t>
      </w:r>
    </w:p>
    <w:p>
      <w:pPr>
        <w:jc w:val="right"/>
      </w:pPr>
      <w:r>
        <w:t>? I really need your advice on this." دیکھیے، یہ تو ہر ایک کے ساتھ پیش آتا ہے اور اس کا حل بہت ہی آسان ہے،</w:t>
      </w:r>
    </w:p>
    <w:p>
      <w:r>
        <w:rPr>
          <w:b/>
        </w:rPr>
        <w:t xml:space="preserve">[1:08:48] </w:t>
      </w:r>
      <w:r>
        <w:t>bohat hi asan hai. aur yeh maine jana hai ek sahabi</w:t>
      </w:r>
    </w:p>
    <w:p>
      <w:pPr>
        <w:jc w:val="right"/>
      </w:pPr>
      <w:r>
        <w:t>بہت ہی آسان ہے۔ اور یہ میں نے جانا ہے ایک صحابی</w:t>
      </w:r>
    </w:p>
    <w:p>
      <w:r>
        <w:rPr>
          <w:b/>
        </w:rPr>
        <w:t xml:space="preserve">[1:08:57] </w:t>
      </w:r>
      <w:r>
        <w:t>abu darda se, woh itna asan hai ke jis insan ke sath aap ne koi</w:t>
      </w:r>
    </w:p>
    <w:p>
      <w:pPr>
        <w:jc w:val="right"/>
      </w:pPr>
      <w:r>
        <w:t>ابو دردہ سے، وہ اتنا آسان ہے کہ جس انسان کے ساتھ آپ نے کوئی</w:t>
      </w:r>
    </w:p>
    <w:p>
      <w:r>
        <w:rPr>
          <w:b/>
        </w:rPr>
        <w:t xml:space="preserve">[1:09:08] </w:t>
      </w:r>
      <w:r>
        <w:t>burai kar di hai, bas us ke liye dua kar ban jaiye. jab aap ko ehsas ehsas ho ke aap ne galat kiya tha, bas sirf yeh kijiye ke us ke liye dua shuru kar dijiye.</w:t>
      </w:r>
    </w:p>
    <w:p>
      <w:pPr>
        <w:jc w:val="right"/>
      </w:pPr>
      <w:r>
        <w:t>برائی کر دی ہے، بس اس کے لیے دعا کر بن جائیے۔ جب آپ کو احساس احساس ہو کہ آپ نے غلط کیا تھا، بس صرف یہ کیجیے کہ اس کے لیے دعا شروع کر دیجیے۔</w:t>
      </w:r>
    </w:p>
    <w:p>
      <w:r>
        <w:rPr>
          <w:b/>
        </w:rPr>
        <w:t xml:space="preserve">[1:09:26] </w:t>
      </w:r>
      <w:r>
        <w:t>bas itna hi kijiye, aap kuch kar lijiye, kuch elan karne ki zaroorat nahi hai. is insan ke liye dua, aap dekhen ke achaanak ek naya inqalab aaye ga aap ke andar aur ek bilkul ek nai dunya wajood mein aa jaye gi.</w:t>
      </w:r>
    </w:p>
    <w:p>
      <w:pPr>
        <w:jc w:val="right"/>
      </w:pPr>
      <w:r>
        <w:t>بس اتنا ہی کیجیے، آپ کچھ کر لیجیے، کچھ اعلان کرنے کی ضرورت نہیں ہے۔ اس انسان کے لیے دعا، آپ دیکھیں کہ اچانک ایک نیا انقلاب آئے گا آپ کے اندر اور ایک بالکل ایک نئی دنیا وجود میں آ جائے گی۔</w:t>
      </w:r>
    </w:p>
    <w:p>
      <w:r>
        <w:rPr>
          <w:b/>
        </w:rPr>
        <w:t xml:space="preserve">[1:09:47] </w:t>
      </w:r>
      <w:r>
        <w:t>bohat hi asan hai, log dua jante hain sirf yani mangna, dua jante hain sirf mangne ke liye.</w:t>
      </w:r>
    </w:p>
    <w:p>
      <w:pPr>
        <w:jc w:val="right"/>
      </w:pPr>
      <w:r>
        <w:t>بہت ہی آسان ہے، لوگ دعا جانتے ہیں صرف یعنی مانگنا، دعا جانتے ہیں صرف مانگنے کے لیے۔</w:t>
      </w:r>
    </w:p>
    <w:p>
      <w:r>
        <w:rPr>
          <w:b/>
        </w:rPr>
        <w:t xml:space="preserve">[1:09:58] </w:t>
      </w:r>
      <w:r>
        <w:t>lekin dua bhi ek ek giver item hai, giver dua ek azeem tareen qism ka giver item hai.</w:t>
      </w:r>
    </w:p>
    <w:p>
      <w:pPr>
        <w:jc w:val="right"/>
      </w:pPr>
      <w:r>
        <w:t>لیکن دعا بھی ایک ایک گیور آئٹم ہے، گیور دعا ایک عظیم ترین قسم کا گیور آئٹم ہے۔</w:t>
      </w:r>
    </w:p>
    <w:p>
      <w:r>
        <w:rPr>
          <w:b/>
        </w:rPr>
        <w:t xml:space="preserve">[1:10:15] </w:t>
      </w:r>
      <w:r>
        <w:t>kisi insan ke liye aap jab dua karte hain to sare farishte amin karte hain, amin karte hain, amin karte hain. to dua ek bohat bara giver item hai,</w:t>
      </w:r>
    </w:p>
    <w:p>
      <w:pPr>
        <w:jc w:val="right"/>
      </w:pPr>
      <w:r>
        <w:t>کسی انسان کے لیے آپ جب دعا کرتے ہیں تو سارے فرشتے آمین کرتے ہیں، آمین کرتے ہیں، آمین کرتے ہیں۔ تو دعا ایک بہت بڑا گیور آئٹم ہے،</w:t>
      </w:r>
    </w:p>
    <w:p>
      <w:r>
        <w:rPr>
          <w:b/>
        </w:rPr>
        <w:t xml:space="preserve">[1:10:28] </w:t>
      </w:r>
      <w:r>
        <w:t>aap nafe ban jate hain.</w:t>
      </w:r>
    </w:p>
    <w:p>
      <w:pPr>
        <w:jc w:val="right"/>
      </w:pPr>
      <w:r>
        <w:t>آپ نافع بن جاتے ہیں۔</w:t>
      </w:r>
    </w:p>
    <w:p>
      <w:r>
        <w:rPr>
          <w:b/>
        </w:rPr>
        <w:t xml:space="preserve">[1:10:33] </w:t>
      </w:r>
      <w:r>
        <w:t>tajurba tajurba kar ke dekhiye, aap tajurba kar ke dekhiye.</w:t>
      </w:r>
    </w:p>
    <w:p>
      <w:pPr>
        <w:jc w:val="right"/>
      </w:pPr>
      <w:r>
        <w:t>تجربہ تجربہ کر کے دیکھیے، آپ تجربہ کر کے دیکھیے۔</w:t>
      </w:r>
    </w:p>
    <w:p>
      <w:r>
        <w:rPr>
          <w:b/>
        </w:rPr>
        <w:t xml:space="preserve">[1:10:44] </w:t>
      </w:r>
      <w:r>
        <w:t>Maulana, ahmedabad se javed sahib ne sawal bheja hai, unhon ne likha hai: "Molana, anger has a positive aspect also.</w:t>
      </w:r>
    </w:p>
    <w:p>
      <w:pPr>
        <w:jc w:val="right"/>
      </w:pPr>
      <w:r>
        <w:t>مولانا، احمد آباد سے جاوید صاحب نے سوال بھیجا ہے، انہوں نے لکھا ہے: "Molana, anger has a positive aspect also.</w:t>
      </w:r>
    </w:p>
    <w:p>
      <w:r>
        <w:rPr>
          <w:b/>
        </w:rPr>
        <w:t xml:space="preserve">[1:10:54] </w:t>
      </w:r>
      <w:r>
        <w:t>When you express your anger, the opposite party takes you seriously and listens to the angry person as compared to a person who is quiet and is not angry.</w:t>
      </w:r>
    </w:p>
    <w:p>
      <w:pPr>
        <w:jc w:val="right"/>
      </w:pPr>
      <w:r>
        <w:t>When you express your anger, the opposite party takes you seriously and listens to the angry person as compared to a person who is quiet and is not angry.</w:t>
      </w:r>
    </w:p>
    <w:p>
      <w:r>
        <w:rPr>
          <w:b/>
        </w:rPr>
        <w:t xml:space="preserve">[1:11:08] </w:t>
      </w:r>
      <w:r>
        <w:t>So anger is good. What is your opinion on this aspect?" yeh bilkul galat baat hai, yeh aap ne farz kar liya hai, intehai galat baat hai yeh.</w:t>
      </w:r>
    </w:p>
    <w:p>
      <w:pPr>
        <w:jc w:val="right"/>
      </w:pPr>
      <w:r>
        <w:t>So anger is good. What is your opinion on this aspect?" یہ بالکل غلط بات ہے، یہ آپ نے فرض کر لیا ہے، انتہائی غلط بات ہے یہ۔</w:t>
      </w:r>
    </w:p>
    <w:p>
      <w:r>
        <w:rPr>
          <w:b/>
        </w:rPr>
        <w:t xml:space="preserve">[1:11:24] </w:t>
      </w:r>
      <w:r>
        <w:t>ab phir se yeh is ka tajruba kijiye aap. ghussa aik shaitani feal hai, ghussa aik shaitani feal hai.</w:t>
      </w:r>
    </w:p>
    <w:p>
      <w:pPr>
        <w:jc w:val="right"/>
      </w:pPr>
      <w:r>
        <w:t>اب پھر سے یہ اس کا تجربہ کیجیے آپ۔ غصہ ایک شیطانی فعل ہے، غصہ ایک شیطانی فعل ہے۔</w:t>
      </w:r>
    </w:p>
    <w:p>
      <w:r>
        <w:rPr>
          <w:b/>
        </w:rPr>
        <w:t xml:space="preserve">[1:11:35] </w:t>
      </w:r>
      <w:r>
        <w:t>ghussay mein is ke siwa kuch nahi, ghussa apnay ko barbaad karna hai, khud apnay ko barbaad karna hai.</w:t>
      </w:r>
    </w:p>
    <w:p>
      <w:pPr>
        <w:jc w:val="right"/>
      </w:pPr>
      <w:r>
        <w:t>غصے میں اس کے سوا کچھ نہیں، غصہ اپنے کو برباد کرنا ہے، خود اپنے کو برباد کرنا ہے۔</w:t>
      </w:r>
    </w:p>
    <w:p>
      <w:r>
        <w:rPr>
          <w:b/>
        </w:rPr>
        <w:t xml:space="preserve">[1:11:45] </w:t>
      </w:r>
      <w:r>
        <w:t>yeh jo aap ne farz banaya hai, yeh sarta sar ghalat hai aur aap ne usay bana liya hai. kabhi aap ne is ka amal nahi, tajruba nahi kiya kabhi is ka.</w:t>
      </w:r>
    </w:p>
    <w:p>
      <w:pPr>
        <w:jc w:val="right"/>
      </w:pPr>
      <w:r>
        <w:t>یہ جو آپ نے فرض بنایا ہے، یہ سرتا سر غلط ہے اور آپ نے اسے بنا لیا ہے۔ کبھی آپ نے اس کا عمل نہیں، تجربہ نہیں کیا کبھی اس کا۔</w:t>
      </w:r>
    </w:p>
    <w:p>
      <w:r>
        <w:rPr>
          <w:b/>
        </w:rPr>
        <w:t xml:space="preserve">[1:12:02] </w:t>
      </w:r>
      <w:r>
        <w:t>Okay, we will end</w:t>
      </w:r>
    </w:p>
    <w:p>
      <w:pPr>
        <w:jc w:val="right"/>
      </w:pPr>
      <w:r>
        <w:t>Okay, we will end</w:t>
      </w:r>
    </w:p>
    <w:p>
      <w:r>
        <w:rPr>
          <w:b/>
        </w:rPr>
        <w:t xml:space="preserve">[1:12:04] </w:t>
      </w:r>
      <w:r>
        <w:t>this session now. Thank you.</w:t>
      </w:r>
    </w:p>
    <w:p>
      <w:pPr>
        <w:jc w:val="right"/>
      </w:pPr>
      <w:r>
        <w:t>this session now.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